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feel guilty about my past</w:t>
      </w:r>
    </w:p>
    <w:p>
      <w:r>
        <w:rPr>
          <w:sz w:val="18"/>
        </w:rPr>
        <w:t>Q&amp;A, lecture moments and clips · full transcripts with timestamps · exported 2026-09-21</w:t>
      </w:r>
    </w:p>
    <w:p>
      <w:pPr>
        <w:pStyle w:val="Heading1"/>
      </w:pPr>
      <w:r>
        <w:t>Maulana was asked (30)</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Dealing with guilt after repeated repentance</w:t>
      </w:r>
    </w:p>
    <w:p>
      <w:r>
        <w:rPr>
          <w:color w:val="666666"/>
          <w:sz w:val="18"/>
        </w:rPr>
        <w:t>Tawbah-e-Nasuh (Sincere Repentance) 16 Feb 2020 - Maulana Wahiduddin Khan · 3m 25s · at 31:33 · https://youtu.be/0CccKs-1Uu8?t=1893</w:t>
      </w:r>
    </w:p>
    <w:p>
      <w:r>
        <w:rPr>
          <w:i/>
        </w:rPr>
        <w:t>“Many a times we do repentance and we mean it as well. But after a while we again end up either repeating the mistake or make new ones. This gives rise to guilty feeling to such a level that we fall in frustration.”</w:t>
      </w:r>
    </w:p>
    <w:p>
      <w:r>
        <w:rPr>
          <w:sz w:val="20"/>
        </w:rPr>
        <w:t>31:33  Allah aap ko sehat de." Maulana ab sawal lena chahenge. aa yeh sawal bheja hai Jamnagar, Gujarat se Aasif Iqbal sahib ne.</w:t>
      </w:r>
      <w:r>
        <w:br/>
      </w:r>
      <w:r>
        <w:rPr>
          <w:sz w:val="20"/>
        </w:rPr>
        <w:t>31:47  unhon ne likha hai: "Maulana many a times we do repentance and we mean it as well.</w:t>
      </w:r>
      <w:r>
        <w:br/>
      </w:r>
      <w:r>
        <w:rPr>
          <w:sz w:val="20"/>
        </w:rPr>
        <w:t>31:55  But after a while we again end up either repeating the mistake or make new ones. This gives rise to guilty feeling to such a level that we fall in frustration.</w:t>
      </w:r>
      <w:r>
        <w:br/>
      </w:r>
      <w:r>
        <w:rPr>
          <w:sz w:val="20"/>
        </w:rPr>
        <w:t>32:09  The frustration is because despite us</w:t>
      </w:r>
      <w:r>
        <w:br/>
      </w:r>
      <w:r>
        <w:rPr>
          <w:sz w:val="20"/>
        </w:rPr>
        <w:t>32:12  not wanting to do the mistake, we end up repeating it. Maulana my question is what should we do? It gives a feeling that we all are useless." bhai yeh toh apne hi ko karna hai.</w:t>
      </w:r>
      <w:r>
        <w:br/>
      </w:r>
      <w:r>
        <w:rPr>
          <w:sz w:val="20"/>
        </w:rPr>
        <w:t>32:27  dekhen main jab naujawan tha, naujwani kon mein,</w:t>
      </w:r>
      <w:r>
        <w:br/>
      </w:r>
      <w:r>
        <w:rPr>
          <w:sz w:val="20"/>
        </w:rPr>
        <w:t>32:31  hum rehte the zamindar family mein. is zamane mein zamindar ka malik hota tha.</w:t>
      </w:r>
      <w:r>
        <w:br/>
      </w:r>
      <w:r>
        <w:rPr>
          <w:sz w:val="20"/>
        </w:rPr>
        <w:t>32:41  is zamane mein toh main ne ek ek dalit ko jis ko is zamane mein chuhar kehte the,</w:t>
      </w:r>
      <w:r>
        <w:br/>
      </w:r>
      <w:r>
        <w:rPr>
          <w:sz w:val="20"/>
        </w:rPr>
        <w:t>32:50  main didde se maar diya. maar diya. toh us ke baad mere andar repeatness aaya ke maine us ko mara.</w:t>
      </w:r>
      <w:r>
        <w:br/>
      </w:r>
      <w:r>
        <w:rPr>
          <w:sz w:val="20"/>
        </w:rPr>
        <w:t>33:00  toh main us ke ghar ko talash karte karte us ke ghar pohancha. us ke ghar pohancha. Nawada is gaon ka naam tha.</w:t>
      </w:r>
      <w:r>
        <w:br/>
      </w:r>
      <w:r>
        <w:rPr>
          <w:sz w:val="20"/>
        </w:rPr>
        <w:t>33:11  aur woh Bawri ke ghar rehta tha. ja ke maine us ka darwaza khatkhataya. woh nikla toh maine poocha ke bhai dekho falan mauqe par maine tum ko maar diya tha.</w:t>
      </w:r>
      <w:r>
        <w:br/>
      </w:r>
      <w:r>
        <w:rPr>
          <w:sz w:val="20"/>
        </w:rPr>
        <w:t>33:24  main us ki maafi mangne ke liye aaya hoon tumhare paas.</w:t>
      </w:r>
      <w:r>
        <w:br/>
      </w:r>
      <w:r>
        <w:rPr>
          <w:sz w:val="20"/>
        </w:rPr>
        <w:t>33:29  toh uska raaz dekhen kya hai?</w:t>
      </w:r>
      <w:r>
        <w:br/>
      </w:r>
      <w:r>
        <w:rPr>
          <w:sz w:val="20"/>
        </w:rPr>
        <w:t>33:34  yeh yeh kahan hai sahib yeh ayat? Surah Nisa. Bahut ba-maani ayat hai yeh. Tauba qareeb.</w:t>
      </w:r>
      <w:r>
        <w:br/>
      </w:r>
      <w:r>
        <w:rPr>
          <w:sz w:val="20"/>
        </w:rPr>
        <w:t>33:46  yani der aap agar aap der ki aap ne to dheere dheere woh aap ke mind mein woh</w:t>
      </w:r>
      <w:r>
        <w:br/>
      </w:r>
      <w:r>
        <w:rPr>
          <w:sz w:val="20"/>
        </w:rPr>
        <w:t>33:54  mit jaye ga. Aap sensitive nahi rahenge is ke liye. Ke jaise hi aap ko ghalti ka ehsas hua, foran ke foran aap usi ko us ki tahlfi ke liye doriye.</w:t>
      </w:r>
      <w:r>
        <w:br/>
      </w:r>
      <w:r>
        <w:rPr>
          <w:sz w:val="20"/>
        </w:rPr>
        <w:t>34:09  Tauba qareeb ka tareeqa ikhtiyar kijiye.</w:t>
      </w:r>
      <w:r>
        <w:br/>
      </w:r>
      <w:r>
        <w:rPr>
          <w:sz w:val="20"/>
        </w:rPr>
        <w:t>34:18  Log jo hain tauba baeed mein phanse hue hain. Ke kar len ge, kar len ge, kar len ge. To tab tak woh mind mein woh cheez oujhal ho jati hai.</w:t>
      </w:r>
      <w:r>
        <w:br/>
      </w:r>
      <w:r>
        <w:rPr>
          <w:sz w:val="20"/>
        </w:rPr>
        <w:t>34:30  To main samajhta hoon ke har aadmi jo yeh shikayat karta ho</w:t>
      </w:r>
      <w:r>
        <w:br/>
      </w:r>
      <w:r>
        <w:rPr>
          <w:sz w:val="20"/>
        </w:rPr>
        <w:t>34:36  To us ko yahi karna chahiye ke tauba qareeb. Tab yeh cheez khatam hogi. Nagpur se Muhammad Irfan Rashidi sahib ne comment bheja hai.</w:t>
      </w:r>
      <w:r>
        <w:br/>
      </w:r>
      <w:r>
        <w:rPr>
          <w:sz w:val="20"/>
        </w:rPr>
        <w:t>34:49  Unhon ne likha hai: "Choti choti misalon se badi badi baatein akhaz karna Maulana sahib yeh aap hi ka wasf hai.</w:t>
      </w:r>
    </w:p>
    <w:p>
      <w:pPr>
        <w:pStyle w:val="Heading2"/>
      </w:pPr>
      <w:r>
        <w:t>Handling regrets and past mistakes</w:t>
      </w:r>
    </w:p>
    <w:p>
      <w:r>
        <w:rPr>
          <w:color w:val="666666"/>
          <w:sz w:val="18"/>
        </w:rPr>
        <w:t>Art of Thinking November 02, 2014 Maulana Wahiduddin Khan · 3m 21s · at 49:31 · https://youtu.be/jxGjv30RG1Q?t=2971</w:t>
      </w:r>
    </w:p>
    <w:p>
      <w:r>
        <w:rPr>
          <w:i/>
        </w:rPr>
        <w:t>“How do we handle the feeling that we should have done a certain thing differently, and how do we handle regrets from the past? What is your comment on this?”</w:t>
      </w:r>
    </w:p>
    <w:p>
      <w:r>
        <w:rPr>
          <w:sz w:val="20"/>
        </w:rPr>
        <w:t>49:31  Maulana, agla sawal Delhi se hai Dr. Farhat Nasreen ka aur unhone likha hai: "How do we handle a feeling that we should have done a certain thing differently and how do we handle regrets from the past?</w:t>
      </w:r>
      <w:r>
        <w:br/>
      </w:r>
      <w:r>
        <w:rPr>
          <w:sz w:val="20"/>
        </w:rPr>
        <w:t>49:49  What is your comment on this?" kya kya is ka list hai is ka? Maulana, kai baar koi ek cheez hum kisi tareeqe se karte hain aur woh shayad kaamyaab nahi hoti to yeh ehsaas hota hai ke us ko doosre tareeqe se karna chahiye tha.</w:t>
      </w:r>
      <w:r>
        <w:br/>
      </w:r>
      <w:r>
        <w:rPr>
          <w:sz w:val="20"/>
        </w:rPr>
        <w:t>50:04  to yeh ek feeling rehti hai. aur jo doosra part hai woh yeh hai ke jo regrets reh jaate hain past ko le ke to yeh in dono ehsasat ko kaise handle kiya jaye?</w:t>
      </w:r>
      <w:r>
        <w:br/>
      </w:r>
      <w:r>
        <w:rPr>
          <w:sz w:val="20"/>
        </w:rPr>
        <w:t>50:20  ke koi ek cheez hamein kisi doosre tareeqe se karni chahiye thi aur hum nahi kar paye. dekhiye, sara mamla hai ke result oriented thinking aap ke andar ho.</w:t>
      </w:r>
      <w:r>
        <w:br/>
      </w:r>
      <w:r>
        <w:rPr>
          <w:sz w:val="20"/>
        </w:rPr>
        <w:t>50:37  aap ko cheezon ko</w:t>
      </w:r>
      <w:r>
        <w:br/>
      </w:r>
      <w:r>
        <w:rPr>
          <w:sz w:val="20"/>
        </w:rPr>
        <w:t>50:41  jis criterion se judge karna chahiye woh sirf ek hona chahiye, woh hai result. doosre doosre criterion log apply karne lagte hain. doosre doosre criterion.</w:t>
      </w:r>
      <w:r>
        <w:br/>
      </w:r>
      <w:r>
        <w:rPr>
          <w:sz w:val="20"/>
        </w:rPr>
        <w:t>50:55  ek hi criterion hai cheezon ko judge karne ka, woh yeh hai ke result ke aitbar se aap un ko jaanchain.</w:t>
      </w:r>
      <w:r>
        <w:br/>
      </w:r>
      <w:r>
        <w:rPr>
          <w:sz w:val="20"/>
        </w:rPr>
        <w:t>51:04  bas aur koi doosra criterion nahi. phir apne aap cheezein set ho jayengi, apne aap jo hai har cheez sort out ho jayegi, apne aap sab cheez durust ho jayegi.</w:t>
      </w:r>
      <w:r>
        <w:br/>
      </w:r>
      <w:r>
        <w:rPr>
          <w:sz w:val="20"/>
        </w:rPr>
        <w:t>51:20  to ek hi criterion hai, right criterion cheezon ko judge karne ka, woh hai result. jise maine is wajah se misaal di ke hijrat na karte aur kai so sahabi is waqt the, aap lad jaate to marte aur maare jaate to woh sari skill jeopardise ho jati.</w:t>
      </w:r>
      <w:r>
        <w:br/>
      </w:r>
      <w:r>
        <w:rPr>
          <w:sz w:val="20"/>
        </w:rPr>
        <w:t>51:42  yani result hi na milta. result to yeh tha ke makkah wale Islam mein dakhil hon, kaba jo hai buton se pak ho, ibrahim ka daur zinda kiya jaye.</w:t>
      </w:r>
      <w:r>
        <w:br/>
      </w:r>
      <w:r>
        <w:rPr>
          <w:sz w:val="20"/>
        </w:rPr>
        <w:t>51:53  goal to yeh tha lekin lad mar ke shayad khatam ho jaate aur kuch bhi nahi. to rasool Allah ne is ko result ke angle se socha to aap ne kaha ke ladna nahi, hamein to chale jana hai madina.</w:t>
      </w:r>
      <w:r>
        <w:br/>
      </w:r>
      <w:r>
        <w:rPr>
          <w:sz w:val="20"/>
        </w:rPr>
        <w:t>52:08  madina ka matlab kya? replanning of the work. ek planning woh thi jo makkah mein chal rahi thi to work nahi kar rahi thi us waqt.</w:t>
      </w:r>
      <w:r>
        <w:br/>
      </w:r>
      <w:r>
        <w:rPr>
          <w:sz w:val="20"/>
        </w:rPr>
        <w:t>52:23  to aap ne replanning ki madina mein ja kar jo ke work kare aur us ne work kiya aur poora arab Islamize ho gaya. to jab aap cheezon ko dekhenge result ke angle se to aap hamesha replanning karenge, rethink karenge,</w:t>
      </w:r>
      <w:r>
        <w:br/>
      </w:r>
      <w:r>
        <w:rPr>
          <w:sz w:val="20"/>
        </w:rPr>
        <w:t>52:41  apni priorities ko reset karenge. yahi ek hi hai aur yahi tareeqa hai aur koi doosra tareeqa nahi.</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Overcoming Sin Despite God's Awareness</w:t>
      </w:r>
    </w:p>
    <w:p>
      <w:r>
        <w:rPr>
          <w:color w:val="666666"/>
          <w:sz w:val="18"/>
        </w:rPr>
        <w:t>Material Science Vs Spiritual Science 20th May 12 SLOW · 1m 06s · at 1:40:25 · https://youtu.be/qYwFExG7cyM?t=6025</w:t>
      </w:r>
    </w:p>
    <w:p>
      <w:r>
        <w:rPr>
          <w:i/>
        </w:rPr>
        <w:t>“Maulana, when I commit a mistake, I am aware that I am doing wrong and that God is watching me, yet I still go ahead and commit the error. Please advise me on how to overcome this.”</w:t>
      </w:r>
    </w:p>
    <w:p>
      <w:r>
        <w:rPr>
          <w:sz w:val="20"/>
        </w:rPr>
        <w:t>1:40:25  maulana, agla sawal amar nagar se mr muhammad achhlaq sahab ka hai.</w:t>
      </w:r>
      <w:r>
        <w:br/>
      </w:r>
      <w:r>
        <w:rPr>
          <w:sz w:val="20"/>
        </w:rPr>
        <w:t>1:40:30  unhon ne likha hai: "maulana, ghalati karne ke waqt yeh baat zehan mein aa jaati hai ke main</w:t>
      </w:r>
      <w:r>
        <w:br/>
      </w:r>
      <w:r>
        <w:rPr>
          <w:sz w:val="20"/>
        </w:rPr>
        <w:t>1:40:37  ghalati kar raha hoon, aur Khuda meri ghalati ko dekh raha hai, aur ghalati phir bhi ho jaati</w:t>
      </w:r>
      <w:r>
        <w:br/>
      </w:r>
      <w:r>
        <w:rPr>
          <w:sz w:val="20"/>
        </w:rPr>
        <w:t>1:40:45  hai.</w:t>
      </w:r>
      <w:r>
        <w:br/>
      </w:r>
      <w:r>
        <w:rPr>
          <w:sz w:val="20"/>
        </w:rPr>
        <w:t>1:40:47  kya yeh dithaai aur sarkashi mein aayega, jabke baad mein ghalati par sharmindagi bhi hoti hai?" ab</w:t>
      </w:r>
      <w:r>
        <w:br/>
      </w:r>
      <w:r>
        <w:rPr>
          <w:sz w:val="20"/>
        </w:rPr>
        <w:t>1:40:54  yeh aadmi khud samajh sakta hai ke kya cheez chahiye ke chhedde nahin.</w:t>
      </w:r>
      <w:r>
        <w:br/>
      </w:r>
      <w:r>
        <w:rPr>
          <w:sz w:val="20"/>
        </w:rPr>
        <w:t>1:41:00  aap khud samjhiye ke ghalati kar ke aap ke andar sharmindagi aayi ke nahin aayi, yeh to andar</w:t>
      </w:r>
      <w:r>
        <w:br/>
      </w:r>
      <w:r>
        <w:rPr>
          <w:sz w:val="20"/>
        </w:rPr>
        <w:t>1:41:08  ki baat hai.</w:t>
      </w:r>
      <w:r>
        <w:br/>
      </w:r>
      <w:r>
        <w:rPr>
          <w:sz w:val="20"/>
        </w:rPr>
        <w:t>1:41:09  doosra aadmi keh jaane ga, sharmindagi mein yeh shamil hai ke aadmi ruka hai.</w:t>
      </w:r>
      <w:r>
        <w:br/>
      </w:r>
      <w:r>
        <w:rPr>
          <w:sz w:val="20"/>
        </w:rPr>
        <w:t>1:41:15  is se agar nahin ruka hai to sharmindagi kahan hai? woh to ghalati se ruka hai, ruka hai</w:t>
      </w:r>
      <w:r>
        <w:br/>
      </w:r>
      <w:r>
        <w:rPr>
          <w:sz w:val="20"/>
        </w:rPr>
        <w:t>1:41:23  aur tauba kare.</w:t>
      </w:r>
      <w:r>
        <w:br/>
      </w:r>
      <w:r>
        <w:rPr>
          <w:sz w:val="20"/>
        </w:rPr>
        <w:t>1:41:24  yeh aadmi khud samajh sakta hai, yeh doosra aadmi is par koi verdict nahin de sakta.</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Why men struggle to admit mistakes</w:t>
      </w:r>
    </w:p>
    <w:p>
      <w:r>
        <w:rPr>
          <w:color w:val="666666"/>
          <w:sz w:val="18"/>
        </w:rPr>
        <w:t>Lessons from My Journey to Agra October 27, 2013 · 2m 01s · at 52:39 · https://youtu.be/Gg2N0h4ETH8?t=3159</w:t>
      </w:r>
    </w:p>
    <w:p>
      <w:r>
        <w:rPr>
          <w:i/>
        </w:rPr>
        <w:t>“Why is it so difficult for a man to accept his mistake?”</w:t>
      </w:r>
    </w:p>
    <w:p>
      <w:r>
        <w:rPr>
          <w:sz w:val="20"/>
        </w:rPr>
        <w:t>52:39  maulana, agla sawal Shahnawaz saheb ka hai, Bangalore se. unhon ne aapse poocha hai ke "why is it so difficult for a man to accept his mistake?" is ke baare mein bataiye.</w:t>
      </w:r>
      <w:r>
        <w:br/>
      </w:r>
      <w:r>
        <w:rPr>
          <w:sz w:val="20"/>
        </w:rPr>
        <w:t>52:53  apni ghalti manna itna mushkil kyun?</w:t>
      </w:r>
      <w:r>
        <w:br/>
      </w:r>
      <w:r>
        <w:rPr>
          <w:sz w:val="20"/>
        </w:rPr>
        <w:t>53:05  main to samajhta hoon ke yeh shaitan ghalib rehta hai har ek ke upar, is liye aisa hota hai. aur yeh shaitan ya iblis ki sunnat hai, apni ghalti na manna.</w:t>
      </w:r>
      <w:r>
        <w:br/>
      </w:r>
      <w:r>
        <w:rPr>
          <w:sz w:val="20"/>
        </w:rPr>
        <w:t>53:20  yaani Adam ke aage jhukne ke liye hukum diya Allah taala ne. to ghalti iblis ki thi, lekin us ne naoozubillah Allah taala par blame daal diya.</w:t>
      </w:r>
      <w:r>
        <w:br/>
      </w:r>
      <w:r>
        <w:rPr>
          <w:sz w:val="20"/>
        </w:rPr>
        <w:t>53:30  rab bima aghwatanii.</w:t>
      </w:r>
      <w:r>
        <w:br/>
      </w:r>
      <w:r>
        <w:rPr>
          <w:sz w:val="20"/>
        </w:rPr>
        <w:t>53:33  to yeh ablis ki sunnat hai, chounke ziyada tar log apni baagh jo hai, shaitan ke haath mein diye rehte hain, malaika ke haath mein nahi dete.</w:t>
      </w:r>
      <w:r>
        <w:br/>
      </w:r>
      <w:r>
        <w:rPr>
          <w:sz w:val="20"/>
        </w:rPr>
        <w:t>53:45  dekhen, dunya mein zindagi jo hai, ek tarah ki zindagi guzarenge to aap malaika aap ke saathi ban jayenge. doosre tarah se guzarenge to shaitan aap ke saathi ban jayenge.</w:t>
      </w:r>
      <w:r>
        <w:br/>
      </w:r>
      <w:r>
        <w:rPr>
          <w:sz w:val="20"/>
        </w:rPr>
        <w:t>53:57  log aam taur par shaitan ko apna saathi banaye rakhte hain. to shaitan yahi sikhayega ke ghalti na mano, apne aap ko shaitan ke asar se nikaliye aur malaika ki sohbat mein laiye.</w:t>
      </w:r>
      <w:r>
        <w:br/>
      </w:r>
      <w:r>
        <w:rPr>
          <w:sz w:val="20"/>
        </w:rPr>
        <w:t>54:10  apne aap ko to aap ka mizaj badal jayega, aap ki soch badal jayegi. aap ke liye mushkil nahi hoga ke aap keh saken ke "aye wadran", balkeh aap ko acha lagega.</w:t>
      </w:r>
      <w:r>
        <w:br/>
      </w:r>
      <w:r>
        <w:rPr>
          <w:sz w:val="20"/>
        </w:rPr>
        <w:t>54:20  yeh kehte hue aap ko khushi hogi ke "aye wadran".</w:t>
      </w:r>
      <w:r>
        <w:br/>
      </w:r>
      <w:r>
        <w:rPr>
          <w:sz w:val="20"/>
        </w:rPr>
        <w:t>54:24  jo log malaika ki sohbat mein zindagi guzar rahe hain, un ko khushi hoti hai kehte hue "aye wadran", lekin jo log shaitan ki sohbat mein zindagi guzar rahe hain, un ko yeh kehna mushkil hota hai ke "aye wadran", kyunke shaitan ka mizaj yahi hai, shaitan ka culture yahi hai.</w:t>
      </w:r>
    </w:p>
    <w:p>
      <w:pPr>
        <w:pStyle w:val="Heading2"/>
      </w:pPr>
      <w:r>
        <w:t>Knowing and maintaining self-correction process</w:t>
      </w:r>
    </w:p>
    <w:p>
      <w:r>
        <w:rPr>
          <w:color w:val="666666"/>
          <w:sz w:val="18"/>
        </w:rPr>
        <w:t>The Role of Suffering 31 Aug, 2019 - Maulana Wahiduddin Khan · 17m 38s · at 33:58 · https://youtu.be/y4B5iBknSpk?t=2038</w:t>
      </w:r>
    </w:p>
    <w:p>
      <w:r>
        <w:rPr>
          <w:i/>
        </w:rPr>
        <w:t>“How can I understand that the self-correction process has started within me and how to maintain it?”</w:t>
      </w:r>
    </w:p>
    <w:p>
      <w:r>
        <w:rPr>
          <w:sz w:val="20"/>
        </w:rPr>
        <w:t>33:58  Maulana Mahboob bhai ka Mumbai se sawal hai. unhone likha hai: "Maulana, main yeh kaise samjhun ke mere andar self-correction process jaari ho chuka hai aur usko kaise barkarar rakha jaaye?"</w:t>
      </w:r>
      <w:r>
        <w:br/>
      </w:r>
      <w:r>
        <w:rPr>
          <w:sz w:val="20"/>
        </w:rPr>
        <w:t>34:15  Yeh sab dekhne ki zaroorat nahi hai. Yeh ek process jaanna hai. Aap process ko jaanen ge, aap jo ho raha hai woh woh wahan tak toh sirf angel ki pahunch hoti hai, farishton ki.</w:t>
      </w:r>
      <w:r>
        <w:br/>
      </w:r>
      <w:r>
        <w:rPr>
          <w:sz w:val="20"/>
        </w:rPr>
        <w:t>34:32  Bas</w:t>
      </w:r>
      <w:r>
        <w:br/>
      </w:r>
      <w:r>
        <w:rPr>
          <w:sz w:val="20"/>
        </w:rPr>
        <w:t>34:39  batar news, batar khabar ko laani nahi. Aap ki pahunch yahin tak hai ke batar khabar ke janne ho.</w:t>
      </w:r>
      <w:r>
        <w:br/>
      </w:r>
      <w:r>
        <w:rPr>
          <w:sz w:val="20"/>
        </w:rPr>
        <w:t>34:59  Maulana, kya yeh keh sakte hain hum ke ah pre ah Muhammad era mein zyada it is to be physical torture suffering and not is more mental suffering?</w:t>
      </w:r>
      <w:r>
        <w:br/>
      </w:r>
      <w:r>
        <w:rPr>
          <w:sz w:val="20"/>
        </w:rPr>
        <w:t>35:12  Can we say that people suffered more physically in the dows times pre ah pre Muhammad period? Aisa kuch keh sakte hain? Maulana sahib, abhi aaj kal mental suffering zyada hai.</w:t>
      </w:r>
      <w:r>
        <w:br/>
      </w:r>
      <w:r>
        <w:rPr>
          <w:sz w:val="20"/>
        </w:rPr>
        <w:t>35:25  mein samjha, mein samjha nahin.</w:t>
      </w:r>
      <w:r>
        <w:br/>
      </w:r>
      <w:r>
        <w:rPr>
          <w:sz w:val="20"/>
        </w:rPr>
        <w:t>35:27  woh priya ka sawal yeh hai ke ah prophet se jo pehle ka daur tha, us daur mein physical suffering zyada thi aur aaj ke daur mein mental suffering zyada hai.</w:t>
      </w:r>
      <w:r>
        <w:br/>
      </w:r>
      <w:r>
        <w:rPr>
          <w:sz w:val="20"/>
        </w:rPr>
        <w:t>35:40  toh kya is ko aise kaha ja sakta hai? kya yeh sahi hai kehna?</w:t>
      </w:r>
      <w:r>
        <w:br/>
      </w:r>
      <w:r>
        <w:rPr>
          <w:sz w:val="20"/>
        </w:rPr>
        <w:t>35:48  partial sense mein se ho sakta hai, partial sense mein. kyunke sara mamla yeh hai ke aap kitna apne kuch mein involve karte hain.</w:t>
      </w:r>
      <w:r>
        <w:br/>
      </w:r>
      <w:r>
        <w:rPr>
          <w:sz w:val="20"/>
        </w:rPr>
        <w:t>36:01  involve kijiye toh physical suffering aa jayegi. jaise aap dekhiye, hussain thay makka mein rehte thay toh khabar suni unhon ne kufa ki toh rawana ho gaye.</w:t>
      </w:r>
      <w:r>
        <w:br/>
      </w:r>
      <w:r>
        <w:rPr>
          <w:sz w:val="20"/>
        </w:rPr>
        <w:t>36:17  rastay mein farazdaq mila, aik aik aadmi tha farazdaq. us ne kaha aap mat jaiye, woh kufa wale aise hotay hain. phir bhi woh gaye toh jab wahan pohanchay toh waqai woh hua jo jo farazdaq ne kar rakha tha.</w:t>
      </w:r>
      <w:r>
        <w:br/>
      </w:r>
      <w:r>
        <w:rPr>
          <w:sz w:val="20"/>
        </w:rPr>
        <w:t>36:34  toh toh apne ko khud hi jhonkna hai. pehle bhi aisa hota tha ke aadmi na jhuke, aaj bhi aisa hota hai ke aadmi na jhuke.</w:t>
      </w:r>
      <w:r>
        <w:br/>
      </w:r>
      <w:r>
        <w:rPr>
          <w:sz w:val="20"/>
        </w:rPr>
        <w:t>36:44  misalan india mein dekhiye, sare log wahan bjp, mein toh kuch bhi nahin, mein sirf phir parha tha, waise ab bhi hoon, mujhe koi pareshani nahin hai.</w:t>
      </w:r>
      <w:r>
        <w:br/>
      </w:r>
      <w:r>
        <w:rPr>
          <w:sz w:val="20"/>
        </w:rPr>
        <w:t>36:59  yeh yeh yeh aik relative yaani baat hai, yeh is ko real nahin samjhiye.</w:t>
      </w:r>
      <w:r>
        <w:br/>
      </w:r>
      <w:r>
        <w:rPr>
          <w:sz w:val="20"/>
        </w:rPr>
        <w:t>37:08  hain nafs ammara kya hota hai? nafs ammara, nafs ammara aur nafs al-lawwamah koi mysterious baat nahin hai,</w:t>
      </w:r>
      <w:r>
        <w:br/>
      </w:r>
      <w:r>
        <w:rPr>
          <w:sz w:val="20"/>
        </w:rPr>
        <w:t>37:23  mysterious baat nahin hai. dekhiye, aadmi rozana mukhtalif qism ke cheezon ke darmiyan guzarta hai toh nafs al-lawwamah jo hai,</w:t>
      </w:r>
      <w:r>
        <w:br/>
      </w:r>
      <w:r>
        <w:rPr>
          <w:sz w:val="20"/>
        </w:rPr>
        <w:t>37:37  woh right direction mein aap ko woh karta hai,</w:t>
      </w:r>
      <w:r>
        <w:br/>
      </w:r>
      <w:r>
        <w:rPr>
          <w:sz w:val="20"/>
        </w:rPr>
        <w:t>37:44  guide karta hai, tawajjuh dilata hai. aur nafs al-lawwamah jo hai, ghalat direction mein, matlab woh woh farishte ke asar se hota hai ya shaitan ke asar se hota hai.</w:t>
      </w:r>
      <w:r>
        <w:br/>
      </w:r>
      <w:r>
        <w:rPr>
          <w:sz w:val="20"/>
        </w:rPr>
        <w:t>37:57  yeh bohat hi yeh koi mysterious baat nahin hai, koi mysterious baat nahin hai. yeh yeh common aik common se experience ki baat hai.</w:t>
      </w:r>
      <w:r>
        <w:br/>
      </w:r>
      <w:r>
        <w:rPr>
          <w:sz w:val="20"/>
        </w:rPr>
        <w:t>38:17  maulana, you said that our mind gets activated when we are hit with some sad experience.</w:t>
      </w:r>
      <w:r>
        <w:br/>
      </w:r>
      <w:r>
        <w:rPr>
          <w:sz w:val="20"/>
        </w:rPr>
        <w:t>38:28  can it be that at that time we feel helpless and that is why inspiration comes from god?</w:t>
      </w:r>
      <w:r>
        <w:br/>
      </w:r>
      <w:r>
        <w:rPr>
          <w:sz w:val="20"/>
        </w:rPr>
        <w:t>38:37  if we are able to take that situation positively and not react to it? rajab,</w:t>
      </w:r>
      <w:r>
        <w:br/>
      </w:r>
      <w:r>
        <w:rPr>
          <w:sz w:val="20"/>
        </w:rPr>
        <w:t>38:50  kya kaha? say inspiration aati hai. maulana, woh yeh keh rahi hain ke jo aap ne bataya ke jab aik insaan suffering ko face karta hai toh us time pe woh helpless ho jata hai aur isi wajah se nahin, yeh yeh ghalat nikala hai.</w:t>
      </w:r>
      <w:r>
        <w:br/>
      </w:r>
      <w:r>
        <w:rPr>
          <w:sz w:val="20"/>
        </w:rPr>
        <w:t>39:14  aap ne helpless ho jata hai, zyada sensitive ho jata hai. yeh kahiye ji,</w:t>
      </w:r>
      <w:r>
        <w:br/>
      </w:r>
      <w:r>
        <w:rPr>
          <w:sz w:val="20"/>
        </w:rPr>
        <w:t>39:19  helpless hua. haan, hum hum ne toh bohat suffering uthai, uthai hai, bohat suffer.</w:t>
      </w:r>
      <w:r>
        <w:br/>
      </w:r>
      <w:r>
        <w:rPr>
          <w:sz w:val="20"/>
        </w:rPr>
        <w:t>39:30  aaj aaj ki baat batata hoon mein ke itni bari mujhe suffering hui thi, aaj hi, aaj hi ke maine kaha khudaaya, mein jannat ka mustahiq nahin hoon, mujhe toh sirf aik aik aik nazar khuda ko dekh lena hai,</w:t>
      </w:r>
      <w:r>
        <w:br/>
      </w:r>
      <w:r>
        <w:rPr>
          <w:sz w:val="20"/>
        </w:rPr>
        <w:t>39:47  bas dekh loon, bas qissa khatam. aaj ki baat karta hoon, itni zyada mujhe mujhe aaj kuch baat hui thi, experience ke mein ne kaha bhai, mein jannat ka ki price nahin de sakta, mere bas mein nahin hai,</w:t>
      </w:r>
      <w:r>
        <w:br/>
      </w:r>
      <w:r>
        <w:rPr>
          <w:sz w:val="20"/>
        </w:rPr>
        <w:t>40:06  toh mein jannat ka mustahiq nahin hoon. lekin yeh toh woh jis ne mujhe paida kiya, woh kaisa hoga,</w:t>
      </w:r>
      <w:r>
        <w:br/>
      </w:r>
      <w:r>
        <w:rPr>
          <w:sz w:val="20"/>
        </w:rPr>
        <w:t>40:18  bas yeh baat janna chahta hoon. aik aik jhalak dekhna chahta hoon, yeh aaj ka tajurba batata hoon aap ko.</w:t>
      </w:r>
      <w:r>
        <w:br/>
      </w:r>
      <w:r>
        <w:rPr>
          <w:sz w:val="20"/>
        </w:rPr>
        <w:t>40:33  aaj mein ne dua ki ke khudaaya, mujhe apni aik jhalak dikha de, aik glimpse, glimpse, us waqt mujhe khatam kar de,</w:t>
      </w:r>
      <w:r>
        <w:br/>
      </w:r>
      <w:r>
        <w:rPr>
          <w:sz w:val="20"/>
        </w:rPr>
        <w:t>40:46  is se zyada ka mustahiq nahi hoon. main</w:t>
      </w:r>
      <w:r>
        <w:br/>
      </w:r>
      <w:r>
        <w:rPr>
          <w:sz w:val="20"/>
        </w:rPr>
        <w:t>40:59  Maulana, jo aap ne kaha ke suffering yeh God realization ke liye ek</w:t>
      </w:r>
      <w:r>
        <w:br/>
      </w:r>
      <w:r>
        <w:rPr>
          <w:sz w:val="20"/>
        </w:rPr>
        <w:t>41:10  bohat hi ahem mor hota hai, jahan se aadmi Khuda ki taraf mutawajjah hota hai. to Maulana, is ke liye Ashab-e-Kahf ka waqia bhi Quran mein Allah ne naqal kar ke kaha tha, kaha hai:</w:t>
      </w:r>
      <w:r>
        <w:br/>
      </w:r>
      <w:r>
        <w:rPr>
          <w:sz w:val="20"/>
        </w:rPr>
        <w:t>41:27  "Innahum fityatun aamanoo birabbihim wa zidnahum huda" ke Khuda ne kaha ke in logon ko jo religious persecution ko face karna pada, to is ki is ki wajah se un ke imaan mein aur bhi izafa ho gaya.</w:t>
      </w:r>
      <w:r>
        <w:br/>
      </w:r>
      <w:r>
        <w:rPr>
          <w:sz w:val="20"/>
        </w:rPr>
        <w:t>41:49  to Maulana, yeh baat aap jo keh rahe hain, bohat hi mukhtalif waqiat se yeh baat bohat achi tarah sabit hoti hai. Maulana, to yeh bohat hi hamare liye positive baat hai aur encouraging hai.</w:t>
      </w:r>
      <w:r>
        <w:br/>
      </w:r>
      <w:r>
        <w:rPr>
          <w:sz w:val="20"/>
        </w:rPr>
        <w:t>42:02  negative situations ko ke hum is ko imaan mein izafe ka sabab banayein.</w:t>
      </w:r>
      <w:r>
        <w:br/>
      </w:r>
      <w:r>
        <w:rPr>
          <w:sz w:val="20"/>
        </w:rPr>
        <w:t>42:09  Bhai, bhai, samjha nahi. Maulana yaar bhai, hain Yaqoob sahib, yeh keh rahe hain ke aap ne yeh jo kaha ke aadmi jab suffering mein aata hai to us ko God, aadmi jab suffering mein aata hai to us ko God realization hota hai.</w:t>
      </w:r>
      <w:r>
        <w:br/>
      </w:r>
      <w:r>
        <w:rPr>
          <w:sz w:val="20"/>
        </w:rPr>
        <w:t>42:25  to unhon ne kaha hai ke yeh cheez bohat a</w:t>
      </w:r>
      <w:r>
        <w:br/>
      </w:r>
      <w:r>
        <w:rPr>
          <w:sz w:val="20"/>
        </w:rPr>
        <w:t>42:28  ham hai aur dekhiye, suffering apne aap nahi, main ne kaha hai apne aap nahi ke dard ho raha hai yahan par to realize ho jayega.</w:t>
      </w:r>
      <w:r>
        <w:br/>
      </w:r>
      <w:r>
        <w:rPr>
          <w:sz w:val="20"/>
        </w:rPr>
        <w:t>42:40  yeh main ne nahi kaha hai, suffering ko main ne kaha hai ke inner core jo hai insaan ka, us ko hila deti hai.</w:t>
      </w:r>
      <w:r>
        <w:br/>
      </w:r>
      <w:r>
        <w:rPr>
          <w:sz w:val="20"/>
        </w:rPr>
        <w:t>42:49  wo jis tarah se main ne kaha hai, aap ke mind ka jo inner core hai, spirituality ka jo inner core hai, aap ke personality ka jo inner core hai, wo to hil jata hai, itna kisi khushi se nahi hilta.</w:t>
      </w:r>
      <w:r>
        <w:br/>
      </w:r>
      <w:r>
        <w:rPr>
          <w:sz w:val="20"/>
        </w:rPr>
        <w:t>43:06  aap khush hon to aap ka inner core hilega.</w:t>
      </w:r>
      <w:r>
        <w:br/>
      </w:r>
      <w:r>
        <w:rPr>
          <w:sz w:val="20"/>
        </w:rPr>
        <w:t>43:13  to main ne wo kiya cheez ki hai ke insaan ke potential ka jaag uthna, jis tarah unhon ne kaha hai, insaan ke potential jo hai, wo aakhir had tak jaag uthte hain.</w:t>
      </w:r>
      <w:r>
        <w:br/>
      </w:r>
      <w:r>
        <w:rPr>
          <w:sz w:val="20"/>
        </w:rPr>
        <w:t>43:28  suffering jab hoti hai jo khushi mein nahi jaagte, yeh main ne kaha hai.</w:t>
      </w:r>
      <w:r>
        <w:br/>
      </w:r>
      <w:r>
        <w:rPr>
          <w:sz w:val="20"/>
        </w:rPr>
        <w:t>43:42  Maulana to keh sakte hain ke jin ko Khuda pyar karta hai, un ko zyada suffering milti hai. hain, wo keh rahi hain ke kya Priya keh rahi hain ke kya yeh keh sakte hain ke Allah jis ko pyar zyada karta hai, us ko suffering milti hai?</w:t>
      </w:r>
      <w:r>
        <w:br/>
      </w:r>
      <w:r>
        <w:rPr>
          <w:sz w:val="20"/>
        </w:rPr>
        <w:t>44:02  pyar karta hai? kya Allah mein koi lath pyar ka wahan culture hai? yeh sab nahi hai, matlab nahi hai. jo zyada apne aap ko competent sabit karta hai,</w:t>
      </w:r>
      <w:r>
        <w:br/>
      </w:r>
      <w:r>
        <w:rPr>
          <w:sz w:val="20"/>
        </w:rPr>
        <w:t>44:16  yeh matlab hai. yeh nahi ke wahan koi lath pyar chalta hai, wahan love affair chalta hai. wo yeh love affair ki baat nahi hai, yeh yaad rakhiye, wo competence ki baat hai.</w:t>
      </w:r>
      <w:r>
        <w:br/>
      </w:r>
      <w:r>
        <w:rPr>
          <w:sz w:val="20"/>
        </w:rPr>
        <w:t>44:38  Rajat, there is a question that Saleem asked and I think it didn't get answered or didn't get conveyed. The question was that mental suffering and physical suffering, they both stimulate the brain in a similar manner.</w:t>
      </w:r>
      <w:r>
        <w:br/>
      </w:r>
      <w:r>
        <w:rPr>
          <w:sz w:val="20"/>
        </w:rPr>
        <w:t>44:53  So his question was that, uh, he believes therefore that, uh, hell is actually mental suffering.</w:t>
      </w:r>
      <w:r>
        <w:br/>
      </w:r>
      <w:r>
        <w:rPr>
          <w:sz w:val="20"/>
        </w:rPr>
        <w:t>45:03  It's a state of mind where in you are suffering mentally. It is not a physical place where you'll be burning, burning, etc. It's a state where in you'll be suffering mentally.</w:t>
      </w:r>
      <w:r>
        <w:br/>
      </w:r>
      <w:r>
        <w:rPr>
          <w:sz w:val="20"/>
        </w:rPr>
        <w:t>45:14  Is that right? Or what is Maulana's view on this?</w:t>
      </w:r>
      <w:r>
        <w:br/>
      </w:r>
      <w:r>
        <w:rPr>
          <w:sz w:val="20"/>
        </w:rPr>
        <w:t>45:18  Maulana, aap ne jab aaj desires ka ek sawal aaya tha ke desire kabhi khatam nahi honge, aap ne kaha insaan ke andar, to desire ko control kar sakte hain.</w:t>
      </w:r>
      <w:r>
        <w:br/>
      </w:r>
      <w:r>
        <w:rPr>
          <w:sz w:val="20"/>
        </w:rPr>
        <w:t>45:32  to Maulana, kaise control kar sakte hain desires ko?</w:t>
      </w:r>
      <w:r>
        <w:br/>
      </w:r>
      <w:r>
        <w:rPr>
          <w:sz w:val="20"/>
        </w:rPr>
        <w:t>45:39  Desire ka koi khali cheez hai? yeh to Buddhism mein desire ko burai bana diya. koi burai hai hi nahi, wo desire koi burai hai hi nahi.</w:t>
      </w:r>
      <w:r>
        <w:br/>
      </w:r>
      <w:r>
        <w:rPr>
          <w:sz w:val="20"/>
        </w:rPr>
        <w:t>45:51  wo</w:t>
      </w:r>
      <w:r>
        <w:br/>
      </w:r>
      <w:r>
        <w:rPr>
          <w:sz w:val="20"/>
        </w:rPr>
        <w:t>45:54  desire to ek bohat high class ki yani insani sifat hai.</w:t>
      </w:r>
      <w:r>
        <w:br/>
      </w:r>
      <w:r>
        <w:rPr>
          <w:sz w:val="20"/>
        </w:rPr>
        <w:t>46:10  yeh to hai ke desire koi buri cheez hai.</w:t>
      </w:r>
      <w:r>
        <w:br/>
      </w:r>
      <w:r>
        <w:rPr>
          <w:sz w:val="20"/>
        </w:rPr>
        <w:t>46:17  misal ke taur par, maine yeh desire paida hui ke main jannat ka mustahiq to banai hoon, lekin Allah ka ek jhalak mujhe dikhana dekhne ko mil jaye.</w:t>
      </w:r>
      <w:r>
        <w:br/>
      </w:r>
      <w:r>
        <w:rPr>
          <w:sz w:val="20"/>
        </w:rPr>
        <w:t>46:30  ek glimpse yeh desire thi, to kya desire koi galat nahi hai?</w:t>
      </w:r>
      <w:r>
        <w:br/>
      </w:r>
      <w:r>
        <w:rPr>
          <w:sz w:val="20"/>
        </w:rPr>
        <w:t>46:43  Maulana, mera yeh sawal hai ke jab Allah hum se naraz ho jata hai to kya woh hum se naik kaam yani ke achhe kaam lene chhod deta hai?</w:t>
      </w:r>
      <w:r>
        <w:br/>
      </w:r>
      <w:r>
        <w:rPr>
          <w:sz w:val="20"/>
        </w:rPr>
        <w:t>47:00  Maulana, sawal yeh hai ke jab Allah hum se naraz ho jata hai to kya woh hum se naik kaam lena chhod deta hai?</w:t>
      </w:r>
      <w:r>
        <w:br/>
      </w:r>
      <w:r>
        <w:rPr>
          <w:sz w:val="20"/>
        </w:rPr>
        <w:t>47:10  Zaroor nahi, chhodna nahi, chhodta nahi. Hum lautein, tauba naseeb karein. Yeh to bohat zyada likha hua hai Quran mein ke Allah taala lautne walon ko bohat pasand karta hai.</w:t>
      </w:r>
      <w:r>
        <w:br/>
      </w:r>
      <w:r>
        <w:rPr>
          <w:sz w:val="20"/>
        </w:rPr>
        <w:t>47:26  Phir sahib ji,</w:t>
      </w:r>
      <w:r>
        <w:br/>
      </w:r>
      <w:r>
        <w:rPr>
          <w:sz w:val="20"/>
        </w:rPr>
        <w:t>47:30  lautne wala jo hai, woh to Allah ka most wanted insan hai jo laute.</w:t>
      </w:r>
      <w:r>
        <w:br/>
      </w:r>
      <w:r>
        <w:rPr>
          <w:sz w:val="20"/>
        </w:rPr>
        <w:t>47:40  Sachhe tareeqe se log lautate nahi. Lautein to lautna yani tauba to bohat bada yeh rewardable amal hai.</w:t>
      </w:r>
      <w:r>
        <w:br/>
      </w:r>
      <w:r>
        <w:rPr>
          <w:sz w:val="20"/>
        </w:rPr>
        <w:t>47:51  yeh</w:t>
      </w:r>
      <w:r>
        <w:br/>
      </w:r>
      <w:r>
        <w:rPr>
          <w:sz w:val="20"/>
        </w:rPr>
        <w:t>47:58  Lekin sachha lautna kya cheez hai jis ko tauba naseeb kaha gaya hai?</w:t>
      </w:r>
      <w:r>
        <w:br/>
      </w:r>
      <w:r>
        <w:rPr>
          <w:sz w:val="20"/>
        </w:rPr>
        <w:t>48:07  Is par Allah ki inayatein hain. Ah,</w:t>
      </w:r>
      <w:r>
        <w:br/>
      </w:r>
      <w:r>
        <w:rPr>
          <w:sz w:val="20"/>
        </w:rPr>
        <w:t>48:15  Maulana, ek ek hadith hai. Hain, ek hadith hai: "Azam al-nas hamman al-mu'min alladhi yahtammu bi-amri dunya wa amri akhiratihi" ke logon mein sab se zyada plan karne wala momin hota hai.</w:t>
      </w:r>
      <w:r>
        <w:br/>
      </w:r>
      <w:r>
        <w:rPr>
          <w:sz w:val="20"/>
        </w:rPr>
        <w:t>48:33  Logon mein sab se zyada plan karne wala momin hota hai. Woh apne duniya ke mamlaat ki planning karta hai aur apne akhirat ke mamlaat ki planning karta hai.</w:t>
      </w:r>
      <w:r>
        <w:br/>
      </w:r>
      <w:r>
        <w:rPr>
          <w:sz w:val="20"/>
        </w:rPr>
        <w:t>48:42  Hmm, to momin ke liye to yeh wazeh hai ke woh akhirat ke mamlaat ki planning karta hai. Duniya ke mamlaat ki planning kya hai momin ke liye?</w:t>
      </w:r>
      <w:r>
        <w:br/>
      </w:r>
      <w:r>
        <w:rPr>
          <w:sz w:val="20"/>
        </w:rPr>
        <w:t>48:51  Yahan isi ma'ne mein hai ke momin bohat zyada sensitive insan hota hai. Sara ma'mla sensitivity ka hai.</w:t>
      </w:r>
      <w:r>
        <w:br/>
      </w:r>
      <w:r>
        <w:rPr>
          <w:sz w:val="20"/>
        </w:rPr>
        <w:t>49:00  Yeh momin yani kalma padhne wale ka nahi hai. Yani jo kalma padh le, woh aisa ho jayega nahi.</w:t>
      </w:r>
      <w:r>
        <w:br/>
      </w:r>
      <w:r>
        <w:rPr>
          <w:sz w:val="20"/>
        </w:rPr>
        <w:t>49:14  Jo waqai is ma'amle mein momin bada hai, sensitivity ke momin hain, to us ki har cheez mein uska izhaar hoga.</w:t>
      </w:r>
      <w:r>
        <w:br/>
      </w:r>
      <w:r>
        <w:rPr>
          <w:sz w:val="20"/>
        </w:rPr>
        <w:t>49:24  Ji ji, Maulana, mera ek aakhri sawal hai aaj ke discussion ka. Woh that's based on the concept of Iblis, Satan.</w:t>
      </w:r>
      <w:r>
        <w:br/>
      </w:r>
      <w:r>
        <w:rPr>
          <w:sz w:val="20"/>
        </w:rPr>
        <w:t>49:34  Ah, maine kahin padha tha ke Satan was extremely in love with God and he still is. Unko Allah se bohat mohabbat thi, unhone Allah ki har jagah pe ibadat ki thi.</w:t>
      </w:r>
      <w:r>
        <w:br/>
      </w:r>
      <w:r>
        <w:rPr>
          <w:sz w:val="20"/>
        </w:rPr>
        <w:t>49:45  Haan, to woh aaj bhi he is in love with God. But jab Allah taala ne unko Adam ko sajda karne ke liye kaha to unse woh baat rahi nahi gayi, because he was given a competitor for his love with God.</w:t>
      </w:r>
      <w:r>
        <w:br/>
      </w:r>
      <w:r>
        <w:rPr>
          <w:sz w:val="20"/>
        </w:rPr>
        <w:t>49:58  To woh aaj bhi hum ko Allah se door karne pe ade hue hain. Jab whenever we want to go close to God, he or he makes us repel and woh hum ko Allah se door kar dete hain.</w:t>
      </w:r>
      <w:r>
        <w:br/>
      </w:r>
      <w:r>
        <w:rPr>
          <w:sz w:val="20"/>
        </w:rPr>
        <w:t>50:10  Kya hum ko Iblis se nafrat rakhna kya hai is hisab se sahi hai ke g</w:t>
      </w:r>
      <w:r>
        <w:br/>
      </w:r>
      <w:r>
        <w:rPr>
          <w:sz w:val="20"/>
        </w:rPr>
        <w:t>50:15  Ghalat hai? Nahi, kyun ke nafrat kyun? Nafrat kyun? Apne se nafrat karo ke hum kyun uska shikar ban jate hain? Rasool Allah se aisi koi hadith to nahi ke Rasool Allah Iblis se nafrat karte the?</w:t>
      </w:r>
      <w:r>
        <w:br/>
      </w:r>
      <w:r>
        <w:rPr>
          <w:sz w:val="20"/>
        </w:rPr>
        <w:t>50:30  apne sath nafrat karo ke hum kyun shikar ban jate hain?</w:t>
      </w:r>
      <w:r>
        <w:br/>
      </w:r>
      <w:r>
        <w:rPr>
          <w:sz w:val="20"/>
        </w:rPr>
        <w:t>50:37  nafrat to yeh yeh thi yani yeh jo bigre hue in</w:t>
      </w:r>
    </w:p>
    <w:p>
      <w:pPr>
        <w:pStyle w:val="Heading2"/>
      </w:pPr>
      <w:r>
        <w:t>Negative thoughts leading to wrong decisions</w:t>
      </w:r>
    </w:p>
    <w:p>
      <w:r>
        <w:rPr>
          <w:color w:val="666666"/>
          <w:sz w:val="18"/>
        </w:rPr>
        <w:t>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Feeling dejected despite working</w:t>
      </w:r>
    </w:p>
    <w:p>
      <w:r>
        <w:rPr>
          <w:color w:val="666666"/>
          <w:sz w:val="18"/>
        </w:rPr>
        <w:t>Spirituality in Simple Living, High Thinking October 27, 2019 Maulana Wahiduddin Khan · 6m 26s · at 38:31 · https://youtu.be/Kr28g15eFr8?t=2311</w:t>
      </w:r>
    </w:p>
    <w:p>
      <w:r>
        <w:rPr>
          <w:i/>
        </w:rPr>
        <w:t>“Although I claim to work, I always feel dejected as if I have done nothing. Please explain this.”</w:t>
      </w:r>
    </w:p>
    <w:p>
      <w:r>
        <w:rPr>
          <w:sz w:val="20"/>
        </w:rPr>
        <w:t>38:31  maulana, agla sawal bijnor, up se kya hai mehtab ali nandro sahib ne. unhon ne likha hai: "halankeh mein daawa work karta hoon magar hamesha dejected feeling mein rehta hoon jaise maine kuch nahi kiya." yeh kya hai maulana?</w:t>
      </w:r>
      <w:r>
        <w:br/>
      </w:r>
      <w:r>
        <w:rPr>
          <w:sz w:val="20"/>
        </w:rPr>
        <w:t>38:49  is ko wazeh karen. dekhen, yeh koi negative baat nahi hai,</w:t>
      </w:r>
      <w:r>
        <w:br/>
      </w:r>
      <w:r>
        <w:rPr>
          <w:sz w:val="20"/>
        </w:rPr>
        <w:t>38:56  yeh to bohat achi baat hai. aur dobara mein aap ko readers digest ka ek ek effort deta hoon.</w:t>
      </w:r>
      <w:r>
        <w:br/>
      </w:r>
      <w:r>
        <w:rPr>
          <w:sz w:val="20"/>
        </w:rPr>
        <w:t>39:07  is zamane ki baat hai jab mein parhta tha to is mein ek article chha tha, ek shakhs ne likha tha ke nobel prize jo jin ko milta hai un ki quality kya hoti hai.</w:t>
      </w:r>
      <w:r>
        <w:br/>
      </w:r>
      <w:r>
        <w:rPr>
          <w:sz w:val="20"/>
        </w:rPr>
        <w:t>39:22  yeh ek shakhs ne research kiya, ek kitaab se bhi thi ke is ne kuch selected log jo jin ko nobel prize mila tha un ka study ki ke un ke andar common sifat kya thi.</w:t>
      </w:r>
      <w:r>
        <w:br/>
      </w:r>
      <w:r>
        <w:rPr>
          <w:sz w:val="20"/>
        </w:rPr>
        <w:t>39:42  common</w:t>
      </w:r>
      <w:r>
        <w:br/>
      </w:r>
      <w:r>
        <w:rPr>
          <w:sz w:val="20"/>
        </w:rPr>
        <w:t>39:44  to is ne likha tha ke ke in logon mein common sifat yeh thi ke har ek ne do, har ek mein do sifat pai jati thi, woh thi curiosity and discontent.</w:t>
      </w:r>
      <w:r>
        <w:br/>
      </w:r>
      <w:r>
        <w:rPr>
          <w:sz w:val="20"/>
        </w:rPr>
        <w:t>40:01  yeh to bari achi baat hai,</w:t>
      </w:r>
      <w:r>
        <w:br/>
      </w:r>
      <w:r>
        <w:rPr>
          <w:sz w:val="20"/>
        </w:rPr>
        <w:t>40:06  ehsas kami jo hai to bari achi baat hai.</w:t>
      </w:r>
      <w:r>
        <w:br/>
      </w:r>
      <w:r>
        <w:rPr>
          <w:sz w:val="20"/>
        </w:rPr>
        <w:t>40:11  hum hamesha aur se better se better, better se better banane ki fikr karte rahenge. curiosity and discontent mein yeh aisi koi negative baat hi nahi hai,</w:t>
      </w:r>
      <w:r>
        <w:br/>
      </w:r>
      <w:r>
        <w:rPr>
          <w:sz w:val="20"/>
        </w:rPr>
        <w:t>40:29  yeh to positive baat hai.</w:t>
      </w:r>
      <w:r>
        <w:br/>
      </w:r>
      <w:r>
        <w:rPr>
          <w:sz w:val="20"/>
        </w:rPr>
        <w:t>40:37  riaz bhat sahib ne bangalore se comment bheja hai. unhon</w:t>
      </w:r>
      <w:r>
        <w:br/>
      </w:r>
      <w:r>
        <w:rPr>
          <w:sz w:val="20"/>
        </w:rPr>
        <w:t>40:40  ne likha hai: "maulana sahib, thanks for giving us a wing of spiritual living. nice explanation of simple living by self management, relieving the mind of unnecessary burden of competitive thinking, leading its way towards spiritual thought process.</w:t>
      </w:r>
      <w:r>
        <w:br/>
      </w:r>
      <w:r>
        <w:rPr>
          <w:sz w:val="20"/>
        </w:rPr>
        <w:t>41:01  praying for all of us to adhere to this advice."</w:t>
      </w:r>
      <w:r>
        <w:br/>
      </w:r>
      <w:r>
        <w:rPr>
          <w:sz w:val="20"/>
        </w:rPr>
        <w:t>41:07  zaheer uddin khwaja sahib ne rai chor se likha hai: "simple living and high thinking is prophetic formula of life.</w:t>
      </w:r>
      <w:r>
        <w:br/>
      </w:r>
      <w:r>
        <w:rPr>
          <w:sz w:val="20"/>
        </w:rPr>
        <w:t>41:17  rasool Allah total life is example of this formula and one can say the greatest sunnah of rasool Allah."</w:t>
      </w:r>
      <w:r>
        <w:br/>
      </w:r>
      <w:r>
        <w:rPr>
          <w:sz w:val="20"/>
        </w:rPr>
        <w:t>41:27  doctor safina tabassum ne saharanpur se likha hai: "maulana sahib, aap ne wazeh kar diya materialism mein rehna apne ko distraction mein daal kar rehna hai.</w:t>
      </w:r>
      <w:r>
        <w:br/>
      </w:r>
      <w:r>
        <w:rPr>
          <w:sz w:val="20"/>
        </w:rPr>
        <w:t>41:39  is mein ulajh kar aap higher goals ko nahi pahunch sakte. jazak Allah."</w:t>
      </w:r>
      <w:r>
        <w:br/>
      </w:r>
      <w:r>
        <w:rPr>
          <w:sz w:val="20"/>
        </w:rPr>
        <w:t>41:47  javed iqbal sahib ne west bengal se likha hai: "muslims ko lip service chhodna padega, tabhi high thinking in ke andar aayegi." sahi hai, mein is se agree karta hoon ke lip service bohat zyada clear habit hai,</w:t>
      </w:r>
      <w:r>
        <w:br/>
      </w:r>
      <w:r>
        <w:rPr>
          <w:sz w:val="20"/>
        </w:rPr>
        <w:t>42:10  clear habit hai. maulana miss shabana ansari ne pakistan se likha hai.</w:t>
      </w:r>
      <w:r>
        <w:br/>
      </w:r>
      <w:r>
        <w:rPr>
          <w:sz w:val="20"/>
        </w:rPr>
        <w:t>42:17  unhon ne aap se poocha hai: "maulana, kya simple living se murad need based zindagi guzarna hai aur materialistic lifestyle se bachna chahiye?</w:t>
      </w:r>
      <w:r>
        <w:br/>
      </w:r>
      <w:r>
        <w:rPr>
          <w:sz w:val="20"/>
        </w:rPr>
        <w:t>42:30  kya yeh sahi hai?"</w:t>
      </w:r>
      <w:r>
        <w:br/>
      </w:r>
      <w:r>
        <w:rPr>
          <w:sz w:val="20"/>
        </w:rPr>
        <w:t>42:33  dekhen, main samajhta hoon ke is ka koi yani</w:t>
      </w:r>
      <w:r>
        <w:br/>
      </w:r>
      <w:r>
        <w:rPr>
          <w:sz w:val="20"/>
        </w:rPr>
        <w:t>42:41  external koi koi</w:t>
      </w:r>
      <w:r>
        <w:br/>
      </w:r>
      <w:r>
        <w:rPr>
          <w:sz w:val="20"/>
        </w:rPr>
        <w:t>42:47  formula nahin hai. Aap khud faisla karte hain ke</w:t>
      </w:r>
      <w:r>
        <w:br/>
      </w:r>
      <w:r>
        <w:rPr>
          <w:sz w:val="20"/>
        </w:rPr>
        <w:t>42:58  mere liye</w:t>
      </w:r>
      <w:r>
        <w:br/>
      </w:r>
      <w:r>
        <w:rPr>
          <w:sz w:val="20"/>
        </w:rPr>
        <w:t>43:02  kya tareeqa sahih hai. Doosra aadmi jo bataye ga woh adhoori knowledge ke base pe bataye ga, poori knowledge sirf aap ko hoti hai.</w:t>
      </w:r>
      <w:r>
        <w:br/>
      </w:r>
      <w:r>
        <w:rPr>
          <w:sz w:val="20"/>
        </w:rPr>
        <w:t>43:18  Mislan dekhen, main apne bare mein kehta hoon ke main bachpan se mera dard tha ke kapre ka shauq nahin, khane ka shauq nahin, kuch nahin.</w:t>
      </w:r>
      <w:r>
        <w:br/>
      </w:r>
      <w:r>
        <w:rPr>
          <w:sz w:val="20"/>
        </w:rPr>
        <w:t>43:30  Mislan meri maa batati thi</w:t>
      </w:r>
      <w:r>
        <w:br/>
      </w:r>
      <w:r>
        <w:rPr>
          <w:sz w:val="20"/>
        </w:rPr>
        <w:t>43:35  ke chhote jab main chhota tha aur eid ke din kapra naya bachchon ke ghar ke bachchon ke liye banaya jata tha to sab log naye kapre pehan kar khush shauq se shauq se pehante the.</w:t>
      </w:r>
      <w:r>
        <w:br/>
      </w:r>
      <w:r>
        <w:rPr>
          <w:sz w:val="20"/>
        </w:rPr>
        <w:t>43:55  main pehanta hi nahin tha,</w:t>
      </w:r>
      <w:r>
        <w:br/>
      </w:r>
      <w:r>
        <w:rPr>
          <w:sz w:val="20"/>
        </w:rPr>
        <w:t>43:59  main pehanta hi nahin tha. Meri maa kehti thi: "Kapra pehan lo, eid ka din hai, eid ka din hai." To main jante hain kya karta tha?</w:t>
      </w:r>
      <w:r>
        <w:br/>
      </w:r>
      <w:r>
        <w:rPr>
          <w:sz w:val="20"/>
        </w:rPr>
        <w:t>44:11  Jaldi kya hai? Jaldi kya hai? Halanke eid ka din hota tha, woh jaldi thi. Aise mein main use padhta tha to har hafte ek baar main ghar aata tha.</w:t>
      </w:r>
      <w:r>
        <w:br/>
      </w:r>
      <w:r>
        <w:rPr>
          <w:sz w:val="20"/>
        </w:rPr>
        <w:t>44:28  To jab bhi aata tha wahan to hamari poochhti thi maa ke aaj khane ke liye kya pakaya hai?</w:t>
      </w:r>
      <w:r>
        <w:br/>
      </w:r>
      <w:r>
        <w:rPr>
          <w:sz w:val="20"/>
        </w:rPr>
        <w:t>44:38  Aise maa poochhti hai aam taur par. To mujhe yaad hai ke ek baar bhi maine nahin kaha ke falan cheez pakaiye, jo jo rahe ga wohi kha len ge.</w:t>
      </w:r>
      <w:r>
        <w:br/>
      </w:r>
      <w:r>
        <w:rPr>
          <w:sz w:val="20"/>
        </w:rPr>
        <w:t>44:53  Yeh mizaj ki baat hai,</w:t>
      </w:r>
    </w:p>
    <w:p>
      <w:pPr>
        <w:pStyle w:val="Heading2"/>
      </w:pPr>
      <w:r>
        <w:t>Living in past hinders future orientation</w:t>
      </w:r>
    </w:p>
    <w:p>
      <w:r>
        <w:rPr>
          <w:color w:val="666666"/>
          <w:sz w:val="18"/>
        </w:rPr>
        <w:t>Why Violence 17 Nov 2019 - Maulana Wahiduddin Khan · 4m 03s · at 40:31 · https://youtu.be/W8ybr-qO96c?t=2431</w:t>
      </w:r>
    </w:p>
    <w:p>
      <w:r>
        <w:rPr>
          <w:i/>
        </w:rPr>
        <w:t>“Maulana, Muslims as you have rightly said are living in their past. I believe every person, irrespective of his religion and background, lives in the past and as a result fails to become future oriented.”</w:t>
      </w:r>
    </w:p>
    <w:p>
      <w:r>
        <w:rPr>
          <w:sz w:val="20"/>
        </w:rPr>
        <w:t>40:31  aap ki rethinking pure wisdom hai. you are truly working according to the age. may allah make people understand that this is the age of peace and everything that we want to achieve can be attained through peace." maulana, agla sawal lena chahenge jo ahmedabad se qurban ali sahib ne bheja hai.</w:t>
      </w:r>
      <w:r>
        <w:br/>
      </w:r>
      <w:r>
        <w:rPr>
          <w:sz w:val="20"/>
        </w:rPr>
        <w:t>40:56  unhon ne likha hai: "maulana, muslims as you have rightly said are living in their past.</w:t>
      </w:r>
      <w:r>
        <w:br/>
      </w:r>
      <w:r>
        <w:rPr>
          <w:sz w:val="20"/>
        </w:rPr>
        <w:t>41:04  i believe every person, irrespective of his religion and background, lives in past and as a result fails to become future oriented.</w:t>
      </w:r>
      <w:r>
        <w:br/>
      </w:r>
      <w:r>
        <w:rPr>
          <w:sz w:val="20"/>
        </w:rPr>
        <w:t>41:16  maulana, how can an individual forget his or her past and focus on his present and future</w:t>
      </w:r>
      <w:r>
        <w:br/>
      </w:r>
      <w:r>
        <w:rPr>
          <w:sz w:val="20"/>
        </w:rPr>
        <w:t>41:24  ? please give us your advice so we can let go of our past, whether good or bad." bhai, jo hamare saathi, hamari team ke log kar rahe hain, wahi aap bhi kijiye.</w:t>
      </w:r>
      <w:r>
        <w:br/>
      </w:r>
      <w:r>
        <w:rPr>
          <w:sz w:val="20"/>
        </w:rPr>
        <w:t>41:37  literature phailaiye, quran phailaiye, peaceful tareeqe se logon ko bataiye. yeh to koi mushkil kaam hi nahi hai. har jagah hamari team ke log already ek kaam to kar rahe hain,</w:t>
      </w:r>
      <w:r>
        <w:br/>
      </w:r>
      <w:r>
        <w:rPr>
          <w:sz w:val="20"/>
        </w:rPr>
        <w:t>41:55  aap phir un ke saath lag jaiye. maulana, un ka sawal ka yeh hissa bhi tha ke aksar log past mein jeete hain, to woh kaise stop karein apne aap ko ke past mein na jein aur future oriented hon?</w:t>
      </w:r>
      <w:r>
        <w:br/>
      </w:r>
      <w:r>
        <w:rPr>
          <w:sz w:val="20"/>
        </w:rPr>
        <w:t>42:17  yeh bhi, yeh bhi samjhane se chal jayega. aap un ke mind ko address kijiye, un ke mind ko address kijiye, kitabein un ko parhne ke liye dijiye.</w:t>
      </w:r>
      <w:r>
        <w:br/>
      </w:r>
      <w:r>
        <w:rPr>
          <w:sz w:val="20"/>
        </w:rPr>
        <w:t>42:38  miss shabina ali ne kolkata se likha hai: "maulana, you have rightly said and conveyed to all from the day one that this is the age of peace, age of opportunity and age of peaceful activism.</w:t>
      </w:r>
      <w:r>
        <w:br/>
      </w:r>
      <w:r>
        <w:rPr>
          <w:sz w:val="20"/>
        </w:rPr>
        <w:t>42:56  war and violence is obsolete and has no meaning in this age. the two examples are the biggest example and it is an eye opener for all of us that dawa work is the only workable formula for attaining pe</w:t>
      </w:r>
      <w:r>
        <w:br/>
      </w:r>
      <w:r>
        <w:rPr>
          <w:sz w:val="20"/>
        </w:rPr>
        <w:t>43:14  ace. thank you maulana for this enlightening lecture."</w:t>
      </w:r>
      <w:r>
        <w:br/>
      </w:r>
      <w:r>
        <w:rPr>
          <w:sz w:val="20"/>
        </w:rPr>
        <w:t>43:21  aamir mori sahib ne goa se likha hai: "your every lecture is like a spiritual hammering to me. listening to you always motivates me and creates an urge to do good in life.</w:t>
      </w:r>
      <w:r>
        <w:br/>
      </w:r>
      <w:r>
        <w:rPr>
          <w:sz w:val="20"/>
        </w:rPr>
        <w:t>43:34  thank you maulana sahib for guiding and helping us to become true muslims rather than feel like muslims." mol</w:t>
      </w:r>
    </w:p>
    <w:p>
      <w:pPr>
        <w:pStyle w:val="Heading2"/>
      </w:pPr>
      <w:r>
        <w:t>How to make amends and get forgiveness?</w:t>
      </w:r>
    </w:p>
    <w:p>
      <w:r>
        <w:rPr>
          <w:color w:val="666666"/>
          <w:sz w:val="18"/>
        </w:rPr>
        <w:t>Anger An Obstacle to wisdom 5 Jan 2020 - Maulana Wahiduddin Khan · 2m 44s · at 1:08:00 · https://youtu.be/q0VPtCsiYrI?t=4080</w:t>
      </w:r>
    </w:p>
    <w:p>
      <w:r>
        <w:rPr>
          <w:i/>
        </w:rPr>
        <w:t>“Today's talk was very beneficial for me. I want to ask you that if out of anger in the past I have taken a rash decision and hurt someone and damaged his reputation, then how can I make amends and get forgiveness from God? I really need your advice on this.”</w:t>
      </w:r>
    </w:p>
    <w:p>
      <w:r>
        <w:rPr>
          <w:sz w:val="20"/>
        </w:rPr>
        <w:t>1:08:00  ma sha Allah. Maulana, ek sawal aaya hai, yeh sawal aaya hai lucknow se firoz sahib ne kiya hai, unhon ne likha hai: "Molana sahib, today's talk was very beneficial for me.</w:t>
      </w:r>
      <w:r>
        <w:br/>
      </w:r>
      <w:r>
        <w:rPr>
          <w:sz w:val="20"/>
        </w:rPr>
        <w:t>1:08:18  I want to ask you that if out of anger in the past I have taken a rash decision and hurt someone and damaged his reputation, then how can I make amends and get forgiveness from God</w:t>
      </w:r>
      <w:r>
        <w:br/>
      </w:r>
      <w:r>
        <w:rPr>
          <w:sz w:val="20"/>
        </w:rPr>
        <w:t>1:08:34  ? I really need your advice on this." dekhiye, yeh to har ek ke sath pesh aata hai aur is ka hal bohat hi asan hai,</w:t>
      </w:r>
      <w:r>
        <w:br/>
      </w:r>
      <w:r>
        <w:rPr>
          <w:sz w:val="20"/>
        </w:rPr>
        <w:t>1:08:48  bohat hi asan hai. aur yeh maine jana hai ek sahabi</w:t>
      </w:r>
      <w:r>
        <w:br/>
      </w:r>
      <w:r>
        <w:rPr>
          <w:sz w:val="20"/>
        </w:rPr>
        <w:t>1:08:57  abu darda se, woh itna asan hai ke jis insan ke sath aap ne koi</w:t>
      </w:r>
      <w:r>
        <w:br/>
      </w:r>
      <w:r>
        <w:rPr>
          <w:sz w:val="20"/>
        </w:rPr>
        <w:t>1:09:08  burai kar di hai, bas us ke liye dua kar ban jaiye. jab aap ko ehsas ehsas ho ke aap ne galat kiya tha, bas sirf yeh kijiye ke us ke liye dua shuru kar dijiye.</w:t>
      </w:r>
      <w:r>
        <w:br/>
      </w:r>
      <w:r>
        <w:rPr>
          <w:sz w:val="20"/>
        </w:rPr>
        <w:t>1:09:26  bas itna hi kijiye, aap kuch kar lijiye, kuch elan karne ki zaroorat nahi hai. is insan ke liye dua, aap dekhen ke achaanak ek naya inqalab aaye ga aap ke andar aur ek bilkul ek nai dunya wajood mein aa jaye gi.</w:t>
      </w:r>
      <w:r>
        <w:br/>
      </w:r>
      <w:r>
        <w:rPr>
          <w:sz w:val="20"/>
        </w:rPr>
        <w:t>1:09:47  bohat hi asan hai, log dua jante hain sirf yani mangna, dua jante hain sirf mangne ke liye.</w:t>
      </w:r>
      <w:r>
        <w:br/>
      </w:r>
      <w:r>
        <w:rPr>
          <w:sz w:val="20"/>
        </w:rPr>
        <w:t>1:09:58  lekin dua bhi ek ek giver item hai, giver dua ek azeem tareen qism ka giver item hai.</w:t>
      </w:r>
      <w:r>
        <w:br/>
      </w:r>
      <w:r>
        <w:rPr>
          <w:sz w:val="20"/>
        </w:rPr>
        <w:t>1:10:15  kisi insan ke liye aap jab dua karte hain to sare farishte amin karte hain, amin karte hain, amin karte hain. to dua ek bohat bara giver item hai,</w:t>
      </w:r>
      <w:r>
        <w:br/>
      </w:r>
      <w:r>
        <w:rPr>
          <w:sz w:val="20"/>
        </w:rPr>
        <w:t>1:10:28  aap nafe ban jate hain.</w:t>
      </w:r>
      <w:r>
        <w:br/>
      </w:r>
      <w:r>
        <w:rPr>
          <w:sz w:val="20"/>
        </w:rPr>
        <w:t>1:10:33  tajurba tajurba kar ke dekhiye, aap tajurba kar ke dekhiye.</w:t>
      </w:r>
    </w:p>
    <w:p>
      <w:pPr>
        <w:pStyle w:val="Heading2"/>
      </w:pPr>
      <w:r>
        <w:t>Is helplessness positive or negative?</w:t>
      </w:r>
    </w:p>
    <w:p>
      <w:r>
        <w:rPr>
          <w:color w:val="666666"/>
          <w:sz w:val="18"/>
        </w:rPr>
        <w:t>Revival of Islam March 23, 2014 · 2m 33s · at 45:32 · https://youtu.be/Wc4Vsc4u1JI?t=2732</w:t>
      </w:r>
    </w:p>
    <w:p>
      <w:r>
        <w:rPr>
          <w:i/>
        </w:rPr>
        <w:t>“I have been feeling helpless for a few days. Is this a positive feeling or a negative one?”</w:t>
      </w:r>
    </w:p>
    <w:p>
      <w:r>
        <w:rPr>
          <w:sz w:val="20"/>
        </w:rPr>
        <w:t>45:32  maulana, yeh sawal aaya hai miss naghma siddiqui ka, dilli se. Unhon ne likha hai: "I have been feeling helpless for a few days.</w:t>
      </w:r>
      <w:r>
        <w:br/>
      </w:r>
      <w:r>
        <w:rPr>
          <w:sz w:val="20"/>
        </w:rPr>
        <w:t>45:43  is this a positive feeling or a negative one?" dekhiye, helplessness ko arabi mein kaha jata hai "ajz". "ajz".</w:t>
      </w:r>
      <w:r>
        <w:br/>
      </w:r>
      <w:r>
        <w:rPr>
          <w:sz w:val="20"/>
        </w:rPr>
        <w:t>45:56  "ajz" jo hai, main samajhta hoon ke sab se bari positive quality hai.</w:t>
      </w:r>
      <w:r>
        <w:br/>
      </w:r>
      <w:r>
        <w:rPr>
          <w:sz w:val="20"/>
        </w:rPr>
        <w:t>46:02  yeh one person bhi negative nahi hai.</w:t>
      </w:r>
      <w:r>
        <w:br/>
      </w:r>
      <w:r>
        <w:rPr>
          <w:sz w:val="20"/>
        </w:rPr>
        <w:t>46:08  kyunke</w:t>
      </w:r>
      <w:r>
        <w:br/>
      </w:r>
      <w:r>
        <w:rPr>
          <w:sz w:val="20"/>
        </w:rPr>
        <w:t>46:12  reality kya hai? Reality yeh hai ke Allah all powerful hai, hum all powerless hain.</w:t>
      </w:r>
      <w:r>
        <w:br/>
      </w:r>
      <w:r>
        <w:rPr>
          <w:sz w:val="20"/>
        </w:rPr>
        <w:t>46:23  Allah qadir-e-mutlaq hai, hum ajiz-e-mutlaq hain.</w:t>
      </w:r>
      <w:r>
        <w:br/>
      </w:r>
      <w:r>
        <w:rPr>
          <w:sz w:val="20"/>
        </w:rPr>
        <w:t>46:30  to Allah ko jab hum discover karte hain to hum qadir-e-mutlaq ko discover karte hain. All powerful ko. Ab doosri jo discovery hai, woh insaan ki discovery hai.</w:t>
      </w:r>
      <w:r>
        <w:br/>
      </w:r>
      <w:r>
        <w:rPr>
          <w:sz w:val="20"/>
        </w:rPr>
        <w:t>46:45  to jab hum insaan ko discover karte hain to hum all powerless ko discover karte hain. Yahi to do cheezen hain. To Allah ki discovery akhirat tak positive hai.</w:t>
      </w:r>
      <w:r>
        <w:br/>
      </w:r>
      <w:r>
        <w:rPr>
          <w:sz w:val="20"/>
        </w:rPr>
        <w:t>46:55  to insaan ki discovery bhi akhirat tak positive hai.</w:t>
      </w:r>
      <w:r>
        <w:br/>
      </w:r>
      <w:r>
        <w:rPr>
          <w:sz w:val="20"/>
        </w:rPr>
        <w:t>47:01  in mein se dono aqsam taur par positive hain, in mein se koi negative nahi hai. Kyunke Allah se jo aap ka jo ta'alluq hai, us ko jab daryaft karte hain, tabhi to Allah ki nasrat aaye gi aap ko.</w:t>
      </w:r>
      <w:r>
        <w:br/>
      </w:r>
      <w:r>
        <w:rPr>
          <w:sz w:val="20"/>
        </w:rPr>
        <w:t>47:17  jo relationship hai aap ka Allah se, jab us ko daryaft karein ge, tabhi to aap ka Allah se ta'alluq qaim hoga. Tabhi to Allah ki rehmat mile gi aap ko.</w:t>
      </w:r>
      <w:r>
        <w:br/>
      </w:r>
      <w:r>
        <w:rPr>
          <w:sz w:val="20"/>
        </w:rPr>
        <w:t>47:31  to main samajhta hoon ke "ajz" jo hai, "ajz" ain, jeem, zer, "ajz" bilashuba sab se bari positive quality hai.</w:t>
      </w:r>
      <w:r>
        <w:br/>
      </w:r>
      <w:r>
        <w:rPr>
          <w:sz w:val="20"/>
        </w:rPr>
        <w:t>47:44  balke main kahun ga sab se bari positive daryaft hai.</w:t>
      </w:r>
      <w:r>
        <w:br/>
      </w:r>
      <w:r>
        <w:rPr>
          <w:sz w:val="20"/>
        </w:rPr>
        <w:t>47:49  Allah ko daryaft karna jis tarah ek ek positive daryaft hai, usi tarah apne ajz ko daryaft karna bhi ek positive daryaft hai. Is mein negativity ka koi sawal nahi.</w:t>
      </w:r>
    </w:p>
    <w:p>
      <w:pPr>
        <w:pStyle w:val="Heading2"/>
      </w:pPr>
      <w:r>
        <w:t>How to get rid of recurring sins</w:t>
      </w:r>
    </w:p>
    <w:p>
      <w:r>
        <w:rPr>
          <w:color w:val="666666"/>
          <w:sz w:val="18"/>
        </w:rPr>
        <w:t>The Method of Planning August 14, 2016 · 37s · at 54:33 · https://youtu.be/84WV8NS2VKQ?t=3273</w:t>
      </w:r>
    </w:p>
    <w:p>
      <w:r>
        <w:rPr>
          <w:i/>
        </w:rPr>
        <w:t>“I want to get rid of sins but then I keep getting into it. Please advise me how I can get out of doing sin.”</w:t>
      </w:r>
    </w:p>
    <w:p>
      <w:r>
        <w:rPr>
          <w:sz w:val="20"/>
        </w:rPr>
        <w:t>54:33  Maulana, agla sawal Bhubaneshwar se kiya hai Safdar Hashim sahib ne, unhon ne likha hai ke I want</w:t>
      </w:r>
      <w:r>
        <w:br/>
      </w:r>
      <w:r>
        <w:rPr>
          <w:sz w:val="20"/>
        </w:rPr>
        <w:t>54:39  to get rid of sins but then I keep getting into it.</w:t>
      </w:r>
      <w:r>
        <w:br/>
      </w:r>
      <w:r>
        <w:rPr>
          <w:sz w:val="20"/>
        </w:rPr>
        <w:t>54:46  molana sahib, please advise me how I can get out of doing sin.</w:t>
      </w:r>
      <w:r>
        <w:br/>
      </w:r>
      <w:r>
        <w:rPr>
          <w:sz w:val="20"/>
        </w:rPr>
        <w:t>54:52  sindh s a i n? ji, bhai, quran parhiye aur main kya keh sakta hoon? quran ko samajh kar</w:t>
      </w:r>
      <w:r>
        <w:br/>
      </w:r>
      <w:r>
        <w:rPr>
          <w:sz w:val="20"/>
        </w:rPr>
        <w:t>54:58  parhiye bar bar, yeh main keh sakta hoon.</w:t>
      </w:r>
      <w:r>
        <w:br/>
      </w:r>
      <w:r>
        <w:rPr>
          <w:sz w:val="20"/>
        </w:rPr>
        <w:t>55:04  quran ko samajh kar bar bar parhiye.</w:t>
      </w:r>
    </w:p>
    <w:p>
      <w:pPr>
        <w:pStyle w:val="Heading2"/>
      </w:pPr>
      <w:r>
        <w:t>Sin with awareness and later shame: arrogance?</w:t>
      </w:r>
    </w:p>
    <w:p>
      <w:r>
        <w:rPr>
          <w:color w:val="666666"/>
          <w:sz w:val="18"/>
        </w:rPr>
        <w:t>Materialism and Intellectual Dwarfism 29th April 2012 · 1m 06s · at 1:35:03 · https://youtu.be/qHzARL_r3I4?t=5703</w:t>
      </w:r>
    </w:p>
    <w:p>
      <w:r>
        <w:rPr>
          <w:i/>
        </w:rPr>
        <w:t>“If I know I am committing a mistake and God is watching, but I still do it, and later feel shame, does that count as arrogance and rebellion?”</w:t>
      </w:r>
    </w:p>
    <w:p>
      <w:r>
        <w:rPr>
          <w:sz w:val="20"/>
        </w:rPr>
        <w:t>1:35:03  maulana agla sawal amar nagar se mister muhammad akhlaq sahab ka hai unhone likha hai maulana ghalati karne ke waqt yeh baat zehan mein aa jati hai ke main ghalati kar raha hoon aur khuda meri ghalati ko dekh raha hai aur ghalati phir bhi ho jati hai kya yeh dithaai aur sarkashi mein aayega jabke baad mein ghalati par sharmindagi bhi hoti hai</w:t>
      </w:r>
      <w:r>
        <w:br/>
      </w:r>
      <w:r>
        <w:rPr>
          <w:sz w:val="20"/>
        </w:rPr>
        <w:t>1:35:30  ab yeh aadmi khud samajh sakta hai ke kya cheez dithaai hai kya cheez dithaai nahi hai aap khud samjhiye ke ghalati kar ke aap ke andar sharmindagi aai ke nahi aai yeh to andar ki baat hai doosra aadmi kaise janega sharmindagi mein yeh shamil hai ke aadmi ruka hai is se agar nahi ruka hai to sharmindagi kahan hai wo to ghalati se ruka hai</w:t>
      </w:r>
      <w:r>
        <w:br/>
      </w:r>
      <w:r>
        <w:rPr>
          <w:sz w:val="20"/>
        </w:rPr>
        <w:t>1:35:57  ruka hai aur toba kare</w:t>
      </w:r>
      <w:r>
        <w:br/>
      </w:r>
      <w:r>
        <w:rPr>
          <w:sz w:val="20"/>
        </w:rPr>
        <w:t>1:36:01  yeh aadmi khud samajh sakta hai yeh doosra aadmi is par koi verdict nahi de sakta</w:t>
      </w:r>
    </w:p>
    <w:p>
      <w:pPr>
        <w:pStyle w:val="Heading2"/>
      </w:pPr>
      <w:r>
        <w:t>Admitting Mistakes Before the Opposite Party</w:t>
      </w:r>
    </w:p>
    <w:p>
      <w:r>
        <w:rPr>
          <w:color w:val="666666"/>
          <w:sz w:val="18"/>
        </w:rPr>
        <w:t>Dars-e-Quran, Chapter 2, Verse 37 | January  07, 2018 · 1m 54s · at 52:33 · https://youtu.be/ao6Cr57KuEM?t=3153</w:t>
      </w:r>
    </w:p>
    <w:p>
      <w:r>
        <w:rPr>
          <w:i/>
        </w:rPr>
        <w:t>“Moulana, many people feel that admitting one mistake would make them smaller in front of the opposite party. This may make the opposite party misuse the situation to his or her advantage.”</w:t>
      </w:r>
    </w:p>
    <w:p>
      <w:r>
        <w:rPr>
          <w:sz w:val="20"/>
        </w:rPr>
        <w:t>52:33  maulana, agla sawal bheja hai tahir saeed sahib ne lucknow se, unhon ne likha hai: "maulana, many people</w:t>
      </w:r>
      <w:r>
        <w:br/>
      </w:r>
      <w:r>
        <w:rPr>
          <w:sz w:val="20"/>
        </w:rPr>
        <w:t>52:43  feel that admitting one's mistake would make them smaller in front of the opposite party. This may</w:t>
      </w:r>
      <w:r>
        <w:br/>
      </w:r>
      <w:r>
        <w:rPr>
          <w:sz w:val="20"/>
        </w:rPr>
        <w:t>52:53  make the opposite party misuse the situation to his or her advantage.</w:t>
      </w:r>
      <w:r>
        <w:br/>
      </w:r>
      <w:r>
        <w:rPr>
          <w:sz w:val="20"/>
        </w:rPr>
        <w:t>53:00  so is it not better that we say i was wrong in our heart and then do not</w:t>
      </w:r>
      <w:r>
        <w:br/>
      </w:r>
      <w:r>
        <w:rPr>
          <w:sz w:val="20"/>
        </w:rPr>
        <w:t>53:06  repeat the mistake ever? if we say i was wrong aloud, then the opposite party may exploit the</w:t>
      </w:r>
      <w:r>
        <w:br/>
      </w:r>
      <w:r>
        <w:rPr>
          <w:sz w:val="20"/>
        </w:rPr>
        <w:t>53:12  situation." nahi, bilkul yeh bilkul khali baat hai.</w:t>
      </w:r>
      <w:r>
        <w:br/>
      </w:r>
      <w:r>
        <w:rPr>
          <w:sz w:val="20"/>
        </w:rPr>
        <w:t>53:19  puri history mein aisa kabhi hua nahi.</w:t>
      </w:r>
      <w:r>
        <w:br/>
      </w:r>
      <w:r>
        <w:rPr>
          <w:sz w:val="20"/>
        </w:rPr>
        <w:t>53:25  dekhiye, yahan log apni woe ko jante hain, yeh woe ki language hai jo aap bol rahe hain,</w:t>
      </w:r>
      <w:r>
        <w:br/>
      </w:r>
      <w:r>
        <w:rPr>
          <w:sz w:val="20"/>
        </w:rPr>
        <w:t>53:31  aur law of nature ko nahi jante.</w:t>
      </w:r>
      <w:r>
        <w:br/>
      </w:r>
      <w:r>
        <w:rPr>
          <w:sz w:val="20"/>
        </w:rPr>
        <w:t>53:37  law of nature jo hai, us ke andar ek cheez hai jis ko kehte hain conscious.</w:t>
      </w:r>
      <w:r>
        <w:br/>
      </w:r>
      <w:r>
        <w:rPr>
          <w:sz w:val="20"/>
        </w:rPr>
        <w:t>53:43  insan ka personality ka ek bohat hi important part hai conscious.</w:t>
      </w:r>
      <w:r>
        <w:br/>
      </w:r>
      <w:r>
        <w:rPr>
          <w:sz w:val="20"/>
        </w:rPr>
        <w:t>53:49  تو جیسے ہی فریق دوسری پارٹی یہ کہہ دے: "I was wrong</w:t>
      </w:r>
      <w:r>
        <w:br/>
      </w:r>
      <w:r>
        <w:rPr>
          <w:sz w:val="20"/>
        </w:rPr>
        <w:t>53:55  ", to conscious ko moqa mil jata hai kaam karne ka.</w:t>
      </w:r>
      <w:r>
        <w:br/>
      </w:r>
      <w:r>
        <w:rPr>
          <w:sz w:val="20"/>
        </w:rPr>
        <w:t>54:01  yani conscious jaag parta hai, aur jab conscious jaag pare to us ke baad submission ata hai, modesty</w:t>
      </w:r>
      <w:r>
        <w:br/>
      </w:r>
      <w:r>
        <w:rPr>
          <w:sz w:val="20"/>
        </w:rPr>
        <w:t>54:06  aati hai, acknowledge karna aata hai.</w:t>
      </w:r>
      <w:r>
        <w:br/>
      </w:r>
      <w:r>
        <w:rPr>
          <w:sz w:val="20"/>
        </w:rPr>
        <w:t>54:11  yeh to law of nature hai.</w:t>
      </w:r>
      <w:r>
        <w:br/>
      </w:r>
      <w:r>
        <w:rPr>
          <w:sz w:val="20"/>
        </w:rPr>
        <w:t>54:17  jo log nahi jante is ko, woh aisi baatein karte hain.</w:t>
      </w:r>
      <w:r>
        <w:br/>
      </w:r>
      <w:r>
        <w:rPr>
          <w:sz w:val="20"/>
        </w:rPr>
        <w:t>54:22  law of nature supreme hai, hamari will supreme nahi hai.</w:t>
      </w:r>
    </w:p>
    <w:p>
      <w:pPr>
        <w:pStyle w:val="Heading2"/>
      </w:pPr>
      <w:r>
        <w:t>Finding one's negative points</w:t>
      </w:r>
    </w:p>
    <w:p>
      <w:r>
        <w:rPr>
          <w:color w:val="666666"/>
          <w:sz w:val="18"/>
        </w:rPr>
        <w:t>Quran for All Mankind June 3, 2012 · 1m 08s · at 1:17:26 · https://youtu.be/Gp-53Zjugcg?t=4646</w:t>
      </w:r>
    </w:p>
    <w:p>
      <w:r>
        <w:rPr>
          <w:i/>
        </w:rPr>
        <w:t>“How can we find our negative point?”</w:t>
      </w:r>
    </w:p>
    <w:p>
      <w:r>
        <w:rPr>
          <w:sz w:val="20"/>
        </w:rPr>
        <w:t>1:17:26  Maulana, agla sawal Dilli se hai, Miss Sati Mala</w:t>
      </w:r>
      <w:r>
        <w:br/>
      </w:r>
      <w:r>
        <w:rPr>
          <w:sz w:val="20"/>
        </w:rPr>
        <w:t>1:17:29  Vetra ka. unhon ne aap se poocha hai ke "how can we find our negative point?" is ke baray mein batayen.</w:t>
      </w:r>
      <w:r>
        <w:br/>
      </w:r>
      <w:r>
        <w:rPr>
          <w:sz w:val="20"/>
        </w:rPr>
        <w:t>1:17:42  dekhen, kabhi kabhi to negative point jo hai, clear hota hai, hum pakad lete hain. to kabhi us par sochna padta hai.</w:t>
      </w:r>
      <w:r>
        <w:br/>
      </w:r>
      <w:r>
        <w:rPr>
          <w:sz w:val="20"/>
        </w:rPr>
        <w:t>1:17:53  introspection jo kehte hain, muhasiba ke jo obvious na ho, to us ka janne ka tareeqa hai, wahi muhasiba, introspection.</w:t>
      </w:r>
      <w:r>
        <w:br/>
      </w:r>
      <w:r>
        <w:rPr>
          <w:sz w:val="20"/>
        </w:rPr>
        <w:t>1:18:06  to yeh agar aadmi sach much chahta ho ke mujhe pata ho jaye apni negative baaton ka, to namumkin hai ke use is ki negative baatein chupi rahen.</w:t>
      </w:r>
      <w:r>
        <w:br/>
      </w:r>
      <w:r>
        <w:rPr>
          <w:sz w:val="20"/>
        </w:rPr>
        <w:t>1:18:17  woh zaroor jaan lega, zaroor jaan lega.</w:t>
      </w:r>
      <w:r>
        <w:br/>
      </w:r>
      <w:r>
        <w:rPr>
          <w:sz w:val="20"/>
        </w:rPr>
        <w:t>1:18:23  agar obvious ho to foran jaan lega, nahi to soch kar jaan lega. woh agar sincere ho is mamle mein to.</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Suffering: Trial or Punishment</w:t>
      </w:r>
    </w:p>
    <w:p>
      <w:r>
        <w:rPr>
          <w:color w:val="666666"/>
          <w:sz w:val="18"/>
        </w:rPr>
        <w:t>Importance of Creative Thinking December 11, 2011 · 2m 19s · at 59:18 · https://youtu.be/jfML9Arb0S4?t=3558</w:t>
      </w:r>
    </w:p>
    <w:p>
      <w:r>
        <w:rPr>
          <w:i/>
        </w:rPr>
        <w:t>“My question is: if a person suffers due to his own mistake, should we call that a trial or is it a punishment for his own deeds? Please explain.”</w:t>
      </w:r>
    </w:p>
    <w:p>
      <w:r>
        <w:rPr>
          <w:sz w:val="20"/>
        </w:rPr>
        <w:t>59:18  unhon ne likha hai: "mera sawal yeh hai ke insaan ko apni kisi ghalti ki wajah se jo takleef pahunchti hai, kya is ko bhi hum aazmaish kahenge ya woh aazmaish nahi hogi balke apne kiye ki saza hogi?" is ki wazahat farmayen.</w:t>
      </w:r>
      <w:r>
        <w:br/>
      </w:r>
      <w:r>
        <w:rPr>
          <w:sz w:val="20"/>
        </w:rPr>
        <w:t>59:40  nahi, saza nahi kahiye is ko, woh ek ibaadat ka mauqa hai.</w:t>
      </w:r>
      <w:r>
        <w:br/>
      </w:r>
      <w:r>
        <w:rPr>
          <w:sz w:val="20"/>
        </w:rPr>
        <w:t>59:48  dekhen, jab bhi aadmi koi ghalti kare aur us ghalti ka us ko, us ki wajah se us ko koi nuqsan ho to woh ibaadat ka mauqa hota hai.</w:t>
      </w:r>
      <w:r>
        <w:br/>
      </w:r>
      <w:r>
        <w:rPr>
          <w:sz w:val="20"/>
        </w:rPr>
        <w:t>1:00:01  kya is se aadmi ke andar izzat paida hota hai, tawazu paida hoti hai, apni kami ka ehsaas hota hai, modesty aati hai, aur Allah ki taraf rujoo karta hai?</w:t>
      </w:r>
      <w:r>
        <w:br/>
      </w:r>
      <w:r>
        <w:rPr>
          <w:sz w:val="20"/>
        </w:rPr>
        <w:t>1:00:13  woh</w:t>
      </w:r>
      <w:r>
        <w:br/>
      </w:r>
      <w:r>
        <w:rPr>
          <w:sz w:val="20"/>
        </w:rPr>
        <w:t>1:00:14  agar aadmi bilkul sab kaam is ka theek bana hua ho, koi baat bigre na to Allah ki taraf rujoo nahi hoga, us ko dua nahi, us ke ubhre gi, zikr nahi ubhre ga, Allah ki azmat ko daryafti kar paye ga.</w:t>
      </w:r>
      <w:r>
        <w:br/>
      </w:r>
      <w:r>
        <w:rPr>
          <w:sz w:val="20"/>
        </w:rPr>
        <w:t>1:00:28  woh to yeh to, yeh to ek blessing hai, blessing ke aadmi ko koi nuqsan uthana pade, koi baat bigar jaye us ki kahin na kahen.</w:t>
      </w:r>
      <w:r>
        <w:br/>
      </w:r>
      <w:r>
        <w:rPr>
          <w:sz w:val="20"/>
        </w:rPr>
        <w:t>1:00:41  wohi to mauqa hota hai jab aap ko apne apni helplessness ko aap daryaft karte hain, apni izzat ko daryaft karte hain, apni kami ko daryaft karte hain, aur wahan par aap criticize hote hain.</w:t>
      </w:r>
      <w:r>
        <w:br/>
      </w:r>
      <w:r>
        <w:rPr>
          <w:sz w:val="20"/>
        </w:rPr>
        <w:t>1:00:56  aur phir is ke baad woh sari baaten ubharti hain, zikr aur dua aur ibaadat aur inabat, akhbaar yeh sab paida hota hai.</w:t>
      </w:r>
      <w:r>
        <w:br/>
      </w:r>
      <w:r>
        <w:rPr>
          <w:sz w:val="20"/>
        </w:rPr>
        <w:t>1:01:04  main samajhta hoon ke yeh achhi baat nahi ke aadmi ki zindagi mein kuch na bigaad ho, kuch baat sab banti chali jaye, sab is ka theek theek ho.</w:t>
      </w:r>
      <w:r>
        <w:br/>
      </w:r>
      <w:r>
        <w:rPr>
          <w:sz w:val="20"/>
        </w:rPr>
        <w:t>1:01:14  yeh koi achhi baat nahi hai kyunke is ke andar muhasba nahi hoga, is ke andar self thinking nahi hogi. to is wajah se is ko ek rehmat ke roop mein lijiye, is ko kisi zehmat ke roop mein mat lijiye,</w:t>
      </w:r>
      <w:r>
        <w:br/>
      </w:r>
      <w:r>
        <w:rPr>
          <w:sz w:val="20"/>
        </w:rPr>
        <w:t>1:01:33  yeh blessing in disguise hai. yeh</w:t>
      </w:r>
    </w:p>
    <w:p>
      <w:pPr>
        <w:pStyle w:val="Heading2"/>
      </w:pPr>
      <w:r>
        <w:t>Managing Inferiority Complex</w:t>
      </w:r>
    </w:p>
    <w:p>
      <w:r>
        <w:rPr>
          <w:color w:val="666666"/>
          <w:sz w:val="18"/>
        </w:rPr>
        <w:t>The Method of Planning August 14, 2016 · 1m 25s · at 48:11 · https://youtu.be/84WV8NS2VKQ?t=2891</w:t>
      </w:r>
    </w:p>
    <w:p>
      <w:r>
        <w:rPr>
          <w:i/>
        </w:rPr>
        <w:t>“I am suffering from inferiority complex and as a result I am never able to plan wisely. Kindly advise how I can manage my inferiority complex as I am always less confident and not able.”</w:t>
      </w:r>
    </w:p>
    <w:p>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p>
    <w:p>
      <w:pPr>
        <w:pStyle w:val="Heading2"/>
      </w:pPr>
      <w:r>
        <w:t>Will past sins be forgiven after sincere repentance?</w:t>
      </w:r>
    </w:p>
    <w:p>
      <w:r>
        <w:rPr>
          <w:color w:val="666666"/>
          <w:sz w:val="18"/>
        </w:rPr>
        <w:t>The Process of Personality Development June 30, 2013 · 3m 34s · at 52:54 · https://youtu.be/CSSFRydcJlo?t=3174</w:t>
      </w:r>
    </w:p>
    <w:p>
      <w:r>
        <w:rPr>
          <w:i/>
        </w:rPr>
        <w:t>“Maulana, thank you for explaining the process of tawbah; my heart was seeking it. I want to know one more thing: if a mistake has been committed, after going through the process of tawbah, will we still be punished for it in the afterlife, or will it be erased from our record?”</w:t>
      </w:r>
    </w:p>
    <w:p>
      <w:r>
        <w:rPr>
          <w:sz w:val="20"/>
        </w:rPr>
        <w:t>52:54  jab brain storming ati hai to is ke iman mein tarraqi hoti hai, marfat mein tarraqi hoti hai. maulana, agla sawal hai miss raziya ka, jamiya millia islamia, urdu department se.</w:t>
      </w:r>
      <w:r>
        <w:br/>
      </w:r>
      <w:r>
        <w:rPr>
          <w:sz w:val="20"/>
        </w:rPr>
        <w:t>53:06  unhone likha hai: "maulana, aap ne jo tauba ka process bataya, us ke liye shukriya. mere dil ko is ki talash thi. ek baat aur janana chahti hoon ke jo ghalti ho gayi hai to kya tauba ke process se guzrne ke bad bhi is ghalti ki saza hamein akhirat mein di jayegi ya woh hamare record se mita di jayegi?" record se nikal di jayegi.</w:t>
      </w:r>
      <w:r>
        <w:br/>
      </w:r>
      <w:r>
        <w:rPr>
          <w:sz w:val="20"/>
        </w:rPr>
        <w:t>53:34  woh quran mein likhi ek ayat hai:</w:t>
      </w:r>
      <w:r>
        <w:br/>
      </w:r>
      <w:r>
        <w:rPr>
          <w:sz w:val="20"/>
        </w:rPr>
        <w:t>53:39  wama yaghfir uz zunuba illa allah</w:t>
      </w:r>
      <w:r>
        <w:br/>
      </w:r>
      <w:r>
        <w:rPr>
          <w:sz w:val="20"/>
        </w:rPr>
        <w:t>53:43  allah ke siwa kon hai jo gunahon ko maaf kare? to aaj kal ki zaban mein mein yeh kehta hoon ke allah ke siwa kon hai jo mere nama-e-aamal se kisi cheez ko delete kar de?</w:t>
      </w:r>
      <w:r>
        <w:br/>
      </w:r>
      <w:r>
        <w:rPr>
          <w:sz w:val="20"/>
        </w:rPr>
        <w:t>53:56  woh jis ko aaj kal hum kehte hain delete karna, wohi murad hai is se. wohi murad hai</w:t>
      </w:r>
      <w:r>
        <w:br/>
      </w:r>
      <w:r>
        <w:rPr>
          <w:sz w:val="20"/>
        </w:rPr>
        <w:t>54:03  wama yaghfir uz zunuba illa allah yani yeh mamlat insan ke aamal jo hain, woh ek pura ek universe hai. insan in sare aamal mein jo lakhon karoron item hain, is mein se is item ko hadaf karna jo matloob nahi hai,</w:t>
      </w:r>
      <w:r>
        <w:br/>
      </w:r>
      <w:r>
        <w:rPr>
          <w:sz w:val="20"/>
        </w:rPr>
        <w:t>54:21  to k</w:t>
      </w:r>
      <w:r>
        <w:br/>
      </w:r>
      <w:r>
        <w:rPr>
          <w:sz w:val="20"/>
        </w:rPr>
        <w:t>54:22  un kar sakta hai? allah ke sath koi kar nahi sakta. yeh bas is ko hum aaj kal ki zaban mein kehta hoon ke allah ke sath koi nahi hai jo kisi ke nama-e-aamal se ghair matloob cheezon ko delete kar sake.</w:t>
      </w:r>
      <w:r>
        <w:br/>
      </w:r>
      <w:r>
        <w:rPr>
          <w:sz w:val="20"/>
        </w:rPr>
        <w:t>54:36  dusri ayat dekhein, ek aur hai: ya ibadiyallazina asrafu ala anfusihim la taqnatu birah matillah innallaha yaghfir uz zunuba jami'an mein aksar jab quran ko parhta hoon to yeh ayat mujhe lagti hai ke bohat bari rehmat hai insan ke liye.</w:t>
      </w:r>
      <w:r>
        <w:br/>
      </w:r>
      <w:r>
        <w:rPr>
          <w:sz w:val="20"/>
        </w:rPr>
        <w:t>54:56  ajeeb ghareeb rehmat hai. is ka tarjuma yeh hai: aye mere bando jinhone apni janon par zulm kiya hai, ziyadati ki hai,</w:t>
      </w:r>
      <w:r>
        <w:br/>
      </w:r>
      <w:r>
        <w:rPr>
          <w:sz w:val="20"/>
        </w:rPr>
        <w:t>55:11  to tum mayos na ho,</w:t>
      </w:r>
      <w:r>
        <w:br/>
      </w:r>
      <w:r>
        <w:rPr>
          <w:sz w:val="20"/>
        </w:rPr>
        <w:t>55:17  kyunke allah sare hi gunahon ko maaf kar kar sakta hai. fa innallaha yaghfir uz zunub</w:t>
      </w:r>
      <w:r>
        <w:br/>
      </w:r>
      <w:r>
        <w:rPr>
          <w:sz w:val="20"/>
        </w:rPr>
        <w:t>55:25  jami'an is mein dekhiye, koi cheez exempted nahi hai, koi cheez exempted nahi hai.</w:t>
      </w:r>
      <w:r>
        <w:br/>
      </w:r>
      <w:r>
        <w:rPr>
          <w:sz w:val="20"/>
        </w:rPr>
        <w:t>55:35  to islam mein jo tasawwur diya gaya hai, woh yeh hai ke banda agar sachi tauba kare, tauba sachi tauba hua nahi ke munh se bol diya to sachi tauba ho gayi.</w:t>
      </w:r>
      <w:r>
        <w:br/>
      </w:r>
      <w:r>
        <w:rPr>
          <w:sz w:val="20"/>
        </w:rPr>
        <w:t>55:48  woh process chalaye apne andar, woh process to zaroor is ki maaf</w:t>
      </w:r>
      <w:r>
        <w:br/>
      </w:r>
      <w:r>
        <w:rPr>
          <w:sz w:val="20"/>
        </w:rPr>
        <w:t>55:53  i ho jayegi. is tarah sab delete kar diya jayega, aur tauba ka yani moqa insan ko aakhri waqt tak diya gaya hai.</w:t>
      </w:r>
      <w:r>
        <w:br/>
      </w:r>
      <w:r>
        <w:rPr>
          <w:sz w:val="20"/>
        </w:rPr>
        <w:t>56:04  jo aaj hadith mein ata hai ke innallaha yaghfir ut taubata ma' al mughriqi yani maut ke aakhri waqt tak insan ko moqa diya jata hai ke woh tauba kare aur is ko maafi mil jaye.</w:t>
      </w:r>
      <w:r>
        <w:br/>
      </w:r>
      <w:r>
        <w:rPr>
          <w:sz w:val="20"/>
        </w:rPr>
        <w:t>56:18  to maghfirat ka jo tasawwur hai islam mein, woh to bohat hi wasee hai.</w:t>
      </w:r>
      <w:r>
        <w:br/>
      </w:r>
      <w:r>
        <w:rPr>
          <w:sz w:val="20"/>
        </w:rPr>
        <w:t>56:23  koi cheez is mein exempted nahi hai.</w:t>
      </w:r>
    </w:p>
    <w:p>
      <w:pPr>
        <w:pStyle w:val="Heading2"/>
      </w:pPr>
      <w:r>
        <w:t>Constriction when hearing about God and afterlife</w:t>
      </w:r>
    </w:p>
    <w:p>
      <w:r>
        <w:rPr>
          <w:color w:val="666666"/>
          <w:sz w:val="18"/>
        </w:rPr>
        <w:t>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Source of conviction for purification</w:t>
      </w:r>
    </w:p>
    <w:p>
      <w:r>
        <w:rPr>
          <w:color w:val="666666"/>
          <w:sz w:val="18"/>
        </w:rPr>
        <w:t>Paradise September 18, 2016 · 1m 17s · at 1:10:22 · https://youtu.be/R2kZlD0PbGQ?t=4222</w:t>
      </w:r>
    </w:p>
    <w:p>
      <w:r>
        <w:rPr>
          <w:i/>
        </w:rPr>
        <w:t>“However much we may try at purifying ourselves, we never feel like we have purified ourselves. Is there any source of conviction or it will all depend on the mercy of God?”</w:t>
      </w:r>
    </w:p>
    <w:p>
      <w:r>
        <w:rPr>
          <w:sz w:val="20"/>
        </w:rPr>
        <w:t>1:10:22  molana, agla sawal doctor farida khanam ne kiya hai dilli se.</w:t>
      </w:r>
      <w:r>
        <w:br/>
      </w:r>
      <w:r>
        <w:rPr>
          <w:sz w:val="20"/>
        </w:rPr>
        <w:t>1:10:28  unhon ne likha hai: "however much we may try at purifying ourselves, we never feel like we have purified ourselves.</w:t>
      </w:r>
      <w:r>
        <w:br/>
      </w:r>
      <w:r>
        <w:rPr>
          <w:sz w:val="20"/>
        </w:rPr>
        <w:t>1:10:34  is there any source of conviction or it will all depend on the mercy of god?</w:t>
      </w:r>
      <w:r>
        <w:br/>
      </w:r>
      <w:r>
        <w:rPr>
          <w:sz w:val="20"/>
        </w:rPr>
        <w:t>1:10:40  "Dhekiye, conviction ki zaroorat nahin hai. Conviction aa jayega to stagnation aa jayega. Sahaba ke bare mein yeh hai ke ek ek sahabi, do sahabi ke aapas mein baat cheet hui. Un mein se ek ghaliban Hanzala the aur ek Hazrat Umar the. To Hazrat Umar ne dekha Hanzala ko ke ja rahe hain. Woh ja rahe the Rasool Allah ki taraf ja rahe the. To Hazrat Umar ne poocha kahan ja rahe ho? Unhone kaha: "Nafiq Hanzala." Yani matlab yeh ke mard marafiq ho gaya. Nafiq Hanzala. To Hazrat Umar ne poocha kyun aisa keh rahe ho? To unhone bataya ke jab hum Rasool Allah ke paas hote hain to hum ko lagta hai ke hum iman zinda hai hamara. Jab door jate hain karobar mein to farq ho jata hai. To Hazrat Umar ne kaha ke yeh to mera bhi haal hai. Nafiq Umar. Unhone kaha: "Nafiq Hanzala." Unhone kaha: "Nafiq Umar." To yeh koi cheez nahin hai. Yeh agar na ho to aap ke andar intellectual development kaise hoga? Phir to intellectual stagnation aa jayega. Jamood aa jayega. Jamood. Yeh ehsaas aap ko jamood se bachata hai. To conviction koi cheez nahin. Conviction se kyunke conviction hamesha jamood paida karta hai. Stagnation. Okay, we will end session today. If you want to join CPS or contribute to our dawah efforts, then write to us on info at cpsglobal.org. We be back next Sunday same time. Thank you.</w:t>
      </w:r>
    </w:p>
    <w:p>
      <w:pPr>
        <w:pStyle w:val="Heading2"/>
      </w:pPr>
      <w:r>
        <w:t>Addressing Accusations of Being Traitors</w:t>
      </w:r>
    </w:p>
    <w:p>
      <w:r>
        <w:rPr>
          <w:color w:val="666666"/>
          <w:sz w:val="18"/>
        </w:rPr>
        <w:t>The Prophet An Example of Modesty August 27, 2017 · 2m 43s · at 50:00 · https://youtu.be/aR3V4c8fQC4?t=3000</w:t>
      </w:r>
    </w:p>
    <w:p>
      <w:r>
        <w:rPr>
          <w:i/>
        </w:rPr>
        <w:t>“Even though I am an Indian and a proud one, still it pains me when our non-Muslim brothers mistrust us and call us traitors. How should people like me address such accusations?”</w:t>
      </w:r>
    </w:p>
    <w:p>
      <w:r>
        <w:rPr>
          <w:sz w:val="20"/>
        </w:rPr>
        <w:t>50:00  jazak Allah. Maulana, agla sawal bheja hai gufran sahab ne kanpur se, unhone likha hai, "Maulana sahab, even though I am an Indian and a proud one,</w:t>
      </w:r>
      <w:r>
        <w:br/>
      </w:r>
      <w:r>
        <w:rPr>
          <w:sz w:val="20"/>
        </w:rPr>
        <w:t>50:15  still it pains me when our non-Muslim brothers mistrust us aur call us traitors. How should people like me address such accusations?" Dekhiye,</w:t>
      </w:r>
      <w:r>
        <w:br/>
      </w:r>
      <w:r>
        <w:rPr>
          <w:sz w:val="20"/>
        </w:rPr>
        <w:t>50:31  is sawal ka jawab sirf ek hai.</w:t>
      </w:r>
      <w:r>
        <w:br/>
      </w:r>
      <w:r>
        <w:rPr>
          <w:sz w:val="20"/>
        </w:rPr>
        <w:t>50:37  Aap yeh mat dekhiye ke doosre aap ko kya kehte hain. Zindagi bhar maine yahi kiya hai, mere bahut zyada critique hai, bahut zyada.</w:t>
      </w:r>
      <w:r>
        <w:br/>
      </w:r>
      <w:r>
        <w:rPr>
          <w:sz w:val="20"/>
        </w:rPr>
        <w:t>50:50  Maine kabhi yeh nahin socha ke doosre mujhe kya kehte hain. Maine sirf apne dil mein jhaanka ke main khud kya hoon.</w:t>
      </w:r>
      <w:r>
        <w:br/>
      </w:r>
      <w:r>
        <w:rPr>
          <w:sz w:val="20"/>
        </w:rPr>
        <w:t>51:00  Agar maine paaya ke main woh nahin hoon jo log kehte hain to bas that was enough for me. Yeh maine sari zindagi kiya hai.</w:t>
      </w:r>
      <w:r>
        <w:br/>
      </w:r>
      <w:r>
        <w:rPr>
          <w:sz w:val="20"/>
        </w:rPr>
        <w:t>51:11  Aap ko pata hai ke maine poori history mein shayad itna zyada critique jitna mujh par kiya hai ke kisi aur par nahin hua.</w:t>
      </w:r>
      <w:r>
        <w:br/>
      </w:r>
      <w:r>
        <w:rPr>
          <w:sz w:val="20"/>
        </w:rPr>
        <w:t>51:23  Jaise kal ek sahab ne bataya ke aap to bahut hi zyada galat aadmi hain, aap rasool Allah ko mukammal usmani nahin mante.</w:t>
      </w:r>
      <w:r>
        <w:br/>
      </w:r>
      <w:r>
        <w:rPr>
          <w:sz w:val="20"/>
        </w:rPr>
        <w:t>51:37  Abhi kal ki baat hai ke ek sahab ne kaha ke aap bahut hi zyada galat aadmi hain kyunke aap rasool Allah ko mukammal usmani nahin mante.</w:t>
      </w:r>
      <w:r>
        <w:br/>
      </w:r>
      <w:r>
        <w:rPr>
          <w:sz w:val="20"/>
        </w:rPr>
        <w:t>51:47  To aap yaqeen kijiye ke maine un se koi behas nahin ki, apne dil mein dekha ke kya waqai mein rasool Allah ko mukammal usmani nahin manta. Mere dil ne kaha ke main mukammal se bhi zyada mukammal manta hoon,</w:t>
      </w:r>
      <w:r>
        <w:br/>
      </w:r>
      <w:r>
        <w:rPr>
          <w:sz w:val="20"/>
        </w:rPr>
        <w:t>52:03  mukammal se bhi zyada mukammal. To bas that was enough for me. Phir main un se kuch na mere dil mein koi ghussa hai na kuch nahin, koi shikayat hai na koi koi jawab diya maine un ko.</w:t>
      </w:r>
      <w:r>
        <w:br/>
      </w:r>
      <w:r>
        <w:rPr>
          <w:sz w:val="20"/>
        </w:rPr>
        <w:t>52:17  To sab se acha jawab jo main apne tajrube se hai woh yahi hai ke doosre kya kehte hain is ko mat dekhiye, aap apne dil mein jhaankiye ke aap khud kya hain, aap ke conscience ke mutabiq.</w:t>
      </w:r>
      <w:r>
        <w:br/>
      </w:r>
      <w:r>
        <w:rPr>
          <w:sz w:val="20"/>
        </w:rPr>
        <w:t>52:32  agar aap ke conscience ka hai ke aap right track par hain to bas mutmaen ho jaiye.</w:t>
      </w:r>
    </w:p>
    <w:p>
      <w:pPr>
        <w:pStyle w:val="Heading2"/>
      </w:pPr>
      <w:r>
        <w:t>Why people lack repentance?</w:t>
      </w:r>
    </w:p>
    <w:p>
      <w:r>
        <w:rPr>
          <w:color w:val="666666"/>
          <w:sz w:val="18"/>
        </w:rPr>
        <w:t>The Divine Purpose Behind Human Creation October 6, 2024 · 30m 33s · at 27:48 · https://youtu.be/VepgdrN7M2A?t=1668</w:t>
      </w:r>
    </w:p>
    <w:p>
      <w:r>
        <w:rPr>
          <w:i/>
        </w:rPr>
        <w:t>“Why does it happen that people do not feel repentance? Is it due to their egoistic nature or arrogance, or is there a reason that people often do not repent?”</w:t>
      </w:r>
    </w:p>
    <w:p>
      <w:r>
        <w:rPr>
          <w:sz w:val="20"/>
        </w:rPr>
        <w:t>27:48  Aapa, yeh ek sawal aaya hai Lucknow se, Muhammad Asif Khan sahab ne bheja hai. Unhone likha hai ke: "Aapa, aisa kyun hota hai ke logon ke andar repentance nahi aati hai?</w:t>
      </w:r>
      <w:r>
        <w:br/>
      </w:r>
      <w:r>
        <w:rPr>
          <w:sz w:val="20"/>
        </w:rPr>
        <w:t>28:00  Kya woh iske egoistic nature ya arrogance ki wajah se hota hai, ya kya kya kya iska ek reason hai ke log aksar repent nahi karte hain?"</w:t>
      </w:r>
      <w:r>
        <w:br/>
      </w:r>
      <w:r>
        <w:rPr>
          <w:sz w:val="20"/>
        </w:rPr>
        <w:t>28:13  Dekhiye, repentance ka jo jazba hai, woh sab ke andar hota hai. Lekin jaise agar aap ne sabse pehli baar koi galati ki hai to aap ko bahut shadeed ehsas hota hai.</w:t>
      </w:r>
      <w:r>
        <w:br/>
      </w:r>
      <w:r>
        <w:rPr>
          <w:sz w:val="20"/>
        </w:rPr>
        <w:t>28:27  Lekin agar us waqt aap chook jayein aur aap apni galati ko na maane to aindah wahi galati karenge to aap ko itna ehsas nahi hoga.</w:t>
      </w:r>
      <w:r>
        <w:br/>
      </w:r>
      <w:r>
        <w:rPr>
          <w:sz w:val="20"/>
        </w:rPr>
        <w:t>28:36  Aap galati pe galati karte chale jayenge to conscience jo hai, jis ko kehte hain ke murda ho jata hai.</w:t>
      </w:r>
      <w:r>
        <w:br/>
      </w:r>
      <w:r>
        <w:rPr>
          <w:sz w:val="20"/>
        </w:rPr>
        <w:t>28:42  To jaise jaise woh hota hai,</w:t>
      </w:r>
      <w:r>
        <w:br/>
      </w:r>
      <w:r>
        <w:rPr>
          <w:sz w:val="20"/>
        </w:rPr>
        <w:t>28:50  haan, ek hadith hai, ek hadith hai ke agar aadmi baar baar baar baar ghalati karta rehta hai to dil par har ghalati ke waqt agar hum is ki woh na karein, repent na karein to dil par ek dhabbe ki manind ho jata hai.</w:t>
      </w:r>
      <w:r>
        <w:br/>
      </w:r>
      <w:r>
        <w:rPr>
          <w:sz w:val="20"/>
        </w:rPr>
        <w:t>29:05  ji,</w:t>
      </w:r>
      <w:r>
        <w:br/>
      </w:r>
      <w:r>
        <w:rPr>
          <w:sz w:val="20"/>
        </w:rPr>
        <w:t>29:06  to jab aisi musalsal karte rahenge aur ghalati ka ehsaas bhi nahi hoga to poora dil siyah ho jata hai. hmm, yeh literal nahi lenge, hum symbolic hain, lekin hamara dil aisa ho jata hai ke phir hamein ghalati ghalati lagti nahi.</w:t>
      </w:r>
      <w:r>
        <w:br/>
      </w:r>
      <w:r>
        <w:rPr>
          <w:sz w:val="20"/>
        </w:rPr>
        <w:t>29:21  to is liye hamein apne consciousness ko bohat zyada bedaar rakhna padega. agar hum bedaar nahi rakhenge to hum phir aisa lagega ke hamare andar consciousness hai</w:t>
      </w:r>
      <w:r>
        <w:br/>
      </w:r>
      <w:r>
        <w:rPr>
          <w:sz w:val="20"/>
        </w:rPr>
        <w:t>29:35  hi nahi. is ko bedaar, is par mehnat, har kaam pe mehnat karni padti hai. main ek aap ko ek misaal deti hoon, jab main shayad 14, 15 saal ki thi to main apne ek عزیز ke haan gayi.</w:t>
      </w:r>
      <w:r>
        <w:br/>
      </w:r>
      <w:r>
        <w:rPr>
          <w:sz w:val="20"/>
        </w:rPr>
        <w:t>29:48  hamare haan to father koi aisi waisi cheez parhne ke liye kuch hota hi nahi tha. to عزیز ke haan gayi to wahan par ek jasoosi novel rakha hua tha.</w:t>
      </w:r>
      <w:r>
        <w:br/>
      </w:r>
      <w:r>
        <w:rPr>
          <w:sz w:val="20"/>
        </w:rPr>
        <w:t>29:58  hum ne to kabhi novel bhi nahi parha tha.</w:t>
      </w:r>
      <w:r>
        <w:br/>
      </w:r>
      <w:r>
        <w:rPr>
          <w:sz w:val="20"/>
        </w:rPr>
        <w:t>30:01  ab woh dekha to jasoosi novel kahin se sun liya hoga ke jasoosi novel parhne se gunah milta hai. to hum ne jab woh parhna shuru kiya, do chaar page parha hoga, jaise ek dum ghabrahat ho gayi.</w:t>
      </w:r>
      <w:r>
        <w:br/>
      </w:r>
      <w:r>
        <w:rPr>
          <w:sz w:val="20"/>
        </w:rPr>
        <w:t>30:15  phir woh mein ne us ko daba ke rakh diya, kabhi nahi parha us ko. to yeh hota hai pehli baar jo hai na, jazba jo hai, yeh jazba sab ke andar hai.</w:t>
      </w:r>
      <w:r>
        <w:br/>
      </w:r>
      <w:r>
        <w:rPr>
          <w:sz w:val="20"/>
        </w:rPr>
        <w:t>30:23  Allah taala ne sab ke andar yeh jazba paida kiya hua hai, lekin insaan ignore karta hai</w:t>
      </w:r>
      <w:r>
        <w:br/>
      </w:r>
      <w:r>
        <w:rPr>
          <w:sz w:val="20"/>
        </w:rPr>
        <w:t>30:30  is ko. aur is ko kuch, koi bhi dunyavi interest hai, koi bhi wajah hai, aur ya woh nahi kehta, hum nahi mante, koi kuch bhi kehta rahe, hum to apni marzi se, marzi se kaam karenge.</w:t>
      </w:r>
      <w:r>
        <w:br/>
      </w:r>
      <w:r>
        <w:rPr>
          <w:sz w:val="20"/>
        </w:rPr>
        <w:t>30:42  to woh jazba dheere dheere dheere dheere woh khatam ho jata hai. phir kabhi bhi woh agar repentance kare sachay dil se to woh phir woh jazba ubhar aayega.</w:t>
      </w:r>
      <w:r>
        <w:br/>
      </w:r>
      <w:r>
        <w:rPr>
          <w:sz w:val="20"/>
        </w:rPr>
        <w:t>30:51  hmm, hmm, ji,</w:t>
      </w:r>
      <w:r>
        <w:br/>
      </w:r>
      <w:r>
        <w:rPr>
          <w:sz w:val="20"/>
        </w:rPr>
        <w:t>30:53  apa, ek cheez jo aap ne baar baar hi aaj bhi talk mein kahi ke yeh jo poori zindagi hai, yeh test period hai. aur apa, yeh test period hai to isi liye Allah taala ne hum sab ko freedom bhi di hai taake hum kya moral choice lete hain, woh woh dekh sakein.</w:t>
      </w:r>
      <w:r>
        <w:br/>
      </w:r>
      <w:r>
        <w:rPr>
          <w:sz w:val="20"/>
        </w:rPr>
        <w:t>31:12  har ek insaan ko jaancha ja raha hai, isi liye to apa, nature of freedom kya hai? what is the nature of this human freedom? is ke baray mein aap thora aur wazeh karein.</w:t>
      </w:r>
      <w:r>
        <w:br/>
      </w:r>
      <w:r>
        <w:rPr>
          <w:sz w:val="20"/>
        </w:rPr>
        <w:t>31:24  dekhiye, freedom jo hai, ek hai man versus man, aur doosra hai man versus God. to man versus man jo hai, woh hamein full freedom hasil hai us waqt tak jab tak ke hum doosre ko harm na pahunchayein.</w:t>
      </w:r>
      <w:r>
        <w:br/>
      </w:r>
      <w:r>
        <w:rPr>
          <w:sz w:val="20"/>
        </w:rPr>
        <w:t>31:43  to</w:t>
      </w:r>
      <w:r>
        <w:br/>
      </w:r>
      <w:r>
        <w:rPr>
          <w:sz w:val="20"/>
        </w:rPr>
        <w:t>31:44  yeh hamari limit hai, jis ko sab log jante hain. woh qissa, America jab azaad hua to ek aadmi bohat zyada haath waath hilate hue, khushi manate hue ja raha tha.</w:t>
      </w:r>
      <w:r>
        <w:br/>
      </w:r>
      <w:r>
        <w:rPr>
          <w:sz w:val="20"/>
        </w:rPr>
        <w:t>31:55  us ka haath jo hai, kisi ke passer bhai ke nose par lag gaya. ab us ne kaha, yeh kya nonsense hai? us ne kaha, mein to khushi mana raha hoon, celebrate kar raha hoon America ki freedom ko.</w:t>
      </w:r>
      <w:r>
        <w:br/>
      </w:r>
      <w:r>
        <w:rPr>
          <w:sz w:val="20"/>
        </w:rPr>
        <w:t>32:08  to us ne kaha, "your freedom ends where my nose begins." to yeh bohat hi acha tarike se illustrate karta hai ke hamari freedom wahan khatam ho jati hai jahan hum doosre ko harm pahunchayein.</w:t>
      </w:r>
      <w:r>
        <w:br/>
      </w:r>
      <w:r>
        <w:rPr>
          <w:sz w:val="20"/>
        </w:rPr>
        <w:t>32:25  otherwise, hum total sense mein free hain.</w:t>
      </w:r>
      <w:r>
        <w:br/>
      </w:r>
      <w:r>
        <w:rPr>
          <w:sz w:val="20"/>
        </w:rPr>
        <w:t>32:29  to yeh hai. lekin jo Khuda ke sath hai, woh hai ke hum hum free nahi hain. Khuda ke is mein hum hum ko Khuda ke hukum ka paband reh kar is duniya mein zindagi guzarna hai, kyunke yeh duniya jo hai, Khuda ki banayi hui hai, hamari banayi hui nahi hai.</w:t>
      </w:r>
      <w:r>
        <w:br/>
      </w:r>
      <w:r>
        <w:rPr>
          <w:sz w:val="20"/>
        </w:rPr>
        <w:t>32:49  hamein aisa mehsoos hota hai ke yeh hamara ghar hai, yeh hamara shehar hai, yeh hamara mulk hai, sab kuch hamara hai, yeh hamari fam</w:t>
      </w:r>
      <w:r>
        <w:br/>
      </w:r>
      <w:r>
        <w:rPr>
          <w:sz w:val="20"/>
        </w:rPr>
        <w:t>32:57  ily hai. woh aisa Allah ne har cheez ko aise veil of doubt mein rakha hua hai ke hamein lagta hai yahan hum bilkul azaad hain, lekin aisa hai nahi, sab kuch Khuda ke haath mein hai.</w:t>
      </w:r>
      <w:r>
        <w:br/>
      </w:r>
      <w:r>
        <w:rPr>
          <w:sz w:val="20"/>
        </w:rPr>
        <w:t>33:10  to jab freedom, jab Allah taala ne sari cheezein di hain, isi tarike se freedom hai Allah ka gift. to jab gift hota hai to aap jante hain, us ke sath responsibility hoti hai.</w:t>
      </w:r>
      <w:r>
        <w:br/>
      </w:r>
      <w:r>
        <w:rPr>
          <w:sz w:val="20"/>
        </w:rPr>
        <w:t>33:23  to yahi responsibility hai ke hum freedom ko khuda ke hukum ke mutabiq is ko istemal karen.</w:t>
      </w:r>
      <w:r>
        <w:br/>
      </w:r>
      <w:r>
        <w:rPr>
          <w:sz w:val="20"/>
        </w:rPr>
        <w:t>33:32  aur is ke liye Allah taala ne do do tarike se insan ki in ko safeguard kiya hai. ek to hamare andar hi consciousness rakh diya hai,</w:t>
      </w:r>
      <w:r>
        <w:br/>
      </w:r>
      <w:r>
        <w:rPr>
          <w:sz w:val="20"/>
        </w:rPr>
        <w:t>33:42  humein pata chalta hai jab dekhiye, doosra koi ghalati karta hai to humein foran pata chal jata hai ke yeh aadmi galat kaam kar raha hai. aur wahi ghalati hum karenge to humein, hum hum humein apni apni desire itni zyada hain hamari ke hum kehte hain, hamara jee chah raha hai to hum kar rahe hain.</w:t>
      </w:r>
      <w:r>
        <w:br/>
      </w:r>
      <w:r>
        <w:rPr>
          <w:sz w:val="20"/>
        </w:rPr>
        <w:t>34:02  ek baar Maulana, ek pehle aap jante hain, kitabat hath se ki jati thi. ji,</w:t>
      </w:r>
      <w:r>
        <w:br/>
      </w:r>
      <w:r>
        <w:rPr>
          <w:sz w:val="20"/>
        </w:rPr>
        <w:t>34:09  to woh is ke liye kabhi kabhi Maulana koi ek amjad katib the, to un ki thori zyada umar thi, to abba kabhi kabhi un ke paas jate the.</w:t>
      </w:r>
      <w:r>
        <w:br/>
      </w:r>
      <w:r>
        <w:rPr>
          <w:sz w:val="20"/>
        </w:rPr>
        <w:t>34:18  to dekha, un ke haan ke un ki chhat par kisi ka bachcha patang uda raha tha. ab woh kehne lage ke dekhiye, chhat pe patang uda raha hai, gir jaye, yeh ho jaye, woh ho jaye, kitna galat kaam hai.</w:t>
      </w:r>
      <w:r>
        <w:br/>
      </w:r>
      <w:r>
        <w:rPr>
          <w:sz w:val="20"/>
        </w:rPr>
        <w:t>34:32  phir Maulana kehte hain ke phir un ka bachcha aaya aur unhone patang nikali aur ja ke udane laga. aur woh kuch nahi, us ko kaha, khush ho rahe hain.</w:t>
      </w:r>
      <w:r>
        <w:br/>
      </w:r>
      <w:r>
        <w:rPr>
          <w:sz w:val="20"/>
        </w:rPr>
        <w:t>34:42  ji, to yeh hai ke apna to samajh mein hi nahi aata aur doosre ka samajh mein aata hai. is ka matlab hamare andar woh ehsas hai na ke kya galat hai, kya sahi hai.</w:t>
      </w:r>
      <w:r>
        <w:br/>
      </w:r>
      <w:r>
        <w:rPr>
          <w:sz w:val="20"/>
        </w:rPr>
        <w:t>34:52  ji, to humein is ehsas ko bidaar karna hai, is ko ehsas ko jala dena hai, tabhi hum samajh sakenge kya galat hai, kya sahi hai.</w:t>
      </w:r>
      <w:r>
        <w:br/>
      </w:r>
      <w:r>
        <w:rPr>
          <w:sz w:val="20"/>
        </w:rPr>
        <w:t>35:01  to</w:t>
      </w:r>
      <w:r>
        <w:br/>
      </w:r>
      <w:r>
        <w:rPr>
          <w:sz w:val="20"/>
        </w:rPr>
        <w:t>35:02  is ke liye bohat kuch karna padta hai, ghor o fikr karna Quran o hadith mein aur learning karna har ek se.</w:t>
      </w:r>
      <w:r>
        <w:br/>
      </w:r>
      <w:r>
        <w:rPr>
          <w:sz w:val="20"/>
        </w:rPr>
        <w:t>35:11  doosra kya kaam karta hai? kis ne? Aristotle ne, Plato ne, kis ne kaha tha ke tum ne adab kis adab kahan se seekha?</w:t>
      </w:r>
      <w:r>
        <w:br/>
      </w:r>
      <w:r>
        <w:rPr>
          <w:sz w:val="20"/>
        </w:rPr>
        <w:t>35:20  to us ne kaha, be adabon se. matlab jab aap dekhte hain ke koi kaam galat kar raha hai to aap foran aap ke dimagh mein aata hai na ke yeh kaam aise hum nahi karenge.</w:t>
      </w:r>
      <w:r>
        <w:br/>
      </w:r>
      <w:r>
        <w:rPr>
          <w:sz w:val="20"/>
        </w:rPr>
        <w:t>35:29  ji, kitna galat woh kaam kar raha hai. to</w:t>
      </w:r>
      <w:r>
        <w:br/>
      </w:r>
      <w:r>
        <w:rPr>
          <w:sz w:val="20"/>
        </w:rPr>
        <w:t>35:32  yeh hai. to hamare dil o dimagh mein Allah ne sab kuch humein de kar bheja hai. kehte hain ke DNA mein sab kuch hai siwaye maut ke.</w:t>
      </w:r>
      <w:r>
        <w:br/>
      </w:r>
      <w:r>
        <w:rPr>
          <w:sz w:val="20"/>
        </w:rPr>
        <w:t>35:42  ji, ke maut kab hamari aayegi, is ke ilawa sab kuch hai. to yeh bhi hai ke hum Khuda ke aage hum surrender karen aur Khuda ke ke marzi ke mutabiq is duniya mein zindagi guzaren.</w:t>
      </w:r>
      <w:r>
        <w:br/>
      </w:r>
      <w:r>
        <w:rPr>
          <w:sz w:val="20"/>
        </w:rPr>
        <w:t>35:55  yeh to hamare andar hi hai.</w:t>
      </w:r>
      <w:r>
        <w:br/>
      </w:r>
      <w:r>
        <w:rPr>
          <w:sz w:val="20"/>
        </w:rPr>
        <w:t>35:57  doosre yeh hai ke peghambar Allah taala ne barabar bheje, woh batate rahe. ji, to is wajah se hidayat mein Allah ne koi kami nahi ki hai.</w:t>
      </w:r>
      <w:r>
        <w:br/>
      </w:r>
      <w:r>
        <w:rPr>
          <w:sz w:val="20"/>
        </w:rPr>
        <w:t>36:08  hmm, hmm, jo kami hai woh yeh hai ke hum baton ko samajhna hi nahi chahte hain. to bas farq yeh hai ke kainat mein aur insan mein ke kainat jo hai, woh compulsorily is ko submit karna hai, is ke aage koi doosra option nahi</w:t>
      </w:r>
      <w:r>
        <w:br/>
      </w:r>
      <w:r>
        <w:rPr>
          <w:sz w:val="20"/>
        </w:rPr>
        <w:t>36:25  hai. Allah ne poori kainat ko jis tarike se set kar diya hai, woh isi tarike se billions and billions saal se woh chal rahi hai. woh is ko azadi ka koi ijazat nahi hai.</w:t>
      </w:r>
      <w:r>
        <w:br/>
      </w:r>
      <w:r>
        <w:rPr>
          <w:sz w:val="20"/>
        </w:rPr>
        <w:t>36:38  all planets orbit the sun. ab yeh nahi ke woh planets jo hain, jo hamare solar system mein planet hain, woh idhar udhar bhag jayen. woh isi tarike se orbit karte rahenge jis tarike se Allah taala ne un ko set kar diya hai.</w:t>
      </w:r>
      <w:r>
        <w:br/>
      </w:r>
      <w:r>
        <w:rPr>
          <w:sz w:val="20"/>
        </w:rPr>
        <w:t>36:52  ji,</w:t>
      </w:r>
      <w:r>
        <w:br/>
      </w:r>
      <w:r>
        <w:rPr>
          <w:sz w:val="20"/>
        </w:rPr>
        <w:t>36:54  to aur doosri yeh cheez hai, hum ko nature jo hai, yeh hamari learning ke liye hai ke nature mein har cheez jo hai, profitability ke usool par chal rahi hai.</w:t>
      </w:r>
      <w:r>
        <w:br/>
      </w:r>
      <w:r>
        <w:rPr>
          <w:sz w:val="20"/>
        </w:rPr>
        <w:t>37:06  har cheez humein peed humein saya de raha hai, phal de raha hai, pahad hain, un ke upar barf jamti hai, woh hum sare sare saal is pani ko hum peete hain jab woh garam ho ke darya mein aata hai.</w:t>
      </w:r>
      <w:r>
        <w:br/>
      </w:r>
      <w:r>
        <w:rPr>
          <w:sz w:val="20"/>
        </w:rPr>
        <w:t>37:19  to</w:t>
      </w:r>
      <w:r>
        <w:br/>
      </w:r>
      <w:r>
        <w:rPr>
          <w:sz w:val="20"/>
        </w:rPr>
        <w:t>37:20  phir chand hai, raat ko hamein roshni de raha hai, thandi hawaein hain, dunya ki har cheez, woh sab profitability par chalte hain, koi hamein harm nahi pohanchata hai.</w:t>
      </w:r>
      <w:r>
        <w:br/>
      </w:r>
      <w:r>
        <w:rPr>
          <w:sz w:val="20"/>
        </w:rPr>
        <w:t>37:30  to hamein isi tarike se har taraf se learning karni hai, rozana balkeh hamein kuch aisi learning karni chahiye ke hum jab raat ko soyein to hum sochein ke aaj hamari kya learning</w:t>
      </w:r>
      <w:r>
        <w:br/>
      </w:r>
      <w:r>
        <w:rPr>
          <w:sz w:val="20"/>
        </w:rPr>
        <w:t>37:43  hui hai, chahe woh quran hadith se ho, chahe woh in apne jo personal experiences hote hain, logon se mulaqatein hoti hain.</w:t>
      </w:r>
      <w:r>
        <w:br/>
      </w:r>
      <w:r>
        <w:rPr>
          <w:sz w:val="20"/>
        </w:rPr>
        <w:t>37:52  to jaise Maulana the, koi bhi aata tha, foran puchte the, aur koi koi bataiye, kuch kya puchte the?</w:t>
      </w:r>
      <w:r>
        <w:br/>
      </w:r>
      <w:r>
        <w:rPr>
          <w:sz w:val="20"/>
        </w:rPr>
        <w:t>38:00  ji, koi aap apna experience bataein, experience bataiye. is experience se unko kai baatein aisi mil jati thi ke usko phir woh likhte the.</w:t>
      </w:r>
      <w:r>
        <w:br/>
      </w:r>
      <w:r>
        <w:rPr>
          <w:sz w:val="20"/>
        </w:rPr>
        <w:t>38:09  ji</w:t>
      </w:r>
      <w:r>
        <w:br/>
      </w:r>
      <w:r>
        <w:rPr>
          <w:sz w:val="20"/>
        </w:rPr>
        <w:t>38:10  haan, to woh bilkul jo bhi woh likhte the, woh imaginary nahi hota tha, kahani nahi hoti thi, balkeh real zindagi ke waqiat hote the, isi ko woh likhte the.</w:t>
      </w:r>
      <w:r>
        <w:br/>
      </w:r>
      <w:r>
        <w:rPr>
          <w:sz w:val="20"/>
        </w:rPr>
        <w:t>38:21  to insan ko submit karna hai by choice, kyun? by choice submit karega, tabhi usko reward milega, aur reward hai bohat hi qeemti, woh hai jannat.</w:t>
      </w:r>
      <w:r>
        <w:br/>
      </w:r>
      <w:r>
        <w:rPr>
          <w:sz w:val="20"/>
        </w:rPr>
        <w:t>38:32  to hamein Khuda ke aage apne aap ko surrender karna hai by choi</w:t>
      </w:r>
      <w:r>
        <w:br/>
      </w:r>
      <w:r>
        <w:rPr>
          <w:sz w:val="20"/>
        </w:rPr>
        <w:t>38:37  ce. ji, aur apa, ek cheez aur bhi jo maine Maulana se seekhi, isi element of freedom ko le kar ke insan har bari aisa hota hai ke is mein koi exception nahi hai ke he faces, he or she faces difficult situations, negative situations, challenging,</w:t>
      </w:r>
      <w:r>
        <w:br/>
      </w:r>
      <w:r>
        <w:rPr>
          <w:sz w:val="20"/>
        </w:rPr>
        <w:t>38:55  ah, they experience loss. ah, but Allah taala yeh nahi dekh rahe ke woh kis situation mein hain. Allah taala sirf unka concern yeh hai ke is ka response kya hai aisi situ</w:t>
      </w:r>
      <w:r>
        <w:br/>
      </w:r>
      <w:r>
        <w:rPr>
          <w:sz w:val="20"/>
        </w:rPr>
        <w:t>39:06  ation mein. to circumstances is not, is not the main thing. the response that a person gives in that situation, that is the most important thing.</w:t>
      </w:r>
      <w:r>
        <w:br/>
      </w:r>
      <w:r>
        <w:rPr>
          <w:sz w:val="20"/>
        </w:rPr>
        <w:t>39:15  aur yahin pe aap ka jo freedom, jo aap ka nature of freedom hai, that comes at work ke aap kis tarike se apne freedom ko use karte hain.</w:t>
      </w:r>
      <w:r>
        <w:br/>
      </w:r>
      <w:r>
        <w:rPr>
          <w:sz w:val="20"/>
        </w:rPr>
        <w:t>39:24  to apa, main soch raha tha isi baat ke Maulana ki is baat ko le kar</w:t>
      </w:r>
      <w:r>
        <w:br/>
      </w:r>
      <w:r>
        <w:rPr>
          <w:sz w:val="20"/>
        </w:rPr>
        <w:t>39:29  , to main apne aap ko hi samjha raha tha ke jaise agar mere paas agar koi bicycle hai aur mere paas the only wealth is 500 rupee note, and somebody comes snatches away my bicycle, takes away my 500 rupee note, and also says some ill words, hurts me emotionally.</w:t>
      </w:r>
      <w:r>
        <w:br/>
      </w:r>
      <w:r>
        <w:rPr>
          <w:sz w:val="20"/>
        </w:rPr>
        <w:t>39:46  lekin is time pe he Allah taala ne yeh rakha hua hai ke agar mera response positive rahega to mujhe bicycle ki bajaye he has probably kept a full loaded private jet, and maybe trillions of dollars.</w:t>
      </w:r>
      <w:r>
        <w:br/>
      </w:r>
      <w:r>
        <w:rPr>
          <w:sz w:val="20"/>
        </w:rPr>
        <w:t>39:58  but that is not in this world, it is in the hereafter. the everything that depends is ke main kaise respond karta hoon apni freedom ko le kar is situation mein.</w:t>
      </w:r>
      <w:r>
        <w:br/>
      </w:r>
      <w:r>
        <w:rPr>
          <w:sz w:val="20"/>
        </w:rPr>
        <w:t>40:09  woh bohat ek important aspect bhi hai. apa,</w:t>
      </w:r>
      <w:r>
        <w:br/>
      </w:r>
      <w:r>
        <w:rPr>
          <w:sz w:val="20"/>
        </w:rPr>
        <w:t>40:14  apa, agle sawal ki taraf chalte hain. jaisa ke apa, aap jante hain ke ek lakh 24 hazar payghambar aaye, aur jo final payghambar the woh Prophet Muhammad sallallahu alaihi wasallam the.</w:t>
      </w:r>
      <w:r>
        <w:br/>
      </w:r>
      <w:r>
        <w:rPr>
          <w:sz w:val="20"/>
        </w:rPr>
        <w:t>40:25  to apa, main chahunga ke thoda unka jo ek prime message tha for humanity, us ko le kar aap kuch bataein.</w:t>
      </w:r>
      <w:r>
        <w:br/>
      </w:r>
      <w:r>
        <w:rPr>
          <w:sz w:val="20"/>
        </w:rPr>
        <w:t>40:36  insan ko Allah taala ne paida kiya to koi bohat azeem maqsad raha hoga, kyunke itni bari kainat, solar system, earth, is mein sara life support system, phir farishtey itne zyada Allah ne yahan bheje insano ki madad ke liye.</w:t>
      </w:r>
      <w:r>
        <w:br/>
      </w:r>
      <w:r>
        <w:rPr>
          <w:sz w:val="20"/>
        </w:rPr>
        <w:t>40:56  to koi bohat bara maqsad hoga, to isi maqsad ko hamein samajhna hai.</w:t>
      </w:r>
      <w:r>
        <w:br/>
      </w:r>
      <w:r>
        <w:rPr>
          <w:sz w:val="20"/>
        </w:rPr>
        <w:t>41:02  yeh Maulana ne apni kitab, kitab marifat mein is par kafi likha hai. to Allah taala chahte hain ke yahan par ek ek tehzeeb, jis ko rabbani tehzeeb keh sakte hain, ek tehzeeb banaein.</w:t>
      </w:r>
      <w:r>
        <w:br/>
      </w:r>
      <w:r>
        <w:rPr>
          <w:sz w:val="20"/>
        </w:rPr>
        <w:t>41:19  insan to actually Allah ne har cheez yahan potential form mein rakhi hui hai. tamam cheezein potential form mein hain, us ko hamein discover karna hai.</w:t>
      </w:r>
      <w:r>
        <w:br/>
      </w:r>
      <w:r>
        <w:rPr>
          <w:sz w:val="20"/>
        </w:rPr>
        <w:t>41:31  to jo jo bhi science ki bhi jo discoveries hui hain, woh koi invention nahi thi, balkeh sab kuch isi duniya mein tha. us ko scientists ne bohat zyada mehnat kar ke us ko discover kiya aur itni poori ek tehzeeb bana dali.</w:t>
      </w:r>
      <w:r>
        <w:br/>
      </w:r>
      <w:r>
        <w:rPr>
          <w:sz w:val="20"/>
        </w:rPr>
        <w:t>41:46  tu woh thi material tehz</w:t>
      </w:r>
      <w:r>
        <w:br/>
      </w:r>
      <w:r>
        <w:rPr>
          <w:sz w:val="20"/>
        </w:rPr>
        <w:t>41:48  eeb. isi tareeqay say Allah taala chahtay hain aik divine tehzeeb banai jaye. tu divine tehzeeb ki shuruaat tu yahan hogi, lekin yeh tehzeeb jo hai, is ka marifat ka safar jo hai, yeh akhirat tak chalta rahega.</w:t>
      </w:r>
      <w:r>
        <w:br/>
      </w:r>
      <w:r>
        <w:rPr>
          <w:sz w:val="20"/>
        </w:rPr>
        <w:t>42:04  log samajhtay hain akhirat mein bas hum log sofe pe bethay huay khate peetay rahengay. tu aisa nahi hai. Maulana nay bataya</w:t>
      </w:r>
      <w:r>
        <w:br/>
      </w:r>
      <w:r>
        <w:rPr>
          <w:sz w:val="20"/>
        </w:rPr>
        <w:t>42:11  keh wahan poora marifat ka safar jo yahan hai, yahan tu beginning hai, aur akhirat mein yeh safar musalsal without any limitation wahan chalta rahega, aur wahin par culmination hoga, wahin par mukammal hoga.</w:t>
      </w:r>
      <w:r>
        <w:br/>
      </w:r>
      <w:r>
        <w:rPr>
          <w:sz w:val="20"/>
        </w:rPr>
        <w:t>42:26  tu is kay liye Allah taala nay do level par kaam kiya. aik tu insaan kay andar sari cheezain rakh dain.</w:t>
      </w:r>
      <w:r>
        <w:br/>
      </w:r>
      <w:r>
        <w:rPr>
          <w:sz w:val="20"/>
        </w:rPr>
        <w:t>42:35  us nay insaan samajhta hai keh sahi kiya hai, ghul</w:t>
      </w:r>
      <w:r>
        <w:br/>
      </w:r>
      <w:r>
        <w:rPr>
          <w:sz w:val="20"/>
        </w:rPr>
        <w:t>42:39  at kiya hai, woh will fully galat kaam karta hai. aisa koi bhi nahi hai, woh na samjhay keh yeh galat kaam hai. kitnay bhi dako hi achahay hon, woh dako bhi janta hai keh mein galat kaam kar raha hoon.</w:t>
      </w:r>
      <w:r>
        <w:br/>
      </w:r>
      <w:r>
        <w:rPr>
          <w:sz w:val="20"/>
        </w:rPr>
        <w:t>42:52  tu is ka matlab hai keh is kay andar bhi yeh baat hai. sab ko wahi dil diya gaya hai keh woh sab sab sab kuch samajhta hai. tu aadmi jaan boojh kar ghalti karega aur maafi nahi mangay ga, tu us ko phir Khuda ki madad nahi milegi.</w:t>
      </w:r>
      <w:r>
        <w:br/>
      </w:r>
      <w:r>
        <w:rPr>
          <w:sz w:val="20"/>
        </w:rPr>
        <w:t>43:10  aur baghair Khuda ki madad kay, farishton ki madad kay, hum is spiritual journey mein agay nahi barh saktay hain.</w:t>
      </w:r>
      <w:r>
        <w:br/>
      </w:r>
      <w:r>
        <w:rPr>
          <w:sz w:val="20"/>
        </w:rPr>
        <w:t>43:19  tu Allah taala nay kabhi bhi insaanon ko baghair guidance kay nahi chora. Hazrat Adam, jo keh pehlay peghambar thay, woh pehlay insaan thay.</w:t>
      </w:r>
      <w:r>
        <w:br/>
      </w:r>
      <w:r>
        <w:rPr>
          <w:sz w:val="20"/>
        </w:rPr>
        <w:t>43:31  unhi ko Allah taala nay pehla peghambar bhi bana diya. phir insaan kiya hai? dunya bohat attractive hai.</w:t>
      </w:r>
      <w:r>
        <w:br/>
      </w:r>
      <w:r>
        <w:rPr>
          <w:sz w:val="20"/>
        </w:rPr>
        <w:t>43:39  tu dunya kay say itna us ko attract woh hota hai keh woh sab bhool jata hai akhirat ki baatein, peghambaron ki baatein tu bhool jata hai.</w:t>
      </w:r>
      <w:r>
        <w:br/>
      </w:r>
      <w:r>
        <w:rPr>
          <w:sz w:val="20"/>
        </w:rPr>
        <w:t>43:50  is wajah say bar bar Allah nay peghambar bhijwaye. ab is zamanay mein tu koi press waghera ka daur nahi tha keh koi cheez jo hai woh mehfooz reh sakay.</w:t>
      </w:r>
      <w:r>
        <w:br/>
      </w:r>
      <w:r>
        <w:rPr>
          <w:sz w:val="20"/>
        </w:rPr>
        <w:t>44:00  bas by by by word of mouth chalta tha.</w:t>
      </w:r>
      <w:r>
        <w:br/>
      </w:r>
      <w:r>
        <w:rPr>
          <w:sz w:val="20"/>
        </w:rPr>
        <w:t>44:03  peghambar kay janay kay baad do char naslon tak woh rehta tha. phir log bhool jatay thay kyunkeh woh apni marzi kay mutabiq, apnay desires kay mutabiq woh chaltay thay.</w:t>
      </w:r>
      <w:r>
        <w:br/>
      </w:r>
      <w:r>
        <w:rPr>
          <w:sz w:val="20"/>
        </w:rPr>
        <w:t>44:13  aur kab bhooltay na bhi hon tu sirf form reh jata tha. spirit ghayab ho jati thi. tu peghambar tu aik lakh 24 hazar aaye, lekin 25 baray baray peghambaron ka zikr Quran mein aaya hai.</w:t>
      </w:r>
      <w:r>
        <w:br/>
      </w:r>
      <w:r>
        <w:rPr>
          <w:sz w:val="20"/>
        </w:rPr>
        <w:t>44:29  tu peghambar ka jo sab say bara paigham hota tha, woh tauheed ka paigham hota tha keh Khuda aik hai, Khuda kay sath shirk nahi karna hai, usi ki ibadat karni hai.</w:t>
      </w:r>
      <w:r>
        <w:br/>
      </w:r>
      <w:r>
        <w:rPr>
          <w:sz w:val="20"/>
        </w:rPr>
        <w:t>44:42  aur baqi jo hai, dunya mein jo bhi kaam karo, woh Khuda ki marzi kay mutabiq kaam karna hai. jaisay moti moti is zamanay mein bas yahi tha: jhoot nahi bolna, chori nahi karna, kisi ka maal nahi khana hai.</w:t>
      </w:r>
      <w:r>
        <w:br/>
      </w:r>
      <w:r>
        <w:rPr>
          <w:sz w:val="20"/>
        </w:rPr>
        <w:t>44:56  yeh sari jo hain</w:t>
      </w:r>
      <w:r>
        <w:br/>
      </w:r>
      <w:r>
        <w:rPr>
          <w:sz w:val="20"/>
        </w:rPr>
        <w:t>44:58  tu is tarah ki baatein har aadmi kay dil mein hi hain keh hum yeh galat hain. lekin mazeed is ko taqviyat dainay kay liye Allah taala nay peghambar bhijwaye.</w:t>
      </w:r>
      <w:r>
        <w:br/>
      </w:r>
      <w:r>
        <w:rPr>
          <w:sz w:val="20"/>
        </w:rPr>
        <w:t>45:09  tu lekin woh itna ziyada woh daur tha nature worship ka keh har numayan cheez dekhiye. science kay daur say pehlay insaan kuch samajhta hi nahi tha.</w:t>
      </w:r>
      <w:r>
        <w:br/>
      </w:r>
      <w:r>
        <w:rPr>
          <w:sz w:val="20"/>
        </w:rPr>
        <w:t>45:21  bijli karkti thi tu woh samajhtay thay keh devta ghusay ho gaye hain.</w:t>
      </w:r>
      <w:r>
        <w:br/>
      </w:r>
      <w:r>
        <w:rPr>
          <w:sz w:val="20"/>
        </w:rPr>
        <w:t>45:24  woh yeh science kay daur say pehlay ka phenomenon hai. aur suraj, Maulana nay bataya keh jab yahan sehra mein suraj itnay ab o taab say niklta hai keh woh sach much lagta hai keh koi devta hi hai,</w:t>
      </w:r>
      <w:r>
        <w:br/>
      </w:r>
      <w:r>
        <w:rPr>
          <w:sz w:val="20"/>
        </w:rPr>
        <w:t>45:39  tu unhon nay dekha tha. tu log kehtay thay: "haza rabbi, haza akbar, yahi mera rab hai, yeh tu bohat bara hai." woh tu Hazrat Ibrahim nay kaha keh "yeh mera rab kaisay ho sakta hai jo jo chup jaye?</w:t>
      </w:r>
      <w:r>
        <w:br/>
      </w:r>
      <w:r>
        <w:rPr>
          <w:sz w:val="20"/>
        </w:rPr>
        <w:t>45:53  hmm, mera rab aisa thori hai keh thori dair rahega, thori dair kay baad ghayab ho jayega." tu isi tareeqay say suraj, chand, darya, pahar, peir, janwar, har cheez ko pooja jata tha.</w:t>
      </w:r>
      <w:r>
        <w:br/>
      </w:r>
      <w:r>
        <w:rPr>
          <w:sz w:val="20"/>
        </w:rPr>
        <w:t>46:05  woh yeh samajhte thay nature mein koi mysterious force hai aur us ko poojne se hamari qismat badalti hai, badalti hai, bigadti hai.</w:t>
      </w:r>
      <w:r>
        <w:br/>
      </w:r>
      <w:r>
        <w:rPr>
          <w:sz w:val="20"/>
        </w:rPr>
        <w:t>46:16  agar woh naraz ho jayen, aap jante hain, pehle chechak hota tha toh uska ilaaj nahi hota tha. samajhte thay koi devi devta hain aur woh naraz ho gayi hain, is liye bimari hai.</w:t>
      </w:r>
      <w:r>
        <w:br/>
      </w:r>
      <w:r>
        <w:rPr>
          <w:sz w:val="20"/>
        </w:rPr>
        <w:t>46:25  woh bechare ko bhooka maar dalte thay.</w:t>
      </w:r>
      <w:r>
        <w:br/>
      </w:r>
      <w:r>
        <w:rPr>
          <w:sz w:val="20"/>
        </w:rPr>
        <w:t>46:28  yeh toh baad mein kuch toh kaam musalmanon ne kiya tha. is par kitaab bhi likhi thi. isi ko parhne ke baad ek Edward Jenner thay, unhon ne teeka banaya.</w:t>
      </w:r>
      <w:r>
        <w:br/>
      </w:r>
      <w:r>
        <w:rPr>
          <w:sz w:val="20"/>
        </w:rPr>
        <w:t>46:41  phir woh teeka diya jaane laga aur aise mein is ko aur zyada acha khana khilana chahiye. ji, ab woh hum is ko kuch nahi dete thay ke devi naraz ho jayegi.</w:t>
      </w:r>
      <w:r>
        <w:br/>
      </w:r>
      <w:r>
        <w:rPr>
          <w:sz w:val="20"/>
        </w:rPr>
        <w:t>46:51  toh yeh sab dekhiye, science se pehle ki baatein</w:t>
      </w:r>
      <w:r>
        <w:br/>
      </w:r>
      <w:r>
        <w:rPr>
          <w:sz w:val="20"/>
        </w:rPr>
        <w:t>46:54  thin. insaan kisi cheez ko explain kar nahi pata tha toh inhi inhi terms mein sochta tha. woh itna darte thay in cheezon se kyunke woh samajhte thay mysterious force hai is ke andar.</w:t>
      </w:r>
      <w:r>
        <w:br/>
      </w:r>
      <w:r>
        <w:rPr>
          <w:sz w:val="20"/>
        </w:rPr>
        <w:t>47:08  toh Hazrat Ibrahim se kehte thay aur doosre paighambaron se bhi unhon ne yahi kaha ke "agar tum ne is ko kuch bura bhala kaha toh tum andhe ho jaoge, pagal ho jaoge, barbaad ho</w:t>
      </w:r>
      <w:r>
        <w:br/>
      </w:r>
      <w:r>
        <w:rPr>
          <w:sz w:val="20"/>
        </w:rPr>
        <w:t>47:18  jaoge." toh woh darte thay ke agar aisa un ko hum ne nahi, un ko due respect diya toh hamara yeh sab ho jayega.</w:t>
      </w:r>
      <w:r>
        <w:br/>
      </w:r>
      <w:r>
        <w:rPr>
          <w:sz w:val="20"/>
        </w:rPr>
        <w:t>47:27  toh yeh hai. toh isi liye Hazrat Ibrahim ne Iraq ko chhod diya kyunke wahan ke log manne wale nahi thay.</w:t>
      </w:r>
      <w:r>
        <w:br/>
      </w:r>
      <w:r>
        <w:rPr>
          <w:sz w:val="20"/>
        </w:rPr>
        <w:t>47:35  ab masla kya ho gaya tha ke shirk jo hai is mein ek nexus ho gaya tha ke ab hum toh mante hi thay, ab badshah log manne lagay.</w:t>
      </w:r>
      <w:r>
        <w:br/>
      </w:r>
      <w:r>
        <w:rPr>
          <w:sz w:val="20"/>
        </w:rPr>
        <w:t>47:44  kyunke is ki wajah se kya tha ke har badai ko yeh log devi devta maan lete thay. toh woh, woh bhi badshah bhi bada hota tha na, toh un ko devi devta ka darja de dete thay.</w:t>
      </w:r>
      <w:r>
        <w:br/>
      </w:r>
      <w:r>
        <w:rPr>
          <w:sz w:val="20"/>
        </w:rPr>
        <w:t>47:57  toh hamare bhagwan</w:t>
      </w:r>
      <w:r>
        <w:br/>
      </w:r>
      <w:r>
        <w:rPr>
          <w:sz w:val="20"/>
        </w:rPr>
        <w:t>47:58  hain. toh is wajah se badshahon ko yeh mauqa mil jata tha awam par hukoomat karne ka. awam woh achi policy chalayen, galat chalayen, awam is in ko kuch keh nahi sakte thay.</w:t>
      </w:r>
      <w:r>
        <w:br/>
      </w:r>
      <w:r>
        <w:rPr>
          <w:sz w:val="20"/>
        </w:rPr>
        <w:t>48:10  toh ek qism ka hi jo hai na personality cult yeh ho gaya. ji, Firaun ne kaha bhi tha: "Ana Rabbukum Al-A'la, main, main, main hoon Rabb." toh yeh toh yeh kaun Firaun?</w:t>
      </w:r>
      <w:r>
        <w:br/>
      </w:r>
      <w:r>
        <w:rPr>
          <w:sz w:val="20"/>
        </w:rPr>
        <w:t>48:22  yeh kaun sa Rabb hai? Rabb toh main hoon. toh yeh sab ho gaya tha. toh yeh bohat bari evil thi.</w:t>
      </w:r>
      <w:r>
        <w:br/>
      </w:r>
      <w:r>
        <w:rPr>
          <w:sz w:val="20"/>
        </w:rPr>
        <w:t>48:29  is evil ko baad mein jo sab inqilab aaya, Islam ka inqilab, science ka inqilab, jamhoori inqilab, toh in sab cheezon ko khatam kiya is inqilab ne.</w:t>
      </w:r>
      <w:r>
        <w:br/>
      </w:r>
      <w:r>
        <w:rPr>
          <w:sz w:val="20"/>
        </w:rPr>
        <w:t>48:42  toh jamhooriyat bohat bara hamare liye bohat bari boon thi. jamhooriyat ki wajah se tamam logon ko mauqa mila kaam karne ka.</w:t>
      </w:r>
      <w:r>
        <w:br/>
      </w:r>
      <w:r>
        <w:rPr>
          <w:sz w:val="20"/>
        </w:rPr>
        <w:t>48:52  pehlay toh kya tha? jo badshah chahta tha, wahi hota tha.</w:t>
      </w:r>
      <w:r>
        <w:br/>
      </w:r>
      <w:r>
        <w:rPr>
          <w:sz w:val="20"/>
        </w:rPr>
        <w:t>48:56  agar koi badshah ke khilaf kuch bhi kar de toh uska sar qalam. toh is wajah se taraqqi kuch nahi ho pati thi. nature mein jo taskheer karna, nature ko, nature par investigation, nature par research, woh sab kuch nahi hota tha.</w:t>
      </w:r>
      <w:r>
        <w:br/>
      </w:r>
      <w:r>
        <w:rPr>
          <w:sz w:val="20"/>
        </w:rPr>
        <w:t>49:12  badshah bohat darte thay ke koi bhi naya kaam ho raha hai toh galat hi hoga. jo woh chahte thay, bas bas badshah hukmi sab kuch hota tha.</w:t>
      </w:r>
      <w:r>
        <w:br/>
      </w:r>
      <w:r>
        <w:rPr>
          <w:sz w:val="20"/>
        </w:rPr>
        <w:t>49:23  toh yeh tha. toh paighambaron ne bataya ke is duniya mein toh sirf shuruaat karni hai. hamein apne aap ko deserving candidate banana hai.</w:t>
      </w:r>
      <w:r>
        <w:br/>
      </w:r>
      <w:r>
        <w:rPr>
          <w:sz w:val="20"/>
        </w:rPr>
        <w:t>49:31  aur asal mayari duniya jo hai, woh toh jannat ki hai. wahan par asal mein dekhiye, sara limitations khatam ho jayega.</w:t>
      </w:r>
      <w:r>
        <w:br/>
      </w:r>
      <w:r>
        <w:rPr>
          <w:sz w:val="20"/>
        </w:rPr>
        <w:t>49:40  jab limitations khatam ho jayega toh hum lamahdood tor par hum kaam kar payenge. insaan ka dimagh jo hai na, woh toh hai hi lamahdood.</w:t>
      </w:r>
      <w:r>
        <w:br/>
      </w:r>
      <w:r>
        <w:rPr>
          <w:sz w:val="20"/>
        </w:rPr>
        <w:t>49:50  lekin is duniya mein itni limitations hain ke hum is ko poora istemal nahi kar paate. bohat jald insaan bimar ho jata hai, boodha ho jata hai, mar jata hai, accident ho jata hai.</w:t>
      </w:r>
      <w:r>
        <w:br/>
      </w:r>
      <w:r>
        <w:rPr>
          <w:sz w:val="20"/>
        </w:rPr>
        <w:t>50:02  aur mawaqe jo woh chahta hai, woh nahi milte hain. to is waja se woh pura kaam kar nahi</w:t>
      </w:r>
      <w:r>
        <w:br/>
      </w:r>
      <w:r>
        <w:rPr>
          <w:sz w:val="20"/>
        </w:rPr>
        <w:t>50:07  paata. aakhirat mein yeh sari limitations khatm ho jayengi. to woh hamari aakhri manzil hoga. wahan marifat ka zariya musalsal jari rahega.</w:t>
      </w:r>
      <w:r>
        <w:br/>
      </w:r>
      <w:r>
        <w:rPr>
          <w:sz w:val="20"/>
        </w:rPr>
        <w:t>50:19  aur wahan perfect shakal mein Khuda ka realization hoga. tab Allah taala apni jhalak bhi wahan dikhayenge ke jo aarif insan hai, jo Khuda ki jis ne marifat hasil ki, usi se Allah raazi hoga.</w:t>
      </w:r>
      <w:r>
        <w:br/>
      </w:r>
      <w:r>
        <w:rPr>
          <w:sz w:val="20"/>
        </w:rPr>
        <w:t>50:35  ji,</w:t>
      </w:r>
      <w:r>
        <w:br/>
      </w:r>
      <w:r>
        <w:rPr>
          <w:sz w:val="20"/>
        </w:rPr>
        <w:t>50:36  apa, Hazrat Jubair se ek riwayat hai ke Rasool Allah ne ek martaba kaha ke "what i fear most about my ummah is that they will have ambitions and wishes, becaus ambition comes in the way of the truth, and wishes makes a person careless about the hereafter." to apa, yeh bhi baat sahi hai ke every person is like a graveyard of unfulfilled desire</w:t>
      </w:r>
      <w:r>
        <w:br/>
      </w:r>
      <w:r>
        <w:rPr>
          <w:sz w:val="20"/>
        </w:rPr>
        <w:t>51:02  . woh desires ko hi le kar apni puri zindagi nikal deta hai. jabke fact is ki aap desires ko fulfill hi nahi kar sakte is duniya mein.</w:t>
      </w:r>
      <w:r>
        <w:br/>
      </w:r>
      <w:r>
        <w:rPr>
          <w:sz w:val="20"/>
        </w:rPr>
        <w:t>51:11  to is ke bare mein batayein, apa, ke kaise desire management insan kar sakta hai? desires ko kaise samajhna chahiye? is ke bare mein bhi aap hum sab ko batayein.</w:t>
      </w:r>
      <w:r>
        <w:br/>
      </w:r>
      <w:r>
        <w:rPr>
          <w:sz w:val="20"/>
        </w:rPr>
        <w:t>51:22  asal mein sab se bari cheez yahi hai ke insan creation plan ko samjhe. ab insan ek duniya mein aa</w:t>
      </w:r>
      <w:r>
        <w:br/>
      </w:r>
      <w:r>
        <w:rPr>
          <w:sz w:val="20"/>
        </w:rPr>
        <w:t>51:29  gaya, ab woh samajhta hi nahi ke is duniya mein kaise rehna hai. to aap samajh lijiye ke ab sab kaam galat hi galat karenge.</w:t>
      </w:r>
      <w:r>
        <w:br/>
      </w:r>
      <w:r>
        <w:rPr>
          <w:sz w:val="20"/>
        </w:rPr>
        <w:t>51:39  to sab se pehle insan ko Khuda ke creation plan ko samajhna hai. to creation plan ke mutabiq yeh duniya desire ke fulfillment ke liye hai hi nahi.</w:t>
      </w:r>
      <w:r>
        <w:br/>
      </w:r>
      <w:r>
        <w:rPr>
          <w:sz w:val="20"/>
        </w:rPr>
        <w:t>51:51  to kaise desire ka ful</w:t>
      </w:r>
      <w:r>
        <w:br/>
      </w:r>
      <w:r>
        <w:rPr>
          <w:sz w:val="20"/>
        </w:rPr>
        <w:t>51:53  fillment yahan hoga? kyunke yahan itni limitation, itni limitation hai ke desire ka fulfillment possible hi nahi hai. to aur insan jo hai, chunke is ke andar hai ek ideal world basi hui hai, kehte hain jab insan paida hua to us ko sab kuch jannat dikha di gayi thi.</w:t>
      </w:r>
      <w:r>
        <w:br/>
      </w:r>
      <w:r>
        <w:rPr>
          <w:sz w:val="20"/>
        </w:rPr>
        <w:t>52:11  hmm, yahan tak kehte hain ke jab bachcha paida hota hai to woh muskurata hai, kehte hain woh jannat dekh raha hai. ji, to us ko sab kuch us ke dil mein, dimagh mein, us ki jannat basi hui hai.</w:t>
      </w:r>
      <w:r>
        <w:br/>
      </w:r>
      <w:r>
        <w:rPr>
          <w:sz w:val="20"/>
        </w:rPr>
        <w:t>52:23  ab woh yeh farq nahi kar pata ke yeh jannat jo hai, us ko aakhirat mein milegi, duniya mein nahi milegi. isi waja se woh musalsal frustration mein rehta hai.</w:t>
      </w:r>
      <w:r>
        <w:br/>
      </w:r>
      <w:r>
        <w:rPr>
          <w:sz w:val="20"/>
        </w:rPr>
        <w:t>52:37  kyunke ideal ki talash karta hai aur ideal us ko milta nahi. aur bade bade logon ne kaha hai, jaise Edward Gibbon ne kaha hai: "human history is little more than the register of crimes."</w:t>
      </w:r>
      <w:r>
        <w:br/>
      </w:r>
      <w:r>
        <w:rPr>
          <w:sz w:val="20"/>
        </w:rPr>
        <w:t>52:49  to un ko, un ko samajh mein nahi aata ke is duniya mein itni suffering kyun hai, itni museebatein kyun hain, itni limitations kyun hain. bade bade insan jab mature hote hain to khatm ho jate hain, mar jate hain.</w:t>
      </w:r>
      <w:r>
        <w:br/>
      </w:r>
      <w:r>
        <w:rPr>
          <w:sz w:val="20"/>
        </w:rPr>
        <w:t>53:01  Einstein jo hai, bahut kam umar mein khatm hue. to itne bade bade log jab ke un ke time hota hai kaam karne ka, us waqt woh mar jate hain.</w:t>
      </w:r>
      <w:r>
        <w:br/>
      </w:r>
      <w:r>
        <w:rPr>
          <w:sz w:val="20"/>
        </w:rPr>
        <w:t>53:10  to yeh sari cheezein samajh mein aati nahi hain. ek Alexis Carrel ne ek kitaab likhi: "Man the</w:t>
      </w:r>
      <w:r>
        <w:br/>
      </w:r>
      <w:r>
        <w:rPr>
          <w:sz w:val="20"/>
        </w:rPr>
        <w:t>53:17  Known." us ki "Man in Known" bana hua hai. kyunke jab har cheez ka is duniya mein joda hai, isi tarah se is duniya ka bhi ek joda hai.</w:t>
      </w:r>
      <w:r>
        <w:br/>
      </w:r>
      <w:r>
        <w:rPr>
          <w:sz w:val="20"/>
        </w:rPr>
        <w:t>53:27  jab tak is jode ko le kar ke hum life ko explain na karein, tab tak hum samajh hi nahi sakte. ji, na samjhein ge to frustration hoga.</w:t>
      </w:r>
      <w:r>
        <w:br/>
      </w:r>
      <w:r>
        <w:rPr>
          <w:sz w:val="20"/>
        </w:rPr>
        <w:t>53:37  ab jaise hum log hain, CPS ke Maulana ki sari classes hum ne attend ki hain, literature padha hai. to hum logon ko bilkul clear hai ke yeh duniya sirf mehnat karne ke liye hai aur apne aap ko deserving candidate banane ke liye.</w:t>
      </w:r>
      <w:r>
        <w:br/>
      </w:r>
      <w:r>
        <w:rPr>
          <w:sz w:val="20"/>
        </w:rPr>
        <w:t>53:52  jo kuch milna hai, aakh</w:t>
      </w:r>
      <w:r>
        <w:br/>
      </w:r>
      <w:r>
        <w:rPr>
          <w:sz w:val="20"/>
        </w:rPr>
        <w:t>53:54  irat mein milna hai. to is liye hum logon ko frustration hota hi nahi ke jo mila hua hai, wahi lagta hai, wahi bohat hai. kyunke humein jo goal hai, hamari zindagi ka jo maqsad hai, us mein koi rukawat hai nahi.</w:t>
      </w:r>
      <w:r>
        <w:br/>
      </w:r>
      <w:r>
        <w:rPr>
          <w:sz w:val="20"/>
        </w:rPr>
        <w:t>54:06  to aur humein kuch chahiye nahi. to yeh hai. ab Sir James Jeans jo itna bada mathematician tha aur Nobel Prize us ko mila, us ne likha hai "The Mysterious Universe"</w:t>
      </w:r>
      <w:r>
        <w:br/>
      </w:r>
      <w:r>
        <w:rPr>
          <w:sz w:val="20"/>
        </w:rPr>
        <w:t>54:18  . isi liye ke in logon ko pata hi nahi tha ke doosri duniya hai, wahan jo hai saare hamare desires fulfill honge.</w:t>
      </w:r>
      <w:r>
        <w:br/>
      </w:r>
      <w:r>
        <w:rPr>
          <w:sz w:val="20"/>
        </w:rPr>
        <w:t>54:26  to yeh log jo hain, itne bare bare log jo hain, woh frustration mein khatam hue. ji, woh sir james jeans ne kaha: "it seems that man has strayed in a world that was not made for</w:t>
      </w:r>
      <w:r>
        <w:br/>
      </w:r>
      <w:r>
        <w:rPr>
          <w:sz w:val="20"/>
        </w:rPr>
        <w:t>54:42  hum." is ki samajh mein nahi aata, kisi ki samajh mein nahi aata. ji ke yeh duniya mein hum hum kis tareeqay se, jo hum zindagi paana chahte hain, woh kaise milay.</w:t>
      </w:r>
      <w:r>
        <w:br/>
      </w:r>
      <w:r>
        <w:rPr>
          <w:sz w:val="20"/>
        </w:rPr>
        <w:t>54:54  aik roosi writer ne kaha hai: "is duniya mein har cheez beautiful hai, sirf aik cheez beautiful nahi hai, aur woh insaan hai."</w:t>
      </w:r>
      <w:r>
        <w:br/>
      </w:r>
      <w:r>
        <w:rPr>
          <w:sz w:val="20"/>
        </w:rPr>
        <w:t>55:02  to is duniya mein insaan dekhiye, shakal, soorat, rang, sab kuch hai.</w:t>
      </w:r>
      <w:r>
        <w:br/>
      </w:r>
      <w:r>
        <w:rPr>
          <w:sz w:val="20"/>
        </w:rPr>
        <w:t>55:11  to woh aisa thori hai ke woh is ki inherently aisa hai, balkay woh hamari geographical conditions hain. koi kala hai, jaisay africa ke log hotay hain, to geographical conditions prevail karti hain.</w:t>
      </w:r>
      <w:r>
        <w:br/>
      </w:r>
      <w:r>
        <w:rPr>
          <w:sz w:val="20"/>
        </w:rPr>
        <w:t>55:25  to akhirat mein yeh sari limitations khatam ki jayen, kar di jayen gi.</w:t>
      </w:r>
      <w:r>
        <w:br/>
      </w:r>
      <w:r>
        <w:rPr>
          <w:sz w:val="20"/>
        </w:rPr>
        <w:t>55:29  aik baar rasool Allah sal Allah alayh wasallam ke paas aik boodhi aurat aayi. to rasool Allah kabhi kabhi ab halka mazaaq bhi kartay thay. to rasool Allah ne us se kaha ke "boodhiya jannat mein nahi jayen gi." haan, woh lagi ronay to rasool Allah sal Allah alayh wasallam ne kaha: "jannat mein sab jawan ho jayen gay." ji, boodhay nahi wahan rahen gay.</w:t>
      </w:r>
      <w:r>
        <w:br/>
      </w:r>
      <w:r>
        <w:rPr>
          <w:sz w:val="20"/>
        </w:rPr>
        <w:t>55:50  to wahan boodhapa hai, badsoorati hai, bimariyan hain, maut hai, yeh sab kuch wahan accident hai. wahan ya wahan yeh sab kuch nahi hoga.</w:t>
      </w:r>
      <w:r>
        <w:br/>
      </w:r>
      <w:r>
        <w:rPr>
          <w:sz w:val="20"/>
        </w:rPr>
        <w:t>56:01  lekin insaan apnay aap ko samajhta hai ke "main bilkul azaad hoon, main jo chahe karoon." to yehi jo is ki thinking hai na ke "main azaad hoon", yehi cheez is ke liye museebat ban gayi hai.</w:t>
      </w:r>
      <w:r>
        <w:br/>
      </w:r>
      <w:r>
        <w:rPr>
          <w:sz w:val="20"/>
        </w:rPr>
        <w:t>56:11  ji ke woh jab azaad hai to is ko desire ke mutabiq is ko aik zindagi milni chahiye.</w:t>
      </w:r>
      <w:r>
        <w:br/>
      </w:r>
      <w:r>
        <w:rPr>
          <w:sz w:val="20"/>
        </w:rPr>
        <w:t>56:19  lekin woh practically impossible hai. to result jo hai is ka, woh tension hai. ab woh itna samajh le ke yeh duniya is ki apni banayi hui nahi hai, balkay duniya Khuda ne banayi hai.</w:t>
      </w:r>
      <w:r>
        <w:br/>
      </w:r>
      <w:r>
        <w:rPr>
          <w:sz w:val="20"/>
        </w:rPr>
        <w:t>56:31  to yahan Khuda ki marzi ke mutabiq hi hamein is duniya mein rehna hai aur Khuda ke agay surrender karna hai. to tabhi is ko woh is qabil banay ga ke akhirat mein use Allah taala jannat mein jagah den.</w:t>
      </w:r>
      <w:r>
        <w:br/>
      </w:r>
      <w:r>
        <w:rPr>
          <w:sz w:val="20"/>
        </w:rPr>
        <w:t>56:47  to lekin insaan to limit cross kar diya,</w:t>
      </w:r>
      <w:r>
        <w:br/>
      </w:r>
      <w:r>
        <w:rPr>
          <w:sz w:val="20"/>
        </w:rPr>
        <w:t>56:52  nuclear bomb banaya sari duniya ko. ab qayamat aanay ki bhi zaroorat nahi hai, do chaar nuclear bomb phatenge, qayamat hi aa jayegi. ji to insaan jo hai, woh apni is se had se bahar chala gaya.</w:t>
      </w:r>
      <w:r>
        <w:br/>
      </w:r>
      <w:r>
        <w:rPr>
          <w:sz w:val="20"/>
        </w:rPr>
        <w:t>57:06  jabkay aap jantay hain jinnaat ko jo mazool kiya gaya tha, isi liye na ke woh duniya mein fasad barpa kar rahay thay, isi liye mazool kiya gaya tha.</w:t>
      </w:r>
      <w:r>
        <w:br/>
      </w:r>
      <w:r>
        <w:rPr>
          <w:sz w:val="20"/>
        </w:rPr>
        <w:t>57:17  ab to ab is se to hazaron lakhon guna ziyada fasad insaan kar raha hai. to kisi bhi waqt qayamat aa sakti hai. kyunkay jab Allah taala bilkul dekhenge ke ab insaan jo hai, koi acha kaam nahi karega, sirf bura hi bura karega, to us waqt phir woh qayamat aa jayegi.</w:t>
      </w:r>
      <w:r>
        <w:br/>
      </w:r>
      <w:r>
        <w:rPr>
          <w:sz w:val="20"/>
        </w:rPr>
        <w:t>57:36  to yehi hai ke hamein sab se pehlay zaroori hai ke hum ab creation plan ko samjhen aur is ke mutabiq hum apni zindagi ko, zindagi</w:t>
      </w:r>
      <w:r>
        <w:br/>
      </w:r>
      <w:r>
        <w:rPr>
          <w:sz w:val="20"/>
        </w:rPr>
        <w:t>57:46  ko chalayen. ji aur apa, agar hum Quran ko bhi parhen to is mein bohat clearly yeh cheez aa jati hai desires ko le kay. surah kahf mein jaisay hai ke "there there you will have all the that you desire and there is even more with us".</w:t>
      </w:r>
      <w:r>
        <w:br/>
      </w:r>
      <w:r>
        <w:rPr>
          <w:sz w:val="20"/>
        </w:rPr>
        <w:t>58:01  to matlab aik insaan jo tasawwur bhi nahi kar sakta desire ko le ke, us ke bhi beyond Allah taala yeh keh rahay hain ke "we have even more with us".</w:t>
      </w:r>
      <w:r>
        <w:br/>
      </w:r>
      <w:r>
        <w:rPr>
          <w:sz w:val="20"/>
        </w:rPr>
        <w:t>58:10  so</w:t>
      </w:r>
      <w:r>
        <w:br/>
      </w:r>
      <w:r>
        <w:rPr>
          <w:sz w:val="20"/>
        </w:rPr>
        <w:t>58:11  yeh aap ne bilkul bara sahi kaha ke hamein creation plan ko samajhna hai ke yeh duniya to sirf test ke level par hai. yahan pe aap fulfillment of desire nahi kar saktay, woh to aap ka akhirat mein hi hai.</w:t>
      </w:r>
    </w:p>
    <w:p>
      <w:pPr>
        <w:pStyle w:val="Heading2"/>
      </w:pPr>
      <w:r>
        <w:t>Overcoming heedlessness of death in youth</w:t>
      </w:r>
    </w:p>
    <w:p>
      <w:r>
        <w:rPr>
          <w:color w:val="666666"/>
          <w:sz w:val="18"/>
        </w:rPr>
        <w:t>Concept of Death in Islam 26th Aug 12 SLOW · 1m 59s · at 15:45 · https://youtu.be/8dsos0OBM6M?t=945</w:t>
      </w:r>
    </w:p>
    <w:p>
      <w:r>
        <w:rPr>
          <w:i/>
        </w:rPr>
        <w:t>“Today I am young and see death as far away. How can I save myself from this heedlessness?”</w:t>
      </w:r>
    </w:p>
    <w:p>
      <w:r>
        <w:rPr>
          <w:sz w:val="20"/>
        </w:rPr>
        <w:t>15:45  Maulana, agla sawal Tamil Nadu se hai Maulana Iqbal Omri sahib ka. unhon ne likha hai: "Maulana, aaj mein jawan hoon, maut ko door dekh raha hoon. is ghaflat se mein kaise bachoon?" is ke bare mein batayein.</w:t>
      </w:r>
      <w:r>
        <w:br/>
      </w:r>
      <w:r>
        <w:rPr>
          <w:sz w:val="20"/>
        </w:rPr>
        <w:t>16:03  isi liye to Allah taala ne maut ka waqt koi nahi rakha.</w:t>
      </w:r>
      <w:r>
        <w:br/>
      </w:r>
      <w:r>
        <w:rPr>
          <w:sz w:val="20"/>
        </w:rPr>
        <w:t>16:10  bacha hi marta hai, jawani hi marta hai, budhai marta hai.</w:t>
      </w:r>
      <w:r>
        <w:br/>
      </w:r>
      <w:r>
        <w:rPr>
          <w:sz w:val="20"/>
        </w:rPr>
        <w:t>16:17  jaise mein aksar sochta rehta hoon, aksar sochta rehta hoon mein ke mere teen bachche mar chuke, mere apne.</w:t>
      </w:r>
      <w:r>
        <w:br/>
      </w:r>
      <w:r>
        <w:rPr>
          <w:sz w:val="20"/>
        </w:rPr>
        <w:t>16:24  zahair hai ke woh bachche mujh se bohat chote the.</w:t>
      </w:r>
      <w:r>
        <w:br/>
      </w:r>
      <w:r>
        <w:rPr>
          <w:sz w:val="20"/>
        </w:rPr>
        <w:t>16:31  to mein sochta rehta hoon, mere teen bachche mar chuke, mere chote bhai mar chuke, meri chhoti behan mar chuki.</w:t>
      </w:r>
      <w:r>
        <w:br/>
      </w:r>
      <w:r>
        <w:rPr>
          <w:sz w:val="20"/>
        </w:rPr>
        <w:t>16:39  to aadmi yeh waqiaat aadmi ko is liye hotay hain ke aadmi soche ke tum se chotay jab</w:t>
      </w:r>
      <w:r>
        <w:br/>
      </w:r>
      <w:r>
        <w:rPr>
          <w:sz w:val="20"/>
        </w:rPr>
        <w:t>16:46  mar gaye, tum kyun nahi maro ge? Allah taala ne maut ka agar aik fix kar diya hota,</w:t>
      </w:r>
      <w:r>
        <w:br/>
      </w:r>
      <w:r>
        <w:rPr>
          <w:sz w:val="20"/>
        </w:rPr>
        <w:t>16:53  fix ke 90 saal mein har aadmi ko marna hai, tab to sochna mushkil hota.</w:t>
      </w:r>
      <w:r>
        <w:br/>
      </w:r>
      <w:r>
        <w:rPr>
          <w:sz w:val="20"/>
        </w:rPr>
        <w:t>17:00  lekin jab hum dekhte hain ke bachcha hi mara, bachcha hi marta hai, naujawan marta hai, har har</w:t>
      </w:r>
      <w:r>
        <w:br/>
      </w:r>
      <w:r>
        <w:rPr>
          <w:sz w:val="20"/>
        </w:rPr>
        <w:t>17:07  umar ke log marte rehte hain barabar.</w:t>
      </w:r>
      <w:r>
        <w:br/>
      </w:r>
      <w:r>
        <w:rPr>
          <w:sz w:val="20"/>
        </w:rPr>
        <w:t>17:15  to yeh isi liye hai ke yeh waqiaat aadmi ke liye reminder bane, reminder.</w:t>
      </w:r>
      <w:r>
        <w:br/>
      </w:r>
      <w:r>
        <w:rPr>
          <w:sz w:val="20"/>
        </w:rPr>
        <w:t>17:22  sochein ke dekho, mujh se chota yeh mar gaya to mein mein kyun nahi maroonga? to logon</w:t>
      </w:r>
      <w:r>
        <w:br/>
      </w:r>
      <w:r>
        <w:rPr>
          <w:sz w:val="20"/>
        </w:rPr>
        <w:t>17:29  mein wahi mein jo arz kiya ke logon mein soch jagana hai, intellectual awakening lana hai, isi ki kami hai.</w:t>
      </w:r>
      <w:r>
        <w:br/>
      </w:r>
      <w:r>
        <w:rPr>
          <w:sz w:val="20"/>
        </w:rPr>
        <w:t>17:36  saari kami isi cheez ki hai.</w:t>
      </w:r>
      <w:r>
        <w:br/>
      </w:r>
      <w:r>
        <w:rPr>
          <w:sz w:val="20"/>
        </w:rPr>
        <w:t>17:44  Maulana, agla sawal Maldives se hai Mr. Hitesh Dhamija sahib ka. unhon ne likha hai: "While a short stay in Saudi Arabia, I noticed that Arabs in the month of Ramadan, while they fast, sleep during the day and stay up night. However, Muslims in India follow a different pattern. They keep the fast and work during the day and sleep at night.</w:t>
      </w:r>
    </w:p>
    <w:p>
      <w:pPr>
        <w:pStyle w:val="Heading2"/>
      </w:pPr>
      <w:r>
        <w:t>Self-accounting clarification from experience</w:t>
      </w:r>
    </w:p>
    <w:p>
      <w:r>
        <w:rPr>
          <w:color w:val="666666"/>
          <w:sz w:val="18"/>
        </w:rPr>
        <w:t>Man and the Laws of Nature April 1, 2012 · 1m 50s · at 1:30:59 · https://youtu.be/coIrwYQgb6Y?t=5459</w:t>
      </w:r>
    </w:p>
    <w:p>
      <w:r>
        <w:rPr>
          <w:i/>
        </w:rPr>
        <w:t>“I want some clarification about self-accounting (self-hammering). Please explain based on your experience.”</w:t>
      </w:r>
    </w:p>
    <w:p>
      <w:r>
        <w:rPr>
          <w:sz w:val="20"/>
        </w:rPr>
        <w:t>1:30:59  maulana, agla sawal doha qatar se hai. maulana abdul basit umri sahib ka. unhon ne likha hai: "maulana, self hammering ke baray mein kuch wazahat chahta hoon.</w:t>
      </w:r>
      <w:r>
        <w:br/>
      </w:r>
      <w:r>
        <w:rPr>
          <w:sz w:val="20"/>
        </w:rPr>
        <w:t>1:31:10  apne tajrube ki roshni mein aap bataen." self hammering ka matlab hai khud apna muhasiba.</w:t>
      </w:r>
      <w:r>
        <w:br/>
      </w:r>
      <w:r>
        <w:rPr>
          <w:sz w:val="20"/>
        </w:rPr>
        <w:t>1:31:18  to muhasiba log aam taur par doosron ko karte hain. doosri ghalti par tokain ge, doosron ki ghalti par un se behas karen ge, doosron ki ghaltiyon ko khoob bayan karen ge.</w:t>
      </w:r>
      <w:r>
        <w:br/>
      </w:r>
      <w:r>
        <w:rPr>
          <w:sz w:val="20"/>
        </w:rPr>
        <w:t>1:31:31  khud apni ghalti dhoondna yeh yeh nahi karen ge.</w:t>
      </w:r>
      <w:r>
        <w:br/>
      </w:r>
      <w:r>
        <w:rPr>
          <w:sz w:val="20"/>
        </w:rPr>
        <w:t>1:31:37  to yeh to bohat hi, yani bohat bari bhool hai. kyunke hadith mein aata hai: "hasib anfusakum qabla an tuhasabu".</w:t>
      </w:r>
      <w:r>
        <w:br/>
      </w:r>
      <w:r>
        <w:rPr>
          <w:sz w:val="20"/>
        </w:rPr>
        <w:t>1:31:48  yahi hai self hammering. "hasib anfusakum qabla an tuhasabu". yani is se pehle ke Allah ke yahan tumhara muhasiba kiya jaye, tum khud apna muhasiba kar lo.</w:t>
      </w:r>
      <w:r>
        <w:br/>
      </w:r>
      <w:r>
        <w:rPr>
          <w:sz w:val="20"/>
        </w:rPr>
        <w:t>1:32:03  "hasib anfusakum qabla an tuhasabu". yahi hai s</w:t>
      </w:r>
      <w:r>
        <w:br/>
      </w:r>
      <w:r>
        <w:rPr>
          <w:sz w:val="20"/>
        </w:rPr>
        <w:t>1:32:06  elf hammering. self hammering koi alag cheez nahi hai. wohi jo hadith mein kaha gaya hai: "zati muhasiba, apni scrutiny".</w:t>
      </w:r>
      <w:r>
        <w:br/>
      </w:r>
      <w:r>
        <w:rPr>
          <w:sz w:val="20"/>
        </w:rPr>
        <w:t>1:32:17  isi ka naam hai self hammering. aur insan, aap jante hain ke aadmi apni kamzoriyon ko khoob khoob janta hai. koi aadmi aisa nahi hai jo apni kamzoriyon ko na jane.</w:t>
      </w:r>
      <w:r>
        <w:br/>
      </w:r>
      <w:r>
        <w:rPr>
          <w:sz w:val="20"/>
        </w:rPr>
        <w:t>1:32:29  to aap tanhai mein baith kar sochen ke mere andar kahan kamzoriyan hain, kaise in ki islaah karoon main,</w:t>
      </w:r>
      <w:r>
        <w:br/>
      </w:r>
      <w:r>
        <w:rPr>
          <w:sz w:val="20"/>
        </w:rPr>
        <w:t>1:32:35  kaise main apne ko aisa banaoon ke Allah ke samne main bari zimmedar ho sakoon. isi ka naam self hammering. self hammering ke mani hain zati muhasiba.</w:t>
      </w:r>
      <w:r>
        <w:br/>
      </w:r>
      <w:r>
        <w:rPr>
          <w:sz w:val="20"/>
        </w:rPr>
        <w:t>1:32:46  bas.</w:t>
      </w:r>
    </w:p>
    <w:p>
      <w:pPr>
        <w:pStyle w:val="Heading1"/>
      </w:pPr>
      <w:r>
        <w:t>In the lectures (20)</w:t>
      </w:r>
    </w:p>
    <w:p>
      <w:pPr>
        <w:pStyle w:val="Heading2"/>
      </w:pPr>
      <w:r>
        <w:t>Quran A Dictionary of Truth (English) May 02, 2007 Maulana Wahiduddin Khan</w:t>
      </w:r>
    </w:p>
    <w:p>
      <w:r>
        <w:rPr>
          <w:color w:val="666666"/>
          <w:sz w:val="18"/>
        </w:rPr>
        <w:t>50:51 · https://youtu.be/plsYgl_xxbY?t=3051</w:t>
      </w:r>
    </w:p>
    <w:p>
      <w:r>
        <w:rPr>
          <w:i/>
        </w:rPr>
        <w:t>“I have to blame myself as an individual and as a nation, both.”</w:t>
      </w:r>
    </w:p>
    <w:p>
      <w:pPr>
        <w:pStyle w:val="Heading2"/>
      </w:pPr>
      <w:r>
        <w:t>Hadith (English) March 27, 2007 Maulana Wahiduddin Khan</w:t>
      </w:r>
    </w:p>
    <w:p>
      <w:r>
        <w:rPr>
          <w:color w:val="666666"/>
          <w:sz w:val="18"/>
        </w:rPr>
        <w:t>26:53 · https://youtu.be/VnwRJbqn9tU?t=1613</w:t>
      </w:r>
    </w:p>
    <w:p>
      <w:r>
        <w:rPr>
          <w:i/>
        </w:rPr>
        <w:t>“sad memory about his past.”</w:t>
      </w:r>
    </w:p>
    <w:p>
      <w:pPr>
        <w:pStyle w:val="Heading2"/>
      </w:pPr>
      <w:r>
        <w:t>Don't Have Negative Opinion of Others Dec 7, 2019 - Maulana Wahiduddin Khan</w:t>
      </w:r>
    </w:p>
    <w:p>
      <w:r>
        <w:rPr>
          <w:color w:val="666666"/>
          <w:sz w:val="18"/>
        </w:rPr>
        <w:t>2:07 · https://youtu.be/rwlAkJyaYf4?t=127</w:t>
      </w:r>
    </w:p>
    <w:p>
      <w:r>
        <w:rPr>
          <w:i/>
        </w:rPr>
        <w:t>“میں اپنے بارے میں بہت زیادہ سوچتا ہوں اپنی غلطیوں کے بارے میں۔”</w:t>
      </w:r>
    </w:p>
    <w:p>
      <w:pPr>
        <w:pStyle w:val="Heading2"/>
      </w:pPr>
      <w:r>
        <w:t>Islma A Religion of Peace (English) January 7, 2010</w:t>
      </w:r>
    </w:p>
    <w:p>
      <w:r>
        <w:rPr>
          <w:color w:val="666666"/>
          <w:sz w:val="18"/>
        </w:rPr>
        <w:t>48:35 · https://youtu.be/YKg_GJj8Hvg?t=2915</w:t>
      </w:r>
    </w:p>
    <w:p>
      <w:r>
        <w:rPr>
          <w:i/>
        </w:rPr>
        <w:t>“I feel great sorrow about that.”</w:t>
      </w:r>
    </w:p>
    <w:p>
      <w:pPr>
        <w:pStyle w:val="Heading2"/>
      </w:pPr>
      <w:r>
        <w:t>Islam A Religion of Peace January 7, 2010 Maulana Wahiduddin Khan</w:t>
      </w:r>
    </w:p>
    <w:p>
      <w:r>
        <w:rPr>
          <w:color w:val="666666"/>
          <w:sz w:val="18"/>
        </w:rPr>
        <w:t>48:48 · https://youtu.be/L3qaWEfRY6o?t=2928</w:t>
      </w:r>
    </w:p>
    <w:p>
      <w:r>
        <w:rPr>
          <w:i/>
        </w:rPr>
        <w:t>“I feel great sorrow about that.”</w:t>
      </w:r>
    </w:p>
    <w:p>
      <w:pPr>
        <w:pStyle w:val="Heading2"/>
      </w:pPr>
      <w:r>
        <w:t>From The Spiritual Tree May 30, 2007</w:t>
      </w:r>
    </w:p>
    <w:p>
      <w:r>
        <w:rPr>
          <w:color w:val="666666"/>
          <w:sz w:val="18"/>
        </w:rPr>
        <w:t>0:59 · https://youtu.be/vGj_dsCMv-M?t=59</w:t>
      </w:r>
    </w:p>
    <w:p>
      <w:r>
        <w:rPr>
          <w:i/>
        </w:rPr>
        <w:t>“I felt that”</w:t>
      </w:r>
    </w:p>
    <w:p>
      <w:pPr>
        <w:pStyle w:val="Heading2"/>
      </w:pPr>
      <w:r>
        <w:t>Divine Personality April 2, 2014 Maulana Wahiduddin Khan</w:t>
      </w:r>
    </w:p>
    <w:p>
      <w:r>
        <w:rPr>
          <w:color w:val="666666"/>
          <w:sz w:val="18"/>
        </w:rPr>
        <w:t>15:44 · https://youtu.be/4F-V__KFzpA?t=944</w:t>
      </w:r>
    </w:p>
    <w:p>
      <w:r>
        <w:rPr>
          <w:i/>
        </w:rPr>
        <w:t>“there are some sad experiences.”</w:t>
      </w:r>
    </w:p>
    <w:p>
      <w:pPr>
        <w:pStyle w:val="Heading2"/>
      </w:pPr>
      <w:r>
        <w:t>Quran A Dictionary of Truth (English) May 02, 2007 Maulana Wahiduddin Khan</w:t>
      </w:r>
    </w:p>
    <w:p>
      <w:r>
        <w:rPr>
          <w:color w:val="666666"/>
          <w:sz w:val="18"/>
        </w:rPr>
        <w:t>50:19 · https://youtu.be/plsYgl_xxbY?t=3019</w:t>
      </w:r>
    </w:p>
    <w:p>
      <w:r>
        <w:rPr>
          <w:i/>
        </w:rPr>
        <w:t>“So blame yourself. Go to introspection. Find your own fault”</w:t>
      </w:r>
    </w:p>
    <w:p>
      <w:pPr>
        <w:pStyle w:val="Heading2"/>
      </w:pPr>
      <w:r>
        <w:t>Art of De-Linking May 6, 2007 Maulana Wahiduddin Khan</w:t>
      </w:r>
    </w:p>
    <w:p>
      <w:r>
        <w:rPr>
          <w:color w:val="666666"/>
          <w:sz w:val="18"/>
        </w:rPr>
        <w:t>1:14:39 · https://youtu.be/cvzrpk4qFus?t=4479</w:t>
      </w:r>
    </w:p>
    <w:p>
      <w:r>
        <w:rPr>
          <w:i/>
        </w:rPr>
        <w:t>“میں اس طرح کی چیزوں کو یقین کیجئے، گناہ سمجھتا ہوں۔”</w:t>
      </w:r>
    </w:p>
    <w:p>
      <w:pPr>
        <w:pStyle w:val="Heading2"/>
      </w:pPr>
      <w:r>
        <w:t>Art of De-Linking May 6, 2007 Maulana Wahiduddin Khan</w:t>
      </w:r>
    </w:p>
    <w:p>
      <w:r>
        <w:rPr>
          <w:color w:val="666666"/>
          <w:sz w:val="18"/>
        </w:rPr>
        <w:t>1:14:14 · https://youtu.be/cvzrpk4qFus?t=4454</w:t>
      </w:r>
    </w:p>
    <w:p>
      <w:r>
        <w:rPr>
          <w:i/>
        </w:rPr>
        <w:t>“بلکہ گناہ سمجھتا ہوں اس کو۔ میں”</w:t>
      </w:r>
    </w:p>
    <w:p>
      <w:pPr>
        <w:pStyle w:val="Heading2"/>
      </w:pPr>
      <w:r>
        <w:t>Lessons from The Story of Prophet Yusuf Part 3 July 17, 2022</w:t>
      </w:r>
    </w:p>
    <w:p>
      <w:r>
        <w:rPr>
          <w:color w:val="666666"/>
          <w:sz w:val="18"/>
        </w:rPr>
        <w:t>8:24 · https://youtu.be/IweBlcs49uM?t=504</w:t>
      </w:r>
    </w:p>
    <w:p>
      <w:r>
        <w:rPr>
          <w:i/>
        </w:rPr>
        <w:t>“اب اس کو یہ احساس ہوگا کہ میں نے کوئی اس کے پیٹھ پیچھے کوئی برائی کی ہے۔ جی۔”</w:t>
      </w:r>
    </w:p>
    <w:p>
      <w:pPr>
        <w:pStyle w:val="Heading2"/>
      </w:pPr>
      <w:r>
        <w:t>Why this Ethical Crisis (Moral Crisis) December 16, 2007</w:t>
      </w:r>
    </w:p>
    <w:p>
      <w:r>
        <w:rPr>
          <w:color w:val="666666"/>
          <w:sz w:val="18"/>
        </w:rPr>
        <w:t>30:06 · https://youtu.be/CQ1Q6cl9u5s?t=1806</w:t>
      </w:r>
    </w:p>
    <w:p>
      <w:r>
        <w:rPr>
          <w:i/>
        </w:rPr>
        <w:t>“یہ محسوس کرنے لگا کہ میں کسی کے آگے اکاؤنٹیبل نہیں ہوں۔”</w:t>
      </w:r>
    </w:p>
    <w:p>
      <w:pPr>
        <w:pStyle w:val="Heading2"/>
      </w:pPr>
      <w:r>
        <w:t>Roza and Quran July 18, 2010</w:t>
      </w:r>
    </w:p>
    <w:p>
      <w:r>
        <w:rPr>
          <w:color w:val="666666"/>
          <w:sz w:val="18"/>
        </w:rPr>
        <w:t>1:16:52 · https://youtu.be/TSjqSQEb0EQ?t=4612</w:t>
      </w:r>
    </w:p>
    <w:p>
      <w:r>
        <w:rPr>
          <w:i/>
        </w:rPr>
        <w:t>“میں دونوں کے ایک ساتھ گناہ سمجھتا ہوں۔ میں بہت سخت اس معاملے میں ہوں۔”</w:t>
      </w:r>
    </w:p>
    <w:p>
      <w:pPr>
        <w:pStyle w:val="Heading2"/>
      </w:pPr>
      <w:r>
        <w:t>Discussions on the impact of Maulana Wahiduddin Khan's Thought July 1, 2020</w:t>
      </w:r>
    </w:p>
    <w:p>
      <w:r>
        <w:rPr>
          <w:color w:val="666666"/>
          <w:sz w:val="18"/>
        </w:rPr>
        <w:t>21:40 · https://youtu.be/Xzuu-nbDm4g?t=1300</w:t>
      </w:r>
    </w:p>
    <w:p>
      <w:r>
        <w:rPr>
          <w:i/>
        </w:rPr>
        <w:t>“Why is this happening to me?”</w:t>
      </w:r>
    </w:p>
    <w:p>
      <w:pPr>
        <w:pStyle w:val="Heading2"/>
      </w:pPr>
      <w:r>
        <w:t>Haqeeqat-E-Hajj Book by Maulana Wahiduddin Khan</w:t>
      </w:r>
    </w:p>
    <w:p>
      <w:r>
        <w:rPr>
          <w:color w:val="666666"/>
          <w:sz w:val="18"/>
        </w:rPr>
        <w:t>39:02 · https://youtu.be/fNuk7YC0jSM?t=2342</w:t>
      </w:r>
    </w:p>
    <w:p>
      <w:r>
        <w:rPr>
          <w:i/>
        </w:rPr>
        <w:t>“پریشان ہوں، خوفزدہ ہوں، اپنے گناہوں کا اقرار و اعتراف کر رہا ہوں، تجھ سے بے کس آدمی کی طرح سوال کر رہا ہوں، اور گنہگار اور حقیر انسان کی طرح تیرے سامنے گڑگڑا رہا ہوں،”</w:t>
      </w:r>
    </w:p>
    <w:p>
      <w:pPr>
        <w:pStyle w:val="Heading2"/>
      </w:pPr>
      <w:r>
        <w:t>Tazkiyah and Self Criticism April 13, 2020 Maulana Wahiduddin Khan</w:t>
      </w:r>
    </w:p>
    <w:p>
      <w:r>
        <w:rPr>
          <w:color w:val="666666"/>
          <w:sz w:val="18"/>
        </w:rPr>
        <w:t>20:41 · https://youtu.be/D4pMJtT4vDg?t=1241</w:t>
      </w:r>
    </w:p>
    <w:p>
      <w:r>
        <w:rPr>
          <w:i/>
        </w:rPr>
        <w:t>“غلطی ڈھونڈتا ہوں۔”</w:t>
      </w:r>
    </w:p>
    <w:p>
      <w:pPr>
        <w:pStyle w:val="Heading2"/>
      </w:pPr>
      <w:r>
        <w:t>Collective Repentance I Feb 24, 2013 Maulana Wahiduddin Khan</w:t>
      </w:r>
    </w:p>
    <w:p>
      <w:r>
        <w:rPr>
          <w:color w:val="666666"/>
          <w:sz w:val="18"/>
        </w:rPr>
        <w:t>2:54 · https://youtu.be/lkkolxAL38c?t=174</w:t>
      </w:r>
    </w:p>
    <w:p>
      <w:r>
        <w:rPr>
          <w:i/>
        </w:rPr>
        <w:t>“اپنے کیے پر شرمندہ ہو۔”</w:t>
      </w:r>
    </w:p>
    <w:p>
      <w:pPr>
        <w:pStyle w:val="Heading2"/>
      </w:pPr>
      <w:r>
        <w:t>Muslim Militancy July 8, 2007</w:t>
      </w:r>
    </w:p>
    <w:p>
      <w:r>
        <w:rPr>
          <w:color w:val="666666"/>
          <w:sz w:val="18"/>
        </w:rPr>
        <w:t>1:01:45 · https://youtu.be/mfIIEFQDOtg?t=3705</w:t>
      </w:r>
    </w:p>
    <w:p>
      <w:r>
        <w:rPr>
          <w:i/>
        </w:rPr>
        <w:t>“یعنی میرے پچھلے جو تھے، باپ دادا، ان کی کسی غلطی کو بھی میں inherit کرتا ہوں۔”</w:t>
      </w:r>
    </w:p>
    <w:p>
      <w:pPr>
        <w:pStyle w:val="Heading2"/>
      </w:pPr>
      <w:r>
        <w:t>Spirituality in Simple Living, High Thinking October 27, 2019 Maulana Wahiduddin Khan</w:t>
      </w:r>
    </w:p>
    <w:p>
      <w:r>
        <w:rPr>
          <w:color w:val="666666"/>
          <w:sz w:val="18"/>
        </w:rPr>
        <w:t>6:33 · https://youtu.be/Kr28g15eFr8?t=393</w:t>
      </w:r>
    </w:p>
    <w:p>
      <w:r>
        <w:rPr>
          <w:i/>
        </w:rPr>
        <w:t>“کہ مجھے انتقام لینا ہے۔”</w:t>
      </w:r>
    </w:p>
    <w:p>
      <w:pPr>
        <w:pStyle w:val="Heading2"/>
      </w:pPr>
      <w:r>
        <w:t>Tazkiyah and Self Criticism April 13, 2020 Maulana Wahiduddin Khan</w:t>
      </w:r>
    </w:p>
    <w:p>
      <w:r>
        <w:rPr>
          <w:color w:val="666666"/>
          <w:sz w:val="18"/>
        </w:rPr>
        <w:t>26:38 · https://youtu.be/D4pMJtT4vDg?t=1598</w:t>
      </w:r>
    </w:p>
    <w:p>
      <w:r>
        <w:rPr>
          <w:i/>
        </w:rPr>
        <w:t>“دکھ پہنچایا۔ تو سوچتے سوچتے میں یہ نکالتا ہوں کہ میری کون سی غلطی کی تھی کہ اس کو موقع ملا۔”</w:t>
      </w:r>
    </w:p>
    <w:p>
      <w:pPr>
        <w:pStyle w:val="Heading1"/>
      </w:pPr>
      <w:r>
        <w:t>Clips (42)</w:t>
      </w:r>
    </w:p>
    <w:p>
      <w:pPr>
        <w:pStyle w:val="Heading2"/>
      </w:pPr>
      <w:r>
        <w:t>Stop saying if, live future-oriented not past-oriented</w:t>
      </w:r>
    </w:p>
    <w:p>
      <w:r>
        <w:rPr>
          <w:color w:val="666666"/>
          <w:sz w:val="18"/>
        </w:rPr>
        <w:t>Hadith (English) March 27, 2007 Maulana Wahiduddin Khan · 4m 22s · at 25:57 · https://youtu.be/VnwRJbqn9tU?t=1557</w:t>
      </w:r>
    </w:p>
    <w:p>
      <w:r>
        <w:rPr>
          <w:i/>
        </w:rPr>
        <w:t>“Don't say if, if is a satanic thought”</w:t>
      </w:r>
    </w:p>
    <w:p>
      <w:r>
        <w:rPr>
          <w:sz w:val="20"/>
        </w:rPr>
        <w:t>25:57  Then there is a hadith. "la taqul law fa-inna law min amal al-shaitan."</w:t>
      </w:r>
      <w:r>
        <w:br/>
      </w:r>
      <w:r>
        <w:rPr>
          <w:sz w:val="20"/>
        </w:rPr>
        <w:t>26:07  Don't say if. If is a satanic</w:t>
      </w:r>
      <w:r>
        <w:br/>
      </w:r>
      <w:r>
        <w:rPr>
          <w:sz w:val="20"/>
        </w:rPr>
        <w:t>26:18  thought.</w:t>
      </w:r>
      <w:r>
        <w:br/>
      </w:r>
      <w:r>
        <w:rPr>
          <w:sz w:val="20"/>
        </w:rPr>
        <w:t>26:26  Don't say law</w:t>
      </w:r>
      <w:r>
        <w:br/>
      </w:r>
      <w:r>
        <w:rPr>
          <w:sz w:val="20"/>
        </w:rPr>
        <w:t>26:28  . "la taqul law fa-inna law min amal al-shaitan." law means if. Don't say if because if is a satanic thought.</w:t>
      </w:r>
      <w:r>
        <w:br/>
      </w:r>
      <w:r>
        <w:rPr>
          <w:sz w:val="20"/>
        </w:rPr>
        <w:t>26:42  You know every time - everyone has some</w:t>
      </w:r>
      <w:r>
        <w:br/>
      </w:r>
      <w:r>
        <w:rPr>
          <w:sz w:val="20"/>
        </w:rPr>
        <w:t>26:53  sad memory about his past.</w:t>
      </w:r>
      <w:r>
        <w:br/>
      </w:r>
      <w:r>
        <w:rPr>
          <w:sz w:val="20"/>
        </w:rPr>
        <w:t>26:56  Everyone, every minor woman, has some</w:t>
      </w:r>
      <w:r>
        <w:br/>
      </w:r>
      <w:r>
        <w:rPr>
          <w:sz w:val="20"/>
        </w:rPr>
        <w:t>27:07  sad memory about their past. So they say. In the past, there was such and such opportunity, and I failed to avail that opportunity.</w:t>
      </w:r>
      <w:r>
        <w:br/>
      </w:r>
      <w:r>
        <w:rPr>
          <w:sz w:val="20"/>
        </w:rPr>
        <w:t>27:21  Have I availed that opportunity? I was insuccessful.</w:t>
      </w:r>
      <w:r>
        <w:br/>
      </w:r>
      <w:r>
        <w:rPr>
          <w:sz w:val="20"/>
        </w:rPr>
        <w:t>27:27  This is law - if. So if is a satanic thought because - why it is a satanic thought?</w:t>
      </w:r>
      <w:r>
        <w:br/>
      </w:r>
      <w:r>
        <w:rPr>
          <w:sz w:val="20"/>
        </w:rPr>
        <w:t>27:39  This kind of thinking always</w:t>
      </w:r>
      <w:r>
        <w:br/>
      </w:r>
      <w:r>
        <w:rPr>
          <w:sz w:val="20"/>
        </w:rPr>
        <w:t>27:47  makes you live with sadness. Always makes you live with the past</w:t>
      </w:r>
      <w:r>
        <w:br/>
      </w:r>
      <w:r>
        <w:rPr>
          <w:sz w:val="20"/>
        </w:rPr>
        <w:t>27:55  . You forget the future, and you are living in the past. This is the 'lau' culture. 'lau' culture is a satanic culture.</w:t>
      </w:r>
      <w:r>
        <w:br/>
      </w:r>
      <w:r>
        <w:rPr>
          <w:sz w:val="20"/>
        </w:rPr>
        <w:t>28:06  If culture is a satanic culture. So don't think like this. Always see the future.</w:t>
      </w:r>
      <w:r>
        <w:br/>
      </w:r>
      <w:r>
        <w:rPr>
          <w:sz w:val="20"/>
        </w:rPr>
        <w:t>28:17  Don't see to the past.</w:t>
      </w:r>
      <w:r>
        <w:br/>
      </w:r>
      <w:r>
        <w:rPr>
          <w:sz w:val="20"/>
        </w:rPr>
        <w:t>28:23  Everyone misses some opportunity in the past, but you have to forget it. Everyone</w:t>
      </w:r>
      <w:r>
        <w:br/>
      </w:r>
      <w:r>
        <w:rPr>
          <w:sz w:val="20"/>
        </w:rPr>
        <w:t>28:34  has missed some opportunity in the past. So everyone is living in that memory.</w:t>
      </w:r>
      <w:r>
        <w:br/>
      </w:r>
      <w:r>
        <w:rPr>
          <w:sz w:val="20"/>
        </w:rPr>
        <w:t>28:46  But it is wrong. It is a satanic thought</w:t>
      </w:r>
      <w:r>
        <w:br/>
      </w:r>
      <w:r>
        <w:rPr>
          <w:sz w:val="20"/>
        </w:rPr>
        <w:t>28:51  . You have to go beyond that memory. You have to think about the future.</w:t>
      </w:r>
      <w:r>
        <w:br/>
      </w:r>
      <w:r>
        <w:rPr>
          <w:sz w:val="20"/>
        </w:rPr>
        <w:t>28:59  Your thinking must be future-oriented rather than past-oriented.</w:t>
      </w:r>
      <w:r>
        <w:br/>
      </w:r>
      <w:r>
        <w:rPr>
          <w:sz w:val="20"/>
        </w:rPr>
        <w:t>29:07  Don't think about missed opportunities. Always think about the present opportunities.</w:t>
      </w:r>
      <w:r>
        <w:br/>
      </w:r>
      <w:r>
        <w:rPr>
          <w:sz w:val="20"/>
        </w:rPr>
        <w:t>29:17  "فإن لو من عمل الشيطان." For saying 'lau' is a satanic thought.</w:t>
      </w:r>
      <w:r>
        <w:br/>
      </w:r>
      <w:r>
        <w:rPr>
          <w:sz w:val="20"/>
        </w:rPr>
        <w:t>29:26  'lau' means if. Because if you think like this, you always think about the past</w:t>
      </w:r>
      <w:r>
        <w:br/>
      </w:r>
      <w:r>
        <w:rPr>
          <w:sz w:val="20"/>
        </w:rPr>
        <w:t>29:36  , you will forget the present opportunities because you are living in those opportunities which you have passed in the past.</w:t>
      </w:r>
      <w:r>
        <w:br/>
      </w:r>
      <w:r>
        <w:rPr>
          <w:sz w:val="20"/>
        </w:rPr>
        <w:t>29:50  So the Prophet of Islam has said that 'lau' is 'amal al-Shaytan'.</w:t>
      </w:r>
      <w:r>
        <w:br/>
      </w:r>
      <w:r>
        <w:rPr>
          <w:sz w:val="20"/>
        </w:rPr>
        <w:t>29:57  If is a satanic thought. If is a satanic thought.</w:t>
      </w:r>
      <w:r>
        <w:br/>
      </w:r>
      <w:r>
        <w:rPr>
          <w:sz w:val="20"/>
        </w:rPr>
        <w:t>30:08  So leave this kind of thought. Then</w:t>
      </w:r>
    </w:p>
    <w:p>
      <w:pPr>
        <w:pStyle w:val="Heading2"/>
      </w:pPr>
      <w:r>
        <w:t>Discovery and question about suspicion verse</w:t>
      </w:r>
    </w:p>
    <w:p>
      <w:r>
        <w:rPr>
          <w:color w:val="666666"/>
          <w:sz w:val="18"/>
        </w:rPr>
        <w:t>Don't Have Negative Opinion of Others Dec 7, 2019 - Maulana Wahiduddin Khan · 1m 59s · at 0:22 · https://youtu.be/rwlAkJyaYf4?t=22</w:t>
      </w:r>
    </w:p>
    <w:p>
      <w:r>
        <w:rPr>
          <w:i/>
        </w:rPr>
        <w:t>“Aaj mujhe ek aisi baat ki discovery hui”</w:t>
      </w:r>
    </w:p>
    <w:p>
      <w:r>
        <w:rPr>
          <w:sz w:val="20"/>
        </w:rPr>
        <w:t>0:22  wa sallallahu 'ala nabiyyi karim. aaj mujhe ek aisi baat ki discovery hui jo main apne bare mein keh sakta hoon ke main janta nahin tha.</w:t>
      </w:r>
      <w:r>
        <w:br/>
      </w:r>
      <w:r>
        <w:rPr>
          <w:sz w:val="20"/>
        </w:rPr>
        <w:t>0:43  woh ek ayat ko le kar aaya hai. aap woh ayat padhiye.</w:t>
      </w:r>
      <w:r>
        <w:br/>
      </w:r>
      <w:r>
        <w:rPr>
          <w:sz w:val="20"/>
        </w:rPr>
        <w:t>0:51  bismillah rahman rahim. ya ayyuhallazina amanu ijtiniboo katsiram minaz zanni. inn ba'adz zanni ismun.</w:t>
      </w:r>
      <w:r>
        <w:br/>
      </w:r>
      <w:r>
        <w:rPr>
          <w:sz w:val="20"/>
        </w:rPr>
        <w:t>1:02  ae imaan walo! bohat ziyada badgumani se bacho. beshak ba'z badgumani gunah hai. surah al-hujurat ayat number 12.</w:t>
      </w:r>
      <w:r>
        <w:br/>
      </w:r>
      <w:r>
        <w:rPr>
          <w:sz w:val="20"/>
        </w:rPr>
        <w:t>1:18  dekhen is mein main sochta tha ke yeh ba'z ka lafz kyun aaya hai.</w:t>
      </w:r>
      <w:r>
        <w:br/>
      </w:r>
      <w:r>
        <w:rPr>
          <w:sz w:val="20"/>
        </w:rPr>
        <w:t>1:28  kyunke badgumani to har badgumani galat hi hai.</w:t>
      </w:r>
      <w:r>
        <w:br/>
      </w:r>
      <w:r>
        <w:rPr>
          <w:sz w:val="20"/>
        </w:rPr>
        <w:t>1:38  badgumani ka matlab hai</w:t>
      </w:r>
      <w:r>
        <w:br/>
      </w:r>
      <w:r>
        <w:rPr>
          <w:sz w:val="20"/>
        </w:rPr>
        <w:t>1:42  suspicion ke tehat sochna.</w:t>
      </w:r>
      <w:r>
        <w:br/>
      </w:r>
      <w:r>
        <w:rPr>
          <w:sz w:val="20"/>
        </w:rPr>
        <w:t>1:50  to badgumani to har badgumani galat hai. yeh kyun kaha ke baaz badgumani gunah hote hain.</w:t>
      </w:r>
      <w:r>
        <w:br/>
      </w:r>
      <w:r>
        <w:rPr>
          <w:sz w:val="20"/>
        </w:rPr>
        <w:t>2:03  to</w:t>
      </w:r>
      <w:r>
        <w:br/>
      </w:r>
      <w:r>
        <w:rPr>
          <w:sz w:val="20"/>
        </w:rPr>
        <w:t>2:07  mein apne bare mein bohat ziyada sochta hoon apni galtiyon ke bare mein.</w:t>
      </w:r>
      <w:r>
        <w:br/>
      </w:r>
      <w:r>
        <w:rPr>
          <w:sz w:val="20"/>
        </w:rPr>
        <w:t>2:17  to aaj</w:t>
      </w:r>
    </w:p>
    <w:p>
      <w:pPr>
        <w:pStyle w:val="Heading2"/>
      </w:pPr>
      <w:r>
        <w:t>From Spiritual Tree to Muslims as witnesses</w:t>
      </w:r>
    </w:p>
    <w:p>
      <w:r>
        <w:rPr>
          <w:color w:val="666666"/>
          <w:sz w:val="18"/>
        </w:rPr>
        <w:t>From The Spiritual Tree May 30, 2007 · 5m 01s · at 0:46 · https://youtu.be/vGj_dsCMv-M?t=46</w:t>
      </w:r>
    </w:p>
    <w:p>
      <w:r>
        <w:rPr>
          <w:i/>
        </w:rPr>
        <w:t>“I was sitting under my Spiritual Tree”</w:t>
      </w:r>
    </w:p>
    <w:p>
      <w:r>
        <w:rPr>
          <w:sz w:val="20"/>
        </w:rPr>
        <w:t>0:46  i was sitting under my spiritual tree, and i was thinking about the humanity.</w:t>
      </w:r>
      <w:r>
        <w:br/>
      </w:r>
      <w:r>
        <w:rPr>
          <w:sz w:val="20"/>
        </w:rPr>
        <w:t>0:59  i felt that</w:t>
      </w:r>
      <w:r>
        <w:br/>
      </w:r>
      <w:r>
        <w:rPr>
          <w:sz w:val="20"/>
        </w:rPr>
        <w:t>1:07  i asked a question to myself: if people were asked, "what is the greatest problem of the world, of the present world?"</w:t>
      </w:r>
      <w:r>
        <w:br/>
      </w:r>
      <w:r>
        <w:rPr>
          <w:sz w:val="20"/>
        </w:rPr>
        <w:t>1:23  some people would like to say that U.S. hegemony is the greatest problem</w:t>
      </w:r>
      <w:r>
        <w:br/>
      </w:r>
      <w:r>
        <w:rPr>
          <w:sz w:val="20"/>
        </w:rPr>
        <w:t>1:34  of the present world. Some would like to say that</w:t>
      </w:r>
      <w:r>
        <w:br/>
      </w:r>
      <w:r>
        <w:rPr>
          <w:sz w:val="20"/>
        </w:rPr>
        <w:t>1:41  the greatest problem of the time is that half, near about half of the humanity is living in poverty.</w:t>
      </w:r>
      <w:r>
        <w:br/>
      </w:r>
      <w:r>
        <w:rPr>
          <w:sz w:val="20"/>
        </w:rPr>
        <w:t>1:57  Some other people would like to say that after colonialism, we are facing a new problem that is multinationalism.</w:t>
      </w:r>
      <w:r>
        <w:br/>
      </w:r>
      <w:r>
        <w:rPr>
          <w:sz w:val="20"/>
        </w:rPr>
        <w:t>2:09  But I think that all these problems are superficial problems.</w:t>
      </w:r>
      <w:r>
        <w:br/>
      </w:r>
      <w:r>
        <w:rPr>
          <w:sz w:val="20"/>
        </w:rPr>
        <w:t>2:18  The greatest problem is that all men and women are heading to a future</w:t>
      </w:r>
      <w:r>
        <w:br/>
      </w:r>
      <w:r>
        <w:rPr>
          <w:sz w:val="20"/>
        </w:rPr>
        <w:t>2:30  where they will face</w:t>
      </w:r>
      <w:r>
        <w:br/>
      </w:r>
      <w:r>
        <w:rPr>
          <w:sz w:val="20"/>
        </w:rPr>
        <w:t>2:36  their God, where they will face the Day of Judgment, where they will be presented before God, Malik-e-Yomiddin.</w:t>
      </w:r>
      <w:r>
        <w:br/>
      </w:r>
      <w:r>
        <w:rPr>
          <w:sz w:val="20"/>
        </w:rPr>
        <w:t>2:54  And you know, after this presentation, what is the other step?</w:t>
      </w:r>
      <w:r>
        <w:br/>
      </w:r>
      <w:r>
        <w:rPr>
          <w:sz w:val="20"/>
        </w:rPr>
        <w:t>3:04  What is the other</w:t>
      </w:r>
      <w:r>
        <w:br/>
      </w:r>
      <w:r>
        <w:rPr>
          <w:sz w:val="20"/>
        </w:rPr>
        <w:t>3:09  phase of our life that is Hell and Paradise?</w:t>
      </w:r>
      <w:r>
        <w:br/>
      </w:r>
      <w:r>
        <w:rPr>
          <w:sz w:val="20"/>
        </w:rPr>
        <w:t>3:18  So this is the most important problem. And present global warming tells us that countdown has begun.</w:t>
      </w:r>
      <w:r>
        <w:br/>
      </w:r>
      <w:r>
        <w:rPr>
          <w:sz w:val="20"/>
        </w:rPr>
        <w:t>3:36  We are approaching the end of the history.</w:t>
      </w:r>
      <w:r>
        <w:br/>
      </w:r>
      <w:r>
        <w:rPr>
          <w:sz w:val="20"/>
        </w:rPr>
        <w:t>3:44  Now what to do? If this is the greatest problem, then what to do?</w:t>
      </w:r>
      <w:r>
        <w:br/>
      </w:r>
      <w:r>
        <w:rPr>
          <w:sz w:val="20"/>
        </w:rPr>
        <w:t>3:56  What is the task ahead? That is Dawa work.</w:t>
      </w:r>
      <w:r>
        <w:br/>
      </w:r>
      <w:r>
        <w:rPr>
          <w:sz w:val="20"/>
        </w:rPr>
        <w:t>4:06  That is conveying the message of God to all mankind. That is to make people aware of the creation plan of God</w:t>
      </w:r>
      <w:r>
        <w:br/>
      </w:r>
      <w:r>
        <w:rPr>
          <w:sz w:val="20"/>
        </w:rPr>
        <w:t>4:23  so that they may reassess</w:t>
      </w:r>
      <w:r>
        <w:br/>
      </w:r>
      <w:r>
        <w:rPr>
          <w:sz w:val="20"/>
        </w:rPr>
        <w:t>4:30  their life, so may they revise their lifestyle, so that they</w:t>
      </w:r>
      <w:r>
        <w:br/>
      </w:r>
      <w:r>
        <w:rPr>
          <w:sz w:val="20"/>
        </w:rPr>
        <w:t>4:45  may</w:t>
      </w:r>
      <w:r>
        <w:br/>
      </w:r>
      <w:r>
        <w:rPr>
          <w:sz w:val="20"/>
        </w:rPr>
        <w:t>4:48  prepare themselves</w:t>
      </w:r>
      <w:r>
        <w:br/>
      </w:r>
      <w:r>
        <w:rPr>
          <w:sz w:val="20"/>
        </w:rPr>
        <w:t>4:53  for the</w:t>
      </w:r>
      <w:r>
        <w:br/>
      </w:r>
      <w:r>
        <w:rPr>
          <w:sz w:val="20"/>
        </w:rPr>
        <w:t>4:57  next period of life, that is post-death period. Now who is going to perform this mission?</w:t>
      </w:r>
      <w:r>
        <w:br/>
      </w:r>
      <w:r>
        <w:rPr>
          <w:sz w:val="20"/>
        </w:rPr>
        <w:t>5:13  It is Ummat-e-Muhammadi, that is Muslims.</w:t>
      </w:r>
      <w:r>
        <w:br/>
      </w:r>
      <w:r>
        <w:rPr>
          <w:sz w:val="20"/>
        </w:rPr>
        <w:t>5:20  Muslims are</w:t>
      </w:r>
      <w:r>
        <w:br/>
      </w:r>
      <w:r>
        <w:rPr>
          <w:sz w:val="20"/>
        </w:rPr>
        <w:t>5:26  that group who is</w:t>
      </w:r>
      <w:r>
        <w:br/>
      </w:r>
      <w:r>
        <w:rPr>
          <w:sz w:val="20"/>
        </w:rPr>
        <w:t>5:36  called in the Quran and Hadith "Shahid," that is witness.</w:t>
      </w:r>
    </w:p>
    <w:p>
      <w:pPr>
        <w:pStyle w:val="Heading2"/>
      </w:pPr>
      <w:r>
        <w:t>Why preachers must stay hate-free, even toward the West</w:t>
      </w:r>
    </w:p>
    <w:p>
      <w:r>
        <w:rPr>
          <w:color w:val="666666"/>
          <w:sz w:val="18"/>
        </w:rPr>
        <w:t>Divine Personality April 2, 2014 Maulana Wahiduddin Khan · 4m 00s · at 13:30 · https://youtu.be/4F-V__KFzpA?t=810</w:t>
      </w:r>
    </w:p>
    <w:p>
      <w:r>
        <w:rPr>
          <w:i/>
        </w:rPr>
        <w:t>“If you are living in the West you will find things you dislike.”</w:t>
      </w:r>
    </w:p>
    <w:p>
      <w:r>
        <w:rPr>
          <w:sz w:val="20"/>
        </w:rPr>
        <w:t>13:30  . It involves so many other things. For example, if you are living in the West, in the Western world you will find that there are a number of things that you dislike.</w:t>
      </w:r>
      <w:r>
        <w:br/>
      </w:r>
      <w:r>
        <w:rPr>
          <w:sz w:val="20"/>
        </w:rPr>
        <w:t>13:53  That is against the Islamic religion of Islam.</w:t>
      </w:r>
      <w:r>
        <w:br/>
      </w:r>
      <w:r>
        <w:rPr>
          <w:sz w:val="20"/>
        </w:rPr>
        <w:t>13:59  All the Due to this all the Muslims are negative towards the West. Even they say that the West is the enemy of Islam.</w:t>
      </w:r>
      <w:r>
        <w:br/>
      </w:r>
      <w:r>
        <w:rPr>
          <w:sz w:val="20"/>
        </w:rPr>
        <w:t>14:12  But your Ma'rifat,</w:t>
      </w:r>
      <w:r>
        <w:br/>
      </w:r>
      <w:r>
        <w:rPr>
          <w:sz w:val="20"/>
        </w:rPr>
        <w:t>14:18  your Ma'rifat is not ready to accept this kind of hateful psychology</w:t>
      </w:r>
      <w:r>
        <w:br/>
      </w:r>
      <w:r>
        <w:rPr>
          <w:sz w:val="20"/>
        </w:rPr>
        <w:t>14:28  y. You discover that da'wah and hate both cannot go together.</w:t>
      </w:r>
      <w:r>
        <w:br/>
      </w:r>
      <w:r>
        <w:rPr>
          <w:sz w:val="20"/>
        </w:rPr>
        <w:t>14:37  If you are a da'ee then you cannot afford to hate against Madh'u. You discover that every businessman knows that he cannot afford hate against his customers.</w:t>
      </w:r>
      <w:r>
        <w:br/>
      </w:r>
      <w:r>
        <w:rPr>
          <w:sz w:val="20"/>
        </w:rPr>
        <w:t>14:59  So among the business community there is a saying that customer-friendly, there is a term that is customer-friendly behavior.</w:t>
      </w:r>
      <w:r>
        <w:br/>
      </w:r>
      <w:r>
        <w:rPr>
          <w:sz w:val="20"/>
        </w:rPr>
        <w:t>15:12  So every businessman adopts customer-friendly behavior.</w:t>
      </w:r>
      <w:r>
        <w:br/>
      </w:r>
      <w:r>
        <w:rPr>
          <w:sz w:val="20"/>
        </w:rPr>
        <w:t>15:17  So you feel that I also must adopt Madhu-friendly behavior,</w:t>
      </w:r>
      <w:r>
        <w:br/>
      </w:r>
      <w:r>
        <w:rPr>
          <w:sz w:val="20"/>
        </w:rPr>
        <w:t>15:28  Madhu-friendly behavior. But it is not easy. Madhu-friendly behavior is not very easy because every time there are some unpleasant situations,</w:t>
      </w:r>
      <w:r>
        <w:br/>
      </w:r>
      <w:r>
        <w:rPr>
          <w:sz w:val="20"/>
        </w:rPr>
        <w:t>15:44  there are some sad experiences.</w:t>
      </w:r>
      <w:r>
        <w:br/>
      </w:r>
      <w:r>
        <w:rPr>
          <w:sz w:val="20"/>
        </w:rPr>
        <w:t>15:48  So you discover, you decide that I will adopt Madhu-friendly behavior in spite of all those atrocities, right or wrong.</w:t>
      </w:r>
      <w:r>
        <w:br/>
      </w:r>
      <w:r>
        <w:rPr>
          <w:sz w:val="20"/>
        </w:rPr>
        <w:t>16:11  So you feel that if I want to achieve that kind of reward which</w:t>
      </w:r>
      <w:r>
        <w:br/>
      </w:r>
      <w:r>
        <w:rPr>
          <w:sz w:val="20"/>
        </w:rPr>
        <w:t>16:25  will be given to diey for da'wah work</w:t>
      </w:r>
      <w:r>
        <w:br/>
      </w:r>
      <w:r>
        <w:rPr>
          <w:sz w:val="20"/>
        </w:rPr>
        <w:t>16:29  then you have to change your mind. Then you have to</w:t>
      </w:r>
      <w:r>
        <w:br/>
      </w:r>
      <w:r>
        <w:rPr>
          <w:sz w:val="20"/>
        </w:rPr>
        <w:t>16:38  make yourself hate-free. Then you have to adopt Madhu-friendly behavior. Otherwise you will fail to do da'wah work and also you will fail to achieve that reward which is</w:t>
      </w:r>
      <w:r>
        <w:br/>
      </w:r>
      <w:r>
        <w:rPr>
          <w:sz w:val="20"/>
        </w:rPr>
        <w:t>17:01  destined for those people who have done da'wah work in this world.</w:t>
      </w:r>
      <w:r>
        <w:br/>
      </w:r>
      <w:r>
        <w:rPr>
          <w:sz w:val="20"/>
        </w:rPr>
        <w:t>17:10  So this is da'wah culture.</w:t>
      </w:r>
      <w:r>
        <w:br/>
      </w:r>
      <w:r>
        <w:rPr>
          <w:sz w:val="20"/>
        </w:rPr>
        <w:t>17:16  So this is the two basic principles, Ma'rifat and da'wah. All other things that are part of Islam like ibadah,</w:t>
      </w:r>
    </w:p>
    <w:p>
      <w:pPr>
        <w:pStyle w:val="Heading2"/>
      </w:pPr>
      <w:r>
        <w:t>Quran teaches self-blame not others</w:t>
      </w:r>
    </w:p>
    <w:p>
      <w:r>
        <w:rPr>
          <w:color w:val="666666"/>
          <w:sz w:val="18"/>
        </w:rPr>
        <w:t>Quran A Dictionary of Truth (English) May 02, 2007 Maulana Wahiduddin Khan · 32s · at 50:19 · https://youtu.be/plsYgl_xxbY?t=3019</w:t>
      </w:r>
    </w:p>
    <w:p>
      <w:r>
        <w:rPr>
          <w:i/>
        </w:rPr>
        <w:t>“So blame yourself.”</w:t>
      </w:r>
    </w:p>
    <w:p>
      <w:r>
        <w:rPr>
          <w:sz w:val="20"/>
        </w:rPr>
        <w:t>50:19  So blame yourself. Go to introspection. Find your own fault</w:t>
      </w:r>
      <w:r>
        <w:br/>
      </w:r>
      <w:r>
        <w:rPr>
          <w:sz w:val="20"/>
        </w:rPr>
        <w:t>50:29  . This is the clear message of the Quran. So again, we have to accept this. Again, we have no option other than to accept this Quranic principle</w:t>
      </w:r>
      <w:r>
        <w:br/>
      </w:r>
      <w:r>
        <w:rPr>
          <w:sz w:val="20"/>
        </w:rPr>
        <w:t>50:47  that it is wrong to blame others.</w:t>
      </w:r>
    </w:p>
    <w:p>
      <w:pPr>
        <w:pStyle w:val="Heading2"/>
      </w:pPr>
      <w:r>
        <w:t>Yusuf's grateful, humble reaction upon being exonerated</w:t>
      </w:r>
    </w:p>
    <w:p>
      <w:r>
        <w:rPr>
          <w:color w:val="666666"/>
          <w:sz w:val="18"/>
        </w:rPr>
        <w:t>Lessons from The Story of Prophet Yusuf Part 3 July 17, 2022 · 1m 22s · at 7:28 · https://youtu.be/IweBlcs49uM?t=448</w:t>
      </w:r>
    </w:p>
    <w:p>
      <w:r>
        <w:rPr>
          <w:i/>
        </w:rPr>
        <w:t>“یوسف علیہ السلام کو معلوم ہوا کہ زلیخا نے اقرار کر لیا”</w:t>
      </w:r>
    </w:p>
    <w:p>
      <w:r>
        <w:rPr>
          <w:sz w:val="20"/>
        </w:rPr>
        <w:t>7:28  jab yusuf alaihissalam ko maloom hua ke zulekha ne apne jurm ka iqrar kar liya hai aur sare ilzamat se woh bari ho gaye hain to unhon ne Allah ka shukr ada kiya aur ek bohat achhi baat kahi, kaha ke jo Aziz Misr hai, jo un ka aaqa tha, us ko ab yeh pata chal jayega ke maine us ke peeth peeche koi burai nahi ki.</w:t>
      </w:r>
      <w:r>
        <w:br/>
      </w:r>
      <w:r>
        <w:rPr>
          <w:sz w:val="20"/>
        </w:rPr>
        <w:t>7:54  ji</w:t>
      </w:r>
      <w:r>
        <w:br/>
      </w:r>
      <w:r>
        <w:rPr>
          <w:sz w:val="20"/>
        </w:rPr>
        <w:t>7:55  zhalika liyalam annahu lam yakhunhu bilghayb ke "I have not betrayed behind his back".</w:t>
      </w:r>
      <w:r>
        <w:br/>
      </w:r>
      <w:r>
        <w:rPr>
          <w:sz w:val="20"/>
        </w:rPr>
        <w:t>8:04  ji. yani un ko yeh ehsas tha ke mera jo aaqa hai jis ne mujhe slave ke taur par khareeda aur woh laya apne ghar, bari izzat se rakha, us ne apne bete ki tarah se pala, meri training ki, mujhe education dilwai, meri bohat izzat ki, bohat hi honorable position di ghar mein.</w:t>
      </w:r>
      <w:r>
        <w:br/>
      </w:r>
      <w:r>
        <w:rPr>
          <w:sz w:val="20"/>
        </w:rPr>
        <w:t>8:24  ab us ko yeh ehsas hoga ke maine koi us ke peeth peeche koi burai ki hai. ji.</w:t>
      </w:r>
      <w:r>
        <w:br/>
      </w:r>
      <w:r>
        <w:rPr>
          <w:sz w:val="20"/>
        </w:rPr>
        <w:t>8:32  to ab kam se kam un ko itminan ho gaya ke Aziz ab mutmain ho gaya hoga ke maine koi aisi burai nahi ki. ji. ji.</w:t>
      </w:r>
      <w:r>
        <w:br/>
      </w:r>
      <w:r>
        <w:rPr>
          <w:sz w:val="20"/>
        </w:rPr>
        <w:t>8:41  ji. ji. mashallah. doctor sahib, agar dekhein to matlab Khuda ki nisbat se jab insan dekhta hai to sirf apne aap ko aajiz pata hai, us ke siwa kuch nahi</w:t>
      </w:r>
      <w:r>
        <w:br/>
      </w:r>
      <w:r>
        <w:rPr>
          <w:sz w:val="20"/>
        </w:rPr>
        <w:t>8:51  ۔ bilkul. aur mera agla sawal bhi modesty ki taraf hai, lekin is se pehle main yeh bhi yaad kar raha hoon ke maulana ne ek bohat achhi line likhi thi apni kitab mein ke "Modesty is that virtue which dresses a person's inner self".</w:t>
      </w:r>
    </w:p>
    <w:p>
      <w:pPr>
        <w:pStyle w:val="Heading2"/>
      </w:pPr>
      <w:r>
        <w:t>Why men praise their mothers but criticize their wives</w:t>
      </w:r>
    </w:p>
    <w:p>
      <w:r>
        <w:rPr>
          <w:color w:val="666666"/>
          <w:sz w:val="18"/>
        </w:rPr>
        <w:t>Roza and Quran July 18, 2010 · 1m 53s · at 1:15:56 · https://youtu.be/TSjqSQEb0EQ?t=4556</w:t>
      </w:r>
    </w:p>
    <w:p>
      <w:r>
        <w:rPr>
          <w:i/>
        </w:rPr>
        <w:t>“I've often heard men list their wife's flaws but call their mother perfect.”</w:t>
      </w:r>
    </w:p>
    <w:p>
      <w:r>
        <w:rPr>
          <w:sz w:val="20"/>
        </w:rPr>
        <w:t>1:15:56  Maulana, agla sawal Mr Nafeez Shiraz ka, Delhi se hain. unhon ne likha hai ke maine aksar logon ko apni biwi ki buraiyan karte suna hai.</w:t>
      </w:r>
      <w:r>
        <w:br/>
      </w:r>
      <w:r>
        <w:rPr>
          <w:sz w:val="20"/>
        </w:rPr>
        <w:t>1:16:07  kehte hain, "meri biwi mein falan kharabi hai, falan aib hai, is mein yeh baat achi nahi, woh baat achi nahi." magar jab baat aati hai us ki maa ki to use apni maa duniya ki sab se achi aurat nazar aati hai.</w:t>
      </w:r>
      <w:r>
        <w:br/>
      </w:r>
      <w:r>
        <w:rPr>
          <w:sz w:val="20"/>
        </w:rPr>
        <w:t>1:16:22  jabke us ki maa bhi ek aurat hai aur biwi bhi ek aurat hai. aurat ke liye mard ki yeh do tarah ki soch kyun hai?</w:t>
      </w:r>
      <w:r>
        <w:br/>
      </w:r>
      <w:r>
        <w:rPr>
          <w:sz w:val="20"/>
        </w:rPr>
        <w:t>1:16:31  jab aurat maa ke roop mein hai to use achi, use is mein achaiyan hi achaiyan nazar aati hain. aur jab aurat biwi ke roop mein hai to use is mein khamiyan hi khamiyan nazar aati hain.</w:t>
      </w:r>
      <w:r>
        <w:br/>
      </w:r>
      <w:r>
        <w:rPr>
          <w:sz w:val="20"/>
        </w:rPr>
        <w:t>1:16:43  Maulana, is ko bataein, aisa kyun hai? main to dono gunah samajhta hoon. maa ki tareefein karna bhi gunah hai aur biwi ki burai karna bhi gunah hai.</w:t>
      </w:r>
      <w:r>
        <w:br/>
      </w:r>
      <w:r>
        <w:rPr>
          <w:sz w:val="20"/>
        </w:rPr>
        <w:t>1:16:52  main dono ke ek sath gunah samajhta hoon. main bohat sakht is mamle mein hoon.</w:t>
      </w:r>
      <w:r>
        <w:br/>
      </w:r>
      <w:r>
        <w:rPr>
          <w:sz w:val="20"/>
        </w:rPr>
        <w:t>1:16:59  bohat sakht is mamle mein hoon. na maa ki achai bayan karo, na biwi ki burai bayan karo.</w:t>
      </w:r>
      <w:r>
        <w:br/>
      </w:r>
      <w:r>
        <w:rPr>
          <w:sz w:val="20"/>
        </w:rPr>
        <w:t>1:17:09  aur dono ko main gunah samajhta hoon. aur Allah taala ke sakht pakad hogi in logon ki nate ke upar samajhta hoon. yeh zuban ka galat istemal hai.</w:t>
      </w:r>
      <w:r>
        <w:br/>
      </w:r>
      <w:r>
        <w:rPr>
          <w:sz w:val="20"/>
        </w:rPr>
        <w:t>1:17:20  aur main samajhta hoon ke yeh yeh jo hamare desh mein jo riwaj hai, woh riwaj se aa</w:t>
      </w:r>
      <w:r>
        <w:br/>
      </w:r>
      <w:r>
        <w:rPr>
          <w:sz w:val="20"/>
        </w:rPr>
        <w:t>1:17:28  ya hai. yeh yani hamare desh mein is ka riwaj hai. yani maa ko yani devta ka darja diya jata hai.</w:t>
      </w:r>
      <w:r>
        <w:br/>
      </w:r>
      <w:r>
        <w:rPr>
          <w:sz w:val="20"/>
        </w:rPr>
        <w:t>1:17:37  yahan tak mein samajhta hoon. isi zamane mein yeh aaya hai. warna yeh baat jo doosre mulkon mein nahin hai. yeh sirf isi isi ilaqe mein hai. yeh</w:t>
      </w:r>
    </w:p>
    <w:p>
      <w:pPr>
        <w:pStyle w:val="Heading2"/>
      </w:pPr>
      <w:r>
        <w:t>Don't hide flaws use diary for self criticism</w:t>
      </w:r>
    </w:p>
    <w:p>
      <w:r>
        <w:rPr>
          <w:color w:val="666666"/>
          <w:sz w:val="18"/>
        </w:rPr>
        <w:t>Tazkiyah and Self Criticism April 13, 2020 Maulana Wahiduddin Khan · 3m 34s · at 20:09 · https://youtu.be/D4pMJtT4vDg?t=1209</w:t>
      </w:r>
    </w:p>
    <w:p>
      <w:r>
        <w:rPr>
          <w:i/>
        </w:rPr>
        <w:t>“Apni skoot nahi karna”</w:t>
      </w:r>
    </w:p>
    <w:p>
      <w:r>
        <w:rPr>
          <w:sz w:val="20"/>
        </w:rPr>
        <w:t>20:09  apni scot nahi karna. apni scot nahi. log karte hain doosron ki scot nahi.</w:t>
      </w:r>
      <w:r>
        <w:br/>
      </w:r>
      <w:r>
        <w:rPr>
          <w:sz w:val="20"/>
        </w:rPr>
        <w:t>20:18  lekin jo aadmi chahta ho apne ko</w:t>
      </w:r>
      <w:r>
        <w:br/>
      </w:r>
      <w:r>
        <w:rPr>
          <w:sz w:val="20"/>
        </w:rPr>
        <w:t>20:24  madah kar sakte banana, madah kar to us ko aag dalni pare gi apni scot mein. My habit, by the grace of Allah, is this</w:t>
      </w:r>
      <w:r>
        <w:br/>
      </w:r>
      <w:r>
        <w:rPr>
          <w:sz w:val="20"/>
        </w:rPr>
        <w:t>20:35  ke main doosron ki ghalti dhoondta hi nahi. apni</w:t>
      </w:r>
      <w:r>
        <w:br/>
      </w:r>
      <w:r>
        <w:rPr>
          <w:sz w:val="20"/>
        </w:rPr>
        <w:t>20:41  ghalti dhoondta hoon.</w:t>
      </w:r>
      <w:r>
        <w:br/>
      </w:r>
      <w:r>
        <w:rPr>
          <w:sz w:val="20"/>
        </w:rPr>
        <w:t>20:45  main doosron ki ghalti ko sochta bhi nahi. main</w:t>
      </w:r>
      <w:r>
        <w:br/>
      </w:r>
      <w:r>
        <w:rPr>
          <w:sz w:val="20"/>
        </w:rPr>
        <w:t>20:52  apni ghalti ko sochta hoon. yeh meri aadat hai. yeh aadat daliye ya asal mein us ko us ko apni habit mein shamil kijiye.</w:t>
      </w:r>
      <w:r>
        <w:br/>
      </w:r>
      <w:r>
        <w:rPr>
          <w:sz w:val="20"/>
        </w:rPr>
        <w:t>21:11  main ne main ne naujawani ki umar se yeh kiya ke main ne aik aik diary banai. diary.</w:t>
      </w:r>
      <w:r>
        <w:br/>
      </w:r>
      <w:r>
        <w:rPr>
          <w:sz w:val="20"/>
        </w:rPr>
        <w:t>21:22  is diary ko</w:t>
      </w:r>
      <w:r>
        <w:br/>
      </w:r>
      <w:r>
        <w:rPr>
          <w:sz w:val="20"/>
        </w:rPr>
        <w:t>21:27  main ne apni ghalti likhne ka zariya banaya.</w:t>
      </w:r>
      <w:r>
        <w:br/>
      </w:r>
      <w:r>
        <w:rPr>
          <w:sz w:val="20"/>
        </w:rPr>
        <w:t>21:34  asal mein main ne aik qissa parha tha France ke badshah ka. to aap jante honge ke</w:t>
      </w:r>
      <w:r>
        <w:br/>
      </w:r>
      <w:r>
        <w:rPr>
          <w:sz w:val="20"/>
        </w:rPr>
        <w:t>21:45  diary likhne ke mizaj European logon mein bohat bohat hai. diary maintain karna. to France ka aik badshah tha, woh har din kuch likhta tha.</w:t>
      </w:r>
      <w:r>
        <w:br/>
      </w:r>
      <w:r>
        <w:rPr>
          <w:sz w:val="20"/>
        </w:rPr>
        <w:t>21:59  har din.</w:t>
      </w:r>
      <w:r>
        <w:br/>
      </w:r>
      <w:r>
        <w:rPr>
          <w:sz w:val="20"/>
        </w:rPr>
        <w:t>22:04  to aik woh uska zyada tar jo hota tha, woh shikar karta tha. woh</w:t>
      </w:r>
      <w:r>
        <w:br/>
      </w:r>
      <w:r>
        <w:rPr>
          <w:sz w:val="20"/>
        </w:rPr>
        <w:t>22:14  to har din woh us ne kiya shikar kiya, woh likhta tha. to aik din aisa hua</w:t>
      </w:r>
      <w:r>
        <w:br/>
      </w:r>
      <w:r>
        <w:rPr>
          <w:sz w:val="20"/>
        </w:rPr>
        <w:t>22:21  ke woh</w:t>
      </w:r>
      <w:r>
        <w:br/>
      </w:r>
      <w:r>
        <w:rPr>
          <w:sz w:val="20"/>
        </w:rPr>
        <w:t>22:26  shikar ke liye gaya jangl mein.</w:t>
      </w:r>
      <w:r>
        <w:br/>
      </w:r>
      <w:r>
        <w:rPr>
          <w:sz w:val="20"/>
        </w:rPr>
        <w:t>22:32  qadeem zamane mein yeh sab ate the logon mein. to aik din woh badshah, us zamane mein shikar hota tha zyada tar</w:t>
      </w:r>
      <w:r>
        <w:br/>
      </w:r>
      <w:r>
        <w:rPr>
          <w:sz w:val="20"/>
        </w:rPr>
        <w:t>22:47  teer kaman se. zyada tar teer kaman se. to aik din aisa hua ke jab badshah loota to us ke paas likhne ke liye kuch nahi tha.</w:t>
      </w:r>
      <w:r>
        <w:br/>
      </w:r>
      <w:r>
        <w:rPr>
          <w:sz w:val="20"/>
        </w:rPr>
        <w:t>23:05  kyun nahi? aaj yeh shikar kiya, aaj main ne aisa kiya, aaj main ne usay kiya. yani koi yaft wali baat nahi thi.</w:t>
      </w:r>
      <w:r>
        <w:br/>
      </w:r>
      <w:r>
        <w:rPr>
          <w:sz w:val="20"/>
        </w:rPr>
        <w:t>23:16  to main isi din, us us badshah ne abhi us din ki diary mein likha: Nothing. Nothing.</w:t>
      </w:r>
      <w:r>
        <w:br/>
      </w:r>
      <w:r>
        <w:rPr>
          <w:sz w:val="20"/>
        </w:rPr>
        <w:t>23:27  is se main ne us ka aadat bana liya apni ke apni Nothing ko jano.</w:t>
      </w:r>
      <w:r>
        <w:br/>
      </w:r>
      <w:r>
        <w:rPr>
          <w:sz w:val="20"/>
        </w:rPr>
        <w:t>23:34  apni Nothing ko jano.</w:t>
      </w:r>
    </w:p>
    <w:p>
      <w:pPr>
        <w:pStyle w:val="Heading2"/>
      </w:pPr>
      <w:r>
        <w:t>Three conditions of repentance</w:t>
      </w:r>
    </w:p>
    <w:p>
      <w:r>
        <w:rPr>
          <w:color w:val="666666"/>
          <w:sz w:val="18"/>
        </w:rPr>
        <w:t>Collective Repentance I Feb 24, 2013 Maulana Wahiduddin Khan · 45s · at 2:14 · https://youtu.be/lkkolxAL38c?t=134</w:t>
      </w:r>
    </w:p>
    <w:p>
      <w:r>
        <w:rPr>
          <w:i/>
        </w:rPr>
        <w:t>“Tawba ki teen conditions hain”</w:t>
      </w:r>
    </w:p>
    <w:p>
      <w:r>
        <w:rPr>
          <w:sz w:val="20"/>
        </w:rPr>
        <w:t>2:14  toba ki teen condition hain. aik hai nadamat.</w:t>
      </w:r>
      <w:r>
        <w:br/>
      </w:r>
      <w:r>
        <w:rPr>
          <w:sz w:val="20"/>
        </w:rPr>
        <w:t>2:22  hadith mein aata hai ke al-toabatu wal-nadam. toba nadamat ka naam hai. nadamat ka matlab hai repentance.</w:t>
      </w:r>
      <w:r>
        <w:br/>
      </w:r>
      <w:r>
        <w:rPr>
          <w:sz w:val="20"/>
        </w:rPr>
        <w:t>2:36  to toba ki jo asal hai woh yahi hai: nadamat ya sharmindagi, repentance, yeh asal hai is ki. isi ke sath do aur is mein condition jut jati hain.</w:t>
      </w:r>
      <w:r>
        <w:br/>
      </w:r>
      <w:r>
        <w:rPr>
          <w:sz w:val="20"/>
        </w:rPr>
        <w:t>2:48  aik yeh ke yeh pehla to yeh hai ke aadmi</w:t>
      </w:r>
      <w:r>
        <w:br/>
      </w:r>
      <w:r>
        <w:rPr>
          <w:sz w:val="20"/>
        </w:rPr>
        <w:t>2:54  apne kiye par sharminda ho.</w:t>
      </w:r>
    </w:p>
    <w:p>
      <w:pPr>
        <w:pStyle w:val="Heading2"/>
      </w:pPr>
      <w:r>
        <w:t>Revenge always provokes revenge in return</w:t>
      </w:r>
    </w:p>
    <w:p>
      <w:r>
        <w:rPr>
          <w:color w:val="666666"/>
          <w:sz w:val="18"/>
        </w:rPr>
        <w:t>Spirituality in Simple Living, High Thinking October 27, 2019 Maulana Wahiduddin Khan · 29s · at 6:33 · https://youtu.be/Kr28g15eFr8?t=393</w:t>
      </w:r>
    </w:p>
    <w:p>
      <w:r>
        <w:rPr>
          <w:i/>
        </w:rPr>
        <w:t>“Before taking revenge, think: revenge will also be revenged”</w:t>
      </w:r>
    </w:p>
    <w:p>
      <w:r>
        <w:rPr>
          <w:sz w:val="20"/>
        </w:rPr>
        <w:t>6:33  ke mujhe intiqam lena hai.</w:t>
      </w:r>
      <w:r>
        <w:br/>
      </w:r>
      <w:r>
        <w:rPr>
          <w:sz w:val="20"/>
        </w:rPr>
        <w:t>6:39  to main ne kaha ke intiqam lene se pehle soch lo ke intiqam ka bhi intiqam liya jayega.</w:t>
      </w:r>
      <w:r>
        <w:br/>
      </w:r>
      <w:r>
        <w:rPr>
          <w:sz w:val="20"/>
        </w:rPr>
        <w:t>6:50  achanak meri zuban se yeh jumla nikla,</w:t>
      </w:r>
      <w:r>
        <w:br/>
      </w:r>
      <w:r>
        <w:rPr>
          <w:sz w:val="20"/>
        </w:rPr>
        <w:t>6:54  intiqam lene se pehle soch lo ke intiqam ka bhi intiqam liya jayega.</w:t>
      </w:r>
      <w:r>
        <w:br/>
      </w:r>
      <w:r>
        <w:rPr>
          <w:sz w:val="20"/>
        </w:rPr>
        <w:t>7:03  yeh jumla main ne bol diya, phir main khud sochne laga gaya, ab woh bhi sochne laga ke kya kaha unhon ne.</w:t>
      </w:r>
    </w:p>
    <w:p>
      <w:pPr>
        <w:pStyle w:val="Heading2"/>
      </w:pPr>
      <w:r>
        <w:t>Self blame instead of blaming others</w:t>
      </w:r>
    </w:p>
    <w:p>
      <w:r>
        <w:rPr>
          <w:color w:val="666666"/>
          <w:sz w:val="18"/>
        </w:rPr>
        <w:t>Tazkiyah and Self Criticism April 13, 2020 Maulana Wahiduddin Khan · 1m 47s · at 25:18 · https://youtu.be/D4pMJtT4vDg?t=1518</w:t>
      </w:r>
    </w:p>
    <w:p>
      <w:r>
        <w:rPr>
          <w:i/>
        </w:rPr>
        <w:t>“Ghalti ke chances bahut zyada hain”</w:t>
      </w:r>
    </w:p>
    <w:p>
      <w:r>
        <w:rPr>
          <w:sz w:val="20"/>
        </w:rPr>
        <w:t>25:18  " Ghalti ke chances bohat zyada hain. Bohat zyada. Kyun ke aadmi ki yeh kamzori hai ke wo apne ko justify karta hai.</w:t>
      </w:r>
      <w:r>
        <w:br/>
      </w:r>
      <w:r>
        <w:rPr>
          <w:sz w:val="20"/>
        </w:rPr>
        <w:t>25:28  Doosron ko blame dena. Yaad rakhiye ke bohat aam yeh mizaj hai</w:t>
      </w:r>
      <w:r>
        <w:br/>
      </w:r>
      <w:r>
        <w:rPr>
          <w:sz w:val="20"/>
        </w:rPr>
        <w:t>25:35  insaan ke andar.</w:t>
      </w:r>
      <w:r>
        <w:br/>
      </w:r>
      <w:r>
        <w:rPr>
          <w:sz w:val="20"/>
        </w:rPr>
        <w:t>25:39  Bohat aam hai. Apne ko justify karna aur doosron ko blame dena.</w:t>
      </w:r>
      <w:r>
        <w:br/>
      </w:r>
      <w:r>
        <w:rPr>
          <w:sz w:val="20"/>
        </w:rPr>
        <w:t>25:48  Aur mera mizaj ulta hai. Main apni ghalti ko kabhi justify nahi karta. Aap yaqeen kijiye ke main is ko afford nahi kar sakta.</w:t>
      </w:r>
      <w:r>
        <w:br/>
      </w:r>
      <w:r>
        <w:rPr>
          <w:sz w:val="20"/>
        </w:rPr>
        <w:t>25:57  Afford nahi ke main apni ghalti ko justify karoon.</w:t>
      </w:r>
      <w:r>
        <w:br/>
      </w:r>
      <w:r>
        <w:rPr>
          <w:sz w:val="20"/>
        </w:rPr>
        <w:t>26:06  Yeh main afford nahi kar sakta ke main apni ghalti ko justify karoon. To yeh mizaj banana padega. Yeh mizaj banana padega.</w:t>
      </w:r>
      <w:r>
        <w:br/>
      </w:r>
      <w:r>
        <w:rPr>
          <w:sz w:val="20"/>
        </w:rPr>
        <w:t>26:26  Misal ke taur par dekhiye, meri zindagi mein bohat se aise waqiyat hain ke kisi ne mujh ko, kisi ne mujh ko</w:t>
      </w:r>
      <w:r>
        <w:br/>
      </w:r>
      <w:r>
        <w:rPr>
          <w:sz w:val="20"/>
        </w:rPr>
        <w:t>26:38  dukh pahunchaya. To sochte sochte main yeh nikalta hoon ke meri kaun si ghalti ki thi ke us ko mauqa mila.</w:t>
      </w:r>
      <w:r>
        <w:br/>
      </w:r>
      <w:r>
        <w:rPr>
          <w:sz w:val="20"/>
        </w:rPr>
        <w:t>26:53  Meri kaun si ghalti ki thi ke us ko mauqa mile ke</w:t>
      </w:r>
      <w:r>
        <w:br/>
      </w:r>
      <w:r>
        <w:rPr>
          <w:sz w:val="20"/>
        </w:rPr>
        <w:t>26:57  wo mujhe dukh pahunchaye. To ghalti karta hai wo aur main dhoondta hoon apne andar is ka.</w:t>
      </w:r>
    </w:p>
    <w:p>
      <w:pPr>
        <w:pStyle w:val="Heading2"/>
      </w:pPr>
      <w:r>
        <w:t>Personal diary method for self criticism</w:t>
      </w:r>
    </w:p>
    <w:p>
      <w:r>
        <w:rPr>
          <w:color w:val="666666"/>
          <w:sz w:val="18"/>
        </w:rPr>
        <w:t>Tazkiyah and Self Criticism April 13, 2020 Maulana Wahiduddin Khan · 2m 32s · at 21:11 · https://youtu.be/D4pMJtT4vDg?t=1271</w:t>
      </w:r>
    </w:p>
    <w:p>
      <w:r>
        <w:rPr>
          <w:i/>
        </w:rPr>
        <w:t>“Maine naujani ki umar se ek diary banai”</w:t>
      </w:r>
    </w:p>
    <w:p>
      <w:r>
        <w:rPr>
          <w:sz w:val="20"/>
        </w:rPr>
        <w:t>21:11  main ne main ne naujawani ki umar se yeh kiya ke main ne aik aik diary banai. diary.</w:t>
      </w:r>
      <w:r>
        <w:br/>
      </w:r>
      <w:r>
        <w:rPr>
          <w:sz w:val="20"/>
        </w:rPr>
        <w:t>21:22  is diary ko</w:t>
      </w:r>
      <w:r>
        <w:br/>
      </w:r>
      <w:r>
        <w:rPr>
          <w:sz w:val="20"/>
        </w:rPr>
        <w:t>21:27  main ne apni ghalti likhne ka zariya banaya.</w:t>
      </w:r>
      <w:r>
        <w:br/>
      </w:r>
      <w:r>
        <w:rPr>
          <w:sz w:val="20"/>
        </w:rPr>
        <w:t>21:34  asal mein main ne aik qissa parha tha France ke badshah ka. to aap jante honge ke</w:t>
      </w:r>
      <w:r>
        <w:br/>
      </w:r>
      <w:r>
        <w:rPr>
          <w:sz w:val="20"/>
        </w:rPr>
        <w:t>21:45  diary likhne ke mizaj European logon mein bohat bohat hai. diary maintain karna. to France ka aik badshah tha, woh har din kuch likhta tha.</w:t>
      </w:r>
      <w:r>
        <w:br/>
      </w:r>
      <w:r>
        <w:rPr>
          <w:sz w:val="20"/>
        </w:rPr>
        <w:t>21:59  har din.</w:t>
      </w:r>
      <w:r>
        <w:br/>
      </w:r>
      <w:r>
        <w:rPr>
          <w:sz w:val="20"/>
        </w:rPr>
        <w:t>22:04  to aik woh uska zyada tar jo hota tha, woh shikar karta tha. woh</w:t>
      </w:r>
      <w:r>
        <w:br/>
      </w:r>
      <w:r>
        <w:rPr>
          <w:sz w:val="20"/>
        </w:rPr>
        <w:t>22:14  to har din woh us ne kiya shikar kiya, woh likhta tha. to aik din aisa hua</w:t>
      </w:r>
      <w:r>
        <w:br/>
      </w:r>
      <w:r>
        <w:rPr>
          <w:sz w:val="20"/>
        </w:rPr>
        <w:t>22:21  ke woh</w:t>
      </w:r>
      <w:r>
        <w:br/>
      </w:r>
      <w:r>
        <w:rPr>
          <w:sz w:val="20"/>
        </w:rPr>
        <w:t>22:26  shikar ke liye gaya jangl mein.</w:t>
      </w:r>
      <w:r>
        <w:br/>
      </w:r>
      <w:r>
        <w:rPr>
          <w:sz w:val="20"/>
        </w:rPr>
        <w:t>22:32  qadeem zamane mein yeh sab ate the logon mein. to aik din woh badshah, us zamane mein shikar hota tha zyada tar</w:t>
      </w:r>
      <w:r>
        <w:br/>
      </w:r>
      <w:r>
        <w:rPr>
          <w:sz w:val="20"/>
        </w:rPr>
        <w:t>22:47  teer kaman se. zyada tar teer kaman se. to aik din aisa hua ke jab badshah loota to us ke paas likhne ke liye kuch nahi tha.</w:t>
      </w:r>
      <w:r>
        <w:br/>
      </w:r>
      <w:r>
        <w:rPr>
          <w:sz w:val="20"/>
        </w:rPr>
        <w:t>23:05  kyun nahi? aaj yeh shikar kiya, aaj main ne aisa kiya, aaj main ne usay kiya. yani koi yaft wali baat nahi thi.</w:t>
      </w:r>
      <w:r>
        <w:br/>
      </w:r>
      <w:r>
        <w:rPr>
          <w:sz w:val="20"/>
        </w:rPr>
        <w:t>23:16  to main isi din, us us badshah ne abhi us din ki diary mein likha: Nothing. Nothing.</w:t>
      </w:r>
      <w:r>
        <w:br/>
      </w:r>
      <w:r>
        <w:rPr>
          <w:sz w:val="20"/>
        </w:rPr>
        <w:t>23:27  is se main ne us ka aadat bana liya apni ke apni Nothing ko jano.</w:t>
      </w:r>
      <w:r>
        <w:br/>
      </w:r>
      <w:r>
        <w:rPr>
          <w:sz w:val="20"/>
        </w:rPr>
        <w:t>23:34  apni Nothing ko jano.</w:t>
      </w:r>
    </w:p>
    <w:p>
      <w:pPr>
        <w:pStyle w:val="Heading2"/>
      </w:pPr>
      <w:r>
        <w:t>Desire vs reason leads to failure of hedonism</w:t>
      </w:r>
    </w:p>
    <w:p>
      <w:r>
        <w:rPr>
          <w:color w:val="666666"/>
          <w:sz w:val="18"/>
        </w:rPr>
        <w:t>Living with Angels April 24, 2007 Maulana Wahiduddin Kha · 5m 32s · at 6:03 · https://youtu.be/vftCoFxsQFw?t=363</w:t>
      </w:r>
    </w:p>
    <w:p>
      <w:r>
        <w:rPr>
          <w:i/>
        </w:rPr>
        <w:t>“Now, I would like to give an example.”</w:t>
      </w:r>
    </w:p>
    <w:p>
      <w:r>
        <w:rPr>
          <w:sz w:val="20"/>
        </w:rPr>
        <w:t>6:03  Now, I would like to give an example. First of all, you have to understand that we have two different faculties.</w:t>
      </w:r>
      <w:r>
        <w:br/>
      </w:r>
      <w:r>
        <w:rPr>
          <w:sz w:val="20"/>
        </w:rPr>
        <w:t>6:17  Every man and woman has two faculties.</w:t>
      </w:r>
      <w:r>
        <w:br/>
      </w:r>
      <w:r>
        <w:rPr>
          <w:sz w:val="20"/>
        </w:rPr>
        <w:t>6:25  One is desire and the second is reason. Desire and reason. So, every time we are</w:t>
      </w:r>
      <w:r>
        <w:br/>
      </w:r>
      <w:r>
        <w:rPr>
          <w:sz w:val="20"/>
        </w:rPr>
        <w:t>6:42  in every situation, we have to opt for either</w:t>
      </w:r>
      <w:r>
        <w:br/>
      </w:r>
      <w:r>
        <w:rPr>
          <w:sz w:val="20"/>
        </w:rPr>
        <w:t>6:52  our desire or either our reason. For example, one finds in this world</w:t>
      </w:r>
      <w:r>
        <w:br/>
      </w:r>
      <w:r>
        <w:rPr>
          <w:sz w:val="20"/>
        </w:rPr>
        <w:t>7:05  everyone is born in this world and he finds so many things. Then</w:t>
      </w:r>
      <w:r>
        <w:br/>
      </w:r>
      <w:r>
        <w:rPr>
          <w:sz w:val="20"/>
        </w:rPr>
        <w:t>7:19  he is told from prophets, from Dawi, that there is a day of judgment</w:t>
      </w:r>
      <w:r>
        <w:br/>
      </w:r>
      <w:r>
        <w:rPr>
          <w:sz w:val="20"/>
        </w:rPr>
        <w:t>7:31  . Our life is not going to end. There is also a life after life.</w:t>
      </w:r>
      <w:r>
        <w:br/>
      </w:r>
      <w:r>
        <w:rPr>
          <w:sz w:val="20"/>
        </w:rPr>
        <w:t>7:43  After death, there is also a life. And in that period of life, there is</w:t>
      </w:r>
      <w:r>
        <w:br/>
      </w:r>
      <w:r>
        <w:rPr>
          <w:sz w:val="20"/>
        </w:rPr>
        <w:t>7:53  a day of judgment.</w:t>
      </w:r>
      <w:r>
        <w:br/>
      </w:r>
      <w:r>
        <w:rPr>
          <w:sz w:val="20"/>
        </w:rPr>
        <w:t>7:55  We have to face the Creator, Lord of the Judgment, Lord of the Day of Judgment. So, this is told by prophet, by Dawi.</w:t>
      </w:r>
      <w:r>
        <w:br/>
      </w:r>
      <w:r>
        <w:rPr>
          <w:sz w:val="20"/>
        </w:rPr>
        <w:t>8:12  So, this message</w:t>
      </w:r>
      <w:r>
        <w:br/>
      </w:r>
      <w:r>
        <w:rPr>
          <w:sz w:val="20"/>
        </w:rPr>
        <w:t>8:17  tells us that you have to be serious. You have to</w:t>
      </w:r>
      <w:r>
        <w:br/>
      </w:r>
      <w:r>
        <w:rPr>
          <w:sz w:val="20"/>
        </w:rPr>
        <w:t>8:31  manage your life according to this concept. You have to save yourself from being diverted from theright path of God.</w:t>
      </w:r>
      <w:r>
        <w:br/>
      </w:r>
      <w:r>
        <w:rPr>
          <w:sz w:val="20"/>
        </w:rPr>
        <w:t>8:50  So, you have to prepare yourself for the success of the light hereafter. But</w:t>
      </w:r>
      <w:r>
        <w:br/>
      </w:r>
      <w:r>
        <w:rPr>
          <w:sz w:val="20"/>
        </w:rPr>
        <w:t>9:03  your desire there are temptations. There are desires.</w:t>
      </w:r>
      <w:r>
        <w:br/>
      </w:r>
      <w:r>
        <w:rPr>
          <w:sz w:val="20"/>
        </w:rPr>
        <w:t>9:11  You feel that that is a matter of distant future</w:t>
      </w:r>
      <w:r>
        <w:br/>
      </w:r>
      <w:r>
        <w:rPr>
          <w:sz w:val="20"/>
        </w:rPr>
        <w:t>9:19  . Why do I bother? I have to adopt another formula. Eat, drink, and be merry.</w:t>
      </w:r>
      <w:r>
        <w:br/>
      </w:r>
      <w:r>
        <w:rPr>
          <w:sz w:val="20"/>
        </w:rPr>
        <w:t>9:29  Formula of entertainment. Formula of hooha culture. Formula of happiness. So, there are two formulas.</w:t>
      </w:r>
      <w:r>
        <w:br/>
      </w:r>
      <w:r>
        <w:rPr>
          <w:sz w:val="20"/>
        </w:rPr>
        <w:t>9:38  One, eat, drink, and be merry.</w:t>
      </w:r>
      <w:r>
        <w:br/>
      </w:r>
      <w:r>
        <w:rPr>
          <w:sz w:val="20"/>
        </w:rPr>
        <w:t>9:43  The second formula is you have to be cautious.</w:t>
      </w:r>
      <w:r>
        <w:br/>
      </w:r>
      <w:r>
        <w:rPr>
          <w:sz w:val="20"/>
        </w:rPr>
        <w:t>9:51  You have to manage your life. You have to manage your desires according to</w:t>
      </w:r>
      <w:r>
        <w:br/>
      </w:r>
      <w:r>
        <w:rPr>
          <w:sz w:val="20"/>
        </w:rPr>
        <w:t>10:00  God's command.</w:t>
      </w:r>
      <w:r>
        <w:br/>
      </w:r>
      <w:r>
        <w:rPr>
          <w:sz w:val="20"/>
        </w:rPr>
        <w:t>10:03  Because you are after death, you will face the day of judgment</w:t>
      </w:r>
      <w:r>
        <w:br/>
      </w:r>
      <w:r>
        <w:rPr>
          <w:sz w:val="20"/>
        </w:rPr>
        <w:t>10:09  . So, you have to prepare for that moment. So, there are two formulas.</w:t>
      </w:r>
      <w:r>
        <w:br/>
      </w:r>
      <w:r>
        <w:rPr>
          <w:sz w:val="20"/>
        </w:rPr>
        <w:t>10:18  Your desire tells you one thing, and your reason tells you another thing. Your desire says, "Why do you bother all these things?</w:t>
      </w:r>
      <w:r>
        <w:br/>
      </w:r>
      <w:r>
        <w:rPr>
          <w:sz w:val="20"/>
        </w:rPr>
        <w:t>10:35  Eat, drink, and be merry."</w:t>
      </w:r>
      <w:r>
        <w:br/>
      </w:r>
      <w:r>
        <w:rPr>
          <w:sz w:val="20"/>
        </w:rPr>
        <w:t>10:37  That is all. But if you apply your reason if you apply your reason, your reason</w:t>
      </w:r>
      <w:r>
        <w:br/>
      </w:r>
      <w:r>
        <w:rPr>
          <w:sz w:val="20"/>
        </w:rPr>
        <w:t>10:49  would tell you that this kind of formula is not workable because no one was able to fulfill his desires.</w:t>
      </w:r>
      <w:r>
        <w:br/>
      </w:r>
      <w:r>
        <w:rPr>
          <w:sz w:val="20"/>
        </w:rPr>
        <w:t>11:02  And I am not an exception. No king, no wealthy person, no leader, no one was able to fulfill his desires to have happiness</w:t>
      </w:r>
      <w:r>
        <w:br/>
      </w:r>
      <w:r>
        <w:rPr>
          <w:sz w:val="20"/>
        </w:rPr>
        <w:t>11:24  . Everyone, all those so-called bricks, all those so-called superachievers</w:t>
      </w:r>
    </w:p>
    <w:p>
      <w:pPr>
        <w:pStyle w:val="Heading2"/>
      </w:pPr>
      <w:r>
        <w:t>You reap what you sow</w:t>
      </w:r>
    </w:p>
    <w:p>
      <w:r>
        <w:rPr>
          <w:color w:val="666666"/>
          <w:sz w:val="18"/>
        </w:rPr>
        <w:t>Interview Session with Maulana Wahiduddin Khan December 18, 2018 · 35s · at 4:42 · https://youtu.be/hLFWrNgTn1I?t=282</w:t>
      </w:r>
    </w:p>
    <w:p>
      <w:r>
        <w:rPr>
          <w:i/>
        </w:rPr>
        <w:t>“A man always reaps what he sows.”</w:t>
      </w:r>
    </w:p>
    <w:p>
      <w:r>
        <w:rPr>
          <w:sz w:val="20"/>
        </w:rPr>
        <w:t>4:42  kyunke meri soch yeh bani thi, mein history ko padhta tha pehle se, ke aadmi hamesha apne apne apne kiye ko bhagta hai.</w:t>
      </w:r>
      <w:r>
        <w:br/>
      </w:r>
      <w:r>
        <w:rPr>
          <w:sz w:val="20"/>
        </w:rPr>
        <w:t>4:57  yeh pehle din se meri soch bani thi yeh ke aadmi hamesha apne hi kiye ko bhagta hai. to mein kis liye shikayat karoon?</w:t>
      </w:r>
      <w:r>
        <w:br/>
      </w:r>
      <w:r>
        <w:rPr>
          <w:sz w:val="20"/>
        </w:rPr>
        <w:t>5:07  kis liye kisi ko zulm bataoon? to hamesha mein koi bhi waqea ho apne andar sochta tha uska reason.</w:t>
      </w:r>
    </w:p>
    <w:p>
      <w:pPr>
        <w:pStyle w:val="Heading2"/>
      </w:pPr>
      <w:r>
        <w:t>A tough question from a listener pushed me to study harder</w:t>
      </w:r>
    </w:p>
    <w:p>
      <w:r>
        <w:rPr>
          <w:color w:val="666666"/>
          <w:sz w:val="18"/>
        </w:rPr>
        <w:t>Divine Personality April 2, 2014 Maulana Wahiduddin Khan · 1m 49s · at 23:42 · https://youtu.be/4F-V__KFzpA?t=1422</w:t>
      </w:r>
    </w:p>
    <w:p>
      <w:r>
        <w:rPr>
          <w:i/>
        </w:rPr>
        <w:t>“I have so many experiences in my life.”</w:t>
      </w:r>
    </w:p>
    <w:p>
      <w:r>
        <w:rPr>
          <w:sz w:val="20"/>
        </w:rPr>
        <w:t>23:42  I have so many experiences in my mind, in life that when I met someone where I wanted to convey the message of Islam to someone he raised some question.</w:t>
      </w:r>
      <w:r>
        <w:br/>
      </w:r>
      <w:r>
        <w:rPr>
          <w:sz w:val="20"/>
        </w:rPr>
        <w:t>24:00  That question, that question</w:t>
      </w:r>
      <w:r>
        <w:br/>
      </w:r>
      <w:r>
        <w:rPr>
          <w:sz w:val="20"/>
        </w:rPr>
        <w:t>24:08  made me rethinking.</w:t>
      </w:r>
      <w:r>
        <w:br/>
      </w:r>
      <w:r>
        <w:rPr>
          <w:sz w:val="20"/>
        </w:rPr>
        <w:t>24:11  Sometime I found that at that time, when at the time of counter I was unable to reply to his question.</w:t>
      </w:r>
      <w:r>
        <w:br/>
      </w:r>
      <w:r>
        <w:rPr>
          <w:sz w:val="20"/>
        </w:rPr>
        <w:t>24:23  There are so many instances. When I found myself helpless then what happened?</w:t>
      </w:r>
      <w:r>
        <w:br/>
      </w:r>
      <w:r>
        <w:rPr>
          <w:sz w:val="20"/>
        </w:rPr>
        <w:t>24:33  I returned with a new decision that I will prepare myself. I will prepare myself.</w:t>
      </w:r>
      <w:r>
        <w:br/>
      </w:r>
      <w:r>
        <w:rPr>
          <w:sz w:val="20"/>
        </w:rPr>
        <w:t>24:42  I will prepare myself. So I studied books. I inquired,</w:t>
      </w:r>
      <w:r>
        <w:br/>
      </w:r>
      <w:r>
        <w:rPr>
          <w:sz w:val="20"/>
        </w:rPr>
        <w:t>24:51  I inquired about his question. I studied the Qur'an again and again.</w:t>
      </w:r>
      <w:r>
        <w:br/>
      </w:r>
      <w:r>
        <w:rPr>
          <w:sz w:val="20"/>
        </w:rPr>
        <w:t>24:59  So</w:t>
      </w:r>
      <w:r>
        <w:br/>
      </w:r>
      <w:r>
        <w:rPr>
          <w:sz w:val="20"/>
        </w:rPr>
        <w:t>25:03  my da'wah work became</w:t>
      </w:r>
      <w:r>
        <w:br/>
      </w:r>
      <w:r>
        <w:rPr>
          <w:sz w:val="20"/>
        </w:rPr>
        <w:t>25:08  a study work also. So according to my experience da'wah is a great source of self-training.</w:t>
      </w:r>
      <w:r>
        <w:br/>
      </w:r>
      <w:r>
        <w:rPr>
          <w:sz w:val="20"/>
        </w:rPr>
        <w:t>25:21  If you are sincere, if you are sincere then da'wah is a great source of self-training.</w:t>
      </w:r>
    </w:p>
    <w:p>
      <w:pPr>
        <w:pStyle w:val="Heading2"/>
      </w:pPr>
      <w:r>
        <w:t>Admit mistakes, say I was wrong</w:t>
      </w:r>
    </w:p>
    <w:p>
      <w:r>
        <w:rPr>
          <w:color w:val="666666"/>
          <w:sz w:val="18"/>
        </w:rPr>
        <w:t>Q&amp;A 29 Mar 2009 Maulana Wahiduddin Khan · 32s · at 13:41 · https://youtu.be/pr358S6nndo?t=821</w:t>
      </w:r>
    </w:p>
    <w:p>
      <w:r>
        <w:rPr>
          <w:i/>
        </w:rPr>
        <w:t>“एहतराफ की आदत डालिए कि जब कोई गलती करे, जल्दी से मान ले”</w:t>
      </w:r>
    </w:p>
    <w:p>
      <w:r>
        <w:rPr>
          <w:sz w:val="20"/>
        </w:rPr>
        <w:t>13:41  ki I was wrong. I was wrong.</w:t>
      </w:r>
      <w:r>
        <w:br/>
      </w:r>
      <w:r>
        <w:rPr>
          <w:sz w:val="20"/>
        </w:rPr>
        <w:t>13:46  galti ke baad kabhi bhi usko patch up mat kijiye. usko ghuma firakar apne sahi na sabit kijiye. seedhi si keh di ki I was wrong.</w:t>
      </w:r>
      <w:r>
        <w:br/>
      </w:r>
      <w:r>
        <w:rPr>
          <w:sz w:val="20"/>
        </w:rPr>
        <w:t>13:56  tab wo process chalta rahega. jab bhi aap apni galti ko nahi mante hain, to process ruk jata hai. maan lete hain to process khul jata hai.</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Humility leads to discovering deen's hidden wisdom</w:t>
      </w:r>
    </w:p>
    <w:p>
      <w:r>
        <w:rPr>
          <w:color w:val="666666"/>
          <w:sz w:val="18"/>
        </w:rPr>
        <w:t>Attaining Wisdom through State of Helplessness November 28, 2019 - Maulana Wahiduddin Khan · 2m 04s · at 21:07 · https://youtu.be/dS29D4Pt-3U?t=1267</w:t>
      </w:r>
    </w:p>
    <w:p>
      <w:r>
        <w:rPr>
          <w:i/>
        </w:rPr>
        <w:t>“Main apne aap ko bahut zyada aajiz paata hoon”</w:t>
      </w:r>
    </w:p>
    <w:p>
      <w:r>
        <w:rPr>
          <w:sz w:val="20"/>
        </w:rPr>
        <w:t>21:07  mein apne aap ko bohat zyada ajez pata hoon. yeh jo taam ke maqam par pata hoon, to main sochta hoon ke aisa kyun hua.</w:t>
      </w:r>
      <w:r>
        <w:br/>
      </w:r>
      <w:r>
        <w:rPr>
          <w:sz w:val="20"/>
        </w:rPr>
        <w:t>21:22  to aaj mujhe samajh aya ke momina aqwam jo jo thay, wohi thay sab barri baatein karne wale.</w:t>
      </w:r>
      <w:r>
        <w:br/>
      </w:r>
      <w:r>
        <w:rPr>
          <w:sz w:val="20"/>
        </w:rPr>
        <w:t>21:35  jihad ki baatein aur yeh baatein, woh baatein thay. aik aadmi Allah taala ko aisa makhlooq tha jo zaeef ho, bilkul hi.</w:t>
      </w:r>
      <w:r>
        <w:br/>
      </w:r>
      <w:r>
        <w:rPr>
          <w:sz w:val="20"/>
        </w:rPr>
        <w:t>21:46  to barri baat hai, na kare. tab wohi woh hikmat hai jo is mein hain, yani martry ki baat baat mein woh us ko daryaft kare.</w:t>
      </w:r>
      <w:r>
        <w:br/>
      </w:r>
      <w:r>
        <w:rPr>
          <w:sz w:val="20"/>
        </w:rPr>
        <w:t>22:02  yeh aap logon ko samajh ko yaad aata hai? kuch</w:t>
      </w:r>
      <w:r>
        <w:br/>
      </w:r>
      <w:r>
        <w:rPr>
          <w:sz w:val="20"/>
        </w:rPr>
        <w:t>22:05  bilkul samajh mein aya. hum hain, bilkul samajh mein aa gayi baat ki. kya keh rahe hain Fayyaz sahib? bol rahe hain ke bilkul samajh mein aa gayi yeh baat.</w:t>
      </w:r>
      <w:r>
        <w:br/>
      </w:r>
      <w:r>
        <w:rPr>
          <w:sz w:val="20"/>
        </w:rPr>
        <w:t>22:20  waqatan aap log tasawwur nahi kar rahe the ke main apne ko itna zyada ajeez samajhta hoon. yeh jo taam ki had par pahunchta hoon, yeh log jo asaar le ke khare ho jate hain,</w:t>
      </w:r>
      <w:r>
        <w:br/>
      </w:r>
      <w:r>
        <w:rPr>
          <w:sz w:val="20"/>
        </w:rPr>
        <w:t>22:38  to mere bas mein hai nahi ke aise fatwe doon. to deen ka woh pehlu jo murekh ke satah par insan ko daryaft hota hai, us se woh mehroom reh gaye.</w:t>
      </w:r>
      <w:r>
        <w:br/>
      </w:r>
      <w:r>
        <w:rPr>
          <w:sz w:val="20"/>
        </w:rPr>
        <w:t>22:57  jitne log hain, islam log ji, woh is cheez se mehroom reh gaye ke murekh kaisi cheez hai.</w:t>
      </w:r>
      <w:r>
        <w:br/>
      </w:r>
      <w:r>
        <w:rPr>
          <w:sz w:val="20"/>
        </w:rPr>
        <w:t>23:08  ya kya khayal hai aap logon ka?</w:t>
      </w:r>
    </w:p>
    <w:p>
      <w:pPr>
        <w:pStyle w:val="Heading2"/>
      </w:pPr>
      <w:r>
        <w:t>Day of Arafat: the heart of Hajjat al-Wida</w:t>
      </w:r>
    </w:p>
    <w:p>
      <w:r>
        <w:rPr>
          <w:color w:val="666666"/>
          <w:sz w:val="18"/>
        </w:rPr>
        <w:t>Rasulullah ka Hajj Haqeeqat-E-Hajj Book by Maulana Wahiduddin Khan · 5m 28s · at 17:11 · https://youtu.be/-f0kUKfC0Wg?t=1031</w:t>
      </w:r>
    </w:p>
    <w:p>
      <w:r>
        <w:rPr>
          <w:i/>
        </w:rPr>
        <w:t>“آٹھ ذوالحجہ کو آپ منی گئے، پھر عرفات”</w:t>
      </w:r>
    </w:p>
    <w:p>
      <w:r>
        <w:rPr>
          <w:sz w:val="20"/>
        </w:rPr>
        <w:t>17:11  aath zul-hijjah ko aap apne tamam ashab ke sath mina gaye.</w:t>
      </w:r>
      <w:r>
        <w:br/>
      </w:r>
      <w:r>
        <w:rPr>
          <w:sz w:val="20"/>
        </w:rPr>
        <w:t>17:17  jate waqt koi tawaf nahi kiya. is din zuhr aur asr aur maghrib aur isha ki namazein aap ne mina mein padhin aur raat ko yahin qiyam kiya.</w:t>
      </w:r>
      <w:r>
        <w:br/>
      </w:r>
      <w:r>
        <w:rPr>
          <w:sz w:val="20"/>
        </w:rPr>
        <w:t>17:29  subah nau zul-hijjah ko suraj nikalne ke baad aap arafat ki taraf rawana hue.</w:t>
      </w:r>
      <w:r>
        <w:br/>
      </w:r>
      <w:r>
        <w:rPr>
          <w:sz w:val="20"/>
        </w:rPr>
        <w:t>17:39  aap namirah yani wadi-e-arafat ke ek khayme mein utre.</w:t>
      </w:r>
      <w:r>
        <w:br/>
      </w:r>
      <w:r>
        <w:rPr>
          <w:sz w:val="20"/>
        </w:rPr>
        <w:t>17:44  ashab mein se koi labbaik pukarta tha aur koi takbeer kehta tha, koi ek doosre par aitraz nahi karta tha.</w:t>
      </w:r>
      <w:r>
        <w:br/>
      </w:r>
      <w:r>
        <w:rPr>
          <w:sz w:val="20"/>
        </w:rPr>
        <w:t>17:53  jab zawaal ka waqt aaya to aap apni oontni par sawaar ho kar chalay aur maidan e arafah ke beech mein thehray۔ yahan maujooda masjid namira ki jagah apni sawari par baithe hue aap ne woh khutbah diya jo khutbah hijjat ul wida ke naam se mashhoor hai۔</w:t>
      </w:r>
      <w:r>
        <w:br/>
      </w:r>
      <w:r>
        <w:rPr>
          <w:sz w:val="20"/>
        </w:rPr>
        <w:t>18:15  yeh khutbah aur doosra khutbah jo aap ne mina mein diya, woh mutfarriq tor par hadees ki kitabon mein mazkoor hain۔</w:t>
      </w:r>
      <w:r>
        <w:br/>
      </w:r>
      <w:r>
        <w:rPr>
          <w:sz w:val="20"/>
        </w:rPr>
        <w:t>18:24  in ka majmooa aglay safhaat mein naqal kiya ja raha hai۔ yeh jumah yaani 9 zilhajjah ka din tha۔ jab aap khutbah de chukay to aap ne hazrat bilal ko azan ka hukum diya۔</w:t>
      </w:r>
      <w:r>
        <w:br/>
      </w:r>
      <w:r>
        <w:rPr>
          <w:sz w:val="20"/>
        </w:rPr>
        <w:t>18:39  unhon ne azan di۔ aap ne aik azan aur do iqamat se zuhr aur asr ki namaz jama kar ke do do rakat parhi۔</w:t>
      </w:r>
      <w:r>
        <w:br/>
      </w:r>
      <w:r>
        <w:rPr>
          <w:sz w:val="20"/>
        </w:rPr>
        <w:t>18:48  yeh jumah ki namaz nahi balkeh zuhr ki qasr namaz thi kyunkeh aap ne is mein qirat bil jahar nahi ki۔ farz ke ilawa is mauqa par koi sunnat ya nafl aap ne nahi parhi۔</w:t>
      </w:r>
      <w:r>
        <w:br/>
      </w:r>
      <w:r>
        <w:rPr>
          <w:sz w:val="20"/>
        </w:rPr>
        <w:t>19:03  namaz se farigh ho kar aap arafat ke is maqam par aaye jis ko waqoof ki jagah kaha jata hai۔ yahan aap ne apne oont par baithe baithe suraj doobne tak dua ki۔</w:t>
      </w:r>
      <w:r>
        <w:br/>
      </w:r>
      <w:r>
        <w:rPr>
          <w:sz w:val="20"/>
        </w:rPr>
        <w:t>19:17  aap ne farmaya keh is din ki dua behtareen dua hai۔ is waqt aap kis qism ke rabbani ehsasat se bharay hue thay،</w:t>
      </w:r>
      <w:r>
        <w:br/>
      </w:r>
      <w:r>
        <w:rPr>
          <w:sz w:val="20"/>
        </w:rPr>
        <w:t>19:28  is ka andaza in kalimat se hota hai jo is waqt aap ki zuban se nikal rahay thay۔ aik riwayat ke mutabiq aap ne farmaya: allahumma innaka tasma'u kalami wa tarani makani wa ta'lamu sirri wa 'alaniyati, la yakhfa 'alayka shay'un min amri, ana al ba'is al faqir,</w:t>
      </w:r>
      <w:r>
        <w:br/>
      </w:r>
      <w:r>
        <w:rPr>
          <w:sz w:val="20"/>
        </w:rPr>
        <w:t>19:52  al mughith al mustajeer, al wajil al mushfiq al muqirr, al mu'tarif bi dhanbi, as'aluka mas'alat al miskeen, wa abtahilu ilayka ibtihal al mudhnib al dhaleel,</w:t>
      </w:r>
      <w:r>
        <w:br/>
      </w:r>
      <w:r>
        <w:rPr>
          <w:sz w:val="20"/>
        </w:rPr>
        <w:t>20:08  wa ad'ooka da'a' al kha'if al dharir, man khada'at laka raqabatuhu wa faadat laka 'aynahu wa dhalla jasaduhu wa ragham anfuhu laka.</w:t>
      </w:r>
      <w:r>
        <w:br/>
      </w:r>
      <w:r>
        <w:rPr>
          <w:sz w:val="20"/>
        </w:rPr>
        <w:t>20:21  allahumma la taj'alni bi du'a'ika rabbi shaqiyyan, wa kun li ra'ufan raheeman, ya khayr al mas'uleen wa ya khayr al mu'teen.</w:t>
      </w:r>
      <w:r>
        <w:br/>
      </w:r>
      <w:r>
        <w:rPr>
          <w:sz w:val="20"/>
        </w:rPr>
        <w:t>20:33  a Allah! tu meri baat sun raha hai aur tu meri jagah ko dekh raha hai۔</w:t>
      </w:r>
      <w:r>
        <w:br/>
      </w:r>
      <w:r>
        <w:rPr>
          <w:sz w:val="20"/>
        </w:rPr>
        <w:t>20:40  tu mere chhupe aur khulay ko janta hai۔ meri koi baat tujh se chhupti hui nahi۔ main musibat zadah hoon, muhtaj hoon, tujh se fariyadi hoon, teri panah chahta hoon،</w:t>
      </w:r>
      <w:r>
        <w:br/>
      </w:r>
      <w:r>
        <w:rPr>
          <w:sz w:val="20"/>
        </w:rPr>
        <w:t>20:55  pareshan hoon, khauf zadah hoon, apne gunahon ka iqrar o etiraf kar raha hoon, tujh se be kas aadmi ki tarah sawal kar raha hoon aur gunahgar aur haqeer insan ki tarah tere samnay gidgida raha hoon aur tujh se khauf zadah aur ift rasidah aadmi ki manind sawal karta hoon</w:t>
      </w:r>
      <w:r>
        <w:br/>
      </w:r>
      <w:r>
        <w:rPr>
          <w:sz w:val="20"/>
        </w:rPr>
        <w:t>21:19  jaise woh shakhs jis ki gardan tere agay jhuki hui ho aur us ki aankhain tere liye beh pari hon aur us ka jism tere agay farotni kiye hue ho aur apni naak tere samnay ragar raha ho۔</w:t>
      </w:r>
      <w:r>
        <w:br/>
      </w:r>
      <w:r>
        <w:rPr>
          <w:sz w:val="20"/>
        </w:rPr>
        <w:t>21:36  a Allah! tu mujhe apne se dua mangne mein nakaam na rakh aur tu mere haq mein bara meharban, nihayat reham wala ban ja۔</w:t>
      </w:r>
      <w:r>
        <w:br/>
      </w:r>
      <w:r>
        <w:rPr>
          <w:sz w:val="20"/>
        </w:rPr>
        <w:t>21:48  a tamam mangay janay walon se behtar aur a sab denay walon se acha۔ is asna mein log حج ke masail poochne atay thay۔</w:t>
      </w:r>
      <w:r>
        <w:br/>
      </w:r>
      <w:r>
        <w:rPr>
          <w:sz w:val="20"/>
        </w:rPr>
        <w:t>22:00  kuch najdiyon ne poocha keh حج kya hai؟ aap ne farmaya keh al hajju 'arafah yaani حج arafat mein thehrnay ka naam hai۔</w:t>
      </w:r>
      <w:r>
        <w:br/>
      </w:r>
      <w:r>
        <w:rPr>
          <w:sz w:val="20"/>
        </w:rPr>
        <w:t>22:09  jo shakhs yom al nahar se pehlay yahan aa jaye, uska حج ho gaya۔</w:t>
      </w:r>
      <w:r>
        <w:br/>
      </w:r>
      <w:r>
        <w:rPr>
          <w:sz w:val="20"/>
        </w:rPr>
        <w:t>22:15  quran ki ayat: al yawma akmaltu lakum deenakum wa atmamtu 'alaykum ni'mati wa raditu lakum al islām dinan.</w:t>
      </w:r>
      <w:r>
        <w:br/>
      </w:r>
      <w:r>
        <w:rPr>
          <w:sz w:val="20"/>
        </w:rPr>
        <w:t>22:25  al ma'idah 3۔ yahi arafat mein khutbah hijjat ul wida ke baad nazil hui۔ suraj doobne ke baad aap arafat se muzdalifah ki taraf rawana hue۔</w:t>
      </w:r>
    </w:p>
    <w:p>
      <w:pPr>
        <w:pStyle w:val="Heading2"/>
      </w:pPr>
      <w:r>
        <w:t>Explaining why flood victims turned hostile toward rescuers</w:t>
      </w:r>
    </w:p>
    <w:p>
      <w:r>
        <w:rPr>
          <w:color w:val="666666"/>
          <w:sz w:val="18"/>
        </w:rPr>
        <w:t>Kashmir, A Lesson September 14, 2014 · 2m 09s · at 1:18:59 · https://youtu.be/JQoYEj0Vntc?t=4739</w:t>
      </w:r>
    </w:p>
    <w:p>
      <w:r>
        <w:rPr>
          <w:i/>
        </w:rPr>
        <w:t>“Kashmiris pelted stones at rescue helicopters, how is this possible”</w:t>
      </w:r>
    </w:p>
    <w:p>
      <w:r>
        <w:rPr>
          <w:sz w:val="20"/>
        </w:rPr>
        <w:t>1:18:59  . Today, Kashmiris are in such a miserable state that they don't even have a telephone connection to tell people what they need.</w:t>
      </w:r>
      <w:r>
        <w:br/>
      </w:r>
      <w:r>
        <w:rPr>
          <w:sz w:val="20"/>
        </w:rPr>
        <w:t>1:19:10  Still, there are cases that some of them pelted stones on the army helicopters which were engaged in their rescue effort.</w:t>
      </w:r>
      <w:r>
        <w:br/>
      </w:r>
      <w:r>
        <w:rPr>
          <w:sz w:val="20"/>
        </w:rPr>
        <w:t>1:19:21  How can human beings become so depraved that having reached the level of animals?</w:t>
      </w:r>
      <w:r>
        <w:br/>
      </w:r>
      <w:r>
        <w:rPr>
          <w:sz w:val="20"/>
        </w:rPr>
        <w:t>1:19:29  asal mein musalman negative ho gaye hain sari dunya mein. to zara si baat pe gussa ho jate hain. zara si baat pe helicopter pathar mare unhon ne.</w:t>
      </w:r>
      <w:r>
        <w:br/>
      </w:r>
      <w:r>
        <w:rPr>
          <w:sz w:val="20"/>
        </w:rPr>
        <w:t>1:19:40  yeh helicopter to aik aik makan yani mechanical cheez hai, woh koi insan to hai hi nahi. yeh to yani double crime hai ke helicopter pathar marna.</w:t>
      </w:r>
      <w:r>
        <w:br/>
      </w:r>
      <w:r>
        <w:rPr>
          <w:sz w:val="20"/>
        </w:rPr>
        <w:t>1:19:54  beh-haal, mein samajhta hoon ke yeh yeh bohat hi is tarah ki khabrein jo aayi hain, bohat hi galat khabrein hain. aur logon ko yani Kashmir mein jo kuch hua, us se logon ke andar jo cheez aana chahiye, woh introspection hai,</w:t>
      </w:r>
      <w:r>
        <w:br/>
      </w:r>
      <w:r>
        <w:rPr>
          <w:sz w:val="20"/>
        </w:rPr>
        <w:t>1:20:11  ehtesab khwaish hai. apni maafi mangna, apni ghalti ko dhoondna,</w:t>
      </w:r>
      <w:r>
        <w:br/>
      </w:r>
      <w:r>
        <w:rPr>
          <w:sz w:val="20"/>
        </w:rPr>
        <w:t>1:20:17  gussa gusse ka izhaar. yeh to yani usmani ke jo beet raha hai, us se sabak le liya.</w:t>
      </w:r>
      <w:r>
        <w:br/>
      </w:r>
      <w:r>
        <w:rPr>
          <w:sz w:val="20"/>
        </w:rPr>
        <w:t>1:20:26  jo beet raha hai, us se sabak le liya.</w:t>
      </w:r>
      <w:r>
        <w:br/>
      </w:r>
      <w:r>
        <w:rPr>
          <w:sz w:val="20"/>
        </w:rPr>
        <w:t>1:20:32  bohat hi taajub baat yeh hai. quran mein hai ke jab Allah ke paas aayi to unhon ne tazru kyu nahi kiya?</w:t>
      </w:r>
      <w:r>
        <w:br/>
      </w:r>
      <w:r>
        <w:rPr>
          <w:sz w:val="20"/>
        </w:rPr>
        <w:t>1:20:42  to us waqt jo paish aa raha hai Kashmir mein, us ka sahi response tazru hai.</w:t>
      </w:r>
      <w:r>
        <w:br/>
      </w:r>
      <w:r>
        <w:rPr>
          <w:sz w:val="20"/>
        </w:rPr>
        <w:t>1:20:51  yani Allah ki taraf tawajjuh, Allah ki yaad karna, Allah se maafi mangna, yeh sahi response hai. aur yeh jo response dikhaya unhon ne, yeh to mein samajhta hoon ke bohat hi bura response hai.</w:t>
      </w:r>
      <w:r>
        <w:br/>
      </w:r>
      <w:r>
        <w:rPr>
          <w:sz w:val="20"/>
        </w:rPr>
        <w:t>1:21:03  aur yeh bilashuba gunah hai, is mein koi shakk nahi.</w:t>
      </w:r>
      <w:r>
        <w:br/>
      </w:r>
      <w:r>
        <w:rPr>
          <w:sz w:val="20"/>
        </w:rPr>
        <w:t>1:21:09  maulana, yeh agla question aaya hai doctor farida khanam ka Delhi se. According to today's news, umar abdullah has said that the army has rescued fifty thousand Kashmiris in the valley,</w:t>
      </w:r>
    </w:p>
    <w:p>
      <w:pPr>
        <w:pStyle w:val="Heading2"/>
      </w:pPr>
      <w:r>
        <w:t>reciting the kalima is only a starting point</w:t>
      </w:r>
    </w:p>
    <w:p>
      <w:r>
        <w:rPr>
          <w:color w:val="666666"/>
          <w:sz w:val="18"/>
        </w:rPr>
        <w:t>Dars-e-Quran June 27, 2007 · 2m 36s · at 8:46 · https://youtu.be/6dgTjqN_UBM?t=526</w:t>
      </w:r>
    </w:p>
    <w:p>
      <w:r>
        <w:rPr>
          <w:i/>
        </w:rPr>
        <w:t>“Sirf kalima parhna kaafi nahi hai”</w:t>
      </w:r>
    </w:p>
    <w:p>
      <w:r>
        <w:rPr>
          <w:sz w:val="20"/>
        </w:rPr>
        <w:t>8:46  to sirf kalma parhna yeh kafi nahi hai. kalma parhna to sach poochein to starting point hai.</w:t>
      </w:r>
      <w:r>
        <w:br/>
      </w:r>
      <w:r>
        <w:rPr>
          <w:sz w:val="20"/>
        </w:rPr>
        <w:t>8:58  wahan se Islami zindagi shuru hoti hai.</w:t>
      </w:r>
      <w:r>
        <w:br/>
      </w:r>
      <w:r>
        <w:rPr>
          <w:sz w:val="20"/>
        </w:rPr>
        <w:t>9:03  agar aadmi kalma hi na parhe to goya ke is ne</w:t>
      </w:r>
      <w:r>
        <w:br/>
      </w:r>
      <w:r>
        <w:rPr>
          <w:sz w:val="20"/>
        </w:rPr>
        <w:t>9:11  apni nayi zindagi shuru hi nahi ki. baqi is ke baad yeh poori zindagi isi par dhalna hai.</w:t>
      </w:r>
      <w:r>
        <w:br/>
      </w:r>
      <w:r>
        <w:rPr>
          <w:sz w:val="20"/>
        </w:rPr>
        <w:t>9:21  aur marte dam tak dhalna hai.</w:t>
      </w:r>
      <w:r>
        <w:br/>
      </w:r>
      <w:r>
        <w:rPr>
          <w:sz w:val="20"/>
        </w:rPr>
        <w:t>9:25  yeh sahi hai ke aadmi se ghalti hoti hai.</w:t>
      </w:r>
      <w:r>
        <w:br/>
      </w:r>
      <w:r>
        <w:rPr>
          <w:sz w:val="20"/>
        </w:rPr>
        <w:t>9:29  aadmi kai baar apni khwahish se maghloob ho kar, apne dilchaspi se maghloob ho kar, koi ghalti kar baithta hai.</w:t>
      </w:r>
      <w:r>
        <w:br/>
      </w:r>
      <w:r>
        <w:rPr>
          <w:sz w:val="20"/>
        </w:rPr>
        <w:t>9:40  Khuda ke raaste se hatt jata hai. lekin is ka bhi ek tareeqa hai. aur woh hai tauba. thumma yatuboona min qareeb yani ghalti jab ho gayi to jald hi ehsas ho aadmi ko ke yeh to mein ne ghalt kar diya.</w:t>
      </w:r>
      <w:r>
        <w:br/>
      </w:r>
      <w:r>
        <w:rPr>
          <w:sz w:val="20"/>
        </w:rPr>
        <w:t>9:59  ghalat ka matlab hai Khuda ki marzi ke khilaf kar diya. jaise Hazrat Adam ko Khuda ne kaha tha ke is is drakht ka phal na khana.</w:t>
      </w:r>
      <w:r>
        <w:br/>
      </w:r>
      <w:r>
        <w:rPr>
          <w:sz w:val="20"/>
        </w:rPr>
        <w:t>10:09  to unhon ne kha liya. lekin phir foran hi un ko ehsas hua ke mein ne ghalti kar di. ke Khuda ke mana ki hui cheez ko mein ne kar liya.</w:t>
      </w:r>
      <w:r>
        <w:br/>
      </w:r>
      <w:r>
        <w:rPr>
          <w:sz w:val="20"/>
        </w:rPr>
        <w:t>10:23  to insaan jo hai is se matloob yeh hai ke woh Khuda ke raaste par chale.</w:t>
      </w:r>
      <w:r>
        <w:br/>
      </w:r>
      <w:r>
        <w:rPr>
          <w:sz w:val="20"/>
        </w:rPr>
        <w:t>10:29  Khuda ke rang mein apni zindagi ko range. lekin is dunya mein yeh bhi ek haqeeqat hai ke aadmi baar baar ghalti karta hai.</w:t>
      </w:r>
      <w:r>
        <w:br/>
      </w:r>
      <w:r>
        <w:rPr>
          <w:sz w:val="20"/>
        </w:rPr>
        <w:t>10:39  to ghalti kar ke isi par jam jana yeh ghalat hai.</w:t>
      </w:r>
      <w:r>
        <w:br/>
      </w:r>
      <w:r>
        <w:rPr>
          <w:sz w:val="20"/>
        </w:rPr>
        <w:t>10:47  ghalti kar ke isi par jame rehna yeh ghalat hai.</w:t>
      </w:r>
      <w:r>
        <w:br/>
      </w:r>
      <w:r>
        <w:rPr>
          <w:sz w:val="20"/>
        </w:rPr>
        <w:t>10:52  ghalti kar ke aadmi ke andar sharimdagi aaye. woh tauba kare.</w:t>
      </w:r>
      <w:r>
        <w:br/>
      </w:r>
      <w:r>
        <w:rPr>
          <w:sz w:val="20"/>
        </w:rPr>
        <w:t>11:03  phir se palte sahi raaste ki taraf. aur yeh apne andar paka irada kare ke ab mein aisi ghalti nahi karunga.</w:t>
      </w:r>
      <w:r>
        <w:br/>
      </w:r>
      <w:r>
        <w:rPr>
          <w:sz w:val="20"/>
        </w:rPr>
        <w:t>11:15  yeh hai tauba. to tauba ka raasta bhi khula hua hai.</w:t>
      </w:r>
    </w:p>
    <w:p>
      <w:pPr>
        <w:pStyle w:val="Heading2"/>
      </w:pPr>
      <w:r>
        <w:t>prayer requires both body and mind, not ritual alone</w:t>
      </w:r>
    </w:p>
    <w:p>
      <w:r>
        <w:rPr>
          <w:color w:val="666666"/>
          <w:sz w:val="18"/>
        </w:rPr>
        <w:t>Islamic Prayer (English) February 27, 2007 · 2m 51s · at 34:02 · https://youtu.be/7G6Wa2IGSwE?t=2042</w:t>
      </w:r>
    </w:p>
    <w:p>
      <w:r>
        <w:rPr>
          <w:i/>
        </w:rPr>
        <w:t>“If your body is in prayer but your mind is absent, it's not prayer.”</w:t>
      </w:r>
    </w:p>
    <w:p>
      <w:r>
        <w:rPr>
          <w:sz w:val="20"/>
        </w:rPr>
        <w:t>34:02  If your body is</w:t>
      </w:r>
      <w:r>
        <w:br/>
      </w:r>
      <w:r>
        <w:rPr>
          <w:sz w:val="20"/>
        </w:rPr>
        <w:t>34:08  involved in islamic prayer, but your mind is absent, then it is not prayer.</w:t>
      </w:r>
      <w:r>
        <w:br/>
      </w:r>
      <w:r>
        <w:rPr>
          <w:sz w:val="20"/>
        </w:rPr>
        <w:t>34:20  You know, every human being</w:t>
      </w:r>
      <w:r>
        <w:br/>
      </w:r>
      <w:r>
        <w:rPr>
          <w:sz w:val="20"/>
        </w:rPr>
        <w:t>34:26  has a body. At the same time, he has a mind</w:t>
      </w:r>
      <w:r>
        <w:br/>
      </w:r>
      <w:r>
        <w:rPr>
          <w:sz w:val="20"/>
        </w:rPr>
        <w:t>34:33  . So mind and body both must be involved in islamic prayer.</w:t>
      </w:r>
      <w:r>
        <w:br/>
      </w:r>
      <w:r>
        <w:rPr>
          <w:sz w:val="20"/>
        </w:rPr>
        <w:t>34:42  Bodily, you will perform the outer aspect of prayer. But intellectually, you must involve in prayer.</w:t>
      </w:r>
      <w:r>
        <w:br/>
      </w:r>
      <w:r>
        <w:rPr>
          <w:sz w:val="20"/>
        </w:rPr>
        <w:t>35:00  At the time of prayer, you must think about god. You must think about the presence of god.</w:t>
      </w:r>
      <w:r>
        <w:br/>
      </w:r>
      <w:r>
        <w:rPr>
          <w:sz w:val="20"/>
        </w:rPr>
        <w:t>35:08  You must think about the accountability. When you read some part of the qur'an in your prayer, you must</w:t>
      </w:r>
      <w:r>
        <w:br/>
      </w:r>
      <w:r>
        <w:rPr>
          <w:sz w:val="20"/>
        </w:rPr>
        <w:t>35:23  understand its meaning.</w:t>
      </w:r>
      <w:r>
        <w:br/>
      </w:r>
      <w:r>
        <w:rPr>
          <w:sz w:val="20"/>
        </w:rPr>
        <w:t>35:26  For example, when you say in your prayer, maliki yawm al-din lord of the day of judgment.</w:t>
      </w:r>
      <w:r>
        <w:br/>
      </w:r>
      <w:r>
        <w:rPr>
          <w:sz w:val="20"/>
        </w:rPr>
        <w:t>35:38  When you say this, lord of the day of judgment, you have to remember the day of judgment.</w:t>
      </w:r>
      <w:r>
        <w:br/>
      </w:r>
      <w:r>
        <w:rPr>
          <w:sz w:val="20"/>
        </w:rPr>
        <w:t>35:47  You have to think about accountability.</w:t>
      </w:r>
      <w:r>
        <w:br/>
      </w:r>
      <w:r>
        <w:rPr>
          <w:sz w:val="20"/>
        </w:rPr>
        <w:t>35:55  So it is very important.</w:t>
      </w:r>
      <w:r>
        <w:br/>
      </w:r>
      <w:r>
        <w:rPr>
          <w:sz w:val="20"/>
        </w:rPr>
        <w:t>36:00  Namaz is a combination of</w:t>
      </w:r>
      <w:r>
        <w:br/>
      </w:r>
      <w:r>
        <w:rPr>
          <w:sz w:val="20"/>
        </w:rPr>
        <w:t>36:07  mind and body. Namaz is a combination of external act and also internal spirit.</w:t>
      </w:r>
      <w:r>
        <w:br/>
      </w:r>
      <w:r>
        <w:rPr>
          <w:sz w:val="20"/>
        </w:rPr>
        <w:t>36:22  So you have to pray with both inner spirit and external form.</w:t>
      </w:r>
      <w:r>
        <w:br/>
      </w:r>
      <w:r>
        <w:rPr>
          <w:sz w:val="20"/>
        </w:rPr>
        <w:t>36:39  Without form, there is no worship</w:t>
      </w:r>
      <w:r>
        <w:br/>
      </w:r>
      <w:r>
        <w:rPr>
          <w:sz w:val="20"/>
        </w:rPr>
        <w:t>36:44  . And at the same time, without spirit, there is no Salat.</w:t>
      </w:r>
    </w:p>
    <w:p>
      <w:pPr>
        <w:pStyle w:val="Heading2"/>
      </w:pPr>
      <w:r>
        <w:t>Introspection, companions' way, and forgiveness</w:t>
      </w:r>
    </w:p>
    <w:p>
      <w:r>
        <w:rPr>
          <w:color w:val="666666"/>
          <w:sz w:val="18"/>
        </w:rPr>
        <w:t>Putting End to Complaints April 22, 2020 Maulana Wahiduddin Khan · 2m 44s · at 8:02 · https://youtu.be/jwchAfcFrkM?t=482</w:t>
      </w:r>
    </w:p>
    <w:p>
      <w:r>
        <w:rPr>
          <w:i/>
        </w:rPr>
        <w:t>“To humein introspection karna chahiye”</w:t>
      </w:r>
    </w:p>
    <w:p>
      <w:r>
        <w:rPr>
          <w:sz w:val="20"/>
        </w:rPr>
        <w:t>8:02  apni ghaltiyon ko dhoondna chahiye, apni ghaltiyon ko dhoondna chahiye, apni ghaltiyon ko dhoondna chahiye.</w:t>
      </w:r>
      <w:r>
        <w:br/>
      </w:r>
      <w:r>
        <w:rPr>
          <w:sz w:val="20"/>
        </w:rPr>
        <w:t>8:16  sahaba ka tareeqa yahi tha ke woh apni ghalti ko dhoondte thay.</w:t>
      </w:r>
      <w:r>
        <w:br/>
      </w:r>
      <w:r>
        <w:rPr>
          <w:sz w:val="20"/>
        </w:rPr>
        <w:t>8:27  sahaba ka tareeqa yeh nahi tha ke doosron ki ghalti ko nishandahi kar ke us ko bura bura karna, nahi.</w:t>
      </w:r>
      <w:r>
        <w:br/>
      </w:r>
      <w:r>
        <w:rPr>
          <w:sz w:val="20"/>
        </w:rPr>
        <w:t>8:39  apni ghalti ko dhoond kar maafi mangna.</w:t>
      </w:r>
      <w:r>
        <w:br/>
      </w:r>
      <w:r>
        <w:rPr>
          <w:sz w:val="20"/>
        </w:rPr>
        <w:t>8:49  to yeh jo waqt aaya hai, is waqt ko aap istemal kijiye etiraf mein, ghalti ke etiraf mein, Allah se dua karne mein.</w:t>
      </w:r>
      <w:r>
        <w:br/>
      </w:r>
      <w:r>
        <w:rPr>
          <w:sz w:val="20"/>
        </w:rPr>
        <w:t>9:07  bad dua nahi, yaad rakhiye, bad dua islam mein jaiz nahi hai.</w:t>
      </w:r>
      <w:r>
        <w:br/>
      </w:r>
      <w:r>
        <w:rPr>
          <w:sz w:val="20"/>
        </w:rPr>
        <w:t>9:16  hum sab logon ko yeh karna hai ke agar hum bad dua karte thay to is ko chhod dein, hamesha ke liye.</w:t>
      </w:r>
      <w:r>
        <w:br/>
      </w:r>
      <w:r>
        <w:rPr>
          <w:sz w:val="20"/>
        </w:rPr>
        <w:t>9:31  agar hum samajhte thay ke ghalati doosre ki hai to is ko maaf kar dein,</w:t>
      </w:r>
      <w:r>
        <w:br/>
      </w:r>
      <w:r>
        <w:rPr>
          <w:sz w:val="20"/>
        </w:rPr>
        <w:t>9:39  yeh karna hai.</w:t>
      </w:r>
      <w:r>
        <w:br/>
      </w:r>
      <w:r>
        <w:rPr>
          <w:sz w:val="20"/>
        </w:rPr>
        <w:t>9:44  yani agar hum apne dil mein liye bethe thay ke ghalati doosre ki hai</w:t>
      </w:r>
      <w:r>
        <w:br/>
      </w:r>
      <w:r>
        <w:rPr>
          <w:sz w:val="20"/>
        </w:rPr>
        <w:t>9:53  to is ko hum bhula dein, chhod dein.</w:t>
      </w:r>
      <w:r>
        <w:br/>
      </w:r>
      <w:r>
        <w:rPr>
          <w:sz w:val="20"/>
        </w:rPr>
        <w:t>10:03  apni ghalati ko maan lein aur</w:t>
      </w:r>
      <w:r>
        <w:br/>
      </w:r>
      <w:r>
        <w:rPr>
          <w:sz w:val="20"/>
        </w:rPr>
        <w:t>10:11  doosre ki ghalati ho bil farz to is ko maaf kar dein.</w:t>
      </w:r>
      <w:r>
        <w:br/>
      </w:r>
      <w:r>
        <w:rPr>
          <w:sz w:val="20"/>
        </w:rPr>
        <w:t>10:22  to mein samajhta hoon ke agar hum sab log is par amal karein to zaroor yaqeenan Allah ki tofeeq se halaat badlen ge,</w:t>
      </w:r>
      <w:r>
        <w:br/>
      </w:r>
      <w:r>
        <w:rPr>
          <w:sz w:val="20"/>
        </w:rPr>
        <w:t>10:37  halaat badlen ge.</w:t>
      </w:r>
    </w:p>
    <w:p>
      <w:pPr>
        <w:pStyle w:val="Heading2"/>
      </w:pPr>
      <w:r>
        <w:t>Dream of a team meeting and blessing</w:t>
      </w:r>
    </w:p>
    <w:p>
      <w:r>
        <w:rPr>
          <w:color w:val="666666"/>
          <w:sz w:val="18"/>
        </w:rPr>
        <w:t>Divine Help 28 Sept, 2019 - Maulana Wahiduddin Khan · 4m 17s · at 0:14 · https://youtu.be/djYNA8XBXwM?t=14</w:t>
      </w:r>
    </w:p>
    <w:p>
      <w:r>
        <w:rPr>
          <w:i/>
        </w:rPr>
        <w:t>“Aaj ek ajeeb waqea hua”</w:t>
      </w:r>
    </w:p>
    <w:p>
      <w:r>
        <w:rPr>
          <w:sz w:val="20"/>
        </w:rPr>
        <w:t>0:14  bismillah rahman rahim, wasallallahu ala nabiyil karim. 28 september 2019.</w:t>
      </w:r>
      <w:r>
        <w:br/>
      </w:r>
      <w:r>
        <w:rPr>
          <w:sz w:val="20"/>
        </w:rPr>
        <w:t>0:31  aaj ek ajeeb waqia hua.</w:t>
      </w:r>
      <w:r>
        <w:br/>
      </w:r>
      <w:r>
        <w:rPr>
          <w:sz w:val="20"/>
        </w:rPr>
        <w:t>0:37  hamare bumbai ke kuch saathi dili aaye hue the, main apne office mein un ke saath baitha hua baat kar raha tha.</w:t>
      </w:r>
      <w:r>
        <w:br/>
      </w:r>
      <w:r>
        <w:rPr>
          <w:sz w:val="20"/>
        </w:rPr>
        <w:t>0:51  phir mujhe laga ke main andar se kuch, yaani kuch problem feel kar raha hoon.</w:t>
      </w:r>
      <w:r>
        <w:br/>
      </w:r>
      <w:r>
        <w:rPr>
          <w:sz w:val="20"/>
        </w:rPr>
        <w:t>1:00  to maine un logon se kaha ke aap, aap jaiye, mulaqaat hogi aapse program mein. to bombai ke log chale gaye.</w:t>
      </w:r>
      <w:r>
        <w:br/>
      </w:r>
      <w:r>
        <w:rPr>
          <w:sz w:val="20"/>
        </w:rPr>
        <w:t>1:12  phir main apne office mein, apne bed par so gaya. aur bohat achhi neend aayi, bilkul sound sleep aayi.</w:t>
      </w:r>
      <w:r>
        <w:br/>
      </w:r>
      <w:r>
        <w:rPr>
          <w:sz w:val="20"/>
        </w:rPr>
        <w:t>1:25  phir main sone ke baad utha to main kuch khaya maine. khate hi meri tabiyat theek ho gayi.</w:t>
      </w:r>
      <w:r>
        <w:br/>
      </w:r>
      <w:r>
        <w:rPr>
          <w:sz w:val="20"/>
        </w:rPr>
        <w:t>1:36  to maloom hua ke asal mein woh maamla bhook ka maamla tha. bhook jab chali gayi to woh kefiyat bhi chali gayi.</w:t>
      </w:r>
      <w:r>
        <w:br/>
      </w:r>
      <w:r>
        <w:rPr>
          <w:sz w:val="20"/>
        </w:rPr>
        <w:t>1:49  ab jab main soya, bohat hi achhi neend, to maine ek khwab dekha. abhi, aaj hi, apne office mein.</w:t>
      </w:r>
      <w:r>
        <w:br/>
      </w:r>
      <w:r>
        <w:rPr>
          <w:sz w:val="20"/>
        </w:rPr>
        <w:t>2:01  ek khwab dekha. woh khwab bohat hi zyada saaf aur clear tha. to kya hua ke jab main so gaya to maine ek bohat acha, saaf ek khwab dekha.</w:t>
      </w:r>
      <w:r>
        <w:br/>
      </w:r>
      <w:r>
        <w:rPr>
          <w:sz w:val="20"/>
        </w:rPr>
        <w:t>2:21  dream.</w:t>
      </w:r>
      <w:r>
        <w:br/>
      </w:r>
      <w:r>
        <w:rPr>
          <w:sz w:val="20"/>
        </w:rPr>
        <w:t>2:24  bohat hi zyada saaf dream tha woh, aur bara khwab tha. maine dekha ke main ek bohat bare kamre mein hoon, hall jaisa kamra.</w:t>
      </w:r>
      <w:r>
        <w:br/>
      </w:r>
      <w:r>
        <w:rPr>
          <w:sz w:val="20"/>
        </w:rPr>
        <w:t>2:39  to is kamre mein chaaron taraf seatein hain, kursiyan. log kursiyon par baithe hue hain.</w:t>
      </w:r>
      <w:r>
        <w:br/>
      </w:r>
      <w:r>
        <w:rPr>
          <w:sz w:val="20"/>
        </w:rPr>
        <w:t>2:48  tamam kursiyan bhari hui hain. bhari hui hain. aur bohat hi khushi ka mahaul hai. woh sab ke sab log hamari team ke log hain.</w:t>
      </w:r>
      <w:r>
        <w:br/>
      </w:r>
      <w:r>
        <w:rPr>
          <w:sz w:val="20"/>
        </w:rPr>
        <w:t>3:03  hamari team ke log kahin se aaye hain. kahin se aaye hain, phir wahan par woh meeting kar rahe hain. to main thodi der ke baad wahan aata hoon, is hall mein.</w:t>
      </w:r>
      <w:r>
        <w:br/>
      </w:r>
      <w:r>
        <w:rPr>
          <w:sz w:val="20"/>
        </w:rPr>
        <w:t>3:16  jab main aata hoon to bohat khushi ka mahaul wahan dekhta hoon.</w:t>
      </w:r>
      <w:r>
        <w:br/>
      </w:r>
      <w:r>
        <w:rPr>
          <w:sz w:val="20"/>
        </w:rPr>
        <w:t>3:23  to main ek sawal karta hoon ke aap mein head kaun hai? yeh ek ajeeb sa sawal tha. aap mein head kaun hai?</w:t>
      </w:r>
      <w:r>
        <w:br/>
      </w:r>
      <w:r>
        <w:rPr>
          <w:sz w:val="20"/>
        </w:rPr>
        <w:t>3:35  mujhe is se haath milana hai. to log kehte hain ke head to sadia khan hain.</w:t>
      </w:r>
      <w:r>
        <w:br/>
      </w:r>
      <w:r>
        <w:rPr>
          <w:sz w:val="20"/>
        </w:rPr>
        <w:t>3:46  yaani is meeting ki head sadia khan hain.</w:t>
      </w:r>
      <w:r>
        <w:br/>
      </w:r>
      <w:r>
        <w:rPr>
          <w:sz w:val="20"/>
        </w:rPr>
        <w:t>3:52  to is waqt main kehta hoon ke theek hai, boodha aadmi haath nahi milata. boodha aadmi sar par haath rakhta hai.</w:t>
      </w:r>
      <w:r>
        <w:br/>
      </w:r>
      <w:r>
        <w:rPr>
          <w:sz w:val="20"/>
        </w:rPr>
        <w:t>4:06  pehlay maine kaha tha ke mujhe haath milana hai. lekin jab unhon ne yeh kaha ke is meeting ki head sadia khan hain, tab maine kaha ke boodha aadmi haath nahi milata, boodha aadmi sar par haath rakhta hai.</w:t>
      </w:r>
      <w:r>
        <w:br/>
      </w:r>
      <w:r>
        <w:rPr>
          <w:sz w:val="20"/>
        </w:rPr>
        <w:t>4:27  yahan par khwab khatam hota hai.</w:t>
      </w:r>
    </w:p>
    <w:p>
      <w:pPr>
        <w:pStyle w:val="Heading2"/>
      </w:pPr>
      <w:r>
        <w:t>Closing call: Muslims abroad should embrace da'wah culture</w:t>
      </w:r>
    </w:p>
    <w:p>
      <w:r>
        <w:rPr>
          <w:color w:val="666666"/>
          <w:sz w:val="18"/>
        </w:rPr>
        <w:t>Muslims in Diaspora 9 jan 2007 (English) · 3m 42s · at 51:08 · https://youtu.be/oAi49l7nuOI?t=3068</w:t>
      </w:r>
    </w:p>
    <w:p>
      <w:r>
        <w:rPr>
          <w:i/>
        </w:rPr>
        <w:t>“So, I advise these Muslims in diaspora to adopt da'wah culture.”</w:t>
      </w:r>
    </w:p>
    <w:p>
      <w:r>
        <w:rPr>
          <w:sz w:val="20"/>
        </w:rPr>
        <w:t>51:08  So, I</w:t>
      </w:r>
      <w:r>
        <w:br/>
      </w:r>
      <w:r>
        <w:rPr>
          <w:sz w:val="20"/>
        </w:rPr>
        <w:t>51:12  advise these Muslims in diaspora who are living in Europe and America to adopt da'wah mission da'wah culture.</w:t>
      </w:r>
      <w:r>
        <w:br/>
      </w:r>
      <w:r>
        <w:rPr>
          <w:sz w:val="20"/>
        </w:rPr>
        <w:t>51:27  This is not</w:t>
      </w:r>
      <w:r>
        <w:br/>
      </w:r>
      <w:r>
        <w:rPr>
          <w:sz w:val="20"/>
        </w:rPr>
        <w:t>51:33  a very great, great job.</w:t>
      </w:r>
      <w:r>
        <w:br/>
      </w:r>
      <w:r>
        <w:rPr>
          <w:sz w:val="20"/>
        </w:rPr>
        <w:t>51:37  If you adopt da'wah culture if you adopt da'wah mission, you will be rewarded by Paradise. In the present world, you will find a solution</w:t>
      </w:r>
      <w:r>
        <w:br/>
      </w:r>
      <w:r>
        <w:rPr>
          <w:sz w:val="20"/>
        </w:rPr>
        <w:t>51:55  regarding your boys. You are facing a probl</w:t>
      </w:r>
      <w:r>
        <w:br/>
      </w:r>
      <w:r>
        <w:rPr>
          <w:sz w:val="20"/>
        </w:rPr>
        <w:t>52:00  em. You are facing that your boys your generation is now a problem generation. So, you will find a solution to this problem.</w:t>
      </w:r>
      <w:r>
        <w:br/>
      </w:r>
      <w:r>
        <w:rPr>
          <w:sz w:val="20"/>
        </w:rPr>
        <w:t>52:16  So, there are two-fold rewards for you two-fold rewards. One pertaining to this world and the other pertaining to the world hereafter.</w:t>
      </w:r>
      <w:r>
        <w:br/>
      </w:r>
      <w:r>
        <w:rPr>
          <w:sz w:val="20"/>
        </w:rPr>
        <w:t>52:26  In this world, you will be able to save your generation from becoming atheists or liberals or going astray.</w:t>
      </w:r>
      <w:r>
        <w:br/>
      </w:r>
      <w:r>
        <w:rPr>
          <w:sz w:val="20"/>
        </w:rPr>
        <w:t>52:37  And in the world hereafter, you will be rewarded by Paradise. Paradise is the greatest reward.</w:t>
      </w:r>
      <w:r>
        <w:br/>
      </w:r>
      <w:r>
        <w:rPr>
          <w:sz w:val="20"/>
        </w:rPr>
        <w:t>52:48  Paradise is the eternal bliss eternal happiness</w:t>
      </w:r>
      <w:r>
        <w:br/>
      </w:r>
      <w:r>
        <w:rPr>
          <w:sz w:val="20"/>
        </w:rPr>
        <w:t>52:55  eternal fulfillment. So, I will call to the Muslims in diaspora in our present world to adopt this formula.</w:t>
      </w:r>
      <w:r>
        <w:br/>
      </w:r>
      <w:r>
        <w:rPr>
          <w:sz w:val="20"/>
        </w:rPr>
        <w:t>53:13  This is the only way of salvation. This is the only way of blessing. This is the only way of success.</w:t>
      </w:r>
      <w:r>
        <w:br/>
      </w:r>
      <w:r>
        <w:rPr>
          <w:sz w:val="20"/>
        </w:rPr>
        <w:t>53:27  I think that my</w:t>
      </w:r>
      <w:r>
        <w:br/>
      </w:r>
      <w:r>
        <w:rPr>
          <w:sz w:val="20"/>
        </w:rPr>
        <w:t>53:31  call will be received positively.</w:t>
      </w:r>
      <w:r>
        <w:br/>
      </w:r>
      <w:r>
        <w:rPr>
          <w:sz w:val="20"/>
        </w:rPr>
        <w:t>53:37  I think that those Muslims living in diaspora will hear it in a positive way will respond to it in a positive way and adopt this formula that is one-man-two mission.</w:t>
      </w:r>
      <w:r>
        <w:br/>
      </w:r>
      <w:r>
        <w:rPr>
          <w:sz w:val="20"/>
        </w:rPr>
        <w:t>53:58  And this is a good tidying for them two-fold good tidying.</w:t>
      </w:r>
      <w:r>
        <w:br/>
      </w:r>
      <w:r>
        <w:rPr>
          <w:sz w:val="20"/>
        </w:rPr>
        <w:t>54:05  One, they will be able to save their generation.</w:t>
      </w:r>
      <w:r>
        <w:br/>
      </w:r>
      <w:r>
        <w:rPr>
          <w:sz w:val="20"/>
        </w:rPr>
        <w:t>54:13  And then, they will be rewarded by Paradise in the world hereafter.</w:t>
      </w:r>
      <w:r>
        <w:br/>
      </w:r>
      <w:r>
        <w:rPr>
          <w:sz w:val="20"/>
        </w:rPr>
        <w:t>54:21  May God bless you. May God help you realize this noble cause.</w:t>
      </w:r>
    </w:p>
    <w:p>
      <w:pPr>
        <w:pStyle w:val="Heading2"/>
      </w:pPr>
      <w:r>
        <w:t>A son's bicycle demand reframes rights versus helplessness before God</w:t>
      </w:r>
    </w:p>
    <w:p>
      <w:r>
        <w:rPr>
          <w:color w:val="666666"/>
          <w:sz w:val="18"/>
        </w:rPr>
        <w:t>Living in Falsehood 25 Jan 2009 · 2m 50s · at 44:30 · https://youtu.be/Qt8VwwonU9k?t=2670</w:t>
      </w:r>
    </w:p>
    <w:p>
      <w:r>
        <w:rPr>
          <w:i/>
        </w:rPr>
        <w:t>“A boy in Rampur wanted a bicycle from his father”</w:t>
      </w:r>
    </w:p>
    <w:p>
      <w:r>
        <w:rPr>
          <w:sz w:val="20"/>
        </w:rPr>
        <w:t>44:30  to mein Khuda ke fazl se har din apni galtiyon ko nikalta rehta hoon. Aaj ki baat mein bata doon, aaj hi ki baat, ek qissa maine bataya tha aap ko ke Rampur ka ek ek ek ek ladka tha, us ko cycle chahiye thi, bicycle, be baps kehta tha.</w:t>
      </w:r>
      <w:r>
        <w:br/>
      </w:r>
      <w:r>
        <w:rPr>
          <w:sz w:val="20"/>
        </w:rPr>
        <w:t>44:50  to woh kehta tha ke mein school teacher hoon, mere paas paisa kahan hai bicycle kharidne ke liye? Kai baar kaha, kai baar kaha, kai baar kaha.</w:t>
      </w:r>
      <w:r>
        <w:br/>
      </w:r>
      <w:r>
        <w:rPr>
          <w:sz w:val="20"/>
        </w:rPr>
        <w:t>45:00  to ek din jab kaha to woh ghussa ho gaya baap ke mein nahi bicycle kharid sakta, ab kahoge to mein tum maroonga tum ko.</w:t>
      </w:r>
      <w:r>
        <w:br/>
      </w:r>
      <w:r>
        <w:rPr>
          <w:sz w:val="20"/>
        </w:rPr>
        <w:t>45:11  to bete ne kaha ke aap hi to hamare baap hain, aap se na kahein to kis se kahein? Yeh qissa mein bohat dinon se batata hoon,</w:t>
      </w:r>
      <w:r>
        <w:br/>
      </w:r>
      <w:r>
        <w:rPr>
          <w:sz w:val="20"/>
        </w:rPr>
        <w:t>45:22  mujhe kam az kam mein batata hoon ke yani chaalees saal se zyada ho gaye honge jab yeh qissa maloom hua tha.</w:t>
      </w:r>
      <w:r>
        <w:br/>
      </w:r>
      <w:r>
        <w:rPr>
          <w:sz w:val="20"/>
        </w:rPr>
        <w:t>45:31  Aaj maine discover kiya is mein ke is mein mein ek ghalti kar raha tha.</w:t>
      </w:r>
      <w:r>
        <w:br/>
      </w:r>
      <w:r>
        <w:rPr>
          <w:sz w:val="20"/>
        </w:rPr>
        <w:t>45:37  Woh kya? Mein is qisse ko batata tha is bete ke hawale se ke beta apna haq samajhta tha baap ke upar jab us ne kaha ke aap hi to hamare baap hain, aap se na kahein to kis se kahein?</w:t>
      </w:r>
      <w:r>
        <w:br/>
      </w:r>
      <w:r>
        <w:rPr>
          <w:sz w:val="20"/>
        </w:rPr>
        <w:t>45:52  To bete ne koi haq samjha ke mera haq hai baap ke upar. To maine kaha ke Khudaaya, jo baat aaj hi ki baat thi ke maine kaha Khudaaya, is bete ne, is is ladke ne jo baat bator haq kahi thi, us ko bator as kehta hoon ke aap ke upar mera koi haq nahi hai.</w:t>
      </w:r>
      <w:r>
        <w:br/>
      </w:r>
      <w:r>
        <w:rPr>
          <w:sz w:val="20"/>
        </w:rPr>
        <w:t>46:17  Yeh meri aaj ki discovery hai ke is waqe ko mein kam az kam chaalees saal se logon ko batata rehta hoon. Yeh dua hai ke jab bete ne is tarah keh diya ke aap hi to hamare baap hain, aap se na kahein to kis se kahein?</w:t>
      </w:r>
      <w:r>
        <w:br/>
      </w:r>
      <w:r>
        <w:rPr>
          <w:sz w:val="20"/>
        </w:rPr>
        <w:t>46:32  To phir baap ne us ko bike se kharid kar de diya. To aaj maine socha ke mein ghalt kehta tha kyunke bete ne bator haq kaha tha apne baap se</w:t>
      </w:r>
      <w:r>
        <w:br/>
      </w:r>
      <w:r>
        <w:rPr>
          <w:sz w:val="20"/>
        </w:rPr>
        <w:t>46:46  , lekin mera koi haq nahi Khuda ke upar. Mein ek helpless insan hoon, apni helplessness ke hawale se mein keh sakta hoon Khuda se right ke reference mein nahi.</w:t>
      </w:r>
      <w:r>
        <w:br/>
      </w:r>
      <w:r>
        <w:rPr>
          <w:sz w:val="20"/>
        </w:rPr>
        <w:t>47:01  Yani bete ne baat kahi thi ek right ke taur par.</w:t>
      </w:r>
      <w:r>
        <w:br/>
      </w:r>
      <w:r>
        <w:rPr>
          <w:sz w:val="20"/>
        </w:rPr>
        <w:t>47:08  Mein aaj mujhe samajh aaya ke nahi, mujhe kehna chahiye apni helplessness ke hawale se, ages ke hawale se, right ke hawale se nahi.</w:t>
      </w:r>
    </w:p>
    <w:p>
      <w:pPr>
        <w:pStyle w:val="Heading2"/>
      </w:pPr>
      <w:r>
        <w:t>Stop blaming others and blame yourself</w:t>
      </w:r>
    </w:p>
    <w:p>
      <w:r>
        <w:rPr>
          <w:color w:val="666666"/>
          <w:sz w:val="18"/>
        </w:rPr>
        <w:t>Modern Age June 9, 2019 Maulana Wahiduddin Khan · 2m 14s · at 55:02 · https://youtu.be/7mjCvAvHEdA?t=3302</w:t>
      </w:r>
    </w:p>
    <w:p>
      <w:r>
        <w:rPr>
          <w:i/>
        </w:rPr>
        <w:t>“Sirf ek, sirf ek shart hai”</w:t>
      </w:r>
    </w:p>
    <w:p>
      <w:r>
        <w:rPr>
          <w:sz w:val="20"/>
        </w:rPr>
        <w:t>55:02  sirf ek, sirf ek shart hai. doosre ko blame dena chhod dijiye.</w:t>
      </w:r>
      <w:r>
        <w:br/>
      </w:r>
      <w:r>
        <w:rPr>
          <w:sz w:val="20"/>
        </w:rPr>
        <w:t>55:13  hamesha apne ko blame dijiye.</w:t>
      </w:r>
      <w:r>
        <w:br/>
      </w:r>
      <w:r>
        <w:rPr>
          <w:sz w:val="20"/>
        </w:rPr>
        <w:t>55:18  doosre ko blame dena ek dam hi chhod dijiye. main to allah ke fazl se misalein de sakta hoon ke kis tarah maine is ko chhora.</w:t>
      </w:r>
      <w:r>
        <w:br/>
      </w:r>
      <w:r>
        <w:rPr>
          <w:sz w:val="20"/>
        </w:rPr>
        <w:t>55:28  koi khula khula case mere paas aisa tha jis mein doosre ko blame diya karta tha. main pehle is ko chhora, bilkul apne ko blame dena shuru kar diya.</w:t>
      </w:r>
      <w:r>
        <w:br/>
      </w:r>
      <w:r>
        <w:rPr>
          <w:sz w:val="20"/>
        </w:rPr>
        <w:t>55:43  yeh yeh koi mujh se mile to main bataoon ga ke kaise maine aisa kiya. to ek hi cheez number one hai mere nazdeek ke aap apne ko blame dena seekhein.</w:t>
      </w:r>
      <w:r>
        <w:br/>
      </w:r>
      <w:r>
        <w:rPr>
          <w:sz w:val="20"/>
        </w:rPr>
        <w:t>55:55  is art ko seekhein. apne ko blame dena. ghalti apni hoti hai.</w:t>
      </w:r>
      <w:r>
        <w:br/>
      </w:r>
      <w:r>
        <w:rPr>
          <w:sz w:val="20"/>
        </w:rPr>
        <w:t>56:03  aap ko main bataoon ke bohat pehle nawjowani ki umar mein maine ek mazmoon likha tha. ek parcha nikalta tha us zamane mein. uska naam tha "Ismat Ismat Ismat".</w:t>
      </w:r>
      <w:r>
        <w:br/>
      </w:r>
      <w:r>
        <w:rPr>
          <w:sz w:val="20"/>
        </w:rPr>
        <w:t>56:14  is mein likha tha main ne mazmoon. to is ka unwaan tha "hum ilzaam un ko dete thay, qusoor apna nikal aaya". yeh naujawani ki umar mein likha tha aur yeh mazmoon.</w:t>
      </w:r>
      <w:r>
        <w:br/>
      </w:r>
      <w:r>
        <w:rPr>
          <w:sz w:val="20"/>
        </w:rPr>
        <w:t>56:25  aur chupa tha "ismat mein hum ilzaam un ko dete thay, qusoor apna nikal aaya". yeh meri awwal jawani ki discovery thi ke qusoor hota hai apna, blame deta hai doosre ko.</w:t>
      </w:r>
      <w:r>
        <w:br/>
      </w:r>
      <w:r>
        <w:rPr>
          <w:sz w:val="20"/>
        </w:rPr>
        <w:t>56:42  abhi bhi kahin chupa hua maujood hoga yeh. kyunke main apne aik aik aik satr ko, aik aik safhe ko mehfooz rakhta tha.</w:t>
      </w:r>
      <w:r>
        <w:br/>
      </w:r>
      <w:r>
        <w:rPr>
          <w:sz w:val="20"/>
        </w:rPr>
        <w:t>56:52  meri aadat thi. hum ilzaam un ko dete thay, qusoor apna nikal aaya. tanhaiyon mein is is line ko parhta tha aksar.</w:t>
      </w:r>
      <w:r>
        <w:br/>
      </w:r>
      <w:r>
        <w:rPr>
          <w:sz w:val="20"/>
        </w:rPr>
        <w:t>57:04  hum ilzaam un ko dete thay, qusoor apna nikal aaya. bas is art ko seekhiye. apni ghalti ko manna, us ka sahass paida kijiye.</w:t>
      </w:r>
    </w:p>
    <w:p>
      <w:pPr>
        <w:pStyle w:val="Heading2"/>
      </w:pPr>
      <w:r>
        <w:t>Afghan boy's revenge story shows a forgotten Islamic model</w:t>
      </w:r>
    </w:p>
    <w:p>
      <w:r>
        <w:rPr>
          <w:color w:val="666666"/>
          <w:sz w:val="18"/>
        </w:rPr>
        <w:t>The Concept of Sunnah and Bidah in Islam February 14, 2008 Maulana Wahiduddin Khan · 3m 23s · at 34:16 · https://youtu.be/_uIO23hmBjg?t=2056</w:t>
      </w:r>
    </w:p>
    <w:p>
      <w:r>
        <w:rPr>
          <w:i/>
        </w:rPr>
        <w:t>“میں گیا افغانستان، بڑی دھوم ہے افغانستان میں اسلام کی”</w:t>
      </w:r>
    </w:p>
    <w:p>
      <w:r>
        <w:rPr>
          <w:sz w:val="20"/>
        </w:rPr>
        <w:t>34:16  main gaya Afghanistan bari dhoom hai Afghanistan mein Islam ki.</w:t>
      </w:r>
      <w:r>
        <w:br/>
      </w:r>
      <w:r>
        <w:rPr>
          <w:sz w:val="20"/>
        </w:rPr>
        <w:t>34:24  aap jante hain ke har jagah Islam har jagah yeh samjha jata hai ke Afghanistan mein bara Islam hai. to main wahan jab gaya ek conference mein mujh ko bulaya gaya tha.</w:t>
      </w:r>
      <w:r>
        <w:br/>
      </w:r>
      <w:r>
        <w:rPr>
          <w:sz w:val="20"/>
        </w:rPr>
        <w:t>34:37  to ek logon se bul bul kar ke woh poochta tha.</w:t>
      </w:r>
      <w:r>
        <w:br/>
      </w:r>
      <w:r>
        <w:rPr>
          <w:sz w:val="20"/>
        </w:rPr>
        <w:t>34:43  ek ladka tha wahan par us se main ne poocha. to main ladke se bare se boodhe se har ek se poochta tha taake yahan ke halat janon.</w:t>
      </w:r>
      <w:r>
        <w:br/>
      </w:r>
      <w:r>
        <w:rPr>
          <w:sz w:val="20"/>
        </w:rPr>
        <w:t>34:58  to ladke ne kya kaha? ladke ne kaha ke meri maa mujh ko parhana chahti hai. mujh ko madrasay mein bhejti hai.</w:t>
      </w:r>
      <w:r>
        <w:br/>
      </w:r>
      <w:r>
        <w:rPr>
          <w:sz w:val="20"/>
        </w:rPr>
        <w:t>35:10  lekin mera dil parhnay mein nahi lagta.</w:t>
      </w:r>
      <w:r>
        <w:br/>
      </w:r>
      <w:r>
        <w:rPr>
          <w:sz w:val="20"/>
        </w:rPr>
        <w:t>35:14  ladke ne kaha afghani bachay ne ke meri maa chahti hai ke main parhoon mujh ko madrasa bhejti bhejti hai lekin mera dil parhnay mein nahi lagta.</w:t>
      </w:r>
      <w:r>
        <w:br/>
      </w:r>
      <w:r>
        <w:rPr>
          <w:sz w:val="20"/>
        </w:rPr>
        <w:t>35:25  main ne kaha kyun? to us ne kya kaha? us ne kaha ke mujhe to apnay baap ka badla lena hai.</w:t>
      </w:r>
      <w:r>
        <w:br/>
      </w:r>
      <w:r>
        <w:rPr>
          <w:sz w:val="20"/>
        </w:rPr>
        <w:t>35:35  kisi ne is ke baap ko shayad maar dala tha koi apas mein lajjat thi. to un ke baap ne un ko kuch kiya unhon ne un ko kiya dono apas mein ladte rahe yahan tak ke woh un ka baap mar gaya.</w:t>
      </w:r>
      <w:r>
        <w:br/>
      </w:r>
      <w:r>
        <w:rPr>
          <w:sz w:val="20"/>
        </w:rPr>
        <w:t>35:50  yeh dono taraf ka yeh bilateral mamla tha woh. to beharhaal is ke mind mein kya tha ke jis ne mere baap ko mara hai us ko mujhe marna hai.</w:t>
      </w:r>
      <w:r>
        <w:br/>
      </w:r>
      <w:r>
        <w:rPr>
          <w:sz w:val="20"/>
        </w:rPr>
        <w:t>36:00  is se mujhe inteqam lena hai.</w:t>
      </w:r>
      <w:r>
        <w:br/>
      </w:r>
      <w:r>
        <w:rPr>
          <w:sz w:val="20"/>
        </w:rPr>
        <w:t>36:05  to main ne wahan par jo unhon ne pooch ki to main ne kaha ke main ne mujhe pata chala ke yahan ka to revenge hi culture hai Afghanistan ka. inteqami culture hai Afghanistan ka.</w:t>
      </w:r>
      <w:r>
        <w:br/>
      </w:r>
      <w:r>
        <w:rPr>
          <w:sz w:val="20"/>
        </w:rPr>
        <w:t>36:18  yahan woh jo tribes mein yeh hota hai ke yeh in se badla lete hain woh in se badla lete hain. isi mein laraiyan hoti hain.</w:t>
      </w:r>
      <w:r>
        <w:br/>
      </w:r>
      <w:r>
        <w:rPr>
          <w:sz w:val="20"/>
        </w:rPr>
        <w:t>36:28  gun chalti hai bomb chaltay hain. aur wahan Islam ki bhi dhoom hai.</w:t>
      </w:r>
      <w:r>
        <w:br/>
      </w:r>
      <w:r>
        <w:rPr>
          <w:sz w:val="20"/>
        </w:rPr>
        <w:t>36:35  to woh samajhtay hain ke namaz roza karo bas Islam ho gaya. is mamlay mein nahi pata hai unhein ke is mamlay mein aik model hai ke inteqam na lo ghussa na karo logon ko maaf karo.</w:t>
      </w:r>
      <w:r>
        <w:br/>
      </w:r>
      <w:r>
        <w:rPr>
          <w:sz w:val="20"/>
        </w:rPr>
        <w:t>36:49  yeh bhi aik model hai. to yeh nahi jantay woh. yeh har jagah hi koi Afghanistan ki baat nahi hai.</w:t>
      </w:r>
      <w:r>
        <w:br/>
      </w:r>
      <w:r>
        <w:rPr>
          <w:sz w:val="20"/>
        </w:rPr>
        <w:t>37:00  to yeh bohat ziyada sochne ki baat hai ke jab Islam mein yeh kaha gaya ke Rasool Allah model hain Sahaba model hain to yeh kis mani mein kaha gaya?</w:t>
      </w:r>
      <w:r>
        <w:br/>
      </w:r>
      <w:r>
        <w:rPr>
          <w:sz w:val="20"/>
        </w:rPr>
        <w:t>37:14  is mani mein nahi ke bas masjid mein jo namaz tum parhtay ho us mein model hain woh. wahan par salo kama raiyat mini asli ka tareeqa ikhtiyar karo.</w:t>
      </w:r>
      <w:r>
        <w:br/>
      </w:r>
      <w:r>
        <w:rPr>
          <w:sz w:val="20"/>
        </w:rPr>
        <w:t>37:27  yani Rasool Allah jaisay namaz parhtay thay ویسے namaz parho. Sahaba jaisay namaz parhtay thay ویسے tum bhi namaz parho. yani namaz ke form ko follow karna.</w:t>
      </w:r>
    </w:p>
    <w:p>
      <w:pPr>
        <w:pStyle w:val="Heading2"/>
      </w:pPr>
      <w:r>
        <w:t>Maulana's habit of not reacting</w:t>
      </w:r>
    </w:p>
    <w:p>
      <w:r>
        <w:rPr>
          <w:color w:val="666666"/>
          <w:sz w:val="18"/>
        </w:rPr>
        <w:t>Why I am Different 21 sept, 2019 - Maulana Wahiduddin Khan · 28s · at 27:01 · https://youtu.be/TBDjR8Keoss?t=1621</w:t>
      </w:r>
    </w:p>
    <w:p>
      <w:r>
        <w:rPr>
          <w:i/>
        </w:rPr>
        <w:t>“میرا مائنڈ میں ایک چیز بچپن سے ہے، ناٹ ٹو ری ایکٹ۔”</w:t>
      </w:r>
    </w:p>
    <w:p>
      <w:r>
        <w:rPr>
          <w:sz w:val="20"/>
        </w:rPr>
        <w:t>27:01  mera mind mein ek cheez bachpan se hai, not to react.</w:t>
      </w:r>
      <w:r>
        <w:br/>
      </w:r>
      <w:r>
        <w:rPr>
          <w:sz w:val="20"/>
        </w:rPr>
        <w:t>27:11  mein react nahin karta balkeh sochta hoon.</w:t>
      </w:r>
      <w:r>
        <w:br/>
      </w:r>
      <w:r>
        <w:rPr>
          <w:sz w:val="20"/>
        </w:rPr>
        <w:t>27:17  yeh bachpan se mere andar hai. kitne waqiat mujhe yaad hain jis par mujhe react hona chahiye tha.</w:t>
      </w:r>
    </w:p>
    <w:p>
      <w:pPr>
        <w:pStyle w:val="Heading2"/>
      </w:pPr>
      <w:r>
        <w:t>Veteran Shakespeare professor who still studies every night</w:t>
      </w:r>
    </w:p>
    <w:p>
      <w:r>
        <w:rPr>
          <w:color w:val="666666"/>
          <w:sz w:val="18"/>
        </w:rPr>
        <w:t>Month of Spirituality July 28, 2013 · 1m 26s · at 30:55 · https://youtu.be/p4MM2gjJBxA?t=1855</w:t>
      </w:r>
    </w:p>
    <w:p>
      <w:r>
        <w:rPr>
          <w:i/>
        </w:rPr>
        <w:t>“Ek senior professor abhi bhi Shakespeare padhta tha raat ko”</w:t>
      </w:r>
    </w:p>
    <w:p>
      <w:r>
        <w:rPr>
          <w:sz w:val="20"/>
        </w:rPr>
        <w:t>30:55  india ke ek sahab, unhone unki taleem hui london mein.</w:t>
      </w:r>
      <w:r>
        <w:br/>
      </w:r>
      <w:r>
        <w:rPr>
          <w:sz w:val="20"/>
        </w:rPr>
        <w:t>31:02  to padh kar wapas aa gaye. ek arse ke baad dobara woh london gaye to ek woh professor jo un ka ustad tha, us se milne gaye woh.</w:t>
      </w:r>
      <w:r>
        <w:br/>
      </w:r>
      <w:r>
        <w:rPr>
          <w:sz w:val="20"/>
        </w:rPr>
        <w:t>31:13  appointment le, appointment le kar ke. to woh Shakespeare padhata tha woh, woh professor. aur abhi bhi woh padhata tha, abhi senior professor ho chuka tha.</w:t>
      </w:r>
      <w:r>
        <w:br/>
      </w:r>
      <w:r>
        <w:rPr>
          <w:sz w:val="20"/>
        </w:rPr>
        <w:t>31:25  to us ne raat ka waqt diya tha milne ke liye. raat ka waqt.</w:t>
      </w:r>
      <w:r>
        <w:br/>
      </w:r>
      <w:r>
        <w:rPr>
          <w:sz w:val="20"/>
        </w:rPr>
        <w:t>31:30  jab woh pahunche to dekha unhone us ki mez ke saamne Shakespeare ki kitab phaili hui hai. to us ne poocha un se ke aap to ek senior professor hain.</w:t>
      </w:r>
      <w:r>
        <w:br/>
      </w:r>
      <w:r>
        <w:rPr>
          <w:sz w:val="20"/>
        </w:rPr>
        <w:t>31:43  itni lambi muddat se aap Shakespeare ko padha rahe hain. aur abhi bhi Shakespeare ki study karte hain aap? to bohat hi sanjeedgi se unhone jawab diya tha.</w:t>
      </w:r>
      <w:r>
        <w:br/>
      </w:r>
      <w:r>
        <w:rPr>
          <w:sz w:val="20"/>
        </w:rPr>
        <w:t>31:56  us us senior professor ne, britania ke. ke You know, the students are committed to my care.</w:t>
      </w:r>
      <w:r>
        <w:br/>
      </w:r>
      <w:r>
        <w:rPr>
          <w:sz w:val="20"/>
        </w:rPr>
        <w:t>32:09  You know, the students are committed to my care.</w:t>
      </w:r>
      <w:r>
        <w:br/>
      </w:r>
      <w:r>
        <w:rPr>
          <w:sz w:val="20"/>
        </w:rPr>
        <w:t>32:15  I must prepare myself to do justice to them.</w:t>
      </w:r>
    </w:p>
    <w:p>
      <w:pPr>
        <w:pStyle w:val="Heading2"/>
      </w:pPr>
      <w:r>
        <w:t>The complete teaching on true repentance in Islam</w:t>
      </w:r>
    </w:p>
    <w:p>
      <w:r>
        <w:rPr>
          <w:color w:val="666666"/>
          <w:sz w:val="18"/>
        </w:rPr>
        <w:t>Dars-e-Quran June 28, 2007 · 5m 13s · at 17:35 · https://youtu.be/2zYv7VV4iwk?t=1055</w:t>
      </w:r>
    </w:p>
    <w:p>
      <w:r>
        <w:rPr>
          <w:i/>
        </w:rPr>
        <w:t>“Yeh un logon ke bare mein hai jinse koi ghalti ho jaye”</w:t>
      </w:r>
    </w:p>
    <w:p>
      <w:r>
        <w:rPr>
          <w:sz w:val="20"/>
        </w:rPr>
        <w:t>17:35  yeh un logon ke baray mein hai ke jin se koi ghalat fehmi ho jaye, jin se koi khata sarzad ho jaye. to farmaya ke illa allazeena ta'abbu wa aslahu wa bayyanu</w:t>
      </w:r>
      <w:r>
        <w:br/>
      </w:r>
      <w:r>
        <w:rPr>
          <w:sz w:val="20"/>
        </w:rPr>
        <w:t>17:53  magar woh log jo toba karen aur islah karen aur is ko bayan karen.</w:t>
      </w:r>
      <w:r>
        <w:br/>
      </w:r>
      <w:r>
        <w:rPr>
          <w:sz w:val="20"/>
        </w:rPr>
        <w:t>18:06  yeh bohat hi teeno lafz is mein bohat hi ahem hain ke agar aap ne koi aisi baat kar di, yeh kisi se aap lar gaye, kisi ko gaali de di, aap ne ghassay mein aa gaye to kya karna hai?</w:t>
      </w:r>
      <w:r>
        <w:br/>
      </w:r>
      <w:r>
        <w:rPr>
          <w:sz w:val="20"/>
        </w:rPr>
        <w:t>18:24  toba karna hai. toba ka matlab hota hai. hadith mein aata hai ke al-tawbah wa al-nadam. toba sharmindagi ka naam hai.</w:t>
      </w:r>
      <w:r>
        <w:br/>
      </w:r>
      <w:r>
        <w:rPr>
          <w:sz w:val="20"/>
        </w:rPr>
        <w:t>18:35  yeh ehsas ke mujh se ghalati ho gayi, mein ne Khuda ke aik banday ko be-izzati kar diya, mein ne Khuda ke aik banday ki haq talfi ki, yeh soch kar aap ke andar toba aaye,</w:t>
      </w:r>
      <w:r>
        <w:br/>
      </w:r>
      <w:r>
        <w:rPr>
          <w:sz w:val="20"/>
        </w:rPr>
        <w:t>18:53  sharmindagi aaye, pachtawa aaye to pehla hai ta'abbu. is ke baad kya hai? aslihu</w:t>
      </w:r>
      <w:r>
        <w:br/>
      </w:r>
      <w:r>
        <w:rPr>
          <w:sz w:val="20"/>
        </w:rPr>
        <w:t>19:02  to toba aisi cheez nahi ke aap mujh se bol dein toba toba. yeh nahi hai. toba ka nateeja hona chahiye islah yani islah.</w:t>
      </w:r>
      <w:r>
        <w:br/>
      </w:r>
      <w:r>
        <w:rPr>
          <w:sz w:val="20"/>
        </w:rPr>
        <w:t>19:20  agar dili dil mein ho tab bhi woh toba nahi hai. munh se aap ne bol diya toba toba, woh bhi toba nahi hai. toba woh hai jo islah ban jaye.</w:t>
      </w:r>
      <w:r>
        <w:br/>
      </w:r>
      <w:r>
        <w:rPr>
          <w:sz w:val="20"/>
        </w:rPr>
        <w:t>19:32  tooba woh hai jo islaah. tooba woh hai jo khud islaah ban jaye. yaani jo ghalti hui hai, uski islaah.</w:t>
      </w:r>
      <w:r>
        <w:br/>
      </w:r>
      <w:r>
        <w:rPr>
          <w:sz w:val="20"/>
        </w:rPr>
        <w:t>19:45  aur iske baad farmaya ke wa bayyanu</w:t>
      </w:r>
      <w:r>
        <w:br/>
      </w:r>
      <w:r>
        <w:rPr>
          <w:sz w:val="20"/>
        </w:rPr>
        <w:t>19:51  yeh surah baqarah ki 160 aayat hai.</w:t>
      </w:r>
      <w:r>
        <w:br/>
      </w:r>
      <w:r>
        <w:rPr>
          <w:sz w:val="20"/>
        </w:rPr>
        <w:t>19:55  is mein dekhiye ke tooba, islaah. phir ek baar farmate hain ke wa bayyanu aur usko bayan kiya.</w:t>
      </w:r>
      <w:r>
        <w:br/>
      </w:r>
      <w:r>
        <w:rPr>
          <w:sz w:val="20"/>
        </w:rPr>
        <w:t>20:06  bayan karne ka matlab kya hai? agar aap ko ehsaas hua ke maine ghalti ki hai to aap ko bayan karna padega.</w:t>
      </w:r>
      <w:r>
        <w:br/>
      </w:r>
      <w:r>
        <w:rPr>
          <w:sz w:val="20"/>
        </w:rPr>
        <w:t>20:15  yaani bolna padega. aap ko kehna padega I was wrong mein ghalti par tha. yeh bolna padega.</w:t>
      </w:r>
      <w:r>
        <w:br/>
      </w:r>
      <w:r>
        <w:rPr>
          <w:sz w:val="20"/>
        </w:rPr>
        <w:t>20:25  dili dil mein liye rahein to woh Khuda ke nazdeek qabool nahi ki jayegi. yeh bohat ahem aayat hai.</w:t>
      </w:r>
      <w:r>
        <w:br/>
      </w:r>
      <w:r>
        <w:rPr>
          <w:sz w:val="20"/>
        </w:rPr>
        <w:t>20:34  to teen baatein hain: tooba, islaah aur bayan.</w:t>
      </w:r>
      <w:r>
        <w:br/>
      </w:r>
      <w:r>
        <w:rPr>
          <w:sz w:val="20"/>
        </w:rPr>
        <w:t>20:43  bayan ka matlab hai ailaan. to tooba naam hai sharmindagi ka.</w:t>
      </w:r>
      <w:r>
        <w:br/>
      </w:r>
      <w:r>
        <w:rPr>
          <w:sz w:val="20"/>
        </w:rPr>
        <w:t>20:51  aadmi dil mein sharminda ho. aur islaah naam hai khud islaah ka. ke jo ghalti ho gayi thi, usko phir aap na dohraayein.</w:t>
      </w:r>
      <w:r>
        <w:br/>
      </w:r>
      <w:r>
        <w:rPr>
          <w:sz w:val="20"/>
        </w:rPr>
        <w:t>21:06  aur saath saath bayan aur ailaan. yaani itraaf aap ka itna zabardast ho ke munh se aap bolein.</w:t>
      </w:r>
      <w:r>
        <w:br/>
      </w:r>
      <w:r>
        <w:rPr>
          <w:sz w:val="20"/>
        </w:rPr>
        <w:t>21:15  dekhiye, agar aap ko sakht sharmindagi hogi, sakht sharmindagi, sakht tooba, to aap bole baghair reh nahi sakte.</w:t>
      </w:r>
      <w:r>
        <w:br/>
      </w:r>
      <w:r>
        <w:rPr>
          <w:sz w:val="20"/>
        </w:rPr>
        <w:t>21:28  agar sakht sharmindagi aaye dil ke andar, bohat zyada ehsaas aaye ke maine bhaari bhool mujh se ho gayi,</w:t>
      </w:r>
      <w:r>
        <w:br/>
      </w:r>
      <w:r>
        <w:rPr>
          <w:sz w:val="20"/>
        </w:rPr>
        <w:t>21:39  to yeh namumkin hai ke dili dil mein reh jaye aisa ehsaas. aur munh se niklega woh. yaani aap munh se bolein ge I was wrong munh se bolein ge ke aye bhai, mujhe maaf karo.</w:t>
      </w:r>
      <w:r>
        <w:br/>
      </w:r>
      <w:r>
        <w:rPr>
          <w:sz w:val="20"/>
        </w:rPr>
        <w:t>21:57  mujh se ghalti ho gayi. to yaad rakhiye, jab tak yeh teeno cheezein ekatha na hon, woh tooba nahi hai.</w:t>
      </w:r>
      <w:r>
        <w:br/>
      </w:r>
      <w:r>
        <w:rPr>
          <w:sz w:val="20"/>
        </w:rPr>
        <w:t>22:08  teen cheez ka matlab hai ke jo ghalti ho gayi hai, us par sakht sharmindagi. uske baad apni islaah kar leni.</w:t>
      </w:r>
      <w:r>
        <w:br/>
      </w:r>
      <w:r>
        <w:rPr>
          <w:sz w:val="20"/>
        </w:rPr>
        <w:t>22:21  apne ko sudhaar leni. aur uske baad apni ghalti ka ailaan karna. apni ghaltiyon par maafi mangna.</w:t>
      </w:r>
      <w:r>
        <w:br/>
      </w:r>
      <w:r>
        <w:rPr>
          <w:sz w:val="20"/>
        </w:rPr>
        <w:t>22:36  yeh bohat hi zaroori hai ke teeno shartein ekatha hon. agar teeno shartein ekatha na hon to woh Khuda ke nazdeek tooba nahi hogi.</w:t>
      </w:r>
    </w:p>
    <w:p>
      <w:pPr>
        <w:pStyle w:val="Heading2"/>
      </w:pPr>
      <w:r>
        <w:t>Personal story of reemergence</w:t>
      </w:r>
    </w:p>
    <w:p>
      <w:r>
        <w:rPr>
          <w:color w:val="666666"/>
          <w:sz w:val="18"/>
        </w:rPr>
        <w:t>Scientific Temper April 08, 2020 Maulana Wahiduddin Khan · 2m 16s · at 18:35 · https://youtu.be/BqvmKPF6w0A?t=1115</w:t>
      </w:r>
    </w:p>
    <w:p>
      <w:r>
        <w:rPr>
          <w:i/>
        </w:rPr>
        <w:t>“I myself have done this in my personal sphere.”</w:t>
      </w:r>
    </w:p>
    <w:p>
      <w:r>
        <w:rPr>
          <w:sz w:val="20"/>
        </w:rPr>
        <w:t>18:35  main ne khud apne zaati daira mein yahi kiya hai.</w:t>
      </w:r>
      <w:r>
        <w:br/>
      </w:r>
      <w:r>
        <w:rPr>
          <w:sz w:val="20"/>
        </w:rPr>
        <w:t>18:38  mujhe apni zaat ki kahani nahi batana hai, lekin jo log jante hain, aur meri sone umar chhuap rahi hai, inshallah, is mein aap dekhenge ke maine bar bar replanning ki apni.</w:t>
      </w:r>
      <w:r>
        <w:br/>
      </w:r>
      <w:r>
        <w:rPr>
          <w:sz w:val="20"/>
        </w:rPr>
        <w:t>18:58  aaj bhi, aaj bhi main aisa keh sakta hoon</w:t>
      </w:r>
      <w:r>
        <w:br/>
      </w:r>
      <w:r>
        <w:rPr>
          <w:sz w:val="20"/>
        </w:rPr>
        <w:t>19:04  ke kal, kal mera yeh haal tha ke main bohat hi apne aap ko weak samajh raha tha. main samajhta tha ke mera daur khatam ho gaya, ab main kuch kar nahi sakta.</w:t>
      </w:r>
      <w:r>
        <w:br/>
      </w:r>
      <w:r>
        <w:rPr>
          <w:sz w:val="20"/>
        </w:rPr>
        <w:t>19:18  mere kuch karne ka kaam nahi raha.</w:t>
      </w:r>
      <w:r>
        <w:br/>
      </w:r>
      <w:r>
        <w:rPr>
          <w:sz w:val="20"/>
        </w:rPr>
        <w:t>19:21  lekin raat ko maine socha to mera andar re-emergency hua. re-emergency. isi re-emergency ke dauran mujhe yeh samajh mein aaya ke musalmanon ka asal masla scientific chapad ki kami ka masla hai.</w:t>
      </w:r>
      <w:r>
        <w:br/>
      </w:r>
      <w:r>
        <w:rPr>
          <w:sz w:val="20"/>
        </w:rPr>
        <w:t>19:40  saari raat main sochta raha to mujhe bhi wahi karna aaya</w:t>
      </w:r>
      <w:r>
        <w:br/>
      </w:r>
      <w:r>
        <w:rPr>
          <w:sz w:val="20"/>
        </w:rPr>
        <w:t>19:47  ke mere andar jo aa gaya hai, ek ek fuqdan,</w:t>
      </w:r>
      <w:r>
        <w:br/>
      </w:r>
      <w:r>
        <w:rPr>
          <w:sz w:val="20"/>
        </w:rPr>
        <w:t>19:59  lack of confidence, is ko mujhe dobara regain karna hai. to raat maine yahi kiya. maine apne aap ko raat ko regain kiya.</w:t>
      </w:r>
      <w:r>
        <w:br/>
      </w:r>
      <w:r>
        <w:rPr>
          <w:sz w:val="20"/>
        </w:rPr>
        <w:t>20:12  tab aaj main bol raha hoon aap ke samne.</w:t>
      </w:r>
      <w:r>
        <w:br/>
      </w:r>
      <w:r>
        <w:rPr>
          <w:sz w:val="20"/>
        </w:rPr>
        <w:t>20:17  warna kal jo mera haal tha, to main is qabil nahi pata tha apne aap ko ke main aaj aap ko address kar sakoon ga.</w:t>
      </w:r>
      <w:r>
        <w:br/>
      </w:r>
      <w:r>
        <w:rPr>
          <w:sz w:val="20"/>
        </w:rPr>
        <w:t>20:29  to main aap ko dawat deta hoon ke aap apne aap ko rediscover kijiye. rediscover kijiye. apne personal level par bhi apne aap ko, aur community ke level par bhi apne aap ko.</w:t>
      </w:r>
    </w:p>
    <w:p>
      <w:pPr>
        <w:pStyle w:val="Heading2"/>
      </w:pPr>
      <w:r>
        <w:t>Scientific education key to progress</w:t>
      </w:r>
    </w:p>
    <w:p>
      <w:r>
        <w:rPr>
          <w:color w:val="666666"/>
          <w:sz w:val="18"/>
        </w:rPr>
        <w:t>Q&amp;A 04 DEC 2011 Maulana Wahiduddin Khan · 2m 08s · at 36:12 · https://youtu.be/KIMNmuUZoGo?t=2172</w:t>
      </w:r>
    </w:p>
    <w:p>
      <w:r>
        <w:rPr>
          <w:i/>
        </w:rPr>
        <w:t>“Scientific education brought discipline”</w:t>
      </w:r>
    </w:p>
    <w:p>
      <w:r>
        <w:rPr>
          <w:sz w:val="20"/>
        </w:rPr>
        <w:t>36:12  pehlay europe mein bhi nahi tha aisa. yaani renaissance se pehlay europe ka bohat bura haal tha. mein samajhta hoon keh yeh sab se bara sabab hai scientific education.</w:t>
      </w:r>
      <w:r>
        <w:br/>
      </w:r>
      <w:r>
        <w:rPr>
          <w:sz w:val="20"/>
        </w:rPr>
        <w:t>36:25  jo renaissance ke baad aayi hai. musalmanon mein bad qismati hai keh scientific education taqreeban nahi ke barabar hai.</w:t>
      </w:r>
      <w:r>
        <w:br/>
      </w:r>
      <w:r>
        <w:rPr>
          <w:sz w:val="20"/>
        </w:rPr>
        <w:t>36:33  hai hi nahi. musalmanon mein jo hai jo cheezein hain woh woh aadmi ke andar discipline discipline nahi laati.</w:t>
      </w:r>
      <w:r>
        <w:br/>
      </w:r>
      <w:r>
        <w:rPr>
          <w:sz w:val="20"/>
        </w:rPr>
        <w:t>36:41  jazbaatiyat paida karti hain. yeh jihadi baat hai aur aur inshallah baaz arsay ki khitabat, debate yeh sab cheezein.</w:t>
      </w:r>
      <w:r>
        <w:br/>
      </w:r>
      <w:r>
        <w:rPr>
          <w:sz w:val="20"/>
        </w:rPr>
        <w:t>36:50  to mein samajhta hoon keh ahl-e-europe mein mein khud pehlay jo hai in ka bohat bura haal tha.</w:t>
      </w:r>
      <w:r>
        <w:br/>
      </w:r>
      <w:r>
        <w:rPr>
          <w:sz w:val="20"/>
        </w:rPr>
        <w:t>36:59  aur renaissance ke baad jab in ki education aayi, science, scientific education, tab in mein bohat zabardast badlao aaya.</w:t>
      </w:r>
      <w:r>
        <w:br/>
      </w:r>
      <w:r>
        <w:rPr>
          <w:sz w:val="20"/>
        </w:rPr>
        <w:t>37:08  to wohi musalmanon ko bhi karna hai. bad qismati se musalmanon mein scientific education ka koi concept nahi, aaj bhi nahi hai. bohat se bohat koi samajhta hai kahein koi job lene ke liye, kuch degree lete lene ke liye.</w:t>
      </w:r>
      <w:r>
        <w:br/>
      </w:r>
      <w:r>
        <w:rPr>
          <w:sz w:val="20"/>
        </w:rPr>
        <w:t>37:23  lekin degree se aagay jo science ki ahmiyat hai us ko bilkul nahi jante woh log.</w:t>
      </w:r>
      <w:r>
        <w:br/>
      </w:r>
      <w:r>
        <w:rPr>
          <w:sz w:val="20"/>
        </w:rPr>
        <w:t>37:29  to mein samajhta hoon keh musalmanon mein agar agar sahi bolana hai to scientific education ke bahar jayein. jaise jo mulk hain pakistan, iran waghera, islami jamhooria kehte hain woh apne ko, mein kehta hoon keh yeh yeh yeh khud apne aap mein ghair scientific baat hai.</w:t>
      </w:r>
      <w:r>
        <w:br/>
      </w:r>
      <w:r>
        <w:rPr>
          <w:sz w:val="20"/>
        </w:rPr>
        <w:t>37:47  rasool Allah ne jab madina ko islami jamhooria nahi kaha to aap ke haq hai kehne ka. to yeh mulk jo hain in mein sab se zaroori tha yeh keh woh islami jamhooria declare karne ke bajaye yeh kehte hain keh hamein education mein sari taqat lagana hai.</w:t>
      </w:r>
      <w:r>
        <w:br/>
      </w:r>
      <w:r>
        <w:rPr>
          <w:sz w:val="20"/>
        </w:rPr>
        <w:t>38:02  khaas tor par scientific education mein. yeh kahein bhi yaani priority basis pe kahein bhi education ko liya nahi gaya.</w:t>
      </w:r>
      <w:r>
        <w:br/>
      </w:r>
      <w:r>
        <w:rPr>
          <w:sz w:val="20"/>
        </w:rPr>
        <w:t>38:08  koi muslim country nahi hai jahan keh priority basis pe education ko liya gaya ho. jabkeh europe mein liya. to mein samajhta hoon keh yeh asal wajah hai.</w:t>
      </w:r>
    </w:p>
    <w:p>
      <w:pPr>
        <w:pStyle w:val="Heading2"/>
      </w:pPr>
      <w:r>
        <w:t>Why God allows accidents; the discipline of blaming yourself first</w:t>
      </w:r>
    </w:p>
    <w:p>
      <w:r>
        <w:rPr>
          <w:color w:val="666666"/>
          <w:sz w:val="18"/>
        </w:rPr>
        <w:t>Politics and Nation Building May 19, 2013 · 4m 39s · at 59:25 · https://youtu.be/kmiMGq0Ki2Q?t=3565</w:t>
      </w:r>
    </w:p>
    <w:p>
      <w:r>
        <w:rPr>
          <w:i/>
        </w:rPr>
        <w:t>“Why does God sometimes stop even a good deed from happening?”</w:t>
      </w:r>
    </w:p>
    <w:p>
      <w:r>
        <w:rPr>
          <w:sz w:val="20"/>
        </w:rPr>
        <w:t>59:25  maulana why it is so that god sometimes prevents even an obvious right act from taking place what lessons should be learned from such incident please guide us nahi dekhiye yeh duniya jo hai is mein allah ne insan ko azadi di hai insan allah ki azadi ko apwais nahi kar sakta</w:t>
      </w:r>
      <w:r>
        <w:br/>
      </w:r>
      <w:r>
        <w:rPr>
          <w:sz w:val="20"/>
        </w:rPr>
        <w:t>59:52  to aaj kal traffic kya hota hai ke traffic rule ka log pabandi nahi karte andha dhund dorate</w:t>
      </w:r>
      <w:r>
        <w:br/>
      </w:r>
      <w:r>
        <w:rPr>
          <w:sz w:val="20"/>
        </w:rPr>
        <w:t>59:58  hain busain hain truck hain to woh apni azadi ka misuse karte hain</w:t>
      </w:r>
      <w:r>
        <w:br/>
      </w:r>
      <w:r>
        <w:rPr>
          <w:sz w:val="20"/>
        </w:rPr>
        <w:t>1:00:06  apni azadi ka misuse karte hain woh karte rahengay woh band nahi honge kabhi</w:t>
      </w:r>
      <w:r>
        <w:br/>
      </w:r>
      <w:r>
        <w:rPr>
          <w:sz w:val="20"/>
        </w:rPr>
        <w:t>1:00:12  to ap ko is se sirf yeh sabak lena hai ke ap ko extra precaution lena chahiye</w:t>
      </w:r>
      <w:r>
        <w:br/>
      </w:r>
      <w:r>
        <w:rPr>
          <w:sz w:val="20"/>
        </w:rPr>
        <w:t>1:00:19  extra precaution</w:t>
      </w:r>
      <w:r>
        <w:br/>
      </w:r>
      <w:r>
        <w:rPr>
          <w:sz w:val="20"/>
        </w:rPr>
        <w:t>1:00:22  ap ko khud sochna chahiye ke meri is mein kaun si kami thi jis ki wajah se yeh waqia pesh aaya</w:t>
      </w:r>
      <w:r>
        <w:br/>
      </w:r>
      <w:r>
        <w:rPr>
          <w:sz w:val="20"/>
        </w:rPr>
        <w:t>1:00:32  jaise main apna qissa bataoon ke main ek baar to gaya dilli mein ek jagah bus bus se jab bus se utra main to mujhe road cross karna tha</w:t>
      </w:r>
      <w:r>
        <w:br/>
      </w:r>
      <w:r>
        <w:rPr>
          <w:sz w:val="20"/>
        </w:rPr>
        <w:t>1:00:47  road cross kar raha tha to achaanak ek bicycle aa gayi aur bicycle mujh se takra gayi to meri ankle toot gayi chot bhi aayi to is ke baad main ne kaha ke ab main ja ke road ke kinare baith gaya aur sochne laga ke aisa kyun hua sochne laga ke aisa kyun hua</w:t>
      </w:r>
      <w:r>
        <w:br/>
      </w:r>
      <w:r>
        <w:rPr>
          <w:sz w:val="20"/>
        </w:rPr>
        <w:t>1:01:13  sochne ke baad main ne samjha ke is mein meri hi ek ghalti thi road jo cross main kar raha tha to main ne ghalat tareeqe se cross karne ki koshish ki to dekhiye doosre ko blame dene se koi faida nahi ap sirf yeh sochiye ke meri kya kotahi thi</w:t>
      </w:r>
      <w:r>
        <w:br/>
      </w:r>
      <w:r>
        <w:rPr>
          <w:sz w:val="20"/>
        </w:rPr>
        <w:t>1:01:39  isko daryaft kijiye</w:t>
      </w:r>
      <w:r>
        <w:br/>
      </w:r>
      <w:r>
        <w:rPr>
          <w:sz w:val="20"/>
        </w:rPr>
        <w:t>1:01:42  kahin aadmi ko chahiye ke woh ruk jaye woh doosray ko aagay barhnay ka moqa de kahin chahiye</w:t>
      </w:r>
      <w:r>
        <w:br/>
      </w:r>
      <w:r>
        <w:rPr>
          <w:sz w:val="20"/>
        </w:rPr>
        <w:t>1:01:48  ke woh car ko chhod kar train se safar kare yeh mukhtalif shakaloon mein woh apni kotahi ko</w:t>
      </w:r>
      <w:r>
        <w:br/>
      </w:r>
      <w:r>
        <w:rPr>
          <w:sz w:val="20"/>
        </w:rPr>
        <w:t>1:01:54  daryaft kar sakta hai to har aisay moqay par ap ko janna chahiye ke insaan apni azadi ko</w:t>
      </w:r>
      <w:r>
        <w:br/>
      </w:r>
      <w:r>
        <w:rPr>
          <w:sz w:val="20"/>
        </w:rPr>
        <w:t>1:02:00  misuse karega hum yeh rok nahi sakte logon ko ke woh apni azadi ko misuse</w:t>
      </w:r>
      <w:r>
        <w:br/>
      </w:r>
      <w:r>
        <w:rPr>
          <w:sz w:val="20"/>
        </w:rPr>
        <w:t>1:02:06  na karein woh karengay woh to humein apne aap ko bachanay ki koshish karna hai</w:t>
      </w:r>
      <w:r>
        <w:br/>
      </w:r>
      <w:r>
        <w:rPr>
          <w:sz w:val="20"/>
        </w:rPr>
        <w:t>1:02:13  to is mein lesson yahi hai ke ap yeh sochiye ke aap ke apne hisse mein kaun si kotahi thi apni taraf apni taraf kaun si kotahi thi bas is ko daryaft kijiye is ko yeh mat samjhiye ke aap achhe maqsad ke liye aaye the to to duniya mein allah taala logon ke haath baandh nahi sakta tha logon ki freedom ka abalish nahi kar sakta tha aisa nahi ho sakta tha</w:t>
      </w:r>
      <w:r>
        <w:br/>
      </w:r>
      <w:r>
        <w:rPr>
          <w:sz w:val="20"/>
        </w:rPr>
        <w:t>1:02:39  to chahe yeh waqia ho ya koi aur waqia ho hamesha aadmi ko chahiye ke blame daai self pe amal kare woh dhoondh kar kahin na kahin mera maslak yeh hai ke agar 99 percent doosri ghalti hai aur meri ghalti 1 percent hai to main 99 percent ko bhula deta hoon sirf 1 percent ko yaad rakhta hoon bas</w:t>
      </w:r>
      <w:r>
        <w:br/>
      </w:r>
      <w:r>
        <w:rPr>
          <w:sz w:val="20"/>
        </w:rPr>
        <w:t>1:03:06  bahut se qisse bata sakta hoon main ap ko ke 99 percent ghalti doosre ki thi aur meri ghalti 1 percent thi to ab main apni 1 percent hi ko main ne bahut zyada socha isi ko le kar aur doosre ki jo 99 percent ghalti thi us ko main ek dam socha hi nahi us ko bhula diya to ek aisi duniya jahan allah ne sab ko azadi di hai aisi duniya mein rehne ka tareeqa yahi hai</w:t>
      </w:r>
      <w:r>
        <w:br/>
      </w:r>
      <w:r>
        <w:rPr>
          <w:sz w:val="20"/>
        </w:rPr>
        <w:t>1:03:35  chunki hum insan ki azadi ko abwais kar nahi sakte is liye yahi hai ke hum blame daai self par amal karein</w:t>
      </w:r>
      <w:r>
        <w:br/>
      </w:r>
      <w:r>
        <w:rPr>
          <w:sz w:val="20"/>
        </w:rPr>
        <w:t>1:03:48  maulana agla sawal karachi pakistan se aaya hai miss sana ka unho ne likha hai maulana sahib i am a political journalist by profession and have been following your lectures for quite some time now</w:t>
      </w:r>
    </w:p>
    <w:p>
      <w:pPr>
        <w:pStyle w:val="Heading2"/>
      </w:pPr>
      <w:r>
        <w:t>Love of God introduced as religion's most neglected topic</w:t>
      </w:r>
    </w:p>
    <w:p>
      <w:r>
        <w:rPr>
          <w:color w:val="666666"/>
          <w:sz w:val="18"/>
        </w:rPr>
        <w:t>Love of God October 04, 2009 · 1m 00s · at 0:27 · https://youtu.be/JKCfgvpoX5s?t=27</w:t>
      </w:r>
    </w:p>
    <w:p>
      <w:r>
        <w:rPr>
          <w:i/>
        </w:rPr>
        <w:t>“آج کا جو ٹاپک ہے وہ ہے لو آف گاڈ، اللہ کی محبت”</w:t>
      </w:r>
    </w:p>
    <w:p>
      <w:r>
        <w:rPr>
          <w:sz w:val="20"/>
        </w:rPr>
        <w:t>0:27  wahal al-uqdah min lisani, yafqah qawli. aaj ki, aaj ka jo topic hai woh hai "love of god", allah ki mohabbat ya mohabbat ilahi.</w:t>
      </w:r>
      <w:r>
        <w:br/>
      </w:r>
      <w:r>
        <w:rPr>
          <w:sz w:val="20"/>
        </w:rPr>
        <w:t>0:49  mein samajhta hoon ke yeh</w:t>
      </w:r>
      <w:r>
        <w:br/>
      </w:r>
      <w:r>
        <w:rPr>
          <w:sz w:val="20"/>
        </w:rPr>
        <w:t>0:53  deen ka supreme topic hai,</w:t>
      </w:r>
      <w:r>
        <w:br/>
      </w:r>
      <w:r>
        <w:rPr>
          <w:sz w:val="20"/>
        </w:rPr>
        <w:t>0:59  is se bara koi topic nahi ho sakta.</w:t>
      </w:r>
      <w:r>
        <w:br/>
      </w:r>
      <w:r>
        <w:rPr>
          <w:sz w:val="20"/>
        </w:rPr>
        <w:t>1:05  lekin mera apna jo experience hai</w:t>
      </w:r>
      <w:r>
        <w:br/>
      </w:r>
      <w:r>
        <w:rPr>
          <w:sz w:val="20"/>
        </w:rPr>
        <w:t>1:11  woh yeh hai ke yahi woh topic hai jo sab se zyada neglected hai, sab se zyada neglected topic hai.</w:t>
      </w:r>
      <w:r>
        <w:br/>
      </w:r>
      <w:r>
        <w:rPr>
          <w:sz w:val="20"/>
        </w:rPr>
        <w:t>1:25  yeh mera ehsas hai.</w:t>
      </w:r>
    </w:p>
    <w:p>
      <w:pPr>
        <w:pStyle w:val="Heading2"/>
      </w:pPr>
      <w:r>
        <w:t>Never justify your mistake completely</w:t>
      </w:r>
    </w:p>
    <w:p>
      <w:r>
        <w:rPr>
          <w:color w:val="666666"/>
          <w:sz w:val="18"/>
        </w:rPr>
        <w:t>Tazkiyah and Self Criticism April 13, 2020 Maulana Wahiduddin Khan · 37s · at 25:48 · https://youtu.be/D4pMJtT4vDg?t=1548</w:t>
      </w:r>
    </w:p>
    <w:p>
      <w:r>
        <w:rPr>
          <w:i/>
        </w:rPr>
        <w:t>“Main apni ghalti ko kabhi justify nahi karta”</w:t>
      </w:r>
    </w:p>
    <w:p>
      <w:r>
        <w:rPr>
          <w:sz w:val="20"/>
        </w:rPr>
        <w:t>25:48  Aur mera mizaj ulta hai. Main apni ghalti ko kabhi justify nahi karta. Aap yaqeen kijiye ke main is ko afford nahi kar sakta.</w:t>
      </w:r>
      <w:r>
        <w:br/>
      </w:r>
      <w:r>
        <w:rPr>
          <w:sz w:val="20"/>
        </w:rPr>
        <w:t>25:57  Afford nahi ke main apni ghalti ko justify karoon.</w:t>
      </w:r>
      <w:r>
        <w:br/>
      </w:r>
      <w:r>
        <w:rPr>
          <w:sz w:val="20"/>
        </w:rPr>
        <w:t>26:06  Yeh main afford nahi kar sakta ke main apni ghalti ko justify karoon. To yeh mizaj banana padega. Yeh mizaj banana padega.</w:t>
      </w:r>
    </w:p>
    <w:p>
      <w:pPr>
        <w:pStyle w:val="Heading2"/>
      </w:pPr>
      <w:r>
        <w:t>Speaking without fact is worse than silence</w:t>
      </w:r>
    </w:p>
    <w:p>
      <w:r>
        <w:rPr>
          <w:color w:val="666666"/>
          <w:sz w:val="18"/>
        </w:rPr>
        <w:t>Characteristics of the Sahaba 6July, 2019 - Maulana Wahiduddin Khan · 6m 11s · at 41:52 · https://youtu.be/2wktpPu1O8Q?t=2512</w:t>
      </w:r>
    </w:p>
    <w:p>
      <w:r>
        <w:rPr>
          <w:i/>
        </w:rPr>
        <w:t>“Quran aur hadees, us se bada jhooth koi nahi”</w:t>
      </w:r>
    </w:p>
    <w:p>
      <w:r>
        <w:rPr>
          <w:sz w:val="20"/>
        </w:rPr>
        <w:t>41:52  quran aur hadith, quran aur hadith, is se zyada bada jhoot koi nahi hai. is se bada jhoot koi nahi. yeh aap aap aise jahil musalmanon ki baatein suni hongi aap ne.</w:t>
      </w:r>
      <w:r>
        <w:br/>
      </w:r>
      <w:r>
        <w:rPr>
          <w:sz w:val="20"/>
        </w:rPr>
        <w:t>42:05  haan ji, parhe likhe musalmanon ki baat nahi suni hongi aap ne. yeh to jahilon ki baat hai. hargiz nahi. yeh yeh islam hai ke aap farz kar lein ke yahan zulm ho raha hai aur kood paden wahan par.</w:t>
      </w:r>
      <w:r>
        <w:br/>
      </w:r>
      <w:r>
        <w:rPr>
          <w:sz w:val="20"/>
        </w:rPr>
        <w:t>42:17  yeh to yeh to khud itselfly haram hai. sab se pehla kaam aap ka hai, dekhein mein batata hoon aap ko islam ke bare mein.</w:t>
      </w:r>
      <w:r>
        <w:br/>
      </w:r>
      <w:r>
        <w:rPr>
          <w:sz w:val="20"/>
        </w:rPr>
        <w:t>42:31  sab se pehla kaam yeh hai ke aap samjhein ke what is the fact. yeh nahi ke bol paden.</w:t>
      </w:r>
      <w:r>
        <w:br/>
      </w:r>
      <w:r>
        <w:rPr>
          <w:sz w:val="20"/>
        </w:rPr>
        <w:t>42:41  nahin. kahin koi waqea ho raha hai to chup chap is ko observe kijiye. observe kijiye aur janiye ke hai mamla kya hai.</w:t>
      </w:r>
      <w:r>
        <w:br/>
      </w:r>
      <w:r>
        <w:rPr>
          <w:sz w:val="20"/>
        </w:rPr>
        <w:t>42:53  phir is ko analyze kijiye.</w:t>
      </w:r>
      <w:r>
        <w:br/>
      </w:r>
      <w:r>
        <w:rPr>
          <w:sz w:val="20"/>
        </w:rPr>
        <w:t>42:58  aur jab tak aap aur dono taraf ko suniye, yeh bhi zaroori hai. ek fareeq ka sun kar nahi. maslan aam taur par maine dekha hai, mein jata tha tehqeeq karne ke liye.</w:t>
      </w:r>
      <w:r>
        <w:br/>
      </w:r>
      <w:r>
        <w:rPr>
          <w:sz w:val="20"/>
        </w:rPr>
        <w:t>43:12  yeh jo so called fasad fasadat hote the, comma rights so called, to maine likha tha is pe bhi kitab hai "fasadat ka masla".</w:t>
      </w:r>
      <w:r>
        <w:br/>
      </w:r>
      <w:r>
        <w:rPr>
          <w:sz w:val="20"/>
        </w:rPr>
        <w:t>43:28  to maine is pe likha tha ke jis cheez ko kehte hain zulm, woh haqeeqat mein hota hai retaliation. yani fareeqe sani ko aap ne zulm ka woh kar rahe hain,</w:t>
      </w:r>
      <w:r>
        <w:br/>
      </w:r>
      <w:r>
        <w:rPr>
          <w:sz w:val="20"/>
        </w:rPr>
        <w:t>43:42  ilzaam de rahe hain. woh to retaliation hota hai. yahi hota hai falasteen mein, yeh hota hai india mein. aap ne pathar bahra, aap ne bomb mara to woh retaliate karega.</w:t>
      </w:r>
      <w:r>
        <w:br/>
      </w:r>
      <w:r>
        <w:rPr>
          <w:sz w:val="20"/>
        </w:rPr>
        <w:t>43:56  woh phir doosra fareeq aap kahenge zulm ho raha hai, zulm ho raha hai. yeh to jhoot se bhi zyada buri cheez hai. yeh yeh jhoot se zyada buri cheez hai.</w:t>
      </w:r>
      <w:r>
        <w:br/>
      </w:r>
      <w:r>
        <w:rPr>
          <w:sz w:val="20"/>
        </w:rPr>
        <w:t>44:08  ji molana, maslan aap dekhein, mein misaal deta hoon aap ko. aap check kar lejiye internet par. ek martaba filastiniyon ke area mein chand israeli naujawan mil gaye.</w:t>
      </w:r>
      <w:r>
        <w:br/>
      </w:r>
      <w:r>
        <w:rPr>
          <w:sz w:val="20"/>
        </w:rPr>
        <w:t>44:20  un ko koi maar dala. unho ne woh fauj ke naujawan the, woh maar dala. kai the woh. to is ke baad bombardment ki israel ne, bombardment ki.</w:t>
      </w:r>
      <w:r>
        <w:br/>
      </w:r>
      <w:r>
        <w:rPr>
          <w:sz w:val="20"/>
        </w:rPr>
        <w:t>44:35  to sare musalman zulm ho raha hai, zulm ho raha hai. yeh to retaliation, woh zulm tha hi nahi.</w:t>
      </w:r>
      <w:r>
        <w:br/>
      </w:r>
      <w:r>
        <w:rPr>
          <w:sz w:val="20"/>
        </w:rPr>
        <w:t>44:46  woh retaliation tha, woh zulm tha hi nahi. to musalman to unho ne to sirf apne ko sirf woh sabit karna hai ke hum achhe hain, chahe jhoot bol ke ho, kaise bhi kar ke ho.</w:t>
      </w:r>
      <w:r>
        <w:br/>
      </w:r>
      <w:r>
        <w:rPr>
          <w:sz w:val="20"/>
        </w:rPr>
        <w:t>45:03  to aise musalmanon ki baat sunti hain aap? aise musalmanon ki baat sunti hain aap? aap kyun nahi un ki scrutiny karti hain? scrutiny kijiye.</w:t>
      </w:r>
      <w:r>
        <w:br/>
      </w:r>
      <w:r>
        <w:rPr>
          <w:sz w:val="20"/>
        </w:rPr>
        <w:t>45:13  mein hamesha scrutiny karta hoon. mein hamesha scrutiny karta hoon. jahan bhi jata hoon, mein to scrutiny karta hoon.</w:t>
      </w:r>
      <w:r>
        <w:br/>
      </w:r>
      <w:r>
        <w:rPr>
          <w:sz w:val="20"/>
        </w:rPr>
        <w:t>45:22  scrutiny mein baat khul jati hai.</w:t>
      </w:r>
      <w:r>
        <w:br/>
      </w:r>
      <w:r>
        <w:rPr>
          <w:sz w:val="20"/>
        </w:rPr>
        <w:t>45:26  parhta hoon, tab bhi kai kai version parhta hoon. agar akhbar ki report parhoon ga to kai version parhoon ga.</w:t>
      </w:r>
      <w:r>
        <w:br/>
      </w:r>
      <w:r>
        <w:rPr>
          <w:sz w:val="20"/>
        </w:rPr>
        <w:t>45:37  koi sunne wala mujhe mil jaye ga to us ki scrutiny karoon ga.</w:t>
      </w:r>
      <w:r>
        <w:br/>
      </w:r>
      <w:r>
        <w:rPr>
          <w:sz w:val="20"/>
        </w:rPr>
        <w:t>45:44  us ka analysis karoon ga. analysis.</w:t>
      </w:r>
      <w:r>
        <w:br/>
      </w:r>
      <w:r>
        <w:rPr>
          <w:sz w:val="20"/>
        </w:rPr>
        <w:t>45:50  misalan dainkhen, shuru zamanay ki baat hai, sari qiyadat hamari jo thi musalmanon ki so called, woh sab khari ho gayi thi zulm o rah, zulm o rah par.</w:t>
      </w:r>
      <w:r>
        <w:br/>
      </w:r>
      <w:r>
        <w:rPr>
          <w:sz w:val="20"/>
        </w:rPr>
        <w:t>46:02  aur main ne tehqeeq ki ja kar yeh woh yeh area is area mein hua tha, yeh waqia jo bangal se mila hua area hai.</w:t>
      </w:r>
      <w:r>
        <w:br/>
      </w:r>
      <w:r>
        <w:rPr>
          <w:sz w:val="20"/>
        </w:rPr>
        <w:t>46:13  to main ne jab tehqeeq ki ja kar ke to maloom hua ke aik muslim naujawan jo hai, aik hindi hindi larki ko bhaga le gaya tha. is mein fasad hua, bohat sakht fasad hua.</w:t>
      </w:r>
      <w:r>
        <w:br/>
      </w:r>
      <w:r>
        <w:rPr>
          <w:sz w:val="20"/>
        </w:rPr>
        <w:t>46:24  to musalmanon mein yahan jo khabar chapi hai, woh sirf yeh chapi ke fasad, yeh zulm, yeh zulm. yeh nahin bataya ke aik muslim naujawan ne aik hindu lodi larki ko ko bhaga le gaya.</w:t>
      </w:r>
      <w:r>
        <w:br/>
      </w:r>
      <w:r>
        <w:rPr>
          <w:sz w:val="20"/>
        </w:rPr>
        <w:t>46:38  to main ne yeh baat kahi to mujh pe musalman bohat ghusa ho gaya. isi liye is ko yeh kehte hain ke woh jo kon hai ke malamat, khud malamati, malamati rang, malamati rang ke mani ke main fact batata hoon.</w:t>
      </w:r>
      <w:r>
        <w:br/>
      </w:r>
      <w:r>
        <w:rPr>
          <w:sz w:val="20"/>
        </w:rPr>
        <w:t>46:52  to is ko kehte hain malamati rang. main fact kehta hoon, batata hoon. is ko kehte hain malamati rang. nahin, woh naseehat hoti hai.</w:t>
      </w:r>
      <w:r>
        <w:br/>
      </w:r>
      <w:r>
        <w:rPr>
          <w:sz w:val="20"/>
        </w:rPr>
        <w:t>47:03  main hamesha fact fain, fact jo kehte hain na, fact finding, is par jata hoon. koi meri baat ko daleel se aaj tak kaat nahin saka.</w:t>
      </w:r>
      <w:r>
        <w:br/>
      </w:r>
      <w:r>
        <w:rPr>
          <w:sz w:val="20"/>
        </w:rPr>
        <w:t>47:15  jitne bhi main ne likha hai, reporting di hai, sab aise alfaaz bolte hain ke malamati rang. yeh koi, yeh koi baat thori hai.</w:t>
      </w:r>
      <w:r>
        <w:br/>
      </w:r>
      <w:r>
        <w:rPr>
          <w:sz w:val="20"/>
        </w:rPr>
        <w:t>47:26  yeh to, yeh to jhoot hai.</w:t>
      </w:r>
      <w:r>
        <w:br/>
      </w:r>
      <w:r>
        <w:rPr>
          <w:sz w:val="20"/>
        </w:rPr>
        <w:t>47:30  aap daleel ko main kitni baar main ne challenge kiya hai ke meri baaton ko daleel se kaatiye. yeh kya hai? yeh to gaali hai ke malamati rang.</w:t>
      </w:r>
      <w:r>
        <w:br/>
      </w:r>
      <w:r>
        <w:rPr>
          <w:sz w:val="20"/>
        </w:rPr>
        <w:t>47:38  yeh gaali hai. yeh aap daleel se kaatiye meri baat ko. aaj tak koi aik waqia nahin bata saka ke meri baat ko unhon ne daleel se kaata ho.</w:t>
      </w:r>
      <w:r>
        <w:br/>
      </w:r>
      <w:r>
        <w:rPr>
          <w:sz w:val="20"/>
        </w:rPr>
        <w:t>47:51  bhai, ilzaam lagate hain mere upar ke ilzaam lagane se kuch sabit hota hai.</w:t>
      </w:r>
    </w:p>
    <w:p>
      <w:pPr>
        <w:pStyle w:val="Heading2"/>
      </w:pPr>
      <w:r>
        <w:t>why people treat a prophet's message as an ego issue</w:t>
      </w:r>
    </w:p>
    <w:p>
      <w:r>
        <w:rPr>
          <w:color w:val="666666"/>
          <w:sz w:val="18"/>
        </w:rPr>
        <w:t>Dars-e-Quran Chapter 2 Verses 206, 208, 212, 213 &amp; 214 July 2, 2007 Maulana Wahiduddin Khan · 2m 48s · at 7:21 · https://youtu.be/34tQK67_TvQ?t=441</w:t>
      </w:r>
    </w:p>
    <w:p>
      <w:r>
        <w:rPr>
          <w:i/>
        </w:rPr>
        <w:t>“خدا کے مقابلے میں ہر آدمی اتنا ہیلپ لیس ہے کہ عزت کا سوال نہیں بنائے گا”</w:t>
      </w:r>
    </w:p>
    <w:p>
      <w:r>
        <w:rPr>
          <w:sz w:val="20"/>
        </w:rPr>
        <w:t>7:21  kyun ke Khuda ke muqable mein har aadmi itna zyada helpless hai, itna zyada ajeez hai ke koi bhi Khuda ke muqable mein izzat ka sawal nahi banaye ga.</w:t>
      </w:r>
      <w:r>
        <w:br/>
      </w:r>
      <w:r>
        <w:rPr>
          <w:sz w:val="20"/>
        </w:rPr>
        <w:t>7:38  yeh hota hai insaan ke muqable mein. Choonke Khuda ki baat ek insaan ke munh se kahi jati hai,</w:t>
      </w:r>
      <w:r>
        <w:br/>
      </w:r>
      <w:r>
        <w:rPr>
          <w:sz w:val="20"/>
        </w:rPr>
        <w:t>7:49  Khuda khud direct tor par logon ko nahi kehta, Khuda khud samne nahi aata, Khuda direct tor par address nahi karta.</w:t>
      </w:r>
      <w:r>
        <w:br/>
      </w:r>
      <w:r>
        <w:rPr>
          <w:sz w:val="20"/>
        </w:rPr>
        <w:t>8:04  Khuda kisi ko prophet banata hai, messenger banata hai, aur woh Khuda ki taraf se bolta hai.</w:t>
      </w:r>
      <w:r>
        <w:br/>
      </w:r>
      <w:r>
        <w:rPr>
          <w:sz w:val="20"/>
        </w:rPr>
        <w:t>8:16  prophet ke baad daai yahi kaam karta hai. Daai jo hai, prophet ki jagah par, yaani peghambar ki jagah par khara hota hai.</w:t>
      </w:r>
      <w:r>
        <w:br/>
      </w:r>
      <w:r>
        <w:rPr>
          <w:sz w:val="20"/>
        </w:rPr>
        <w:t>8:29  to dawat ka kaam darasal</w:t>
      </w:r>
      <w:r>
        <w:br/>
      </w:r>
      <w:r>
        <w:rPr>
          <w:sz w:val="20"/>
        </w:rPr>
        <w:t>8:34  peghambar ki niyabat hai. Daai peghambar ka qaim muqam hota hai. To</w:t>
      </w:r>
      <w:r>
        <w:br/>
      </w:r>
      <w:r>
        <w:rPr>
          <w:sz w:val="20"/>
        </w:rPr>
        <w:t>8:42  phir bhi insaan hai. To jab ek peghambar ne kaha ke Khuda se daro, gunahgari ki zindagi chodo, Khuda ko ek mano,</w:t>
      </w:r>
      <w:r>
        <w:br/>
      </w:r>
      <w:r>
        <w:rPr>
          <w:sz w:val="20"/>
        </w:rPr>
        <w:t>8:55  to is ko is ne liya ek insaan ki baat ke tor par,</w:t>
      </w:r>
      <w:r>
        <w:br/>
      </w:r>
      <w:r>
        <w:rPr>
          <w:sz w:val="20"/>
        </w:rPr>
        <w:t>9:01  Khuda ki baat ke tor par nahi. Yeh bohat zyada sochne ki baat hai ke jab bhi aadmi kisi se sunta hai sachai ki baat, jis mein us ko apni ghalti dikhai deti hai,</w:t>
      </w:r>
      <w:r>
        <w:br/>
      </w:r>
      <w:r>
        <w:rPr>
          <w:sz w:val="20"/>
        </w:rPr>
        <w:t>9:22  jis mein dikhai deta hai ke ab tak mein jhoot par khara hua tha, ab mujhe sachai par khara hona hai.</w:t>
      </w:r>
      <w:r>
        <w:br/>
      </w:r>
      <w:r>
        <w:rPr>
          <w:sz w:val="20"/>
        </w:rPr>
        <w:t>9:30  ab tak mein gunahgari mein pada hua tha, ab mujhe neki ke rastay par chalna hai. Ab tak mein apni khwahishon ke peechay daur raha tha,</w:t>
      </w:r>
      <w:r>
        <w:br/>
      </w:r>
      <w:r>
        <w:rPr>
          <w:sz w:val="20"/>
        </w:rPr>
        <w:t>9:44  ab mujhe Khuda ke bataye hue principle par chalna hai.</w:t>
      </w:r>
      <w:r>
        <w:br/>
      </w:r>
      <w:r>
        <w:rPr>
          <w:sz w:val="20"/>
        </w:rPr>
        <w:t>9:52  ab tak mein apni ana ko follow kar raha tha,</w:t>
      </w:r>
      <w:r>
        <w:br/>
      </w:r>
      <w:r>
        <w:rPr>
          <w:sz w:val="20"/>
        </w:rPr>
        <w:t>9:56  ab mujhe Khuda ko follow karna hai. To yeh hota hai paigham, yeh hota hai message peghambar ka ya peghambar ke baad daai ka.</w:t>
      </w:r>
    </w:p>
    <w:p>
      <w:pPr>
        <w:pStyle w:val="Heading2"/>
      </w:pPr>
      <w:r>
        <w:t>Hafiz sahab paid to read Qur'an teaches true involvement</w:t>
      </w:r>
    </w:p>
    <w:p>
      <w:r>
        <w:rPr>
          <w:color w:val="666666"/>
          <w:sz w:val="18"/>
        </w:rPr>
        <w:t>Fasting A Source of Spiritual Empowerment August 21, 2011 Maulana Wahiduddin Khan · 4m 31s · at 25:42 · https://youtu.be/Z0EbPlujcf0?t=1542</w:t>
      </w:r>
    </w:p>
    <w:p>
      <w:r>
        <w:rPr>
          <w:i/>
        </w:rPr>
        <w:t>“Ek baar main Gorakhpur gaya, yeh azadi se pehle ki baat hai”</w:t>
      </w:r>
    </w:p>
    <w:p>
      <w:r>
        <w:rPr>
          <w:sz w:val="20"/>
        </w:rPr>
        <w:t>25:42  ek baar mein gorakhpur gaya. yeh azadi se pehle ki baat hai. British Period ki baat hai yeh.</w:t>
      </w:r>
      <w:r>
        <w:br/>
      </w:r>
      <w:r>
        <w:rPr>
          <w:sz w:val="20"/>
        </w:rPr>
        <w:t>25:54  to wahan par ek sahab the jo bohat bare afsar the. jin ko kaha jata tha DTS. us waqt un ka title hua karta tha DTS.</w:t>
      </w:r>
      <w:r>
        <w:br/>
      </w:r>
      <w:r>
        <w:rPr>
          <w:sz w:val="20"/>
        </w:rPr>
        <w:t>26:04  ab pata nahi kya title hoga. BNWR ke bare afsar the woh.</w:t>
      </w:r>
      <w:r>
        <w:br/>
      </w:r>
      <w:r>
        <w:rPr>
          <w:sz w:val="20"/>
        </w:rPr>
        <w:t>26:13  bohat bara bangla tha un ka. to wahan mein chand din raha. yeh ramzan ka mahina tha woh bhi. to mein ne dekha sham ko ek sahab aate hain.</w:t>
      </w:r>
      <w:r>
        <w:br/>
      </w:r>
      <w:r>
        <w:rPr>
          <w:sz w:val="20"/>
        </w:rPr>
        <w:t>26:30  aur woh rozana wahan baith kar ke kuch parhte hain aur chale aate hain.</w:t>
      </w:r>
      <w:r>
        <w:br/>
      </w:r>
      <w:r>
        <w:rPr>
          <w:sz w:val="20"/>
        </w:rPr>
        <w:t>26:37  to mein ne woh sahab jo the jo bare afsar jo the un se mein ne poocha ke yeh kaun sahab aate hain sham ko kya maqsad hota hai.</w:t>
      </w:r>
      <w:r>
        <w:br/>
      </w:r>
      <w:r>
        <w:rPr>
          <w:sz w:val="20"/>
        </w:rPr>
        <w:t>26:49  to unhone kaha ke woh Hafiz sahab hain. hum to roza rakh nahi sakte.</w:t>
      </w:r>
      <w:r>
        <w:br/>
      </w:r>
      <w:r>
        <w:rPr>
          <w:sz w:val="20"/>
        </w:rPr>
        <w:t>26:57  hum roza nahi rakh sakte. to Hafiz sahab se keh diya ke woh sham ko aa kar parh ke chale aate hain Quran Majeed. aur phir un ko hum ramzan ka mahina khatam hoga to kuch paise de denge.</w:t>
      </w:r>
      <w:r>
        <w:br/>
      </w:r>
      <w:r>
        <w:rPr>
          <w:sz w:val="20"/>
        </w:rPr>
        <w:t>27:13  is tajrube se mujhe ek ajib ehsas hua. abhi tak mein sochta hoon yeh waqea ho gaya bohat pehle ka. yani azadi se pehle ki baat hai yeh.</w:t>
      </w:r>
      <w:r>
        <w:br/>
      </w:r>
      <w:r>
        <w:rPr>
          <w:sz w:val="20"/>
        </w:rPr>
        <w:t>27:23  shayad 70 baras ka waqea hoga yeh.</w:t>
      </w:r>
      <w:r>
        <w:br/>
      </w:r>
      <w:r>
        <w:rPr>
          <w:sz w:val="20"/>
        </w:rPr>
        <w:t>27:27  aaj mein yeh soch raha tha is waqea ko le kar. to mein ne socha ke woh afsar sahab jo the agar yeh karte</w:t>
      </w:r>
      <w:r>
        <w:br/>
      </w:r>
      <w:r>
        <w:rPr>
          <w:sz w:val="20"/>
        </w:rPr>
        <w:t>27:40  ke khuda ya mein din bhar bhooka to nahi reh sakta. mein teri kitab parh raha hoon. isi kitab ke parhne ko to meri taraf se qabool kar le.</w:t>
      </w:r>
      <w:r>
        <w:br/>
      </w:r>
      <w:r>
        <w:rPr>
          <w:sz w:val="20"/>
        </w:rPr>
        <w:t>27:57  yani Fasting ki bajaye tilawat e Quran ko meri taraf se qabool kar le. to shayad Allah ki rehmat josh karti. Allah taala qabool farmata.</w:t>
      </w:r>
      <w:r>
        <w:br/>
      </w:r>
      <w:r>
        <w:rPr>
          <w:sz w:val="20"/>
        </w:rPr>
        <w:t>28:10  lekin yeh to bilkul aisa jaise kisi ko kiraye de kar ke aap kahein ke tumhein yeh kaam kar do.</w:t>
      </w:r>
      <w:r>
        <w:br/>
      </w:r>
      <w:r>
        <w:rPr>
          <w:sz w:val="20"/>
        </w:rPr>
        <w:t>28:18  dekhein ramzan ka matlab hai apne aap ko Involve karna.</w:t>
      </w:r>
      <w:r>
        <w:br/>
      </w:r>
      <w:r>
        <w:rPr>
          <w:sz w:val="20"/>
        </w:rPr>
        <w:t>28:25  yeh nahi ke kiraye de kar kisi se aap roza rakhwa dein.</w:t>
      </w:r>
      <w:r>
        <w:br/>
      </w:r>
      <w:r>
        <w:rPr>
          <w:sz w:val="20"/>
        </w:rPr>
        <w:t>28:31  kahin se Quran parhwa dein. yeh kirayedari ka mamla nahi hai. apne aap ko Involve karne ka mamla hai.</w:t>
      </w:r>
      <w:r>
        <w:br/>
      </w:r>
      <w:r>
        <w:rPr>
          <w:sz w:val="20"/>
        </w:rPr>
        <w:t>28:42  to aaj mein soch raha tha bohat dil tarap utha mera yeh soch kar ke insaan kaisi ajib cheez hai.</w:t>
      </w:r>
      <w:r>
        <w:br/>
      </w:r>
      <w:r>
        <w:rPr>
          <w:sz w:val="20"/>
        </w:rPr>
        <w:t>28:54  Khuda dekhna chahta hai aap ka Involvement.</w:t>
      </w:r>
      <w:r>
        <w:br/>
      </w:r>
      <w:r>
        <w:rPr>
          <w:sz w:val="20"/>
        </w:rPr>
        <w:t>29:01  aap farz kijiye ke roza nahi rakhte rakh sakte. to kahein ke khuda ya mein 10 din ka roza rakhta hoon. yahi to qabool kar le meri taraf se.</w:t>
      </w:r>
      <w:r>
        <w:br/>
      </w:r>
      <w:r>
        <w:rPr>
          <w:sz w:val="20"/>
        </w:rPr>
        <w:t>29:11  ya aap is qabil bhi nahi hain. to subah sham baith kar Quran parhein. kahein ke khuda ya mere bas mein roza rakhna nahi hai.</w:t>
      </w:r>
      <w:r>
        <w:br/>
      </w:r>
      <w:r>
        <w:rPr>
          <w:sz w:val="20"/>
        </w:rPr>
        <w:t>29:25  to apni kitab ki tilawat ko meri taraf se qabool farma le.</w:t>
      </w:r>
      <w:r>
        <w:br/>
      </w:r>
      <w:r>
        <w:rPr>
          <w:sz w:val="20"/>
        </w:rPr>
        <w:t>29:33  yeh keh kar aadmi ro paray.</w:t>
      </w:r>
      <w:r>
        <w:br/>
      </w:r>
      <w:r>
        <w:rPr>
          <w:sz w:val="20"/>
        </w:rPr>
        <w:t>29:38  to shayad Allah ki rehmat josh mein aaye. Woh kahe ke mere bande mein tujh se yahi qabool kar liya.</w:t>
      </w:r>
      <w:r>
        <w:br/>
      </w:r>
      <w:r>
        <w:rPr>
          <w:sz w:val="20"/>
        </w:rPr>
        <w:t>29:51  kyunke tu ne Involvement to dikhaya.</w:t>
      </w:r>
      <w:r>
        <w:br/>
      </w:r>
      <w:r>
        <w:rPr>
          <w:sz w:val="20"/>
        </w:rPr>
        <w:t>30:00  to jo log uzr pesh karte hain woh raaz nahi samajhte raaz.</w:t>
      </w:r>
      <w:r>
        <w:br/>
      </w:r>
      <w:r>
        <w:rPr>
          <w:sz w:val="20"/>
        </w:rPr>
        <w:t>30:10  yeh yeh baat hai Involvement ki.</w:t>
      </w:r>
    </w:p>
    <w:p>
      <w:pPr>
        <w:pStyle w:val="Heading2"/>
      </w:pPr>
      <w:r>
        <w:t>Hiring a Quran reader vs personal involvement</w:t>
      </w:r>
    </w:p>
    <w:p>
      <w:r>
        <w:rPr>
          <w:color w:val="666666"/>
          <w:sz w:val="18"/>
        </w:rPr>
        <w:t>Fasting A Source of Spiritual Empowerment 21 Aug, 2011 - Maulana Wahiduddin Khan · 2m 53s · at 25:46 · https://youtu.be/b19V3pD-tbQ?t=1546</w:t>
      </w:r>
    </w:p>
    <w:p>
      <w:r>
        <w:rPr>
          <w:i/>
        </w:rPr>
        <w:t>“Ek baar main Gorakhpur gaya.”</w:t>
      </w:r>
    </w:p>
    <w:p>
      <w:r>
        <w:rPr>
          <w:sz w:val="20"/>
        </w:rPr>
        <w:t>25:46  ek bar main Gorakhpur gaya. ye azadi se pehle ki baat hai. British Period ki baat hai ye.</w:t>
      </w:r>
      <w:r>
        <w:br/>
      </w:r>
      <w:r>
        <w:rPr>
          <w:sz w:val="20"/>
        </w:rPr>
        <w:t>25:58  to wahan par ek sahib the jo bohat bare afsar the jin ko kaha jata tha DTS. is waqt un ka title hua karta tha DTS.</w:t>
      </w:r>
      <w:r>
        <w:br/>
      </w:r>
      <w:r>
        <w:rPr>
          <w:sz w:val="20"/>
        </w:rPr>
        <w:t>26:08  ab pata nahi kya title hoga. BNWR ke bare afsar the wo. bohat bara bangla tha un ka.</w:t>
      </w:r>
      <w:r>
        <w:br/>
      </w:r>
      <w:r>
        <w:rPr>
          <w:sz w:val="20"/>
        </w:rPr>
        <w:t>26:21  to wahan main chand din raha. ye ramzan ka mahina tha wo bhi. to main ne dekha ke subah ko nahi, sham ko.</w:t>
      </w:r>
      <w:r>
        <w:br/>
      </w:r>
      <w:r>
        <w:rPr>
          <w:sz w:val="20"/>
        </w:rPr>
        <w:t>26:34  sham ko ek sahib ate hain. aur wo rozana wahan baith kar ke kuch parhte hain aur chale ate hain.</w:t>
      </w:r>
      <w:r>
        <w:br/>
      </w:r>
      <w:r>
        <w:rPr>
          <w:sz w:val="20"/>
        </w:rPr>
        <w:t>26:44  to main wo sahib jo the jo bare afsar jo the, un se main ne poocha ke ye kaun sahib ate hain sham ko?</w:t>
      </w:r>
      <w:r>
        <w:br/>
      </w:r>
      <w:r>
        <w:rPr>
          <w:sz w:val="20"/>
        </w:rPr>
        <w:t>26:53  kya maqsad hota hai? to unhone kaha ke wo Hafiz sahib hain. hum to roza rakh nahi sakte.</w:t>
      </w:r>
      <w:r>
        <w:br/>
      </w:r>
      <w:r>
        <w:rPr>
          <w:sz w:val="20"/>
        </w:rPr>
        <w:t>27:04  hum roza nahi rakh sakte. to Hafiz sahib se keh diya ke wo sham ko aa kar parh ke chale ate hain Quran Majeed. aur phir un ko hum ramzan ka mahina khatam hoga to kuch paise de denge.</w:t>
      </w:r>
      <w:r>
        <w:br/>
      </w:r>
      <w:r>
        <w:rPr>
          <w:sz w:val="20"/>
        </w:rPr>
        <w:t>27:20  is tajrube se mujhe ek ajib ehsas hua. abhi tak main sochta hoon yeh waqea ho gaya bahut pehle ka. yani azadi se pehle ki baat hai yeh.</w:t>
      </w:r>
      <w:r>
        <w:br/>
      </w:r>
      <w:r>
        <w:rPr>
          <w:sz w:val="20"/>
        </w:rPr>
        <w:t>27:31  shayad satar baras ka waqea hoga yeh. aaj main yeh soch raha tha is waqey ko le kar. to maine socha ke woh afsar sahab jo the agar yeh karte</w:t>
      </w:r>
      <w:r>
        <w:br/>
      </w:r>
      <w:r>
        <w:rPr>
          <w:sz w:val="20"/>
        </w:rPr>
        <w:t>27:47  ke khudaaya main din bhar bhooka to nahin reh sakta. main teri kitab padh raha hoon. isi kitab ke padhne ko to meri taraf se qubool kar le.</w:t>
      </w:r>
      <w:r>
        <w:br/>
      </w:r>
      <w:r>
        <w:rPr>
          <w:sz w:val="20"/>
        </w:rPr>
        <w:t>28:05  yani Fasting ki bajaye tilawat e quran ko meri taraf se qubool kar le. to shayad Allah ki rehmat josh karti. Allah taala qubool farmata.</w:t>
      </w:r>
      <w:r>
        <w:br/>
      </w:r>
      <w:r>
        <w:rPr>
          <w:sz w:val="20"/>
        </w:rPr>
        <w:t>28:18  lekin yeh to bilkul aisa ke kisi ko kiraye de kar ke aap kahein ke tumhein yeh kaam kar do.</w:t>
      </w:r>
      <w:r>
        <w:br/>
      </w:r>
      <w:r>
        <w:rPr>
          <w:sz w:val="20"/>
        </w:rPr>
        <w:t>28:26  dekhein Ramzan ka matlab hai apne aap ko Involve karna. yeh nahin ke kiraye de kar kisi se aap roza rakhwa dein.</w:t>
      </w:r>
    </w:p>
    <w:p>
      <w:pPr>
        <w:pStyle w:val="Heading2"/>
      </w:pPr>
      <w:r>
        <w:t>Muslim failure against American and Zionist expansion</w:t>
      </w:r>
    </w:p>
    <w:p>
      <w:r>
        <w:rPr>
          <w:color w:val="666666"/>
          <w:sz w:val="18"/>
        </w:rPr>
        <w:t>The Problem of Conditioning 22 April 2012 - Maulana Wahiduddin Khan · 4m 36s · at 29:25 · https://youtu.be/v4QLXjeTK9s?t=1765</w:t>
      </w:r>
    </w:p>
    <w:p>
      <w:r>
        <w:rPr>
          <w:i/>
        </w:rPr>
        <w:t>“Phoonch jaye American aate hain”</w:t>
      </w:r>
    </w:p>
    <w:p>
      <w:r>
        <w:rPr>
          <w:sz w:val="20"/>
        </w:rPr>
        <w:t>29:25  aise hi dekhiye is ke baad ke zamane mein american aate hain. pehle woh log aaye, europe ke log. phir baad ke zamane mein american log aaye.</w:t>
      </w:r>
      <w:r>
        <w:br/>
      </w:r>
      <w:r>
        <w:rPr>
          <w:sz w:val="20"/>
        </w:rPr>
        <w:t>29:35  aaj kal american log ghuse hue hain idhar udhar. tab bhi kya hua? musalmanon ne dobara un ko expansionist ke roop mein dekha. bas</w:t>
      </w:r>
      <w:r>
        <w:br/>
      </w:r>
      <w:r>
        <w:rPr>
          <w:sz w:val="20"/>
        </w:rPr>
        <w:t>29:46  american tauseh pasandi.</w:t>
      </w:r>
      <w:r>
        <w:br/>
      </w:r>
      <w:r>
        <w:rPr>
          <w:sz w:val="20"/>
        </w:rPr>
        <w:t>29:53  expansionist ke roop mein. haalankeh unhein madعو ke roop mein dekhna chahiye tha ke dekho bhai, madعو aa gaya hamare ghar, chalo un ko dawat do. to americans ko expansionist ke roop mein dekhna yeh yahi yahi rujhan hai, rujhan.</w:t>
      </w:r>
      <w:r>
        <w:br/>
      </w:r>
      <w:r>
        <w:rPr>
          <w:sz w:val="20"/>
        </w:rPr>
        <w:t>30:09  gandagi.</w:t>
      </w:r>
      <w:r>
        <w:br/>
      </w:r>
      <w:r>
        <w:rPr>
          <w:sz w:val="20"/>
        </w:rPr>
        <w:t>30:11  ganda soch. sahi soch kya hai? ke un ko aap dekhen madعو ke roop mein.</w:t>
      </w:r>
      <w:r>
        <w:br/>
      </w:r>
      <w:r>
        <w:rPr>
          <w:sz w:val="20"/>
        </w:rPr>
        <w:t>30:21  natija kya hua? dekhiye aap. sari muslim dunya americanon se nafrat karti hai, bomba marti hai. nine eleven ka waqea pesh aata hai, zabardast.</w:t>
      </w:r>
      <w:r>
        <w:br/>
      </w:r>
      <w:r>
        <w:rPr>
          <w:sz w:val="20"/>
        </w:rPr>
        <w:t>30:33  aur kya kya kya musalmanon ne americanon ke khilaf. lekin un ke dabdabe mein kami nahi hui. un ka dabdaba waqai wahi sahi. unhon ne pakistan mein ghus kar ke bin laden ko maar dala.</w:t>
      </w:r>
      <w:r>
        <w:br/>
      </w:r>
      <w:r>
        <w:rPr>
          <w:sz w:val="20"/>
        </w:rPr>
        <w:t>30:47  koi kuch kar nahi saka. to yahan pe aap dekhiye</w:t>
      </w:r>
      <w:r>
        <w:br/>
      </w:r>
      <w:r>
        <w:rPr>
          <w:sz w:val="20"/>
        </w:rPr>
        <w:t>30:52  jis tarah se european qaumon ke bare mein, yaani european expansionist ke bare mein hamari koshishen raigaan ho gayi thin, hub e aamal ka shikar ho gayi thin.</w:t>
      </w:r>
      <w:r>
        <w:br/>
      </w:r>
      <w:r>
        <w:rPr>
          <w:sz w:val="20"/>
        </w:rPr>
        <w:t>31:04  waise hi dobara american expansionist ke bare mein bhi hamari koshishen raigaan ho rahi hain. be natija ho rahi hain.</w:t>
      </w:r>
      <w:r>
        <w:br/>
      </w:r>
      <w:r>
        <w:rPr>
          <w:sz w:val="20"/>
        </w:rPr>
        <w:t>31:19  aur beshumar qurbaniyon ke bawajood faida kuch nahi. is ka matlab kya hai? is ka matlab yeh hai ke aap ke Allah ne aap ke koshishon ko dishonored kar diya, reject kar diya.</w:t>
      </w:r>
      <w:r>
        <w:br/>
      </w:r>
      <w:r>
        <w:rPr>
          <w:sz w:val="20"/>
        </w:rPr>
        <w:t>31:36  Allah ne qabool nahi kiya. yaad rakhiye hub e aamal ka waqea pesh aana, yaani aap ki koshishon ka be natija ho jana, yeh saada baat nahi hai.</w:t>
      </w:r>
      <w:r>
        <w:br/>
      </w:r>
      <w:r>
        <w:rPr>
          <w:sz w:val="20"/>
        </w:rPr>
        <w:t>31:49  yeh ek alamat hai, ek proof hai is baat ka</w:t>
      </w:r>
      <w:r>
        <w:br/>
      </w:r>
      <w:r>
        <w:rPr>
          <w:sz w:val="20"/>
        </w:rPr>
        <w:t>31:54  ke Allah ki nasrat aap tak nahi aayi. Allah ne aap ko apni nasrat se mehroom kar diya.</w:t>
      </w:r>
      <w:r>
        <w:br/>
      </w:r>
      <w:r>
        <w:rPr>
          <w:sz w:val="20"/>
        </w:rPr>
        <w:t>32:05  to kitna bada nuqsan yeh hai.</w:t>
      </w:r>
      <w:r>
        <w:br/>
      </w:r>
      <w:r>
        <w:rPr>
          <w:sz w:val="20"/>
        </w:rPr>
        <w:t>32:08  ab dekhiye ab musalman kya kar rahe hain? sari dunya ke musalman ek hi kaam kar rahe hain. woh kya? sazish, sazish, saz</w:t>
      </w:r>
      <w:r>
        <w:br/>
      </w:r>
      <w:r>
        <w:rPr>
          <w:sz w:val="20"/>
        </w:rPr>
        <w:t>32:18  sh. yeh shor macha rahe hain. har taraf in ko sazish dikhai deti hai. dushmanon ka zulm aur sazish.</w:t>
      </w:r>
      <w:r>
        <w:br/>
      </w:r>
      <w:r>
        <w:rPr>
          <w:sz w:val="20"/>
        </w:rPr>
        <w:t>32:29  dekhiye is ka matlab kya hai? yeh hai</w:t>
      </w:r>
      <w:r>
        <w:br/>
      </w:r>
      <w:r>
        <w:rPr>
          <w:sz w:val="20"/>
        </w:rPr>
        <w:t>32:36  apne apne ghalat amal ka ko ko false tareeqe se justify karna.</w:t>
      </w:r>
      <w:r>
        <w:br/>
      </w:r>
      <w:r>
        <w:rPr>
          <w:sz w:val="20"/>
        </w:rPr>
        <w:t>32:49  yaani false justification talash karna.</w:t>
      </w:r>
      <w:r>
        <w:br/>
      </w:r>
      <w:r>
        <w:rPr>
          <w:sz w:val="20"/>
        </w:rPr>
        <w:t>32:52  apne ghalat amal ka false justification talash karna. yeh matlab hai is ka. jo ghalati par doosri ghalati ka izafa hai.</w:t>
      </w:r>
      <w:r>
        <w:br/>
      </w:r>
      <w:r>
        <w:rPr>
          <w:sz w:val="20"/>
        </w:rPr>
        <w:t>33:05  dekhiye Islam mein jo muhasbe ka usool hai,</w:t>
      </w:r>
      <w:r>
        <w:br/>
      </w:r>
      <w:r>
        <w:rPr>
          <w:sz w:val="20"/>
        </w:rPr>
        <w:t>33:11  muhasba yaani transaction, woh sirf ek fard ke zaati amal ke bare mein nahi hai, poori qaum ke bare mein bhi hai.</w:t>
      </w:r>
      <w:r>
        <w:br/>
      </w:r>
      <w:r>
        <w:rPr>
          <w:sz w:val="20"/>
        </w:rPr>
        <w:t>33:25  to yahan par jo yaani hamari koshishen fail ho gayin, to aap kya karna tha? muhasba karna tha. reassess karna tha.</w:t>
      </w:r>
      <w:r>
        <w:br/>
      </w:r>
      <w:r>
        <w:rPr>
          <w:sz w:val="20"/>
        </w:rPr>
        <w:t>33:36  ghalti kahan hui ke Allah taala ki rehmat se aap mehroom ho gaye?</w:t>
      </w:r>
      <w:r>
        <w:br/>
      </w:r>
      <w:r>
        <w:rPr>
          <w:sz w:val="20"/>
        </w:rPr>
        <w:t>33:43  to bajaye is ke ke apna muhasba karen, doosron ke khilaf shor kar rahe hain ke woh sazish kar rahe hain hamare khilaf. Is tarah ke shor karne se koi faida nahi hone wala hai.</w:t>
      </w:r>
      <w:r>
        <w:br/>
      </w:r>
      <w:r>
        <w:rPr>
          <w:sz w:val="20"/>
        </w:rPr>
        <w:t>33:57  is tarah sab se bara waqea jo pesh aya woh falasteen mein.</w:t>
      </w:r>
    </w:p>
    <w:p>
      <w:pPr>
        <w:pStyle w:val="Heading2"/>
      </w:pPr>
      <w:r>
        <w:t>The white Ihram cloth recreates Ibrahim and Hajar's desert life</w:t>
      </w:r>
    </w:p>
    <w:p>
      <w:r>
        <w:rPr>
          <w:color w:val="666666"/>
          <w:sz w:val="18"/>
        </w:rPr>
        <w:t>The Spirit Hajj December 10, 2006 · 6m 16s · at 34:47 · https://youtu.be/ZpChhBy6lvU?t=2087</w:t>
      </w:r>
    </w:p>
    <w:p>
      <w:r>
        <w:rPr>
          <w:i/>
        </w:rPr>
        <w:t>“Aadmi jab hajj karne ke liye wahan pahunchta hai, sabse pehla kaam kya karta hai”</w:t>
      </w:r>
    </w:p>
    <w:p>
      <w:r>
        <w:rPr>
          <w:sz w:val="20"/>
        </w:rPr>
        <w:t>34:47  ke yeh jo jis ko mein keh raha hoon daawa family woh kya cheez thi? aur kaise is ne kaam kiya? dekhiye jab aap jatay hain aik aadmi jab hajj karne ke liye wahan pohanchta hai to sab se pehla kaam kya karta hai woh</w:t>
      </w:r>
      <w:r>
        <w:br/>
      </w:r>
      <w:r>
        <w:rPr>
          <w:sz w:val="20"/>
        </w:rPr>
        <w:t>35:08  miqat jo kaha jata hai miqat par pohanch kar ke woh apna yeh kapra utar deta hai. aur unstitelred kapra pehanta hai.</w:t>
      </w:r>
      <w:r>
        <w:br/>
      </w:r>
      <w:r>
        <w:rPr>
          <w:sz w:val="20"/>
        </w:rPr>
        <w:t>35:19  baghair sila hua. do kapra safaid. aap keh sakte hain ke do chadarein. bana sila hua. aik chadar neechay baandh le ga aik chadar oopar rahe gi.</w:t>
      </w:r>
      <w:r>
        <w:br/>
      </w:r>
      <w:r>
        <w:rPr>
          <w:sz w:val="20"/>
        </w:rPr>
        <w:t>35:31  sir khula rahe ga. sir khula rahe ga.</w:t>
      </w:r>
      <w:r>
        <w:br/>
      </w:r>
      <w:r>
        <w:rPr>
          <w:sz w:val="20"/>
        </w:rPr>
        <w:t>35:37  to yeh kya hai?</w:t>
      </w:r>
      <w:r>
        <w:br/>
      </w:r>
      <w:r>
        <w:rPr>
          <w:sz w:val="20"/>
        </w:rPr>
        <w:t>35:41  yeh hai is is waqay ki tasweer jo guzra tha Abraham par aur Hajra par aur Ismail par.</w:t>
      </w:r>
      <w:r>
        <w:br/>
      </w:r>
      <w:r>
        <w:rPr>
          <w:sz w:val="20"/>
        </w:rPr>
        <w:t>35:52  aap sochiye ke jab Hajra ko aur Ismail ko Hazrat Abraham ne basa diya sehra mein jahan koi aadmi nahi.</w:t>
      </w:r>
      <w:r>
        <w:br/>
      </w:r>
      <w:r>
        <w:rPr>
          <w:sz w:val="20"/>
        </w:rPr>
        <w:t>36:01  koi wahan koi tehzeeb nahi. wahan koi dukaan nahi. koi shopping market nahi. kuch bhi nahi. kuch bhi nahi literally kuch bhi nahi wahan par.</w:t>
      </w:r>
      <w:r>
        <w:br/>
      </w:r>
      <w:r>
        <w:rPr>
          <w:sz w:val="20"/>
        </w:rPr>
        <w:t>36:12  aik chidiya bhi nahi. to wahan sui tara kahan rahe ga? wahan kapray kahan hon ge? yeh sab to zahir hai ke nahi ho saktay.</w:t>
      </w:r>
      <w:r>
        <w:br/>
      </w:r>
      <w:r>
        <w:rPr>
          <w:sz w:val="20"/>
        </w:rPr>
        <w:t>36:22  to apnay ghar se jo saada bilkul saada kapra pehan kar ke apnay body par aaye thay wahi un ka un ka kul dress tha woh. un ke paas sui bhi nahi thi koi kapra de to us ko silen woh.</w:t>
      </w:r>
      <w:r>
        <w:br/>
      </w:r>
      <w:r>
        <w:rPr>
          <w:sz w:val="20"/>
        </w:rPr>
        <w:t>36:37  untailored do chadarein bilkul khaddar ki aaj kal ke zamanay mein jo jo khaddar banaya jata hai hath se is qisam ki us ko lapete hue hain woh wahi un ka dress hai.</w:t>
      </w:r>
      <w:r>
        <w:br/>
      </w:r>
      <w:r>
        <w:rPr>
          <w:sz w:val="20"/>
        </w:rPr>
        <w:t>36:51  to jab aap ehram baandhtay hain to yeh koi rasam ki baat nahi hai. aap is culture ko apnay oopar ortay hain jo culture Abraham ka aur Hajra ka aur Ismail ka tha.</w:t>
      </w:r>
      <w:r>
        <w:br/>
      </w:r>
      <w:r>
        <w:rPr>
          <w:sz w:val="20"/>
        </w:rPr>
        <w:t>37:02  yeh simple kapra. isi liye hadith mein aata hai ke albazat min al-iman. yaani rafa zindagi yeh iman momin ki zindagi hai.</w:t>
      </w:r>
      <w:r>
        <w:br/>
      </w:r>
      <w:r>
        <w:rPr>
          <w:sz w:val="20"/>
        </w:rPr>
        <w:t>37:13  rif zindagi. momin ka mani daai ki zindagi</w:t>
      </w:r>
      <w:r>
        <w:br/>
      </w:r>
      <w:r>
        <w:rPr>
          <w:sz w:val="20"/>
        </w:rPr>
        <w:t>37:16  . daai ki zindagi rif zindagi hoti hai. kyunke daai agar yeh kare ke sari cheezon ko ihtimam kare.</w:t>
      </w:r>
      <w:r>
        <w:br/>
      </w:r>
      <w:r>
        <w:rPr>
          <w:sz w:val="20"/>
        </w:rPr>
        <w:t>37:25  achhe kapde, achhe joote aur achha furniture, achhi sawari, achha ghar, achha yeh, achha woh toh daawa work kya karega woh? Daawa work nahi kar sakta hai woh.</w:t>
      </w:r>
      <w:r>
        <w:br/>
      </w:r>
      <w:r>
        <w:rPr>
          <w:sz w:val="20"/>
        </w:rPr>
        <w:t>37:35  toh phir toh kisi aur cheez mein jiye ga woh.</w:t>
      </w:r>
      <w:r>
        <w:br/>
      </w:r>
      <w:r>
        <w:rPr>
          <w:sz w:val="20"/>
        </w:rPr>
        <w:t>37:38  daai ko jeena padta hai dawat mein. Insaniyat mein. Insan ke masle mein. Insan ki mohabbat mein. Insan ko sehat se bachane mein is mein jeena padta hai.</w:t>
      </w:r>
      <w:r>
        <w:br/>
      </w:r>
      <w:r>
        <w:rPr>
          <w:sz w:val="20"/>
        </w:rPr>
        <w:t>37:49  toh woh jiye apne aap ko sanwarne mein toh dawat kya karega woh? Toh</w:t>
      </w:r>
      <w:r>
        <w:br/>
      </w:r>
      <w:r>
        <w:rPr>
          <w:sz w:val="20"/>
        </w:rPr>
        <w:t>37:58  daai ka matlab hota hai saada insan. Aur ehraam saada insan ki ek goya alamat karta hai.</w:t>
      </w:r>
      <w:r>
        <w:br/>
      </w:r>
      <w:r>
        <w:rPr>
          <w:sz w:val="20"/>
        </w:rPr>
        <w:t>38:07  jab aap ehraam bandhte hain toh goya ke daai ki jo saada zindagi hoti hai simple zindagi. Jisko kehte hain simple living high thinking.</w:t>
      </w:r>
      <w:r>
        <w:br/>
      </w:r>
      <w:r>
        <w:rPr>
          <w:sz w:val="20"/>
        </w:rPr>
        <w:t>38:18  is zindagi ko alamat kar raha hota hai yeh ehraam. Un tailored kapda. Safed rang ka. Toh jab aap ehraam bandhte hain.</w:t>
      </w:r>
      <w:r>
        <w:br/>
      </w:r>
      <w:r>
        <w:rPr>
          <w:sz w:val="20"/>
        </w:rPr>
        <w:t>38:28  yani haaji jab ehraam bandhta hai. Toh woh us zamane mein jo kapda pehna tha hajra ne.</w:t>
      </w:r>
      <w:r>
        <w:br/>
      </w:r>
      <w:r>
        <w:rPr>
          <w:sz w:val="20"/>
        </w:rPr>
        <w:t>38:39  aur ismail ne aur ibraahim ne. Us dress ko woh istemal karta hai.</w:t>
      </w:r>
      <w:r>
        <w:br/>
      </w:r>
      <w:r>
        <w:rPr>
          <w:sz w:val="20"/>
        </w:rPr>
        <w:t>38:51  kyunke wahan na sui tara tha na koi kapde ki dukan thi. Kuch bhi nahi tha wahan. Bana sila ek kapda lapet liya yeh unka dress tha.</w:t>
      </w:r>
      <w:r>
        <w:br/>
      </w:r>
      <w:r>
        <w:rPr>
          <w:sz w:val="20"/>
        </w:rPr>
        <w:t>39:03  toh yeh karta hai haaji. India se jo log jaate hain woh jahaz ke andar kar lete hain ya jeddah airport bhi kar sakte hain.</w:t>
      </w:r>
      <w:r>
        <w:br/>
      </w:r>
      <w:r>
        <w:rPr>
          <w:sz w:val="20"/>
        </w:rPr>
        <w:t>39:14  toh sab kapda utar diya aur un tailored do shirt. Do chadarein upar lapet li.</w:t>
      </w:r>
      <w:r>
        <w:br/>
      </w:r>
      <w:r>
        <w:rPr>
          <w:sz w:val="20"/>
        </w:rPr>
        <w:t>39:26  yeh aap ka hajj shuru hogaya. Ke is daawa family se aap ne apne ko mushabah bana liya.</w:t>
      </w:r>
      <w:r>
        <w:br/>
      </w:r>
      <w:r>
        <w:rPr>
          <w:sz w:val="20"/>
        </w:rPr>
        <w:t>39:36  similar bana liya. Ke woh jo daawa family thi ibraahim aur hajra aur ismail ki. Aye khuda main inhi ka dress pehanta hoon.</w:t>
      </w:r>
      <w:r>
        <w:br/>
      </w:r>
      <w:r>
        <w:rPr>
          <w:sz w:val="20"/>
        </w:rPr>
        <w:t>39:49  kyunke main inhi ki tareekh ko mujhe dohrana hai.</w:t>
      </w:r>
      <w:r>
        <w:br/>
      </w:r>
      <w:r>
        <w:rPr>
          <w:sz w:val="20"/>
        </w:rPr>
        <w:t>39:55  yani daai yeh kar ke yeh pledge leta hai khuda se ke khudaaya maine aaj se hajra aur ismail aur ibraahim ke dress ko pehna.</w:t>
      </w:r>
      <w:r>
        <w:br/>
      </w:r>
      <w:r>
        <w:rPr>
          <w:sz w:val="20"/>
        </w:rPr>
        <w:t>40:06  aur main yeh ahad leta hoon ya pledge karta hoon ke main is is daawa is is daawa tareekh ko dohraunga.</w:t>
      </w:r>
      <w:r>
        <w:br/>
      </w:r>
      <w:r>
        <w:rPr>
          <w:sz w:val="20"/>
        </w:rPr>
        <w:t>40:16  yahan se shuru hua haaji ka amal. Iske baad aap dekhiye kya hota hai.</w:t>
      </w:r>
      <w:r>
        <w:br/>
      </w:r>
      <w:r>
        <w:rPr>
          <w:sz w:val="20"/>
        </w:rPr>
        <w:t>40:25  aadmi phir jeddah se makkah pahunchta hai. Wahan par kaaba hai. Kaaba ko jab dekhta hai aadmi toh foran ja kar ke wahan kya karta hai ke tawaaf karta hai.</w:t>
      </w:r>
      <w:r>
        <w:br/>
      </w:r>
      <w:r>
        <w:rPr>
          <w:sz w:val="20"/>
        </w:rPr>
        <w:t>40:40  is ke charon taraf saat baar ghoomta hai. Yeh kya hai? Yeh hazrat ismail ne aise hi kiya tha. Hazrat ibraahim ne aise hi kiya tha.</w:t>
      </w:r>
      <w:r>
        <w:br/>
      </w:r>
      <w:r>
        <w:rPr>
          <w:sz w:val="20"/>
        </w:rPr>
        <w:t>40:52  yani ibraahim aur ismail in do paighambaron ne kaaba ko banaya. Kaaba ko banaya. Aur banane ke baad iske gird tawaaf kiya.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