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feel jealous of others</w:t>
      </w:r>
    </w:p>
    <w:p>
      <w:r>
        <w:rPr>
          <w:sz w:val="18"/>
        </w:rPr>
        <w:t>Q&amp;A, lecture moments and clips · full transcripts with timestamps · exported 2026-09-21</w:t>
      </w:r>
    </w:p>
    <w:p>
      <w:pPr>
        <w:pStyle w:val="Heading1"/>
      </w:pPr>
      <w:r>
        <w:t>Maulana was asked (30)</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Dealing with negative thinking due to inequality</w:t>
      </w:r>
    </w:p>
    <w:p>
      <w:r>
        <w:rPr>
          <w:color w:val="666666"/>
          <w:sz w:val="18"/>
        </w:rPr>
        <w:t>God in the Age of Science January 08, 2017 · 2m 06s · at 51:33 · https://youtu.be/au1bRdQDZ0U?t=3093</w:t>
      </w:r>
    </w:p>
    <w:p>
      <w:r>
        <w:rPr>
          <w:i/>
        </w:rPr>
        <w:t>“In this world, some have more share and some have less. This is the situation which results in negative thinking. What can be done to save ourselves from such negative reaction?”</w:t>
      </w:r>
    </w:p>
    <w:p>
      <w:r>
        <w:rPr>
          <w:sz w:val="20"/>
        </w:rPr>
        <w:t>51:33  maulana in ka ek aur sawal hai unhon ne likha hai in this world some have more share</w:t>
      </w:r>
      <w:r>
        <w:br/>
      </w:r>
      <w:r>
        <w:rPr>
          <w:sz w:val="20"/>
        </w:rPr>
        <w:t>51:40  and some have less this is the situation which results in negative thinking what can be done to</w:t>
      </w:r>
      <w:r>
        <w:br/>
      </w:r>
      <w:r>
        <w:rPr>
          <w:sz w:val="20"/>
        </w:rPr>
        <w:t>51:48  save our self from such negative reaction dekhein yeh jo hai log yani material cheezon ke lehaz</w:t>
      </w:r>
      <w:r>
        <w:br/>
      </w:r>
      <w:r>
        <w:rPr>
          <w:sz w:val="20"/>
        </w:rPr>
        <w:t>51:55  se compare karte hain is sab se bari cheez jo har insan ko mili hui hai woh mind</w:t>
      </w:r>
      <w:r>
        <w:br/>
      </w:r>
      <w:r>
        <w:rPr>
          <w:sz w:val="20"/>
        </w:rPr>
        <w:t>52:03  hai jo material cheez mili hui hai logon ko woh to kuch bhi nahi hai is ke muqable</w:t>
      </w:r>
      <w:r>
        <w:br/>
      </w:r>
      <w:r>
        <w:rPr>
          <w:sz w:val="20"/>
        </w:rPr>
        <w:t>52:10  mein hamara jo mind hai is ke muqable mein to jo aadmi material cheezon mein jeeta ho woh</w:t>
      </w:r>
      <w:r>
        <w:br/>
      </w:r>
      <w:r>
        <w:rPr>
          <w:sz w:val="20"/>
        </w:rPr>
        <w:t>52:18  bohat hi zyada stripper aadmi hai kyunke is ko jo khuda ne de rakha hai mind itna bara</w:t>
      </w:r>
      <w:r>
        <w:br/>
      </w:r>
      <w:r>
        <w:rPr>
          <w:sz w:val="20"/>
        </w:rPr>
        <w:t>52:25  mind is ko bhoola hua hai woh to jo log is lehaz se kam zyada mane ke kisi</w:t>
      </w:r>
      <w:r>
        <w:br/>
      </w:r>
      <w:r>
        <w:rPr>
          <w:sz w:val="20"/>
        </w:rPr>
        <w:t>52:33  ko kam mila hai kisi ko zyada mila hai kisi ke pas kai car hai kisi ke pas</w:t>
      </w:r>
      <w:r>
        <w:br/>
      </w:r>
      <w:r>
        <w:rPr>
          <w:sz w:val="20"/>
        </w:rPr>
        <w:t>52:40  ek hi car hai yeh to bohat hi zyada yani meaning less comparison hai yeh comparison hi bilkul</w:t>
      </w:r>
      <w:r>
        <w:br/>
      </w:r>
      <w:r>
        <w:rPr>
          <w:sz w:val="20"/>
        </w:rPr>
        <w:t>52:47  meaning less hai comparison is par hona chahiye ke kitna bara mind diya hai Allah taala ne insan</w:t>
      </w:r>
      <w:r>
        <w:br/>
      </w:r>
      <w:r>
        <w:rPr>
          <w:sz w:val="20"/>
        </w:rPr>
        <w:t>52:55  ko yani aisa mind jo poore universe tak apni soch pohncha sakta hai koi duniya mein doosri makhluqat</w:t>
      </w:r>
      <w:r>
        <w:br/>
      </w:r>
      <w:r>
        <w:rPr>
          <w:sz w:val="20"/>
        </w:rPr>
        <w:t>53:02  se nahi hai jo poore universe ke bare mein soche koi bhi na sher hai na hathi hai</w:t>
      </w:r>
      <w:r>
        <w:br/>
      </w:r>
      <w:r>
        <w:rPr>
          <w:sz w:val="20"/>
        </w:rPr>
        <w:t>53:10  na na pahad hai na samandar hai na galaxy hai jo poore universe ke bare mein soche yeh</w:t>
      </w:r>
      <w:r>
        <w:br/>
      </w:r>
      <w:r>
        <w:rPr>
          <w:sz w:val="20"/>
        </w:rPr>
        <w:t>53:17  yani kitni bari cheez mili hai yeh isi ko kaha hai quran mein amanat amanat ka matlab hai</w:t>
      </w:r>
      <w:r>
        <w:br/>
      </w:r>
      <w:r>
        <w:rPr>
          <w:sz w:val="20"/>
        </w:rPr>
        <w:t>53:25  ke khudai level ki cheez hai yeh aap ko khudai level ki cheez mili hui hai ke aap</w:t>
      </w:r>
      <w:r>
        <w:br/>
      </w:r>
      <w:r>
        <w:rPr>
          <w:sz w:val="20"/>
        </w:rPr>
        <w:t>53:32  poori kainat ke bare mein soch sakte hain to yeh comparison jo log karte hain bohat hi zyada</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Dealing with criticism and mockery</w:t>
      </w:r>
    </w:p>
    <w:p>
      <w:r>
        <w:rPr>
          <w:color w:val="666666"/>
          <w:sz w:val="18"/>
        </w:rPr>
        <w:t>Importance of Peace August 17, 2014 · 3m 42s · at 41:04 · https://youtu.be/ifxSwh2Jckw?t=2464</w:t>
      </w:r>
    </w:p>
    <w:p>
      <w:r>
        <w:rPr>
          <w:i/>
        </w:rPr>
        <w:t>“People's negative criticism or mockery of me is very painful. What is the way to avoid this pain? Can we ignore it and continue our work? But in this path we have to suffer these pains repeatedly. Is it possible that we develop ourselves to such an extent that no one's rudeness has any effect on us?”</w:t>
      </w:r>
    </w:p>
    <w:p>
      <w:r>
        <w:rPr>
          <w:sz w:val="20"/>
        </w:rPr>
        <w:t>41:04  maulana, yeh sawal aaya hai shahnawaz zafar sahab ka, dilli se, aur unhon ne likha hai ke logon ka apne upar negative tanqeed ya mazak bohat hi takleef deh hota hai.</w:t>
      </w:r>
      <w:r>
        <w:br/>
      </w:r>
      <w:r>
        <w:rPr>
          <w:sz w:val="20"/>
        </w:rPr>
        <w:t>41:19  is takleef se bachne ka kya rasta hai? kya hum ise ignore kar ke apna kaam karte rahen? lekin is raste mein bar bar humein in takleefon se dochar hona parta hai.</w:t>
      </w:r>
      <w:r>
        <w:br/>
      </w:r>
      <w:r>
        <w:rPr>
          <w:sz w:val="20"/>
        </w:rPr>
        <w:t>41:33  kya aisa mumkin hai ke hum itne develop ho jayen ke kisi ki badtameezi ka hamare upar koi asar na ho?</w:t>
      </w:r>
      <w:r>
        <w:br/>
      </w:r>
      <w:r>
        <w:rPr>
          <w:sz w:val="20"/>
        </w:rPr>
        <w:t>41:44  dekhen, islam ka jo principle hai is mamle mein ke jo critique hai, jo tanqeed kar raha hai, us ko chahiye ke woh allegation ki zuban na bole, ilzam tarashi ki zuban na bole.</w:t>
      </w:r>
      <w:r>
        <w:br/>
      </w:r>
      <w:r>
        <w:rPr>
          <w:sz w:val="20"/>
        </w:rPr>
        <w:t>42:04  balkeh facts ko le kar ke comment de apna. yani sabit shuda fact, aisa fact jo dono fareeq ke darmiyan tasleem shuda ho, us ko le kar ke bole woh.</w:t>
      </w:r>
      <w:r>
        <w:br/>
      </w:r>
      <w:r>
        <w:rPr>
          <w:sz w:val="20"/>
        </w:rPr>
        <w:t>42:22  aur niyat par hamla karna, aib lagana, yeh islam mein haram hai. lekin ab dunya mein jab hota hai to ab sawal yeh hai ke woh aadmi kya kare jis ki tanqeed ki gayi hai?</w:t>
      </w:r>
      <w:r>
        <w:br/>
      </w:r>
      <w:r>
        <w:rPr>
          <w:sz w:val="20"/>
        </w:rPr>
        <w:t>42:37  yeh usool to hum dunya ko bata sakte hain ke bhai aisa karo. kuch log manenge, kuch log na manenge. ab is is insan ke liye kya hai jo jis par criticize kiya gaya hai?</w:t>
      </w:r>
      <w:r>
        <w:br/>
      </w:r>
      <w:r>
        <w:rPr>
          <w:sz w:val="20"/>
        </w:rPr>
        <w:t>42:51  to us ke liye tareeqa islam mein yeh bataya gaya hai ke aap bajaye is ke ke aap provoke hon, ghussa ho jayen, react karen, aap sirf yeh kijiye ke dekhen ke us ne jo baat kahi hai, us mein kuch sachai hai.</w:t>
      </w:r>
      <w:r>
        <w:br/>
      </w:r>
      <w:r>
        <w:rPr>
          <w:sz w:val="20"/>
        </w:rPr>
        <w:t>43:11  agar sachai hai to us ko seriously lijiye aur apni islaah kar lijiye.</w:t>
      </w:r>
      <w:r>
        <w:br/>
      </w:r>
      <w:r>
        <w:rPr>
          <w:sz w:val="20"/>
        </w:rPr>
        <w:t>43:20  agar sachai nahi hai, woh allegation hai to phir aaraaz kijiye, avoid kijiye. uljhiye mat.</w:t>
      </w:r>
      <w:r>
        <w:br/>
      </w:r>
      <w:r>
        <w:rPr>
          <w:sz w:val="20"/>
        </w:rPr>
        <w:t>43:32  yani agar is ne jo baat kahi hai, woh yani is qabil hai ke aap is ko manen, apni ghalti ki islaah karen to aap zaroor is ko maniye aur is ki islaah kar lijie apni ghalti ki.</w:t>
      </w:r>
      <w:r>
        <w:br/>
      </w:r>
      <w:r>
        <w:rPr>
          <w:sz w:val="20"/>
        </w:rPr>
        <w:t>43:50  agar aap dekhte hain ke is ne to ek jhoota ilzaam laga rakha hai ke woh character assassination kar raha hai to character assassination to islam mein haraam hai.</w:t>
      </w:r>
      <w:r>
        <w:br/>
      </w:r>
      <w:r>
        <w:rPr>
          <w:sz w:val="20"/>
        </w:rPr>
        <w:t>44:03  lekin aap agar provoke hon, aap react karen to aap ka waqt zaya hota hai.</w:t>
      </w:r>
      <w:r>
        <w:br/>
      </w:r>
      <w:r>
        <w:rPr>
          <w:sz w:val="20"/>
        </w:rPr>
        <w:t>44:11  to is ko main kehta hoon ke</w:t>
      </w:r>
      <w:r>
        <w:br/>
      </w:r>
      <w:r>
        <w:rPr>
          <w:sz w:val="20"/>
        </w:rPr>
        <w:t>44:15  by time strategy, B-U-Y, by time strategy. yani jab aap aaraaz karte hain, jab chup ho jate hain to aap time avail karte hain.</w:t>
      </w:r>
      <w:r>
        <w:br/>
      </w:r>
      <w:r>
        <w:rPr>
          <w:sz w:val="20"/>
        </w:rPr>
        <w:t>44:30  aur jab ulajh jate hain to aap ka time waste hota hai.</w:t>
      </w:r>
      <w:r>
        <w:br/>
      </w:r>
      <w:r>
        <w:rPr>
          <w:sz w:val="20"/>
        </w:rPr>
        <w:t>44:37  to ya to apni islaah kar lijie ya phir by time strategy ko apnaie.</w:t>
      </w:r>
    </w:p>
    <w:p>
      <w:pPr>
        <w:pStyle w:val="Heading2"/>
      </w:pPr>
      <w:r>
        <w:t>Developing humility when criticizing others</w:t>
      </w:r>
    </w:p>
    <w:p>
      <w:r>
        <w:rPr>
          <w:color w:val="666666"/>
          <w:sz w:val="18"/>
        </w:rPr>
        <w:t>Q&amp;A 04 Mar 2012 Maulana Wahiduddin Khan · 44s · at 50:48 · https://youtu.be/txRmutuvWQI?t=3048</w:t>
      </w:r>
    </w:p>
    <w:p>
      <w:r>
        <w:rPr>
          <w:i/>
        </w:rPr>
        <w:t>“Considering oneself as nothing while criticizing others is mentally difficult. How can one develop this quality?”</w:t>
      </w:r>
    </w:p>
    <w:p>
      <w:r>
        <w:rPr>
          <w:sz w:val="20"/>
        </w:rPr>
        <w:t>50:48  maulana, un ka aik aur sawal hai. unhon ne poocha hai ke doosron ko tanqeed karte waqt khud ko nathing samajhna zehni taur par aik mushkil kaam hai.</w:t>
      </w:r>
      <w:r>
        <w:br/>
      </w:r>
      <w:r>
        <w:rPr>
          <w:sz w:val="20"/>
        </w:rPr>
        <w:t>50:59  is cheez ko apne andar kaise paida kiya jaye?</w:t>
      </w:r>
      <w:r>
        <w:br/>
      </w:r>
      <w:r>
        <w:rPr>
          <w:sz w:val="20"/>
        </w:rPr>
        <w:t>51:03  mushkil kuch bhi nahi hai. Allah se dua ki jiye. Hazrat Masih se ne kisi se is tarah ki baat ki to us ne kaha ke yeh to bohat mushkil kaam hai.</w:t>
      </w:r>
      <w:r>
        <w:br/>
      </w:r>
      <w:r>
        <w:rPr>
          <w:sz w:val="20"/>
        </w:rPr>
        <w:t>51:15  to Hazrat Masih ne kaha ke insan ke liye mushkil hai, lekin Allah ke liye to kuch bhi mushkil nahi. matlab Allah se pao, Allah se mango to mil jayega.</w:t>
      </w:r>
      <w:r>
        <w:br/>
      </w:r>
      <w:r>
        <w:rPr>
          <w:sz w:val="20"/>
        </w:rPr>
        <w:t>51:26  Allah se mango, Allah to tum ko is ki tofeeq de dega.</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Ethics of praise and desire for praise</w:t>
      </w:r>
    </w:p>
    <w:p>
      <w:r>
        <w:rPr>
          <w:color w:val="666666"/>
          <w:sz w:val="18"/>
        </w:rPr>
        <w:t>Dars-e-Quran, Chapter 2, Verse 255 | December 24, 2017 · 5m 11s · at 1:00:43 · https://youtu.be/tKX0KUhUMnw?t=3643</w:t>
      </w:r>
    </w:p>
    <w:p>
      <w:r>
        <w:rPr>
          <w:i/>
        </w:rPr>
        <w:t>“Is it right or wrong to praise others or to desire praise?”</w:t>
      </w:r>
    </w:p>
    <w:p>
      <w:r>
        <w:rPr>
          <w:sz w:val="20"/>
        </w:rPr>
        <w:t>1:00:43  Maulana, agla sawal dilli se bheja hai nafis siddiqui sahib ne. unhon ne likha hai: "tamam log prashansa ke bhooke hote hain, woh chahte hain ke un ki prashansa karein, aur woh prashansa par khush bhi hote hain. sawal yeh hai ke prashansa karna ya prashan</w:t>
      </w:r>
      <w:r>
        <w:br/>
      </w:r>
      <w:r>
        <w:rPr>
          <w:sz w:val="20"/>
        </w:rPr>
        <w:t>1:01:13  sa ki chahat rakhna kya sahi hai ya galat?" dekhiye, tareef to ek waqea hai jo hoga.</w:t>
      </w:r>
      <w:r>
        <w:br/>
      </w:r>
      <w:r>
        <w:rPr>
          <w:sz w:val="20"/>
        </w:rPr>
        <w:t>1:01:19  agar aap koi acha kaam karein to insaan ki nature mein hai ke woh is ko acknowledge kare.</w:t>
      </w:r>
      <w:r>
        <w:br/>
      </w:r>
      <w:r>
        <w:rPr>
          <w:sz w:val="20"/>
        </w:rPr>
        <w:t>1:01:25  tareef ke liye sahi lafz hai acknowledge karna.</w:t>
      </w:r>
      <w:r>
        <w:br/>
      </w:r>
      <w:r>
        <w:rPr>
          <w:sz w:val="20"/>
        </w:rPr>
        <w:t>1:01:31  to acknowledgement to hoga.</w:t>
      </w:r>
      <w:r>
        <w:br/>
      </w:r>
      <w:r>
        <w:rPr>
          <w:sz w:val="20"/>
        </w:rPr>
        <w:t>1:01:37  kaise aap rokeinge insaan ko ke woh acknowledgement</w:t>
      </w:r>
      <w:r>
        <w:br/>
      </w:r>
      <w:r>
        <w:rPr>
          <w:sz w:val="20"/>
        </w:rPr>
        <w:t>1:01:43  ki soorat mein is ka response de? hum log rok nahi sakte aap ko.</w:t>
      </w:r>
      <w:r>
        <w:br/>
      </w:r>
      <w:r>
        <w:rPr>
          <w:sz w:val="20"/>
        </w:rPr>
        <w:t>1:01:51  sirf yeh hai ke aap apne aap ko itna zyada, yaani itna zyada develop kijiye, aap ki soch</w:t>
      </w:r>
      <w:r>
        <w:br/>
      </w:r>
      <w:r>
        <w:rPr>
          <w:sz w:val="20"/>
        </w:rPr>
        <w:t>1:01:59  itni zyada developed soch ban jaye ke aap kisi ki tareef se koi asar hi na lein.</w:t>
      </w:r>
      <w:r>
        <w:br/>
      </w:r>
      <w:r>
        <w:rPr>
          <w:sz w:val="20"/>
        </w:rPr>
        <w:t>1:02:06  aur mein yeh kaha karta hoon ke momin ki</w:t>
      </w:r>
      <w:r>
        <w:br/>
      </w:r>
      <w:r>
        <w:rPr>
          <w:sz w:val="20"/>
        </w:rPr>
        <w:t>1:02:14  definition yeh hai ke ke woh press se khush na ho, aur koi is par criticize kare to</w:t>
      </w:r>
      <w:r>
        <w:br/>
      </w:r>
      <w:r>
        <w:rPr>
          <w:sz w:val="20"/>
        </w:rPr>
        <w:t>1:02:25  us ko gham na ho.</w:t>
      </w:r>
      <w:r>
        <w:br/>
      </w:r>
      <w:r>
        <w:rPr>
          <w:sz w:val="20"/>
        </w:rPr>
        <w:t>1:02:36  tareef se khush na hona, aur tanqeed, criticism se afraid na hona, yahi momin ki pehchan hai.</w:t>
      </w:r>
      <w:r>
        <w:br/>
      </w:r>
      <w:r>
        <w:rPr>
          <w:sz w:val="20"/>
        </w:rPr>
        <w:t>1:02:47  maulana, agla comment parhna chahein ge jo doctor waqar alam ne new york se bheja hai.</w:t>
      </w:r>
      <w:r>
        <w:br/>
      </w:r>
      <w:r>
        <w:rPr>
          <w:sz w:val="20"/>
        </w:rPr>
        <w:t>1:02:53  unhone likha hai: "maulana sahib, we all recite ayat al kursi every day.</w:t>
      </w:r>
      <w:r>
        <w:br/>
      </w:r>
      <w:r>
        <w:rPr>
          <w:sz w:val="20"/>
        </w:rPr>
        <w:t>1:02:59  today was the eye opening day for me to understand and relate the marifat to ayat al kursi." is</w:t>
      </w:r>
      <w:r>
        <w:br/>
      </w:r>
      <w:r>
        <w:rPr>
          <w:sz w:val="20"/>
        </w:rPr>
        <w:t>1:03:05  ke baad comment bheja hai faraz khan sahib ne kolkata se.</w:t>
      </w:r>
      <w:r>
        <w:br/>
      </w:r>
      <w:r>
        <w:rPr>
          <w:sz w:val="20"/>
        </w:rPr>
        <w:t>1:03:11  unhone likha hai:</w:t>
      </w:r>
      <w:r>
        <w:br/>
      </w:r>
      <w:r>
        <w:rPr>
          <w:sz w:val="20"/>
        </w:rPr>
        <w:t>1:03:18  "maulana, aap ne abhi ek baat kahi ke aap ne ek baat kahi books ke baray mein ke</w:t>
      </w:r>
      <w:r>
        <w:br/>
      </w:r>
      <w:r>
        <w:rPr>
          <w:sz w:val="20"/>
        </w:rPr>
        <w:t>1:03:24  bohat si kitabein majmooa alfaaz hote hain, na ke majmooa marifat.</w:t>
      </w:r>
      <w:r>
        <w:br/>
      </w:r>
      <w:r>
        <w:rPr>
          <w:sz w:val="20"/>
        </w:rPr>
        <w:t>1:03:30  kya yeh aaj ke insaano ka bhi haal hai ke hum majmooa alfaaz ban kar reh gaye hain?</w:t>
      </w:r>
      <w:r>
        <w:br/>
      </w:r>
      <w:r>
        <w:rPr>
          <w:sz w:val="20"/>
        </w:rPr>
        <w:t>1:03:36  agar haan to aap ne hum sab ko aik naya formula diya hai as to how to lead</w:t>
      </w:r>
      <w:r>
        <w:br/>
      </w:r>
      <w:r>
        <w:rPr>
          <w:sz w:val="20"/>
        </w:rPr>
        <w:t>1:03:42  a spiritual life."</w:t>
      </w:r>
      <w:r>
        <w:br/>
      </w:r>
      <w:r>
        <w:rPr>
          <w:sz w:val="20"/>
        </w:rPr>
        <w:t>1:03:48  shahid hussain sahib ne srinagar se likha hai: "any significant task should be proceeded by the discovery of omnipotent God. otherwise it remains lifeless. many times we overlook it. thank you Maulana sahib for this inspiration." ashique kamal qadri sahib ne hyderabad se comment bheja hai. unhon ne likha hai: "to discover Allah in concep</w:t>
      </w:r>
      <w:r>
        <w:br/>
      </w:r>
      <w:r>
        <w:rPr>
          <w:sz w:val="20"/>
        </w:rPr>
        <w:t>1:04:18  Spiritual thinking is a realization of Allah.</w:t>
      </w:r>
      <w:r>
        <w:br/>
      </w:r>
      <w:r>
        <w:rPr>
          <w:sz w:val="20"/>
        </w:rPr>
        <w:t>1:04:25  May Almighty Allah bless you in such your thought provoking lecture. Maulana, I have a question which is:</w:t>
      </w:r>
      <w:r>
        <w:br/>
      </w:r>
      <w:r>
        <w:rPr>
          <w:sz w:val="20"/>
        </w:rPr>
        <w:t>1:04:33  "How can we uplift our self in such a level?" is ke bare mein bataein.</w:t>
      </w:r>
      <w:r>
        <w:br/>
      </w:r>
      <w:r>
        <w:rPr>
          <w:sz w:val="20"/>
        </w:rPr>
        <w:t>1:04:40  dekhein, mein bar bar yeh keh chuka hoon ke mera jo tajruba hai is ke mut</w:t>
      </w:r>
      <w:r>
        <w:br/>
      </w:r>
      <w:r>
        <w:rPr>
          <w:sz w:val="20"/>
        </w:rPr>
        <w:t>1:04:48  abaq mein sab se bari rukawat samajhta hoon distraction ko.</w:t>
      </w:r>
      <w:r>
        <w:br/>
      </w:r>
      <w:r>
        <w:rPr>
          <w:sz w:val="20"/>
        </w:rPr>
        <w:t>1:04:54  Sab se bari!</w:t>
      </w:r>
      <w:r>
        <w:br/>
      </w:r>
      <w:r>
        <w:rPr>
          <w:sz w:val="20"/>
        </w:rPr>
        <w:t>1:05:00  Aap yeh discover kijiye ke kya kya cheez aap ko distract karti hai, aap ko sahi raste se</w:t>
      </w:r>
      <w:r>
        <w:br/>
      </w:r>
      <w:r>
        <w:rPr>
          <w:sz w:val="20"/>
        </w:rPr>
        <w:t>1:05:06  derail karti hai, is se bachiye.</w:t>
      </w:r>
      <w:r>
        <w:br/>
      </w:r>
      <w:r>
        <w:rPr>
          <w:sz w:val="20"/>
        </w:rPr>
        <w:t>1:05:12  Mera manna yeh hai ke insaan to</w:t>
      </w:r>
      <w:r>
        <w:br/>
      </w:r>
      <w:r>
        <w:rPr>
          <w:sz w:val="20"/>
        </w:rPr>
        <w:t>1:05:18  paidaishi taur par sahib-e-ma'rifat hi paida hua hai, sahib-e-ma'rifat yani Allah ka, Allah ki ma'rifat insaan</w:t>
      </w:r>
      <w:r>
        <w:br/>
      </w:r>
      <w:r>
        <w:rPr>
          <w:sz w:val="20"/>
        </w:rPr>
        <w:t>1:05:25  ke andar introon hai.</w:t>
      </w:r>
      <w:r>
        <w:br/>
      </w:r>
      <w:r>
        <w:rPr>
          <w:sz w:val="20"/>
        </w:rPr>
        <w:t>1:05:33  Lekin insaan bar bar distract hota rehta hai, isi wajah se woh apne potential ko actual nahi bhala pata.</w:t>
      </w:r>
      <w:r>
        <w:br/>
      </w:r>
      <w:r>
        <w:rPr>
          <w:sz w:val="20"/>
        </w:rPr>
        <w:t>1:05:40  To bas yahi kaam</w:t>
      </w:r>
      <w:r>
        <w:br/>
      </w:r>
      <w:r>
        <w:rPr>
          <w:sz w:val="20"/>
        </w:rPr>
        <w:t>1:05:48  karna hai ke hum apne aap ko distraction se bachaen.</w:t>
      </w:r>
    </w:p>
    <w:p>
      <w:pPr>
        <w:pStyle w:val="Heading2"/>
      </w:pPr>
      <w:r>
        <w:t>Why successful Muslims complain against others?</w:t>
      </w:r>
    </w:p>
    <w:p>
      <w:r>
        <w:rPr>
          <w:color w:val="666666"/>
          <w:sz w:val="18"/>
        </w:rPr>
        <w:t>Revival and Revivalist June 7, 2015 · 1m 35s · at 58:26 · https://youtu.be/MCY8AJ87BXc?t=3506</w:t>
      </w:r>
    </w:p>
    <w:p>
      <w:r>
        <w:rPr>
          <w:i/>
        </w:rPr>
        <w:t>“What is this phenomenon that even those Muslims who have good jobs, who are successful businessmen and are also successful in other fields, they are busy complaining against others? I don't understand it.”</w:t>
      </w:r>
    </w:p>
    <w:p>
      <w:r>
        <w:rPr>
          <w:sz w:val="20"/>
        </w:rPr>
        <w:t>58:26  Mani yeh agla sawal aya hai doctor Fareeda Khanam ka Delhi se.</w:t>
      </w:r>
      <w:r>
        <w:br/>
      </w:r>
      <w:r>
        <w:rPr>
          <w:sz w:val="20"/>
        </w:rPr>
        <w:t>58:31  What is this phenomenon that even those Muslims who have good jobs, who are successful businessmen and are also successful in other fields, they are busy complaining against others?</w:t>
      </w:r>
      <w:r>
        <w:br/>
      </w:r>
      <w:r>
        <w:rPr>
          <w:sz w:val="20"/>
        </w:rPr>
        <w:t>58:45  I don't understand it. Is liye ke dekhiye, woh rehte kahan hain? Muslim society mein rehte hain.</w:t>
      </w:r>
      <w:r>
        <w:br/>
      </w:r>
      <w:r>
        <w:rPr>
          <w:sz w:val="20"/>
        </w:rPr>
        <w:t>58:55  Agarche woh un ka aik job place mein ya work place mein jatay hain, wahan paisay kama ke wapas atay hain.</w:t>
      </w:r>
      <w:r>
        <w:br/>
      </w:r>
      <w:r>
        <w:rPr>
          <w:sz w:val="20"/>
        </w:rPr>
        <w:t>59:03  Lekin un ka jo rehna hai, zindagi guzarna hai, woh isi Muslim muashray mein hota hai jahan charchay ho raha hai ke Musalmanon ke sath ziyadti ho rahi hai.</w:t>
      </w:r>
      <w:r>
        <w:br/>
      </w:r>
      <w:r>
        <w:rPr>
          <w:sz w:val="20"/>
        </w:rPr>
        <w:t>59:16  Kyunke jitnay bhi Musalmanon ke likhne bolne walay log hain, jo stage par bolte hain, jo kitabein chapte hain, jo P.E.D. gul nikalte hain, woh sab ke sab one to all negative boli bol rahe hain.</w:t>
      </w:r>
      <w:r>
        <w:br/>
      </w:r>
      <w:r>
        <w:rPr>
          <w:sz w:val="20"/>
        </w:rPr>
        <w:t>59:28  Aik tradition chal para hai. To isi isi pe lot'te hain, woh thora sa waqt guzartay hain apne work place mein, us ke baad isi pe lot atay hain, isi isi charchay mein woh khud bhi shamil ho jatay hain.</w:t>
      </w:r>
      <w:r>
        <w:br/>
      </w:r>
      <w:r>
        <w:rPr>
          <w:sz w:val="20"/>
        </w:rPr>
        <w:t>59:42  To kaha un ka mindset jo jo cheez banati hai, woh un ka apna muashra hai, un ka apna ghar hai. To</w:t>
      </w:r>
      <w:r>
        <w:br/>
      </w:r>
      <w:r>
        <w:rPr>
          <w:sz w:val="20"/>
        </w:rPr>
        <w:t>59:52  To is wajah se bohat hi ziyada yani gehrai ke sath kaam karna hoga, tab mindset toote ga.</w:t>
      </w:r>
    </w:p>
    <w:p>
      <w:pPr>
        <w:pStyle w:val="Heading2"/>
      </w:pPr>
      <w:r>
        <w:t>Obsession with human glories over God</w:t>
      </w:r>
    </w:p>
    <w:p>
      <w:r>
        <w:rPr>
          <w:color w:val="666666"/>
          <w:sz w:val="18"/>
        </w:rPr>
        <w:t>The Power of Remembering God Often September 26, 2010 · 2m 40s · at 1:24:54 · https://youtu.be/GMmwEr7Wt80?t=5094</w:t>
      </w:r>
    </w:p>
    <w:p>
      <w:r>
        <w:rPr>
          <w:i/>
        </w:rPr>
        <w:t>“I have invariably found that people are obsessed with human glories. Whenever they sit together, they talk of their greats in glowing terms. Why is it that we are lost in human glories and fail to find God, the true possessor of all glories?”</w:t>
      </w:r>
    </w:p>
    <w:p>
      <w:r>
        <w:rPr>
          <w:sz w:val="20"/>
        </w:rPr>
        <w:t>1:24:54  taake tumhare nasl generation ko is ki price na deni pade. maulana, agla sawal kya hai? doctor farida khanoom ne dilli se unhon ne likha hai ke "i have incredibly found that people are obsessed with human glories.</w:t>
      </w:r>
      <w:r>
        <w:br/>
      </w:r>
      <w:r>
        <w:rPr>
          <w:sz w:val="20"/>
        </w:rPr>
        <w:t>1:25:10  whenever they sit together, they talk of their greatness in glowing terms.</w:t>
      </w:r>
      <w:r>
        <w:br/>
      </w:r>
      <w:r>
        <w:rPr>
          <w:sz w:val="20"/>
        </w:rPr>
        <w:t>1:25:17  why is it that we are lost in human glories and fail to find god, the true possessor of all glories?" aakhir mein dekhen, yeh seen glory aur unseen glory ki baat hai.</w:t>
      </w:r>
      <w:r>
        <w:br/>
      </w:r>
      <w:r>
        <w:rPr>
          <w:sz w:val="20"/>
        </w:rPr>
        <w:t>1:25:31  yeh</w:t>
      </w:r>
      <w:r>
        <w:br/>
      </w:r>
      <w:r>
        <w:rPr>
          <w:sz w:val="20"/>
        </w:rPr>
        <w:t>1:25:35  khuda glory jo unseen glory hai, hamein to soch kar jaanna padta hai aur insaan ki glory to seen glory hai.</w:t>
      </w:r>
      <w:r>
        <w:br/>
      </w:r>
      <w:r>
        <w:rPr>
          <w:sz w:val="20"/>
        </w:rPr>
        <w:t>1:25:44  aap dekh kar dekhte hain aur foran aap jaan lete hain is ko. to yahan yaani aadmi sochega tab yeh jaane ga ke insaan ki jo great بڑai hai, woh bhi to khuda ki di hui hai.</w:t>
      </w:r>
      <w:r>
        <w:br/>
      </w:r>
      <w:r>
        <w:rPr>
          <w:sz w:val="20"/>
        </w:rPr>
        <w:t>1:26:02  kisi ko bohat bohat smart hai to khuda ne banaya hai is ko, kisi ka bari aqal hai to woh khuda ki di hui hai.</w:t>
      </w:r>
      <w:r>
        <w:br/>
      </w:r>
      <w:r>
        <w:rPr>
          <w:sz w:val="20"/>
        </w:rPr>
        <w:t>1:26:11  kuch bhi, koi bhi بڑai kisi insaan ke paas agar hai to woh khuda ki di hui hai. to khuda glory ek unseen glory hai aur jo insaan ki glory hai, woh seen glory hai.</w:t>
      </w:r>
      <w:r>
        <w:br/>
      </w:r>
      <w:r>
        <w:rPr>
          <w:sz w:val="20"/>
        </w:rPr>
        <w:t>1:26:27  to aadmi is ko jaan leta hai aur is ko nahi jaan pata. lekin yahi test hai. yaad rakhiye, yahi test hai. yaani insaan ki glory mein khuda ki glory ko daryaft karna ke giver to khuda hai, insaan to taker hai.</w:t>
      </w:r>
      <w:r>
        <w:br/>
      </w:r>
      <w:r>
        <w:rPr>
          <w:sz w:val="20"/>
        </w:rPr>
        <w:t>1:26:47  to yeh yeh to rahega, yeh khatm nahi ho sakta. yeh kyunke is ka talluq test se juda hua hai, is ka talluq test se juda hua hai.</w:t>
      </w:r>
      <w:r>
        <w:br/>
      </w:r>
      <w:r>
        <w:rPr>
          <w:sz w:val="20"/>
        </w:rPr>
        <w:t>1:26:59  agar yeh na ho to phir test ke ke halaat hi nahi honge. kaise insaan azmaish kaise hogi? insaan ka imtehan kaise hoga?</w:t>
      </w:r>
      <w:r>
        <w:br/>
      </w:r>
      <w:r>
        <w:rPr>
          <w:sz w:val="20"/>
        </w:rPr>
        <w:t>1:27:09  to hamein insaan ki seen glory mein yeh daryaft karna hai ke yeh to in seen god ka karishma hai, in seen god ka mamla hai.</w:t>
      </w:r>
      <w:r>
        <w:br/>
      </w:r>
      <w:r>
        <w:rPr>
          <w:sz w:val="20"/>
        </w:rPr>
        <w:t>1:27:19  insaan to tekar hai, giver to khuda hai. to is ko daryaft karne hi mein insaan ko test pe stand karta hai.</w:t>
      </w:r>
      <w:r>
        <w:br/>
      </w:r>
      <w:r>
        <w:rPr>
          <w:sz w:val="20"/>
        </w:rPr>
        <w:t>1:27:29  aadmi</w:t>
      </w:r>
    </w:p>
    <w:p>
      <w:pPr>
        <w:pStyle w:val="Heading2"/>
      </w:pPr>
      <w:r>
        <w:t>Overcoming tension from lust as shopkeeper</w:t>
      </w:r>
    </w:p>
    <w:p>
      <w:r>
        <w:rPr>
          <w:color w:val="666666"/>
          <w:sz w:val="18"/>
        </w:rPr>
        <w:t>Life After Death January 22, 2012 · 3m 24s · at 1:16:39 · https://youtu.be/5hVH1BLKBF4?t=4599</w:t>
      </w:r>
    </w:p>
    <w:p>
      <w:r>
        <w:rPr>
          <w:i/>
        </w:rPr>
        <w:t>“I am a shopkeeper. The issue of HIRS (lust) is always with every shopkeeper, due to which every shopkeeper remains in severe tension. How can one get out of this tension?”</w:t>
      </w:r>
    </w:p>
    <w:p>
      <w:r>
        <w:rPr>
          <w:sz w:val="20"/>
        </w:rPr>
        <w:t>1:16:39  Maulana, agla sawal aya hai Mr Fazal Amin ka, Karachi Pakistan se. unhon ne likha hai: "main aik dukandar hoon.</w:t>
      </w:r>
      <w:r>
        <w:br/>
      </w:r>
      <w:r>
        <w:rPr>
          <w:sz w:val="20"/>
        </w:rPr>
        <w:t>1:16:48  HIRS ka mamla har dukandar ke sath rehta hai jis ki wajah se har dukandar shadeed Tension mein rehta hai. Maulana sahib, is Tension se kis tarah nikla jaye?" HIRS ka matlab hai Lust.</w:t>
      </w:r>
      <w:r>
        <w:br/>
      </w:r>
      <w:r>
        <w:rPr>
          <w:sz w:val="20"/>
        </w:rPr>
        <w:t>1:17:02  L-U-S-T, Lust.</w:t>
      </w:r>
      <w:r>
        <w:br/>
      </w:r>
      <w:r>
        <w:rPr>
          <w:sz w:val="20"/>
        </w:rPr>
        <w:t>1:17:09  is ka saada tareeqa dekhiye kya hai formula. ke is ko Quran mein kaha gaya hai taqasur. aur zyada, aur zyada, aur zyada.</w:t>
      </w:r>
      <w:r>
        <w:br/>
      </w:r>
      <w:r>
        <w:rPr>
          <w:sz w:val="20"/>
        </w:rPr>
        <w:t>1:17:19  to is ka saada formula sochne ka yeh hai ke aap yeh sochen ke zyada paisa kis liye?</w:t>
      </w:r>
      <w:r>
        <w:br/>
      </w:r>
      <w:r>
        <w:rPr>
          <w:sz w:val="20"/>
        </w:rPr>
        <w:t>1:17:29  zyada zyada chahta hoon paisa to kis liye? zyada peace of mind ke liye? to zyada paisa sirf peace of mind ko Disrupt karta hai.</w:t>
      </w:r>
      <w:r>
        <w:br/>
      </w:r>
      <w:r>
        <w:rPr>
          <w:sz w:val="20"/>
        </w:rPr>
        <w:t>1:17:40  jitna zyada paisa utni pais of mind khatam.</w:t>
      </w:r>
      <w:r>
        <w:br/>
      </w:r>
      <w:r>
        <w:rPr>
          <w:sz w:val="20"/>
        </w:rPr>
        <w:t>1:17:44  to jab jo required result na mile to taqasur se faida kya hai? is wajah se dekhiye hadith mein ata hai ke sab se bari cheez qanaat hai, taqasur nahin.</w:t>
      </w:r>
      <w:r>
        <w:br/>
      </w:r>
      <w:r>
        <w:rPr>
          <w:sz w:val="20"/>
        </w:rPr>
        <w:t>1:18:00  do cheezein hain dekhiye qanaat aik hai aik hai taqasur. taqasur ka matlab hai ke mahr hai na mahr.</w:t>
      </w:r>
      <w:r>
        <w:br/>
      </w:r>
      <w:r>
        <w:rPr>
          <w:sz w:val="20"/>
        </w:rPr>
        <w:t>1:18:07  qanaat ka matlab hai ke jo Allah taala ne aap ko diya hai us par aap ka Contentment ho jaye. to Contentment mein Peace of Mind hai.</w:t>
      </w:r>
      <w:r>
        <w:br/>
      </w:r>
      <w:r>
        <w:rPr>
          <w:sz w:val="20"/>
        </w:rPr>
        <w:t>1:18:19  mahr hai na mahr mein nahin hai. to sawal yeh hai ke jab jab Result na milta ho to kya faida taqasur se?</w:t>
      </w:r>
      <w:r>
        <w:br/>
      </w:r>
      <w:r>
        <w:rPr>
          <w:sz w:val="20"/>
        </w:rPr>
        <w:t>1:18:29  aap sochiye ke Tension hota hai. insaan ki sehat kharab hoti hai. Blood Pressure badhta hai. aadmi Diabetic ho jata hai.</w:t>
      </w:r>
      <w:r>
        <w:br/>
      </w:r>
      <w:r>
        <w:rPr>
          <w:sz w:val="20"/>
        </w:rPr>
        <w:t>1:18:40  jitne zyada paise wale hain un ka yeh anjam hua. is wajah se dekhiye sahi tareeqa kya hai? agar aap ke paas zyada paisa aata hai to us ko deen ke raaste mein kharch kijiye.</w:t>
      </w:r>
      <w:r>
        <w:br/>
      </w:r>
      <w:r>
        <w:rPr>
          <w:sz w:val="20"/>
        </w:rPr>
        <w:t>1:18:54  sirf apni zaat mein mat kharch kijiye.</w:t>
      </w:r>
      <w:r>
        <w:br/>
      </w:r>
      <w:r>
        <w:rPr>
          <w:sz w:val="20"/>
        </w:rPr>
        <w:t>1:18:59  yaani kam paisa agar Allah taala ne diya aap ko to us par qanaat kar ke zindagi guzariye. agar Allah taala ne aap ko zyada paise de diye to theek hai woh bhi nemmat hai lekin kis liye?</w:t>
      </w:r>
      <w:r>
        <w:br/>
      </w:r>
      <w:r>
        <w:rPr>
          <w:sz w:val="20"/>
        </w:rPr>
        <w:t>1:19:14  sirf is liye ke apni Family ke liye nahi deen ke liye. Quran mein hai ke: "yasaloonaka ma la yunfiqoon" .</w:t>
      </w:r>
      <w:r>
        <w:br/>
      </w:r>
      <w:r>
        <w:rPr>
          <w:sz w:val="20"/>
        </w:rPr>
        <w:t>1:19:24  log poochte hain ke kaise kharch karein?</w:t>
      </w:r>
      <w:r>
        <w:br/>
      </w:r>
      <w:r>
        <w:rPr>
          <w:sz w:val="20"/>
        </w:rPr>
        <w:t>1:19:27  to Allah taala ne farmaya ke baqadr zaroorat apne paas rakho baqi deen mein kharch karo. yeh do formula hain Peace ka aur sukoon ka.</w:t>
      </w:r>
      <w:r>
        <w:br/>
      </w:r>
      <w:r>
        <w:rPr>
          <w:sz w:val="20"/>
        </w:rPr>
        <w:t>1:19:37  ke agar aap ko kam rizq mila hai to us par qanaat kar li jiye. zyada paisa aa raha hai Allah taala ki taraf se aap ko to zaroorat ke waqt apne paas rakhiye baqi deen mein kharch kar dijiye.</w:t>
      </w:r>
      <w:r>
        <w:br/>
      </w:r>
      <w:r>
        <w:rPr>
          <w:sz w:val="20"/>
        </w:rPr>
        <w:t>1:19:51  is ke siwa jo tareeqa hoga us mein sirf Tension, Stress, sehat ki kharabi is ke siwa kuch nahi.</w:t>
      </w:r>
    </w:p>
    <w:p>
      <w:pPr>
        <w:pStyle w:val="Heading2"/>
      </w:pPr>
      <w:r>
        <w:t>Why evil dominates over good</w:t>
      </w:r>
    </w:p>
    <w:p>
      <w:r>
        <w:rPr>
          <w:color w:val="666666"/>
          <w:sz w:val="18"/>
        </w:rPr>
        <w:t>Story of the Prophet Yusuf May 11, 2014 Maulana Wahiduddin Khan · 2m 33s · at 1:04:06 · https://youtu.be/2alsBthUWhw?t=3846</w:t>
      </w:r>
    </w:p>
    <w:p>
      <w:r>
        <w:rPr>
          <w:i/>
        </w:rPr>
        <w:t>“We see that the world is full of envious, jealous, and negative people. Patient and pious people are exceptional on this earth. When a human is born on his fitrah, why is there Satan's dominance over the environment? Why is evil always more than good? Please explain.”</w:t>
      </w:r>
    </w:p>
    <w:p>
      <w:r>
        <w:rPr>
          <w:sz w:val="20"/>
        </w:rPr>
        <w:t>1:04:06  aap tafsir mein parh lijiye is ko yeh koi sawal nahi hai yeh tafsir mein parh lijiye maulana agla sawal woh to woh is ka is is baat se koi ta'alluq nahi jo main ne kaha aap ji ya unhon ne kahiye ke tafsir mein parhen aap is ko maulana agla sawal shahnawaz zafar sahib ne kiya hai dilli se</w:t>
      </w:r>
      <w:r>
        <w:br/>
      </w:r>
      <w:r>
        <w:rPr>
          <w:sz w:val="20"/>
        </w:rPr>
        <w:t>1:04:28  unhon ne likha hai hum dekhte hain ke dunya hasad jalan karne walay aur negative logon se bhari hui hai sabir aur muttaqi log is zameen par exceptional hain jab insan apni fitrat par paida hota hai to mahol pe shaitan ka ghalba kyun hai kyun hamesha achhai ke muqablay mein burai zyada hoti hai is ke baray mein bataen</w:t>
      </w:r>
      <w:r>
        <w:br/>
      </w:r>
      <w:r>
        <w:rPr>
          <w:sz w:val="20"/>
        </w:rPr>
        <w:t>1:04:56  to seedhi yeh baat hai yeh to insan ko freedom hai freedom of choice yahi to masla hai insan ko suraj chand jis tareeqay se control mein hai is tarah se insan control mein nahi hai insan ko freedom of choice mila hua hai</w:t>
      </w:r>
      <w:r>
        <w:br/>
      </w:r>
      <w:r>
        <w:rPr>
          <w:sz w:val="20"/>
        </w:rPr>
        <w:t>1:05:18  to fiman shafa ilayawm fiman shafa ilaykafir</w:t>
      </w:r>
      <w:r>
        <w:br/>
      </w:r>
      <w:r>
        <w:rPr>
          <w:sz w:val="20"/>
        </w:rPr>
        <w:t>1:05:22  jo chahe apne choice ko sahi istemal kare jo chahe galat istemal kare yeh to hoga is mein</w:t>
      </w:r>
      <w:r>
        <w:br/>
      </w:r>
      <w:r>
        <w:rPr>
          <w:sz w:val="20"/>
        </w:rPr>
        <w:t>1:05:28  to koi kuch aur ho nahi sakta fiman shafa ilayawm fiman shafa ilaykafir</w:t>
      </w:r>
      <w:r>
        <w:br/>
      </w:r>
      <w:r>
        <w:rPr>
          <w:sz w:val="20"/>
        </w:rPr>
        <w:t>1:05:36  har aurat ko har mard ko freedom of choice mila hua hai</w:t>
      </w:r>
      <w:r>
        <w:br/>
      </w:r>
      <w:r>
        <w:rPr>
          <w:sz w:val="20"/>
        </w:rPr>
        <w:t>1:05:41  aur woh koi excuse nahi pesh hoga akhirat mein koi excuse nahi pesh kar sakega</w:t>
      </w:r>
      <w:r>
        <w:br/>
      </w:r>
      <w:r>
        <w:rPr>
          <w:sz w:val="20"/>
        </w:rPr>
        <w:t>1:05:48  is liye main kaha karta hoon ke if a good excuse don't use it</w:t>
      </w:r>
      <w:r>
        <w:br/>
      </w:r>
      <w:r>
        <w:rPr>
          <w:sz w:val="20"/>
        </w:rPr>
        <w:t>1:05:57  jaise ghalib ne kaha tha ke janta hoon sawab o ta'at o zahir par tabiyat idhar nahi aati to ab tabiyat ko aap control kijiye apni tabiyat ko moriye idhar se idhar nahi to phir is ka price den</w:t>
      </w:r>
      <w:r>
        <w:br/>
      </w:r>
      <w:r>
        <w:rPr>
          <w:sz w:val="20"/>
        </w:rPr>
        <w:t>1:06:17  is ko Khuda pakray ga aap ko is ki price deni paray gi freedom of choice jo insan ko mila hua hai woh kabhi bhi abolish nahi hoga insan ko khud hi faisla karna hai koi doosra aa kar ke aap ko zabardasti nahi kare ga</w:t>
      </w:r>
    </w:p>
    <w:p>
      <w:pPr>
        <w:pStyle w:val="Heading2"/>
      </w:pPr>
      <w:r>
        <w:t>Why people miss good intentions behind criticism</w:t>
      </w:r>
    </w:p>
    <w:p>
      <w:r>
        <w:rPr>
          <w:color w:val="666666"/>
          <w:sz w:val="18"/>
        </w:rPr>
        <w:t>Lessons and Experiences May 22, 2011 Maulana Wahiduddin Khan · 23m 53s · at 59:46 · https://youtu.be/j4Qx-MsDQWc?t=3586</w:t>
      </w:r>
    </w:p>
    <w:p>
      <w:r>
        <w:rPr>
          <w:i/>
        </w:rPr>
        <w:t>“Why do people not understand the good intentions behind speaking against their favor?”</w:t>
      </w:r>
    </w:p>
    <w:p>
      <w:r>
        <w:rPr>
          <w:sz w:val="20"/>
        </w:rPr>
        <w:t>59:46  Maulana yeh sawal aaya hai Ms Aarti Bhardwaj ka Delhi se. Unhon ne likha hai Maulana sahib why people do not understand the good intentions behind speaking against their favor.</w:t>
      </w:r>
      <w:r>
        <w:br/>
      </w:r>
      <w:r>
        <w:rPr>
          <w:sz w:val="20"/>
        </w:rPr>
        <w:t>1:00:03  Is ke bare mein batayein. Dekhiye yeh to aaj isi par maine kaha ke logon ki thinking jo hai woh develop nahi hoti hai.</w:t>
      </w:r>
      <w:r>
        <w:br/>
      </w:r>
      <w:r>
        <w:rPr>
          <w:sz w:val="20"/>
        </w:rPr>
        <w:t>1:00:15  Conditioned hote hain. Yani apne weakness ko jante nahi. Jaise maine khud apne bare mein kaha ke main apni is weakness ko nahi janta tha ke mujhe dawa kis tarah se khai jati hai woh janta nahi tha main.</w:t>
      </w:r>
      <w:r>
        <w:br/>
      </w:r>
      <w:r>
        <w:rPr>
          <w:sz w:val="20"/>
        </w:rPr>
        <w:t>1:00:36  Yeh mujhe yahi saada si baat hai bilkul saada si ke capsule munh mein aap dalein to kis tarah se is ko gale se utarein yeh janta nahi tha main.</w:t>
      </w:r>
      <w:r>
        <w:br/>
      </w:r>
      <w:r>
        <w:rPr>
          <w:sz w:val="20"/>
        </w:rPr>
        <w:t>1:00:46  To choti si baat mein jab itna aadmi conditioning ho jata hai to badi badi baaton mein kyun nahi hoga? To kisi insan ko bhi aap blame na dijiye.</w:t>
      </w:r>
      <w:r>
        <w:br/>
      </w:r>
      <w:r>
        <w:rPr>
          <w:sz w:val="20"/>
        </w:rPr>
        <w:t>1:01:00  Hamesha yeh sochiye ke is ki jo conditioning hai is ko kaise toda jaye. Is ko kaise de-condition kiya jaye.</w:t>
      </w:r>
      <w:r>
        <w:br/>
      </w:r>
      <w:r>
        <w:rPr>
          <w:sz w:val="20"/>
        </w:rPr>
        <w:t>1:01:10  Mujhe to bar bar tajurba yeh hua hai ke sara mamla hota hai conditioning ka.</w:t>
      </w:r>
      <w:r>
        <w:br/>
      </w:r>
      <w:r>
        <w:rPr>
          <w:sz w:val="20"/>
        </w:rPr>
        <w:t>1:01:16  Har aadmi kisi na kisi cheez mein conditioned rehta hai. Apne ghar mein apne mahol mein apne paros mein apne mulk mein.</w:t>
      </w:r>
      <w:r>
        <w:br/>
      </w:r>
      <w:r>
        <w:rPr>
          <w:sz w:val="20"/>
        </w:rPr>
        <w:t>1:01:27  Is conditioning ki wajah se is ki baaton ko samajh mein nahi aati.</w:t>
      </w:r>
      <w:r>
        <w:br/>
      </w:r>
      <w:r>
        <w:rPr>
          <w:sz w:val="20"/>
        </w:rPr>
        <w:t>1:01:33  To jab tak isi conditioning ko aap todein nahi</w:t>
      </w:r>
      <w:r>
        <w:br/>
      </w:r>
      <w:r>
        <w:rPr>
          <w:sz w:val="20"/>
        </w:rPr>
        <w:t>1:01:42  tab tak aap</w:t>
      </w:r>
      <w:r>
        <w:br/>
      </w:r>
      <w:r>
        <w:rPr>
          <w:sz w:val="20"/>
        </w:rPr>
        <w:t>1:01:46  is ko samjha nahi sakte.</w:t>
      </w:r>
      <w:r>
        <w:br/>
      </w:r>
      <w:r>
        <w:rPr>
          <w:sz w:val="20"/>
        </w:rPr>
        <w:t>1:01:55  To conditioning itni zyada yani</w:t>
      </w:r>
      <w:r>
        <w:br/>
      </w:r>
      <w:r>
        <w:rPr>
          <w:sz w:val="20"/>
        </w:rPr>
        <w:t>1:02:02  har aadmi ko ek condition ke case hai. Main samajhta hoon ke koi aadmi bhi aisa nahi hai jo conditioning conditioning case na ho.</w:t>
      </w:r>
      <w:r>
        <w:br/>
      </w:r>
      <w:r>
        <w:rPr>
          <w:sz w:val="20"/>
        </w:rPr>
        <w:t>1:02:13  To zindagi ka main samajhta hoon ke har aadmi yani condition ho hi jata hai. Mistake condition ho hi jata hai har aadmi.</w:t>
      </w:r>
      <w:r>
        <w:br/>
      </w:r>
      <w:r>
        <w:rPr>
          <w:sz w:val="20"/>
        </w:rPr>
        <w:t>1:02:22  To zindagi ki jo beginning hai yani zindagi ka jo starting point hai woh yahi hai ke aap ne apne ko de-condition karein.</w:t>
      </w:r>
      <w:r>
        <w:br/>
      </w:r>
      <w:r>
        <w:rPr>
          <w:sz w:val="20"/>
        </w:rPr>
        <w:t>1:02:31  Yani before de-conditioning your personality there is no beginning.</w:t>
      </w:r>
      <w:r>
        <w:br/>
      </w:r>
      <w:r>
        <w:rPr>
          <w:sz w:val="20"/>
        </w:rPr>
        <w:t>1:02:40  Yeh har aadmi mein main samajhta hoon ke is mein koi exception nahi hai.</w:t>
      </w:r>
      <w:r>
        <w:br/>
      </w:r>
      <w:r>
        <w:rPr>
          <w:sz w:val="20"/>
        </w:rPr>
        <w:t>1:02:45  To jis aadmi ko aap payein ke aisa hai to yeh sochiye ke is ki conditioning ko toda kaise jaye. Aur jaise hi aadmi ki condition ٹوٹتی hai woh aadmi samajh leta hai baat ko.</w:t>
      </w:r>
      <w:r>
        <w:br/>
      </w:r>
      <w:r>
        <w:rPr>
          <w:sz w:val="20"/>
        </w:rPr>
        <w:t>1:03:00  Mujhe to bar bar tajurba is ka hua. Yani yeh na samjhiye ke woh yani jaan boojh kar aisa kar raha hai.</w:t>
      </w:r>
      <w:r>
        <w:br/>
      </w:r>
      <w:r>
        <w:rPr>
          <w:sz w:val="20"/>
        </w:rPr>
        <w:t>1:03:09  Conditioning conditioning ki wajah se woh yani unaware hai apne khud apne weakness se.</w:t>
      </w:r>
      <w:r>
        <w:br/>
      </w:r>
      <w:r>
        <w:rPr>
          <w:sz w:val="20"/>
        </w:rPr>
        <w:t>1:03:19  To main yahi kahunga ke bajaye is aadmi ko blame dene ke aap sirf yeh kijiye ke yeh pata kijiye ke kaise is ki conditioning hui hai.</w:t>
      </w:r>
      <w:r>
        <w:br/>
      </w:r>
      <w:r>
        <w:rPr>
          <w:sz w:val="20"/>
        </w:rPr>
        <w:t>1:03:31  Is condition ko kaise toda ja sakta hai. Study karwayein aap is ko baat cheet karein is ko aap is ko koi nayi baat is ko samjhayein.</w:t>
      </w:r>
      <w:r>
        <w:br/>
      </w:r>
      <w:r>
        <w:rPr>
          <w:sz w:val="20"/>
        </w:rPr>
        <w:t>1:03:40  to hamare haan to yani bohat misalein hain sankron sankron misalein hain ke jab jab conditioning toot gayi aadmi ki to usi baat ko samajhne laga jo us ke pehle to samajh nahi pata tha wo.</w:t>
      </w:r>
      <w:r>
        <w:br/>
      </w:r>
      <w:r>
        <w:rPr>
          <w:sz w:val="20"/>
        </w:rPr>
        <w:t>1:03:57  to hum mein se har shakhs jo chahta hai logon ko theek karna us ko yeh jaanna chahiye ke us ke kaam ki jo beginning hai wo de-conditioning se hogi.</w:t>
      </w:r>
      <w:r>
        <w:br/>
      </w:r>
      <w:r>
        <w:rPr>
          <w:sz w:val="20"/>
        </w:rPr>
        <w:t>1:04:11  us ke baghair nahi ho sakti hai.</w:t>
      </w:r>
      <w:r>
        <w:br/>
      </w:r>
      <w:r>
        <w:rPr>
          <w:sz w:val="20"/>
        </w:rPr>
        <w:t>1:04:16  Miss Naghma Siddiqui ne Dilli se likha hai can you give a suggestion on how we can change our addiction؟</w:t>
      </w:r>
      <w:r>
        <w:br/>
      </w:r>
      <w:r>
        <w:rPr>
          <w:sz w:val="20"/>
        </w:rPr>
        <w:t>1:04:31  Big suggestion to</w:t>
      </w:r>
      <w:r>
        <w:br/>
      </w:r>
      <w:r>
        <w:rPr>
          <w:sz w:val="20"/>
        </w:rPr>
        <w:t>1:04:34  yahi hai ke khud sochiye aur doosra aadmi jab aap ko kuch bataye to us par dhyan dijiye.</w:t>
      </w:r>
      <w:r>
        <w:br/>
      </w:r>
      <w:r>
        <w:rPr>
          <w:sz w:val="20"/>
        </w:rPr>
        <w:t>1:04:43  us ko brush aside mat kijiye aksar aisa hota hai ke doosra aadmi jab aap ko dhyan dilata hai to aap us ko brush aside kar dete hain.</w:t>
      </w:r>
      <w:r>
        <w:br/>
      </w:r>
      <w:r>
        <w:rPr>
          <w:sz w:val="20"/>
        </w:rPr>
        <w:t>1:04:58  to aur koi tareeqa koi is mein koi koi bohat hi koi aur technical tareeqa to mein dene wala hoon is ka.</w:t>
      </w:r>
      <w:r>
        <w:br/>
      </w:r>
      <w:r>
        <w:rPr>
          <w:sz w:val="20"/>
        </w:rPr>
        <w:t>1:05:09  yeh hai ke aap introspection karein sochein apne bare mein aur is baat ko maan lein ke kai baatein aisi ho sakti hain jo hamare andar ho weakness hum jante bhi nahi ho ke wo weakness hai.</w:t>
      </w:r>
      <w:r>
        <w:br/>
      </w:r>
      <w:r>
        <w:rPr>
          <w:sz w:val="20"/>
        </w:rPr>
        <w:t>1:05:22  isi liye maine apni misaal de di khud apni misaal ke mere andar yeh weakness thi ke main pani peeta tha to sahi tareeqe se nahi peeta tha is liye dawa mere gale mein phans jati thi.</w:t>
      </w:r>
      <w:r>
        <w:br/>
      </w:r>
      <w:r>
        <w:rPr>
          <w:sz w:val="20"/>
        </w:rPr>
        <w:t>1:05:36  lekin main mujhe mujhe is ka is ka pata nahi tha mujhe aaj mein dekhiye hota kya hai is isi misaal se batata hoon aap ko ke aadmi kisi obsession mein pad jata hai obsession jaise mujhe obsession kiya tha</w:t>
      </w:r>
      <w:r>
        <w:br/>
      </w:r>
      <w:r>
        <w:rPr>
          <w:sz w:val="20"/>
        </w:rPr>
        <w:t>1:05:52  ke peghambar ne kaha ke pani thoda thoda kar ke piyo pani thoda thoda kar ke piyo lekin every rule has its exceptions.</w:t>
      </w:r>
      <w:r>
        <w:br/>
      </w:r>
      <w:r>
        <w:rPr>
          <w:sz w:val="20"/>
        </w:rPr>
        <w:t>1:06:02  is hadees mein hamein yeh sochna chahiye ke every rule has its exceptions koi bhi baat ho to us pe exception hota hai to aam halat mein to theek hai thoda thoda kar ke piyo.</w:t>
      </w:r>
      <w:r>
        <w:br/>
      </w:r>
      <w:r>
        <w:rPr>
          <w:sz w:val="20"/>
        </w:rPr>
        <w:t>1:06:11  lekin aap jab dawa le rahe hain capsule to aap ko poora ghont lena parega tabhi wo utre gi nahi to nahi utre gi ab yeh sochne se baatein maloom hoti hain.</w:t>
      </w:r>
      <w:r>
        <w:br/>
      </w:r>
      <w:r>
        <w:rPr>
          <w:sz w:val="20"/>
        </w:rPr>
        <w:t>1:06:22  jo bohat acha tha ke maine yeh adat banai ke pani thoda thoda kar ke piyo lekin isi ke sath mujhe yeh bhi janna chahiye ke every rule has its exceptions.</w:t>
      </w:r>
      <w:r>
        <w:br/>
      </w:r>
      <w:r>
        <w:rPr>
          <w:sz w:val="20"/>
        </w:rPr>
        <w:t>1:06:35  to jab dawa ka ek capsule wo mun mein dala aap ne to wo wo exception ka case ban gaya ab aap ko pani peene se zyada mun mein lena chahiye taake utar utar jayega yeh sab.</w:t>
      </w:r>
      <w:r>
        <w:br/>
      </w:r>
      <w:r>
        <w:rPr>
          <w:sz w:val="20"/>
        </w:rPr>
        <w:t>1:06:46  to</w:t>
      </w:r>
      <w:r>
        <w:br/>
      </w:r>
      <w:r>
        <w:rPr>
          <w:sz w:val="20"/>
        </w:rPr>
        <w:t>1:06:47  yahi hai ek hi process hai wo hai sochna sochna sochna sochna aur us ke liye tayyar rehna ke jaise hi mujhe pata chale apni weakness ka jaldi sambhal loon is ko mein.</w:t>
      </w:r>
      <w:r>
        <w:br/>
      </w:r>
      <w:r>
        <w:rPr>
          <w:sz w:val="20"/>
        </w:rPr>
        <w:t>1:07:00  phir mein der na karoon yahi baat meri samajh mein aati hai.</w:t>
      </w:r>
      <w:r>
        <w:br/>
      </w:r>
      <w:r>
        <w:rPr>
          <w:sz w:val="20"/>
        </w:rPr>
        <w:t>1:07:10  Miss Aisha ne Dilli se likha hai Maulana today you emphasized on art of thinking that is development of thinking power my question is is there any formula on how to develop the thinking power please comment</w:t>
      </w:r>
      <w:r>
        <w:br/>
      </w:r>
      <w:r>
        <w:rPr>
          <w:sz w:val="20"/>
        </w:rPr>
        <w:t>1:07:33  nahi is ka koi technical formula to hai nahi</w:t>
      </w:r>
      <w:r>
        <w:br/>
      </w:r>
      <w:r>
        <w:rPr>
          <w:sz w:val="20"/>
        </w:rPr>
        <w:t>1:07:40  koi bhi technical formula nahi hai</w:t>
      </w:r>
      <w:r>
        <w:br/>
      </w:r>
      <w:r>
        <w:rPr>
          <w:sz w:val="20"/>
        </w:rPr>
        <w:t>1:07:45  aap study karein</w:t>
      </w:r>
      <w:r>
        <w:br/>
      </w:r>
      <w:r>
        <w:rPr>
          <w:sz w:val="20"/>
        </w:rPr>
        <w:t>1:07:49  cheezon ko observe karein gehrai ke sath logon ki baaton ko sunein jaise misaal ke tor par dekhiye maine aksar logon ko paya hai ke jab wo kisi doosre ke paas sun rahe hote hain to wo poora nahi sun rahe hote tab bhi wo un ka apna mind ka jo hai mechanism chalta rehta hai</w:t>
      </w:r>
      <w:r>
        <w:br/>
      </w:r>
      <w:r>
        <w:rPr>
          <w:sz w:val="20"/>
        </w:rPr>
        <w:t>1:08:08  yani ek point hai jis pe discussion ho raha hai ab doosra aadmi ek us ko apne dhang se bata raha hai to mera mind jo hai usi chalta rahega apne apne khayalon par jaise hi wo khatam karega main phir aaghal doonga wo jo mere mind mein tha</w:t>
      </w:r>
      <w:r>
        <w:br/>
      </w:r>
      <w:r>
        <w:rPr>
          <w:sz w:val="20"/>
        </w:rPr>
        <w:t>1:08:26  to mein Allah ke fazl se mere andar yeh baat Allah taala ne maine rakhi hai ke mein impetive mind ho ke sunta hoon doosre ki baat hoti hai der ke liye apne mind ko ek dum kh</w:t>
      </w:r>
      <w:r>
        <w:br/>
      </w:r>
      <w:r>
        <w:rPr>
          <w:sz w:val="20"/>
        </w:rPr>
        <w:t>1:08:37  ali kar leta hoon isi ko sunta hoon jo keh raha hai kehne wala</w:t>
      </w:r>
      <w:r>
        <w:br/>
      </w:r>
      <w:r>
        <w:rPr>
          <w:sz w:val="20"/>
        </w:rPr>
        <w:t>1:08:43  to art of thinking jo hai woh uska koi technical tareeka nahi hai aap aap sochein uske liye tayyar rahein ke jaise hi meri ghalti batai jayegi maan lunga usko sab se zyada crucial baat jo hai woh hai apni ghalti ko ko maan lena</w:t>
      </w:r>
      <w:r>
        <w:br/>
      </w:r>
      <w:r>
        <w:rPr>
          <w:sz w:val="20"/>
        </w:rPr>
        <w:t>1:09:08  jaldi se aap keh sakte hain ke i was wrong i was wrong mein batata hoon sab se bari jo rukawat hai thinking power ko develop karne mein woh yahi hai ke logon ke andar yeh yeh yaani woh nahi hota woh dar nahi karte karte uske liye ke woh keh dein ke i was wrong darte hain ke mein aisa keh doon to mein kuch chhota ho jaunga</w:t>
      </w:r>
      <w:r>
        <w:br/>
      </w:r>
      <w:r>
        <w:rPr>
          <w:sz w:val="20"/>
        </w:rPr>
        <w:t>1:09:34  to ya to woh deny karte rehte hain maante hi nahi ya dil mein dil mein maan lete hain seedhe se kahiye jaise hi aap kahein ke i was wrong waise aap ke mind mein ek naya development aa jayega</w:t>
      </w:r>
      <w:r>
        <w:br/>
      </w:r>
      <w:r>
        <w:rPr>
          <w:sz w:val="20"/>
        </w:rPr>
        <w:t>1:09:48  to mein yahi kahunga ke study kijiye cheezon ko bohat gehrai ke sath dekhiye distraction se apne aap ko bachaiye aur uske liye tayyar rahein ke jaise hi bataya jaye aap ki kisi weakness ko jaldi se keh dijiye ke waqai yeh ghalti thi mere mere dil thi i was wrong</w:t>
      </w:r>
      <w:r>
        <w:br/>
      </w:r>
      <w:r>
        <w:rPr>
          <w:sz w:val="20"/>
        </w:rPr>
        <w:t>1:10:09  to yeh koi yaani koi uska koi short course nahi hai yeh to life life long process ek hai zindagi bhar aap ko sochna hai zindagi bhar apni thinking ko develop karna hai aakhir waqt tak yeh chalta rehta hai mera tajurba to yahi hai</w:t>
      </w:r>
      <w:r>
        <w:br/>
      </w:r>
      <w:r>
        <w:rPr>
          <w:sz w:val="20"/>
        </w:rPr>
        <w:t>1:10:34  mister surya mukharji ne dilli se likha hai</w:t>
      </w:r>
      <w:r>
        <w:br/>
      </w:r>
      <w:r>
        <w:rPr>
          <w:sz w:val="20"/>
        </w:rPr>
        <w:t>1:10:38  maulana ji should be adjust ourselves despite of being on theright track and compromising the very ideals with those who live by no ideals haan dekhiye yeh yeh har aadmi ka problem hota hai jo bhi aadmi society mein reh raha hai uska</w:t>
      </w:r>
      <w:r>
        <w:br/>
      </w:r>
      <w:r>
        <w:rPr>
          <w:sz w:val="20"/>
        </w:rPr>
        <w:t>1:11:00  to mein to dekhiye compromise ko manta hoon compromise ko adjustment ko manta hoon mein lekin woh compromise yaani mein mera formula kyun hai apne kisi interest ke liye nahi hai</w:t>
      </w:r>
      <w:r>
        <w:br/>
      </w:r>
      <w:r>
        <w:rPr>
          <w:sz w:val="20"/>
        </w:rPr>
        <w:t>1:11:23  sirf is liye ke mera formula yeh hai ke doosra aadmi agar aap ko chahta dikhai parta hai ke woh right track se hta hua hai to aap uske yaani uske blushar baniye aur sachai ke sath usko samjhane ki koshish kijiye agar woh maan leta hai to bari achi baat hai agar nahi maan manta hai to aap wahin par peeche hatt jaiye reset ki</w:t>
      </w:r>
      <w:r>
        <w:br/>
      </w:r>
      <w:r>
        <w:rPr>
          <w:sz w:val="20"/>
        </w:rPr>
        <w:t>1:11:52  jiye reset reset kijiye kyun kyun phir aap time waste karenge</w:t>
      </w:r>
      <w:r>
        <w:br/>
      </w:r>
      <w:r>
        <w:rPr>
          <w:sz w:val="20"/>
        </w:rPr>
        <w:t>1:12:04  to save your time to save your energy you have to reset you have to adjust you have to make compromise</w:t>
      </w:r>
      <w:r>
        <w:br/>
      </w:r>
      <w:r>
        <w:rPr>
          <w:sz w:val="20"/>
        </w:rPr>
        <w:t>1:12:16  mein usko cowardice nahi samajhta ya usko mein unprincipled behaviour nahi samajhta compromise ko</w:t>
      </w:r>
      <w:r>
        <w:br/>
      </w:r>
      <w:r>
        <w:rPr>
          <w:sz w:val="20"/>
        </w:rPr>
        <w:t>1:12:27  to dekhiye do cheezein alag alag hain ek yeh hai ke aap koi ghalt faida uthana chahte hain koi ghalt faide ke liye aap kisi se compromise karein woh to ek alag cheez</w:t>
      </w:r>
      <w:r>
        <w:br/>
      </w:r>
      <w:r>
        <w:rPr>
          <w:sz w:val="20"/>
        </w:rPr>
        <w:t>1:12:42  hai usko to koi bhi nahi kahega yeh theek kaam hai yaani apne ek ghalt faide ke liye ya koi aap se ghalt faida lena chahta hai maslan ek aadmi officer hai uske paas ek aadmi aata hai ke mera falan kaam kar do aur woh ghalt kaam hota hai paisa deta hai usko paisa de kar ke usko kehta hai ke paisa lo abhi yeh kaam kar do woh paisa le kar ke woh officer kaam kar deta hai</w:t>
      </w:r>
      <w:r>
        <w:br/>
      </w:r>
      <w:r>
        <w:rPr>
          <w:sz w:val="20"/>
        </w:rPr>
        <w:t>1:13:12  to yeh jo compromise kiya is officer ne yeh to bohat ghalt baat hai to interest ke liye compromise karna yeh to bilashuba ghalt hai interest ke liye compromise karna ghalt hai principle ke liye compromise karna bilkul sahi hai</w:t>
      </w:r>
      <w:r>
        <w:br/>
      </w:r>
      <w:r>
        <w:rPr>
          <w:sz w:val="20"/>
        </w:rPr>
        <w:t>1:13:32  principle ke principle ke liye compromise karna bilkul sahi hai</w:t>
      </w:r>
      <w:r>
        <w:br/>
      </w:r>
      <w:r>
        <w:rPr>
          <w:sz w:val="20"/>
        </w:rPr>
        <w:t>1:13:38  to do alag alag tareeke yaani do alag alag qism ke compromise hain</w:t>
      </w:r>
      <w:r>
        <w:br/>
      </w:r>
      <w:r>
        <w:rPr>
          <w:sz w:val="20"/>
        </w:rPr>
        <w:t>1:13:48  to mera tajurba yahi hai ke interest ke liye compromise karna is se aap ke andar weak personality banti hai weak personality lekin principle ke liye compromise jab aap karein to aap ko opportunity milti hai woh aap ko opportunity deta hai aap</w:t>
      </w:r>
      <w:r>
        <w:br/>
      </w:r>
      <w:r>
        <w:rPr>
          <w:sz w:val="20"/>
        </w:rPr>
        <w:t>1:14:09  ko aap ka rasta rukta nahi yeh yeh yeh jo qism hai compromise karne ki woh to must hai kyunke iske baghair aap koi bara kaam kar nahi sakte</w:t>
      </w:r>
      <w:r>
        <w:br/>
      </w:r>
      <w:r>
        <w:rPr>
          <w:sz w:val="20"/>
        </w:rPr>
        <w:t>1:14:24  maulana zikwan nadvi ne dilli se likha hai british scientist stephen hawking had said in his interview that paradise and after life is nothing but a fairy story</w:t>
      </w:r>
      <w:r>
        <w:br/>
      </w:r>
      <w:r>
        <w:rPr>
          <w:sz w:val="20"/>
        </w:rPr>
        <w:t>1:14:39  what is your comment on this haan dekhiye maine padha tha times of India mein to us waqt maine padhne ke baad maine kaha tha ke yeh scientist ki zuban se ek unscientific comment hai</w:t>
      </w:r>
      <w:r>
        <w:br/>
      </w:r>
      <w:r>
        <w:rPr>
          <w:sz w:val="20"/>
        </w:rPr>
        <w:t>1:15:00  dekhiye ek</w:t>
      </w:r>
      <w:r>
        <w:br/>
      </w:r>
      <w:r>
        <w:rPr>
          <w:sz w:val="20"/>
        </w:rPr>
        <w:t>1:15:05  scientific stand kya hai</w:t>
      </w:r>
      <w:r>
        <w:br/>
      </w:r>
      <w:r>
        <w:rPr>
          <w:sz w:val="20"/>
        </w:rPr>
        <w:t>1:15:09  science yeh kehti hai ke jo cheez observation mein aaye wahi reality hai jo na observation hai to woh reality nahi hai yani is is sense mein nahi ke woh wajood nahi reality ka is sense mein ke hum is ke baray mein kuch kehne ki position mein nahi hain</w:t>
      </w:r>
      <w:r>
        <w:br/>
      </w:r>
      <w:r>
        <w:rPr>
          <w:sz w:val="20"/>
        </w:rPr>
        <w:t>1:15:31  yani jo aaj cheez aap ke telescope mein aati hai jo jo microscope ke ke zariye dikhai padti hai to woh to hum ne dekh liya to is ko to hum maan lenge jo cheez telescope aur microscope ke range mein nahi aati hai is ke baray mein hum kuch kehne ki position mein nahi hain yeh hai stand scientist ka</w:t>
      </w:r>
      <w:r>
        <w:br/>
      </w:r>
      <w:r>
        <w:rPr>
          <w:sz w:val="20"/>
        </w:rPr>
        <w:t>1:15:55  lekin unhon ne ek statement de diya</w:t>
      </w:r>
      <w:r>
        <w:br/>
      </w:r>
      <w:r>
        <w:rPr>
          <w:sz w:val="20"/>
        </w:rPr>
        <w:t>1:16:00  jabke jo recent research hui hai cosmos ki to yeh maan liya gaya hai ke cosmos ka sirf five percent hissa woh hai jo hum dekh paate hain 95 percent hissa woh hai jo hum dekh hi nahi sakte to aisi halat mein aap dekhiye ke science scientiston ko kya karna chahiye</w:t>
      </w:r>
      <w:r>
        <w:br/>
      </w:r>
      <w:r>
        <w:rPr>
          <w:sz w:val="20"/>
        </w:rPr>
        <w:t>1:16:23  science danon ko yeh karna chahiye ke according to the physical laws</w:t>
      </w:r>
      <w:r>
        <w:br/>
      </w:r>
      <w:r>
        <w:rPr>
          <w:sz w:val="20"/>
        </w:rPr>
        <w:t>1:16:33  perhaps there is no existence of paradise yani probably kehna chahiye is ko probably there is no physical existence of paradise probably kyunke humein pata nahi hai lekin yeh keh dena ke paradise koi exist karti nahi hai aap kaise keh sakte hain yani kis knowledge ke base par kahenge aap</w:t>
      </w:r>
      <w:r>
        <w:br/>
      </w:r>
      <w:r>
        <w:rPr>
          <w:sz w:val="20"/>
        </w:rPr>
        <w:t>1:16:58  kis knowledge jo aap khud aap ka jo science hai wahi batati hai ke five percent ke siwa jo duniya hai woh humein is ki khabar hi nahi hai is ki</w:t>
      </w:r>
      <w:r>
        <w:br/>
      </w:r>
      <w:r>
        <w:rPr>
          <w:sz w:val="20"/>
        </w:rPr>
        <w:t>1:17:14  is ki khabar nahi hai hum ko kyunke aap jante hain ke insaan ne jo banai hai telescope ya hamari aankh se hum light ho tab dekh paate hain light na hote hain nahi dekh paate aap</w:t>
      </w:r>
      <w:r>
        <w:br/>
      </w:r>
      <w:r>
        <w:rPr>
          <w:sz w:val="20"/>
        </w:rPr>
        <w:t>1:17:30  to universe mein dekhiye yeh discovery hui hai ke bara hissa dark matters ka hai dark matters ka matlab yeh nahi ke woh dark hain woh bhi bright hain jis jis se doosre star bright hote hain lekin un ka strong strong hai un ka ke woh apne apne light ko bhi kheenche hue hain light ko nikalne nahi dete itna strong hai</w:t>
      </w:r>
      <w:r>
        <w:br/>
      </w:r>
      <w:r>
        <w:rPr>
          <w:sz w:val="20"/>
        </w:rPr>
        <w:t>1:17:58  woh yeh suraj ki light hum par aati hai kyunke suraj apni light ko rok nahi roke hue nahi hai lekin woh jo hain woh itna strong hain ke apni light ko rok lete hain to hamare aur un ke beech mein roshni nahi hai hum dekh nahi paate na aankh se dekhenge na telescope se to jab science khud yeh manti hai ke aap zariye boli nahi hai bara hissa kainaat ka to aap kaise keh sakte hain</w:t>
      </w:r>
      <w:r>
        <w:br/>
      </w:r>
      <w:r>
        <w:rPr>
          <w:sz w:val="20"/>
        </w:rPr>
        <w:t>1:18:27  to woh sirf yeh keh sakte hain ke probably there is no physical existence of paradise bas yahi scientific statement hai baqi yeh kehna hai ke yeh pariyon ki kahaniyan hain aur yeh aisa kuch hai nahi kahin to aap kis ilm ke base par kehte hain kis ilm ke base par</w:t>
      </w:r>
      <w:r>
        <w:br/>
      </w:r>
      <w:r>
        <w:rPr>
          <w:sz w:val="20"/>
        </w:rPr>
        <w:t>1:18:51  to bas mein ne parha tha is ko woh yahi baat mein ne is ko kahi thi ke yeh ek scientist ki zuban se ek un scientific statement hai</w:t>
      </w:r>
      <w:r>
        <w:br/>
      </w:r>
      <w:r>
        <w:rPr>
          <w:sz w:val="20"/>
        </w:rPr>
        <w:t>1:19:03  Mr Abdul Rehman ne Delhi se likha hai Maulana sahib whatever is granted to us in this world is for the test then what is meant by be hisab rizq that Allah provides for whoever He wills</w:t>
      </w:r>
      <w:r>
        <w:br/>
      </w:r>
      <w:r>
        <w:rPr>
          <w:sz w:val="20"/>
        </w:rPr>
        <w:t>1:19:21  dekhiye aap be hisab ka matlab yeh nahi hai yani absolute sense mein nahi hai yani khud rizq ki nisbat se nahi hai woh hamare amal ki nisbat se hai woh yani hum ne amal kiya ho one percent to Khuda hundred percent de sakta hai is ka yani is ka ajar</w:t>
      </w:r>
      <w:r>
        <w:br/>
      </w:r>
      <w:r>
        <w:rPr>
          <w:sz w:val="20"/>
        </w:rPr>
        <w:t>1:19:51  yeh matlab nahi ke yani khud rizq jo hai jo sari duniya mein jo sari kainaat mein jo rizq hai woh sab ko aadil deta hai is ke upar yeh matlab is ka nahi hai</w:t>
      </w:r>
      <w:r>
        <w:br/>
      </w:r>
      <w:r>
        <w:rPr>
          <w:sz w:val="20"/>
        </w:rPr>
        <w:t>1:20:05  is ka matlab yeh hai ke jo jo jo insaan ne ek amal kiya hai to agarche woh thoda ho lekin is ke andar qualitatively itni zyada important hota hai woh ke is ka yani in terms of quantity is ko bohat de deta hai amal to thoda hai lekin in terms of quality is ke andar bohat bari koi cheez hai</w:t>
      </w:r>
      <w:r>
        <w:br/>
      </w:r>
      <w:r>
        <w:rPr>
          <w:sz w:val="20"/>
        </w:rPr>
        <w:t>1:20:31  to Khuda is ki quality ko dekhte hue bohat bari quantity mein ajar de deta hai to is ko absolute absolute sense mein mat lijiye koi bhi cheez dekhen absolute sense mein nahi hoti hai</w:t>
      </w:r>
      <w:r>
        <w:br/>
      </w:r>
      <w:r>
        <w:rPr>
          <w:sz w:val="20"/>
        </w:rPr>
        <w:t>1:20:47  Dr Farida Khanam ne Delhi se likha hai a scholar once observed people are lost in trivialities not attuned to the challenging issues of the time</w:t>
      </w:r>
      <w:r>
        <w:br/>
      </w:r>
      <w:r>
        <w:rPr>
          <w:sz w:val="20"/>
        </w:rPr>
        <w:t>1:21:00  what is your comment on this</w:t>
      </w:r>
      <w:r>
        <w:br/>
      </w:r>
      <w:r>
        <w:rPr>
          <w:sz w:val="20"/>
        </w:rPr>
        <w:t>1:21:07  yeh to bohat sahi hai aaj bhi sahi hai pehle bhi sahi tha choti cheezon mein log phanse rehte hain choti cheezon mein ab bari jo cheez hai is mein nahi phanstey misaal ke taur par dekhiye musalman 50 baras se reservation reservation mein phanse gaye hain hum ko reservation do</w:t>
      </w:r>
      <w:r>
        <w:br/>
      </w:r>
      <w:r>
        <w:rPr>
          <w:sz w:val="20"/>
        </w:rPr>
        <w:t>1:21:27  ye bahut hi mamooli cheez hai baal farz reservation de bhi diya jaye to us se community ko taraqqi</w:t>
      </w:r>
      <w:r>
        <w:br/>
      </w:r>
      <w:r>
        <w:rPr>
          <w:sz w:val="20"/>
        </w:rPr>
        <w:t>1:21:32  nahi hone wali hai</w:t>
      </w:r>
      <w:r>
        <w:br/>
      </w:r>
      <w:r>
        <w:rPr>
          <w:sz w:val="20"/>
        </w:rPr>
        <w:t>1:21:36  taraqqi hogi hard work se mehnat se is par zor dena chahiye sare leader bolte hain ab to</w:t>
      </w:r>
      <w:r>
        <w:br/>
      </w:r>
      <w:r>
        <w:rPr>
          <w:sz w:val="20"/>
        </w:rPr>
        <w:t>1:21:43  aj kal boli kam ho gayi hai 1947 ke baad main ne dekha ke sab ye boli bolte</w:t>
      </w:r>
      <w:r>
        <w:br/>
      </w:r>
      <w:r>
        <w:rPr>
          <w:sz w:val="20"/>
        </w:rPr>
        <w:t>1:21:48  the reservation do reservation do reservation do mujh ko chhod kar ke main kabhi bhi reservation ki himayat</w:t>
      </w:r>
      <w:r>
        <w:br/>
      </w:r>
      <w:r>
        <w:rPr>
          <w:sz w:val="20"/>
        </w:rPr>
        <w:t>1:21:53  nahi ki main ne</w:t>
      </w:r>
      <w:r>
        <w:br/>
      </w:r>
      <w:r>
        <w:rPr>
          <w:sz w:val="20"/>
        </w:rPr>
        <w:t>1:21:57  reservation se kuch bhi bas hal nahi hone wala na to milega aur mil jaye tab bhi kuch hone wala nahi hai community ko community ko jagaiye is ke andar spirit paida kijiye hard work ki mehnat karne ki to isi yeh hai ek ek travel cheez ko itna badhana chadhana reservation ko mein travel samajhta hoon mamooli cheez badhana chadhana badhana chadhana is ko itna zyada</w:t>
      </w:r>
      <w:r>
        <w:br/>
      </w:r>
      <w:r>
        <w:rPr>
          <w:sz w:val="20"/>
        </w:rPr>
        <w:t>1:22:24  aisi discrimination hai</w:t>
      </w:r>
      <w:r>
        <w:br/>
      </w:r>
      <w:r>
        <w:rPr>
          <w:sz w:val="20"/>
        </w:rPr>
        <w:t>1:22:26  sare log discrimination ki boli bolte hain koi ek waqia le lein kahin isi ko generalize karenge aur bas dekho discrimination hota hai dekho imtiyaz hota hai yeh bhi wahi hai mein ne dekhi choti si baat ko badhana chadh raha hoon aur bohat sari bari baton ko chhod dena</w:t>
      </w:r>
      <w:r>
        <w:br/>
      </w:r>
      <w:r>
        <w:rPr>
          <w:sz w:val="20"/>
        </w:rPr>
        <w:t>1:22:46  to mein ne paya ke beshtar log jo hain beshtar log jo hain travel matters mein phanse rehte hain aur bari bari baatein jo hain is mein na sochte na apne ko is mein involve karte yeh aam mizaj pata nahi kyun hai lekin hai yahi mizaj hamare mission mein hum yeh koshish karte hain ke yeh mizaj khatm ho travel cheezon ko focus mein na lein balke focus mein na bari bari cheezon ko</w:t>
      </w:r>
      <w:r>
        <w:br/>
      </w:r>
      <w:r>
        <w:rPr>
          <w:sz w:val="20"/>
        </w:rPr>
        <w:t>1:23:14  hamare mission mein Allah inshallah isi ki koshish ki jati hai Maulana der az a comment wich is kam bi for i move on to da next question i read the comment it is kam from miss shahida zaman delhi she is written Maulana sahib i am deeply touch by your discourses and speeches i very much appreciated the article on Islam in today times of India</w:t>
      </w:r>
    </w:p>
    <w:p>
      <w:pPr>
        <w:pStyle w:val="Heading2"/>
      </w:pPr>
      <w:r>
        <w:t>Cause of Muslims' pride and hatred towards others</w:t>
      </w:r>
    </w:p>
    <w:p>
      <w:r>
        <w:rPr>
          <w:color w:val="666666"/>
          <w:sz w:val="18"/>
        </w:rPr>
        <w:t>Age of Consumerism January 6, 2013 · 1m 29s · at 1:28:07 · https://youtu.be/zJRZ1OKUhgA?t=5287</w:t>
      </w:r>
    </w:p>
    <w:p>
      <w:r>
        <w:rPr>
          <w:i/>
        </w:rPr>
        <w:t>“You mentioned that the present day Muslims are a case of living in pride as far as the community is concerned and harboring hatred for all others. What is the cause of this behavior of Muslims?”</w:t>
      </w:r>
    </w:p>
    <w:p>
      <w:r>
        <w:rPr>
          <w:sz w:val="20"/>
        </w:rPr>
        <w:t>1:28:07  maulana, agla sawal dilli se hai, miss raziya siddiqui ka</w:t>
      </w:r>
      <w:r>
        <w:br/>
      </w:r>
      <w:r>
        <w:rPr>
          <w:sz w:val="20"/>
        </w:rPr>
        <w:t>1:28:11  . unhon ne likha hai: "you mention that the present day muslims are a case of living in pride as far as they community is concerned and harboring hatred for all other.</w:t>
      </w:r>
      <w:r>
        <w:br/>
      </w:r>
      <w:r>
        <w:rPr>
          <w:sz w:val="20"/>
        </w:rPr>
        <w:t>1:28:26  what is the cause of this behaviour of muslims?" yeh bhi wahi degeneration ya zawal ki wajah se hai.</w:t>
      </w:r>
      <w:r>
        <w:br/>
      </w:r>
      <w:r>
        <w:rPr>
          <w:sz w:val="20"/>
        </w:rPr>
        <w:t>1:28:35  hamesha aise hi hota hai. yeh yahood mein hua tha</w:t>
      </w:r>
      <w:r>
        <w:br/>
      </w:r>
      <w:r>
        <w:rPr>
          <w:sz w:val="20"/>
        </w:rPr>
        <w:t>1:28:40  ke doosron ke liye nafrat, apney liye pride. yeh hamesha jo bhi qaum zawal ka shikar hoti hai, uska yeh anjam hota hai. yeh sab zawal ke phenomena hain.</w:t>
      </w:r>
      <w:r>
        <w:br/>
      </w:r>
      <w:r>
        <w:rPr>
          <w:sz w:val="20"/>
        </w:rPr>
        <w:t>1:28:52  zawal ka matlab hai degeneration.</w:t>
      </w:r>
      <w:r>
        <w:br/>
      </w:r>
      <w:r>
        <w:rPr>
          <w:sz w:val="20"/>
        </w:rPr>
        <w:t>1:28:58  to is zamane ke jo musalman jo hain, yeh un ka case yahi</w:t>
      </w:r>
      <w:r>
        <w:br/>
      </w:r>
      <w:r>
        <w:rPr>
          <w:sz w:val="20"/>
        </w:rPr>
        <w:t>1:29:03  hai. asal case jo hai, woh zawal ka case hai. is ka phenomena hai yeh nafrat aur fakhr. dono nafrat aur fakhr asal nahin hai.</w:t>
      </w:r>
      <w:r>
        <w:br/>
      </w:r>
      <w:r>
        <w:rPr>
          <w:sz w:val="20"/>
        </w:rPr>
        <w:t>1:29:12  asal jo hai, woh to zawal hai.</w:t>
      </w:r>
      <w:r>
        <w:br/>
      </w:r>
      <w:r>
        <w:rPr>
          <w:sz w:val="20"/>
        </w:rPr>
        <w:t>1:29:19  yeh to hone hi ho raha hai jab tak aap in ko dobara re generate na karein. phir in ke andar yani nai soch na layein,</w:t>
      </w:r>
      <w:r>
        <w:br/>
      </w:r>
      <w:r>
        <w:rPr>
          <w:sz w:val="20"/>
        </w:rPr>
        <w:t>1:29:27  in ko phir se yani living region par khara na karein. tab tak aise hi rahega.</w:t>
      </w:r>
    </w:p>
    <w:p>
      <w:pPr>
        <w:pStyle w:val="Heading2"/>
      </w:pPr>
      <w:r>
        <w:t>Admitting Mistakes Before the Opposite Party</w:t>
      </w:r>
    </w:p>
    <w:p>
      <w:r>
        <w:rPr>
          <w:color w:val="666666"/>
          <w:sz w:val="18"/>
        </w:rPr>
        <w:t>Dars-e-Quran, Chapter 2, Verse 37 | January  07, 2018 · 1m 54s · at 52:33 · https://youtu.be/ao6Cr57KuEM?t=3153</w:t>
      </w:r>
    </w:p>
    <w:p>
      <w:r>
        <w:rPr>
          <w:i/>
        </w:rPr>
        <w:t>“Moulana, many people feel that admitting one mistake would make them smaller in front of the opposite party. This may make the opposite party misuse the situation to his or her advantage.”</w:t>
      </w:r>
    </w:p>
    <w:p>
      <w:r>
        <w:rPr>
          <w:sz w:val="20"/>
        </w:rPr>
        <w:t>52:33  maulana, agla sawal bheja hai tahir saeed sahib ne lucknow se, unhon ne likha hai: "maulana, many people</w:t>
      </w:r>
      <w:r>
        <w:br/>
      </w:r>
      <w:r>
        <w:rPr>
          <w:sz w:val="20"/>
        </w:rPr>
        <w:t>52:43  feel that admitting one's mistake would make them smaller in front of the opposite party. This may</w:t>
      </w:r>
      <w:r>
        <w:br/>
      </w:r>
      <w:r>
        <w:rPr>
          <w:sz w:val="20"/>
        </w:rPr>
        <w:t>52:53  make the opposite party misuse the situation to his or her advantage.</w:t>
      </w:r>
      <w:r>
        <w:br/>
      </w:r>
      <w:r>
        <w:rPr>
          <w:sz w:val="20"/>
        </w:rPr>
        <w:t>53:00  so is it not better that we say i was wrong in our heart and then do not</w:t>
      </w:r>
      <w:r>
        <w:br/>
      </w:r>
      <w:r>
        <w:rPr>
          <w:sz w:val="20"/>
        </w:rPr>
        <w:t>53:06  repeat the mistake ever? if we say i was wrong aloud, then the opposite party may exploit the</w:t>
      </w:r>
      <w:r>
        <w:br/>
      </w:r>
      <w:r>
        <w:rPr>
          <w:sz w:val="20"/>
        </w:rPr>
        <w:t>53:12  situation." nahi, bilkul yeh bilkul khali baat hai.</w:t>
      </w:r>
      <w:r>
        <w:br/>
      </w:r>
      <w:r>
        <w:rPr>
          <w:sz w:val="20"/>
        </w:rPr>
        <w:t>53:19  puri history mein aisa kabhi hua nahi.</w:t>
      </w:r>
      <w:r>
        <w:br/>
      </w:r>
      <w:r>
        <w:rPr>
          <w:sz w:val="20"/>
        </w:rPr>
        <w:t>53:25  dekhiye, yahan log apni woe ko jante hain, yeh woe ki language hai jo aap bol rahe hain,</w:t>
      </w:r>
      <w:r>
        <w:br/>
      </w:r>
      <w:r>
        <w:rPr>
          <w:sz w:val="20"/>
        </w:rPr>
        <w:t>53:31  aur law of nature ko nahi jante.</w:t>
      </w:r>
      <w:r>
        <w:br/>
      </w:r>
      <w:r>
        <w:rPr>
          <w:sz w:val="20"/>
        </w:rPr>
        <w:t>53:37  law of nature jo hai, us ke andar ek cheez hai jis ko kehte hain conscious.</w:t>
      </w:r>
      <w:r>
        <w:br/>
      </w:r>
      <w:r>
        <w:rPr>
          <w:sz w:val="20"/>
        </w:rPr>
        <w:t>53:43  insan ka personality ka ek bohat hi important part hai conscious.</w:t>
      </w:r>
      <w:r>
        <w:br/>
      </w:r>
      <w:r>
        <w:rPr>
          <w:sz w:val="20"/>
        </w:rPr>
        <w:t>53:49  تو جیسے ہی فریق دوسری پارٹی یہ کہہ دے: "I was wrong</w:t>
      </w:r>
      <w:r>
        <w:br/>
      </w:r>
      <w:r>
        <w:rPr>
          <w:sz w:val="20"/>
        </w:rPr>
        <w:t>53:55  ", to conscious ko moqa mil jata hai kaam karne ka.</w:t>
      </w:r>
      <w:r>
        <w:br/>
      </w:r>
      <w:r>
        <w:rPr>
          <w:sz w:val="20"/>
        </w:rPr>
        <w:t>54:01  yani conscious jaag parta hai, aur jab conscious jaag pare to us ke baad submission ata hai, modesty</w:t>
      </w:r>
      <w:r>
        <w:br/>
      </w:r>
      <w:r>
        <w:rPr>
          <w:sz w:val="20"/>
        </w:rPr>
        <w:t>54:06  aati hai, acknowledge karna aata hai.</w:t>
      </w:r>
      <w:r>
        <w:br/>
      </w:r>
      <w:r>
        <w:rPr>
          <w:sz w:val="20"/>
        </w:rPr>
        <w:t>54:11  yeh to law of nature hai.</w:t>
      </w:r>
      <w:r>
        <w:br/>
      </w:r>
      <w:r>
        <w:rPr>
          <w:sz w:val="20"/>
        </w:rPr>
        <w:t>54:17  jo log nahi jante is ko, woh aisi baatein karte hain.</w:t>
      </w:r>
      <w:r>
        <w:br/>
      </w:r>
      <w:r>
        <w:rPr>
          <w:sz w:val="20"/>
        </w:rPr>
        <w:t>54:22  law of nature supreme hai, hamari will supreme nahi hai.</w:t>
      </w:r>
    </w:p>
    <w:p>
      <w:pPr>
        <w:pStyle w:val="Heading2"/>
      </w:pPr>
      <w:r>
        <w:t>Reasons for disharmony in present society</w:t>
      </w:r>
    </w:p>
    <w:p>
      <w:r>
        <w:rPr>
          <w:color w:val="666666"/>
          <w:sz w:val="18"/>
        </w:rPr>
        <w:t>Nation Building On India's Republic Day Jan 26, 2020 Maulana Wahiduddin Khan · 2m 20s · at 32:42 · https://youtu.be/58CVocbLAb8?t=1962</w:t>
      </w:r>
    </w:p>
    <w:p>
      <w:r>
        <w:rPr>
          <w:i/>
        </w:rPr>
        <w:t>“What according to you are the reasons for disharmony in the present society? Why are people all over the world so full of hatred today? Is it due to the rise of material interest or something else?”</w:t>
      </w:r>
    </w:p>
    <w:p>
      <w:r>
        <w:rPr>
          <w:sz w:val="20"/>
        </w:rPr>
        <w:t>32:42  Maulana kuch sawal lena chahenge. Yeh sawal bheja hai Ahmedabad se Syed Sirajuddin sahib ne.</w:t>
      </w:r>
      <w:r>
        <w:br/>
      </w:r>
      <w:r>
        <w:rPr>
          <w:sz w:val="20"/>
        </w:rPr>
        <w:t>32:51  unho ne likha hai: "maulana what according to you are the reasons for disharmony in the present society?</w:t>
      </w:r>
      <w:r>
        <w:br/>
      </w:r>
      <w:r>
        <w:rPr>
          <w:sz w:val="20"/>
        </w:rPr>
        <w:t>32:59  Why are people all over the world so full of hatred today? Is it due to the rise of material interest or something else?"</w:t>
      </w:r>
      <w:r>
        <w:br/>
      </w:r>
      <w:r>
        <w:rPr>
          <w:sz w:val="20"/>
        </w:rPr>
        <w:t>33:13  dekhen main</w:t>
      </w:r>
      <w:r>
        <w:br/>
      </w:r>
      <w:r>
        <w:rPr>
          <w:sz w:val="20"/>
        </w:rPr>
        <w:t>33:18  main yeh keh sakta hoon apne baray mein ke main by birth positive thinker hoon.</w:t>
      </w:r>
      <w:r>
        <w:br/>
      </w:r>
      <w:r>
        <w:rPr>
          <w:sz w:val="20"/>
        </w:rPr>
        <w:t>33:29  By birth positive thinker hoon. jab main chota tha, chota, to mujhe yaad hai ke hamare gaon mein, hamare paros mein ek chori hui, jaruri ki.</w:t>
      </w:r>
      <w:r>
        <w:br/>
      </w:r>
      <w:r>
        <w:rPr>
          <w:sz w:val="20"/>
        </w:rPr>
        <w:t>33:50  to ghar ke kisi aadmi ne, main wahan bachpan ka jawan tha, aise aata jata tha, to kisi ne mera naam le liya ke main nikal le gaya golri.</w:t>
      </w:r>
      <w:r>
        <w:br/>
      </w:r>
      <w:r>
        <w:rPr>
          <w:sz w:val="20"/>
        </w:rPr>
        <w:t>34:08  to aap yaqeen kijiye ke main hansne hansne hansne laga ke kitni absurd baat hai ke main chori karoon ga?</w:t>
      </w:r>
      <w:r>
        <w:br/>
      </w:r>
      <w:r>
        <w:rPr>
          <w:sz w:val="20"/>
        </w:rPr>
        <w:t>34:17  kis liye? to main bachpan se main positive thinker hoon. to har cheez mein positivity dhoondna.</w:t>
      </w:r>
      <w:r>
        <w:br/>
      </w:r>
      <w:r>
        <w:rPr>
          <w:sz w:val="20"/>
        </w:rPr>
        <w:t>34:33  jaise aap dekhiye ke quran se kuch log nikalte hain jihad, jihad. aur isi quran se maine nikala, dekhiye aaj, ke spirit of struggle, isi waqt aap peaceful struggle.</w:t>
      </w:r>
      <w:r>
        <w:br/>
      </w:r>
      <w:r>
        <w:rPr>
          <w:sz w:val="20"/>
        </w:rPr>
        <w:t>34:50  to yeh meri allah taala ki dein hai ke main bachpan se positive thinker hoon.</w:t>
      </w:r>
    </w:p>
    <w:p>
      <w:pPr>
        <w:pStyle w:val="Heading2"/>
      </w:pPr>
      <w:r>
        <w:t>Recognizing and addressing obsession</w:t>
      </w:r>
    </w:p>
    <w:p>
      <w:r>
        <w:rPr>
          <w:color w:val="666666"/>
          <w:sz w:val="18"/>
        </w:rPr>
        <w:t>Revival of Muslims March 08, 2015 · 1m 59s · at 1:07:34 · https://youtu.be/8ShFcr8YozI?t=4054</w:t>
      </w:r>
    </w:p>
    <w:p>
      <w:r>
        <w:rPr>
          <w:i/>
        </w:rPr>
        <w:t>“How do I know that I have an obsession? And secondly, if I come across a person who has an obsession, how can I make him realize that he has an obsession?”</w:t>
      </w:r>
    </w:p>
    <w:p>
      <w:r>
        <w:rPr>
          <w:sz w:val="20"/>
        </w:rPr>
        <w:t>1:07:34  Maulana, agla sawal Idris Sahab ne kiya hai Raipur se aur unhon ne likha hai ke Maulana, how do I know that I have an obsession?</w:t>
      </w:r>
      <w:r>
        <w:br/>
      </w:r>
      <w:r>
        <w:rPr>
          <w:sz w:val="20"/>
        </w:rPr>
        <w:t>1:07:45  And secondly, if I come across a person who has an obsession, how can I make him realize that he has an obsession?</w:t>
      </w:r>
      <w:r>
        <w:br/>
      </w:r>
      <w:r>
        <w:rPr>
          <w:sz w:val="20"/>
        </w:rPr>
        <w:t>1:07:54  Dekhen, har cheez ka talluq jo hai, contemplation se hai, soch se hai, tadabbur se hai. Koi bhi cheez ho, aap aadmi job ke mamle mein sochta hai, tab baaton ko samajhta hai.</w:t>
      </w:r>
      <w:r>
        <w:br/>
      </w:r>
      <w:r>
        <w:rPr>
          <w:sz w:val="20"/>
        </w:rPr>
        <w:t>1:08:08  Business ke bare mein sochta hai, tab baaton ko samajhta hai. Aadmi apne bachon ko padhana hai to kahan padhaye, woh bhi sochta hai to samajhta</w:t>
      </w:r>
      <w:r>
        <w:br/>
      </w:r>
      <w:r>
        <w:rPr>
          <w:sz w:val="20"/>
        </w:rPr>
        <w:t>1:08:16  hai. Aise hi yahan bhi hai. Soch ko janiye is ko. Soch ko jante hue istemal karenge, hote jaane ke.</w:t>
      </w:r>
      <w:r>
        <w:br/>
      </w:r>
      <w:r>
        <w:rPr>
          <w:sz w:val="20"/>
        </w:rPr>
        <w:t>1:08:25  Lekin soch ko objective andaaz mein istemal karna. Jis tarah shadi ka mamla hai, bachon ki taleem ka mamla hai, wahan khoob objective ban jata hai aadmi.</w:t>
      </w:r>
      <w:r>
        <w:br/>
      </w:r>
      <w:r>
        <w:rPr>
          <w:sz w:val="20"/>
        </w:rPr>
        <w:t>1:08:34  Woh aise hi yahan bhi ban jayega.</w:t>
      </w:r>
      <w:r>
        <w:br/>
      </w:r>
      <w:r>
        <w:rPr>
          <w:sz w:val="20"/>
        </w:rPr>
        <w:t>1:08:40  Maulana, agla ek comment aur question hai doctor Safina Tabassum ne bheja hai Ajmer se.</w:t>
      </w:r>
      <w:r>
        <w:br/>
      </w:r>
      <w:r>
        <w:rPr>
          <w:sz w:val="20"/>
        </w:rPr>
        <w:t>1:08:46  Unhon ne jo comment likha hai, woh is tarah hai ke Maulana, for deconditioning of the Muslim community, the first step should be to increase their interaction with other communities and take them out of their ghetto mentality.</w:t>
      </w:r>
      <w:r>
        <w:br/>
      </w:r>
      <w:r>
        <w:rPr>
          <w:sz w:val="20"/>
        </w:rPr>
        <w:t>1:09:03  Maulana, am I right in my thinking?</w:t>
      </w:r>
      <w:r>
        <w:br/>
      </w:r>
      <w:r>
        <w:rPr>
          <w:sz w:val="20"/>
        </w:rPr>
        <w:t>1:09:09  Kya matlab?</w:t>
      </w:r>
      <w:r>
        <w:br/>
      </w:r>
      <w:r>
        <w:rPr>
          <w:sz w:val="20"/>
        </w:rPr>
        <w:t>1:09:11  Maulana, woh yeh keh rahi hain ke Muslim community ki deconditioning ke liye sab se zyada aham cheez jo hai, woh hai ke interaction ho doosri communities ke sath.</w:t>
      </w:r>
      <w:r>
        <w:br/>
      </w:r>
      <w:r>
        <w:rPr>
          <w:sz w:val="20"/>
        </w:rPr>
        <w:t>1:09:21  Isi se ghetto mentality se bahar aayenge woh. Haan, interaction ho, log padhen. Padhna bhi bohat zaroori hai.</w:t>
      </w:r>
      <w:r>
        <w:br/>
      </w:r>
      <w:r>
        <w:rPr>
          <w:sz w:val="20"/>
        </w:rPr>
        <w:t>1:09:31  Study aur interaction dono equ</w:t>
      </w:r>
    </w:p>
    <w:p>
      <w:pPr>
        <w:pStyle w:val="Heading2"/>
      </w:pPr>
      <w:r>
        <w:t>Dealing with perceived unprofessional behavior</w:t>
      </w:r>
    </w:p>
    <w:p>
      <w:r>
        <w:rPr>
          <w:color w:val="666666"/>
          <w:sz w:val="18"/>
        </w:rPr>
        <w:t>Q&amp;A 04 Mar 2012 Maulana Wahiduddin Khan · 2m 19s · at 47:03 · https://youtu.be/txRmutuvWQI?t=2823</w:t>
      </w:r>
    </w:p>
    <w:p>
      <w:r>
        <w:rPr>
          <w:i/>
        </w:rPr>
        <w:t>“A person sent a message to issue Al-Risala at a certain address. I said to contact the Al-Risala office directly for the magazine. He became angry and complained to a colleague, saying my request was taken unprofessionally. Maulana, how can such complexes be removed?”</w:t>
      </w:r>
    </w:p>
    <w:p>
      <w:r>
        <w:rPr>
          <w:sz w:val="20"/>
        </w:rPr>
        <w:t>47:03  maulana, agla sawal hai dilli se mister arshad jamal sahab ka. unhon ne likha hai: "ek sahab ka message aaya ke falan address par al risala issue kar dein.</w:t>
      </w:r>
      <w:r>
        <w:br/>
      </w:r>
      <w:r>
        <w:rPr>
          <w:sz w:val="20"/>
        </w:rPr>
        <w:t>47:14  main ne kaha ke al risala ke liye aap direct al risala office se contact karein. is par woh sahab naraz ho gaye.</w:t>
      </w:r>
      <w:r>
        <w:br/>
      </w:r>
      <w:r>
        <w:rPr>
          <w:sz w:val="20"/>
        </w:rPr>
        <w:t>47:23  unhon ne ek saathi se is ki shikayat ki aur unhon ne kaha ke meri request ko professionally le liya gaya hai. maulana, is tarah ke complex ko kaise door kiya jaye?"</w:t>
      </w:r>
      <w:r>
        <w:br/>
      </w:r>
      <w:r>
        <w:rPr>
          <w:sz w:val="20"/>
        </w:rPr>
        <w:t>47:37  door yahi kiya hai ke logon ko principle nahi maloom. principle principle kya hai? jin sahab ne aisa jo maloom diya, mere nazdeek galat jo maloom tha, woh dekhein.</w:t>
      </w:r>
      <w:r>
        <w:br/>
      </w:r>
      <w:r>
        <w:rPr>
          <w:sz w:val="20"/>
        </w:rPr>
        <w:t>47:49  is tarah ki soorat-e-haal mein un ke liye do shakalain theen, do shakalain.</w:t>
      </w:r>
      <w:r>
        <w:br/>
      </w:r>
      <w:r>
        <w:rPr>
          <w:sz w:val="20"/>
        </w:rPr>
        <w:t>47:54  ek yeh hai ke woh direct daftar mein telephone karein aur jo kuch kehna hai, daftar se kahein. achha, agar jari karna hai to yeh bhi shakal thi ke woh money order lein aur us par is ka jitna chanda hota hai, usay likhein, apne paas se raqam jama kar ke aur bhej dein, aap is ke naam.</w:t>
      </w:r>
      <w:r>
        <w:br/>
      </w:r>
      <w:r>
        <w:rPr>
          <w:sz w:val="20"/>
        </w:rPr>
        <w:t>48:18  baqi yeh jo remark diya unhon ne is tareeqe se, woh mere nazdeek galat remark tha. aur main samajhta hoon ke woh adaab-e-hayat nahi jante. musalmanon mein aam taur par yeh kamzori hai ke woh haram-o-halal ko to jante hain, magar woh adaab-e-hayat ko nahi jante.</w:t>
      </w:r>
      <w:r>
        <w:br/>
      </w:r>
      <w:r>
        <w:rPr>
          <w:sz w:val="20"/>
        </w:rPr>
        <w:t>48:33  haram-o-halal jo bilkul khule khule hain ke suar ka gosht ya ya sharab peena haram, yeh to sab log jante hain.</w:t>
      </w:r>
      <w:r>
        <w:br/>
      </w:r>
      <w:r>
        <w:rPr>
          <w:sz w:val="20"/>
        </w:rPr>
        <w:t>48:42  lekin zindagi ke jo adaab hain, jo principles of life hain, us se bekhabar hain. woh</w:t>
      </w:r>
      <w:r>
        <w:br/>
      </w:r>
      <w:r>
        <w:rPr>
          <w:sz w:val="20"/>
        </w:rPr>
        <w:t>48:47  to main samajhta hoon un ko conscious karna yeh chahiye tha ke agar woh apne paas se khud se karna chahte thay to apni jeb se woh raqam ka money order kar dein, aap us ko aur yahan se jari ho jayega, wahan</w:t>
      </w:r>
      <w:r>
        <w:br/>
      </w:r>
      <w:r>
        <w:rPr>
          <w:sz w:val="20"/>
        </w:rPr>
        <w:t>49:06  ya koi bhi aisi shakal jo usool ke mutabiq ho. lekin yeh to main ne tak usool ke mutabiq tha un ka yeh feal. to un ko main samajhta hoon ke woh adaab-e-hayat se abhi waqif nahi hain.</w:t>
      </w:r>
    </w:p>
    <w:p>
      <w:pPr>
        <w:pStyle w:val="Heading2"/>
      </w:pPr>
      <w:r>
        <w:t>Managing sensitivity and trivial upsets</w:t>
      </w:r>
    </w:p>
    <w:p>
      <w:r>
        <w:rPr>
          <w:color w:val="666666"/>
          <w:sz w:val="18"/>
        </w:rPr>
        <w:t>Realization of God September 15, 2013 · 1m 33s · at 1:13:15 · https://youtu.be/CNEEeM5uyi8?t=4395</w:t>
      </w:r>
    </w:p>
    <w:p>
      <w:r>
        <w:rPr>
          <w:i/>
        </w:rPr>
        <w:t>“I am by nature a very sensitive person and I often get upset in small trivial things. I want guidance from you as to how I can manage my sensitivity.”</w:t>
      </w:r>
    </w:p>
    <w:p>
      <w:r>
        <w:rPr>
          <w:sz w:val="20"/>
        </w:rPr>
        <w:t>1:13:15  Maulana, agla sawal Bangalore se hai, Vikram Sharma</w:t>
      </w:r>
      <w:r>
        <w:br/>
      </w:r>
      <w:r>
        <w:rPr>
          <w:sz w:val="20"/>
        </w:rPr>
        <w:t>1:13:19  ka. unhone aapse poocha hai: "Maulana sahib, i am by nature a very sensitive person and i often get upset in small small travel things.</w:t>
      </w:r>
      <w:r>
        <w:br/>
      </w:r>
      <w:r>
        <w:rPr>
          <w:sz w:val="20"/>
        </w:rPr>
        <w:t>1:13:31  i want guidance from you as to how i can manage my sensitivity." dekhein, koi birth se koi sensitive nahi hota, conditionings hota hai.</w:t>
      </w:r>
      <w:r>
        <w:br/>
      </w:r>
      <w:r>
        <w:rPr>
          <w:sz w:val="20"/>
        </w:rPr>
        <w:t>1:13:45  yaad rakhiye, Allah taala ne kisi ko bhi by birth yani galat nahi paida kar diya hai. by birth har aadmi sahi paida</w:t>
      </w:r>
      <w:r>
        <w:br/>
      </w:r>
      <w:r>
        <w:rPr>
          <w:sz w:val="20"/>
        </w:rPr>
        <w:t>1:13:56  hota hai, kal al fitr. lekin conditioning jo hai, yani aap jis ghar mein paida huin, jis mahaul mein rahin, us ne aap ko sensitive bana diya.</w:t>
      </w:r>
      <w:r>
        <w:br/>
      </w:r>
      <w:r>
        <w:rPr>
          <w:sz w:val="20"/>
        </w:rPr>
        <w:t>1:14:07  aur aaj kal to sab se bara jo masla hai, maa baap ki pampering. maa baap ki pampering se log sensitive ho jate hain. to by birth kuch bhi nahi hota.</w:t>
      </w:r>
      <w:r>
        <w:br/>
      </w:r>
      <w:r>
        <w:rPr>
          <w:sz w:val="20"/>
        </w:rPr>
        <w:t>1:14:17  apni conditioning ko todiye, is ko deconditioning kijiye, phir aap bilkul ek normal insaan ban jayenge.</w:t>
      </w:r>
      <w:r>
        <w:br/>
      </w:r>
      <w:r>
        <w:rPr>
          <w:sz w:val="20"/>
        </w:rPr>
        <w:t>1:14:25  main is ko nahi manta ke koi by birth koi aisa hota hai, balkeh ghar ke halaat, maa baap ki pampering, in cheezon se log aise ban jate hain.</w:t>
      </w:r>
      <w:r>
        <w:br/>
      </w:r>
      <w:r>
        <w:rPr>
          <w:sz w:val="20"/>
        </w:rPr>
        <w:t>1:14:36  yeh sab is ko isi ko kaha jata hai conditioning. to aap ko apni conditioning ko todna hai, apne aap ko decondition karna hai. is ke baad sab kuch theek ho jayega, sab kuch normal ho jayega.</w:t>
      </w:r>
    </w:p>
    <w:p>
      <w:pPr>
        <w:pStyle w:val="Heading2"/>
      </w:pPr>
      <w:r>
        <w:t>Discovering own vs others' mistakes</w:t>
      </w:r>
    </w:p>
    <w:p>
      <w:r>
        <w:rPr>
          <w:color w:val="666666"/>
          <w:sz w:val="18"/>
        </w:rPr>
        <w:t>Living In Falsehood I December 15, 2013 · 2m 09s · at 1:03:35 · https://youtu.be/yD-ZtvlrFDw?t=3815</w:t>
      </w:r>
    </w:p>
    <w:p>
      <w:r>
        <w:rPr>
          <w:i/>
        </w:rPr>
        <w:t>“Often others' mistakes are quickly discovered, but one's own mistake is not discovered even upon thinking.”</w:t>
      </w:r>
    </w:p>
    <w:p>
      <w:r>
        <w:rPr>
          <w:sz w:val="20"/>
        </w:rPr>
        <w:t>1:03:35  maulana, agla sawal doha qatar se hai.</w:t>
      </w:r>
      <w:r>
        <w:br/>
      </w:r>
      <w:r>
        <w:rPr>
          <w:sz w:val="20"/>
        </w:rPr>
        <w:t>1:03:38  maulana abdul basit umri ne kiya hai, unhon ne likha hai: "maulana, aksar doosron ki ghltiyan fori discover hoti</w:t>
      </w:r>
      <w:r>
        <w:br/>
      </w:r>
      <w:r>
        <w:rPr>
          <w:sz w:val="20"/>
        </w:rPr>
        <w:t>1:03:46  hain, lekin apni ghlti sochne par bhi discover nahi hoti".</w:t>
      </w:r>
      <w:r>
        <w:br/>
      </w:r>
      <w:r>
        <w:rPr>
          <w:sz w:val="20"/>
        </w:rPr>
        <w:t>1:03:50  maulana, maulana, yeh kya masla hai? is ke baray mein aap hamein batayen.</w:t>
      </w:r>
      <w:r>
        <w:br/>
      </w:r>
      <w:r>
        <w:rPr>
          <w:sz w:val="20"/>
        </w:rPr>
        <w:t>1:03:55  dekhen, aadmi ke andar bohat zyada yeh bhara hua hai ke "i am right".</w:t>
      </w:r>
      <w:r>
        <w:br/>
      </w:r>
      <w:r>
        <w:rPr>
          <w:sz w:val="20"/>
        </w:rPr>
        <w:t>1:04:01  "i am right".</w:t>
      </w:r>
      <w:r>
        <w:br/>
      </w:r>
      <w:r>
        <w:rPr>
          <w:sz w:val="20"/>
        </w:rPr>
        <w:t>1:04:03  "i am wrong" yeh bhara hua nahi hai, apne aap ko sahi samajhna, yani righteous thinking, yeh bohat</w:t>
      </w:r>
      <w:r>
        <w:br/>
      </w:r>
      <w:r>
        <w:rPr>
          <w:sz w:val="20"/>
        </w:rPr>
        <w:t>1:04:11  bhara hua hai insaan ke andar.</w:t>
      </w:r>
      <w:r>
        <w:br/>
      </w:r>
      <w:r>
        <w:rPr>
          <w:sz w:val="20"/>
        </w:rPr>
        <w:t>1:04:13  to jab tak aap apne khilaaf sochne ka zehan develop na karen, tab tab tak aap nahi samajh</w:t>
      </w:r>
      <w:r>
        <w:br/>
      </w:r>
      <w:r>
        <w:rPr>
          <w:sz w:val="20"/>
        </w:rPr>
        <w:t>1:04:21  payenge.</w:t>
      </w:r>
      <w:r>
        <w:br/>
      </w:r>
      <w:r>
        <w:rPr>
          <w:sz w:val="20"/>
        </w:rPr>
        <w:t>1:04:22  yani anti-self thinking agar aap ke andar hogi, tab aisa hoga ke aap apne ghltiyon ko pakar</w:t>
      </w:r>
      <w:r>
        <w:br/>
      </w:r>
      <w:r>
        <w:rPr>
          <w:sz w:val="20"/>
        </w:rPr>
        <w:t>1:04:30  payenge.</w:t>
      </w:r>
      <w:r>
        <w:br/>
      </w:r>
      <w:r>
        <w:rPr>
          <w:sz w:val="20"/>
        </w:rPr>
        <w:t>1:04:32  to main samajhta hoon ke is ka ek tareeqa yeh hai ke ek to ek aap ke andar</w:t>
      </w:r>
      <w:r>
        <w:br/>
      </w:r>
      <w:r>
        <w:rPr>
          <w:sz w:val="20"/>
        </w:rPr>
        <w:t>1:04:39  anti-self thinking paida karen, doosri baat yeh honi chahiye ke doosra shakhs agar aap par criticize karta</w:t>
      </w:r>
      <w:r>
        <w:br/>
      </w:r>
      <w:r>
        <w:rPr>
          <w:sz w:val="20"/>
        </w:rPr>
        <w:t>1:04:47  hai to bohat positively leejye, react mat kijiye, kyunke doosra aadmi jo hai, woh kisi obsession mein</w:t>
      </w:r>
      <w:r>
        <w:br/>
      </w:r>
      <w:r>
        <w:rPr>
          <w:sz w:val="20"/>
        </w:rPr>
        <w:t>1:04:55  nahi hai aap ke baray mein.</w:t>
      </w:r>
      <w:r>
        <w:br/>
      </w:r>
      <w:r>
        <w:rPr>
          <w:sz w:val="20"/>
        </w:rPr>
        <w:t>1:04:57  aap ko dekhta hai, woh bohat hi, yani yani indifferent ho kar ke.</w:t>
      </w:r>
      <w:r>
        <w:br/>
      </w:r>
      <w:r>
        <w:rPr>
          <w:sz w:val="20"/>
        </w:rPr>
        <w:t>1:05:03  to kai baar aisa hota hai ke woh point out kar pata hai doosra aadmi.</w:t>
      </w:r>
      <w:r>
        <w:br/>
      </w:r>
      <w:r>
        <w:rPr>
          <w:sz w:val="20"/>
        </w:rPr>
        <w:t>1:05:09  to aadmi ke andar agar do sifat hain, ek to ek apna muhasba, jo kehte hain anti-self</w:t>
      </w:r>
      <w:r>
        <w:br/>
      </w:r>
      <w:r>
        <w:rPr>
          <w:sz w:val="20"/>
        </w:rPr>
        <w:t>1:05:17  thinking, muhasbe hi ka doosra naam hai anti-self thinking.</w:t>
      </w:r>
      <w:r>
        <w:br/>
      </w:r>
      <w:r>
        <w:rPr>
          <w:sz w:val="20"/>
        </w:rPr>
        <w:t>1:05:21  yeh ho.</w:t>
      </w:r>
      <w:r>
        <w:br/>
      </w:r>
      <w:r>
        <w:rPr>
          <w:sz w:val="20"/>
        </w:rPr>
        <w:t>1:05:23  aur doosri baat yeh ke criticism ko woh hamesha positive tor par le, criticism par provoke na ho,</w:t>
      </w:r>
      <w:r>
        <w:br/>
      </w:r>
      <w:r>
        <w:rPr>
          <w:sz w:val="20"/>
        </w:rPr>
        <w:t>1:05:31  criticism par ghussa na ho, criticism ko kisi ghlt maani mein na le.</w:t>
      </w:r>
      <w:r>
        <w:br/>
      </w:r>
      <w:r>
        <w:rPr>
          <w:sz w:val="20"/>
        </w:rPr>
        <w:t>1:05:36  yeh do siftain hain.</w:t>
      </w:r>
      <w:r>
        <w:br/>
      </w:r>
      <w:r>
        <w:rPr>
          <w:sz w:val="20"/>
        </w:rPr>
        <w:t>1:05:38  to yaqeeni taur par insan sachai tak pahunch sakta hai.</w:t>
      </w:r>
      <w:r>
        <w:br/>
      </w:r>
      <w:r>
        <w:rPr>
          <w:sz w:val="20"/>
        </w:rPr>
        <w:t>1:05:42  to it is to point formula.</w:t>
      </w:r>
    </w:p>
    <w:p>
      <w:pPr>
        <w:pStyle w:val="Heading2"/>
      </w:pPr>
      <w:r>
        <w:t>Cause of Muslim pride and hatred</w:t>
      </w:r>
    </w:p>
    <w:p>
      <w:r>
        <w:rPr>
          <w:color w:val="666666"/>
          <w:sz w:val="18"/>
        </w:rPr>
        <w:t>Question &amp; Answer Jan 6th 2013 - Maulana Wahiduddin Kahn · 1m 29s · at 29:27 · https://youtu.be/1FAK1QuHEpw?t=1767</w:t>
      </w:r>
    </w:p>
    <w:p>
      <w:r>
        <w:rPr>
          <w:i/>
        </w:rPr>
        <w:t>“You mentioned that the present day Muslims are a case of living in pride as far as the community is concerned and harboring hatred for all others. What is the cause of this behavior of Muslims?”</w:t>
      </w:r>
    </w:p>
    <w:p>
      <w:r>
        <w:rPr>
          <w:sz w:val="20"/>
        </w:rPr>
        <w:t>29:27  Maulana, agla sawal Dilli se hai, Miss Razia Siddiqui ka. Unhon ne likha hai: "You mentioned that the present day Muslims are a case of living in pride as far as the community is concerned and harboring hatred for all others.</w:t>
      </w:r>
      <w:r>
        <w:br/>
      </w:r>
      <w:r>
        <w:rPr>
          <w:sz w:val="20"/>
        </w:rPr>
        <w:t>29:46  What is the cause of this behavior of Muslims?"</w:t>
      </w:r>
      <w:r>
        <w:br/>
      </w:r>
      <w:r>
        <w:rPr>
          <w:sz w:val="20"/>
        </w:rPr>
        <w:t>29:50  Yeh bhi wahi degeneration ya zawaal ki wajah se hai. Hamesha aise hi hota hai. Yeh yehud mein hua tha.</w:t>
      </w:r>
      <w:r>
        <w:br/>
      </w:r>
      <w:r>
        <w:rPr>
          <w:sz w:val="20"/>
        </w:rPr>
        <w:t>30:00  Doosron ke liye nafrat, apne liye pride. Yeh hamesha jo bhi qaum zawaal ka shikaar hoti hai uska yahi anjaam hota hai. Yeh sab zawaal ke phenomena hain.</w:t>
      </w:r>
      <w:r>
        <w:br/>
      </w:r>
      <w:r>
        <w:rPr>
          <w:sz w:val="20"/>
        </w:rPr>
        <w:t>30:12  Zawaal ka matlab hai degeneration.</w:t>
      </w:r>
      <w:r>
        <w:br/>
      </w:r>
      <w:r>
        <w:rPr>
          <w:sz w:val="20"/>
        </w:rPr>
        <w:t>30:18  To is zamane ke jo Musalman jo hain un ka case yahi hai. Asal case jo hai woh zawaal ka case hai. Is ka phenomena hai yeh nafrat aur fakhr dono.</w:t>
      </w:r>
      <w:r>
        <w:br/>
      </w:r>
      <w:r>
        <w:rPr>
          <w:sz w:val="20"/>
        </w:rPr>
        <w:t>30:31  nafrat aur fakhr asal nahi hai. asal jo hai woh to zawal hai.</w:t>
      </w:r>
      <w:r>
        <w:br/>
      </w:r>
      <w:r>
        <w:rPr>
          <w:sz w:val="20"/>
        </w:rPr>
        <w:t>30:39  yeh to hona hi hona hai jab tak aap in ko dobara degenerate na karein. phir in ke andar yani nai soch na laein. in ko phir se yani living religion par khara na karein.</w:t>
      </w:r>
      <w:r>
        <w:br/>
      </w:r>
      <w:r>
        <w:rPr>
          <w:sz w:val="20"/>
        </w:rPr>
        <w:t>30:52  tab tak yeh aise hi rahega.</w:t>
      </w:r>
    </w:p>
    <w:p>
      <w:pPr>
        <w:pStyle w:val="Heading2"/>
      </w:pPr>
      <w:r>
        <w:t>Overcoming Natural Weakness of Complaining</w:t>
      </w:r>
    </w:p>
    <w:p>
      <w:r>
        <w:rPr>
          <w:color w:val="666666"/>
          <w:sz w:val="18"/>
        </w:rPr>
        <w:t>The Importance of Team Work February 5, 2012 · 2m 46s · at 1:02:34 · https://youtu.be/qBbwznqIqVw?t=3754</w:t>
      </w:r>
    </w:p>
    <w:p>
      <w:r>
        <w:rPr>
          <w:i/>
        </w:rPr>
        <w:t>“There is a natural weakness in humans: when someone hurts them, they become complaining and negative, but this is a killer for a paradise-worthy personality. How can this natural weakness be overcome?”</w:t>
      </w:r>
    </w:p>
    <w:p>
      <w:r>
        <w:rPr>
          <w:sz w:val="20"/>
        </w:rPr>
        <w:t>1:02:34  Maulana, yeh sawal aaya hai Karachi Pakistan se Mr Abdul Lateef ka. unhon ne likha hai: "insan ke sath ek fitri kamzori mojood hai ke use jab kisi se takleef pohanchti hai to woh shikayati aur negative ban jata hai,</w:t>
      </w:r>
      <w:r>
        <w:br/>
      </w:r>
      <w:r>
        <w:rPr>
          <w:sz w:val="20"/>
        </w:rPr>
        <w:t>1:02:53  lekin yeh majaz jannati shakhsiyat ke liye killer hai. Maulana sahib, is fitri kamzori par kis tarah qabu paya jaye?"</w:t>
      </w:r>
      <w:r>
        <w:br/>
      </w:r>
      <w:r>
        <w:rPr>
          <w:sz w:val="20"/>
        </w:rPr>
        <w:t>1:03:05  yeh fitri kamzori ki baat nahi hai, yeh shaitani kamzori ki baat hai.</w:t>
      </w:r>
      <w:r>
        <w:br/>
      </w:r>
      <w:r>
        <w:rPr>
          <w:sz w:val="20"/>
        </w:rPr>
        <w:t>1:03:11  agar fitri kamzori ho to yahi kamzori kya ho jaye gi? apne beta beti ke liye nahi hoti? agar yeh cheez fitrat mein shamil hai to bete beta beti ke muamle mein aisa kyun nahi hota?</w:t>
      </w:r>
      <w:r>
        <w:br/>
      </w:r>
      <w:r>
        <w:rPr>
          <w:sz w:val="20"/>
        </w:rPr>
        <w:t>1:03:28  aaj hi mujhe telephone aaya tha ek sahib ka,</w:t>
      </w:r>
      <w:r>
        <w:br/>
      </w:r>
      <w:r>
        <w:rPr>
          <w:sz w:val="20"/>
        </w:rPr>
        <w:t>1:03:31  unhon ne bataya ke ek sahib thay, un ka apne bete se shikayat thi, panch saal se, panch saal se bete se un se bohat shikayaten chal rahi theen.</w:t>
      </w:r>
      <w:r>
        <w:br/>
      </w:r>
      <w:r>
        <w:rPr>
          <w:sz w:val="20"/>
        </w:rPr>
        <w:t>1:03:44  phir hamare ek saathi hain, unhon ne samjhaya bete ko ke ja kar muafi mango. to us ne ja kar ke muafi mangi apne maa baap se.</w:t>
      </w:r>
      <w:r>
        <w:br/>
      </w:r>
      <w:r>
        <w:rPr>
          <w:sz w:val="20"/>
        </w:rPr>
        <w:t>1:03:55  isi waqt kya hua ke baap aur maa dono ronay lagay, aur baap ne bete ko galay laga liya ke sab baat khatam.</w:t>
      </w:r>
      <w:r>
        <w:br/>
      </w:r>
      <w:r>
        <w:rPr>
          <w:sz w:val="20"/>
        </w:rPr>
        <w:t>1:04:06  fitri kamzori woh kahi jaye gi jo apne beta beti ke muamle mein bhi zahir ho, nahi ho jaye to woh shaitani kamzori kahi jaye gi.</w:t>
      </w:r>
      <w:r>
        <w:br/>
      </w:r>
      <w:r>
        <w:rPr>
          <w:sz w:val="20"/>
        </w:rPr>
        <w:t>1:04:16  yani shaitani kamzori ko ek khoobsurat naam dena hai. yeh</w:t>
      </w:r>
      <w:r>
        <w:br/>
      </w:r>
      <w:r>
        <w:rPr>
          <w:sz w:val="20"/>
        </w:rPr>
        <w:t>1:04:21  shaitani kamzori ka matlab hai ke aadmi shaitan ke hamlay ka shikar hua, shaitan ke hamlay ka shikar hua, aur wajah kya bata raha hai?</w:t>
      </w:r>
      <w:r>
        <w:br/>
      </w:r>
      <w:r>
        <w:rPr>
          <w:sz w:val="20"/>
        </w:rPr>
        <w:t>1:04:34  fitri kamzori, Khuda pe daal raha hai. woh fitri kamzori fitrat kis ne paida ki hai? fitrat ke paida karne wala kaun hai? yani ke Khuda hai.</w:t>
      </w:r>
      <w:r>
        <w:br/>
      </w:r>
      <w:r>
        <w:rPr>
          <w:sz w:val="20"/>
        </w:rPr>
        <w:t>1:04:47  to amalan to yeh hua ke aadmi shaitan ke hamlay ka shikar hua, aur uska</w:t>
      </w:r>
      <w:r>
        <w:br/>
      </w:r>
      <w:r>
        <w:rPr>
          <w:sz w:val="20"/>
        </w:rPr>
        <w:t>1:04:57  uska ilzam kis par de raha hai? Khuda par de raha hai, naoozubillah. yeh sab baaten sada nahi hain. yeh sab waqt aye ga maut ke baad, akhirat mein, hashar ke maidan mein, jab un ka tajziya kiya jaye.</w:t>
      </w:r>
      <w:r>
        <w:br/>
      </w:r>
      <w:r>
        <w:rPr>
          <w:sz w:val="20"/>
        </w:rPr>
        <w:t>1:05:09  yeh koi sada baat nahi hai.</w:t>
      </w:r>
      <w:r>
        <w:br/>
      </w:r>
      <w:r>
        <w:rPr>
          <w:sz w:val="20"/>
        </w:rPr>
        <w:t>1:05:14  bohat hi zyada serious baat hai, bohat zyada sangin baat hai.</w:t>
      </w:r>
    </w:p>
    <w:p>
      <w:pPr>
        <w:pStyle w:val="Heading2"/>
      </w:pPr>
      <w:r>
        <w:t>Dealing with distracting thoughts during prayer</w:t>
      </w:r>
    </w:p>
    <w:p>
      <w:r>
        <w:rPr>
          <w:color w:val="666666"/>
          <w:sz w:val="18"/>
        </w:rPr>
        <w:t>The Spirit of Namaz | May 21, 2017 · 1m 06s · at 50:04 · https://youtu.be/xN9SA_q272Y?t=3004</w:t>
      </w:r>
    </w:p>
    <w:p>
      <w:r>
        <w:rPr>
          <w:i/>
        </w:rPr>
        <w:t>“Today's talk was very inspiring for me. Jazakallah. My question is that many times it happens that when I am doing my namaz, other thoughts come into my mind. This upsets me and makes me feel that I lack in spirit. So I end up repeating my namaz every time.”</w:t>
      </w:r>
    </w:p>
    <w:p>
      <w:r>
        <w:rPr>
          <w:sz w:val="20"/>
        </w:rPr>
        <w:t>50:04  maulana agla sawal bheja hai shakeel sahib ne ahmedabad se, aur isi se mila</w:t>
      </w:r>
      <w:r>
        <w:br/>
      </w:r>
      <w:r>
        <w:rPr>
          <w:sz w:val="20"/>
        </w:rPr>
        <w:t>50:10  jula sawal Dr. Naghma Siddiqui ka bhi hai. To hum Shakeel sahib ka sawal padhte hain. Unhone likha hai: "Maulana saheb, today talk was very inspiring for me. Jazak Allah. My question is that many a times it happens that when I am doing my namaz, other thoughts come into my mind. This upsets me and makes me feel that I lack in spirit. So I end up repeating my</w:t>
      </w:r>
      <w:r>
        <w:br/>
      </w:r>
      <w:r>
        <w:rPr>
          <w:sz w:val="20"/>
        </w:rPr>
        <w:t>50:40  namaz every time.</w:t>
      </w:r>
      <w:r>
        <w:br/>
      </w:r>
      <w:r>
        <w:rPr>
          <w:sz w:val="20"/>
        </w:rPr>
        <w:t>50:48  Maulana Sahib, please tell me if this is correct on my part.</w:t>
      </w:r>
      <w:r>
        <w:br/>
      </w:r>
      <w:r>
        <w:rPr>
          <w:sz w:val="20"/>
        </w:rPr>
        <w:t>50:56  سیکنڈلی، ٹھیک ہے، سیکنڈلی، how should I deal with these thoughts coming into my mind? Will God accept</w:t>
      </w:r>
      <w:r>
        <w:br/>
      </w:r>
      <w:r>
        <w:rPr>
          <w:sz w:val="20"/>
        </w:rPr>
        <w:t>51:03  my namaz? i am always concerned. bas koshish karte rahiye aur dua karte rahiye. ji</w:t>
      </w:r>
    </w:p>
    <w:p>
      <w:pPr>
        <w:pStyle w:val="Heading2"/>
      </w:pPr>
      <w:r>
        <w:t>Cause of Muslim pride and hatred</w:t>
      </w:r>
    </w:p>
    <w:p>
      <w:r>
        <w:rPr>
          <w:color w:val="666666"/>
          <w:sz w:val="18"/>
        </w:rPr>
        <w:t>Age Of Consumerism I January 6, 2013 Maulana Wahiduddin Khan · 1m 29s · at 1:29:01 · https://youtu.be/CuRYFl7JuEM?t=5341</w:t>
      </w:r>
    </w:p>
    <w:p>
      <w:r>
        <w:rPr>
          <w:i/>
        </w:rPr>
        <w:t>“You mention that the present day Muslims are a case of living in pride as far as the community is concerned and harboring hatred for all others. What is the cause of this behavior of Muslims?”</w:t>
      </w:r>
    </w:p>
    <w:p>
      <w:r>
        <w:rPr>
          <w:sz w:val="20"/>
        </w:rPr>
        <w:t>1:29:01  maulana, agla sawal Dilli se hai, Miss Raziya Siddiqui ka. unhon ne likha hai: "you mention that the present day Muslims are a case of living in pride as far as the community is concerned and harboring hatred for all other.</w:t>
      </w:r>
      <w:r>
        <w:br/>
      </w:r>
      <w:r>
        <w:rPr>
          <w:sz w:val="20"/>
        </w:rPr>
        <w:t>1:29:20  what is the cause of this behavior of Muslims?" yeh bhi wahi degeneration ke zawal ki wajah se hai.</w:t>
      </w:r>
      <w:r>
        <w:br/>
      </w:r>
      <w:r>
        <w:rPr>
          <w:sz w:val="20"/>
        </w:rPr>
        <w:t>1:29:29  hamesha aise hi hota hai. yeh Yahood mein hua tha ke doosron ke liye nafrat, apne liye pride.</w:t>
      </w:r>
      <w:r>
        <w:br/>
      </w:r>
      <w:r>
        <w:rPr>
          <w:sz w:val="20"/>
        </w:rPr>
        <w:t>1:29:37  yeh hamesha jo bhi qaum zawal ka shikar hoti hai, us ka yeh anjam hota hai. yeh sab zawal ke phenomena hain. zawal ka matlab hai degeneration.</w:t>
      </w:r>
      <w:r>
        <w:br/>
      </w:r>
      <w:r>
        <w:rPr>
          <w:sz w:val="20"/>
        </w:rPr>
        <w:t>1:29:52  to is zamane ke jo Musalman jo hain, yeh un ka case yahi hai. asal case jo hai, woh zawal ka case hai. is ka phenomena hai yeh nafrat aur fakhr dono.</w:t>
      </w:r>
      <w:r>
        <w:br/>
      </w:r>
      <w:r>
        <w:rPr>
          <w:sz w:val="20"/>
        </w:rPr>
        <w:t>1:30:04  nafrat aur fakhr asal nahin hai. asal jo hai, woh to zawal hai.</w:t>
      </w:r>
      <w:r>
        <w:br/>
      </w:r>
      <w:r>
        <w:rPr>
          <w:sz w:val="20"/>
        </w:rPr>
        <w:t>1:30:13  yeh to hone hi hoga jab tak aap un ko dobara regenerate na karein, phir un ke andar yani nayi soch na layein, un ko phir se yani living region par khara na karein.</w:t>
      </w:r>
      <w:r>
        <w:br/>
      </w:r>
      <w:r>
        <w:rPr>
          <w:sz w:val="20"/>
        </w:rPr>
        <w:t>1:30:25  tab tak aise hi rahega.</w:t>
      </w:r>
    </w:p>
    <w:p>
      <w:pPr>
        <w:pStyle w:val="Heading2"/>
      </w:pPr>
      <w:r>
        <w:t>Discovering Modesty Before Others</w:t>
      </w:r>
    </w:p>
    <w:p>
      <w:r>
        <w:rPr>
          <w:color w:val="666666"/>
          <w:sz w:val="18"/>
        </w:rPr>
        <w:t>The Prophet An Example of Modesty August 27, 2017 · 1m 29s · at 46:36 · https://youtu.be/aR3V4c8fQC4?t=2796</w:t>
      </w:r>
    </w:p>
    <w:p>
      <w:r>
        <w:rPr>
          <w:i/>
        </w:rPr>
        <w:t>“Man is ready to discover his helplessness in comparison to God, but how should he discover his modesty in comparison to other men?”</w:t>
      </w:r>
    </w:p>
    <w:p>
      <w:r>
        <w:rPr>
          <w:sz w:val="20"/>
        </w:rPr>
        <w:t>46:36  doctor naghma siddiqui ne sawal likha hai delhi se, unhon ne likha hai, "Man is ready to discover his helplessness in comparison to God, but how should he discover his modesty in comparison to other men?" is ke bare mein batayein.</w:t>
      </w:r>
      <w:r>
        <w:br/>
      </w:r>
      <w:r>
        <w:rPr>
          <w:sz w:val="20"/>
        </w:rPr>
        <w:t>46:56  deykhiye, modesty ka taluq other men se nahi hai,</w:t>
      </w:r>
      <w:r>
        <w:br/>
      </w:r>
      <w:r>
        <w:rPr>
          <w:sz w:val="20"/>
        </w:rPr>
        <w:t>47:03  God se hai.</w:t>
      </w:r>
      <w:r>
        <w:br/>
      </w:r>
      <w:r>
        <w:rPr>
          <w:sz w:val="20"/>
        </w:rPr>
        <w:t>47:07  other men se to woh apne aap aa jata hai, alag se discover nahi karna hai.</w:t>
      </w:r>
      <w:r>
        <w:br/>
      </w:r>
      <w:r>
        <w:rPr>
          <w:sz w:val="20"/>
        </w:rPr>
        <w:t>47:16  allah rab ul alameen ke muqable mein jab aap apni modesty ko discover karte hain to aap aal madaris ban jaate hain, aal madaris, har aitbar se madaris, chahe doosra insan ho ya kuch bhi ho.</w:t>
      </w:r>
      <w:r>
        <w:br/>
      </w:r>
      <w:r>
        <w:rPr>
          <w:sz w:val="20"/>
        </w:rPr>
        <w:t>47:34  to hamara jo</w:t>
      </w:r>
      <w:r>
        <w:br/>
      </w:r>
      <w:r>
        <w:rPr>
          <w:sz w:val="20"/>
        </w:rPr>
        <w:t>47:39  humein jo karna hai woh yahi hai ke hum alhamdulillah rabbil alameen ki reality ko discover karein.</w:t>
      </w:r>
      <w:r>
        <w:br/>
      </w:r>
      <w:r>
        <w:rPr>
          <w:sz w:val="20"/>
        </w:rPr>
        <w:t>47:49  ab al-kabri lillah ko hum jaanein,</w:t>
      </w:r>
      <w:r>
        <w:br/>
      </w:r>
      <w:r>
        <w:rPr>
          <w:sz w:val="20"/>
        </w:rPr>
        <w:t>47:56  is ke baad apne aap sari baatein aa jaati hain, baqiya baaton ko alag se janne ki zaroorat baqi nahin rehti.</w:t>
      </w:r>
    </w:p>
    <w:p>
      <w:pPr>
        <w:pStyle w:val="Heading2"/>
      </w:pPr>
      <w:r>
        <w:t>Difficulty focusing during reflection</w:t>
      </w:r>
    </w:p>
    <w:p>
      <w:r>
        <w:rPr>
          <w:color w:val="666666"/>
          <w:sz w:val="18"/>
        </w:rPr>
        <w:t>Revival of Islam March 23, 2014 · 2m 23s · at 48:06 · https://youtu.be/Wc4Vsc4u1JI?t=2886</w:t>
      </w:r>
    </w:p>
    <w:p>
      <w:r>
        <w:rPr>
          <w:i/>
        </w:rPr>
        <w:t>“During reflection, I cannot focus on one point; many different thoughts come to my mind. Please guide me on how to concentrate.”</w:t>
      </w:r>
    </w:p>
    <w:p>
      <w:r>
        <w:rPr>
          <w:sz w:val="20"/>
        </w:rPr>
        <w:t>48:06  maulana, agla sawal Pakistan se hai, sajjad nawaz sahib ka. Unhon ne likha hai: "ghor-o-fikr ke douran mein ek point par focus nahi kar pata.</w:t>
      </w:r>
      <w:r>
        <w:br/>
      </w:r>
      <w:r>
        <w:rPr>
          <w:sz w:val="20"/>
        </w:rPr>
        <w:t>48:18  different type ke kai khayalat mere mind mein aa jate hain. Maulana sahib, mere ko guide karein." dekhiye, aap hi ki baat nahi hai, yeh har shakhs ki baat hai.</w:t>
      </w:r>
      <w:r>
        <w:br/>
      </w:r>
      <w:r>
        <w:rPr>
          <w:sz w:val="20"/>
        </w:rPr>
        <w:t>48:33  yeh har shakhs ki baat hai.</w:t>
      </w:r>
      <w:r>
        <w:br/>
      </w:r>
      <w:r>
        <w:rPr>
          <w:sz w:val="20"/>
        </w:rPr>
        <w:t>48:35  kyunke aap jis duniya mein hain, wahan</w:t>
      </w:r>
      <w:r>
        <w:br/>
      </w:r>
      <w:r>
        <w:rPr>
          <w:sz w:val="20"/>
        </w:rPr>
        <w:t>48:42  bahut beshumar qism ki cheezen hain. Aap beshumar cheezon ko dekhte hain, beshumar cheezon ko sunte hain, beshumar cheezon ka tajruba hota hai, beshumar cheezen parhte hain.</w:t>
      </w:r>
      <w:r>
        <w:br/>
      </w:r>
      <w:r>
        <w:rPr>
          <w:sz w:val="20"/>
        </w:rPr>
        <w:t>48:54  woh sab aap ke mind mein jangla ban jata hai. To ek cheez mein focus karne ke ma'ani hain cheezon ko sort out karna.</w:t>
      </w:r>
      <w:r>
        <w:br/>
      </w:r>
      <w:r>
        <w:rPr>
          <w:sz w:val="20"/>
        </w:rPr>
        <w:t>49:04  to yeh aasan kaam nahi, is liye aap logon ko train karna parta hai. jo baat aap ki hai, woh sab ki hai. kyun k sab logon ka dimagh jungal hota hai.</w:t>
      </w:r>
      <w:r>
        <w:br/>
      </w:r>
      <w:r>
        <w:rPr>
          <w:sz w:val="20"/>
        </w:rPr>
        <w:t>49:14  jungal hota hi hota hai. agar aap sort out na kar sakein to jungal hi rahega woh. to yeh to aap ko karna hai.</w:t>
      </w:r>
      <w:r>
        <w:br/>
      </w:r>
      <w:r>
        <w:rPr>
          <w:sz w:val="20"/>
        </w:rPr>
        <w:t>49:24  is jungal se bahir aana hai. cheezon ko sort out karna hai. Allah se dua karna hai.</w:t>
      </w:r>
      <w:r>
        <w:br/>
      </w:r>
      <w:r>
        <w:rPr>
          <w:sz w:val="20"/>
        </w:rPr>
        <w:t>49:30  to aap ka case koi alag case nahi hai. wahi sab ka case hai. isi wajah se logon ki cheezein parhiye, aap sab k haan confusion hota hai.</w:t>
      </w:r>
      <w:r>
        <w:br/>
      </w:r>
      <w:r>
        <w:rPr>
          <w:sz w:val="20"/>
        </w:rPr>
        <w:t>49:42  logon k article parhiye, logon ki kitabein parhiye, logon ki taqreerein sunne. confusion hi confusion, confusion hi confusion.</w:t>
      </w:r>
      <w:r>
        <w:br/>
      </w:r>
      <w:r>
        <w:rPr>
          <w:sz w:val="20"/>
        </w:rPr>
        <w:t>49:53  kyun? log sort out nahi kar paate.</w:t>
      </w:r>
      <w:r>
        <w:br/>
      </w:r>
      <w:r>
        <w:rPr>
          <w:sz w:val="20"/>
        </w:rPr>
        <w:t>49:55  to aap yeh na samjhiye k aap ka case yeh hai. yeh sab ka case hai. aur is k liye aap logon ko train karna hai. apne ko yani woh salahiyat paida karna hai apne andar.</w:t>
      </w:r>
      <w:r>
        <w:br/>
      </w:r>
      <w:r>
        <w:rPr>
          <w:sz w:val="20"/>
        </w:rPr>
        <w:t>50:07  jis jis ko mein kehta hoon sort out karna. to to yeh yeh aik aik is ka aik is ko is ka talluq apne ko train karne se hai.</w:t>
      </w:r>
      <w:r>
        <w:br/>
      </w:r>
      <w:r>
        <w:rPr>
          <w:sz w:val="20"/>
        </w:rPr>
        <w:t>50:20  jab jab tak aap apne ko train nahi karein ge, tab tak kaifiyat baqi rahegi.</w:t>
      </w:r>
    </w:p>
    <w:p>
      <w:pPr>
        <w:pStyle w:val="Heading2"/>
      </w:pPr>
      <w:r>
        <w:t>Obsession in all humanity</w:t>
      </w:r>
    </w:p>
    <w:p>
      <w:r>
        <w:rPr>
          <w:color w:val="666666"/>
          <w:sz w:val="18"/>
        </w:rPr>
        <w:t>Revival of Muslims March 08, 2015 · 55s · at 1:05:06 · https://youtu.be/8ShFcr8YozI?t=3906</w:t>
      </w:r>
    </w:p>
    <w:p>
      <w:r>
        <w:rPr>
          <w:i/>
        </w:rPr>
        <w:t>“I think not only Muslims but the rest of humanity also live in obsession. What is your comment on this?”</w:t>
      </w:r>
    </w:p>
    <w:p>
      <w:r>
        <w:rPr>
          <w:sz w:val="20"/>
        </w:rPr>
        <w:t>1:05:06  Maulana, agla sawal kya hai Sheikh Tariq Sahab ne Delhi se aur unhon ne likha hai ke I think not only Muslims but the rest of the humanity also live in obsession.</w:t>
      </w:r>
      <w:r>
        <w:br/>
      </w:r>
      <w:r>
        <w:rPr>
          <w:sz w:val="20"/>
        </w:rPr>
        <w:t>1:05:20  What is your comment on this?</w:t>
      </w:r>
      <w:r>
        <w:br/>
      </w:r>
      <w:r>
        <w:rPr>
          <w:sz w:val="20"/>
        </w:rPr>
        <w:t>1:05:24  to obsession sabhi ko hota hai. yeh bhi kab kehta hai, woh nahin hota. magar bhayi, is waqt explain kar raha hoon ke Musalman kyun Quran o Hadees ke khilaf chalte hain.</w:t>
      </w:r>
      <w:r>
        <w:br/>
      </w:r>
      <w:r>
        <w:rPr>
          <w:sz w:val="20"/>
        </w:rPr>
        <w:t>1:05:33  Quran o Hadees mein bana hai ke ladayi, qatl kyun karte hain. tashaddud se bana hai ke kyun tashaddud karte hain. yaani is waqt mein humanity ka subject hi bol raha tha.</w:t>
      </w:r>
      <w:r>
        <w:br/>
      </w:r>
      <w:r>
        <w:rPr>
          <w:sz w:val="20"/>
        </w:rPr>
        <w:t>1:05:47  balkeh yeh bol raha tha ke Musalman kyun itna qatl karte hain, bomb marte hain, gun culture chalate hain, suicide bombing karte hain kyun. to is ko mein ne kaha ke woh obsession hai.</w:t>
      </w:r>
    </w:p>
    <w:p>
      <w:pPr>
        <w:pStyle w:val="Heading2"/>
      </w:pPr>
      <w:r>
        <w:t>Reason for exaggeration in human nature</w:t>
      </w:r>
    </w:p>
    <w:p>
      <w:r>
        <w:rPr>
          <w:color w:val="666666"/>
          <w:sz w:val="18"/>
        </w:rPr>
        <w:t>Man and Paradise May 05, 2013 · 51s · at 49:13 · https://youtu.be/VyFgim3pvts?t=2953</w:t>
      </w:r>
    </w:p>
    <w:p>
      <w:r>
        <w:rPr>
          <w:i/>
        </w:rPr>
        <w:t>“Why is there exaggeration in human nature?”</w:t>
      </w:r>
    </w:p>
    <w:p>
      <w:r>
        <w:rPr>
          <w:sz w:val="20"/>
        </w:rPr>
        <w:t>49:13  Maulana, agla sawal Karachi Pakistan se hai, Aamir bin Yusuf sahab ka. unhon ne aap se poocha hai ke aam taur par insaan ki fitrat mein ghulu hota hai.</w:t>
      </w:r>
      <w:r>
        <w:br/>
      </w:r>
      <w:r>
        <w:rPr>
          <w:sz w:val="20"/>
        </w:rPr>
        <w:t>49:27  aakhir yeh kyun hai? is ke bare mein batayein. nahi, yeh sahi nahi. ghulu hota hai fitrat mein, ghulu nahi hota hai. fitrat ka ghulu hai, ghulu khud fitrat nahi hai.</w:t>
      </w:r>
      <w:r>
        <w:br/>
      </w:r>
      <w:r>
        <w:rPr>
          <w:sz w:val="20"/>
        </w:rPr>
        <w:t>49:42  aap bhi nahi kahein ke maslan insaan zuban se jhoot bolta hai to aap kahein jhoot bolna fitrat hai? nahi, zuban ka ghulu hai. aise ghulu khud fitrat-e-insani mein nahi hai.</w:t>
      </w:r>
      <w:r>
        <w:br/>
      </w:r>
      <w:r>
        <w:rPr>
          <w:sz w:val="20"/>
        </w:rPr>
        <w:t>49:55  aap ko jo azaadi di hai Allah taala ne, us azaadi ko aap jab galat istemal karte hain to ghulu paida hota hai.</w:t>
      </w:r>
    </w:p>
    <w:p>
      <w:pPr>
        <w:pStyle w:val="Heading2"/>
      </w:pPr>
      <w:r>
        <w:t>Handling hurt sentiments and reactions</w:t>
      </w:r>
    </w:p>
    <w:p>
      <w:r>
        <w:rPr>
          <w:color w:val="666666"/>
          <w:sz w:val="18"/>
        </w:rPr>
        <w:t>The Secular Contribution of Islam | April 16, 2017 · 1m 13s · at 49:59 · https://youtu.be/QV_HIq7KeaY?t=2999</w:t>
      </w:r>
    </w:p>
    <w:p>
      <w:r>
        <w:rPr>
          <w:i/>
        </w:rPr>
        <w:t>“Molana sahib, people have an element of sentiment. Once that sentiment gets hurt, we tend to react.”</w:t>
      </w:r>
    </w:p>
    <w:p>
      <w:r>
        <w:rPr>
          <w:sz w:val="20"/>
        </w:rPr>
        <w:t>49:59  ji maulana, agla sawal Srinagar se aamir mori sahab ne bheja hai, unhon ne aap se poocha</w:t>
      </w:r>
      <w:r>
        <w:br/>
      </w:r>
      <w:r>
        <w:rPr>
          <w:sz w:val="20"/>
        </w:rPr>
        <w:t>50:06  hai: maulana sahab, people have an element of sentiment.</w:t>
      </w:r>
      <w:r>
        <w:br/>
      </w:r>
      <w:r>
        <w:rPr>
          <w:sz w:val="20"/>
        </w:rPr>
        <w:t>50:12  Once that sentiment gets hurt, we tend to react.</w:t>
      </w:r>
      <w:r>
        <w:br/>
      </w:r>
      <w:r>
        <w:rPr>
          <w:sz w:val="20"/>
        </w:rPr>
        <w:t>50:18  How can we manage these sentiments? Please give us your guidance.</w:t>
      </w:r>
      <w:r>
        <w:br/>
      </w:r>
      <w:r>
        <w:rPr>
          <w:sz w:val="20"/>
        </w:rPr>
        <w:t>50:24  dekhiye, sentiment kya cheez hai? Sentiment naam hai shaitan ke</w:t>
      </w:r>
      <w:r>
        <w:br/>
      </w:r>
      <w:r>
        <w:rPr>
          <w:sz w:val="20"/>
        </w:rPr>
        <w:t>50:30  activation ka.</w:t>
      </w:r>
      <w:r>
        <w:br/>
      </w:r>
      <w:r>
        <w:rPr>
          <w:sz w:val="20"/>
        </w:rPr>
        <w:t>50:36  insaan ke andar ek cheez hai, us ko shaitan activate karta hai, to woh emotion ban jata hai.</w:t>
      </w:r>
      <w:r>
        <w:br/>
      </w:r>
      <w:r>
        <w:rPr>
          <w:sz w:val="20"/>
        </w:rPr>
        <w:t>50:42  woh is waqt insaan shaitan ke, yaani shaitan ke asar mein aa jata hai.</w:t>
      </w:r>
      <w:r>
        <w:br/>
      </w:r>
      <w:r>
        <w:rPr>
          <w:sz w:val="20"/>
        </w:rPr>
        <w:t>50:49  to emotion ko le kar ke aadmi soche aur iqdam kare, to woh to us se shaitan ko follow kiya.</w:t>
      </w:r>
      <w:r>
        <w:br/>
      </w:r>
      <w:r>
        <w:rPr>
          <w:sz w:val="20"/>
        </w:rPr>
        <w:t>50:55  us ne use toba karna chahiye,</w:t>
      </w:r>
      <w:r>
        <w:br/>
      </w:r>
      <w:r>
        <w:rPr>
          <w:sz w:val="20"/>
        </w:rPr>
        <w:t>51:01  use toba karna chahiye.</w:t>
      </w:r>
      <w:r>
        <w:br/>
      </w:r>
      <w:r>
        <w:rPr>
          <w:sz w:val="20"/>
        </w:rPr>
        <w:t>51:07  yeh mein keh sakta hoon.</w:t>
      </w:r>
    </w:p>
    <w:p>
      <w:pPr>
        <w:pStyle w:val="Heading1"/>
      </w:pPr>
      <w:r>
        <w:t>In the lectures (20)</w:t>
      </w:r>
    </w:p>
    <w:p>
      <w:pPr>
        <w:pStyle w:val="Heading2"/>
      </w:pPr>
      <w:r>
        <w:t>Attributes of a Dayee October 31, 2010</w:t>
      </w:r>
    </w:p>
    <w:p>
      <w:r>
        <w:rPr>
          <w:color w:val="666666"/>
          <w:sz w:val="18"/>
        </w:rPr>
        <w:t>12:25 · https://youtu.be/-inz5O22QGE?t=745</w:t>
      </w:r>
    </w:p>
    <w:p>
      <w:r>
        <w:rPr>
          <w:i/>
        </w:rPr>
        <w:t>“دوسرےکےبارےمیںانفیئرہونےکااحساس۔”</w:t>
      </w:r>
    </w:p>
    <w:p>
      <w:pPr>
        <w:pStyle w:val="Heading2"/>
      </w:pPr>
      <w:r>
        <w:t>Islamization of Muslims January 10, 2010 Maulana Wahiduddin Khan</w:t>
      </w:r>
    </w:p>
    <w:p>
      <w:r>
        <w:rPr>
          <w:color w:val="666666"/>
          <w:sz w:val="18"/>
        </w:rPr>
        <w:t>1:39:29 · https://youtu.be/bjCT5yer37Q?t=5969</w:t>
      </w:r>
    </w:p>
    <w:p>
      <w:r>
        <w:rPr>
          <w:i/>
        </w:rPr>
        <w:t>“They are offended at being criticized۔”</w:t>
      </w:r>
    </w:p>
    <w:p>
      <w:pPr>
        <w:pStyle w:val="Heading2"/>
      </w:pPr>
      <w:r>
        <w:t>Ramadan and Roza August 5, 2012</w:t>
      </w:r>
    </w:p>
    <w:p>
      <w:r>
        <w:rPr>
          <w:color w:val="666666"/>
          <w:sz w:val="18"/>
        </w:rPr>
        <w:t>15:30 · https://youtu.be/G1oFWcZ1gBg?t=930</w:t>
      </w:r>
    </w:p>
    <w:p>
      <w:r>
        <w:rPr>
          <w:i/>
        </w:rPr>
        <w:t>“اب سوچیں گے آپ کہ دیکھیے میں تو دوسروں کی شکایتوں میں جی رہا ہوں۔”</w:t>
      </w:r>
    </w:p>
    <w:p>
      <w:pPr>
        <w:pStyle w:val="Heading2"/>
      </w:pPr>
      <w:r>
        <w:t>Prophetic Guidance (Prophetic Wisdom) November 22, 2006 Maulana Wahiduddin Khan</w:t>
      </w:r>
    </w:p>
    <w:p>
      <w:r>
        <w:rPr>
          <w:color w:val="666666"/>
          <w:sz w:val="18"/>
        </w:rPr>
        <w:t>4:30 · https://youtu.be/N3E-JrkTlYI?t=270</w:t>
      </w:r>
    </w:p>
    <w:p>
      <w:r>
        <w:rPr>
          <w:i/>
        </w:rPr>
        <w:t>“ہم اپنے غصے کو دوسرے کے اوپر اڈیل دیتے ہیں۔”</w:t>
      </w:r>
    </w:p>
    <w:p>
      <w:pPr>
        <w:pStyle w:val="Heading2"/>
      </w:pPr>
      <w:r>
        <w:t>Jihad Fillah June 23, 2013</w:t>
      </w:r>
    </w:p>
    <w:p>
      <w:r>
        <w:rPr>
          <w:color w:val="666666"/>
          <w:sz w:val="18"/>
        </w:rPr>
        <w:t>1:02:48 · https://youtu.be/NRTno1eQTos?t=3768</w:t>
      </w:r>
    </w:p>
    <w:p>
      <w:r>
        <w:rPr>
          <w:i/>
        </w:rPr>
        <w:t>“یعنی میں نیگیٹیو ہوتا ہوں کسی دوسرے کو لے کر کے، لیکن نقصان اٹھاتا ہوں۔ میں”</w:t>
      </w:r>
    </w:p>
    <w:p>
      <w:pPr>
        <w:pStyle w:val="Heading2"/>
      </w:pPr>
      <w:r>
        <w:t>Hamd in Action October 19, 2014</w:t>
      </w:r>
    </w:p>
    <w:p>
      <w:r>
        <w:rPr>
          <w:color w:val="666666"/>
          <w:sz w:val="18"/>
        </w:rPr>
        <w:t>56:29 · https://youtu.be/8CnKWzV8aBY?t=3389</w:t>
      </w:r>
    </w:p>
    <w:p>
      <w:r>
        <w:rPr>
          <w:i/>
        </w:rPr>
        <w:t>“دوسرا کیوں میرے خلاف برا خیال کرے گا؟”</w:t>
      </w:r>
    </w:p>
    <w:p>
      <w:pPr>
        <w:pStyle w:val="Heading2"/>
      </w:pPr>
      <w:r>
        <w:t>Rationalization of Evil Feb 15, 2009</w:t>
      </w:r>
    </w:p>
    <w:p>
      <w:r>
        <w:rPr>
          <w:color w:val="666666"/>
          <w:sz w:val="18"/>
        </w:rPr>
        <w:t>32:41 · https://youtu.be/WbeB4g7sNQ4?t=1961</w:t>
      </w:r>
    </w:p>
    <w:p>
      <w:r>
        <w:rPr>
          <w:i/>
        </w:rPr>
        <w:t>“تو جب دیکھیں کہ دوسرے لوگ ڈومینیٹ کر رہے ہیں، دوسرے رول کر رہے ہیں تو ظاہر ہے کہ ہم کو غصہ آئے گا۔”</w:t>
      </w:r>
    </w:p>
    <w:p>
      <w:pPr>
        <w:pStyle w:val="Heading2"/>
      </w:pPr>
      <w:r>
        <w:t>Revival of Faith I 25 Sept, 2011 - Maulana Wahiduddin Khan</w:t>
      </w:r>
    </w:p>
    <w:p>
      <w:r>
        <w:rPr>
          <w:color w:val="666666"/>
          <w:sz w:val="18"/>
        </w:rPr>
        <w:t>42:46 · https://youtu.be/y8_SQ8dJ0w0?t=2566</w:t>
      </w:r>
    </w:p>
    <w:p>
      <w:r>
        <w:rPr>
          <w:i/>
        </w:rPr>
        <w:t>“میرے پاس کوئی چیز ہے جس سے لوگ محروم ہیں۔ یعنی دوسرے کو محروم ہے اور میرے پاس ہے وہ چیز۔ یہ تو یہ احساس”</w:t>
      </w:r>
    </w:p>
    <w:p>
      <w:pPr>
        <w:pStyle w:val="Heading2"/>
      </w:pPr>
      <w:r>
        <w:t>Building a Heavenly Personality 15 April 2012</w:t>
      </w:r>
    </w:p>
    <w:p>
      <w:r>
        <w:rPr>
          <w:color w:val="666666"/>
          <w:sz w:val="18"/>
        </w:rPr>
        <w:t>21:30 · https://youtu.be/4YO-sZSBFPI?t=1290</w:t>
      </w:r>
    </w:p>
    <w:p>
      <w:r>
        <w:rPr>
          <w:i/>
        </w:rPr>
        <w:t>“احساس برتری آ جاتا ہے۔”</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The Prophet An Example of Modesty August 27, 2017</w:t>
      </w:r>
    </w:p>
    <w:p>
      <w:r>
        <w:rPr>
          <w:color w:val="666666"/>
          <w:sz w:val="18"/>
        </w:rPr>
        <w:t>1:01:32 · https://youtu.be/aR3V4c8fQC4?t=3692</w:t>
      </w:r>
    </w:p>
    <w:p>
      <w:r>
        <w:rPr>
          <w:i/>
        </w:rPr>
        <w:t>“but at the same time we show arrogance to other people.”</w:t>
      </w:r>
    </w:p>
    <w:p>
      <w:pPr>
        <w:pStyle w:val="Heading2"/>
      </w:pPr>
      <w:r>
        <w:t>Difference Management June 6, 2007 Maulana Wahiduddin Khan</w:t>
      </w:r>
    </w:p>
    <w:p>
      <w:r>
        <w:rPr>
          <w:color w:val="666666"/>
          <w:sz w:val="18"/>
        </w:rPr>
        <w:t>3:48 · https://youtu.be/Qcrm0lX88dA?t=228</w:t>
      </w:r>
    </w:p>
    <w:p>
      <w:r>
        <w:rPr>
          <w:i/>
        </w:rPr>
        <w:t>“There were some other differences between the two brothers, so he became jealous.”</w:t>
      </w:r>
    </w:p>
    <w:p>
      <w:pPr>
        <w:pStyle w:val="Heading2"/>
      </w:pPr>
      <w:r>
        <w:t>Building a Heavenly Personality 15 April 2012</w:t>
      </w:r>
    </w:p>
    <w:p>
      <w:r>
        <w:rPr>
          <w:color w:val="666666"/>
          <w:sz w:val="18"/>
        </w:rPr>
        <w:t>53:42 · https://youtu.be/4YO-sZSBFPI?t=3222</w:t>
      </w:r>
    </w:p>
    <w:p>
      <w:r>
        <w:rPr>
          <w:i/>
        </w:rPr>
        <w:t>“کہ اگرچہ دوسروں کی طرف سے مجھے نفرت کے تجربات کرائے جاتے ہیں”</w:t>
      </w:r>
    </w:p>
    <w:p>
      <w:pPr>
        <w:pStyle w:val="Heading2"/>
      </w:pPr>
      <w:r>
        <w:t>In Conversation With Maulana Wahiduddin Khan (English) May 15, 2008</w:t>
      </w:r>
    </w:p>
    <w:p>
      <w:r>
        <w:rPr>
          <w:color w:val="666666"/>
          <w:sz w:val="18"/>
        </w:rPr>
        <w:t>34:50 · https://youtu.be/Yq3-vUwEu-w?t=2090</w:t>
      </w:r>
    </w:p>
    <w:p>
      <w:r>
        <w:rPr>
          <w:i/>
        </w:rPr>
        <w:t>“You have to be like others.”</w:t>
      </w:r>
    </w:p>
    <w:p>
      <w:pPr>
        <w:pStyle w:val="Heading2"/>
      </w:pPr>
      <w:r>
        <w:t>Realization of God August 19, 2018 Maulana Wahiduddin Khan</w:t>
      </w:r>
    </w:p>
    <w:p>
      <w:r>
        <w:rPr>
          <w:color w:val="666666"/>
          <w:sz w:val="18"/>
        </w:rPr>
        <w:t>1:47 · https://youtu.be/jIFP26iWEKQ?t=107</w:t>
      </w:r>
    </w:p>
    <w:p>
      <w:r>
        <w:rPr>
          <w:i/>
        </w:rPr>
        <w:t>“ایک عجیب تاثر ہو رہا تھا مجھے”</w:t>
      </w:r>
    </w:p>
    <w:p>
      <w:pPr>
        <w:pStyle w:val="Heading2"/>
      </w:pPr>
      <w:r>
        <w:t>Importance of Peace August 17, 2014</w:t>
      </w:r>
    </w:p>
    <w:p>
      <w:r>
        <w:rPr>
          <w:color w:val="666666"/>
          <w:sz w:val="18"/>
        </w:rPr>
        <w:t>22:18 · https://youtu.be/ifxSwh2Jckw?t=1338</w:t>
      </w:r>
    </w:p>
    <w:p>
      <w:r>
        <w:rPr>
          <w:i/>
        </w:rPr>
        <w:t>“میری آزادی دوسرے کے لیے problem ہے۔”</w:t>
      </w:r>
    </w:p>
    <w:p>
      <w:pPr>
        <w:pStyle w:val="Heading2"/>
      </w:pPr>
      <w:r>
        <w:t>Importance of Peace August 17, 2014</w:t>
      </w:r>
    </w:p>
    <w:p>
      <w:r>
        <w:rPr>
          <w:color w:val="666666"/>
          <w:sz w:val="18"/>
        </w:rPr>
        <w:t>22:24 · https://youtu.be/ifxSwh2Jckw?t=1344</w:t>
      </w:r>
    </w:p>
    <w:p>
      <w:r>
        <w:rPr>
          <w:i/>
        </w:rPr>
        <w:t>“میری آزادی دوسرے کے لیے problem ہے۔”</w:t>
      </w:r>
    </w:p>
    <w:p>
      <w:pPr>
        <w:pStyle w:val="Heading2"/>
      </w:pPr>
      <w:r>
        <w:t>Islam in Daily Life December 26, 2010</w:t>
      </w:r>
    </w:p>
    <w:p>
      <w:r>
        <w:rPr>
          <w:color w:val="666666"/>
          <w:sz w:val="18"/>
        </w:rPr>
        <w:t>1:35:47 · https://youtu.be/H0VYpUX3q3Q?t=5747</w:t>
      </w:r>
    </w:p>
    <w:p>
      <w:r>
        <w:rPr>
          <w:i/>
        </w:rPr>
        <w:t>“یعنیاسواقع ےکو ،کسی کیباتمجھےبریلگی۔ کسی کےخلاف مجھےغصہآگیا۔ کہمیںimpatientہوگیا۔ اسکومیںاسsenseمیںلیتاہوں۔”</w:t>
      </w:r>
    </w:p>
    <w:p>
      <w:pPr>
        <w:pStyle w:val="Heading2"/>
      </w:pPr>
      <w:r>
        <w:t>The Untold Story of Islam April 16, 2006 Maulana Wahiduddin Khan</w:t>
      </w:r>
    </w:p>
    <w:p>
      <w:r>
        <w:rPr>
          <w:color w:val="666666"/>
          <w:sz w:val="18"/>
        </w:rPr>
        <w:t>58:40 · https://youtu.be/CtVOh0F_LLc?t=3520</w:t>
      </w:r>
    </w:p>
    <w:p>
      <w:r>
        <w:rPr>
          <w:i/>
        </w:rPr>
        <w:t>“کتنی عجیب بات ہے یہ! ہم دوسروں کی گستاخی پر غصہ ہو کر ان سے لڑنے کھڑے ہو جاتے ہیں،”</w:t>
      </w:r>
    </w:p>
    <w:p>
      <w:pPr>
        <w:pStyle w:val="Heading2"/>
      </w:pPr>
      <w:r>
        <w:t>Interpretation of Prophetic History March 18, 2007 Maulana Wahiduddin Khan</w:t>
      </w:r>
    </w:p>
    <w:p>
      <w:r>
        <w:rPr>
          <w:color w:val="666666"/>
          <w:sz w:val="18"/>
        </w:rPr>
        <w:t>38:49 · https://youtu.be/em6fFdShppU?t=2329</w:t>
      </w:r>
    </w:p>
    <w:p>
      <w:r>
        <w:rPr>
          <w:i/>
        </w:rPr>
        <w:t>“کوئی کہہ سکتا ہے کہ موبائل وغیرہ پر میں کیوں اتنا زیادہ ری ایکٹ کرتا ہوں۔ شاید کوئی سمجھتا ہو کہ میرے اندر غصہ ہے۔”</w:t>
      </w:r>
    </w:p>
    <w:p>
      <w:pPr>
        <w:pStyle w:val="Heading1"/>
      </w:pPr>
      <w:r>
        <w:t>Clips (39)</w:t>
      </w:r>
    </w:p>
    <w:p>
      <w:pPr>
        <w:pStyle w:val="Heading2"/>
      </w:pPr>
      <w:r>
        <w:t>How dawah's people-equation became a ruler-and-ruled equation</w:t>
      </w:r>
    </w:p>
    <w:p>
      <w:r>
        <w:rPr>
          <w:color w:val="666666"/>
          <w:sz w:val="18"/>
        </w:rPr>
        <w:t>Attributes of a Dayee October 31, 2010 · 1m 51s · at 11:37 · https://youtu.be/-inz5O22QGE?t=697</w:t>
      </w:r>
    </w:p>
    <w:p>
      <w:r>
        <w:rPr>
          <w:i/>
        </w:rPr>
        <w:t>“Pehle daayi-madu ka equation tha, phir hakim-mahkoom bana”</w:t>
      </w:r>
    </w:p>
    <w:p>
      <w:r>
        <w:rPr>
          <w:sz w:val="20"/>
        </w:rPr>
        <w:t>11:37  asal mein dekhiye, hua kya? Islam jab shuru hua to woh sar ta pa ek dawat se shuru hua.</w:t>
      </w:r>
      <w:r>
        <w:br/>
      </w:r>
      <w:r>
        <w:rPr>
          <w:sz w:val="20"/>
        </w:rPr>
        <w:t>11:47  baad ko aisa hua ke musalmanon ki empire ban gayi. hukoomat ban gayi. tab yeh equation badla. pehla equation tha da'i mad'u ka equation.</w:t>
      </w:r>
      <w:r>
        <w:br/>
      </w:r>
      <w:r>
        <w:rPr>
          <w:sz w:val="20"/>
        </w:rPr>
        <w:t>11:58  ab ban gaya ruler aur ruled ka equation. hakim aur mahkoom ka equation.</w:t>
      </w:r>
      <w:r>
        <w:br/>
      </w:r>
      <w:r>
        <w:rPr>
          <w:sz w:val="20"/>
        </w:rPr>
        <w:t>12:05  woh us zamane mein fiqh mein is tarah istilahein bani. jab equation badla. yaani da'i mad'u ka equation tha pehle.</w:t>
      </w:r>
      <w:r>
        <w:br/>
      </w:r>
      <w:r>
        <w:rPr>
          <w:sz w:val="20"/>
        </w:rPr>
        <w:t>12:16  phir aaya ruler aur ruled. hakim aur mahkoom. tab yeh saari istilahein bani. apne baare mein superior hone ka ehsaas.</w:t>
      </w:r>
      <w:r>
        <w:br/>
      </w:r>
      <w:r>
        <w:rPr>
          <w:sz w:val="20"/>
        </w:rPr>
        <w:t>12:25  doosre ke baare mein inferior hone ka ehsaas.</w:t>
      </w:r>
      <w:r>
        <w:br/>
      </w:r>
      <w:r>
        <w:rPr>
          <w:sz w:val="20"/>
        </w:rPr>
        <w:t>12:30  isse saari terms bani.</w:t>
      </w:r>
      <w:r>
        <w:br/>
      </w:r>
      <w:r>
        <w:rPr>
          <w:sz w:val="20"/>
        </w:rPr>
        <w:t>12:36  jo dawat ke qaatil hain. yeh sab jo terms hain, yeh sab dawat ke qaatil hain. main iske bilkul iske khilaaf hoon ke yeh zimmi hai aur woh shatmi hai ya harbi hai.</w:t>
      </w:r>
      <w:r>
        <w:br/>
      </w:r>
      <w:r>
        <w:rPr>
          <w:sz w:val="20"/>
        </w:rPr>
        <w:t>12:52  woh kaafir hai ya mushrik hai, woh zindiq hai, woh murtad hai. main isko bilkul nahi maanta. saare log insaan hain.</w:t>
      </w:r>
      <w:r>
        <w:br/>
      </w:r>
      <w:r>
        <w:rPr>
          <w:sz w:val="20"/>
        </w:rPr>
        <w:t>13:01  agar aap kisi ke andar burai paate hain to uski islaah ki koshish kijiye. iske liye duaen kijiye. is par dawati amal kijiye.</w:t>
      </w:r>
      <w:r>
        <w:br/>
      </w:r>
      <w:r>
        <w:rPr>
          <w:sz w:val="20"/>
        </w:rPr>
        <w:t>13:10  aap usko ek title kyun dete hain? yeh murtaad hogi ya shaitaan hoga. yeh title kyun dete hain? kis ka right hai aap ko title dene ka ?</w:t>
      </w:r>
    </w:p>
    <w:p>
      <w:pPr>
        <w:pStyle w:val="Heading2"/>
      </w:pPr>
      <w:r>
        <w:t>Quran: every calamity is the result of your own deeds</w:t>
      </w:r>
    </w:p>
    <w:p>
      <w:r>
        <w:rPr>
          <w:color w:val="666666"/>
          <w:sz w:val="18"/>
        </w:rPr>
        <w:t>Ramadan and Roza August 5, 2012 · 47s · at 14:49 · https://youtu.be/G1oFWcZ1gBg?t=889</w:t>
      </w:r>
    </w:p>
    <w:p>
      <w:r>
        <w:rPr>
          <w:i/>
        </w:rPr>
        <w:t>“Jo museebat tum par padti hai, tumhare kiye ka nateeja hai”</w:t>
      </w:r>
    </w:p>
    <w:p>
      <w:r>
        <w:rPr>
          <w:sz w:val="20"/>
        </w:rPr>
        <w:t>14:49  aise hi pure pure quran phir aap padhenge is ayat tak pahunchenge ma asabakum musibah fabima qasamat aydikum yani jo musibah tumhare par padti hai to tumhare apne hi kiye ka nateeja hoti hai.</w:t>
      </w:r>
      <w:r>
        <w:br/>
      </w:r>
      <w:r>
        <w:rPr>
          <w:sz w:val="20"/>
        </w:rPr>
        <w:t>15:10  yeh aap ne padha to aap is ko bar bar padhenge agar aap ki hassasiyat barhi hui ho to</w:t>
      </w:r>
      <w:r>
        <w:br/>
      </w:r>
      <w:r>
        <w:rPr>
          <w:sz w:val="20"/>
        </w:rPr>
        <w:t>15:17  ke yeh kaisi baat ajib quran majeed mein hai ke jo musibah hi tum par padti hai wo sirf tumhare apne kiye ka nateeja hoti hai.</w:t>
      </w:r>
      <w:r>
        <w:br/>
      </w:r>
      <w:r>
        <w:rPr>
          <w:sz w:val="20"/>
        </w:rPr>
        <w:t>15:30  ab sochenge aap ke dekhiye mein to dusron ki shikayaton mein jee raha hoon.</w:t>
      </w:r>
    </w:p>
    <w:p>
      <w:pPr>
        <w:pStyle w:val="Heading2"/>
      </w:pPr>
      <w:r>
        <w:t>Prophet got angry but controlled it</w:t>
      </w:r>
    </w:p>
    <w:p>
      <w:r>
        <w:rPr>
          <w:color w:val="666666"/>
          <w:sz w:val="18"/>
        </w:rPr>
        <w:t>Prophetic Guidance (Prophetic Wisdom) November 22, 2006 Maulana Wahiduddin Khan · 33s · at 4:19 · https://youtu.be/N3E-JrkTlYI?t=259</w:t>
      </w:r>
    </w:p>
    <w:p>
      <w:r>
        <w:rPr>
          <w:i/>
        </w:rPr>
        <w:t>“Rasool Allah bhi gussa aate thay, farq yeh ke woh control karte thay.”</w:t>
      </w:r>
    </w:p>
    <w:p>
      <w:r>
        <w:rPr>
          <w:sz w:val="20"/>
        </w:rPr>
        <w:t>4:19  yeh bhi jhooti baat hai. hamare liye to rasool Allah ko bhi ghussa aata tha. farq kya hai? aap apne ghusse ko control karte the.</w:t>
      </w:r>
      <w:r>
        <w:br/>
      </w:r>
      <w:r>
        <w:rPr>
          <w:sz w:val="20"/>
        </w:rPr>
        <w:t>4:30  hum apne ghusse ko doosre ke upar odhel dete hain.</w:t>
      </w:r>
      <w:r>
        <w:br/>
      </w:r>
      <w:r>
        <w:rPr>
          <w:sz w:val="20"/>
        </w:rPr>
        <w:t>4:36  to jab us ne aane mein der ki to aap ko ghussa aa gaya.</w:t>
      </w:r>
      <w:r>
        <w:br/>
      </w:r>
      <w:r>
        <w:rPr>
          <w:sz w:val="20"/>
        </w:rPr>
        <w:t>4:44  aap ne farmaya kya? lola khashiyat al qawd la waja'atuka bi hadh al siwak.</w:t>
      </w:r>
    </w:p>
    <w:p>
      <w:pPr>
        <w:pStyle w:val="Heading2"/>
      </w:pPr>
      <w:r>
        <w:t>How to avoid negative thinking, a personal method</w:t>
      </w:r>
    </w:p>
    <w:p>
      <w:r>
        <w:rPr>
          <w:color w:val="666666"/>
          <w:sz w:val="18"/>
        </w:rPr>
        <w:t>Jihad Fillah June 23, 2013 · 2m 14s · at 1:02:05 · https://youtu.be/NRTno1eQTos?t=3725</w:t>
      </w:r>
    </w:p>
    <w:p>
      <w:r>
        <w:rPr>
          <w:i/>
        </w:rPr>
        <w:t>“I live with a hundred percent positive mind, always”</w:t>
      </w:r>
    </w:p>
    <w:p>
      <w:r>
        <w:rPr>
          <w:sz w:val="20"/>
        </w:rPr>
        <w:t>1:02:05  molana, agla sawal ahmedabad se hai mr waqas jain ka. unhon ne likha hai: "molana sahib, how can i avoid negative thinking?" i try hard to be positive, but i fail each time.</w:t>
      </w:r>
      <w:r>
        <w:br/>
      </w:r>
      <w:r>
        <w:rPr>
          <w:sz w:val="20"/>
        </w:rPr>
        <w:t>1:02:19  please guide me.</w:t>
      </w:r>
      <w:r>
        <w:br/>
      </w:r>
      <w:r>
        <w:rPr>
          <w:sz w:val="20"/>
        </w:rPr>
        <w:t>1:02:24  dekhein, apna main tajurba batata hoon.</w:t>
      </w:r>
      <w:r>
        <w:br/>
      </w:r>
      <w:r>
        <w:rPr>
          <w:sz w:val="20"/>
        </w:rPr>
        <w:t>1:02:29  main keh sakta hoon ke main hundred percent positive mind ke sath rehta hoon hamesha. to kyun?</w:t>
      </w:r>
      <w:r>
        <w:br/>
      </w:r>
      <w:r>
        <w:rPr>
          <w:sz w:val="20"/>
        </w:rPr>
        <w:t>1:02:38  kyun ke maine yeh paya ke negative thinking khud mere liye mujhe kill karti hai.</w:t>
      </w:r>
      <w:r>
        <w:br/>
      </w:r>
      <w:r>
        <w:rPr>
          <w:sz w:val="20"/>
        </w:rPr>
        <w:t>1:02:48  yani main negative hota hoon kisi doosre ko le kar ke, lekin nuksan uthata hoon. main</w:t>
      </w:r>
      <w:r>
        <w:br/>
      </w:r>
      <w:r>
        <w:rPr>
          <w:sz w:val="20"/>
        </w:rPr>
        <w:t>1:02:55  yeh yeh bari jab maine yeh discover kiya to maine kaha kisi doosre ki khatir. negative ko main</w:t>
      </w:r>
      <w:r>
        <w:br/>
      </w:r>
      <w:r>
        <w:rPr>
          <w:sz w:val="20"/>
        </w:rPr>
        <w:t>1:03:03  jab bhi ghussa hota hoon, kisi doosre ke khilaaf nafrat karta hoon to us ko to us ko to kuch bhi nahi hua.</w:t>
      </w:r>
      <w:r>
        <w:br/>
      </w:r>
      <w:r>
        <w:rPr>
          <w:sz w:val="20"/>
        </w:rPr>
        <w:t>1:03:12  is ka to kuch nahi bigra. bigra mera, bigra mera. kyun ke positive thinking rokhsat ho gayi aur positive mind agar nahi hua aadmi ke andar to sari bari bari baatein is se chhoot jaati hain.</w:t>
      </w:r>
      <w:r>
        <w:br/>
      </w:r>
      <w:r>
        <w:rPr>
          <w:sz w:val="20"/>
        </w:rPr>
        <w:t>1:03:27  positive mind hi woh mind hai jo bari bari baaton ko graph kar sakta hai.</w:t>
      </w:r>
      <w:r>
        <w:br/>
      </w:r>
      <w:r>
        <w:rPr>
          <w:sz w:val="20"/>
        </w:rPr>
        <w:t>1:03:34  positive mind ke baghair sachai ka development nahi ho sakta. to main ne socha ke aakhir mein negative koi doosre ke liye, yaani apna nuksan uthaoon, doosra to nuksan kuch bhi nahi hota.</w:t>
      </w:r>
      <w:r>
        <w:br/>
      </w:r>
      <w:r>
        <w:rPr>
          <w:sz w:val="20"/>
        </w:rPr>
        <w:t>1:03:49  kisi se nafrat karta hoon to kaha woh doosre ko nuksan ho gaya hai. k</w:t>
      </w:r>
      <w:r>
        <w:br/>
      </w:r>
      <w:r>
        <w:rPr>
          <w:sz w:val="20"/>
        </w:rPr>
        <w:t>1:03:52  chhe doosre ko kuch bhi nuksan nahi hua. nuksan to mera hua. meri positivity khatam ho gayi aur phir main is qabil nahi raha ke sachai mere dimagh mein jagah paaye.</w:t>
      </w:r>
      <w:r>
        <w:br/>
      </w:r>
      <w:r>
        <w:rPr>
          <w:sz w:val="20"/>
        </w:rPr>
        <w:t>1:04:05  isi liye mera formula hai ke "save your self". "save your self" ka formula jo hai yeh mujh ko bachata hai negativity se.</w:t>
      </w:r>
    </w:p>
    <w:p>
      <w:pPr>
        <w:pStyle w:val="Heading2"/>
      </w:pPr>
      <w:r>
        <w:t>No hate in my heart, so none hates me</w:t>
      </w:r>
    </w:p>
    <w:p>
      <w:r>
        <w:rPr>
          <w:color w:val="666666"/>
          <w:sz w:val="18"/>
        </w:rPr>
        <w:t>Hamd in Action October 19, 2014 · 39s · at 56:16 · https://youtu.be/8CnKWzV8aBY?t=3376</w:t>
      </w:r>
    </w:p>
    <w:p>
      <w:r>
        <w:rPr>
          <w:i/>
        </w:rPr>
        <w:t>“Mere dil mein kisi ke khilaf koi hate nahi hai”</w:t>
      </w:r>
    </w:p>
    <w:p>
      <w:r>
        <w:rPr>
          <w:sz w:val="20"/>
        </w:rPr>
        <w:t>56:16  to main ne un bachon se kaha tha jo mere sath the, mere sath kaha ke mere dil mein kisi ke khilaf koi heat hai hi nahi. to dusra kyun mujhe heat karega? mere dil mein kisi ke khilaf koi bura khayal hai hi nahi.</w:t>
      </w:r>
      <w:r>
        <w:br/>
      </w:r>
      <w:r>
        <w:rPr>
          <w:sz w:val="20"/>
        </w:rPr>
        <w:t>56:29  dusra kyun mere khilaf bura khayal karega?</w:t>
      </w:r>
      <w:r>
        <w:br/>
      </w:r>
      <w:r>
        <w:rPr>
          <w:sz w:val="20"/>
        </w:rPr>
        <w:t>56:32  mujhe to main ne un se kaha ke apne apne ko dekhiye, yeh mat dekhiye ke wahan koi aap ka dushman hai, apne ko dekhiye. agar aap ke andar kisi ke khilaf heat nahi hai to koi aap se heat karne wala nahi hai.</w:t>
      </w:r>
      <w:r>
        <w:br/>
      </w:r>
      <w:r>
        <w:rPr>
          <w:sz w:val="20"/>
        </w:rPr>
        <w:t>56:46  mera yahi philosophy hai aur meri zindagi isi tareeqe se guzri hai, ab bhi guzar rahi hai, Allah ke fazal se.</w:t>
      </w:r>
    </w:p>
    <w:p>
      <w:pPr>
        <w:pStyle w:val="Heading2"/>
      </w:pPr>
      <w:r>
        <w:t>Why Muslims are uniquely negative — the superiority-complex ideology</w:t>
      </w:r>
    </w:p>
    <w:p>
      <w:r>
        <w:rPr>
          <w:color w:val="666666"/>
          <w:sz w:val="18"/>
        </w:rPr>
        <w:t>Rationalization of Evil Feb 15, 2009 · 5m 59s · at 30:14 · https://youtu.be/WbeB4g7sNQ4?t=1814</w:t>
      </w:r>
    </w:p>
    <w:p>
      <w:r>
        <w:rPr>
          <w:i/>
        </w:rPr>
        <w:t>“کیا وجہ ہے کہ صرف مسلمان ہی ایک ایسی قوم ہے جو نیگیٹیو ہے”</w:t>
      </w:r>
    </w:p>
    <w:p>
      <w:r>
        <w:rPr>
          <w:sz w:val="20"/>
        </w:rPr>
        <w:t>30:14  khuda hafiz, hamari team jo hai, abhi kal bari bohat bari khushi hui mujhe. kal char bare journalist aaye the hamare haan</w:t>
      </w:r>
      <w:r>
        <w:br/>
      </w:r>
      <w:r>
        <w:rPr>
          <w:sz w:val="20"/>
        </w:rPr>
        <w:t>30:21  , hamare is is is building mein jo hum ne banayi hai jagah, wahan par yani char bare journalist delhi ke, english english journalist, sab english journalist the, sab ke sab.</w:t>
      </w:r>
      <w:r>
        <w:br/>
      </w:r>
      <w:r>
        <w:rPr>
          <w:sz w:val="20"/>
        </w:rPr>
        <w:t>30:32  to hamari team ke log wahan maujood the, wahan unhon ne question kiye. mujhe bohat hi khushi hui ke aik aik aadmi ne bohat hi positive jawab diya. sirf aik aadmi bahar ke aa gaye the, woh hamari team ke member nahi the, unhon ne negative boli boli.</w:t>
      </w:r>
      <w:r>
        <w:br/>
      </w:r>
      <w:r>
        <w:rPr>
          <w:sz w:val="20"/>
        </w:rPr>
        <w:t>30:48  woh hamari team ke member nahi the, woh</w:t>
      </w:r>
      <w:r>
        <w:br/>
      </w:r>
      <w:r>
        <w:rPr>
          <w:sz w:val="20"/>
        </w:rPr>
        <w:t>30:52  team ke jo member wahan pe the, woh kafi the wahan par maujood. sab ke sab khuda ke phir se positive boli bole, aik bhi negative boli koi nahi bola. to team ke bahar jo dunya hai, sab ke sab negative kyun hain?</w:t>
      </w:r>
      <w:r>
        <w:br/>
      </w:r>
      <w:r>
        <w:rPr>
          <w:sz w:val="20"/>
        </w:rPr>
        <w:t>31:06  kyun negative hain? is liye negative hain ke hum samajhte hain ke dunya mein hamein dominate karna chahiye, hamein rule karna chahiye. rule kar rahe hain doosre log.</w:t>
      </w:r>
      <w:r>
        <w:br/>
      </w:r>
      <w:r>
        <w:rPr>
          <w:sz w:val="20"/>
        </w:rPr>
        <w:t>31:16  jab yeh theory ho to aap ke andar kya aa</w:t>
      </w:r>
      <w:r>
        <w:br/>
      </w:r>
      <w:r>
        <w:rPr>
          <w:sz w:val="20"/>
        </w:rPr>
        <w:t>31:18  ye ga? aap ke andar malice aaye gi, aap ka jalan aaye ga, aap ka revenge aaye ga, aap ka anger aaye ga, ghussa aaye ga, negative thought aaye ga aap ko.</w:t>
      </w:r>
      <w:r>
        <w:br/>
      </w:r>
      <w:r>
        <w:rPr>
          <w:sz w:val="20"/>
        </w:rPr>
        <w:t>31:27  to dunya bhar ke musalman consciously ya unconsciously isi se isi mein jee rahe hain. dunya to hamari hai. Al-seen al-arab lana wal-hind lana wal-kull lana. cheen o arab hamara, hindustan hamara, musalman hamara watan hai, sara jahan hamara.</w:t>
      </w:r>
      <w:r>
        <w:br/>
      </w:r>
      <w:r>
        <w:rPr>
          <w:sz w:val="20"/>
        </w:rPr>
        <w:t>31:44  bilkul absurd baat hai yeh.</w:t>
      </w:r>
      <w:r>
        <w:br/>
      </w:r>
      <w:r>
        <w:rPr>
          <w:sz w:val="20"/>
        </w:rPr>
        <w:t>31:46  yani khuda ko insaan se koi matlab nahi hai, tum hi se matlab hai.</w:t>
      </w:r>
      <w:r>
        <w:br/>
      </w:r>
      <w:r>
        <w:rPr>
          <w:sz w:val="20"/>
        </w:rPr>
        <w:t>31:54  aik hindu ne bohat sahi kaha ke quran mein to hai ke musalman khuda rab-ul-alameen hai aur musalmanon par kya bana rakha hai? rab-ul-musalmeen. aik hindu ne kaha, aik parhe likhe hindu ne ke khuda ne quran mein to likh diya hai ke khuda rab-ul-alameen hai aur musalmanon ne kya bana rakha hai?</w:t>
      </w:r>
      <w:r>
        <w:br/>
      </w:r>
      <w:r>
        <w:rPr>
          <w:sz w:val="20"/>
        </w:rPr>
        <w:t>32:11  khuda rab-ul-musalmeen hai. aur sahi kaha unhon ne, bilkul sahi kaha.</w:t>
      </w:r>
      <w:r>
        <w:br/>
      </w:r>
      <w:r>
        <w:rPr>
          <w:sz w:val="20"/>
        </w:rPr>
        <w:t>32:18  yeh jo theory hai, is se self-believiousness aata hai, is se arrogance aata hai, is se egoism aata hai, is se superiority aati hai.</w:t>
      </w:r>
      <w:r>
        <w:br/>
      </w:r>
      <w:r>
        <w:rPr>
          <w:sz w:val="20"/>
        </w:rPr>
        <w:t>32:27  superiority, superiority aati hai is se ke hum hum hain khalifa, hum right to rule hamein hasil hai.</w:t>
      </w:r>
      <w:r>
        <w:br/>
      </w:r>
      <w:r>
        <w:rPr>
          <w:sz w:val="20"/>
        </w:rPr>
        <w:t>32:41  to jab dekhein ke doosre log dominate kar rahe hain, doosre rule kar rahe hain to zahir hai ke hum ko ghussa aaye ga.</w:t>
      </w:r>
      <w:r>
        <w:br/>
      </w:r>
      <w:r>
        <w:rPr>
          <w:sz w:val="20"/>
        </w:rPr>
        <w:t>32:49  to wohi musalmanon ki wohi jo psychology ban gayi hai ke aap ke ghar pe koi qabza kar le to aap kya karein ge?</w:t>
      </w:r>
      <w:r>
        <w:br/>
      </w:r>
      <w:r>
        <w:rPr>
          <w:sz w:val="20"/>
        </w:rPr>
        <w:t>32:58  balkeh aap gaye hue the kahin, wapas lote to wahan kuch unhon ne qabza kar rakha tha to aap ko ghussa aaye ga, aap revenge lena chahein ge, us ko nikal ke bahar karna chahein ge.</w:t>
      </w:r>
      <w:r>
        <w:br/>
      </w:r>
      <w:r>
        <w:rPr>
          <w:sz w:val="20"/>
        </w:rPr>
        <w:t>33:09  to musalmanon ki tendency ban gayi hai ke jo kuch doosre log, jo kuch hain, woh sab user par hain, user par hain.</w:t>
      </w:r>
      <w:r>
        <w:br/>
      </w:r>
      <w:r>
        <w:rPr>
          <w:sz w:val="20"/>
        </w:rPr>
        <w:t>33:18  yani is se zyada false ideology koi nahi ho sakti hai. khuda ne sare insanon ko paida kiya hai. aap dekhiye, aap quran ko parhiye.</w:t>
      </w:r>
      <w:r>
        <w:br/>
      </w:r>
      <w:r>
        <w:rPr>
          <w:sz w:val="20"/>
        </w:rPr>
        <w:t>33:29  sare quran mein khuda insaan insaan ki boli bolta hai. Ya ayyuhal insaan, ya ayyuhal insaan, ya ayyuhal insaan yani khuda address kar raha hai dunya ko ayyuhal insaan ke bata kar ke tum insaan ho.</w:t>
      </w:r>
      <w:r>
        <w:br/>
      </w:r>
      <w:r>
        <w:rPr>
          <w:sz w:val="20"/>
        </w:rPr>
        <w:t>33:43  is ka matlab kya hai? ke dunya khuda ke nazdeek dar-ul-insaan hai, dar-ul-harb hai, dar-ul-islam hai, dar-ul-harb hai.</w:t>
      </w:r>
      <w:r>
        <w:br/>
      </w:r>
      <w:r>
        <w:rPr>
          <w:sz w:val="20"/>
        </w:rPr>
        <w:t>33:51  yeh sab banaye hue terms hain. yaad rakhiye, yeh jo terms hain, yeh na quran mein hain na hadees mein. yeh baat ko banaye gaye hain.</w:t>
      </w:r>
      <w:r>
        <w:br/>
      </w:r>
      <w:r>
        <w:rPr>
          <w:sz w:val="20"/>
        </w:rPr>
        <w:t>34:01  yeh quran mein dar-ul-harb bhi nahi hai, dar-ul-islam bhi nahi hai, dar-ul-kufar bhi nahi, kuch bhi nahi hai. yeh sab baat ko firqe mein bane hain, bohat baat ko.</w:t>
      </w:r>
      <w:r>
        <w:br/>
      </w:r>
      <w:r>
        <w:rPr>
          <w:sz w:val="20"/>
        </w:rPr>
        <w:t>34:14  to khuda ke nazdeek sari dunya dar-ul-insaan hai. aise hi sab ke sab khuda ke banaye hue hain, khalq ahl-ullah.</w:t>
      </w:r>
      <w:r>
        <w:br/>
      </w:r>
      <w:r>
        <w:rPr>
          <w:sz w:val="20"/>
        </w:rPr>
        <w:t>34:24  lekin musalmanon mein hi aise theory banayi gayi, aise nazariye banaye gaye, aisi ideology develop hui ke hum dunya ke ke khalifa hain, ke hum ruler hain dunya ke,</w:t>
      </w:r>
      <w:r>
        <w:br/>
      </w:r>
      <w:r>
        <w:rPr>
          <w:sz w:val="20"/>
        </w:rPr>
        <w:t>34:35  hamein haq hai ke dunya hum rule karein. is se musalmanon ke andar superiority complex aaya, doosre doosron ko kam samajhne lage.</w:t>
      </w:r>
      <w:r>
        <w:br/>
      </w:r>
      <w:r>
        <w:rPr>
          <w:sz w:val="20"/>
        </w:rPr>
        <w:t>34:43  woh</w:t>
      </w:r>
      <w:r>
        <w:br/>
      </w:r>
      <w:r>
        <w:rPr>
          <w:sz w:val="20"/>
        </w:rPr>
        <w:t>34:47  yeh hamara mission hai ke musalmanon ko is is obsession se nikalein, is false obsession se nikalein. Bilashuba yahi dajali hai.</w:t>
      </w:r>
      <w:r>
        <w:br/>
      </w:r>
      <w:r>
        <w:rPr>
          <w:sz w:val="20"/>
        </w:rPr>
        <w:t>34:59  Pehle zamane mein jo evil tha, woh woh rationalize evil nahi hua karta tha.</w:t>
      </w:r>
      <w:r>
        <w:br/>
      </w:r>
      <w:r>
        <w:rPr>
          <w:sz w:val="20"/>
        </w:rPr>
        <w:t>35:05  Kisi ne is ke andar koi khwahish ubhri, koi is ke andar jazba paida hua, us ne ek burai kar dali. Ab kya hai? Ke ab ab jo hai rationalize evil ka zamana hai, rationalization kar ke evil karna.</w:t>
      </w:r>
      <w:r>
        <w:br/>
      </w:r>
      <w:r>
        <w:rPr>
          <w:sz w:val="20"/>
        </w:rPr>
        <w:t>35:17  Isi ko mein keh raha hoon ke ideologically justified evil ka zamana yeh hai. Toh mujhe yeh do sab se bari evil dikhai dete hain is zamane mein: theory of evolution aur theory of Islamic state.</w:t>
      </w:r>
      <w:r>
        <w:br/>
      </w:r>
      <w:r>
        <w:rPr>
          <w:sz w:val="20"/>
        </w:rPr>
        <w:t>35:32  Koi aadmi kahega ke do ko barabar kar diya aap ne, lekin mein kya karoon? Jab Quran o Hadees mein is ki koi asal maujood na ho toh mein isi ko wohi darja doonga, wohi darja doonga.</w:t>
      </w:r>
      <w:r>
        <w:br/>
      </w:r>
      <w:r>
        <w:rPr>
          <w:sz w:val="20"/>
        </w:rPr>
        <w:t>35:44  Ab is ko theory of evolution jo hai, woh science se prove nahi hoti. Aisi theory of state jo hai, woh bhi Quran o Hadees se prove nahi hoti.</w:t>
      </w:r>
      <w:r>
        <w:br/>
      </w:r>
      <w:r>
        <w:rPr>
          <w:sz w:val="20"/>
        </w:rPr>
        <w:t>35:54  Dono hi ka ek hi muamla hai is muamle mein.</w:t>
      </w:r>
      <w:r>
        <w:br/>
      </w:r>
      <w:r>
        <w:rPr>
          <w:sz w:val="20"/>
        </w:rPr>
        <w:t>36:02  Toh aaj kal aap dekhiye ke itna zyada sari duniya mein terrorism, terrorism, terrorism ka shor macha hua hai aur log trillion, trillion dollar kharch kar rahe hain is ko khatam karne ke liye.</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Hadith story: the man with no hatred in his heart</w:t>
      </w:r>
    </w:p>
    <w:p>
      <w:r>
        <w:rPr>
          <w:color w:val="666666"/>
          <w:sz w:val="18"/>
        </w:rPr>
        <w:t>Building a Heavenly Personality 15 April 2012 · 4m 15s · at 49:41 · https://youtu.be/4YO-sZSBFPI?t=2981</w:t>
      </w:r>
    </w:p>
    <w:p>
      <w:r>
        <w:rPr>
          <w:i/>
        </w:rPr>
        <w:t>“The Prophet said, 'This man is a person of paradise'”</w:t>
      </w:r>
    </w:p>
    <w:p>
      <w:r>
        <w:rPr>
          <w:sz w:val="20"/>
        </w:rPr>
        <w:t>49:41  ek waqia aata hai ke ye muddat rasool allah salallaho alaihi wasallam baithe hue the ek maqam par kuch apne saahibiyon ke hamrah ek shakhs guzra aap ke samne se wo bas chala gaya wo</w:t>
      </w:r>
      <w:r>
        <w:br/>
      </w:r>
      <w:r>
        <w:rPr>
          <w:sz w:val="20"/>
        </w:rPr>
        <w:t>49:58  idhar se aya idhar se chala gaya to aap ne farmaya ke ye jannati hai halanke dekhiye is ne rasool allah ke pas aa kar salam bhi nahi kiya tha</w:t>
      </w:r>
      <w:r>
        <w:br/>
      </w:r>
      <w:r>
        <w:rPr>
          <w:sz w:val="20"/>
        </w:rPr>
        <w:t>50:10  ya rasool allah ke pas aa kar hathon ko bosa bhi nahi diya tha bas wo chala gaya wo to apne koi kaam se ja raha tha chala chala gaya aap ne kaha ye jannati hai to ek sahabi kehte hain ke mujhe shoq hua ke main janoon ke is mein kya sifat hai ke aap ne farmaya ke jannati hai to main us ke ghar gaya</w:t>
      </w:r>
      <w:r>
        <w:br/>
      </w:r>
      <w:r>
        <w:rPr>
          <w:sz w:val="20"/>
        </w:rPr>
        <w:t>50:35  qadeem zamane mein jab ke aaj kal ki tarah se hotel aur musafir khane bhai sahab nahi hua karta tha to ek riwayat thi qadeem zamane mein ke ek aadmi agar kahin aa jaye musafir to teen din us ko haq hota hai ke teen din us us ko aap mehman rakhein ye riwayat thi qadeem zamane mein to wo teen din raha is ka is aadmi ke ghar teen din</w:t>
      </w:r>
      <w:r>
        <w:br/>
      </w:r>
      <w:r>
        <w:rPr>
          <w:sz w:val="20"/>
        </w:rPr>
        <w:t>51:03  teesre din is ne kaha ke ab main ja raha hoon is aadmi ne poocha ke tum aaye</w:t>
      </w:r>
      <w:r>
        <w:br/>
      </w:r>
      <w:r>
        <w:rPr>
          <w:sz w:val="20"/>
        </w:rPr>
        <w:t>51:09  aur teen din rahe kuch khaas baat tum ne ki nahin aakhir kis liye kis silsile mein aaye</w:t>
      </w:r>
      <w:r>
        <w:br/>
      </w:r>
      <w:r>
        <w:rPr>
          <w:sz w:val="20"/>
        </w:rPr>
        <w:t>51:13  the tum aane ka maqsad kya tha</w:t>
      </w:r>
      <w:r>
        <w:br/>
      </w:r>
      <w:r>
        <w:rPr>
          <w:sz w:val="20"/>
        </w:rPr>
        <w:t>51:18  to is ne kaha ke yeh aisa waqea guzra tha</w:t>
      </w:r>
      <w:r>
        <w:br/>
      </w:r>
      <w:r>
        <w:rPr>
          <w:sz w:val="20"/>
        </w:rPr>
        <w:t>51:22  ke rasool Allah ne farmaya tha ke yeh aadmi jannati hai tum aaya tha dekhne ke liye ke</w:t>
      </w:r>
      <w:r>
        <w:br/>
      </w:r>
      <w:r>
        <w:rPr>
          <w:sz w:val="20"/>
        </w:rPr>
        <w:t>51:28  tumhare se kaun sa amal hai</w:t>
      </w:r>
      <w:r>
        <w:br/>
      </w:r>
      <w:r>
        <w:rPr>
          <w:sz w:val="20"/>
        </w:rPr>
        <w:t>51:31  jis ki wajah se aap ne farmaya</w:t>
      </w:r>
      <w:r>
        <w:br/>
      </w:r>
      <w:r>
        <w:rPr>
          <w:sz w:val="20"/>
        </w:rPr>
        <w:t>51:33  tumhein to koi amal paya nahi tum to ek jis tarah sab log panch waqt namaz padhte hain tumhein panch waqt namaz padhte ho jis tarah doosre log apne kaam dham mein rehte hain tum bhi kaam dham mein rehte ho koi khaas yani koi special amal tumhare andar mujhe nahi dikhai diya to bas samajh nahi paya ke wo kaun si sifat tumhare andar hai jis ki wajah se aap ne farmaya aisa</w:t>
      </w:r>
      <w:r>
        <w:br/>
      </w:r>
      <w:r>
        <w:rPr>
          <w:sz w:val="20"/>
        </w:rPr>
        <w:t>52:02  to us ne jo baat kahi dekhiye wo bhi sahabi tha us ne kaha ke teen din jo hai tum ne dekha waise hi main hoon aam insaan ki tarah lekin ek sifat mere andar yeh hai</w:t>
      </w:r>
      <w:r>
        <w:br/>
      </w:r>
      <w:r>
        <w:rPr>
          <w:sz w:val="20"/>
        </w:rPr>
        <w:t>52:19  ke mere dil mein kisi ke khilaf nafrat nahi</w:t>
      </w:r>
      <w:r>
        <w:br/>
      </w:r>
      <w:r>
        <w:rPr>
          <w:sz w:val="20"/>
        </w:rPr>
        <w:t>52:27  mere dil mein kisi ke khilaf nafrat nahi</w:t>
      </w:r>
      <w:r>
        <w:br/>
      </w:r>
      <w:r>
        <w:rPr>
          <w:sz w:val="20"/>
        </w:rPr>
        <w:t>52:30  to us ne kaha ke bas yahi baat hai jis ki wajah se tum tumhare bare mein rasool allah ne aisa farmaya ab dekhein nafrat nahi yeh saadah baat nahi hai</w:t>
      </w:r>
      <w:r>
        <w:br/>
      </w:r>
      <w:r>
        <w:rPr>
          <w:sz w:val="20"/>
        </w:rPr>
        <w:t>52:42  yeh saadah baat nahi kyunke wo ab wo aadmi bhi usi duniya mein rehta tha</w:t>
      </w:r>
      <w:r>
        <w:br/>
      </w:r>
      <w:r>
        <w:rPr>
          <w:sz w:val="20"/>
        </w:rPr>
        <w:t>52:48  jahan log nafrat ki boliyaan bolte hain wo kisi farishton ka nahi rehta tha wo</w:t>
      </w:r>
      <w:r>
        <w:br/>
      </w:r>
      <w:r>
        <w:rPr>
          <w:sz w:val="20"/>
        </w:rPr>
        <w:t>52:56  nafrat nahi ke maani yeh hain ke agarche log mujh se yani nafrat wala tajurba mujh se hota hai mujh ko doosron ki taraf se koi ghussa dilata hai koi bhadka deta hai koi provoke karta hai kisi se koi nuksan pahunch jata hai kisi se koi kaanta chubh jata hai yani yeh sab waqiat jis se doosron ke sath hota hoga yaqeenan is ka is ka is ke sath bhi hota hoga kyunke yeh to hona hi hona hai</w:t>
      </w:r>
      <w:r>
        <w:br/>
      </w:r>
      <w:r>
        <w:rPr>
          <w:sz w:val="20"/>
        </w:rPr>
        <w:t>53:25  to us ne jo yeh kaha ke mere dil mein kisi ke khilaf nafrat nahi is ka matlab kya tha agarche nafrat ke asbab mere sath pesh aate hain phir bhi main kisi ke khilaf nafrat nahi paalta apne andar yeh matlab is ka hai</w:t>
      </w:r>
      <w:r>
        <w:br/>
      </w:r>
      <w:r>
        <w:rPr>
          <w:sz w:val="20"/>
        </w:rPr>
        <w:t>53:42  ke agarche doosron ki taraf se mujhe nafrat ke tajurba karaye jate hain</w:t>
      </w:r>
      <w:r>
        <w:br/>
      </w:r>
      <w:r>
        <w:rPr>
          <w:sz w:val="20"/>
        </w:rPr>
        <w:t>53:50  phir bhi main nafrat nahi karta</w:t>
      </w:r>
    </w:p>
    <w:p>
      <w:pPr>
        <w:pStyle w:val="Heading2"/>
      </w:pPr>
      <w:r>
        <w:t>why weakness is actually a motivating strength</w:t>
      </w:r>
    </w:p>
    <w:p>
      <w:r>
        <w:rPr>
          <w:color w:val="666666"/>
          <w:sz w:val="18"/>
        </w:rPr>
        <w:t>In Conversation With Maulana Wahiduddin Khan (English) May 15, 2008 · 1m 35s · at 34:04 · https://youtu.be/Yq3-vUwEu-w?t=2044</w:t>
      </w:r>
    </w:p>
    <w:p>
      <w:r>
        <w:rPr>
          <w:i/>
        </w:rPr>
        <w:t>“You say our weaknesses are our strength. Explain?”</w:t>
      </w:r>
    </w:p>
    <w:p>
      <w:r>
        <w:rPr>
          <w:sz w:val="20"/>
        </w:rPr>
        <w:t>34:04  In every age, you can receive guidance from this divine light. Maulana, you say that our weaknesses are our strength.</w:t>
      </w:r>
      <w:r>
        <w:br/>
      </w:r>
      <w:r>
        <w:rPr>
          <w:sz w:val="20"/>
        </w:rPr>
        <w:t>34:14  Can you elaborate on that? Weakness is not simply a weakness.</w:t>
      </w:r>
      <w:r>
        <w:br/>
      </w:r>
      <w:r>
        <w:rPr>
          <w:sz w:val="20"/>
        </w:rPr>
        <w:t>34:22  Weakness gives you</w:t>
      </w:r>
      <w:r>
        <w:br/>
      </w:r>
      <w:r>
        <w:rPr>
          <w:sz w:val="20"/>
        </w:rPr>
        <w:t>34:28  motivation, gives you incentive to work more, to work more. When one is weak, he is not like a stone.</w:t>
      </w:r>
      <w:r>
        <w:br/>
      </w:r>
      <w:r>
        <w:rPr>
          <w:sz w:val="20"/>
        </w:rPr>
        <w:t>34:41  So his mind always motivates him that you must remove your weakness.</w:t>
      </w:r>
      <w:r>
        <w:br/>
      </w:r>
      <w:r>
        <w:rPr>
          <w:sz w:val="20"/>
        </w:rPr>
        <w:t>34:50  You have to be like others.</w:t>
      </w:r>
      <w:r>
        <w:br/>
      </w:r>
      <w:r>
        <w:rPr>
          <w:sz w:val="20"/>
        </w:rPr>
        <w:t>34:52  So weakness always serves as a motivator, as a motivating force. In this sense, weakness is a strength for anyone.</w:t>
      </w:r>
      <w:r>
        <w:br/>
      </w:r>
      <w:r>
        <w:rPr>
          <w:sz w:val="20"/>
        </w:rPr>
        <w:t>35:05  Who has a strength, maybe he may lose motivation.</w:t>
      </w:r>
      <w:r>
        <w:br/>
      </w:r>
      <w:r>
        <w:rPr>
          <w:sz w:val="20"/>
        </w:rPr>
        <w:t>35:16  If someone is strong, he may lose his motivation. But when someone is weak, he will evolve motivation.</w:t>
      </w:r>
      <w:r>
        <w:br/>
      </w:r>
      <w:r>
        <w:rPr>
          <w:sz w:val="20"/>
        </w:rPr>
        <w:t>35:27  And then he becomes strong like others. So in this sense, weakness is a positive aspect of a man.</w:t>
      </w:r>
    </w:p>
    <w:p>
      <w:pPr>
        <w:pStyle w:val="Heading2"/>
      </w:pPr>
      <w:r>
        <w:t>Sunrise metaphor engulfing the scene</w:t>
      </w:r>
    </w:p>
    <w:p>
      <w:r>
        <w:rPr>
          <w:color w:val="666666"/>
          <w:sz w:val="18"/>
        </w:rPr>
        <w:t>Realization of God August 19, 2018 Maulana Wahiduddin Khan · 33s · at 1:33 · https://youtu.be/jIFP26iWEKQ?t=93</w:t>
      </w:r>
    </w:p>
    <w:p>
      <w:r>
        <w:rPr>
          <w:i/>
        </w:rPr>
        <w:t>“Aisa lagta hai ke sooraj ne nigal liya hai poore manzar ko.”</w:t>
      </w:r>
    </w:p>
    <w:p>
      <w:r>
        <w:rPr>
          <w:sz w:val="20"/>
        </w:rPr>
        <w:t>1:33  aisa lagta hai ke suraj ne nigal liya hai poore manzar ko. ab manzar par suraj chha gaya.</w:t>
      </w:r>
      <w:r>
        <w:br/>
      </w:r>
      <w:r>
        <w:rPr>
          <w:sz w:val="20"/>
        </w:rPr>
        <w:t>1:47  ek ajib taassur ho raha tha mujhe</w:t>
      </w:r>
      <w:r>
        <w:br/>
      </w:r>
      <w:r>
        <w:rPr>
          <w:sz w:val="20"/>
        </w:rPr>
        <w:t>1:55  ke jab suraj nikla to har cheez us ke aage choti ho gayi. har cheez ko goya suraj ne nigal liya.</w:t>
      </w:r>
    </w:p>
    <w:p>
      <w:pPr>
        <w:pStyle w:val="Heading2"/>
      </w:pPr>
      <w:r>
        <w:t>Freedom as false ideal: Skinner's 'we cannot afford freedom'</w:t>
      </w:r>
    </w:p>
    <w:p>
      <w:r>
        <w:rPr>
          <w:color w:val="666666"/>
          <w:sz w:val="18"/>
        </w:rPr>
        <w:t>Importance of Peace August 17, 2014 · 2m 44s · at 20:32 · https://youtu.be/ifxSwh2Jckw?t=1232</w:t>
      </w:r>
    </w:p>
    <w:p>
      <w:r>
        <w:rPr>
          <w:i/>
        </w:rPr>
        <w:t>“Yorop mein logon ne samjha freedom is the summum bonum”</w:t>
      </w:r>
    </w:p>
    <w:p>
      <w:r>
        <w:rPr>
          <w:sz w:val="20"/>
        </w:rPr>
        <w:t>20:32  europe mein</w:t>
      </w:r>
      <w:r>
        <w:br/>
      </w:r>
      <w:r>
        <w:rPr>
          <w:sz w:val="20"/>
        </w:rPr>
        <w:t>20:37  jo modern civilization aayi, is mein logon ne yeh samjha ke freedom is the summum bonum sab bari cheez azaadi hai.</w:t>
      </w:r>
      <w:r>
        <w:br/>
      </w:r>
      <w:r>
        <w:rPr>
          <w:sz w:val="20"/>
        </w:rPr>
        <w:t>20:50  ab bari azaadi kithon pohnchi?</w:t>
      </w:r>
      <w:r>
        <w:br/>
      </w:r>
      <w:r>
        <w:rPr>
          <w:sz w:val="20"/>
        </w:rPr>
        <w:t>20:52  azaadi, azaadi, azaadi.</w:t>
      </w:r>
      <w:r>
        <w:br/>
      </w:r>
      <w:r>
        <w:rPr>
          <w:sz w:val="20"/>
        </w:rPr>
        <w:t>20:58  lekin aap dekhiye, azadi ne kahan tak pahunchaya logon ko? anarki tak pahunchaya.</w:t>
      </w:r>
      <w:r>
        <w:br/>
      </w:r>
      <w:r>
        <w:rPr>
          <w:sz w:val="20"/>
        </w:rPr>
        <w:t>21:07  anarki. misaal ke taur par dekhiye, wahan marriage hoti hai aur dono fareeq kehte hain ke main aazad hoon, main jo chahoon karoon.</w:t>
      </w:r>
      <w:r>
        <w:br/>
      </w:r>
      <w:r>
        <w:rPr>
          <w:sz w:val="20"/>
        </w:rPr>
        <w:t>21:17  wo kehta hai ke main aazad hoon, main jo chahoon karoon.</w:t>
      </w:r>
      <w:r>
        <w:br/>
      </w:r>
      <w:r>
        <w:rPr>
          <w:sz w:val="20"/>
        </w:rPr>
        <w:t>21:20  to hamesha har marriage ego crash par khatam hoti hai. jahan do aadmi ikattha hue, ego crash. wo kehte hain ke main meri chalegi, wo kehta hai meri chalegi.</w:t>
      </w:r>
      <w:r>
        <w:br/>
      </w:r>
      <w:r>
        <w:rPr>
          <w:sz w:val="20"/>
        </w:rPr>
        <w:t>21:36  to America ke ek scholar ne ek kitaab likhi hai jis ka naam hai Freedom and Dignity</w:t>
      </w:r>
      <w:r>
        <w:br/>
      </w:r>
      <w:r>
        <w:rPr>
          <w:sz w:val="20"/>
        </w:rPr>
        <w:t>21:47  iska naam hai iscalar.</w:t>
      </w:r>
      <w:r>
        <w:br/>
      </w:r>
      <w:r>
        <w:rPr>
          <w:sz w:val="20"/>
        </w:rPr>
        <w:t>21:52  secular. is kitaab mein wo kehta hai ke we cannot afford freedom</w:t>
      </w:r>
      <w:r>
        <w:br/>
      </w:r>
      <w:r>
        <w:rPr>
          <w:sz w:val="20"/>
        </w:rPr>
        <w:t>22:00  we cannot afford freedom yaani insaan jo hai azadi ko afford nahi kar sakta. kyunke agar main apni azadi ko poore maanon mein apne ko aazad samajh loon ke main jo chahoon wo mujhe karna hai to social life jo hai is mein aap ek problem ban jayenge.</w:t>
      </w:r>
      <w:r>
        <w:br/>
      </w:r>
      <w:r>
        <w:rPr>
          <w:sz w:val="20"/>
        </w:rPr>
        <w:t>22:18  meri azadi doosre ke liye problem hai.</w:t>
      </w:r>
      <w:r>
        <w:br/>
      </w:r>
      <w:r>
        <w:rPr>
          <w:sz w:val="20"/>
        </w:rPr>
        <w:t>22:24  meri azadi doosre ke liye problem hai.</w:t>
      </w:r>
      <w:r>
        <w:br/>
      </w:r>
      <w:r>
        <w:rPr>
          <w:sz w:val="20"/>
        </w:rPr>
        <w:t>22:27  misaal ke taur par dekhiye, ab road par aap car le ke nikle hain. aap samjhen ke main jhe jhe daudaoon, idhar daudaoon, idhar daudaoon. to doosre tamam musafiron ke liye aap problem ban jayenge.</w:t>
      </w:r>
      <w:r>
        <w:br/>
      </w:r>
      <w:r>
        <w:rPr>
          <w:sz w:val="20"/>
        </w:rPr>
        <w:t>22:42  to unlimited freedom sab ke liye problem ban jati hai. yahan tak ke khud aadmi ke liye bhi. to freedom summum bonum nahi hai.</w:t>
      </w:r>
      <w:r>
        <w:br/>
      </w:r>
      <w:r>
        <w:rPr>
          <w:sz w:val="20"/>
        </w:rPr>
        <w:t>22:57  is professor ne apni kitaab, moti kitaab hai, is ne bohat si baatein likhi hain. is ka khulasa yeh hai ke we cannot afford freedom</w:t>
      </w:r>
      <w:r>
        <w:br/>
      </w:r>
      <w:r>
        <w:rPr>
          <w:sz w:val="20"/>
        </w:rPr>
        <w:t>23:12  insaan azadi ko afford nahi kar sakta.</w:t>
      </w:r>
    </w:p>
    <w:p>
      <w:pPr>
        <w:pStyle w:val="Heading2"/>
      </w:pPr>
      <w:r>
        <w:t>Reframe anger as a chance for greater reward</w:t>
      </w:r>
    </w:p>
    <w:p>
      <w:r>
        <w:rPr>
          <w:color w:val="666666"/>
          <w:sz w:val="18"/>
        </w:rPr>
        <w:t>Islam in Daily Life December 26, 2010 · 1m 08s · at 1:35:11 · https://youtu.be/H0VYpUX3q3Q?t=5711</w:t>
      </w:r>
    </w:p>
    <w:p>
      <w:r>
        <w:rPr>
          <w:i/>
        </w:rPr>
        <w:t>“Har aise mauqe par mujhe Quran ki ek aayat yaad aati hai”</w:t>
      </w:r>
    </w:p>
    <w:p>
      <w:r>
        <w:rPr>
          <w:sz w:val="20"/>
        </w:rPr>
        <w:t>1:35:11  "Innama yuwaffa as sabiroona ajrahum bighayri hisab."</w:t>
      </w:r>
      <w:r>
        <w:br/>
      </w:r>
      <w:r>
        <w:rPr>
          <w:sz w:val="20"/>
        </w:rPr>
        <w:t>1:35:17  yani is mein hai ke patience jo hai aisi cheez hai jis per sab say ziyada sawab milega. patience per sab say ziyada sawab milega.</w:t>
      </w:r>
      <w:r>
        <w:br/>
      </w:r>
      <w:r>
        <w:rPr>
          <w:sz w:val="20"/>
        </w:rPr>
        <w:t>1:35:27  jab koi aisa mamla aata hai ke mein impatient ho jata hoon. mujhe ghussa aata hai. to us waqt mein sochta hoon ke yeh to woh moqa aa gaya jab ke mein ziyada bara sawab hasil karoon.</w:t>
      </w:r>
      <w:r>
        <w:br/>
      </w:r>
      <w:r>
        <w:rPr>
          <w:sz w:val="20"/>
        </w:rPr>
        <w:t>1:35:38  ya baray sawab ki azan de di gayi.</w:t>
      </w:r>
      <w:r>
        <w:br/>
      </w:r>
      <w:r>
        <w:rPr>
          <w:sz w:val="20"/>
        </w:rPr>
        <w:t>1:35:43  yeh cheez mujhe pacify kar deti hai.</w:t>
      </w:r>
      <w:r>
        <w:br/>
      </w:r>
      <w:r>
        <w:rPr>
          <w:sz w:val="20"/>
        </w:rPr>
        <w:t>1:35:47  yani is waqayay ko, kisi ki baat mujhe buri lagi. kisi ke khilaaf mujhe ghussa aa gaya. ke mein impatient ho gaya. us ko mein is sense mein leta hoon.</w:t>
      </w:r>
      <w:r>
        <w:br/>
      </w:r>
      <w:r>
        <w:rPr>
          <w:sz w:val="20"/>
        </w:rPr>
        <w:t>1:35:57  ke yeh hi to woh moqa hai jab mein sabr ka saboot doon. patience ka saboot doon. aur phir Allah ka reward mujhe mile.</w:t>
      </w:r>
      <w:r>
        <w:br/>
      </w:r>
      <w:r>
        <w:rPr>
          <w:sz w:val="20"/>
        </w:rPr>
        <w:t>1:36:07  to yeh hi aik cheez hai ke is waqt yeh sochiye. quran ki us ayat ko le kar ke. ke ab to waqt aa gaya bara reward lene ka.</w:t>
      </w:r>
    </w:p>
    <w:p>
      <w:pPr>
        <w:pStyle w:val="Heading2"/>
      </w:pPr>
      <w:r>
        <w:t>Quran teaches self-blame not others</w:t>
      </w:r>
    </w:p>
    <w:p>
      <w:r>
        <w:rPr>
          <w:color w:val="666666"/>
          <w:sz w:val="18"/>
        </w:rPr>
        <w:t>Quran A Dictionary of Truth (English) May 02, 2007 Maulana Wahiduddin Khan · 32s · at 50:19 · https://youtu.be/plsYgl_xxbY?t=3019</w:t>
      </w:r>
    </w:p>
    <w:p>
      <w:r>
        <w:rPr>
          <w:i/>
        </w:rPr>
        <w:t>“So blame yourself.”</w:t>
      </w:r>
    </w:p>
    <w:p>
      <w:r>
        <w:rPr>
          <w:sz w:val="20"/>
        </w:rPr>
        <w:t>50:19  So blame yourself. Go to introspection. Find your own fault</w:t>
      </w:r>
      <w:r>
        <w:br/>
      </w:r>
      <w:r>
        <w:rPr>
          <w:sz w:val="20"/>
        </w:rPr>
        <w:t>50:29  . This is the clear message of the Quran. So again, we have to accept this. Again, we have no option other than to accept this Quranic principle</w:t>
      </w:r>
      <w:r>
        <w:br/>
      </w:r>
      <w:r>
        <w:rPr>
          <w:sz w:val="20"/>
        </w:rPr>
        <w:t>50:47  that it is wrong to blame others.</w:t>
      </w:r>
    </w:p>
    <w:p>
      <w:pPr>
        <w:pStyle w:val="Heading2"/>
      </w:pPr>
      <w:r>
        <w:t>Yusuf's grateful, humble reaction upon being exonerated</w:t>
      </w:r>
    </w:p>
    <w:p>
      <w:r>
        <w:rPr>
          <w:color w:val="666666"/>
          <w:sz w:val="18"/>
        </w:rPr>
        <w:t>Lessons from The Story of Prophet Yusuf Part 3 July 17, 2022 · 1m 22s · at 7:28 · https://youtu.be/IweBlcs49uM?t=448</w:t>
      </w:r>
    </w:p>
    <w:p>
      <w:r>
        <w:rPr>
          <w:i/>
        </w:rPr>
        <w:t>“یوسف علیہ السلام کو معلوم ہوا کہ زلیخا نے اقرار کر لیا”</w:t>
      </w:r>
    </w:p>
    <w:p>
      <w:r>
        <w:rPr>
          <w:sz w:val="20"/>
        </w:rPr>
        <w:t>7:28  jab yusuf alaihissalam ko maloom hua ke zulekha ne apne jurm ka iqrar kar liya hai aur sare ilzamat se woh bari ho gaye hain to unhon ne Allah ka shukr ada kiya aur ek bohat achhi baat kahi, kaha ke jo Aziz Misr hai, jo un ka aaqa tha, us ko ab yeh pata chal jayega ke maine us ke peeth peeche koi burai nahi ki.</w:t>
      </w:r>
      <w:r>
        <w:br/>
      </w:r>
      <w:r>
        <w:rPr>
          <w:sz w:val="20"/>
        </w:rPr>
        <w:t>7:54  ji</w:t>
      </w:r>
      <w:r>
        <w:br/>
      </w:r>
      <w:r>
        <w:rPr>
          <w:sz w:val="20"/>
        </w:rPr>
        <w:t>7:55  zhalika liyalam annahu lam yakhunhu bilghayb ke "I have not betrayed behind his back".</w:t>
      </w:r>
      <w:r>
        <w:br/>
      </w:r>
      <w:r>
        <w:rPr>
          <w:sz w:val="20"/>
        </w:rPr>
        <w:t>8:04  ji. yani un ko yeh ehsas tha ke mera jo aaqa hai jis ne mujhe slave ke taur par khareeda aur woh laya apne ghar, bari izzat se rakha, us ne apne bete ki tarah se pala, meri training ki, mujhe education dilwai, meri bohat izzat ki, bohat hi honorable position di ghar mein.</w:t>
      </w:r>
      <w:r>
        <w:br/>
      </w:r>
      <w:r>
        <w:rPr>
          <w:sz w:val="20"/>
        </w:rPr>
        <w:t>8:24  ab us ko yeh ehsas hoga ke maine koi us ke peeth peeche koi burai ki hai. ji.</w:t>
      </w:r>
      <w:r>
        <w:br/>
      </w:r>
      <w:r>
        <w:rPr>
          <w:sz w:val="20"/>
        </w:rPr>
        <w:t>8:32  to ab kam se kam un ko itminan ho gaya ke Aziz ab mutmain ho gaya hoga ke maine koi aisi burai nahi ki. ji. ji.</w:t>
      </w:r>
      <w:r>
        <w:br/>
      </w:r>
      <w:r>
        <w:rPr>
          <w:sz w:val="20"/>
        </w:rPr>
        <w:t>8:41  ji. ji. mashallah. doctor sahib, agar dekhein to matlab Khuda ki nisbat se jab insan dekhta hai to sirf apne aap ko aajiz pata hai, us ke siwa kuch nahi</w:t>
      </w:r>
      <w:r>
        <w:br/>
      </w:r>
      <w:r>
        <w:rPr>
          <w:sz w:val="20"/>
        </w:rPr>
        <w:t>8:51  ۔ bilkul. aur mera agla sawal bhi modesty ki taraf hai, lekin is se pehle main yeh bhi yaad kar raha hoon ke maulana ne ek bohat achhi line likhi thi apni kitab mein ke "Modesty is that virtue which dresses a person's inner self".</w:t>
      </w:r>
    </w:p>
    <w:p>
      <w:pPr>
        <w:pStyle w:val="Heading2"/>
      </w:pPr>
      <w:r>
        <w:t>Secret of Paradise: no malice in heart</w:t>
      </w:r>
    </w:p>
    <w:p>
      <w:r>
        <w:rPr>
          <w:color w:val="666666"/>
          <w:sz w:val="18"/>
        </w:rPr>
        <w:t>What is Akhirat March 12, 2006 Maulana Wahiduddin Khan · 2m 54s · at 10:42 · https://youtu.be/F41-6s4TdW0?t=642</w:t>
      </w:r>
    </w:p>
    <w:p>
      <w:r>
        <w:rPr>
          <w:i/>
        </w:rPr>
        <w:t>“Phir us ne kaha ke lekin mere andar ek baat hai”</w:t>
      </w:r>
    </w:p>
    <w:p>
      <w:r>
        <w:rPr>
          <w:sz w:val="20"/>
        </w:rPr>
        <w:t>10:42  phir us ne kaha ke lekin mere andar aik baat hai.</w:t>
      </w:r>
      <w:r>
        <w:br/>
      </w:r>
      <w:r>
        <w:rPr>
          <w:sz w:val="20"/>
        </w:rPr>
        <w:t>10:49  woh kya? la ajad fi qalbi ghussa li ahad.</w:t>
      </w:r>
      <w:r>
        <w:br/>
      </w:r>
      <w:r>
        <w:rPr>
          <w:sz w:val="20"/>
        </w:rPr>
        <w:t>10:57  la ajad fi qalbi ghussa li ahad. yaani mein kisi ke liye, kisi ke liye mere dil mein malith nahi hota.</w:t>
      </w:r>
      <w:r>
        <w:br/>
      </w:r>
      <w:r>
        <w:rPr>
          <w:sz w:val="20"/>
        </w:rPr>
        <w:t>11:17  mere dil mein kisi ke liye malith nahi aata. yeh kaha us ne. dekhiye yahan bhi aik cheez samajh mein aayi hai.</w:t>
      </w:r>
      <w:r>
        <w:br/>
      </w:r>
      <w:r>
        <w:rPr>
          <w:sz w:val="20"/>
        </w:rPr>
        <w:t>11:29  koi bhi cheez dekhiye boli jaye to kuch cheezein samajh mein aati hain. yahan bhi aik cheez samajh mein aayi hai. woh kya?</w:t>
      </w:r>
      <w:r>
        <w:br/>
      </w:r>
      <w:r>
        <w:rPr>
          <w:sz w:val="20"/>
        </w:rPr>
        <w:t>11:40  woh rehta tha isi duniya mein jis ko quran mein asal safreen kaha gaya hai. nichla tareen darja. woh kahin paradise mein nahi rehta tha woh.</w:t>
      </w:r>
      <w:r>
        <w:br/>
      </w:r>
      <w:r>
        <w:rPr>
          <w:sz w:val="20"/>
        </w:rPr>
        <w:t>11:51  woh kahin buniyad mein nahi rehta tha woh. isi duniya mein. jahan har waqt manfi khayalat paish aate hain, har taraf khayalat hain, jahan har taraf proovictivity soorat haal hai, har taraf ghussa hai,</w:t>
      </w:r>
      <w:r>
        <w:br/>
      </w:r>
      <w:r>
        <w:rPr>
          <w:sz w:val="20"/>
        </w:rPr>
        <w:t>12:09  isi duniya mein woh rehta tha. jab tak aap is baat ko shamil na karein, aap samajh nahi sakte ke is ki maani kya hai.</w:t>
      </w:r>
      <w:r>
        <w:br/>
      </w:r>
      <w:r>
        <w:rPr>
          <w:sz w:val="20"/>
        </w:rPr>
        <w:t>12:19  la ajad fi qalbi ghussa li ahad. is ko shamil kar ke jab sochenge, lineon ke sath darmiyan mein bhi shamil karna padega.</w:t>
      </w:r>
      <w:r>
        <w:br/>
      </w:r>
      <w:r>
        <w:rPr>
          <w:sz w:val="20"/>
        </w:rPr>
        <w:t>12:30  har line mein darmiyan mein kuch cheezein hoti hain. to darmiyan mein ko milakar jab aap sochenge to kya matlab banega is ka?</w:t>
      </w:r>
      <w:r>
        <w:br/>
      </w:r>
      <w:r>
        <w:rPr>
          <w:sz w:val="20"/>
        </w:rPr>
        <w:t>12:41  agarche log mujh ko provok karte hain. agarche log mujhe mere sath ishtial angizi karte hain. agarche logon se mujhe takleef puhanchti hai.</w:t>
      </w:r>
      <w:r>
        <w:br/>
      </w:r>
      <w:r>
        <w:rPr>
          <w:sz w:val="20"/>
        </w:rPr>
        <w:t>12:55  agarche logon ke kaante mujhe chubhte hain.</w:t>
      </w:r>
      <w:r>
        <w:br/>
      </w:r>
      <w:r>
        <w:rPr>
          <w:sz w:val="20"/>
        </w:rPr>
        <w:t>13:01  agarche wahi afsosnak tajurba mujhe hota hai jo doosron ko hota hai. lekin mein apni musbatti ko barqarar rakhta hoon.</w:t>
      </w:r>
      <w:r>
        <w:br/>
      </w:r>
      <w:r>
        <w:rPr>
          <w:sz w:val="20"/>
        </w:rPr>
        <w:t>13:14  malith aata hai to mein us ko phailata rehta hoon. taake meri musbatti baqi rahe.</w:t>
      </w:r>
      <w:r>
        <w:br/>
      </w:r>
      <w:r>
        <w:rPr>
          <w:sz w:val="20"/>
        </w:rPr>
        <w:t>13:25  yaani mein hamesha apni musbatti barqarar rakhta hoon. by phailane se in manfi tajurbaat ko.</w:t>
      </w:r>
    </w:p>
    <w:p>
      <w:pPr>
        <w:pStyle w:val="Heading2"/>
      </w:pPr>
      <w:r>
        <w:t>A maid's Quran leaflets, and why Muslims became 'users' not 'givers'</w:t>
      </w:r>
    </w:p>
    <w:p>
      <w:r>
        <w:rPr>
          <w:color w:val="666666"/>
          <w:sz w:val="18"/>
        </w:rPr>
        <w:t>Quran A Book of Universal Guidance May 31, 2009 · 4m 23s · at 29:54 · https://youtu.be/Q2_96C_3Zd8?t=1794</w:t>
      </w:r>
    </w:p>
    <w:p>
      <w:r>
        <w:rPr>
          <w:i/>
        </w:rPr>
        <w:t>“Kal mujhe aapa ne bataya, woh gayi thi Lodhi Garden”</w:t>
      </w:r>
    </w:p>
    <w:p>
      <w:r>
        <w:rPr>
          <w:sz w:val="20"/>
        </w:rPr>
        <w:t>29:54  kal mujhe apa ne bataya, woh gayi theen lodhi garden. to hamara jo jo larki kaam karti hai, jis ko kehte hain aaj kal ki zaban mein, yani domestic help, woh woh parhi likhi nahi hai, aise hi hai bilkul.</w:t>
      </w:r>
      <w:r>
        <w:br/>
      </w:r>
      <w:r>
        <w:rPr>
          <w:sz w:val="20"/>
        </w:rPr>
        <w:t>30:12  to ek ajeeb baat batayi unhon ne ke woh woh woh pamphlet dena chahti hai. wahan tourist atay hain, foreigners atay hain aur bohat educated log atay hain lodhi garden mein.</w:t>
      </w:r>
      <w:r>
        <w:br/>
      </w:r>
      <w:r>
        <w:rPr>
          <w:sz w:val="20"/>
        </w:rPr>
        <w:t>30:26  to woh gayi wahan par woh kitab dene ke liye. is ko unhon ne istemal kiya, is larki ko. kaha ke le aa kar sab ko do.</w:t>
      </w:r>
      <w:r>
        <w:br/>
      </w:r>
      <w:r>
        <w:rPr>
          <w:sz w:val="20"/>
        </w:rPr>
        <w:t>30:37  to jis ke paas jati thi, kehti thi ke uncle, is ko lijiye, is ko parhiye.</w:t>
      </w:r>
      <w:r>
        <w:br/>
      </w:r>
      <w:r>
        <w:rPr>
          <w:sz w:val="20"/>
        </w:rPr>
        <w:t>30:42  foran le lete thay, le lete thay log. to poore lodhi garden mein is tarah se woh kitab bantati rahi woh. do din.</w:t>
      </w:r>
      <w:r>
        <w:br/>
      </w:r>
      <w:r>
        <w:rPr>
          <w:sz w:val="20"/>
        </w:rPr>
        <w:t>30:52  to apa bata rahi theen ke do saal se woh kehti theen ke tum urdu parho, urdu parho, urdu parho. koi parhna koi janti nahi hai woh. ab woh khud hi keh rahi hain ke hum padhenge.</w:t>
      </w:r>
      <w:r>
        <w:br/>
      </w:r>
      <w:r>
        <w:rPr>
          <w:sz w:val="20"/>
        </w:rPr>
        <w:t>31:03  to main socha, aisa kyun hua? is ke samne ek mission aa gaya. mission aa gaya, hum kuch de sakte hain doosron ko.</w:t>
      </w:r>
      <w:r>
        <w:br/>
      </w:r>
      <w:r>
        <w:rPr>
          <w:sz w:val="20"/>
        </w:rPr>
        <w:t>31:13  yaad rakhiye, sab se sad story musalmanon ki kya hai? ke pehle woh giver thay, aaj woh user par bane hue hain logon ki nazar mein.</w:t>
      </w:r>
      <w:r>
        <w:br/>
      </w:r>
      <w:r>
        <w:rPr>
          <w:sz w:val="20"/>
        </w:rPr>
        <w:t>31:24  aap ne is ko khilafat ka naam diya, mukammal islam implement karne ka naam diya. lekin logon ki nazar mein aap user par ban gaye. yeh hamari zameen ko chheenana chahte hain.</w:t>
      </w:r>
      <w:r>
        <w:br/>
      </w:r>
      <w:r>
        <w:rPr>
          <w:sz w:val="20"/>
        </w:rPr>
        <w:t>31:34  hamari political power ko chheenana chahte hain. hamare economic sources ko chheenana chahte hain.</w:t>
      </w:r>
      <w:r>
        <w:br/>
      </w:r>
      <w:r>
        <w:rPr>
          <w:sz w:val="20"/>
        </w:rPr>
        <w:t>31:41  to pehle musalmanon ki image kya thi? yeh giver hain, giver. ab yeh image ban gayi, yeh user par hain, user par.</w:t>
      </w:r>
      <w:r>
        <w:br/>
      </w:r>
      <w:r>
        <w:rPr>
          <w:sz w:val="20"/>
        </w:rPr>
        <w:t>31:51  to jab aap giver hon to aap ka to yahi jazba aata hai, jis ka ek chhota sa namuna main ne aap ko is larki ki shakal mein bataya. jab giver hotay hain aap, giver, ke mere paas ek universal message hai.</w:t>
      </w:r>
      <w:r>
        <w:br/>
      </w:r>
      <w:r>
        <w:rPr>
          <w:sz w:val="20"/>
        </w:rPr>
        <w:t>32:05  mere paas doosron ko dene ke liye ek cheez hai.</w:t>
      </w:r>
      <w:r>
        <w:br/>
      </w:r>
      <w:r>
        <w:rPr>
          <w:sz w:val="20"/>
        </w:rPr>
        <w:t>32:08  yaad rakhiye, sab se bara jo thrilling ek jo experience hota hai, wohi hai ke aap yeh mehsoos karein ke mere paas doosron ko dene ke liye koi cheez hai.</w:t>
      </w:r>
      <w:r>
        <w:br/>
      </w:r>
      <w:r>
        <w:rPr>
          <w:sz w:val="20"/>
        </w:rPr>
        <w:t>32:18  aap giver hesiyat rakhte hain is duniya mein. aur duniya bhar ko dene ke liye koi cheez ho. is se bara koi afaqi tajruba nahi hai insaan ke liye.</w:t>
      </w:r>
      <w:r>
        <w:br/>
      </w:r>
      <w:r>
        <w:rPr>
          <w:sz w:val="20"/>
        </w:rPr>
        <w:t>32:33  ek ajib, ek ajib thrilling ehsas hota hai ke mere paas dene ke liye koi cheez hai.</w:t>
      </w:r>
      <w:r>
        <w:br/>
      </w:r>
      <w:r>
        <w:rPr>
          <w:sz w:val="20"/>
        </w:rPr>
        <w:t>32:42  toh yeh daawa hai, straight mamooli cheez nahi hai.</w:t>
      </w:r>
      <w:r>
        <w:br/>
      </w:r>
      <w:r>
        <w:rPr>
          <w:sz w:val="20"/>
        </w:rPr>
        <w:t>32:48  ashab-e-rasool ke bare mein aap tareekh kitabon mein padhiye. yaani jo makkah madine ke jo log the, arab ke, un ki kya image thi is zamane mein?</w:t>
      </w:r>
      <w:r>
        <w:br/>
      </w:r>
      <w:r>
        <w:rPr>
          <w:sz w:val="20"/>
        </w:rPr>
        <w:t>33:00  ladna, aapas mein ladna, aapas mein ladna.</w:t>
      </w:r>
      <w:r>
        <w:br/>
      </w:r>
      <w:r>
        <w:rPr>
          <w:sz w:val="20"/>
        </w:rPr>
        <w:t>33:03  yahi image thi ke aapas mein ladne wale log hain. ek is zamane ke ek shayar ne kaha tha ke woh</w:t>
      </w:r>
      <w:r>
        <w:br/>
      </w:r>
      <w:r>
        <w:rPr>
          <w:sz w:val="20"/>
        </w:rPr>
        <w:t>33:17  wa ahyaanan ala baqrin nakhina itha ma lam najid allaha akhana yeh yaani fakhr ke sath kaha tha, fakhr ke sath ke wa ahyaanan ala baqrin nakhina itha ma lam najid allaha akhana</w:t>
      </w:r>
      <w:r>
        <w:br/>
      </w:r>
      <w:r>
        <w:rPr>
          <w:sz w:val="20"/>
        </w:rPr>
        <w:t>33:32  yaani doosre nahi milte, agar hamein ladne ke liye toh hum apno se ladne lagte hain. doosre agar nahi milte ladne ke liye, hamein toh aap apno se ladne lagte hain.</w:t>
      </w:r>
      <w:r>
        <w:br/>
      </w:r>
      <w:r>
        <w:rPr>
          <w:sz w:val="20"/>
        </w:rPr>
        <w:t>33:42  yeh taliban ka mamla aap dekh rahe hain, aap roosi nahi mile toh aap aapas mein lad rahe hain. woh jab roos wale the, doosre lad rahe the, woh nahi hain toh aap aapas mein maar rahe hain, kaat rahe hain.</w:t>
      </w:r>
      <w:r>
        <w:br/>
      </w:r>
      <w:r>
        <w:rPr>
          <w:sz w:val="20"/>
        </w:rPr>
        <w:t>33:53  toh yeh bilkul wahi fanawra hai ke wa ahyaanan ala ala baqrin nakhina itha ma lam najid allaha akhana ke taliban ko jab roosi mile the, maar rahe the, un ko maar rahe the, woh chale gaye toh aap apne logon ko maar rahe hain.</w:t>
      </w:r>
      <w:r>
        <w:br/>
      </w:r>
      <w:r>
        <w:rPr>
          <w:sz w:val="20"/>
        </w:rPr>
        <w:t>34:08  kyun? passion nahi koi un ke paas, yeh un ko ehsas nahi ke hum duniya ko kuch de sakte hain.</w:t>
      </w:r>
    </w:p>
    <w:p>
      <w:pPr>
        <w:pStyle w:val="Heading2"/>
      </w:pPr>
      <w:r>
        <w:t>Dua accepted through unexpected shield of responsibilities</w:t>
      </w:r>
    </w:p>
    <w:p>
      <w:r>
        <w:rPr>
          <w:color w:val="666666"/>
          <w:sz w:val="18"/>
        </w:rPr>
        <w:t>How to do Creative Dua · 1m 19s · at 13:39 · https://youtu.be/LiGXxL-poZE?t=819</w:t>
      </w:r>
    </w:p>
    <w:p>
      <w:r>
        <w:rPr>
          <w:i/>
        </w:rPr>
        <w:t>“Main Allah se ek kaam maang rahi thi mission ka”</w:t>
      </w:r>
    </w:p>
    <w:p>
      <w:r>
        <w:rPr>
          <w:sz w:val="20"/>
        </w:rPr>
        <w:t>13:39  mein Allah se ek kaam mang rahi thi</w:t>
      </w:r>
      <w:r>
        <w:br/>
      </w:r>
      <w:r>
        <w:rPr>
          <w:sz w:val="20"/>
        </w:rPr>
        <w:t>13:41  mission ka aur Allah ne yeh spirit of Islam magazine ka moqa ata farmaye. to meri yeh soch bani thi ke Allah ki madad is kaam ke liye mujhe aise ayegi ke meri gharelu zimmedariyan kam ho jayengi.</w:t>
      </w:r>
      <w:r>
        <w:br/>
      </w:r>
      <w:r>
        <w:rPr>
          <w:sz w:val="20"/>
        </w:rPr>
        <w:t>13:57  lekin hua kya? hamare ghar mein do buzurg the pehle se aur magazine shuru hone se chand din pehle aise halaat pesh aye ke do aur buzurgon ki zimmedari mujh par aa gayi.</w:t>
      </w:r>
      <w:r>
        <w:br/>
      </w:r>
      <w:r>
        <w:rPr>
          <w:sz w:val="20"/>
        </w:rPr>
        <w:t>14:11  mujhe yeh ajeeb</w:t>
      </w:r>
      <w:r>
        <w:br/>
      </w:r>
      <w:r>
        <w:rPr>
          <w:sz w:val="20"/>
        </w:rPr>
        <w:t>14:12  saga. samajh mein nahin aaya to main Allah se dua ki ke aey Allah aap to rehman o raheem hain, kisi ko is ki taqat se zyada bojh nahin dalte hain, hamare kaam mein aasani dete hain.</w:t>
      </w:r>
      <w:r>
        <w:br/>
      </w:r>
      <w:r>
        <w:rPr>
          <w:sz w:val="20"/>
        </w:rPr>
        <w:t>14:25  to yeh kya hai? mujhe samhaiye. to mujhe yeh tajruba hua ke yeh chaar log</w:t>
      </w:r>
      <w:r>
        <w:br/>
      </w:r>
      <w:r>
        <w:rPr>
          <w:sz w:val="20"/>
        </w:rPr>
        <w:t>14:35  badhi hui zimmedari nahin balkeh mere liye dhaal ki manind rahe. mujhe magazine ke liye jo zaroori tha ke main ek sui se ghar ke ek kone se kaam karoon is ka intezam tha.</w:t>
      </w:r>
      <w:r>
        <w:br/>
      </w:r>
      <w:r>
        <w:rPr>
          <w:sz w:val="20"/>
        </w:rPr>
        <w:t>14:49  saare doosre logon ke mujh se mutalbe khatm ho gaye. sab mujh par mujhe reham ki nigah se dekhne lage</w:t>
      </w:r>
    </w:p>
    <w:p>
      <w:pPr>
        <w:pStyle w:val="Heading2"/>
      </w:pPr>
      <w:r>
        <w:t>Achievable vs unachievable goals: the root of all frustration</w:t>
      </w:r>
    </w:p>
    <w:p>
      <w:r>
        <w:rPr>
          <w:color w:val="666666"/>
          <w:sz w:val="18"/>
        </w:rPr>
        <w:t>Hadith-e-Jibril, April 21, 2013 · 5m 36s · at 1:02:55 · https://youtu.be/0rF6Ou0pDog?t=3775</w:t>
      </w:r>
    </w:p>
    <w:p>
      <w:r>
        <w:rPr>
          <w:i/>
        </w:rPr>
        <w:t>“دنیا میں دو قسم کے goal ہوتے ہیں”</w:t>
      </w:r>
    </w:p>
    <w:p>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2"/>
      </w:pPr>
      <w:r>
        <w:t>From Spiritual Tree to Muslims as witnesses</w:t>
      </w:r>
    </w:p>
    <w:p>
      <w:r>
        <w:rPr>
          <w:color w:val="666666"/>
          <w:sz w:val="18"/>
        </w:rPr>
        <w:t>From The Spiritual Tree May 30, 2007 · 5m 01s · at 0:46 · https://youtu.be/vGj_dsCMv-M?t=46</w:t>
      </w:r>
    </w:p>
    <w:p>
      <w:r>
        <w:rPr>
          <w:i/>
        </w:rPr>
        <w:t>“I was sitting under my Spiritual Tree”</w:t>
      </w:r>
    </w:p>
    <w:p>
      <w:r>
        <w:rPr>
          <w:sz w:val="20"/>
        </w:rPr>
        <w:t>0:46  i was sitting under my spiritual tree, and i was thinking about the humanity.</w:t>
      </w:r>
      <w:r>
        <w:br/>
      </w:r>
      <w:r>
        <w:rPr>
          <w:sz w:val="20"/>
        </w:rPr>
        <w:t>0:59  i felt that</w:t>
      </w:r>
      <w:r>
        <w:br/>
      </w:r>
      <w:r>
        <w:rPr>
          <w:sz w:val="20"/>
        </w:rPr>
        <w:t>1:07  i asked a question to myself: if people were asked, "what is the greatest problem of the world, of the present world?"</w:t>
      </w:r>
      <w:r>
        <w:br/>
      </w:r>
      <w:r>
        <w:rPr>
          <w:sz w:val="20"/>
        </w:rPr>
        <w:t>1:23  some people would like to say that U.S. hegemony is the greatest problem</w:t>
      </w:r>
      <w:r>
        <w:br/>
      </w:r>
      <w:r>
        <w:rPr>
          <w:sz w:val="20"/>
        </w:rPr>
        <w:t>1:34  of the present world. Some would like to say that</w:t>
      </w:r>
      <w:r>
        <w:br/>
      </w:r>
      <w:r>
        <w:rPr>
          <w:sz w:val="20"/>
        </w:rPr>
        <w:t>1:41  the greatest problem of the time is that half, near about half of the humanity is living in poverty.</w:t>
      </w:r>
      <w:r>
        <w:br/>
      </w:r>
      <w:r>
        <w:rPr>
          <w:sz w:val="20"/>
        </w:rPr>
        <w:t>1:57  Some other people would like to say that after colonialism, we are facing a new problem that is multinationalism.</w:t>
      </w:r>
      <w:r>
        <w:br/>
      </w:r>
      <w:r>
        <w:rPr>
          <w:sz w:val="20"/>
        </w:rPr>
        <w:t>2:09  But I think that all these problems are superficial problems.</w:t>
      </w:r>
      <w:r>
        <w:br/>
      </w:r>
      <w:r>
        <w:rPr>
          <w:sz w:val="20"/>
        </w:rPr>
        <w:t>2:18  The greatest problem is that all men and women are heading to a future</w:t>
      </w:r>
      <w:r>
        <w:br/>
      </w:r>
      <w:r>
        <w:rPr>
          <w:sz w:val="20"/>
        </w:rPr>
        <w:t>2:30  where they will face</w:t>
      </w:r>
      <w:r>
        <w:br/>
      </w:r>
      <w:r>
        <w:rPr>
          <w:sz w:val="20"/>
        </w:rPr>
        <w:t>2:36  their God, where they will face the Day of Judgment, where they will be presented before God, Malik-e-Yomiddin.</w:t>
      </w:r>
      <w:r>
        <w:br/>
      </w:r>
      <w:r>
        <w:rPr>
          <w:sz w:val="20"/>
        </w:rPr>
        <w:t>2:54  And you know, after this presentation, what is the other step?</w:t>
      </w:r>
      <w:r>
        <w:br/>
      </w:r>
      <w:r>
        <w:rPr>
          <w:sz w:val="20"/>
        </w:rPr>
        <w:t>3:04  What is the other</w:t>
      </w:r>
      <w:r>
        <w:br/>
      </w:r>
      <w:r>
        <w:rPr>
          <w:sz w:val="20"/>
        </w:rPr>
        <w:t>3:09  phase of our life that is Hell and Paradise?</w:t>
      </w:r>
      <w:r>
        <w:br/>
      </w:r>
      <w:r>
        <w:rPr>
          <w:sz w:val="20"/>
        </w:rPr>
        <w:t>3:18  So this is the most important problem. And present global warming tells us that countdown has begun.</w:t>
      </w:r>
      <w:r>
        <w:br/>
      </w:r>
      <w:r>
        <w:rPr>
          <w:sz w:val="20"/>
        </w:rPr>
        <w:t>3:36  We are approaching the end of the history.</w:t>
      </w:r>
      <w:r>
        <w:br/>
      </w:r>
      <w:r>
        <w:rPr>
          <w:sz w:val="20"/>
        </w:rPr>
        <w:t>3:44  Now what to do? If this is the greatest problem, then what to do?</w:t>
      </w:r>
      <w:r>
        <w:br/>
      </w:r>
      <w:r>
        <w:rPr>
          <w:sz w:val="20"/>
        </w:rPr>
        <w:t>3:56  What is the task ahead? That is Dawa work.</w:t>
      </w:r>
      <w:r>
        <w:br/>
      </w:r>
      <w:r>
        <w:rPr>
          <w:sz w:val="20"/>
        </w:rPr>
        <w:t>4:06  That is conveying the message of God to all mankind. That is to make people aware of the creation plan of God</w:t>
      </w:r>
      <w:r>
        <w:br/>
      </w:r>
      <w:r>
        <w:rPr>
          <w:sz w:val="20"/>
        </w:rPr>
        <w:t>4:23  so that they may reassess</w:t>
      </w:r>
      <w:r>
        <w:br/>
      </w:r>
      <w:r>
        <w:rPr>
          <w:sz w:val="20"/>
        </w:rPr>
        <w:t>4:30  their life, so may they revise their lifestyle, so that they</w:t>
      </w:r>
      <w:r>
        <w:br/>
      </w:r>
      <w:r>
        <w:rPr>
          <w:sz w:val="20"/>
        </w:rPr>
        <w:t>4:45  may</w:t>
      </w:r>
      <w:r>
        <w:br/>
      </w:r>
      <w:r>
        <w:rPr>
          <w:sz w:val="20"/>
        </w:rPr>
        <w:t>4:48  prepare themselves</w:t>
      </w:r>
      <w:r>
        <w:br/>
      </w:r>
      <w:r>
        <w:rPr>
          <w:sz w:val="20"/>
        </w:rPr>
        <w:t>4:53  for the</w:t>
      </w:r>
      <w:r>
        <w:br/>
      </w:r>
      <w:r>
        <w:rPr>
          <w:sz w:val="20"/>
        </w:rPr>
        <w:t>4:57  next period of life, that is post-death period. Now who is going to perform this mission?</w:t>
      </w:r>
      <w:r>
        <w:br/>
      </w:r>
      <w:r>
        <w:rPr>
          <w:sz w:val="20"/>
        </w:rPr>
        <w:t>5:13  It is Ummat-e-Muhammadi, that is Muslims.</w:t>
      </w:r>
      <w:r>
        <w:br/>
      </w:r>
      <w:r>
        <w:rPr>
          <w:sz w:val="20"/>
        </w:rPr>
        <w:t>5:20  Muslims are</w:t>
      </w:r>
      <w:r>
        <w:br/>
      </w:r>
      <w:r>
        <w:rPr>
          <w:sz w:val="20"/>
        </w:rPr>
        <w:t>5:26  that group who is</w:t>
      </w:r>
      <w:r>
        <w:br/>
      </w:r>
      <w:r>
        <w:rPr>
          <w:sz w:val="20"/>
        </w:rPr>
        <w:t>5:36  called in the Quran and Hadith "Shahid," that is witness.</w:t>
      </w:r>
    </w:p>
    <w:p>
      <w:pPr>
        <w:pStyle w:val="Heading2"/>
      </w:pPr>
      <w:r>
        <w:t>How to self-account: take the U-turn when you're wrong</w:t>
      </w:r>
    </w:p>
    <w:p>
      <w:r>
        <w:rPr>
          <w:color w:val="666666"/>
          <w:sz w:val="18"/>
        </w:rPr>
        <w:t>Hamd in Action October 19, 2014 · 2m 26s · at 1:03:30 · https://youtu.be/8CnKWzV8aBY?t=3810</w:t>
      </w:r>
    </w:p>
    <w:p>
      <w:r>
        <w:rPr>
          <w:i/>
        </w:rPr>
        <w:t>“Muhasba ka tareeqa yeh hai ke aap yeh sochein”</w:t>
      </w:r>
    </w:p>
    <w:p>
      <w:r>
        <w:rPr>
          <w:sz w:val="20"/>
        </w:rPr>
        <w:t>1:03:30  maulana, yeh agla question aaya hai maulana iqbal umri ka chennai se: "maulana, apna muhasba karna bohat mushkil hota hai,</w:t>
      </w:r>
      <w:r>
        <w:br/>
      </w:r>
      <w:r>
        <w:rPr>
          <w:sz w:val="20"/>
        </w:rPr>
        <w:t>1:03:40  muhasbe ka tareeqa kya hai?"</w:t>
      </w:r>
      <w:r>
        <w:br/>
      </w:r>
      <w:r>
        <w:rPr>
          <w:sz w:val="20"/>
        </w:rPr>
        <w:t>1:03:47  muhasba ka tareeqa yeh hai ke aap yeh sochen ke hamare liye koi aur option nahi, doosra hum apne hi kiye ko bhugte hain, hamein apne hi kiye ko bhugna hai.</w:t>
      </w:r>
      <w:r>
        <w:br/>
      </w:r>
      <w:r>
        <w:rPr>
          <w:sz w:val="20"/>
        </w:rPr>
        <w:t>1:04:01  less insaan illa ma so, koi na hamein bigadne wala hai, na koi hamein banane wala hai.</w:t>
      </w:r>
      <w:r>
        <w:br/>
      </w:r>
      <w:r>
        <w:rPr>
          <w:sz w:val="20"/>
        </w:rPr>
        <w:t>1:04:10  apne hi kiye ko hamein bhugna hai, to is ka matlab hai ke yeh hamare apne hi interest ki baat hai ke hum muhasba karein, introspection karein.</w:t>
      </w:r>
      <w:r>
        <w:br/>
      </w:r>
      <w:r>
        <w:rPr>
          <w:sz w:val="20"/>
        </w:rPr>
        <w:t>1:04:21  apne hi faide ki baat hai, apne interest ki baat hai. yaani is ke siwa koi aur cheez hai hi nahi</w:t>
      </w:r>
      <w:r>
        <w:br/>
      </w:r>
      <w:r>
        <w:rPr>
          <w:sz w:val="20"/>
        </w:rPr>
        <w:t>1:04:33  jo hamare option bane hain. bhai</w:t>
      </w:r>
      <w:r>
        <w:br/>
      </w:r>
      <w:r>
        <w:rPr>
          <w:sz w:val="20"/>
        </w:rPr>
        <w:t>1:04:35  , ek martaba main kahin safar kar raha tha to taxi se safar kar raha tha. main to taxi wala jo hai, woh woh woh rasta us ke liye naya tha.</w:t>
      </w:r>
      <w:r>
        <w:br/>
      </w:r>
      <w:r>
        <w:rPr>
          <w:sz w:val="20"/>
        </w:rPr>
        <w:t>1:04:49  to tez daudate hue woh ek aur galat raste par chala chala gaya aur taqreeban das kilometer zyada chala gaya.</w:t>
      </w:r>
      <w:r>
        <w:br/>
      </w:r>
      <w:r>
        <w:rPr>
          <w:sz w:val="20"/>
        </w:rPr>
        <w:t>1:05:00  to maine us se kaha ke bhai, yeh mujhe lagta hai ke hum sahi nahi ja rahe hain.</w:t>
      </w:r>
      <w:r>
        <w:br/>
      </w:r>
      <w:r>
        <w:rPr>
          <w:sz w:val="20"/>
        </w:rPr>
        <w:t>1:05:04  to maine kaha, aap utar rahi hain, idhar poochye logon se. to poocha us ne, to logon ne bataya ke tum to idhar chale ja ja rahe ho, woh road to doosra tha.</w:t>
      </w:r>
      <w:r>
        <w:br/>
      </w:r>
      <w:r>
        <w:rPr>
          <w:sz w:val="20"/>
        </w:rPr>
        <w:t>1:05:15  to ab dekhen, humne foran faisla kiya ke hamein u-turn lena chahiye.</w:t>
      </w:r>
      <w:r>
        <w:br/>
      </w:r>
      <w:r>
        <w:rPr>
          <w:sz w:val="20"/>
        </w:rPr>
        <w:t>1:05:22  yahi hamein zindagi mein karna hai ke hum sochen aur jaise hi mehsoos ho ke hum galti ki to u-turn lein. yeh hamare best interest mein yahi baat hai.</w:t>
      </w:r>
      <w:r>
        <w:br/>
      </w:r>
      <w:r>
        <w:rPr>
          <w:sz w:val="20"/>
        </w:rPr>
        <w:t>1:05:33  agar hum aisa nahi karein ge to hum khud hi is ki price bhugtein ge, is ka nuksan hum ko khud uthana pare ga. to yeh masla sach poochien to apne self interest ka hai, lekin aap doosre par ilzaam dete rehte hain, is ki wajah se yeh aisa hota hai.</w:t>
      </w:r>
      <w:r>
        <w:br/>
      </w:r>
      <w:r>
        <w:rPr>
          <w:sz w:val="20"/>
        </w:rPr>
        <w:t>1:05:52  doosre par ilzaam dene ki wajah se.</w:t>
      </w:r>
    </w:p>
    <w:p>
      <w:pPr>
        <w:pStyle w:val="Heading2"/>
      </w:pPr>
      <w:r>
        <w:t>God's desired person: complex-free soul</w:t>
      </w:r>
    </w:p>
    <w:p>
      <w:r>
        <w:rPr>
          <w:color w:val="666666"/>
          <w:sz w:val="18"/>
        </w:rPr>
        <w:t>Islamic Pacifism Q&amp;A 8 May 2011 · 2m 30s · at 23:11 · https://youtu.be/5ZersGDNVcw?t=1391</w:t>
      </w:r>
    </w:p>
    <w:p>
      <w:r>
        <w:rPr>
          <w:i/>
        </w:rPr>
        <w:t>“To kon khuda ka matloob hai, ye to aakhirat mein pata chalega.”</w:t>
      </w:r>
    </w:p>
    <w:p>
      <w:r>
        <w:rPr>
          <w:sz w:val="20"/>
        </w:rPr>
        <w:t>23:11  To kaun Khuda ka matloob hai, yeh to aakhirat mein pata chalay ga. Duniya mein pata nahi chal sakta hai. Lekin Quran mein aik aik Surah hai jis mein hai ke razi Allah anhum wa radu.</w:t>
      </w:r>
      <w:r>
        <w:br/>
      </w:r>
      <w:r>
        <w:rPr>
          <w:sz w:val="20"/>
        </w:rPr>
        <w:t>23:23  Surah Al-Fajr. Is mein aik criteria milta hai humein.</w:t>
      </w:r>
      <w:r>
        <w:br/>
      </w:r>
      <w:r>
        <w:rPr>
          <w:sz w:val="20"/>
        </w:rPr>
        <w:t>23:30  Surah Al-Fajr mein. Ke do baat kahi gayi hain ke Allah kisi ko,</w:t>
      </w:r>
      <w:r>
        <w:br/>
      </w:r>
      <w:r>
        <w:rPr>
          <w:sz w:val="20"/>
        </w:rPr>
        <w:t>23:38  Allah Ta'ala jab kisi ko</w:t>
      </w:r>
      <w:r>
        <w:br/>
      </w:r>
      <w:r>
        <w:rPr>
          <w:sz w:val="20"/>
        </w:rPr>
        <w:t>23:43  Achay halaat deta hai, us ko</w:t>
      </w:r>
      <w:r>
        <w:br/>
      </w:r>
      <w:r>
        <w:rPr>
          <w:sz w:val="20"/>
        </w:rPr>
        <w:t>23:48  To woh hota hai ibtila ke liye, aazmaish ke liye. Lekin woh us ko apna fakhr bana leta hai. Ke Khuda ne mujhe yeh diya, Khuda ne mujhe woh diya. To aap ko kuch milay, achi cheez duniya ki.</w:t>
      </w:r>
      <w:r>
        <w:br/>
      </w:r>
      <w:r>
        <w:rPr>
          <w:sz w:val="20"/>
        </w:rPr>
        <w:t>24:02  Aap ko daulat milay, building milay, property milay.</w:t>
      </w:r>
      <w:r>
        <w:br/>
      </w:r>
      <w:r>
        <w:rPr>
          <w:sz w:val="20"/>
        </w:rPr>
        <w:t>24:06  To woh ibtila ke liye hota hai. Aazmaish ke liye hota hai. Ke aap us ko pa kar kaise bantay hain. Lekin hota kya hai ke log fakhr mein mubtala ho jatay hain.</w:t>
      </w:r>
      <w:r>
        <w:br/>
      </w:r>
      <w:r>
        <w:rPr>
          <w:sz w:val="20"/>
        </w:rPr>
        <w:t>24:19  Naaz mein mubtala hotay hain. Us ko apna pride bana letay hain, pride.</w:t>
      </w:r>
      <w:r>
        <w:br/>
      </w:r>
      <w:r>
        <w:rPr>
          <w:sz w:val="20"/>
        </w:rPr>
        <w:t>24:24  Phir us isi Surah mein hai ke jab Allah Ta'ala kisi ko tangi deta hai, tang haali mein mubtala karta hai, to woh bhi ibtila ke liye hota hai.</w:t>
      </w:r>
      <w:r>
        <w:br/>
      </w:r>
      <w:r>
        <w:rPr>
          <w:sz w:val="20"/>
        </w:rPr>
        <w:t>24:34  Woh bhi ibtila ke liye, aazmaish ke liye hota hai. Lekin yahan bhi aadmi kya karta hai? Ghalat ta'assur leta hai. Kehta hai ke dekho, Khuda ne mujhe</w:t>
      </w:r>
      <w:r>
        <w:br/>
      </w:r>
      <w:r>
        <w:rPr>
          <w:sz w:val="20"/>
        </w:rPr>
        <w:t>24:42  Bad haal kar diya? Kaisa Khuda hai? Kisi ko acha diya, kisi ko bura kar diya. Dekho, falan falan ko, un ko yeh mila hua hai, ab yeh kuch nahi mila.</w:t>
      </w:r>
      <w:r>
        <w:br/>
      </w:r>
      <w:r>
        <w:rPr>
          <w:sz w:val="20"/>
        </w:rPr>
        <w:t>24:52  to shikayati nafsiyat. Yani ek shakal, ek shakal mein fakhr ki nafsiyat. Doosri shakal mein shikayat ki nafsiyat. Yeh dono hi Khuda ke liye ghair matloob hain.</w:t>
      </w:r>
      <w:r>
        <w:br/>
      </w:r>
      <w:r>
        <w:rPr>
          <w:sz w:val="20"/>
        </w:rPr>
        <w:t>25:04  to is ke baad farmaya ke an-nafs al-mutmainnah jo hai, woh Allah ko matloob hai. An-nafs al-mutmainnah ka matlab hota hai complex free soul.</w:t>
      </w:r>
      <w:r>
        <w:br/>
      </w:r>
      <w:r>
        <w:rPr>
          <w:sz w:val="20"/>
        </w:rPr>
        <w:t>25:17  complex free soul. To inhi ke bare mein kaha hai ke Allah is se raazi hoga. To</w:t>
      </w:r>
      <w:r>
        <w:br/>
      </w:r>
      <w:r>
        <w:rPr>
          <w:sz w:val="20"/>
        </w:rPr>
        <w:t>25:24  fi waqe Allah kisi se raazi ho gaya. Fi waqe koi Allah ka matloob ban jab ban gaya, yeh to qayamat mein pata chalega. Lekin aap koshish kar sakte hain is tareeqe se ke apne ko aap complex free soul banayein.</w:t>
      </w:r>
      <w:r>
        <w:br/>
      </w:r>
      <w:r>
        <w:rPr>
          <w:sz w:val="20"/>
        </w:rPr>
        <w:t>25:38  apne ko an-nafs al-mutmainnah banayein.</w:t>
      </w:r>
    </w:p>
    <w:p>
      <w:pPr>
        <w:pStyle w:val="Heading2"/>
      </w:pPr>
      <w:r>
        <w:t>The real difference between envy and jealousy</w:t>
      </w:r>
    </w:p>
    <w:p>
      <w:r>
        <w:rPr>
          <w:color w:val="666666"/>
          <w:sz w:val="18"/>
        </w:rPr>
        <w:t>History 0f Thoughts November 12, 2006 · 45s · at 1:30:19 · https://youtu.be/BvzmJxA0j7c?t=5419</w:t>
      </w:r>
    </w:p>
    <w:p>
      <w:r>
        <w:rPr>
          <w:i/>
        </w:rPr>
        <w:t>“What is the difference between envy and jealousy?”</w:t>
      </w:r>
    </w:p>
    <w:p>
      <w:r>
        <w:rPr>
          <w:sz w:val="20"/>
        </w:rPr>
        <w:t>1:30:19  yaani jealousy ka matlab hai hasad, envy ka matlab hai rashk. to rashk jo hai, woh to yeh hai ke aap us ko acknowledge karte hain aur khush hote hain ke aap ke ek bhai ko khuda ne yeh cheez di.</w:t>
      </w:r>
      <w:r>
        <w:br/>
      </w:r>
      <w:r>
        <w:rPr>
          <w:sz w:val="20"/>
        </w:rPr>
        <w:t>1:30:34  to envy jo hai, woh yeh nahi sochta aisa aadmi ke uss ko mila, mujh ko nahi mila. woh khush hota hai aur dua karta hai.</w:t>
      </w:r>
      <w:r>
        <w:br/>
      </w:r>
      <w:r>
        <w:rPr>
          <w:sz w:val="20"/>
        </w:rPr>
        <w:t>1:30:44  lekin jo jealousy wala aadmi hai, hasad wala, woh yeh chahne lagta hai ke un ko na mile, mujh ko mile.</w:t>
      </w:r>
      <w:r>
        <w:br/>
      </w:r>
      <w:r>
        <w:rPr>
          <w:sz w:val="20"/>
        </w:rPr>
        <w:t>1:30:54  un ko na mile, mujh ko mile. to rashk jo hai, woh insaan centered thinking ka naam hai. aur hasad jo hai, woh I centered thinking ka naam hai.</w:t>
      </w:r>
    </w:p>
    <w:p>
      <w:pPr>
        <w:pStyle w:val="Heading2"/>
      </w:pPr>
      <w:r>
        <w:t>Revenge always provokes revenge in return</w:t>
      </w:r>
    </w:p>
    <w:p>
      <w:r>
        <w:rPr>
          <w:color w:val="666666"/>
          <w:sz w:val="18"/>
        </w:rPr>
        <w:t>Spirituality in Simple Living, High Thinking October 27, 2019 Maulana Wahiduddin Khan · 29s · at 6:33 · https://youtu.be/Kr28g15eFr8?t=393</w:t>
      </w:r>
    </w:p>
    <w:p>
      <w:r>
        <w:rPr>
          <w:i/>
        </w:rPr>
        <w:t>“Before taking revenge, think: revenge will also be revenged”</w:t>
      </w:r>
    </w:p>
    <w:p>
      <w:r>
        <w:rPr>
          <w:sz w:val="20"/>
        </w:rPr>
        <w:t>6:33  ke mujhe intiqam lena hai.</w:t>
      </w:r>
      <w:r>
        <w:br/>
      </w:r>
      <w:r>
        <w:rPr>
          <w:sz w:val="20"/>
        </w:rPr>
        <w:t>6:39  to main ne kaha ke intiqam lene se pehle soch lo ke intiqam ka bhi intiqam liya jayega.</w:t>
      </w:r>
      <w:r>
        <w:br/>
      </w:r>
      <w:r>
        <w:rPr>
          <w:sz w:val="20"/>
        </w:rPr>
        <w:t>6:50  achanak meri zuban se yeh jumla nikla,</w:t>
      </w:r>
      <w:r>
        <w:br/>
      </w:r>
      <w:r>
        <w:rPr>
          <w:sz w:val="20"/>
        </w:rPr>
        <w:t>6:54  intiqam lene se pehle soch lo ke intiqam ka bhi intiqam liya jayega.</w:t>
      </w:r>
      <w:r>
        <w:br/>
      </w:r>
      <w:r>
        <w:rPr>
          <w:sz w:val="20"/>
        </w:rPr>
        <w:t>7:03  yeh jumla main ne bol diya, phir main khud sochne laga gaya, ab woh bhi sochne laga ke kya kaha unhon ne.</w:t>
      </w:r>
    </w:p>
    <w:p>
      <w:pPr>
        <w:pStyle w:val="Heading2"/>
      </w:pPr>
      <w:r>
        <w:t>Why value others, and positive thinking as prerequisite</w:t>
      </w:r>
    </w:p>
    <w:p>
      <w:r>
        <w:rPr>
          <w:color w:val="666666"/>
          <w:sz w:val="18"/>
        </w:rPr>
        <w:t>Human Values · 5m 38s · at 4:44 · https://youtu.be/Art0kheDD40?t=284</w:t>
      </w:r>
    </w:p>
    <w:p>
      <w:r>
        <w:rPr>
          <w:i/>
        </w:rPr>
        <w:t>“Doosri baat mujhe samajh aati hai, wo hai logon ke liye valuing”</w:t>
      </w:r>
    </w:p>
    <w:p>
      <w:r>
        <w:rPr>
          <w:sz w:val="20"/>
        </w:rPr>
        <w:t>4:44  doosri baat mujhe yeh samajh aati hai, woh hai logon ke taeen valuing.</w:t>
      </w:r>
      <w:r>
        <w:br/>
      </w:r>
      <w:r>
        <w:rPr>
          <w:sz w:val="20"/>
        </w:rPr>
        <w:t>4:54  logon ke liye khair khwahi.</w:t>
      </w:r>
      <w:r>
        <w:br/>
      </w:r>
      <w:r>
        <w:rPr>
          <w:sz w:val="20"/>
        </w:rPr>
        <w:t>4:57  ke aap kyun doosre ke liye acha karein? to koi iska reason chahiye?</w:t>
      </w:r>
      <w:r>
        <w:br/>
      </w:r>
      <w:r>
        <w:rPr>
          <w:sz w:val="20"/>
        </w:rPr>
        <w:t>5:06  jab tak aap jaante hain, ek aadmi jo hai woh. ek man is rational thinking animal. to reason jab tak mein na paoon, jab tak mein is kaam ko kar nahi pata,</w:t>
      </w:r>
      <w:r>
        <w:br/>
      </w:r>
      <w:r>
        <w:rPr>
          <w:sz w:val="20"/>
        </w:rPr>
        <w:t>5:21  to mein doosron ka influencer kyun banoon? doosron ka khair khwah kyun banoon? is par maine bahut socha.</w:t>
      </w:r>
      <w:r>
        <w:br/>
      </w:r>
      <w:r>
        <w:rPr>
          <w:sz w:val="20"/>
        </w:rPr>
        <w:t>5:31  mere sir mein ek baat yeh aayi ke hamein hum do cheezon ko support se duniya mein jee rahe hain. ek hai natural support, ek hai civilizational support.</w:t>
      </w:r>
      <w:r>
        <w:br/>
      </w:r>
      <w:r>
        <w:rPr>
          <w:sz w:val="20"/>
        </w:rPr>
        <w:t>5:45  natural support kya hai?</w:t>
      </w:r>
      <w:r>
        <w:br/>
      </w:r>
      <w:r>
        <w:rPr>
          <w:sz w:val="20"/>
        </w:rPr>
        <w:t>5:48  nature hum ko sun light de rahi hai, nature hum ko hawa de rahi hai, oxygen de rahi hai, nature hum ko food de rahi hai, pani de rahi hai.</w:t>
      </w:r>
      <w:r>
        <w:br/>
      </w:r>
      <w:r>
        <w:rPr>
          <w:sz w:val="20"/>
        </w:rPr>
        <w:t>6:00  yeh hai natural support. is se hum duniya mein jeete hain.</w:t>
      </w:r>
      <w:r>
        <w:br/>
      </w:r>
      <w:r>
        <w:rPr>
          <w:sz w:val="20"/>
        </w:rPr>
        <w:t>6:05  doosra hai civilizational support. civilization jo hai, ek lambe process ka naam hai.</w:t>
      </w:r>
      <w:r>
        <w:br/>
      </w:r>
      <w:r>
        <w:rPr>
          <w:sz w:val="20"/>
        </w:rPr>
        <w:t>6:15  jaise aap dekhein, yeh jo yeh jo glass hai, aap jaante hain ke pehle insan mitti ka bartan banata tha, use pani peeta tha.</w:t>
      </w:r>
      <w:r>
        <w:br/>
      </w:r>
      <w:r>
        <w:rPr>
          <w:sz w:val="20"/>
        </w:rPr>
        <w:t>6:27  phir lakri ka banaya, use pani peeta tha.</w:t>
      </w:r>
      <w:r>
        <w:br/>
      </w:r>
      <w:r>
        <w:rPr>
          <w:sz w:val="20"/>
        </w:rPr>
        <w:t>6:31  mere bachpan mein aluminium ke protein ke glass hote the. ab aap sheeshe ke glass dekhte hain. insan ka ek lamba, yaani insani human effort ka ek lamba process hai.</w:t>
      </w:r>
      <w:r>
        <w:br/>
      </w:r>
      <w:r>
        <w:rPr>
          <w:sz w:val="20"/>
        </w:rPr>
        <w:t>6:47  is ke nateeje mein ek glass, ek ek loud speaker, ek camera, ek motor car, ek hawa jahaz, sari cheezein hain.</w:t>
      </w:r>
      <w:r>
        <w:br/>
      </w:r>
      <w:r>
        <w:rPr>
          <w:sz w:val="20"/>
        </w:rPr>
        <w:t>6:58  to that is civilizational support. to agar mein yeh sochun ke insan dekho, hazaron saal se mere liye koshish kar raha tha, tab maine jail paayi, tab maine beach paayi, tab maine glass paaya, to insan ke liye mere andar khair khwahi aayi.</w:t>
      </w:r>
      <w:r>
        <w:br/>
      </w:r>
      <w:r>
        <w:rPr>
          <w:sz w:val="20"/>
        </w:rPr>
        <w:t>7:15  valuing aayi. to natural support jo hai, hum ko hasil, us ko hum sochte hain. to nature ke liye hamare andar achhe khayalat paida hote hain.</w:t>
      </w:r>
      <w:r>
        <w:br/>
      </w:r>
      <w:r>
        <w:rPr>
          <w:sz w:val="20"/>
        </w:rPr>
        <w:t>7:29  aise hi jis tarah se civilizational support jo hum ko mila hai, us par hum sochenge. aap jaante hain ke kapda jo hum aap pehente hain, to pehle to aisa kapda insan ke paas nahi hota tha.</w:t>
      </w:r>
      <w:r>
        <w:br/>
      </w:r>
      <w:r>
        <w:rPr>
          <w:sz w:val="20"/>
        </w:rPr>
        <w:t>7:43  sab se pehle to insan, yaani darakht ke patton se dhakta tha apna body. phir bahut hi mote qism ke rough qism ke kapde banaye us ne.</w:t>
      </w:r>
      <w:r>
        <w:br/>
      </w:r>
      <w:r>
        <w:rPr>
          <w:sz w:val="20"/>
        </w:rPr>
        <w:t>7:55  boht dinon ke baad aise kapre bane. isi ko main kehta hoon saivaraijhanal support. yeh saari humanity jo hai, mere liye lagi hui thi.</w:t>
      </w:r>
      <w:r>
        <w:br/>
      </w:r>
      <w:r>
        <w:rPr>
          <w:sz w:val="20"/>
        </w:rPr>
        <w:t>8:05  har ek. hum hamare aap ke liye ke hamein achhe cheezein milein, comfortfull life mile.</w:t>
      </w:r>
      <w:r>
        <w:br/>
      </w:r>
      <w:r>
        <w:rPr>
          <w:sz w:val="20"/>
        </w:rPr>
        <w:t>8:15  to jab hum yeh sochenge ke laga ke sab mere benefactor hain saare log,</w:t>
      </w:r>
      <w:r>
        <w:br/>
      </w:r>
      <w:r>
        <w:rPr>
          <w:sz w:val="20"/>
        </w:rPr>
        <w:t>8:20  to main un se kyun na pyar karoon? kyun na main un ka benefactor banun?</w:t>
      </w:r>
      <w:r>
        <w:br/>
      </w:r>
      <w:r>
        <w:rPr>
          <w:sz w:val="20"/>
        </w:rPr>
        <w:t>8:27  is tarah dekhein, positive thinking. positive thinking boht hi zaroori hai. dekhein, hum samaj mein jaate hain, society mein rehte hain, to hum sab log jaante hain in baaton ke bar bar hamein provocative situation samna karta hai.</w:t>
      </w:r>
      <w:r>
        <w:br/>
      </w:r>
      <w:r>
        <w:rPr>
          <w:sz w:val="20"/>
        </w:rPr>
        <w:t>8:45  koi in ko hamein provoke karta hai, koi in ko hamein ghussa dilata hai,</w:t>
      </w:r>
      <w:r>
        <w:br/>
      </w:r>
      <w:r>
        <w:rPr>
          <w:sz w:val="20"/>
        </w:rPr>
        <w:t>8:51  kahin ke hamein in marked situation mein gir jaate hain. isi wajah se aap dekhein, society mein har aadmi ek jaisa negative thought hota hai.</w:t>
      </w:r>
      <w:r>
        <w:br/>
      </w:r>
      <w:r>
        <w:rPr>
          <w:sz w:val="20"/>
        </w:rPr>
        <w:t>8:59  jis ko bhi dekhein, agar woh kuch achhi si baatein kar raha ho, aap us ko scrutiny kijiye, to parodiye andar se niklega ke woh bhi negative thought le hue tha.</w:t>
      </w:r>
      <w:r>
        <w:br/>
      </w:r>
      <w:r>
        <w:rPr>
          <w:sz w:val="20"/>
        </w:rPr>
        <w:t>9:13  to har aadmi negative thought ke saath jee raha hai.</w:t>
      </w:r>
      <w:r>
        <w:br/>
      </w:r>
      <w:r>
        <w:rPr>
          <w:sz w:val="20"/>
        </w:rPr>
        <w:t>9:17  isi liye is negativity ko khatam karna parega. tab ja kar positive thinking aayegi.</w:t>
      </w:r>
      <w:r>
        <w:br/>
      </w:r>
      <w:r>
        <w:rPr>
          <w:sz w:val="20"/>
        </w:rPr>
        <w:t>9:28  jaise main introspection karta rehta hoon, daily apna, daily, taake jitne negative item hain mere mind mein, us ko nikaloon. yeh main pachas baras se kam se kam yeh kar raha hoon, jab se maine samjha hai is baat ko.</w:t>
      </w:r>
      <w:r>
        <w:br/>
      </w:r>
      <w:r>
        <w:rPr>
          <w:sz w:val="20"/>
        </w:rPr>
        <w:t>9:43  to daily mein yeh karta hoon ke apne mind mein jo thousand and thousand negative item hain, us ko nikalta hoon, through introspection.</w:t>
      </w:r>
      <w:r>
        <w:br/>
      </w:r>
      <w:r>
        <w:rPr>
          <w:sz w:val="20"/>
        </w:rPr>
        <w:t>9:56  tab ja kar aati hai positive thinking.</w:t>
      </w:r>
      <w:r>
        <w:br/>
      </w:r>
      <w:r>
        <w:rPr>
          <w:sz w:val="20"/>
        </w:rPr>
        <w:t>9:59  to jab positive thinking aayegi, tabhi aap ka positive behavior hoga society mein. yeh sab cheezein jab tak na hon, isi ko maine kaha hai prerequisites.</w:t>
      </w:r>
      <w:r>
        <w:br/>
      </w:r>
      <w:r>
        <w:rPr>
          <w:sz w:val="20"/>
        </w:rPr>
        <w:t>10:12  yaani modern values ko society mein translate karne ke liye zaroori hai ke pehle aap logon ko prepare karein.</w:t>
      </w:r>
    </w:p>
    <w:p>
      <w:pPr>
        <w:pStyle w:val="Heading2"/>
      </w:pPr>
      <w:r>
        <w:t>Blaming others costs you repentance — from Adam to today</w:t>
      </w:r>
    </w:p>
    <w:p>
      <w:r>
        <w:rPr>
          <w:color w:val="666666"/>
          <w:sz w:val="18"/>
        </w:rPr>
        <w:t>Living in a World of Competition October 24, 2010 · 4m 55s · at 29:17 · https://youtu.be/0DRVM8YxM5U?t=1757</w:t>
      </w:r>
    </w:p>
    <w:p>
      <w:r>
        <w:rPr>
          <w:i/>
        </w:rPr>
        <w:t>“Iska ek pehlu yeh hua, doosra isse bhi zyada sakht pehlu hai”</w:t>
      </w:r>
    </w:p>
    <w:p>
      <w:r>
        <w:rPr>
          <w:sz w:val="20"/>
        </w:rPr>
        <w:t>29:17  Bekar ho kar reh jayengi. Dekhiye, is ka yeh ek pehlu hua. Doosra is se bhi zyada sakht pehlu hai</w:t>
      </w:r>
      <w:r>
        <w:br/>
      </w:r>
      <w:r>
        <w:rPr>
          <w:sz w:val="20"/>
        </w:rPr>
        <w:t>29:29  Is is qism ki policy ka. Yeh policy ke aap doosron ko blame dein, jaise Adam blame dene lagte Iblis ko.</w:t>
      </w:r>
      <w:r>
        <w:br/>
      </w:r>
      <w:r>
        <w:rPr>
          <w:sz w:val="20"/>
        </w:rPr>
        <w:t>29:41  agar adam iblis ko blame dene lagte to yeh zabardast dua na nikalti: rabana zalamna anfusana walam taghfarna lana watarhamna yani kaha hum al-khasireen Allah ne phir qabool kar liya un ko.</w:t>
      </w:r>
      <w:r>
        <w:br/>
      </w:r>
      <w:r>
        <w:rPr>
          <w:sz w:val="20"/>
        </w:rPr>
        <w:t>29:52  yeh na hota.</w:t>
      </w:r>
      <w:r>
        <w:br/>
      </w:r>
      <w:r>
        <w:rPr>
          <w:sz w:val="20"/>
        </w:rPr>
        <w:t>29:55  yeh sochiye is baat ko ke adam agar yeh karte ke bas iblis ko bura bhala kehna shuru kar dete ke iblis ne sazish ki, iblis ne conspiracy ki, iblis ne yeh kiya, iblis ne woh kiya,</w:t>
      </w:r>
      <w:r>
        <w:br/>
      </w:r>
      <w:r>
        <w:rPr>
          <w:sz w:val="20"/>
        </w:rPr>
        <w:t>30:12  to yeh kya hota? khud apne ko mehroom karte hue,</w:t>
      </w:r>
      <w:r>
        <w:br/>
      </w:r>
      <w:r>
        <w:rPr>
          <w:sz w:val="20"/>
        </w:rPr>
        <w:t>30:20  un ke andar repentance na aata, un ke andar apni rethinking na jaagti. un ke andar un ko yeh na tofeeq milti ke Allah taala se phir se dua karein.</w:t>
      </w:r>
      <w:r>
        <w:br/>
      </w:r>
      <w:r>
        <w:rPr>
          <w:sz w:val="20"/>
        </w:rPr>
        <w:t>30:37  aur yeh shandar dua jo Quran majeed mein aayi hai, jo qabool ho gayi, yeh Quran majeed mein aayi hai ke qabool kar liya Allah taala ne. yeh yeh dua itni zabardast dua hai ke Quran mein is ka ailan hai ke qabool kar li gayi.</w:t>
      </w:r>
      <w:r>
        <w:br/>
      </w:r>
      <w:r>
        <w:rPr>
          <w:sz w:val="20"/>
        </w:rPr>
        <w:t>30:51  to yeh kahan se hota? yahi haal, yahi haal aaj musalmanon ka hai. yani sari dunya mein musalman negative kyon bane hue hain?</w:t>
      </w:r>
      <w:r>
        <w:br/>
      </w:r>
      <w:r>
        <w:rPr>
          <w:sz w:val="20"/>
        </w:rPr>
        <w:t>31:01  jis se mili hai, wahi negative hai. manfi baat bolta hai. kam az kam mein boodha ho gaya, ek insan mein nahi paya apne is group ke bahar jo kahin na kahin negative na ho.</w:t>
      </w:r>
      <w:r>
        <w:br/>
      </w:r>
      <w:r>
        <w:rPr>
          <w:sz w:val="20"/>
        </w:rPr>
        <w:t>31:16  koi soch raha hai hindu ke khilaf, koi soch raha hai ISS ke khilaf, koi soch raha hai America ke khilaf, koi soch raha hai yahoodi ke khilaf, koi soch raha hai angrezon ke khilaf.</w:t>
      </w:r>
      <w:r>
        <w:br/>
      </w:r>
      <w:r>
        <w:rPr>
          <w:sz w:val="20"/>
        </w:rPr>
        <w:t>31:26  har ek kisi na kisi ke khilaf sochne mein mubtala hai.</w:t>
      </w:r>
      <w:r>
        <w:br/>
      </w:r>
      <w:r>
        <w:rPr>
          <w:sz w:val="20"/>
        </w:rPr>
        <w:t>31:33  negative soch se kam az kam mein ne to na koi aadmi paya, na koi kitab payi, na koi magazine paya, na koi akhbar paya.</w:t>
      </w:r>
      <w:r>
        <w:br/>
      </w:r>
      <w:r>
        <w:rPr>
          <w:sz w:val="20"/>
        </w:rPr>
        <w:t>31:42  aap ko mila ho to mujhe telephone kar ke bata dijiyega ke Khuda ke creation plan ko hum ne nahi samjha, na samajh kar ke hum yani yeh karne lage ke jo cheez thi Khuda ke creation plan ki wajah se, us ko hum kisi aur insan ka zulm samajh liya.</w:t>
      </w:r>
      <w:r>
        <w:br/>
      </w:r>
      <w:r>
        <w:rPr>
          <w:sz w:val="20"/>
        </w:rPr>
        <w:t>32:02  yeh to kar raha hai America, yeh to kar raha hai angrez, yeh to kar raha hai yahoodi, yeh to kar raha hai hindu, yeh to kar raha hai ISS.</w:t>
      </w:r>
      <w:r>
        <w:br/>
      </w:r>
      <w:r>
        <w:rPr>
          <w:sz w:val="20"/>
        </w:rPr>
        <w:t>32:10  halanke woh sab jo tha, is liye tha ke Allah taala ne yeh dunya ko banaya hai competition ke base par, challenge ke base par, muqabla ke base par.</w:t>
      </w:r>
      <w:r>
        <w:br/>
      </w:r>
      <w:r>
        <w:rPr>
          <w:sz w:val="20"/>
        </w:rPr>
        <w:t>32:20  yeh sab to hoga, yeh hoga to aap is ki khud is ka precaution lijiye, khud apni planning sahi tarike se kijiye.</w:t>
      </w:r>
      <w:r>
        <w:br/>
      </w:r>
      <w:r>
        <w:rPr>
          <w:sz w:val="20"/>
        </w:rPr>
        <w:t>32:32  dusron ko blame dene se koi faida nahi. isi liye Bible mein hai: "blame thy self".</w:t>
      </w:r>
      <w:r>
        <w:br/>
      </w:r>
      <w:r>
        <w:rPr>
          <w:sz w:val="20"/>
        </w:rPr>
        <w:t>32:40  apne aap ko ilzam do. yeh hai paighambar ka qaul: "blame thy self". apne aap ko ilzam do.</w:t>
      </w:r>
      <w:r>
        <w:br/>
      </w:r>
      <w:r>
        <w:rPr>
          <w:sz w:val="20"/>
        </w:rPr>
        <w:t>32:49  yani sabab apne andar talash karo, kyunke bahar to sabab hai hi nahi.</w:t>
      </w:r>
      <w:r>
        <w:br/>
      </w:r>
      <w:r>
        <w:rPr>
          <w:sz w:val="20"/>
        </w:rPr>
        <w:t>32:57  "blame thy self" ka matlab kya hai? jo guzar gaya, jo ho gaya, us ka sabab apne andar talash karo,</w:t>
      </w:r>
      <w:r>
        <w:br/>
      </w:r>
      <w:r>
        <w:rPr>
          <w:sz w:val="20"/>
        </w:rPr>
        <w:t>33:06  kyunke bahar to hai nahi koi sabab.</w:t>
      </w:r>
      <w:r>
        <w:br/>
      </w:r>
      <w:r>
        <w:rPr>
          <w:sz w:val="20"/>
        </w:rPr>
        <w:t>33:11  yeh hai bohat hi important usool. ise is is se, kyunke ab musalmanon se chhod rakha hai, musalmanon ne ult diya hai mamle ko. har cheez jo is mein guzar rahi hai, dusron par dalte hain.</w:t>
      </w:r>
      <w:r>
        <w:br/>
      </w:r>
      <w:r>
        <w:rPr>
          <w:sz w:val="20"/>
        </w:rPr>
        <w:t>33:24  dusron par. mein bachpan se yeh dekh raha hoon, hamare bachpan mein sara qusoor diya jata tha British ko ke British ne Mughal empire khatam kar diya, British ne khilafat Turki khatam kar di, British yeh kar diya, British ne woh kar diya.</w:t>
      </w:r>
      <w:r>
        <w:br/>
      </w:r>
      <w:r>
        <w:rPr>
          <w:sz w:val="20"/>
        </w:rPr>
        <w:t>33:41  ab kya? America pe ho jata hai ke America ne yeh kiya, America ne woh kiya, yahudiyon ne yeh kiya, yahudiyon ne woh kiya. bachpan se aaj tak mein yeh sun raha hoon ke jitne waqeat hote hain, un sab ko ilzam dusron ko de kar ke hum inhi ke khilaf</w:t>
      </w:r>
      <w:r>
        <w:br/>
      </w:r>
      <w:r>
        <w:rPr>
          <w:sz w:val="20"/>
        </w:rPr>
        <w:t>33:57  sochte rehte hain. nateeja kya hai? sari insaan hamari nafrat ka mozu ban gaye hain. yani musalmanon se insaan dosti nikal gayi hai.</w:t>
      </w:r>
    </w:p>
    <w:p>
      <w:pPr>
        <w:pStyle w:val="Heading2"/>
      </w:pPr>
      <w:r>
        <w:t>Hazrat Umar's thorny path parable on taqwa</w:t>
      </w:r>
    </w:p>
    <w:p>
      <w:r>
        <w:rPr>
          <w:color w:val="666666"/>
          <w:sz w:val="18"/>
        </w:rPr>
        <w:t>Dars-e-Quran June 29, 2007 · 2m 37s · at 26:19 · https://youtu.be/J6t7KRe6Hl8?t=1579</w:t>
      </w:r>
    </w:p>
    <w:p>
      <w:r>
        <w:rPr>
          <w:i/>
        </w:rPr>
        <w:t>“حضرت عمر نے دوسرے صحابی سے پوچھا کہ تقویٰ کیا ہے؟”</w:t>
      </w:r>
    </w:p>
    <w:p>
      <w:r>
        <w:rPr>
          <w:sz w:val="20"/>
        </w:rPr>
        <w:t>26:19  ek do sahabi ke darmiyan baat cheet hui. is mein se ek the Hazrat Umar. Hazrat Umar ne doosre sahabi se poocha ke taqwa kya hai?</w:t>
      </w:r>
      <w:r>
        <w:br/>
      </w:r>
      <w:r>
        <w:rPr>
          <w:sz w:val="20"/>
        </w:rPr>
        <w:t>26:32  to unhone kaha ke kya aap kabhi aise raaste se guzre hain jis ke dono taraf kaante daar jhaadiyan hain?</w:t>
      </w:r>
      <w:r>
        <w:br/>
      </w:r>
      <w:r>
        <w:rPr>
          <w:sz w:val="20"/>
        </w:rPr>
        <w:t>26:46  hal salakta tareeqan dha shawk ke daayein taraf bhi kaante daar jhaadi aur baayein taraf bhi kaante daar jhaadi? to unhone kaha ke haan. to unhone poocha ke phir aap ne kya kiya?</w:t>
      </w:r>
      <w:r>
        <w:br/>
      </w:r>
      <w:r>
        <w:rPr>
          <w:sz w:val="20"/>
        </w:rPr>
        <w:t>26:57  to Hazrat Umar ne kaha ke shivered with tahed</w:t>
      </w:r>
      <w:r>
        <w:br/>
      </w:r>
      <w:r>
        <w:rPr>
          <w:sz w:val="20"/>
        </w:rPr>
        <w:t>27:09  yani apne kapde khoob samet liye aur bachta hua guzar gaya. to unhone kaha ke dhalikattaqwa yahi taqwa hai.</w:t>
      </w:r>
      <w:r>
        <w:br/>
      </w:r>
      <w:r>
        <w:rPr>
          <w:sz w:val="20"/>
        </w:rPr>
        <w:t>27:14  yani is duniya ki zindagi mein aadmi ko kaante daar jhaadiyon ke darmiyan se guzarna padta hai.</w:t>
      </w:r>
      <w:r>
        <w:br/>
      </w:r>
      <w:r>
        <w:rPr>
          <w:sz w:val="20"/>
        </w:rPr>
        <w:t>27:27  kaante daar jhaadiyan kya hain?</w:t>
      </w:r>
      <w:r>
        <w:br/>
      </w:r>
      <w:r>
        <w:rPr>
          <w:sz w:val="20"/>
        </w:rPr>
        <w:t>27:40  Temptation, desires, interest, anger, revenge, malice yeh sab kaante hain zindagi ke.</w:t>
      </w:r>
      <w:r>
        <w:br/>
      </w:r>
      <w:r>
        <w:rPr>
          <w:sz w:val="20"/>
        </w:rPr>
        <w:t>27:45  yeh sab zindagi ke kaante hain. to baar baar aisi soorat-e-haal paida hoti hai ke aadmi kisi na kisi kaante mein ulajh jaaye.</w:t>
      </w:r>
      <w:r>
        <w:br/>
      </w:r>
      <w:r>
        <w:rPr>
          <w:sz w:val="20"/>
        </w:rPr>
        <w:t>27:57  jab aap insaanon ke darmiyan rehte hain to logon ke beech mein rehte hue baar baar aisi soorat-e-haal paida hoti hai. ke kisi na kisi kaante se ulajhne ka mauqa paida ho jaata hai.</w:t>
      </w:r>
      <w:r>
        <w:br/>
      </w:r>
      <w:r>
        <w:rPr>
          <w:sz w:val="20"/>
        </w:rPr>
        <w:t>28:09  kabhi yeh ke aap ko kisi se gussa aa jaata hai. kabhi aisa hota hai ke kisi ke khilaaf aap ka badla jaag uthta hai. inteqaam.</w:t>
      </w:r>
      <w:r>
        <w:br/>
      </w:r>
      <w:r>
        <w:rPr>
          <w:sz w:val="20"/>
        </w:rPr>
        <w:t>28:28  kabhi malice. kabhi aap be salahiyat ban jaate hain. kabhi kisi ke maamle mein aap be salahiyat ho jaate hain. kabhi tashaddud ke jazbaat bhadak uthte hain aap ke andar.</w:t>
      </w:r>
      <w:r>
        <w:br/>
      </w:r>
      <w:r>
        <w:rPr>
          <w:sz w:val="20"/>
        </w:rPr>
        <w:t>28:38  kabhi malis. kabhi aap besalahiyat ban jate hain. kabhi kisi ke mamle mein aap besalahiyat ho jate hain. kabhi tashaddud ke jazbat bhark uthte hain aap ke andar.</w:t>
      </w:r>
      <w:r>
        <w:br/>
      </w:r>
      <w:r>
        <w:rPr>
          <w:sz w:val="20"/>
        </w:rPr>
        <w:t>28:50  kabhi na-insaafi ke jazbaat aap ke andar aajate hain. yeh sab kaante hain.</w:t>
      </w:r>
    </w:p>
    <w:p>
      <w:pPr>
        <w:pStyle w:val="Heading2"/>
      </w:pPr>
      <w:r>
        <w:t>Freedom of choice is why evil exists only in humans</w:t>
      </w:r>
    </w:p>
    <w:p>
      <w:r>
        <w:rPr>
          <w:color w:val="666666"/>
          <w:sz w:val="18"/>
        </w:rPr>
        <w:t>The Creation Plan of God January 4, 2007 Maulana Wahiduddin Khan · 2m 10s · at 22:05 · https://youtu.be/KNQtOQeLgTQ?t=1325</w:t>
      </w:r>
    </w:p>
    <w:p>
      <w:r>
        <w:rPr>
          <w:i/>
        </w:rPr>
        <w:t>“Why does evil exist only within mankind?”</w:t>
      </w:r>
    </w:p>
    <w:p>
      <w:r>
        <w:rPr>
          <w:sz w:val="20"/>
        </w:rPr>
        <w:t>22:05  woh kya hai? woh hai freedom.</w:t>
      </w:r>
      <w:r>
        <w:br/>
      </w:r>
      <w:r>
        <w:rPr>
          <w:sz w:val="20"/>
        </w:rPr>
        <w:t>22:08  ke insaan ko specially, exceptionally freedom of choice diya gaya hai. ab is ki wajah se yeh ho gaya, do option ho gaye.</w:t>
      </w:r>
      <w:r>
        <w:br/>
      </w:r>
      <w:r>
        <w:rPr>
          <w:sz w:val="20"/>
        </w:rPr>
        <w:t>22:20  yani rest of the universe mein ek hi option hai ke woh is guidance ko follow karein. suraj, chand aur sitaron ko ek hi option hai ke woh law of nature ko follow karein.</w:t>
      </w:r>
      <w:r>
        <w:br/>
      </w:r>
      <w:r>
        <w:rPr>
          <w:sz w:val="20"/>
        </w:rPr>
        <w:t>22:34  insaan ke liye do option ho gaye.</w:t>
      </w:r>
      <w:r>
        <w:br/>
      </w:r>
      <w:r>
        <w:rPr>
          <w:sz w:val="20"/>
        </w:rPr>
        <w:t>22:37  ya to follow karein ya deviate karein. ya proper use karein freedom ka ya misuse karein. to do option sirf insaan ko hasil hain.</w:t>
      </w:r>
      <w:r>
        <w:br/>
      </w:r>
      <w:r>
        <w:rPr>
          <w:sz w:val="20"/>
        </w:rPr>
        <w:t>22:49  kisi bhi poori universe mein kisi ko bhi hasil nahi. yani ghaas se le kar kahkashan tak kisi ko do option nahi mila hua hai.</w:t>
      </w:r>
      <w:r>
        <w:br/>
      </w:r>
      <w:r>
        <w:rPr>
          <w:sz w:val="20"/>
        </w:rPr>
        <w:t>22:59  sab ka option ek hai.</w:t>
      </w:r>
      <w:r>
        <w:br/>
      </w:r>
      <w:r>
        <w:rPr>
          <w:sz w:val="20"/>
        </w:rPr>
        <w:t>23:03  from grass se le kar kahkashan tak kisi ke liye do option nahi hain. sirf insaan hai jiske liye do option hain. ya to ya to freedom ko misuse kare ya proper use kare is ka.</w:t>
      </w:r>
      <w:r>
        <w:br/>
      </w:r>
      <w:r>
        <w:rPr>
          <w:sz w:val="20"/>
        </w:rPr>
        <w:t>23:16  to insaan ko chunke do option mil gaya, isi se aisa hua ke evil paida ho gaya. ke insaan jo hai, woh misuse kar ke evil paida karta hai.</w:t>
      </w:r>
      <w:r>
        <w:br/>
      </w:r>
      <w:r>
        <w:rPr>
          <w:sz w:val="20"/>
        </w:rPr>
        <w:t>23:31  evil ka matlab hai woh unjust ban jata hai, woh jhoot bolta hai, woh corruption karta hai, woh aggression karta hai, woh ladai chheerta hai, woh kill karta hai logon ko, woh usurp karta hai,</w:t>
      </w:r>
      <w:r>
        <w:br/>
      </w:r>
      <w:r>
        <w:rPr>
          <w:sz w:val="20"/>
        </w:rPr>
        <w:t>23:45  doosre ke maal ko chheenta hai.</w:t>
      </w:r>
      <w:r>
        <w:br/>
      </w:r>
      <w:r>
        <w:rPr>
          <w:sz w:val="20"/>
        </w:rPr>
        <w:t>23:49  is tarah se moral buraiyan, yeh gheebat karta hai, kisi ko badnaam karta hai khwamkhwah, kisi ke bare mein buri news phailata hai.</w:t>
      </w:r>
      <w:r>
        <w:br/>
      </w:r>
      <w:r>
        <w:rPr>
          <w:sz w:val="20"/>
        </w:rPr>
        <w:t>24:01  to jitne bhi qismein hain evil ki, woh sab result hain kis baat ka? freedom ko misuse karne ka.</w:t>
      </w:r>
      <w:r>
        <w:br/>
      </w:r>
      <w:r>
        <w:rPr>
          <w:sz w:val="20"/>
        </w:rPr>
        <w:t>24:11  freedom ko misuse karne ka.</w:t>
      </w:r>
    </w:p>
    <w:p>
      <w:pPr>
        <w:pStyle w:val="Heading2"/>
      </w:pPr>
      <w:r>
        <w:t>Spiritual experience and secret of patience</w:t>
      </w:r>
    </w:p>
    <w:p>
      <w:r>
        <w:rPr>
          <w:color w:val="666666"/>
          <w:sz w:val="18"/>
        </w:rPr>
        <w:t>The Spiritual Message of Fasting April 29, 2020 Maulana Wahiduddin Khan · 4m 06s · at 37:12 · https://youtu.be/QCqKrVhGUF0?t=2232</w:t>
      </w:r>
    </w:p>
    <w:p>
      <w:r>
        <w:rPr>
          <w:i/>
        </w:rPr>
        <w:t>“Aaj hi main apne ek din ko yaad kar raha tha”</w:t>
      </w:r>
    </w:p>
    <w:p>
      <w:r>
        <w:rPr>
          <w:sz w:val="20"/>
        </w:rPr>
        <w:t>37:12  wohi sachi dua hai. aaj hi mein apne aik din ko yaad kar raha tha jo adam garh mein guzra tha.</w:t>
      </w:r>
      <w:r>
        <w:br/>
      </w:r>
      <w:r>
        <w:rPr>
          <w:sz w:val="20"/>
        </w:rPr>
        <w:t>37:25  adam garh up ka shehar.</w:t>
      </w:r>
      <w:r>
        <w:br/>
      </w:r>
      <w:r>
        <w:rPr>
          <w:sz w:val="20"/>
        </w:rPr>
        <w:t>37:31  wahan mere bare bhai ka ghar tha. is ke qareeb hi jamia masjid thi.</w:t>
      </w:r>
      <w:r>
        <w:br/>
      </w:r>
      <w:r>
        <w:rPr>
          <w:sz w:val="20"/>
        </w:rPr>
        <w:t>37:44  to aik din mein wahan gaya aur us waqt koi namaz ka waqt nahi tha kuch nahi tha to bilkul sunata tha us waqt.</w:t>
      </w:r>
      <w:r>
        <w:br/>
      </w:r>
      <w:r>
        <w:rPr>
          <w:sz w:val="20"/>
        </w:rPr>
        <w:t>37:58  to mein andar gaya to wahan aik papite ka aik peir</w:t>
      </w:r>
      <w:r>
        <w:br/>
      </w:r>
      <w:r>
        <w:rPr>
          <w:sz w:val="20"/>
        </w:rPr>
        <w:t>38:04  tha jis se phool jhad rahe the. is ko dekh kar mein ro para.</w:t>
      </w:r>
      <w:r>
        <w:br/>
      </w:r>
      <w:r>
        <w:rPr>
          <w:sz w:val="20"/>
        </w:rPr>
        <w:t>38:16  to papite ke peir se phool jhad rahe the aur meri aankh se aansu</w:t>
      </w:r>
      <w:r>
        <w:br/>
      </w:r>
      <w:r>
        <w:rPr>
          <w:sz w:val="20"/>
        </w:rPr>
        <w:t>38:23  gir rahe the. us waqt be tazgi ke andaaz mein bilkul mere liye un ki kaise yeh alfaaz nikle ke khudawand tu kab aaye ga mein kab tak tera tere aane ka intezar karoon.</w:t>
      </w:r>
      <w:r>
        <w:br/>
      </w:r>
      <w:r>
        <w:rPr>
          <w:sz w:val="20"/>
        </w:rPr>
        <w:t>38:41  Khawand to kab aaye ga mein kab tak tere aanay ka intezar karoon.</w:t>
      </w:r>
      <w:r>
        <w:br/>
      </w:r>
      <w:r>
        <w:rPr>
          <w:sz w:val="20"/>
        </w:rPr>
        <w:t>38:49  to jab aap</w:t>
      </w:r>
      <w:r>
        <w:br/>
      </w:r>
      <w:r>
        <w:rPr>
          <w:sz w:val="20"/>
        </w:rPr>
        <w:t>38:51  apne aap ko jab doob jatay hain aap sachai mein to aap ko is qism ke tajrubay hotay</w:t>
      </w:r>
      <w:r>
        <w:br/>
      </w:r>
      <w:r>
        <w:rPr>
          <w:sz w:val="20"/>
        </w:rPr>
        <w:t>38:57  hain.</w:t>
      </w:r>
      <w:r>
        <w:br/>
      </w:r>
      <w:r>
        <w:rPr>
          <w:sz w:val="20"/>
        </w:rPr>
        <w:t>39:13  sahib ahmad likhte hain maulana sahib you and javed gandhi both deserve more praise than what you got in the muslim world yet both of you are extremely positive and optimistic about the world what is the secret of your sabr.</w:t>
      </w:r>
      <w:r>
        <w:br/>
      </w:r>
      <w:r>
        <w:rPr>
          <w:sz w:val="20"/>
        </w:rPr>
        <w:t>39:42  bhai mera secret to yahi hai ke mein allah mein jeene wala insan hoon.</w:t>
      </w:r>
      <w:r>
        <w:br/>
      </w:r>
      <w:r>
        <w:rPr>
          <w:sz w:val="20"/>
        </w:rPr>
        <w:t>39:52  kisi ko mein</w:t>
      </w:r>
      <w:r>
        <w:br/>
      </w:r>
      <w:r>
        <w:rPr>
          <w:sz w:val="20"/>
        </w:rPr>
        <w:t>39:59  kisi ko mein apna</w:t>
      </w:r>
      <w:r>
        <w:br/>
      </w:r>
      <w:r>
        <w:rPr>
          <w:sz w:val="20"/>
        </w:rPr>
        <w:t>40:08  bara nahi samajhta. mein sirf allah ko apna bara samajhta hoon.</w:t>
      </w:r>
      <w:r>
        <w:br/>
      </w:r>
      <w:r>
        <w:rPr>
          <w:sz w:val="20"/>
        </w:rPr>
        <w:t>40:18  bas yahi meri zindagi hai.</w:t>
      </w:r>
      <w:r>
        <w:br/>
      </w:r>
      <w:r>
        <w:rPr>
          <w:sz w:val="20"/>
        </w:rPr>
        <w:t>40:22  wo keh rahe hain ke logon ne aap ko woh ahmiyat nahi di jo aap ko milni chahiye thi phir bhi aap ke andar bohat ziyada sabr hai aur positive hain to is ka secret kya hai?</w:t>
      </w:r>
      <w:r>
        <w:br/>
      </w:r>
      <w:r>
        <w:rPr>
          <w:sz w:val="20"/>
        </w:rPr>
        <w:t>40:34  mujhe is ka iqdar hi nahi ke koi mujhe darja de. yahi yahi sabr yahi is ka secret hai.</w:t>
      </w:r>
      <w:r>
        <w:br/>
      </w:r>
      <w:r>
        <w:rPr>
          <w:sz w:val="20"/>
        </w:rPr>
        <w:t>40:45  kisi insaniyat kisi insan ke appreciation ka mujhe intezar hi nahi hai.</w:t>
      </w:r>
      <w:r>
        <w:br/>
      </w:r>
      <w:r>
        <w:rPr>
          <w:sz w:val="20"/>
        </w:rPr>
        <w:t>40:55  allah rab ul alameen ko mein ne discover kar liya yahi mera sab se bara سرمایہ hai.</w:t>
      </w:r>
      <w:r>
        <w:br/>
      </w:r>
      <w:r>
        <w:rPr>
          <w:sz w:val="20"/>
        </w:rPr>
        <w:t>41:06  sab se bara.</w:t>
      </w:r>
    </w:p>
    <w:p>
      <w:pPr>
        <w:pStyle w:val="Heading2"/>
      </w:pPr>
      <w:r>
        <w:t>Speaking against others is a boomerang that harms yourself</w:t>
      </w:r>
    </w:p>
    <w:p>
      <w:r>
        <w:rPr>
          <w:color w:val="666666"/>
          <w:sz w:val="18"/>
        </w:rPr>
        <w:t>The Problem of Misunderstanding January 1, 2008 Maulana Wahiduddin Khan · 5m 47s · at 48:02 · https://youtu.be/LdzzoBvyaD0?t=2882</w:t>
      </w:r>
    </w:p>
    <w:p>
      <w:r>
        <w:rPr>
          <w:i/>
        </w:rPr>
        <w:t>“When you speak against someone, it's not simple at all”</w:t>
      </w:r>
    </w:p>
    <w:p>
      <w:r>
        <w:rPr>
          <w:sz w:val="20"/>
        </w:rPr>
        <w:t>48:02  e. woh aisa bura hai, woh aisa kharab hai, is mein yeh burai hai, is mein yeh kami hai. yeh saada baat nahi hai. yeh bas samajhye ke aap ne doosre ke baray mein ek manfi tabasra diya.</w:t>
      </w:r>
      <w:r>
        <w:br/>
      </w:r>
      <w:r>
        <w:rPr>
          <w:sz w:val="20"/>
        </w:rPr>
        <w:t>48:14  nahin. apne aap ke andar aap ne ek manfi shakhsiyat tayyar ki. yeh samajh lijiye.</w:t>
      </w:r>
      <w:r>
        <w:br/>
      </w:r>
      <w:r>
        <w:rPr>
          <w:sz w:val="20"/>
        </w:rPr>
        <w:t>48:25  yani bazahir to aisa lagta hai ke aap kisi aur ke baray mein ek manfi goli bol rahe hain. doosre ke baray mein nafrat zahir kar rahe hain.</w:t>
      </w:r>
      <w:r>
        <w:br/>
      </w:r>
      <w:r>
        <w:rPr>
          <w:sz w:val="20"/>
        </w:rPr>
        <w:t>48:38  doosre ke baray mein ek shikayati baat kar rahe hain. lekin is se zyada bara pehlu kya hai?</w:t>
      </w:r>
      <w:r>
        <w:br/>
      </w:r>
      <w:r>
        <w:rPr>
          <w:sz w:val="20"/>
        </w:rPr>
        <w:t>48:46  ke aisa karte hue apne andar aap manfi shakhsiyat bana rahe hain. aur manfi shakhsiyat se zyada buri cheez aur koi nahi.</w:t>
      </w:r>
      <w:r>
        <w:br/>
      </w:r>
      <w:r>
        <w:rPr>
          <w:sz w:val="20"/>
        </w:rPr>
        <w:t>48:59  to yaad rakhiye yeh bohat hi aham nukta hai. ke jab bhi hum kisi doosre se koi rawaiyya karte hain, is rawaiyya ke waqt hum apne andar ek cheez paida kar rahe hote hain.</w:t>
      </w:r>
      <w:r>
        <w:br/>
      </w:r>
      <w:r>
        <w:rPr>
          <w:sz w:val="20"/>
        </w:rPr>
        <w:t>49:18  doosre se agar aap ne musbat rawaiyya kiya to aap ke andar musbat shakhsiyat banegi.</w:t>
      </w:r>
      <w:r>
        <w:br/>
      </w:r>
      <w:r>
        <w:rPr>
          <w:sz w:val="20"/>
        </w:rPr>
        <w:t>49:25  doosre se aap ne manfi rawaiyya kiya to aap ke apne andar manfi shakhsiyat banegi.</w:t>
      </w:r>
      <w:r>
        <w:br/>
      </w:r>
      <w:r>
        <w:rPr>
          <w:sz w:val="20"/>
        </w:rPr>
        <w:t>49:35  to log samajhte hain ke bas yeh to doosre ke baray mein bol raha hoon main. doosre ke baray mein main manfi tabasra de raha hoon. yeh bohat bhari bhool hai.</w:t>
      </w:r>
      <w:r>
        <w:br/>
      </w:r>
      <w:r>
        <w:rPr>
          <w:sz w:val="20"/>
        </w:rPr>
        <w:t>49:46  bohat bhari ghalati hai.</w:t>
      </w:r>
      <w:r>
        <w:br/>
      </w:r>
      <w:r>
        <w:rPr>
          <w:sz w:val="20"/>
        </w:rPr>
        <w:t>49:50  doosre ke khilaf bolna apne baray mein ek ek bohat bari cheez karna hai.</w:t>
      </w:r>
      <w:r>
        <w:br/>
      </w:r>
      <w:r>
        <w:rPr>
          <w:sz w:val="20"/>
        </w:rPr>
        <w:t>50:00  ke isi ke beech mein, isi ke darmiyan aap ke andar ek shakhsiyat ban rahi hoti hai.</w:t>
      </w:r>
      <w:r>
        <w:br/>
      </w:r>
      <w:r>
        <w:rPr>
          <w:sz w:val="20"/>
        </w:rPr>
        <w:t>50:11  to aap ko is se agar aap chahte hain, agar aap agar aap khud apne baray mein humdardi hain, apne khair khwah hain, to doosre ke baray mein bhi aap ko khair khwah banna parhe ga.</w:t>
      </w:r>
      <w:r>
        <w:br/>
      </w:r>
      <w:r>
        <w:rPr>
          <w:sz w:val="20"/>
        </w:rPr>
        <w:t>50:23  yad rakhiye jab jab aap doosre ke bare mein khair khwah banenge tab hi apne bare mein bhi khair khwah ban payenge. jab doosre ka mafad aap sochenge tab bhi aap ka mafad apna soch payenge.</w:t>
      </w:r>
      <w:r>
        <w:br/>
      </w:r>
      <w:r>
        <w:rPr>
          <w:sz w:val="20"/>
        </w:rPr>
        <w:t>50:36  jab doosre ke bare mein aap hamdard honge tab hi aap apne bare mein hamdard ho payenge.</w:t>
      </w:r>
      <w:r>
        <w:br/>
      </w:r>
      <w:r>
        <w:rPr>
          <w:sz w:val="20"/>
        </w:rPr>
        <w:t>50:46  yeh bohat hi zyada aham baat hai.</w:t>
      </w:r>
      <w:r>
        <w:br/>
      </w:r>
      <w:r>
        <w:rPr>
          <w:sz w:val="20"/>
        </w:rPr>
        <w:t>50:51  har lamha, har second, har lamha aap apne andar koi na koi shakhsiyat bana rahe hote hain.</w:t>
      </w:r>
      <w:r>
        <w:br/>
      </w:r>
      <w:r>
        <w:rPr>
          <w:sz w:val="20"/>
        </w:rPr>
        <w:t>51:02  ek aadmi ne ek baar kaha ke insaan har lamha apne aap ko nikharta rehta hai. insaan har lamha apne aap ko nikharta rehta hai.</w:t>
      </w:r>
      <w:r>
        <w:br/>
      </w:r>
      <w:r>
        <w:rPr>
          <w:sz w:val="20"/>
        </w:rPr>
        <w:t>51:13  yaani jaisa mein hoon waisa mein bahar aata rehta hoon. lekin yeh abhi abhi abhi aadhi baat hai. yaani yeh masla itna hi nahi ke mein apne aap ko nikharta hoon.</w:t>
      </w:r>
      <w:r>
        <w:br/>
      </w:r>
      <w:r>
        <w:rPr>
          <w:sz w:val="20"/>
        </w:rPr>
        <w:t>51:27  balkeh doosron se jo rawaiyya mera hai, is rawaiyye ke karte hue, is rawaiyye ke dauran mein apne andar ek shakhsiyat bana raha hota hoon.</w:t>
      </w:r>
      <w:r>
        <w:br/>
      </w:r>
      <w:r>
        <w:rPr>
          <w:sz w:val="20"/>
        </w:rPr>
        <w:t>51:42  mere andar jo shakhsiyat ban rahi hoti hai is ka barah e raast taluq is se hai ke mein kaise bolta hoon, kaise rawaiyya karta hoon, doosron ke sath mera kya dealing hoti hai.</w:t>
      </w:r>
      <w:r>
        <w:br/>
      </w:r>
      <w:r>
        <w:rPr>
          <w:sz w:val="20"/>
        </w:rPr>
        <w:t>51:53  is se barah e raast juri hui hai yeh.</w:t>
      </w:r>
      <w:r>
        <w:br/>
      </w:r>
      <w:r>
        <w:rPr>
          <w:sz w:val="20"/>
        </w:rPr>
        <w:t>51:56  alag nahi hai. doosre ke sath jo aap ka rawaiyya hoga usi ke mutabiq aap ke andar ki shakhsiyat banegi.</w:t>
      </w:r>
      <w:r>
        <w:br/>
      </w:r>
      <w:r>
        <w:rPr>
          <w:sz w:val="20"/>
        </w:rPr>
        <w:t>52:06  to khud apni khair khwahi ke liye, khud mafad ke liye aap ko yeh karna padega ke aap doosre ke bare mein bure na banein. doosre ke bare mein bure na banein.</w:t>
      </w:r>
      <w:r>
        <w:br/>
      </w:r>
      <w:r>
        <w:rPr>
          <w:sz w:val="20"/>
        </w:rPr>
        <w:t>52:21  mein samajhta hoon ke yeh bohat zyada sochne ki baat hai. bohat zyada sochne ki baat hai.</w:t>
      </w:r>
      <w:r>
        <w:br/>
      </w:r>
      <w:r>
        <w:rPr>
          <w:sz w:val="20"/>
        </w:rPr>
        <w:t>52:32  yaani farz karein aap ne kisi ko pathar mara.</w:t>
      </w:r>
      <w:r>
        <w:br/>
      </w:r>
      <w:r>
        <w:rPr>
          <w:sz w:val="20"/>
        </w:rPr>
        <w:t>52:37  is pathar se us ko chot lagi. us ko khoon nikla. to yeh sirf doosre ka mamla nahi hai. doosre ka mamla nahi hai.</w:t>
      </w:r>
      <w:r>
        <w:br/>
      </w:r>
      <w:r>
        <w:rPr>
          <w:sz w:val="20"/>
        </w:rPr>
        <w:t>52:47  doosre ko pathar marte hue aap ne kya kiya? apne andar nafrat ko ikattha kiya. apne andar tashaddud ko ikattha kiya.</w:t>
      </w:r>
      <w:r>
        <w:br/>
      </w:r>
      <w:r>
        <w:rPr>
          <w:sz w:val="20"/>
        </w:rPr>
        <w:t>52:57  apne andar ghair bardasht ko ikattha kiya. yeh aisa boom rang mamla hai yeh. boom rang. aisa kabhi nahi ho sakta ke aap doosron ke sath jo dealing kar rahe hon woh bas doosron ke bare mein ho, aap ka apne bare mein na ho.</w:t>
      </w:r>
      <w:r>
        <w:br/>
      </w:r>
      <w:r>
        <w:rPr>
          <w:sz w:val="20"/>
        </w:rPr>
        <w:t>53:18  to jab Hazrat Masih ne kaha ke mohabbat apne dushman ke sath karo, is ka ek matlab yeh bhi hai ke dushman ke sath mohabbat ka sulook karo to tumhare andar, tumhare dil mein mohabbat ke jazbat jo hain woh ikatthe karenge.</w:t>
      </w:r>
      <w:r>
        <w:br/>
      </w:r>
      <w:r>
        <w:rPr>
          <w:sz w:val="20"/>
        </w:rPr>
        <w:t>53:35  mohabbat ke jazbat jo hain woh paida honge. yaani apne aap ko mohabbat wali shakhsiyat banana apne andar. is ke liye zaroori hai ke doosron ke sath aap mohabbat ka sulook karein.</w:t>
      </w:r>
    </w:p>
    <w:p>
      <w:pPr>
        <w:pStyle w:val="Heading2"/>
      </w:pPr>
      <w:r>
        <w:t>Childhood moon story reveals human nature seeking God</w:t>
      </w:r>
    </w:p>
    <w:p>
      <w:r>
        <w:rPr>
          <w:color w:val="666666"/>
          <w:sz w:val="18"/>
        </w:rPr>
        <w:t>The Glory Of God 5 February 2006 - Maulana Wahiduddin Khan · 3m 48s · at 10:41 · https://youtu.be/Yah55gLyV8I?t=641</w:t>
      </w:r>
    </w:p>
    <w:p>
      <w:r>
        <w:rPr>
          <w:i/>
        </w:rPr>
        <w:t>“Main bahut chhota tha to maine likhna shuru kar diya tha”</w:t>
      </w:r>
    </w:p>
    <w:p>
      <w:r>
        <w:rPr>
          <w:sz w:val="20"/>
        </w:rPr>
        <w:t>10:41  main bahut jab chhota tha, bachcha jo tha, to mujhe yaad hai ke bachche hi se maine likhna shuru kar diya tha.</w:t>
      </w:r>
      <w:r>
        <w:br/>
      </w:r>
      <w:r>
        <w:rPr>
          <w:sz w:val="20"/>
        </w:rPr>
        <w:t>10:51  likhne ka kaam maine bachpan hi se shuru kar diya tha. to main gaon mein rehta tha.</w:t>
      </w:r>
      <w:r>
        <w:br/>
      </w:r>
      <w:r>
        <w:rPr>
          <w:sz w:val="20"/>
        </w:rPr>
        <w:t>10:57  aap ko agar yeh tajurba hua ho to aap jante hain, aasman par chaudhvin raat ka chand chamak raha ho aap ke sir ke upar.</w:t>
      </w:r>
      <w:r>
        <w:br/>
      </w:r>
      <w:r>
        <w:rPr>
          <w:sz w:val="20"/>
        </w:rPr>
        <w:t>11:09  to us waqt agar aap zameen par chalte hain to aisa lagta hai dekhne mein ke chand bhi aap ke sath chal raha hai.</w:t>
      </w:r>
      <w:r>
        <w:br/>
      </w:r>
      <w:r>
        <w:rPr>
          <w:sz w:val="20"/>
        </w:rPr>
        <w:t>11:17  aap ne agar kabhi tajurba kiya ho ke aap ke upar chand chamak raha hai, aap ke sir ke upar full moon.</w:t>
      </w:r>
      <w:r>
        <w:br/>
      </w:r>
      <w:r>
        <w:rPr>
          <w:sz w:val="20"/>
        </w:rPr>
        <w:t>11:27  aur zameen par aap chalen to lagta hai ke chand bhi aap ke sath chal raha hai. to mujhe yaad hai ke maine is zamane mein jo sab shayad sab se pehla likha tha, pehli cheez, pehla item.</w:t>
      </w:r>
      <w:r>
        <w:br/>
      </w:r>
      <w:r>
        <w:rPr>
          <w:sz w:val="20"/>
        </w:rPr>
        <w:t>11:43  to woh paper shayad ab bhi kahin mehfooz ho.</w:t>
      </w:r>
      <w:r>
        <w:br/>
      </w:r>
      <w:r>
        <w:rPr>
          <w:sz w:val="20"/>
        </w:rPr>
        <w:t>11:46  woh chand line ka ek item tha. is mein maine likha tha, is ke taqreeban yahi is ke words the.</w:t>
      </w:r>
      <w:r>
        <w:br/>
      </w:r>
      <w:r>
        <w:rPr>
          <w:sz w:val="20"/>
        </w:rPr>
        <w:t>11:59  keh aik bachcha apni maan se kehta hai. aik bachcha apni maan se kehta hai keh maan, dekho chand mujh ko kitna zyada pyar karta hai.</w:t>
      </w:r>
      <w:r>
        <w:br/>
      </w:r>
      <w:r>
        <w:rPr>
          <w:sz w:val="20"/>
        </w:rPr>
        <w:t>12:13  jab mein chalta hoon to chand bhi mere saath chalne lagta hai. bachpan mein yeh linein mein ne likhi theen. keh maan, dekho chand mujh se kitna zyada pyar karta hai.</w:t>
      </w:r>
      <w:r>
        <w:br/>
      </w:r>
      <w:r>
        <w:rPr>
          <w:sz w:val="20"/>
        </w:rPr>
        <w:t>12:31  jab mein chalta hoon to chand bhi mere saath chalne lagta hai.</w:t>
      </w:r>
      <w:r>
        <w:br/>
      </w:r>
      <w:r>
        <w:rPr>
          <w:sz w:val="20"/>
        </w:rPr>
        <w:t>12:37  aaj mein sochta hoon keh aisa maani kyun likha?</w:t>
      </w:r>
      <w:r>
        <w:br/>
      </w:r>
      <w:r>
        <w:rPr>
          <w:sz w:val="20"/>
        </w:rPr>
        <w:t>12:42  unconsciousli yeh meri nature bol rahi thi. har insaan ka nature chahta hai keh</w:t>
      </w:r>
      <w:r>
        <w:br/>
      </w:r>
      <w:r>
        <w:rPr>
          <w:sz w:val="20"/>
        </w:rPr>
        <w:t>12:52  jo reality hai us se is ka contact ho. cosmic realities.</w:t>
      </w:r>
      <w:r>
        <w:br/>
      </w:r>
      <w:r>
        <w:rPr>
          <w:sz w:val="20"/>
        </w:rPr>
        <w:t>13:01  hum se oopar jo aik sachai hai us se mera contact ho. woh mere saath chale aur mein us ke saath chaloon.</w:t>
      </w:r>
      <w:r>
        <w:br/>
      </w:r>
      <w:r>
        <w:rPr>
          <w:sz w:val="20"/>
        </w:rPr>
        <w:t>13:11  us se mera conversation ho. woh mujh ko pyar kare aur mein us ko pyar karoon.</w:t>
      </w:r>
      <w:r>
        <w:br/>
      </w:r>
      <w:r>
        <w:rPr>
          <w:sz w:val="20"/>
        </w:rPr>
        <w:t>13:21  mein samajhta hoon keh yeh mera aur har insaan ka jo nature hai isi ne reflect kiya tha meri un lineon mein.</w:t>
      </w:r>
      <w:r>
        <w:br/>
      </w:r>
      <w:r>
        <w:rPr>
          <w:sz w:val="20"/>
        </w:rPr>
        <w:t>13:32  keh jab mein ne kaha likha keh maan, dekho chand mujh se kitna zyada pyar karta hai. jab mein chalta hoon to woh bhi mere saath chalne lagta hai.</w:t>
      </w:r>
      <w:r>
        <w:br/>
      </w:r>
      <w:r>
        <w:rPr>
          <w:sz w:val="20"/>
        </w:rPr>
        <w:t>13:45  yeh cheez baat ko mujhe discovery ke darje mein mili. us waqt to aik bachpan ka aik aik base wajah samajha.</w:t>
      </w:r>
      <w:r>
        <w:br/>
      </w:r>
      <w:r>
        <w:rPr>
          <w:sz w:val="20"/>
        </w:rPr>
        <w:t>13:57  aik taassur tha, aik reflection tha.</w:t>
      </w:r>
      <w:r>
        <w:br/>
      </w:r>
      <w:r>
        <w:rPr>
          <w:sz w:val="20"/>
        </w:rPr>
        <w:t>14:00  us waqt mein is ki gehraiyon ko nahin jaanta tha. aaj mein sochta hoon to lagta hai keh meri nature thi jo boli. jo har insaan ke andar hai.</w:t>
      </w:r>
      <w:r>
        <w:br/>
      </w:r>
      <w:r>
        <w:rPr>
          <w:sz w:val="20"/>
        </w:rPr>
        <w:t>14:11  har insaan ke andar aik chupi hui arz hai. keh mujh se bhi bara koi hai.</w:t>
      </w:r>
      <w:r>
        <w:br/>
      </w:r>
      <w:r>
        <w:rPr>
          <w:sz w:val="20"/>
        </w:rPr>
        <w:t>14:20  mujh se bhi oopar koi hai. aur woh chahta hai keh us se is ka contact ho.</w:t>
      </w:r>
    </w:p>
    <w:p>
      <w:pPr>
        <w:pStyle w:val="Heading2"/>
      </w:pPr>
      <w:r>
        <w:t>Unilateral ethics and true gratitude</w:t>
      </w:r>
    </w:p>
    <w:p>
      <w:r>
        <w:rPr>
          <w:color w:val="666666"/>
          <w:sz w:val="18"/>
        </w:rPr>
        <w:t>Art of War and Islam · 6m 06s · at 50:20 · https://youtu.be/LvYP_pf17S0?t=3020</w:t>
      </w:r>
    </w:p>
    <w:p>
      <w:r>
        <w:rPr>
          <w:i/>
        </w:rPr>
        <w:t>“Wa tawaso bi-sabre, wa tawaso bil-marhamah”</w:t>
      </w:r>
    </w:p>
    <w:p>
      <w:r>
        <w:rPr>
          <w:sz w:val="20"/>
        </w:rPr>
        <w:t>50:20  "Wa tawaso bi-sabre, wa tawaso bil-marhamah."</w:t>
      </w:r>
      <w:r>
        <w:br/>
      </w:r>
      <w:r>
        <w:rPr>
          <w:sz w:val="20"/>
        </w:rPr>
        <w:t>50:27  So this is the Islamic concept of morality. This is the Islamic concept of ethics.</w:t>
      </w:r>
      <w:r>
        <w:br/>
      </w:r>
      <w:r>
        <w:rPr>
          <w:sz w:val="20"/>
        </w:rPr>
        <w:t>50:40  It is based on unilateral principles. It is based on unilateral principles.</w:t>
      </w:r>
      <w:r>
        <w:br/>
      </w:r>
      <w:r>
        <w:rPr>
          <w:sz w:val="20"/>
        </w:rPr>
        <w:t>50:53  Once the Prophet of Islam said to one of his companions, "Do you want to find entry into Paradise?</w:t>
      </w:r>
      <w:r>
        <w:br/>
      </w:r>
      <w:r>
        <w:rPr>
          <w:sz w:val="20"/>
        </w:rPr>
        <w:t>51:06  " He said, "Yes." The Prophet of Islam said,</w:t>
      </w:r>
      <w:r>
        <w:br/>
      </w:r>
      <w:r>
        <w:rPr>
          <w:sz w:val="20"/>
        </w:rPr>
        <w:t>51:13  "You have to live without malice among people."</w:t>
      </w:r>
      <w:r>
        <w:br/>
      </w:r>
      <w:r>
        <w:rPr>
          <w:sz w:val="20"/>
        </w:rPr>
        <w:t>51:26  "Live among people without having any kind of malice." So how is it possible?</w:t>
      </w:r>
      <w:r>
        <w:br/>
      </w:r>
      <w:r>
        <w:rPr>
          <w:sz w:val="20"/>
        </w:rPr>
        <w:t>51:37  How is it possible?</w:t>
      </w:r>
      <w:r>
        <w:br/>
      </w:r>
      <w:r>
        <w:rPr>
          <w:sz w:val="20"/>
        </w:rPr>
        <w:t>51:43  Because everywhere there are differences, everywhere there are problems, everywhere there are things against your interest,</w:t>
      </w:r>
      <w:r>
        <w:br/>
      </w:r>
      <w:r>
        <w:rPr>
          <w:sz w:val="20"/>
        </w:rPr>
        <w:t>52:02  everywhere there are</w:t>
      </w:r>
      <w:r>
        <w:br/>
      </w:r>
      <w:r>
        <w:rPr>
          <w:sz w:val="20"/>
        </w:rPr>
        <w:t>52:07  such situations that create problems</w:t>
      </w:r>
      <w:r>
        <w:br/>
      </w:r>
      <w:r>
        <w:rPr>
          <w:sz w:val="20"/>
        </w:rPr>
        <w:t>52:15  for you.</w:t>
      </w:r>
      <w:r>
        <w:br/>
      </w:r>
      <w:r>
        <w:rPr>
          <w:sz w:val="20"/>
        </w:rPr>
        <w:t>52:18  So everywhere there are</w:t>
      </w:r>
      <w:r>
        <w:br/>
      </w:r>
      <w:r>
        <w:rPr>
          <w:sz w:val="20"/>
        </w:rPr>
        <w:t>52:34  things that are quite against you.</w:t>
      </w:r>
      <w:r>
        <w:br/>
      </w:r>
      <w:r>
        <w:rPr>
          <w:sz w:val="20"/>
        </w:rPr>
        <w:t>52:45  So what to do?</w:t>
      </w:r>
      <w:r>
        <w:br/>
      </w:r>
      <w:r>
        <w:rPr>
          <w:sz w:val="20"/>
        </w:rPr>
        <w:t>52:48  The only possible option is to be patient, to be patient.</w:t>
      </w:r>
      <w:r>
        <w:br/>
      </w:r>
      <w:r>
        <w:rPr>
          <w:sz w:val="20"/>
        </w:rPr>
        <w:t>52:58  You are not if you are not ready to keep patience, then you cannot keep the way of Islamic principles.</w:t>
      </w:r>
      <w:r>
        <w:br/>
      </w:r>
      <w:r>
        <w:rPr>
          <w:sz w:val="20"/>
        </w:rPr>
        <w:t>53:11  All the Islamic principles are based on unilateralism. Islam</w:t>
      </w:r>
      <w:r>
        <w:br/>
      </w:r>
      <w:r>
        <w:rPr>
          <w:sz w:val="20"/>
        </w:rPr>
        <w:t>53:25  ic ethics is unilateral ethics, not and not bilateral ethics. According to Islam, bilateral ethics is not possible.</w:t>
      </w:r>
      <w:r>
        <w:br/>
      </w:r>
      <w:r>
        <w:rPr>
          <w:sz w:val="20"/>
        </w:rPr>
        <w:t>53:41  Only unilateral ethics are possible.</w:t>
      </w:r>
      <w:r>
        <w:br/>
      </w:r>
      <w:r>
        <w:rPr>
          <w:sz w:val="20"/>
        </w:rPr>
        <w:t>53:49  So we have to know</w:t>
      </w:r>
      <w:r>
        <w:br/>
      </w:r>
      <w:r>
        <w:rPr>
          <w:sz w:val="20"/>
        </w:rPr>
        <w:t>53:54  this very important point. We have to know this very important point.</w:t>
      </w:r>
      <w:r>
        <w:br/>
      </w:r>
      <w:r>
        <w:rPr>
          <w:sz w:val="20"/>
        </w:rPr>
        <w:t>54:06  You know the first verse of the Qur'an is "Alhamdulillah." First verse, the very first verse, "Alhamdulillah." "Alhamdulillah" means</w:t>
      </w:r>
      <w:r>
        <w:br/>
      </w:r>
      <w:r>
        <w:rPr>
          <w:sz w:val="20"/>
        </w:rPr>
        <w:t>54:22  "Hamd" means "Shukr."</w:t>
      </w:r>
      <w:r>
        <w:br/>
      </w:r>
      <w:r>
        <w:rPr>
          <w:sz w:val="20"/>
        </w:rPr>
        <w:t>54:28  So you say, "Oh God, Shukr for You, Hamd for You, Thanksgiving for You." So how is it possible?</w:t>
      </w:r>
      <w:r>
        <w:br/>
      </w:r>
      <w:r>
        <w:rPr>
          <w:sz w:val="20"/>
        </w:rPr>
        <w:t>54:42  How can you say "Alhamdulillah" if your mind is full of negative thoughts?</w:t>
      </w:r>
      <w:r>
        <w:br/>
      </w:r>
      <w:r>
        <w:rPr>
          <w:sz w:val="20"/>
        </w:rPr>
        <w:t>54:53  "Alhamdulillah" is the gist of the Qur'an. You know "Alhamdulillah" is the first verse of the Qur'an. And "Alhamdulillah" is the gist of the Qur'an.</w:t>
      </w:r>
      <w:r>
        <w:br/>
      </w:r>
      <w:r>
        <w:rPr>
          <w:sz w:val="20"/>
        </w:rPr>
        <w:t>55:06  So</w:t>
      </w:r>
      <w:r>
        <w:br/>
      </w:r>
      <w:r>
        <w:rPr>
          <w:sz w:val="20"/>
        </w:rPr>
        <w:t>55:10  you have to say "Alhamdulillah" every time in your prayer and also out of the prayers. You have to say "Alhamdulillah." That is, "Oh God,</w:t>
      </w:r>
      <w:r>
        <w:br/>
      </w:r>
      <w:r>
        <w:rPr>
          <w:sz w:val="20"/>
        </w:rPr>
        <w:t>55:24  Shukr for You, Thanksgiving for You." But how can you say this word if you are living in anger, if you are living in malice,</w:t>
      </w:r>
      <w:r>
        <w:br/>
      </w:r>
      <w:r>
        <w:rPr>
          <w:sz w:val="20"/>
        </w:rPr>
        <w:t>55:40  if you are living in negative thoughts?</w:t>
      </w:r>
      <w:r>
        <w:br/>
      </w:r>
      <w:r>
        <w:rPr>
          <w:sz w:val="20"/>
        </w:rPr>
        <w:t>55:42  How can you say "Alhamdulillah"?</w:t>
      </w:r>
      <w:r>
        <w:br/>
      </w:r>
      <w:r>
        <w:rPr>
          <w:sz w:val="20"/>
        </w:rPr>
        <w:t>55:46  So if you are living in a negative spirit, then your "Alhamdulillah" is nothing but lip service.</w:t>
      </w:r>
      <w:r>
        <w:br/>
      </w:r>
      <w:r>
        <w:rPr>
          <w:sz w:val="20"/>
        </w:rPr>
        <w:t>56:01  If you are living in hate, if you are living in intolerance, if you are living in enmity, if you are living in negativity and you say "Alhamdulillah," this "Alhamdulillah" is nothing but lip service.</w:t>
      </w:r>
    </w:p>
    <w:p>
      <w:pPr>
        <w:pStyle w:val="Heading2"/>
      </w:pPr>
      <w:r>
        <w:t>Gautam Buddha and the dirty milk pot story</w:t>
      </w:r>
    </w:p>
    <w:p>
      <w:r>
        <w:rPr>
          <w:color w:val="666666"/>
          <w:sz w:val="18"/>
        </w:rPr>
        <w:t>The Power of Remembering God Often September 26, 2010 · 3m 21s · at 17:33 · https://youtu.be/GMmwEr7Wt80?t=1053</w:t>
      </w:r>
    </w:p>
    <w:p>
      <w:r>
        <w:rPr>
          <w:i/>
        </w:rPr>
        <w:t>“I often tell people a story about Gautam Buddha”</w:t>
      </w:r>
    </w:p>
    <w:p>
      <w:r>
        <w:rPr>
          <w:sz w:val="20"/>
        </w:rPr>
        <w:t>17:33  main aksar ek qissa bataya karta hoon logon ko, Gautam Buddha ka. woh mujhe bahut hi pasand hai. isi liye main aksar batata hoon.</w:t>
      </w:r>
      <w:r>
        <w:br/>
      </w:r>
      <w:r>
        <w:rPr>
          <w:sz w:val="20"/>
        </w:rPr>
        <w:t>17:44  Gautam Buddha ko ek mulk mein ne, yani ek gwaale ne, apne haan bulaya. us ne kaha ke mere paas gaaye, gaaye ka karobar hota hai, doodh ka.</w:t>
      </w:r>
      <w:r>
        <w:br/>
      </w:r>
      <w:r>
        <w:rPr>
          <w:sz w:val="20"/>
        </w:rPr>
        <w:t>17:58  to main aap ko fresh doodh dena chahta hoon aur main aap se gyaan lena chahta hoon. waise to main yahin pahuncha deta, lekin aap mera yeh, mujhe barkat dijiye, mujhe gyaan dijiye.</w:t>
      </w:r>
      <w:r>
        <w:br/>
      </w:r>
      <w:r>
        <w:rPr>
          <w:sz w:val="20"/>
        </w:rPr>
        <w:t>18:10  to mein</w:t>
      </w:r>
      <w:r>
        <w:br/>
      </w:r>
      <w:r>
        <w:rPr>
          <w:sz w:val="20"/>
        </w:rPr>
        <w:t>18:14  to gautam buddh us ke ghar gaye, ek bartan le gaye saath, lekin bartan ke andar jaan boojh kar unhon ne koi mitti daal di.</w:t>
      </w:r>
      <w:r>
        <w:br/>
      </w:r>
      <w:r>
        <w:rPr>
          <w:sz w:val="20"/>
        </w:rPr>
        <w:t>18:25  to jab unhon ne diya us gwaale ko, us mulk mein ko, to us ne dekha ke us ke andar to mitti hai.</w:t>
      </w:r>
      <w:r>
        <w:br/>
      </w:r>
      <w:r>
        <w:rPr>
          <w:sz w:val="20"/>
        </w:rPr>
        <w:t>18:35  to us ne kya kiya? khoob us ko saaf kiya, achhe tareeke se maash kar ke paani se saaf kiya.</w:t>
      </w:r>
      <w:r>
        <w:br/>
      </w:r>
      <w:r>
        <w:rPr>
          <w:sz w:val="20"/>
        </w:rPr>
        <w:t>18:42  phir fresh milk us ke andar rakha aur la kar ke gautam buddh ko diya.</w:t>
      </w:r>
      <w:r>
        <w:br/>
      </w:r>
      <w:r>
        <w:rPr>
          <w:sz w:val="20"/>
        </w:rPr>
        <w:t>18:50  to gautam buddh us ko le kar chalne lage.</w:t>
      </w:r>
      <w:r>
        <w:br/>
      </w:r>
      <w:r>
        <w:rPr>
          <w:sz w:val="20"/>
        </w:rPr>
        <w:t>18:56  to mulk mein ne kaha ke aap to bas doodh le ke chale ja rahe hain aur hum ko gyaan to diya nahi aap ne.</w:t>
      </w:r>
      <w:r>
        <w:br/>
      </w:r>
      <w:r>
        <w:rPr>
          <w:sz w:val="20"/>
        </w:rPr>
        <w:t>19:04  to gautam buddh ne kaha ke main ne tum ko gyaan de diya.</w:t>
      </w:r>
      <w:r>
        <w:br/>
      </w:r>
      <w:r>
        <w:rPr>
          <w:sz w:val="20"/>
        </w:rPr>
        <w:t>19:10  unhon ne kaha woh kaise? kaha ke dekho, yeh jo bartan hai, yeh jo pot hai, is mein yeh saaf nahi tha.</w:t>
      </w:r>
      <w:r>
        <w:br/>
      </w:r>
      <w:r>
        <w:rPr>
          <w:sz w:val="20"/>
        </w:rPr>
        <w:t>19:24  to tum ne is mein fresh milk rakhna pasand nahi kiya. kyunke fresh milk to kharab ho jata. to is mein safai ki tum ne.</w:t>
      </w:r>
      <w:r>
        <w:br/>
      </w:r>
      <w:r>
        <w:rPr>
          <w:sz w:val="20"/>
        </w:rPr>
        <w:t>19:34  phir tum ne is ke andar taaza doodh, asli doodh rakha is ke andar. to</w:t>
      </w:r>
      <w:r>
        <w:br/>
      </w:r>
      <w:r>
        <w:rPr>
          <w:sz w:val="20"/>
        </w:rPr>
        <w:t>19:41  tumhara jo seena hai, tumhara jo container hai andar ka, woh container hi ganda hai, polluted hai. woh container is mein logon ke baare mein tumhare andar shikayatein hain,</w:t>
      </w:r>
      <w:r>
        <w:br/>
      </w:r>
      <w:r>
        <w:rPr>
          <w:sz w:val="20"/>
        </w:rPr>
        <w:t>19:54  logon ke baare mein talkhiyan hain, logon ke baare mein tumhare andar dushmaniayn hain,</w:t>
      </w:r>
      <w:r>
        <w:br/>
      </w:r>
      <w:r>
        <w:rPr>
          <w:sz w:val="20"/>
        </w:rPr>
        <w:t>20:04  logon ke baare mein tumhare andar hate hai.</w:t>
      </w:r>
      <w:r>
        <w:br/>
      </w:r>
      <w:r>
        <w:rPr>
          <w:sz w:val="20"/>
        </w:rPr>
        <w:t>20:08  to tumhara container jo hai, woh to pollute ho chuka hai, ganda ho chuka hai. to main gyaan rakhun to kahan rakhun?</w:t>
      </w:r>
      <w:r>
        <w:br/>
      </w:r>
      <w:r>
        <w:rPr>
          <w:sz w:val="20"/>
        </w:rPr>
        <w:t>20:19  yeh maamla bahut hi achhe tareeke mein illustrate karta raha hai ke Khuda ki, Khuda ka realization kis ko milta hai, Khuda ki marifat kis ko milti hai.</w:t>
      </w:r>
      <w:r>
        <w:br/>
      </w:r>
      <w:r>
        <w:rPr>
          <w:sz w:val="20"/>
        </w:rPr>
        <w:t>20:33  aur marifat ke baad Khuda ki yaad mein jeene wala kaun ban jata hai?</w:t>
      </w:r>
      <w:r>
        <w:br/>
      </w:r>
      <w:r>
        <w:rPr>
          <w:sz w:val="20"/>
        </w:rPr>
        <w:t>20:40  kis ko zikr e kaseer ki daulat milti hai? woh batata hai. yaani apne seene ko, apne container ko, apne inner container ko paak saaf rakho.</w:t>
      </w:r>
    </w:p>
    <w:p>
      <w:pPr>
        <w:pStyle w:val="Heading2"/>
      </w:pPr>
      <w:r>
        <w:t>A tough question from a listener pushed me to study harder</w:t>
      </w:r>
    </w:p>
    <w:p>
      <w:r>
        <w:rPr>
          <w:color w:val="666666"/>
          <w:sz w:val="18"/>
        </w:rPr>
        <w:t>Divine Personality April 2, 2014 Maulana Wahiduddin Khan · 1m 49s · at 23:42 · https://youtu.be/4F-V__KFzpA?t=1422</w:t>
      </w:r>
    </w:p>
    <w:p>
      <w:r>
        <w:rPr>
          <w:i/>
        </w:rPr>
        <w:t>“I have so many experiences in my life.”</w:t>
      </w:r>
    </w:p>
    <w:p>
      <w:r>
        <w:rPr>
          <w:sz w:val="20"/>
        </w:rPr>
        <w:t>23:42  I have so many experiences in my mind, in life that when I met someone where I wanted to convey the message of Islam to someone he raised some question.</w:t>
      </w:r>
      <w:r>
        <w:br/>
      </w:r>
      <w:r>
        <w:rPr>
          <w:sz w:val="20"/>
        </w:rPr>
        <w:t>24:00  That question, that question</w:t>
      </w:r>
      <w:r>
        <w:br/>
      </w:r>
      <w:r>
        <w:rPr>
          <w:sz w:val="20"/>
        </w:rPr>
        <w:t>24:08  made me rethinking.</w:t>
      </w:r>
      <w:r>
        <w:br/>
      </w:r>
      <w:r>
        <w:rPr>
          <w:sz w:val="20"/>
        </w:rPr>
        <w:t>24:11  Sometime I found that at that time, when at the time of counter I was unable to reply to his question.</w:t>
      </w:r>
      <w:r>
        <w:br/>
      </w:r>
      <w:r>
        <w:rPr>
          <w:sz w:val="20"/>
        </w:rPr>
        <w:t>24:23  There are so many instances. When I found myself helpless then what happened?</w:t>
      </w:r>
      <w:r>
        <w:br/>
      </w:r>
      <w:r>
        <w:rPr>
          <w:sz w:val="20"/>
        </w:rPr>
        <w:t>24:33  I returned with a new decision that I will prepare myself. I will prepare myself.</w:t>
      </w:r>
      <w:r>
        <w:br/>
      </w:r>
      <w:r>
        <w:rPr>
          <w:sz w:val="20"/>
        </w:rPr>
        <w:t>24:42  I will prepare myself. So I studied books. I inquired,</w:t>
      </w:r>
      <w:r>
        <w:br/>
      </w:r>
      <w:r>
        <w:rPr>
          <w:sz w:val="20"/>
        </w:rPr>
        <w:t>24:51  I inquired about his question. I studied the Qur'an again and again.</w:t>
      </w:r>
      <w:r>
        <w:br/>
      </w:r>
      <w:r>
        <w:rPr>
          <w:sz w:val="20"/>
        </w:rPr>
        <w:t>24:59  So</w:t>
      </w:r>
      <w:r>
        <w:br/>
      </w:r>
      <w:r>
        <w:rPr>
          <w:sz w:val="20"/>
        </w:rPr>
        <w:t>25:03  my da'wah work became</w:t>
      </w:r>
      <w:r>
        <w:br/>
      </w:r>
      <w:r>
        <w:rPr>
          <w:sz w:val="20"/>
        </w:rPr>
        <w:t>25:08  a study work also. So according to my experience da'wah is a great source of self-training.</w:t>
      </w:r>
      <w:r>
        <w:br/>
      </w:r>
      <w:r>
        <w:rPr>
          <w:sz w:val="20"/>
        </w:rPr>
        <w:t>25:21  If you are sincere, if you are sincere then da'wah is a great source of self-training.</w:t>
      </w:r>
    </w:p>
    <w:p>
      <w:pPr>
        <w:pStyle w:val="Heading2"/>
      </w:pPr>
      <w:r>
        <w:t>Three conditions of repentance</w:t>
      </w:r>
    </w:p>
    <w:p>
      <w:r>
        <w:rPr>
          <w:color w:val="666666"/>
          <w:sz w:val="18"/>
        </w:rPr>
        <w:t>Collective Repentance I Feb 24, 2013 Maulana Wahiduddin Khan · 45s · at 2:14 · https://youtu.be/lkkolxAL38c?t=134</w:t>
      </w:r>
    </w:p>
    <w:p>
      <w:r>
        <w:rPr>
          <w:i/>
        </w:rPr>
        <w:t>“Tawba ki teen conditions hain”</w:t>
      </w:r>
    </w:p>
    <w:p>
      <w:r>
        <w:rPr>
          <w:sz w:val="20"/>
        </w:rPr>
        <w:t>2:14  toba ki teen condition hain. aik hai nadamat.</w:t>
      </w:r>
      <w:r>
        <w:br/>
      </w:r>
      <w:r>
        <w:rPr>
          <w:sz w:val="20"/>
        </w:rPr>
        <w:t>2:22  hadith mein aata hai ke al-toabatu wal-nadam. toba nadamat ka naam hai. nadamat ka matlab hai repentance.</w:t>
      </w:r>
      <w:r>
        <w:br/>
      </w:r>
      <w:r>
        <w:rPr>
          <w:sz w:val="20"/>
        </w:rPr>
        <w:t>2:36  to toba ki jo asal hai woh yahi hai: nadamat ya sharmindagi, repentance, yeh asal hai is ki. isi ke sath do aur is mein condition jut jati hain.</w:t>
      </w:r>
      <w:r>
        <w:br/>
      </w:r>
      <w:r>
        <w:rPr>
          <w:sz w:val="20"/>
        </w:rPr>
        <w:t>2:48  aik yeh ke yeh pehla to yeh hai ke aadmi</w:t>
      </w:r>
      <w:r>
        <w:br/>
      </w:r>
      <w:r>
        <w:rPr>
          <w:sz w:val="20"/>
        </w:rPr>
        <w:t>2:54  apne kiye par sharminda ho.</w:t>
      </w:r>
    </w:p>
    <w:p>
      <w:pPr>
        <w:pStyle w:val="Heading2"/>
      </w:pPr>
      <w:r>
        <w:t>Why people get angry at criticism, love praise</w:t>
      </w:r>
    </w:p>
    <w:p>
      <w:r>
        <w:rPr>
          <w:color w:val="666666"/>
          <w:sz w:val="18"/>
        </w:rPr>
        <w:t>Process of Intellectual Development March 23, 2008 · 2m 37s · at 1:16:39 · https://youtu.be/nrFnOc8C9JM?t=4599</w:t>
      </w:r>
    </w:p>
    <w:p>
      <w:r>
        <w:rPr>
          <w:i/>
        </w:rPr>
        <w:t>“Kyun log criticism par gussa hote hain, tareef se khush”</w:t>
      </w:r>
    </w:p>
    <w:p>
      <w:r>
        <w:rPr>
          <w:sz w:val="20"/>
        </w:rPr>
        <w:t>1:16:39  This question is from Dr. Fareeda Khanam. Why do people become angry when criticized and are happy with those who lavish praises on every occasion?</w:t>
      </w:r>
      <w:r>
        <w:br/>
      </w:r>
      <w:r>
        <w:rPr>
          <w:sz w:val="20"/>
        </w:rPr>
        <w:t>1:17:03  dekhen, ghussa to mujhe bhi aata hai lekin ghussa mujhe aata hai principle par.</w:t>
      </w:r>
      <w:r>
        <w:br/>
      </w:r>
      <w:r>
        <w:rPr>
          <w:sz w:val="20"/>
        </w:rPr>
        <w:t>1:17:07  meri zaat par aap kuch kahein to mujhe ghussa nahin aata. kai aise gawah maujood hain isi Dilli mein ke ek shakhs mujhe aata hai aur mujh ko bura bhala kehta hai, gaali galoch karta hai mere munh par.</w:t>
      </w:r>
      <w:r>
        <w:br/>
      </w:r>
      <w:r>
        <w:rPr>
          <w:sz w:val="20"/>
        </w:rPr>
        <w:t>1:17:22  aur main chup chap awaz sunta rehta hoon us ko, kuch bhi nahin kiya maine. to meri zaat par koi bura bhala kahe to mujhe kabhi ghussa nahin aata.</w:t>
      </w:r>
      <w:r>
        <w:br/>
      </w:r>
      <w:r>
        <w:rPr>
          <w:sz w:val="20"/>
        </w:rPr>
        <w:t>1:17:32  lekin usool jahan usool par anch aati hai to wahan main bardasht nahin kar pata. wahan pe main bol parta hoon.</w:t>
      </w:r>
      <w:r>
        <w:br/>
      </w:r>
      <w:r>
        <w:rPr>
          <w:sz w:val="20"/>
        </w:rPr>
        <w:t>1:17:44  phir mujhe ghussa bhi aata hai. aur I am justified because Rasool Allah sallallahu alaihi wasallam ko bhi usool par bohat ghussa aata tha. amartana ke usool ke moamle pe Rasool Allah ko bhi ghussa aata tha.</w:t>
      </w:r>
      <w:r>
        <w:br/>
      </w:r>
      <w:r>
        <w:rPr>
          <w:sz w:val="20"/>
        </w:rPr>
        <w:t>1:18:00  zaat ke moamle mein ghussa nahin aata. to asal cheez yeh hai ke hum sab log egoist hain. sare aurat, sare mard egoist hain.</w:t>
      </w:r>
      <w:r>
        <w:br/>
      </w:r>
      <w:r>
        <w:rPr>
          <w:sz w:val="20"/>
        </w:rPr>
        <w:t>1:18:09  isi liye aap ko ghussa aata hai criticism par. main to apni zindagi mein jitne log dekhe, sab egoist, sab egoist, sab egoist.</w:t>
      </w:r>
      <w:r>
        <w:br/>
      </w:r>
      <w:r>
        <w:rPr>
          <w:sz w:val="20"/>
        </w:rPr>
        <w:t>1:18:20  jab tak aap apni ego se bahar nahin ayenge, tab tak yahi hoga ke aap criticism bura lagega. har egoist aadmi praise ko acha samajhta hai aur criticism ko bura samajhta hai.</w:t>
      </w:r>
      <w:r>
        <w:br/>
      </w:r>
      <w:r>
        <w:rPr>
          <w:sz w:val="20"/>
        </w:rPr>
        <w:t>1:18:34  to basic reason yeh hai ke log egoist ho gaye hain.</w:t>
      </w:r>
      <w:r>
        <w:br/>
      </w:r>
      <w:r>
        <w:rPr>
          <w:sz w:val="20"/>
        </w:rPr>
        <w:t>1:18:39  aur main aap ko yeh arz karta hoon Quran o Hadees ke jo maine parha hai is ki roshni mein is dunya mein sab se bara good jo hai wo modesty hai.</w:t>
      </w:r>
      <w:r>
        <w:br/>
      </w:r>
      <w:r>
        <w:rPr>
          <w:sz w:val="20"/>
        </w:rPr>
        <w:t>1:18:50  aur sab se bari burai jo hai wo egoism hai. Arrogance. Egoism aur arrogance dono ek hi cheez hain.</w:t>
      </w:r>
      <w:r>
        <w:br/>
      </w:r>
      <w:r>
        <w:rPr>
          <w:sz w:val="20"/>
        </w:rPr>
        <w:t>1:19:01  sab se bari evil jo hai woh arrogance hai aur sab se bari good jo hai woh hai modesty.</w:t>
      </w:r>
      <w:r>
        <w:br/>
      </w:r>
      <w:r>
        <w:rPr>
          <w:sz w:val="20"/>
        </w:rPr>
        <w:t>1:19:11  isi liye har aadmi ko apne aap ko jaanchana chahiye.</w:t>
      </w:r>
    </w:p>
    <w:p>
      <w:pPr>
        <w:pStyle w:val="Heading2"/>
      </w:pPr>
      <w:r>
        <w:t>Love of God introduced as religion's most neglected topic</w:t>
      </w:r>
    </w:p>
    <w:p>
      <w:r>
        <w:rPr>
          <w:color w:val="666666"/>
          <w:sz w:val="18"/>
        </w:rPr>
        <w:t>Love of God October 04, 2009 · 1m 00s · at 0:27 · https://youtu.be/JKCfgvpoX5s?t=27</w:t>
      </w:r>
    </w:p>
    <w:p>
      <w:r>
        <w:rPr>
          <w:i/>
        </w:rPr>
        <w:t>“آج کا جو ٹاپک ہے وہ ہے لو آف گاڈ، اللہ کی محبت”</w:t>
      </w:r>
    </w:p>
    <w:p>
      <w:r>
        <w:rPr>
          <w:sz w:val="20"/>
        </w:rPr>
        <w:t>0:27  wahal al-uqdah min lisani, yafqah qawli. aaj ki, aaj ka jo topic hai woh hai "love of god", allah ki mohabbat ya mohabbat ilahi.</w:t>
      </w:r>
      <w:r>
        <w:br/>
      </w:r>
      <w:r>
        <w:rPr>
          <w:sz w:val="20"/>
        </w:rPr>
        <w:t>0:49  mein samajhta hoon ke yeh</w:t>
      </w:r>
      <w:r>
        <w:br/>
      </w:r>
      <w:r>
        <w:rPr>
          <w:sz w:val="20"/>
        </w:rPr>
        <w:t>0:53  deen ka supreme topic hai,</w:t>
      </w:r>
      <w:r>
        <w:br/>
      </w:r>
      <w:r>
        <w:rPr>
          <w:sz w:val="20"/>
        </w:rPr>
        <w:t>0:59  is se bara koi topic nahi ho sakta.</w:t>
      </w:r>
      <w:r>
        <w:br/>
      </w:r>
      <w:r>
        <w:rPr>
          <w:sz w:val="20"/>
        </w:rPr>
        <w:t>1:05  lekin mera apna jo experience hai</w:t>
      </w:r>
      <w:r>
        <w:br/>
      </w:r>
      <w:r>
        <w:rPr>
          <w:sz w:val="20"/>
        </w:rPr>
        <w:t>1:11  woh yeh hai ke yahi woh topic hai jo sab se zyada neglected hai, sab se zyada neglected topic hai.</w:t>
      </w:r>
      <w:r>
        <w:br/>
      </w:r>
      <w:r>
        <w:rPr>
          <w:sz w:val="20"/>
        </w:rPr>
        <w:t>1:25  yeh mera ehsas hai.</w:t>
      </w:r>
    </w:p>
    <w:p>
      <w:pPr>
        <w:pStyle w:val="Heading2"/>
      </w:pPr>
      <w:r>
        <w:t>Afghan boy's revenge story shows a forgotten Islamic model</w:t>
      </w:r>
    </w:p>
    <w:p>
      <w:r>
        <w:rPr>
          <w:color w:val="666666"/>
          <w:sz w:val="18"/>
        </w:rPr>
        <w:t>The Concept of Sunnah and Bidah in Islam February 14, 2008 Maulana Wahiduddin Khan · 3m 23s · at 34:16 · https://youtu.be/_uIO23hmBjg?t=2056</w:t>
      </w:r>
    </w:p>
    <w:p>
      <w:r>
        <w:rPr>
          <w:i/>
        </w:rPr>
        <w:t>“میں گیا افغانستان، بڑی دھوم ہے افغانستان میں اسلام کی”</w:t>
      </w:r>
    </w:p>
    <w:p>
      <w:r>
        <w:rPr>
          <w:sz w:val="20"/>
        </w:rPr>
        <w:t>34:16  main gaya Afghanistan bari dhoom hai Afghanistan mein Islam ki.</w:t>
      </w:r>
      <w:r>
        <w:br/>
      </w:r>
      <w:r>
        <w:rPr>
          <w:sz w:val="20"/>
        </w:rPr>
        <w:t>34:24  aap jante hain ke har jagah Islam har jagah yeh samjha jata hai ke Afghanistan mein bara Islam hai. to main wahan jab gaya ek conference mein mujh ko bulaya gaya tha.</w:t>
      </w:r>
      <w:r>
        <w:br/>
      </w:r>
      <w:r>
        <w:rPr>
          <w:sz w:val="20"/>
        </w:rPr>
        <w:t>34:37  to ek logon se bul bul kar ke woh poochta tha.</w:t>
      </w:r>
      <w:r>
        <w:br/>
      </w:r>
      <w:r>
        <w:rPr>
          <w:sz w:val="20"/>
        </w:rPr>
        <w:t>34:43  ek ladka tha wahan par us se main ne poocha. to main ladke se bare se boodhe se har ek se poochta tha taake yahan ke halat janon.</w:t>
      </w:r>
      <w:r>
        <w:br/>
      </w:r>
      <w:r>
        <w:rPr>
          <w:sz w:val="20"/>
        </w:rPr>
        <w:t>34:58  to ladke ne kya kaha? ladke ne kaha ke meri maa mujh ko parhana chahti hai. mujh ko madrasay mein bhejti hai.</w:t>
      </w:r>
      <w:r>
        <w:br/>
      </w:r>
      <w:r>
        <w:rPr>
          <w:sz w:val="20"/>
        </w:rPr>
        <w:t>35:10  lekin mera dil parhnay mein nahi lagta.</w:t>
      </w:r>
      <w:r>
        <w:br/>
      </w:r>
      <w:r>
        <w:rPr>
          <w:sz w:val="20"/>
        </w:rPr>
        <w:t>35:14  ladke ne kaha afghani bachay ne ke meri maa chahti hai ke main parhoon mujh ko madrasa bhejti bhejti hai lekin mera dil parhnay mein nahi lagta.</w:t>
      </w:r>
      <w:r>
        <w:br/>
      </w:r>
      <w:r>
        <w:rPr>
          <w:sz w:val="20"/>
        </w:rPr>
        <w:t>35:25  main ne kaha kyun? to us ne kya kaha? us ne kaha ke mujhe to apnay baap ka badla lena hai.</w:t>
      </w:r>
      <w:r>
        <w:br/>
      </w:r>
      <w:r>
        <w:rPr>
          <w:sz w:val="20"/>
        </w:rPr>
        <w:t>35:35  kisi ne is ke baap ko shayad maar dala tha koi apas mein lajjat thi. to un ke baap ne un ko kuch kiya unhon ne un ko kiya dono apas mein ladte rahe yahan tak ke woh un ka baap mar gaya.</w:t>
      </w:r>
      <w:r>
        <w:br/>
      </w:r>
      <w:r>
        <w:rPr>
          <w:sz w:val="20"/>
        </w:rPr>
        <w:t>35:50  yeh dono taraf ka yeh bilateral mamla tha woh. to beharhaal is ke mind mein kya tha ke jis ne mere baap ko mara hai us ko mujhe marna hai.</w:t>
      </w:r>
      <w:r>
        <w:br/>
      </w:r>
      <w:r>
        <w:rPr>
          <w:sz w:val="20"/>
        </w:rPr>
        <w:t>36:00  is se mujhe inteqam lena hai.</w:t>
      </w:r>
      <w:r>
        <w:br/>
      </w:r>
      <w:r>
        <w:rPr>
          <w:sz w:val="20"/>
        </w:rPr>
        <w:t>36:05  to main ne wahan par jo unhon ne pooch ki to main ne kaha ke main ne mujhe pata chala ke yahan ka to revenge hi culture hai Afghanistan ka. inteqami culture hai Afghanistan ka.</w:t>
      </w:r>
      <w:r>
        <w:br/>
      </w:r>
      <w:r>
        <w:rPr>
          <w:sz w:val="20"/>
        </w:rPr>
        <w:t>36:18  yahan woh jo tribes mein yeh hota hai ke yeh in se badla lete hain woh in se badla lete hain. isi mein laraiyan hoti hain.</w:t>
      </w:r>
      <w:r>
        <w:br/>
      </w:r>
      <w:r>
        <w:rPr>
          <w:sz w:val="20"/>
        </w:rPr>
        <w:t>36:28  gun chalti hai bomb chaltay hain. aur wahan Islam ki bhi dhoom hai.</w:t>
      </w:r>
      <w:r>
        <w:br/>
      </w:r>
      <w:r>
        <w:rPr>
          <w:sz w:val="20"/>
        </w:rPr>
        <w:t>36:35  to woh samajhtay hain ke namaz roza karo bas Islam ho gaya. is mamlay mein nahi pata hai unhein ke is mamlay mein aik model hai ke inteqam na lo ghussa na karo logon ko maaf karo.</w:t>
      </w:r>
      <w:r>
        <w:br/>
      </w:r>
      <w:r>
        <w:rPr>
          <w:sz w:val="20"/>
        </w:rPr>
        <w:t>36:49  yeh bhi aik model hai. to yeh nahi jantay woh. yeh har jagah hi koi Afghanistan ki baat nahi hai.</w:t>
      </w:r>
      <w:r>
        <w:br/>
      </w:r>
      <w:r>
        <w:rPr>
          <w:sz w:val="20"/>
        </w:rPr>
        <w:t>37:00  to yeh bohat ziyada sochne ki baat hai ke jab Islam mein yeh kaha gaya ke Rasool Allah model hain Sahaba model hain to yeh kis mani mein kaha gaya?</w:t>
      </w:r>
      <w:r>
        <w:br/>
      </w:r>
      <w:r>
        <w:rPr>
          <w:sz w:val="20"/>
        </w:rPr>
        <w:t>37:14  is mani mein nahi ke bas masjid mein jo namaz tum parhtay ho us mein model hain woh. wahan par salo kama raiyat mini asli ka tareeqa ikhtiyar karo.</w:t>
      </w:r>
      <w:r>
        <w:br/>
      </w:r>
      <w:r>
        <w:rPr>
          <w:sz w:val="20"/>
        </w:rPr>
        <w:t>37:27  yani Rasool Allah jaisay namaz parhtay thay ویسے namaz parho. Sahaba jaisay namaz parhtay thay ویسے tum bhi namaz parho. yani namaz ke form ko follow karna.</w:t>
      </w:r>
    </w:p>
    <w:p>
      <w:pPr>
        <w:pStyle w:val="Heading2"/>
      </w:pPr>
      <w:r>
        <w:t>Jewish supremacy and their historical kingdom</w:t>
      </w:r>
    </w:p>
    <w:p>
      <w:r>
        <w:rPr>
          <w:color w:val="666666"/>
          <w:sz w:val="18"/>
        </w:rPr>
        <w:t>Present Day Muslims Jan 13, 2013 · 3m 02s · at 28:18 · https://youtu.be/CVcbWVYitog?t=1698</w:t>
      </w:r>
    </w:p>
    <w:p>
      <w:r>
        <w:rPr>
          <w:i/>
        </w:rPr>
        <w:t>“Ab main aapko arz karta hoon ke yahoodiyon ka mamla kya hai”</w:t>
      </w:r>
    </w:p>
    <w:p>
      <w:r>
        <w:rPr>
          <w:sz w:val="20"/>
        </w:rPr>
        <w:t>28:18  ab mein aap ko arz karta hoon keh yahudiyon ka muamla kya hai? woh jo hadith mein aata hai keh yahudiyon ko tabah karoge woh kya cheez hai? aap yahudi ki tareekh parhiye.</w:t>
      </w:r>
      <w:r>
        <w:br/>
      </w:r>
      <w:r>
        <w:rPr>
          <w:sz w:val="20"/>
        </w:rPr>
        <w:t>28:29  yahudiyon ke haan do lafz bohat hi zyada un ki haqeeqat ko batata hai. ek hai supremacy ek hai gentile.</w:t>
      </w:r>
      <w:r>
        <w:br/>
      </w:r>
      <w:r>
        <w:rPr>
          <w:sz w:val="20"/>
        </w:rPr>
        <w:t>28:40  supremacy ka matlab kya hai? yahudi ek bartar qaum hai. yahudi doosron se zyada muazzaz qaum hai.</w:t>
      </w:r>
      <w:r>
        <w:br/>
      </w:r>
      <w:r>
        <w:rPr>
          <w:sz w:val="20"/>
        </w:rPr>
        <w:t>28:50  yeh hai supremacy.</w:t>
      </w:r>
      <w:r>
        <w:br/>
      </w:r>
      <w:r>
        <w:rPr>
          <w:sz w:val="20"/>
        </w:rPr>
        <w:t>28:54  aur gentile kya hai? doosre log bilkul ghatiya hain haqeer hain un ki koi waqat nahi hai. woh woh sab jahannami log hain.</w:t>
      </w:r>
      <w:r>
        <w:br/>
      </w:r>
      <w:r>
        <w:rPr>
          <w:sz w:val="20"/>
        </w:rPr>
        <w:t>29:06  doosron ko kam samajhna apne ko bartar samajhna</w:t>
      </w:r>
      <w:r>
        <w:br/>
      </w:r>
      <w:r>
        <w:rPr>
          <w:sz w:val="20"/>
        </w:rPr>
        <w:t>29:09  . yeh hai yahudi nafsiyat. ek kitaab jo internet par maujood hai aap us ko parh sakte hain. is ka unwan hai yahudi supremecism.</w:t>
      </w:r>
      <w:r>
        <w:br/>
      </w:r>
      <w:r>
        <w:rPr>
          <w:sz w:val="20"/>
        </w:rPr>
        <w:t>29:22  yahudi supremecism. is mein yeh bataya is ne. keh kyun aisa kyun hua? is ki wajah yeh hai keh yahudiyon ke bhi ek zamaney mein saltanat tha.</w:t>
      </w:r>
      <w:r>
        <w:br/>
      </w:r>
      <w:r>
        <w:rPr>
          <w:sz w:val="20"/>
        </w:rPr>
        <w:t>29:36  theek jaise musalmanon ka saltanat bana.</w:t>
      </w:r>
      <w:r>
        <w:br/>
      </w:r>
      <w:r>
        <w:rPr>
          <w:sz w:val="20"/>
        </w:rPr>
        <w:t>29:39  yeh waqia hua hai yani yeh waqia hua hai dasveen sadi qabl masih mein. dasveen sadi isvi mein.</w:t>
      </w:r>
      <w:r>
        <w:br/>
      </w:r>
      <w:r>
        <w:rPr>
          <w:sz w:val="20"/>
        </w:rPr>
        <w:t>29:52  is ko kehte hain aap dekh sakte hain kitabon mein internet par kingdom of solomon. kingdom of solomon.</w:t>
      </w:r>
      <w:r>
        <w:br/>
      </w:r>
      <w:r>
        <w:rPr>
          <w:sz w:val="20"/>
        </w:rPr>
        <w:t>30:03  to yahudi logon mein do paighambar aise the badshah. paighambar bhi the aur badshah bhi the. yani Hazrat Daud aur Hazrat Sulaiman.</w:t>
      </w:r>
      <w:r>
        <w:br/>
      </w:r>
      <w:r>
        <w:rPr>
          <w:sz w:val="20"/>
        </w:rPr>
        <w:t>30:15  to un ka jo rajdhani thi woh yerushalaym thi aur ek bari unhon ne hukoomat qaim ki thi.</w:t>
      </w:r>
      <w:r>
        <w:br/>
      </w:r>
      <w:r>
        <w:rPr>
          <w:sz w:val="20"/>
        </w:rPr>
        <w:t>30:23  tareekh mein is ke baray mein bohat hi wazeh bayan nahi hai kyunke yeh dasveen sadi qabl masih ka waqia hai. lekin bible mein is ka maujood hai.</w:t>
      </w:r>
      <w:r>
        <w:br/>
      </w:r>
      <w:r>
        <w:rPr>
          <w:sz w:val="20"/>
        </w:rPr>
        <w:t>30:35  bible ke mutabiq yeh jo saltanat thi Hazrat Sulaiman ki yeh falasteen se le kar woh afreet tak phaili hui thi darya-e-furaat tak.</w:t>
      </w:r>
      <w:r>
        <w:br/>
      </w:r>
      <w:r>
        <w:rPr>
          <w:sz w:val="20"/>
        </w:rPr>
        <w:t>30:49  yani ek taraf is ki sarhad darya-e-neel tha jo misr mein behta hai. doosri taraf is ki sarhad darya-e-furaat thi jo iraq mein behti hai.</w:t>
      </w:r>
      <w:r>
        <w:br/>
      </w:r>
      <w:r>
        <w:rPr>
          <w:sz w:val="20"/>
        </w:rPr>
        <w:t>30:58  teesri taraf is ki sarhad falasteen tha. aur chauthi taraf is ki sarhad turkey tak jati thi.</w:t>
      </w:r>
      <w:r>
        <w:br/>
      </w:r>
      <w:r>
        <w:rPr>
          <w:sz w:val="20"/>
        </w:rPr>
        <w:t>31:05  yeh sara ilaqa yani falasteen misr iraq urdun lubnan sham turkey yeh pura ilaqa juzvi kuli taur par un ka un ki saltanat mein shamil tha.</w:t>
      </w:r>
    </w:p>
    <w:p>
      <w:pPr>
        <w:pStyle w:val="Heading2"/>
      </w:pPr>
      <w:r>
        <w:t>big bird thinking: a lifelong positive, non-reactive ideology</w:t>
      </w:r>
    </w:p>
    <w:p>
      <w:r>
        <w:rPr>
          <w:color w:val="666666"/>
          <w:sz w:val="18"/>
        </w:rPr>
        <w:t>My Life and Experience April 8, 2007 · 5m 45s · at 1:03:13 · https://youtu.be/HbJzX4PJdR8?t=3793</w:t>
      </w:r>
    </w:p>
    <w:p>
      <w:r>
        <w:rPr>
          <w:i/>
        </w:rPr>
        <w:t>“Ek qol hai angrezi mein, Big birds of the storm”</w:t>
      </w:r>
    </w:p>
    <w:p>
      <w:r>
        <w:rPr>
          <w:sz w:val="20"/>
        </w:rPr>
        <w:t>1:03:13  aur mein aap ko aik arz bataoon, is se pehle aik baat arz ki thi ke aik qaul hai angrezi mein "Big birds of the storm" .</w:t>
      </w:r>
      <w:r>
        <w:br/>
      </w:r>
      <w:r>
        <w:rPr>
          <w:sz w:val="20"/>
        </w:rPr>
        <w:t>1:03:24  jo mulk hain jahan thanda hota hai, wahan khaas tor par aisa hota hai ke toofan ate hain. sard toofan. thandi hawaein.</w:t>
      </w:r>
      <w:r>
        <w:br/>
      </w:r>
      <w:r>
        <w:rPr>
          <w:sz w:val="20"/>
        </w:rPr>
        <w:t>1:03:34  to jo chiriyaan hain, woh is ke ati hain, is ke is mein, is ki zad mein. to kya hota hai?</w:t>
      </w:r>
      <w:r>
        <w:br/>
      </w:r>
      <w:r>
        <w:rPr>
          <w:sz w:val="20"/>
        </w:rPr>
        <w:t>1:03:44  ab jo choti chiriyaan hain, bechari, ziyada ur nahi sakti woh, sab mar jati hain.</w:t>
      </w:r>
      <w:r>
        <w:br/>
      </w:r>
      <w:r>
        <w:rPr>
          <w:sz w:val="20"/>
        </w:rPr>
        <w:t>1:03:49  aur jo bari chiriyaan hain jinke woh bohat hi mazboot hote hain, unke woh, yaani woh kya kehte hain is ko, wing, to woh urti hain oopar ki taraf.</w:t>
      </w:r>
      <w:r>
        <w:br/>
      </w:r>
      <w:r>
        <w:rPr>
          <w:sz w:val="20"/>
        </w:rPr>
        <w:t>1:03:59  urti urti wahan pohnch jati hain jahan jahan hawa, hawa aap jante hain, aik aasman tak to hoti nahi. kuch door tak rahe gi, us ke baad woh nahi rahe gi.</w:t>
      </w:r>
      <w:r>
        <w:br/>
      </w:r>
      <w:r>
        <w:rPr>
          <w:sz w:val="20"/>
        </w:rPr>
        <w:t>1:04:10  is ke oopar nikal jati hain. yaani is hawa ka jo jhonka aya hai, is se oopar nikal gayeen.</w:t>
      </w:r>
      <w:r>
        <w:br/>
      </w:r>
      <w:r>
        <w:rPr>
          <w:sz w:val="20"/>
        </w:rPr>
        <w:t>1:04:17  is ko kehte hain "Big birds of the storm" . to zindagi mein bar bar aisa hota hai. to mein ne is se lafz banaya hai "Big bird thinking" .</w:t>
      </w:r>
      <w:r>
        <w:br/>
      </w:r>
      <w:r>
        <w:rPr>
          <w:sz w:val="20"/>
        </w:rPr>
        <w:t>1:04:29  "Big bird think". yaani aadmi jo hai, sare negative jhonke, sare jo is tarah ke ishtial, har cheez, is se oopar ur jaye woh.</w:t>
      </w:r>
      <w:r>
        <w:br/>
      </w:r>
      <w:r>
        <w:rPr>
          <w:sz w:val="20"/>
        </w:rPr>
        <w:t>1:04:41  har cheez oopar ur jaye.</w:t>
      </w:r>
      <w:r>
        <w:br/>
      </w:r>
      <w:r>
        <w:rPr>
          <w:sz w:val="20"/>
        </w:rPr>
        <w:t>1:04:43  jaise mein ne kal in se kaha tha, jo sahaba aye thay, ke is do sau saal mein aap dekhen, jitne muslim hain, sare muslim ki soch jo bani hai, radd-e-amal mein bani hai.</w:t>
      </w:r>
      <w:r>
        <w:br/>
      </w:r>
      <w:r>
        <w:rPr>
          <w:sz w:val="20"/>
        </w:rPr>
        <w:t>1:04:55  sare muslim. "One to all" . matlab aasman peer toot gaya, ab log danda utha kar khare ho gaye. Jamaluddin Afghani jaise thay, mislan. ab colonial power yahan aa gayi India mein, ab khare ho gaye, ab un ka naam azad aur falan falan log.</w:t>
      </w:r>
      <w:r>
        <w:br/>
      </w:r>
      <w:r>
        <w:rPr>
          <w:sz w:val="20"/>
        </w:rPr>
        <w:t>1:05:11  ab Falasteen mein Yahoodi aa gaye to khare ho gaye, Aasif Arafat aur yeh sare log. to kisi siyasi event se radd-e-amal kar ke logon ki soch bani.</w:t>
      </w:r>
      <w:r>
        <w:br/>
      </w:r>
      <w:r>
        <w:rPr>
          <w:sz w:val="20"/>
        </w:rPr>
        <w:t>1:05:21  mujhe aisa nahi hua. kisi bhi, koi bhi event jo meri family mein hua ho, mere aas paas hua ho, ya qaumi zindagi mein hua ho, ya bain-ul-aqwami zindagi mein hua ho, main us se kabhi rad-e-amal nahi kar ke, main soch bana mera.</w:t>
      </w:r>
      <w:r>
        <w:br/>
      </w:r>
      <w:r>
        <w:rPr>
          <w:sz w:val="20"/>
        </w:rPr>
        <w:t>1:05:35  sau fisad musbat ideology hai meri.</w:t>
      </w:r>
      <w:r>
        <w:br/>
      </w:r>
      <w:r>
        <w:rPr>
          <w:sz w:val="20"/>
        </w:rPr>
        <w:t>1:05:38  jabke "One to all" sab ki ideology jo hai, negative ideology hai. kyun? woh rad-e-amal mein bani hai woh. rad-e-amal mein bani hai woh.</w:t>
      </w:r>
      <w:r>
        <w:br/>
      </w:r>
      <w:r>
        <w:rPr>
          <w:sz w:val="20"/>
        </w:rPr>
        <w:t>1:05:47  jo event hote rahe is do sau saal ke andar, is se rad-e-amal kar ke un ki soch bani un ki.</w:t>
      </w:r>
      <w:r>
        <w:br/>
      </w:r>
      <w:r>
        <w:rPr>
          <w:sz w:val="20"/>
        </w:rPr>
        <w:t>1:05:56  jaise Usmani saltanat khatam hua Turkey mein, India mein Mughal saltanat khatam hua, Misr mein Fatmi saltanat khatam hua.</w:t>
      </w:r>
      <w:r>
        <w:br/>
      </w:r>
      <w:r>
        <w:rPr>
          <w:sz w:val="20"/>
        </w:rPr>
        <w:t>1:06:04  is tareeqe se is se log ghussa ho gaye, bhadak uthe. is ke rad-e-amal mein un ki soch bani. "One to all" sab ka yeh haal hai.</w:t>
      </w:r>
      <w:r>
        <w:br/>
      </w:r>
      <w:r>
        <w:rPr>
          <w:sz w:val="20"/>
        </w:rPr>
        <w:t>1:06:15  isi liye sab ke andar negativity hai. un ki kitabein parhiye aap, un ki kitabein parhiye aap. main Khuda ke waste, meri jo soch hai, woh kisi se rad-e-amal kar ke nahi bani hai.</w:t>
      </w:r>
      <w:r>
        <w:br/>
      </w:r>
      <w:r>
        <w:rPr>
          <w:sz w:val="20"/>
        </w:rPr>
        <w:t>1:06:25  meri soch sau fisad musbat rehti hai, hamesha. mislan India mein mujhe Hinduon se koi nafrat nahi. Hinduon se main pyar karta hoon.</w:t>
      </w:r>
      <w:r>
        <w:br/>
      </w:r>
      <w:r>
        <w:rPr>
          <w:sz w:val="20"/>
        </w:rPr>
        <w:t>1:06:34  iska raaz kya hai, dekhiye. is ko samajh lijiye aap achhe tareeqe se. إِنَّ مَعَ الْأُسْرِ يُسْرَى . jab bhi koi aisi baat hoti hai jo aap ko achhi na lage, to wohin par ek aur baat maujood hoti hai jo aap ko achhi lage.</w:t>
      </w:r>
      <w:r>
        <w:br/>
      </w:r>
      <w:r>
        <w:rPr>
          <w:sz w:val="20"/>
        </w:rPr>
        <w:t>1:06:50  yeh hadith mein yeh formula bataya gaya hai. وَإِنْ كَرِهَ بِهَا شَيْءٌ رَضَيَ مِنَ الْآخِرِ</w:t>
      </w:r>
      <w:r>
        <w:br/>
      </w:r>
      <w:r>
        <w:rPr>
          <w:sz w:val="20"/>
        </w:rPr>
        <w:t>1:06:56  . yeh bahut badi hikmat hai is mein, is hadith mein. ke agar koi cheez aisi hai jo aap ko pasand nahi aa rahi hai, to wohin par ek aur cheez hogi jo aap ko pasand aa jaye.</w:t>
      </w:r>
      <w:r>
        <w:br/>
      </w:r>
      <w:r>
        <w:rPr>
          <w:sz w:val="20"/>
        </w:rPr>
        <w:t>1:07:06  to main yahi karta hoon hamesha. hamesha yahi karta hoon. ke jin cheezon se log ghussa hote hain, is mein main musbat pehlu dhoond kar nikaal leta hoon.</w:t>
      </w:r>
      <w:r>
        <w:br/>
      </w:r>
      <w:r>
        <w:rPr>
          <w:sz w:val="20"/>
        </w:rPr>
        <w:t>1:07:18  jaise India mein saare log Angrezon se nafrat karne lage. "One to</w:t>
      </w:r>
      <w:r>
        <w:br/>
      </w:r>
      <w:r>
        <w:rPr>
          <w:sz w:val="20"/>
        </w:rPr>
        <w:t>1:07:22  all". main ne kya nikaal liya? ke Angrez aaye to yahan par woh jadeed soch laye, jadeed sanat laye, Angrezi zabaan laye.</w:t>
      </w:r>
      <w:r>
        <w:br/>
      </w:r>
      <w:r>
        <w:rPr>
          <w:sz w:val="20"/>
        </w:rPr>
        <w:t>1:07:33  bahut sari cheezein laye woh. bain-ul-aqwami laye. waghera. to mujhe koi ghussa nahi aata. main is ko phaila kar leta hoon.</w:t>
      </w:r>
      <w:r>
        <w:br/>
      </w:r>
      <w:r>
        <w:rPr>
          <w:sz w:val="20"/>
        </w:rPr>
        <w:t>1:07:44  to jab tak aap apne aap ko, yani bas soch samajh kar zindagi na guzarein, soch samajh kar ke, tab tak aap shikaar hote rahenge.</w:t>
      </w:r>
      <w:r>
        <w:br/>
      </w:r>
      <w:r>
        <w:rPr>
          <w:sz w:val="20"/>
        </w:rPr>
        <w:t>1:07:55  aur is ka aap ko "Big bird thinker" banna padega.</w:t>
      </w:r>
      <w:r>
        <w:br/>
      </w:r>
      <w:r>
        <w:rPr>
          <w:sz w:val="20"/>
        </w:rPr>
        <w:t>1:08:02  "Big bird thinker". to aap ki sehat bhi masha Allah bahut achhi rahegi. aap ki soch bhi bahut achhi rahegi. aur qudrati zindagi bitayenge, aur qudrati zindagi aap ko aakhir tak hasil rahegi.</w:t>
      </w:r>
      <w:r>
        <w:br/>
      </w:r>
      <w:r>
        <w:rPr>
          <w:sz w:val="20"/>
        </w:rPr>
        <w:t>1:08:16  yeh hai formula mera. ke "Big bird thinker" baniye. kisi cheez ka asar mat lijiye, kisi cheez ka. har cheez se upar uth jaiye aap.</w:t>
      </w:r>
      <w:r>
        <w:br/>
      </w:r>
      <w:r>
        <w:rPr>
          <w:sz w:val="20"/>
        </w:rPr>
        <w:t>1:08:26  mujhe rozana aisi baatein mere saath hoti hain jo mujhe, yani andar se ghussa dilayein. lekin main isi second mein use phaila kar deta hoon, isi second.</w:t>
      </w:r>
      <w:r>
        <w:br/>
      </w:r>
      <w:r>
        <w:rPr>
          <w:sz w:val="20"/>
        </w:rPr>
        <w:t>1:08:37  isi second phaila kar deta hoon.</w:t>
      </w:r>
      <w:r>
        <w:br/>
      </w:r>
      <w:r>
        <w:rPr>
          <w:sz w:val="20"/>
        </w:rPr>
        <w:t>1:08:41  to bas yeh yeh art seekh lijiye. yeh art seekh lijiye aur. aur main koi istithna nahi hoon. har aadmi is art ko seekh sakta hai.</w:t>
      </w:r>
      <w:r>
        <w:br/>
      </w:r>
      <w:r>
        <w:rPr>
          <w:sz w:val="20"/>
        </w:rPr>
        <w:t>1:08:52  har har aadmi is art ko seekh sakta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