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I feel sad and hopeless</w:t>
      </w:r>
    </w:p>
    <w:p>
      <w:r>
        <w:rPr>
          <w:sz w:val="18"/>
        </w:rPr>
        <w:t>Q&amp;A, lecture moments and clips · full transcripts with timestamps · exported 2026-09-21</w:t>
      </w:r>
    </w:p>
    <w:p>
      <w:pPr>
        <w:pStyle w:val="Heading1"/>
      </w:pPr>
      <w:r>
        <w:t>Maulana was asked (30)</w:t>
      </w:r>
    </w:p>
    <w:p>
      <w:pPr>
        <w:pStyle w:val="Heading2"/>
      </w:pPr>
      <w:r>
        <w:t>Advice for a Failed Person</w:t>
      </w:r>
    </w:p>
    <w:p>
      <w:r>
        <w:rPr>
          <w:color w:val="666666"/>
          <w:sz w:val="18"/>
        </w:rPr>
        <w:t>Angle of Vision February 28, 2016 · 4m 12s · at 1:03:02 · https://youtu.be/dFZ7_x1Ul7A?t=3782</w:t>
      </w:r>
    </w:p>
    <w:p>
      <w:r>
        <w:rPr>
          <w:i/>
        </w:rPr>
        <w:t>“I think I am a failed person. I don't have higher education nor a permanent job.”</w:t>
      </w:r>
    </w:p>
    <w:p>
      <w:r>
        <w:rPr>
          <w:sz w:val="20"/>
        </w:rPr>
        <w:t>1:03:02  Maulana agla sawal Zia ur Rehman sahib ka hai unhon ne apni location nahi bheji hai un ka sawal</w:t>
      </w:r>
      <w:r>
        <w:br/>
      </w:r>
      <w:r>
        <w:rPr>
          <w:sz w:val="20"/>
        </w:rPr>
        <w:t>1:03:08  hai I think I am a failed person.</w:t>
      </w:r>
      <w:r>
        <w:br/>
      </w:r>
      <w:r>
        <w:rPr>
          <w:sz w:val="20"/>
        </w:rPr>
        <w:t>1:03:15  I don't have higher education nor a permanent job.</w:t>
      </w:r>
      <w:r>
        <w:br/>
      </w:r>
      <w:r>
        <w:rPr>
          <w:sz w:val="20"/>
        </w:rPr>
        <w:t>1:03:20  So I am thinking to go abroad to get myself a chance for a good life for my</w:t>
      </w:r>
      <w:r>
        <w:br/>
      </w:r>
      <w:r>
        <w:rPr>
          <w:sz w:val="20"/>
        </w:rPr>
        <w:t>1:03:26  children and family.</w:t>
      </w:r>
      <w:r>
        <w:br/>
      </w:r>
      <w:r>
        <w:rPr>
          <w:sz w:val="20"/>
        </w:rPr>
        <w:t>1:03:31  Maulana sahib kindly guide me in this regard.</w:t>
      </w:r>
      <w:r>
        <w:br/>
      </w:r>
      <w:r>
        <w:rPr>
          <w:sz w:val="20"/>
        </w:rPr>
        <w:t>1:03:37  dekhiye, bahar jana koi choice nahi hai kyunke bahar ke mulkon mein yaani developed countries mein jo hai</w:t>
      </w:r>
      <w:r>
        <w:br/>
      </w:r>
      <w:r>
        <w:rPr>
          <w:sz w:val="20"/>
        </w:rPr>
        <w:t>1:03:42  bahut sakht competition hota hai.</w:t>
      </w:r>
      <w:r>
        <w:br/>
      </w:r>
      <w:r>
        <w:rPr>
          <w:sz w:val="20"/>
        </w:rPr>
        <w:t>1:03:48  sirf merit par wahan milte hain.</w:t>
      </w:r>
      <w:r>
        <w:br/>
      </w:r>
      <w:r>
        <w:rPr>
          <w:sz w:val="20"/>
        </w:rPr>
        <w:t>1:03:54  ameer jab aap ke paas deen India mein nahi kaam kare toh wahan kya kaam kare gi? jitne</w:t>
      </w:r>
      <w:r>
        <w:br/>
      </w:r>
      <w:r>
        <w:rPr>
          <w:sz w:val="20"/>
        </w:rPr>
        <w:t>1:03:59  bhi developed countries hain wahan sirf merit kaam kaam aati hai aur koi cheez kaam nahi aati.</w:t>
      </w:r>
      <w:r>
        <w:br/>
      </w:r>
      <w:r>
        <w:rPr>
          <w:sz w:val="20"/>
        </w:rPr>
        <w:t>1:04:05  aur koi cheez kaam nahi aati wahan toh jab aap ke paas koi aisi yaani aisi koi degree</w:t>
      </w:r>
      <w:r>
        <w:br/>
      </w:r>
      <w:r>
        <w:rPr>
          <w:sz w:val="20"/>
        </w:rPr>
        <w:t>1:04:10  nahi hai, expertise nahi hai toh wahan jaane ka koi koi matlab hi nahi banta.</w:t>
      </w:r>
      <w:r>
        <w:br/>
      </w:r>
      <w:r>
        <w:rPr>
          <w:sz w:val="20"/>
        </w:rPr>
        <w:t>1:04:16  aap ko sirf yeh karna hai ke India hi mein yeh sochein ke kaun si skill apne andar paida karun.</w:t>
      </w:r>
      <w:r>
        <w:br/>
      </w:r>
      <w:r>
        <w:rPr>
          <w:sz w:val="20"/>
        </w:rPr>
        <w:t>1:04:21  kisi skill ko apne andar develop karna pare ga training ke zariye se ya ya phir yeh ke</w:t>
      </w:r>
      <w:r>
        <w:br/>
      </w:r>
      <w:r>
        <w:rPr>
          <w:sz w:val="20"/>
        </w:rPr>
        <w:t>1:04:27  boht choti job par aadi ho jae.</w:t>
      </w:r>
      <w:r>
        <w:br/>
      </w:r>
      <w:r>
        <w:rPr>
          <w:sz w:val="20"/>
        </w:rPr>
        <w:t>1:04:33  aap dekhen, aaj ki society jo hai is mein do hi option hain aadmi ke liye: ya to</w:t>
      </w:r>
      <w:r>
        <w:br/>
      </w:r>
      <w:r>
        <w:rPr>
          <w:sz w:val="20"/>
        </w:rPr>
        <w:t>1:04:38  choti job par aadi ho jae ya phir skill paida kare apne andar.</w:t>
      </w:r>
      <w:r>
        <w:br/>
      </w:r>
      <w:r>
        <w:rPr>
          <w:sz w:val="20"/>
        </w:rPr>
        <w:t>1:04:44  jaise is dilli mein lakhon lakh log larkay aur larkiyan kaam karte hain, dharu gharon mein jharoo dete</w:t>
      </w:r>
      <w:r>
        <w:br/>
      </w:r>
      <w:r>
        <w:rPr>
          <w:sz w:val="20"/>
        </w:rPr>
        <w:t>1:04:49  hain, safai karte hain, wo un ko kaam lia hua hai.</w:t>
      </w:r>
      <w:r>
        <w:br/>
      </w:r>
      <w:r>
        <w:rPr>
          <w:sz w:val="20"/>
        </w:rPr>
        <w:t>1:04:55  har aadmi abhi ab koi chahe to kaam mil mil jae ga to lekin log chahte hain koi</w:t>
      </w:r>
      <w:r>
        <w:br/>
      </w:r>
      <w:r>
        <w:rPr>
          <w:sz w:val="20"/>
        </w:rPr>
        <w:t>1:05:00  kisi base par baith ke baithne wala job.</w:t>
      </w:r>
      <w:r>
        <w:br/>
      </w:r>
      <w:r>
        <w:rPr>
          <w:sz w:val="20"/>
        </w:rPr>
        <w:t>1:05:06  to dekhiye, job hamesha har har haal mein mojood rehta hai.</w:t>
      </w:r>
      <w:r>
        <w:br/>
      </w:r>
      <w:r>
        <w:rPr>
          <w:sz w:val="20"/>
        </w:rPr>
        <w:t>1:05:12  sirf yeh hai ke aap chahte hain zyada honorable job, wo nahi mil raha hai.</w:t>
      </w:r>
      <w:r>
        <w:br/>
      </w:r>
      <w:r>
        <w:rPr>
          <w:sz w:val="20"/>
        </w:rPr>
        <w:t>1:05:17  warna job to kia hai, agar aadmi derdi ho jae ghar ki safai par karne ka to sankron</w:t>
      </w:r>
      <w:r>
        <w:br/>
      </w:r>
      <w:r>
        <w:rPr>
          <w:sz w:val="20"/>
        </w:rPr>
        <w:t>1:05:23  job mojood hain aise aadmi ke liye.</w:t>
      </w:r>
      <w:r>
        <w:br/>
      </w:r>
      <w:r>
        <w:rPr>
          <w:sz w:val="20"/>
        </w:rPr>
        <w:t>1:05:28  to aap ko ya to choti job par raazi hona pare ga ya aap aisa karen ke koi</w:t>
      </w:r>
      <w:r>
        <w:br/>
      </w:r>
      <w:r>
        <w:rPr>
          <w:sz w:val="20"/>
        </w:rPr>
        <w:t>1:05:34  skill paida karen apne andar.</w:t>
      </w:r>
      <w:r>
        <w:br/>
      </w:r>
      <w:r>
        <w:rPr>
          <w:sz w:val="20"/>
        </w:rPr>
        <w:t>1:05:40  skill aik baat yeh hai, doosri baat yeh hai ke yeh tasawwur ghalat hai ke aap kaam kamain</w:t>
      </w:r>
      <w:r>
        <w:br/>
      </w:r>
      <w:r>
        <w:rPr>
          <w:sz w:val="20"/>
        </w:rPr>
        <w:t>1:05:45  ge to bachon ka kaam chle ga.</w:t>
      </w:r>
      <w:r>
        <w:br/>
      </w:r>
      <w:r>
        <w:rPr>
          <w:sz w:val="20"/>
        </w:rPr>
        <w:t>1:05:51  aap ki kamai se bachon ka koi talluq nahi hai.</w:t>
      </w:r>
      <w:r>
        <w:br/>
      </w:r>
      <w:r>
        <w:rPr>
          <w:sz w:val="20"/>
        </w:rPr>
        <w:t>1:05:56  bachon ke andar aap instinct bhi paida kiye mehnat mehnat ka.</w:t>
      </w:r>
      <w:r>
        <w:br/>
      </w:r>
      <w:r>
        <w:rPr>
          <w:sz w:val="20"/>
        </w:rPr>
        <w:t>1:06:02  abhi mein qissa bata chuka hoon shayad aap se.</w:t>
      </w:r>
      <w:r>
        <w:br/>
      </w:r>
      <w:r>
        <w:rPr>
          <w:sz w:val="20"/>
        </w:rPr>
        <w:t>1:06:07  hamare office mein aik sahab thay jo yahan kaam karte thay yani mamooli kaam tha un ka.</w:t>
      </w:r>
      <w:r>
        <w:br/>
      </w:r>
      <w:r>
        <w:rPr>
          <w:sz w:val="20"/>
        </w:rPr>
        <w:t>1:06:13  achanak uth ke death ho gai achanak to un ke kai chote chote bache thay.</w:t>
      </w:r>
      <w:r>
        <w:br/>
      </w:r>
      <w:r>
        <w:rPr>
          <w:sz w:val="20"/>
        </w:rPr>
        <w:t>1:06:19  to hum sab logon ne socha ke ab kia hoga, kia hoga lekin kia hoga? nature ne kaam</w:t>
      </w:r>
      <w:r>
        <w:br/>
      </w:r>
      <w:r>
        <w:rPr>
          <w:sz w:val="20"/>
        </w:rPr>
        <w:t>1:06:24  kia, nature ne har bache ke andar instinct jaag para ke mera baap mar gaya, ab mujhe kaam karna hai.</w:t>
      </w:r>
      <w:r>
        <w:br/>
      </w:r>
      <w:r>
        <w:rPr>
          <w:sz w:val="20"/>
        </w:rPr>
        <w:t>1:06:30  mera baap mar gaya, ab mujhe kaam karna hai.</w:t>
      </w:r>
      <w:r>
        <w:br/>
      </w:r>
      <w:r>
        <w:rPr>
          <w:sz w:val="20"/>
        </w:rPr>
        <w:t>1:06:35  to sab bachon ne parh dala aur aur job bhi mil gaya un ko aur mujhe pata chala</w:t>
      </w:r>
      <w:r>
        <w:br/>
      </w:r>
      <w:r>
        <w:rPr>
          <w:sz w:val="20"/>
        </w:rPr>
        <w:t>1:06:41  ke baqayda wo apne zaati ghar bana lia unhon ne.</w:t>
      </w:r>
      <w:r>
        <w:br/>
      </w:r>
      <w:r>
        <w:rPr>
          <w:sz w:val="20"/>
        </w:rPr>
        <w:t>1:06:46  zati ghar halankay baap nay kuch paisa nahi chora tha in kay liye, instinct chora tha.</w:t>
      </w:r>
      <w:r>
        <w:br/>
      </w:r>
      <w:r>
        <w:rPr>
          <w:sz w:val="20"/>
        </w:rPr>
        <w:t>1:06:52  Instinct to aap ko mein do baatein kahoon ga: aap khud apnay andar skill paida kijiye aur yeh</w:t>
      </w:r>
      <w:r>
        <w:br/>
      </w:r>
      <w:r>
        <w:rPr>
          <w:sz w:val="20"/>
        </w:rPr>
        <w:t>1:06:58  sochna chor dijiye ke aap kamayein gay to bachon ka kaam chalay ga.</w:t>
      </w:r>
      <w:r>
        <w:br/>
      </w:r>
      <w:r>
        <w:rPr>
          <w:sz w:val="20"/>
        </w:rPr>
        <w:t>1:07:03  Bachon kay liye tum mehnat karo, un kay liye instinct paida kijiye.</w:t>
      </w:r>
      <w:r>
        <w:br/>
      </w:r>
      <w:r>
        <w:rPr>
          <w:sz w:val="20"/>
        </w:rPr>
        <w:t>1:07:09  Yeh do baatein mein arz karoon ga aap say.</w:t>
      </w:r>
    </w:p>
    <w:p>
      <w:pPr>
        <w:pStyle w:val="Heading2"/>
      </w:pPr>
      <w:r>
        <w:t>Is helplessness positive or negative?</w:t>
      </w:r>
    </w:p>
    <w:p>
      <w:r>
        <w:rPr>
          <w:color w:val="666666"/>
          <w:sz w:val="18"/>
        </w:rPr>
        <w:t>Revival of Islam March 23, 2014 · 2m 33s · at 45:32 · https://youtu.be/Wc4Vsc4u1JI?t=2732</w:t>
      </w:r>
    </w:p>
    <w:p>
      <w:r>
        <w:rPr>
          <w:i/>
        </w:rPr>
        <w:t>“I have been feeling helpless for a few days. Is this a positive feeling or a negative one?”</w:t>
      </w:r>
    </w:p>
    <w:p>
      <w:r>
        <w:rPr>
          <w:sz w:val="20"/>
        </w:rPr>
        <w:t>45:32  maulana, yeh sawal aaya hai miss naghma siddiqui ka, dilli se. Unhon ne likha hai: "I have been feeling helpless for a few days.</w:t>
      </w:r>
      <w:r>
        <w:br/>
      </w:r>
      <w:r>
        <w:rPr>
          <w:sz w:val="20"/>
        </w:rPr>
        <w:t>45:43  is this a positive feeling or a negative one?" dekhiye, helplessness ko arabi mein kaha jata hai "ajz". "ajz".</w:t>
      </w:r>
      <w:r>
        <w:br/>
      </w:r>
      <w:r>
        <w:rPr>
          <w:sz w:val="20"/>
        </w:rPr>
        <w:t>45:56  "ajz" jo hai, main samajhta hoon ke sab se bari positive quality hai.</w:t>
      </w:r>
      <w:r>
        <w:br/>
      </w:r>
      <w:r>
        <w:rPr>
          <w:sz w:val="20"/>
        </w:rPr>
        <w:t>46:02  yeh one person bhi negative nahi hai.</w:t>
      </w:r>
      <w:r>
        <w:br/>
      </w:r>
      <w:r>
        <w:rPr>
          <w:sz w:val="20"/>
        </w:rPr>
        <w:t>46:08  kyunke</w:t>
      </w:r>
      <w:r>
        <w:br/>
      </w:r>
      <w:r>
        <w:rPr>
          <w:sz w:val="20"/>
        </w:rPr>
        <w:t>46:12  reality kya hai? Reality yeh hai ke Allah all powerful hai, hum all powerless hain.</w:t>
      </w:r>
      <w:r>
        <w:br/>
      </w:r>
      <w:r>
        <w:rPr>
          <w:sz w:val="20"/>
        </w:rPr>
        <w:t>46:23  Allah qadir-e-mutlaq hai, hum ajiz-e-mutlaq hain.</w:t>
      </w:r>
      <w:r>
        <w:br/>
      </w:r>
      <w:r>
        <w:rPr>
          <w:sz w:val="20"/>
        </w:rPr>
        <w:t>46:30  to Allah ko jab hum discover karte hain to hum qadir-e-mutlaq ko discover karte hain. All powerful ko. Ab doosri jo discovery hai, woh insaan ki discovery hai.</w:t>
      </w:r>
      <w:r>
        <w:br/>
      </w:r>
      <w:r>
        <w:rPr>
          <w:sz w:val="20"/>
        </w:rPr>
        <w:t>46:45  to jab hum insaan ko discover karte hain to hum all powerless ko discover karte hain. Yahi to do cheezen hain. To Allah ki discovery akhirat tak positive hai.</w:t>
      </w:r>
      <w:r>
        <w:br/>
      </w:r>
      <w:r>
        <w:rPr>
          <w:sz w:val="20"/>
        </w:rPr>
        <w:t>46:55  to insaan ki discovery bhi akhirat tak positive hai.</w:t>
      </w:r>
      <w:r>
        <w:br/>
      </w:r>
      <w:r>
        <w:rPr>
          <w:sz w:val="20"/>
        </w:rPr>
        <w:t>47:01  in mein se dono aqsam taur par positive hain, in mein se koi negative nahi hai. Kyunke Allah se jo aap ka jo ta'alluq hai, us ko jab daryaft karte hain, tabhi to Allah ki nasrat aaye gi aap ko.</w:t>
      </w:r>
      <w:r>
        <w:br/>
      </w:r>
      <w:r>
        <w:rPr>
          <w:sz w:val="20"/>
        </w:rPr>
        <w:t>47:17  jo relationship hai aap ka Allah se, jab us ko daryaft karein ge, tabhi to aap ka Allah se ta'alluq qaim hoga. Tabhi to Allah ki rehmat mile gi aap ko.</w:t>
      </w:r>
      <w:r>
        <w:br/>
      </w:r>
      <w:r>
        <w:rPr>
          <w:sz w:val="20"/>
        </w:rPr>
        <w:t>47:31  to main samajhta hoon ke "ajz" jo hai, "ajz" ain, jeem, zer, "ajz" bilashuba sab se bari positive quality hai.</w:t>
      </w:r>
      <w:r>
        <w:br/>
      </w:r>
      <w:r>
        <w:rPr>
          <w:sz w:val="20"/>
        </w:rPr>
        <w:t>47:44  balke main kahun ga sab se bari positive daryaft hai.</w:t>
      </w:r>
      <w:r>
        <w:br/>
      </w:r>
      <w:r>
        <w:rPr>
          <w:sz w:val="20"/>
        </w:rPr>
        <w:t>47:49  Allah ko daryaft karna jis tarah ek ek positive daryaft hai, usi tarah apne ajz ko daryaft karna bhi ek positive daryaft hai. Is mein negativity ka koi sawal nahi.</w:t>
      </w:r>
    </w:p>
    <w:p>
      <w:pPr>
        <w:pStyle w:val="Heading2"/>
      </w:pPr>
      <w:r>
        <w:t>Saddened by Delhi's consumer culture</w:t>
      </w:r>
    </w:p>
    <w:p>
      <w:r>
        <w:rPr>
          <w:color w:val="666666"/>
          <w:sz w:val="18"/>
        </w:rPr>
        <w:t>Age of Consumerism January 6, 2013 · 2m 53s · at 1:05:09 · https://youtu.be/zJRZ1OKUhgA?t=3909</w:t>
      </w:r>
    </w:p>
    <w:p>
      <w:r>
        <w:rPr>
          <w:i/>
        </w:rPr>
        <w:t>“Since four days, I have been in Delhi. I am very sad to see the Delhiites. They are totally trapped in consumer and entertaining culture. They sleep late and get up late at 12 in the morning. I try to do dawah work, but nobody is ready to listen.”</w:t>
      </w:r>
    </w:p>
    <w:p>
      <w:r>
        <w:rPr>
          <w:sz w:val="20"/>
        </w:rPr>
        <w:t>1:05:09  maulana, agla sawal saharanpur se hai, syed mohsin bilal sahab ka. unhone likha hai: "since four days, i have been in delhi.</w:t>
      </w:r>
      <w:r>
        <w:br/>
      </w:r>
      <w:r>
        <w:rPr>
          <w:sz w:val="20"/>
        </w:rPr>
        <w:t>1:05:19  i am very sad to see the delhiites. they are totally trapped in consumer and entertaining culture.</w:t>
      </w:r>
      <w:r>
        <w:br/>
      </w:r>
      <w:r>
        <w:rPr>
          <w:sz w:val="20"/>
        </w:rPr>
        <w:t>1:05:27  they sleep late and they get up late at 12 in the morning. i try to do dawah work, but nobody is ready to listen.</w:t>
      </w:r>
      <w:r>
        <w:br/>
      </w:r>
      <w:r>
        <w:rPr>
          <w:sz w:val="20"/>
        </w:rPr>
        <w:t>1:05:37  they think they are intelligent. so how? how to give message to these kind of intelligent people?" dekhiye, aisa hundred percent nahi hai.</w:t>
      </w:r>
      <w:r>
        <w:br/>
      </w:r>
      <w:r>
        <w:rPr>
          <w:sz w:val="20"/>
        </w:rPr>
        <w:t>1:05:48  aap seeker ko talash kijiye. seeker isi mein ek shakhs seeker hoga.</w:t>
      </w:r>
      <w:r>
        <w:br/>
      </w:r>
      <w:r>
        <w:rPr>
          <w:sz w:val="20"/>
        </w:rPr>
        <w:t>1:05:55  misalan mein bata doon aap ko aaj hi ka experience. aaj ka</w:t>
      </w:r>
      <w:r>
        <w:br/>
      </w:r>
      <w:r>
        <w:rPr>
          <w:sz w:val="20"/>
        </w:rPr>
        <w:t>1:06:01  hamare paas ek sahab aaye, jo senior professor hain, woh ab retire ho gaye hain. un ke yani woh eighties ke late eighties mein hain.</w:t>
      </w:r>
      <w:r>
        <w:br/>
      </w:r>
      <w:r>
        <w:rPr>
          <w:sz w:val="20"/>
        </w:rPr>
        <w:t>1:06:15  woh is waqt to woh khud bhi english mein kitabein likhi hain. unhone</w:t>
      </w:r>
      <w:r>
        <w:br/>
      </w:r>
      <w:r>
        <w:rPr>
          <w:sz w:val="20"/>
        </w:rPr>
        <w:t>1:06:23  to hamare paas aaye, ab taqreeban der tak rahe. woh hamare kai saathi bhi wahan maujood the.</w:t>
      </w:r>
      <w:r>
        <w:br/>
      </w:r>
      <w:r>
        <w:rPr>
          <w:sz w:val="20"/>
        </w:rPr>
        <w:t>1:06:33  to hamare haan kitabein un ko di gayeen aur baatein huin. ab aaj hi un ke message aaye. aaj hi bohat ajeeb o ghareeb message. aap bataiye, kya message hai?</w:t>
      </w:r>
      <w:r>
        <w:br/>
      </w:r>
      <w:r>
        <w:rPr>
          <w:sz w:val="20"/>
        </w:rPr>
        <w:t>1:06:44  ah, well, he gave a call in the morning and he said that i have been going through Maulana literature and i must say that its very rich and very comprehensive and daily i am getting you know something out of the literature.</w:t>
      </w:r>
      <w:r>
        <w:br/>
      </w:r>
      <w:r>
        <w:rPr>
          <w:sz w:val="20"/>
        </w:rPr>
        <w:t>1:06:58  in fact, ah, he finished one book yesterday itself and he was saying that i will continue my study and when i reach back home because he is in this travel, i am going to write a letter to Maulana sahib.</w:t>
      </w:r>
      <w:r>
        <w:br/>
      </w:r>
      <w:r>
        <w:rPr>
          <w:sz w:val="20"/>
        </w:rPr>
        <w:t>1:07:11  b. and one additional thing he said, what he said that i want to congratulate Maulana sahib because there are a lot of youngsters involved in this mission.</w:t>
      </w:r>
      <w:r>
        <w:br/>
      </w:r>
      <w:r>
        <w:rPr>
          <w:sz w:val="20"/>
        </w:rPr>
        <w:t>1:07:19  so he was very happy and very moved by Maulana sahib literature. dekhiye, asal baat kya hai? aap bheed ko kyun dekhte hain?</w:t>
      </w:r>
      <w:r>
        <w:br/>
      </w:r>
      <w:r>
        <w:rPr>
          <w:sz w:val="20"/>
        </w:rPr>
        <w:t>1:07:30  yani sab ko le kar kyun sochte hain? aap individual ko le kar sochiye. individual isi ko mein seeker keh raha hoon</w:t>
      </w:r>
      <w:r>
        <w:br/>
      </w:r>
      <w:r>
        <w:rPr>
          <w:sz w:val="20"/>
        </w:rPr>
        <w:t>1:07:37  . agar aap bheed ko le kar sochenge to hamesha aap ko mayoosi milegi, frustration.</w:t>
      </w:r>
      <w:r>
        <w:br/>
      </w:r>
      <w:r>
        <w:rPr>
          <w:sz w:val="20"/>
        </w:rPr>
        <w:t>1:07:45  lekin individual to hamesha maujood hote hain, un se kabhi dunya khali nahi hoti. to aap ka target individual hona chahiye, na ke bheed.</w:t>
      </w:r>
      <w:r>
        <w:br/>
      </w:r>
      <w:r>
        <w:rPr>
          <w:sz w:val="20"/>
        </w:rPr>
        <w:t>1:07:56  tab aap aisi baat nahi farmayenge.</w:t>
      </w:r>
    </w:p>
    <w:p>
      <w:pPr>
        <w:pStyle w:val="Heading2"/>
      </w:pPr>
      <w:r>
        <w:t>Guidance for childless couple's loneliness</w:t>
      </w:r>
    </w:p>
    <w:p>
      <w:r>
        <w:rPr>
          <w:color w:val="666666"/>
          <w:sz w:val="18"/>
        </w:rPr>
        <w:t>How to Manage Controversy 10 Nov 2019 - Maulana Wahiduddin Khan · 1m 56s · at 59:21 · https://youtu.be/UafTzJXHrSA?t=3561</w:t>
      </w:r>
    </w:p>
    <w:p>
      <w:r>
        <w:rPr>
          <w:i/>
        </w:rPr>
        <w:t>“Maulana, I don't have a child and both my wife and I feel very lonely. Maulana, please give us some guidance as it is affecting our peace of mind.”</w:t>
      </w:r>
    </w:p>
    <w:p>
      <w:r>
        <w:rPr>
          <w:sz w:val="20"/>
        </w:rPr>
        <w:t>59:21  yahi asal masla hai, jar ki baat yahi hai, jar ki baat yahi hai. maulana, agla sawal ahmedabad se shoaib akhtar sahib ne bheja hai.</w:t>
      </w:r>
      <w:r>
        <w:br/>
      </w:r>
      <w:r>
        <w:rPr>
          <w:sz w:val="20"/>
        </w:rPr>
        <w:t>59:33  unho ne likha hai: "maulana sahib, i don't have a child and both me and my wife feel very lonely.</w:t>
      </w:r>
      <w:r>
        <w:br/>
      </w:r>
      <w:r>
        <w:rPr>
          <w:sz w:val="20"/>
        </w:rPr>
        <w:t>59:43  maulana sahib, please give us some guidance as it is affecting our peace of mind." bhai, yeh is ke liye main yahi kahunga ke rasool Allah ko dekhiye, aap</w:t>
      </w:r>
      <w:r>
        <w:br/>
      </w:r>
      <w:r>
        <w:rPr>
          <w:sz w:val="20"/>
        </w:rPr>
        <w:t>1:00:03  rasool Allah ka beta kahan tha? jo bete paida hue, woh khatam ho gaye.</w:t>
      </w:r>
      <w:r>
        <w:br/>
      </w:r>
      <w:r>
        <w:rPr>
          <w:sz w:val="20"/>
        </w:rPr>
        <w:t>1:00:13  ab aur kya kar sakta hoon main aap ko? okay, we will end the session</w:t>
      </w:r>
      <w:r>
        <w:br/>
      </w:r>
      <w:r>
        <w:rPr>
          <w:sz w:val="20"/>
        </w:rPr>
        <w:t>1:00:18  now. thank you.</w:t>
      </w:r>
    </w:p>
    <w:p>
      <w:pPr>
        <w:pStyle w:val="Heading2"/>
      </w:pPr>
      <w:r>
        <w:t>Overcoming heedlessness of death in youth</w:t>
      </w:r>
    </w:p>
    <w:p>
      <w:r>
        <w:rPr>
          <w:color w:val="666666"/>
          <w:sz w:val="18"/>
        </w:rPr>
        <w:t>Concept of Death in Islam 26th Aug 12 SLOW · 1m 59s · at 15:45 · https://youtu.be/8dsos0OBM6M?t=945</w:t>
      </w:r>
    </w:p>
    <w:p>
      <w:r>
        <w:rPr>
          <w:i/>
        </w:rPr>
        <w:t>“Today I am young and see death as far away. How can I save myself from this heedlessness?”</w:t>
      </w:r>
    </w:p>
    <w:p>
      <w:r>
        <w:rPr>
          <w:sz w:val="20"/>
        </w:rPr>
        <w:t>15:45  Maulana, agla sawal Tamil Nadu se hai Maulana Iqbal Omri sahib ka. unhon ne likha hai: "Maulana, aaj mein jawan hoon, maut ko door dekh raha hoon. is ghaflat se mein kaise bachoon?" is ke bare mein batayein.</w:t>
      </w:r>
      <w:r>
        <w:br/>
      </w:r>
      <w:r>
        <w:rPr>
          <w:sz w:val="20"/>
        </w:rPr>
        <w:t>16:03  isi liye to Allah taala ne maut ka waqt koi nahi rakha.</w:t>
      </w:r>
      <w:r>
        <w:br/>
      </w:r>
      <w:r>
        <w:rPr>
          <w:sz w:val="20"/>
        </w:rPr>
        <w:t>16:10  bacha hi marta hai, jawani hi marta hai, budhai marta hai.</w:t>
      </w:r>
      <w:r>
        <w:br/>
      </w:r>
      <w:r>
        <w:rPr>
          <w:sz w:val="20"/>
        </w:rPr>
        <w:t>16:17  jaise mein aksar sochta rehta hoon, aksar sochta rehta hoon mein ke mere teen bachche mar chuke, mere apne.</w:t>
      </w:r>
      <w:r>
        <w:br/>
      </w:r>
      <w:r>
        <w:rPr>
          <w:sz w:val="20"/>
        </w:rPr>
        <w:t>16:24  zahair hai ke woh bachche mujh se bohat chote the.</w:t>
      </w:r>
      <w:r>
        <w:br/>
      </w:r>
      <w:r>
        <w:rPr>
          <w:sz w:val="20"/>
        </w:rPr>
        <w:t>16:31  to mein sochta rehta hoon, mere teen bachche mar chuke, mere chote bhai mar chuke, meri chhoti behan mar chuki.</w:t>
      </w:r>
      <w:r>
        <w:br/>
      </w:r>
      <w:r>
        <w:rPr>
          <w:sz w:val="20"/>
        </w:rPr>
        <w:t>16:39  to aadmi yeh waqiaat aadmi ko is liye hotay hain ke aadmi soche ke tum se chotay jab</w:t>
      </w:r>
      <w:r>
        <w:br/>
      </w:r>
      <w:r>
        <w:rPr>
          <w:sz w:val="20"/>
        </w:rPr>
        <w:t>16:46  mar gaye, tum kyun nahi maro ge? Allah taala ne maut ka agar aik fix kar diya hota,</w:t>
      </w:r>
      <w:r>
        <w:br/>
      </w:r>
      <w:r>
        <w:rPr>
          <w:sz w:val="20"/>
        </w:rPr>
        <w:t>16:53  fix ke 90 saal mein har aadmi ko marna hai, tab to sochna mushkil hota.</w:t>
      </w:r>
      <w:r>
        <w:br/>
      </w:r>
      <w:r>
        <w:rPr>
          <w:sz w:val="20"/>
        </w:rPr>
        <w:t>17:00  lekin jab hum dekhte hain ke bachcha hi mara, bachcha hi marta hai, naujawan marta hai, har har</w:t>
      </w:r>
      <w:r>
        <w:br/>
      </w:r>
      <w:r>
        <w:rPr>
          <w:sz w:val="20"/>
        </w:rPr>
        <w:t>17:07  umar ke log marte rehte hain barabar.</w:t>
      </w:r>
      <w:r>
        <w:br/>
      </w:r>
      <w:r>
        <w:rPr>
          <w:sz w:val="20"/>
        </w:rPr>
        <w:t>17:15  to yeh isi liye hai ke yeh waqiaat aadmi ke liye reminder bane, reminder.</w:t>
      </w:r>
      <w:r>
        <w:br/>
      </w:r>
      <w:r>
        <w:rPr>
          <w:sz w:val="20"/>
        </w:rPr>
        <w:t>17:22  sochein ke dekho, mujh se chota yeh mar gaya to mein mein kyun nahi maroonga? to logon</w:t>
      </w:r>
      <w:r>
        <w:br/>
      </w:r>
      <w:r>
        <w:rPr>
          <w:sz w:val="20"/>
        </w:rPr>
        <w:t>17:29  mein wahi mein jo arz kiya ke logon mein soch jagana hai, intellectual awakening lana hai, isi ki kami hai.</w:t>
      </w:r>
      <w:r>
        <w:br/>
      </w:r>
      <w:r>
        <w:rPr>
          <w:sz w:val="20"/>
        </w:rPr>
        <w:t>17:36  saari kami isi cheez ki hai.</w:t>
      </w:r>
      <w:r>
        <w:br/>
      </w:r>
      <w:r>
        <w:rPr>
          <w:sz w:val="20"/>
        </w:rPr>
        <w:t>17:44  Maulana, agla sawal Maldives se hai Mr. Hitesh Dhamija sahib ka. unhon ne likha hai: "While a short stay in Saudi Arabia, I noticed that Arabs in the month of Ramadan, while they fast, sleep during the day and stay up night. However, Muslims in India follow a different pattern. They keep the fast and work during the day and sleep at night.</w:t>
      </w:r>
    </w:p>
    <w:p>
      <w:pPr>
        <w:pStyle w:val="Heading2"/>
      </w:pPr>
      <w:r>
        <w:t>Regret over wasted half of life</w:t>
      </w:r>
    </w:p>
    <w:p>
      <w:r>
        <w:rPr>
          <w:color w:val="666666"/>
          <w:sz w:val="18"/>
        </w:rPr>
        <w:t>Modern Age June 9, 2019 Maulana Wahiduddin Khan · 4m 13s · at 40:21 · https://youtu.be/7mjCvAvHEdA?t=2421</w:t>
      </w:r>
    </w:p>
    <w:p>
      <w:r>
        <w:rPr>
          <w:i/>
        </w:rPr>
        <w:t>“I am forty-six years old now. Half of my life is spent without thinking seriously and the remaining half just routine life of listening to Islam as a ritual. The remaining life looks very short.”</w:t>
      </w:r>
    </w:p>
    <w:p>
      <w:r>
        <w:rPr>
          <w:sz w:val="20"/>
        </w:rPr>
        <w:t>40:21  Maulana, agla sawal Pakistan se kiya hai Abdul Rauf Butt sahib ne. Unhone likha hai, "Maulana, I am forty-six years old now.</w:t>
      </w:r>
      <w:r>
        <w:br/>
      </w:r>
      <w:r>
        <w:rPr>
          <w:sz w:val="20"/>
        </w:rPr>
        <w:t>40:31  Half of my life is spent without thinking seriously and the remaining half just routine life of listening to Islam as a ritual.</w:t>
      </w:r>
      <w:r>
        <w:br/>
      </w:r>
      <w:r>
        <w:rPr>
          <w:sz w:val="20"/>
        </w:rPr>
        <w:t>40:43  The remaining life looks very short</w:t>
      </w:r>
      <w:r>
        <w:br/>
      </w:r>
      <w:r>
        <w:rPr>
          <w:sz w:val="20"/>
        </w:rPr>
        <w:t>40:46  . My request, Maulana, is if you could advise us how to spend a life, the remaining one, so that we can get some place in paradise."</w:t>
      </w:r>
      <w:r>
        <w:br/>
      </w:r>
      <w:r>
        <w:rPr>
          <w:sz w:val="20"/>
        </w:rPr>
        <w:t>41:02  Dekhiye, paradise to ka talluq muddat se nahi hai ke aap so saal amal karen to paradise hai.</w:t>
      </w:r>
      <w:r>
        <w:br/>
      </w:r>
      <w:r>
        <w:rPr>
          <w:sz w:val="20"/>
        </w:rPr>
        <w:t>41:15  Nahi, ek din ka amal bhi aap ko paradise mein le ja sakta hai. Allah</w:t>
      </w:r>
      <w:r>
        <w:br/>
      </w:r>
      <w:r>
        <w:rPr>
          <w:sz w:val="20"/>
        </w:rPr>
        <w:t>41:29  ko aap ke amal ki, Allah aap ke amal ko quantitative term mein nahi dekhta, quality ki term mein dekhta hai.</w:t>
      </w:r>
      <w:r>
        <w:br/>
      </w:r>
      <w:r>
        <w:rPr>
          <w:sz w:val="20"/>
        </w:rPr>
        <w:t>41:41  Is baat ko achi tarah samajh lijiye ke Allah aap ke amal ko in terms of quantity nahi dekhta, woh in terms of quality dekhta hai.</w:t>
      </w:r>
      <w:r>
        <w:br/>
      </w:r>
      <w:r>
        <w:rPr>
          <w:sz w:val="20"/>
        </w:rPr>
        <w:t>41:53  To aap ke paas zindagi ka thoda sa waqt baqi hai, tab bhi aap in terms of quality kuch kar dikhaiye to Allah dor kar aap ke paas ayega aur jannat aap ko, farishte aap ko gifts ki tarah le ke khare ho jayenge aap ke paas.</w:t>
      </w:r>
      <w:r>
        <w:br/>
      </w:r>
      <w:r>
        <w:rPr>
          <w:sz w:val="20"/>
        </w:rPr>
        <w:t>42:14  It is quality that matters. Yaad rakhiye, Allah ke haan quality ki qeemat hai, quantity ki kuch bhi qeemat nahi hai, kuch bhi nahi hai.</w:t>
      </w:r>
      <w:r>
        <w:br/>
      </w:r>
      <w:r>
        <w:rPr>
          <w:sz w:val="20"/>
        </w:rPr>
        <w:t>42:27  To quality ek aisi cheez hai ke aap agar zindagi ka ek din aap mila hai, tab bhi aap is ko kar sakte hain. Maslan dekhiye, main ek waqia batata hoon aap ko ek shakhs ka.</w:t>
      </w:r>
      <w:r>
        <w:br/>
      </w:r>
      <w:r>
        <w:rPr>
          <w:sz w:val="20"/>
        </w:rPr>
        <w:t>42:46  Woh is ka case wahi tha jo aap ne bataya, wahi tha.</w:t>
      </w:r>
      <w:r>
        <w:br/>
      </w:r>
      <w:r>
        <w:rPr>
          <w:sz w:val="20"/>
        </w:rPr>
        <w:t>42:53  To jab umar zyada ho chuki thi to ek din is ne do rak'at namaz padhi aur phir dua karne laga.</w:t>
      </w:r>
      <w:r>
        <w:br/>
      </w:r>
      <w:r>
        <w:rPr>
          <w:sz w:val="20"/>
        </w:rPr>
        <w:t>43:04  Dua karne laga. Is ne kaha ke "Khuda ya, meri meri umar to khatm ho gayi lekin teri rehmat to khatm ho rahi nahi hai." Is ki zuban se nikla ke "Khuda ya,</w:t>
      </w:r>
      <w:r>
        <w:br/>
      </w:r>
      <w:r>
        <w:rPr>
          <w:sz w:val="20"/>
        </w:rPr>
        <w:t>43:20  meri umar to khatm ho gayi lekin teri rehmat to khatm ho rahi nahin."</w:t>
      </w:r>
      <w:r>
        <w:br/>
      </w:r>
      <w:r>
        <w:rPr>
          <w:sz w:val="20"/>
        </w:rPr>
        <w:t>43:28  yeh us us jumle ne ek mein nahin keh sakta ke kya hua akhirat mein, lekin mera guess</w:t>
      </w:r>
      <w:r>
        <w:br/>
      </w:r>
      <w:r>
        <w:rPr>
          <w:sz w:val="20"/>
        </w:rPr>
        <w:t>43:35  zaroori hai ke usne allah ko invoke kiya hoga uske in alfaz ne aur usko</w:t>
      </w:r>
      <w:r>
        <w:br/>
      </w:r>
      <w:r>
        <w:rPr>
          <w:sz w:val="20"/>
        </w:rPr>
        <w:t>43:44  wo sab kuch mil gaya hoga jo mazi mein usne kho diya tha.</w:t>
      </w:r>
      <w:r>
        <w:br/>
      </w:r>
      <w:r>
        <w:rPr>
          <w:sz w:val="20"/>
        </w:rPr>
        <w:t>43:51  Yeh mera guess hai.</w:t>
      </w:r>
      <w:r>
        <w:br/>
      </w:r>
      <w:r>
        <w:rPr>
          <w:sz w:val="20"/>
        </w:rPr>
        <w:t>43:56  Kaisa ajeeb is ki zuban se nikla tha yeh lafz ke "Khuda ya, meri umar to khatm ho gayi lekin teri rehmat to khatm ho rahi nahi hai."</w:t>
      </w:r>
      <w:r>
        <w:br/>
      </w:r>
      <w:r>
        <w:rPr>
          <w:sz w:val="20"/>
        </w:rPr>
        <w:t>44:11  To aap yeh is is is cheez ko le kar sochiye, woh jo aap ki soch hai woh sahi nahi hai. Is haqeeqat ko le kar sochiye to inshallah ek din bhi agar mil jaye zindagi mein aap ko to wahi kafi ho sakta hai aap ke jannat ke liye.</w:t>
      </w:r>
    </w:p>
    <w:p>
      <w:pPr>
        <w:pStyle w:val="Heading2"/>
      </w:pPr>
      <w:r>
        <w:t>Method to overcome despair and hopelessness</w:t>
      </w:r>
    </w:p>
    <w:p>
      <w:r>
        <w:rPr>
          <w:color w:val="666666"/>
          <w:sz w:val="18"/>
        </w:rPr>
        <w:t>The Prophet An Example of Modesty August 27, 2017 · 1m 16s · at 56:13 · https://youtu.be/aR3V4c8fQC4?t=3373</w:t>
      </w:r>
    </w:p>
    <w:p>
      <w:r>
        <w:rPr>
          <w:i/>
        </w:rPr>
        <w:t>“What basic thing or method should be adopted to overcome despair?”</w:t>
      </w:r>
    </w:p>
    <w:p>
      <w:r>
        <w:rPr>
          <w:sz w:val="20"/>
        </w:rPr>
        <w:t>56:13  aur to mein kuch nahi keh sakta. ji molana, agla sawal hong kong se tausif bukhari sahab ne bheja hai, unhon ne likha hai, "mayusi se nikalne ke liye konsi buniyadi cheez ya tareeqa ikhtiyar karna chahiye?" is ke bare mein bataiye.</w:t>
      </w:r>
      <w:r>
        <w:br/>
      </w:r>
      <w:r>
        <w:rPr>
          <w:sz w:val="20"/>
        </w:rPr>
        <w:t>56:34  mere liye to yahi hai ke har din jab subah ko mein dekhta hoon ke suraj nikal raha hai, jis tarah aaj sare chhe baje dekha mein ne to mein hope se bhar jata hoon.</w:t>
      </w:r>
      <w:r>
        <w:br/>
      </w:r>
      <w:r>
        <w:rPr>
          <w:sz w:val="20"/>
        </w:rPr>
        <w:t>56:48  yani suraj ka har din nikalna subah ko hope ka pahad hota hai, hope ka universal le kar aata hai.</w:t>
      </w:r>
      <w:r>
        <w:br/>
      </w:r>
      <w:r>
        <w:rPr>
          <w:sz w:val="20"/>
        </w:rPr>
        <w:t>56:57  woh shoori tor par agar mein Allah ke is is is nishan ko dekhun to mein kabhi mayusi ka shikar nahi ho sakta.</w:t>
      </w:r>
      <w:r>
        <w:br/>
      </w:r>
      <w:r>
        <w:rPr>
          <w:sz w:val="20"/>
        </w:rPr>
        <w:t>57:09  mera haal yahi hai</w:t>
      </w:r>
      <w:r>
        <w:br/>
      </w:r>
      <w:r>
        <w:rPr>
          <w:sz w:val="20"/>
        </w:rPr>
        <w:t>57:13  ke jab mein gaon mein tha tab se mein suraj ke nikalne ko dekhta hoon aur suraj ka nikalna mujhe Allah rab ul alameen ki taraf se umeed ka ek ek samandar hota hai.</w:t>
      </w:r>
      <w:r>
        <w:br/>
      </w:r>
      <w:r>
        <w:rPr>
          <w:sz w:val="20"/>
        </w:rPr>
        <w:t>57:26  mere liye to kafi hai.</w:t>
      </w:r>
    </w:p>
    <w:p>
      <w:pPr>
        <w:pStyle w:val="Heading2"/>
      </w:pPr>
      <w:r>
        <w:t>Finding hope with Muslims in denial</w:t>
      </w:r>
    </w:p>
    <w:p>
      <w:r>
        <w:rPr>
          <w:color w:val="666666"/>
          <w:sz w:val="18"/>
        </w:rPr>
        <w:t>The Age of Giving Global Thanks Dec 15. 2019—Maulana Wahiduddin Khan · 1m 49s · at 53:29 · https://youtu.be/254Pgn6Ldts?t=3209</w:t>
      </w:r>
    </w:p>
    <w:p>
      <w:r>
        <w:rPr>
          <w:i/>
        </w:rPr>
        <w:t>“Sometimes I really get frustrated when I see Muslims that are not at all trying to rediscover Islam. They are always in denial and they hate the leaders who want them to be peaceful. How to see a ray of hope? Please guide us.”</w:t>
      </w:r>
    </w:p>
    <w:p>
      <w:r>
        <w:rPr>
          <w:sz w:val="20"/>
        </w:rPr>
        <w:t>53:29  doctor safeena tabassum ne saharanpur se sawal kiya hai. unhon ne likha hai: "maulana sahab, sometimes i really get frustrated when i see muslims that are not at all trying to rediscover islam.</w:t>
      </w:r>
      <w:r>
        <w:br/>
      </w:r>
      <w:r>
        <w:rPr>
          <w:sz w:val="20"/>
        </w:rPr>
        <w:t>53:44  they are always in denial and they hate those leaders who want them to be peaceful. how to see a ray of ho</w:t>
      </w:r>
      <w:r>
        <w:br/>
      </w:r>
      <w:r>
        <w:rPr>
          <w:sz w:val="20"/>
        </w:rPr>
        <w:t>53:53  pe? please guide us." we guide us. abhi main ne kaha ke aap sab log jo is tarah ki boli bolte hain, woh sab ek hi marz ki bimari hai, mubtala hain.</w:t>
      </w:r>
      <w:r>
        <w:br/>
      </w:r>
      <w:r>
        <w:rPr>
          <w:sz w:val="20"/>
        </w:rPr>
        <w:t>54:07  single waqeye ko generalize karna. jitne log hain, sab yahi kar rahe hain ke single waqeye ko generalize karte hain.</w:t>
      </w:r>
      <w:r>
        <w:br/>
      </w:r>
      <w:r>
        <w:rPr>
          <w:sz w:val="20"/>
        </w:rPr>
        <w:t>54:19  aap apne is tarah ke apne zehan ki islaah kijiye.</w:t>
      </w:r>
    </w:p>
    <w:p>
      <w:pPr>
        <w:pStyle w:val="Heading2"/>
      </w:pPr>
      <w:r>
        <w:t>Dealing with depression about end times</w:t>
      </w:r>
    </w:p>
    <w:p>
      <w:r>
        <w:rPr>
          <w:color w:val="666666"/>
          <w:sz w:val="18"/>
        </w:rPr>
        <w:t>Advance Preparation and Planning October 27, 2018 · 4m 46s · at 37:16 · https://youtu.be/X0ycKqLspoA?t=2236</w:t>
      </w:r>
    </w:p>
    <w:p>
      <w:r>
        <w:rPr>
          <w:i/>
        </w:rPr>
        <w:t>“I get confused and depressed when I think about the fact that Moulana and other scholars say the end of times is very near and we are living in the end of times. How should I deal with this?”</w:t>
      </w:r>
    </w:p>
    <w:p>
      <w:r>
        <w:rPr>
          <w:sz w:val="20"/>
        </w:rPr>
        <w:t>37:16  maulana, agla sawal bheja hai faizan maqsood sahib ne. yeh teenager hain aur pakistan se hain. is waqt london mein apni education ke liye wahan pe reh rahe hain.</w:t>
      </w:r>
      <w:r>
        <w:br/>
      </w:r>
      <w:r>
        <w:rPr>
          <w:sz w:val="20"/>
        </w:rPr>
        <w:t>37:30  un ka sawal yeh hai ke "ah, it has". maulana ne likha hai ke "that i really get confused and i get depressed when i think about the fact which maulana also mentioned in the signs of day of judgment.</w:t>
      </w:r>
      <w:r>
        <w:br/>
      </w:r>
      <w:r>
        <w:rPr>
          <w:sz w:val="20"/>
        </w:rPr>
        <w:t>37:58  not only his, but also some of the other scholars like javed ahmed ghamdi sahib. one thing i find common between all the lectures is that the end of times is very near or we are living in the end of times.</w:t>
      </w:r>
      <w:r>
        <w:br/>
      </w:r>
      <w:r>
        <w:rPr>
          <w:sz w:val="20"/>
        </w:rPr>
        <w:t>38:17  i read maulana article explaining a hadith where prophet said that i fear the misguided scholars more than dajjal.</w:t>
      </w:r>
      <w:r>
        <w:br/>
      </w:r>
      <w:r>
        <w:rPr>
          <w:sz w:val="20"/>
        </w:rPr>
        <w:t>38:29  maulana said that this is the time very see a lot of misguided ulama and this is the time of dajjal.</w:t>
      </w:r>
      <w:r>
        <w:br/>
      </w:r>
      <w:r>
        <w:rPr>
          <w:sz w:val="20"/>
        </w:rPr>
        <w:t>38:38  thinking about this stuff gets me goosebumps. i start to question god on why i am in this world at this time as i am a teenager and have a life to live.</w:t>
      </w:r>
      <w:r>
        <w:br/>
      </w:r>
      <w:r>
        <w:rPr>
          <w:sz w:val="20"/>
        </w:rPr>
        <w:t>38:52  i know that as a muslim i am expected to be grateful to god all the time, but sometimes it gets really difficult seeing what the ulama are preaching which has nothing to do with islam.</w:t>
      </w:r>
      <w:r>
        <w:br/>
      </w:r>
      <w:r>
        <w:rPr>
          <w:sz w:val="20"/>
        </w:rPr>
        <w:t>39:08  please, please ask Maulana. just, just guys. Maulana, woh basically aap se advice chah rahe hain ke woh teenager hain aur aaj ke zamane ko le ke aap ne yeh kaha tha ke ek hadith ko bayan kiya tha ke woh, ah,</w:t>
      </w:r>
      <w:r>
        <w:br/>
      </w:r>
      <w:r>
        <w:rPr>
          <w:sz w:val="20"/>
        </w:rPr>
        <w:t>39:26  ke woh scholar se zyada, ah, mis guided.</w:t>
      </w:r>
      <w:r>
        <w:br/>
      </w:r>
      <w:r>
        <w:rPr>
          <w:sz w:val="20"/>
        </w:rPr>
        <w:t>39:33  haan, unhon ne kaha tha Maulana ne jo hadith unhon ne likha hai ke "Prophet said that i fear the mis guided scholars more than dajjal".</w:t>
      </w:r>
      <w:r>
        <w:br/>
      </w:r>
      <w:r>
        <w:rPr>
          <w:sz w:val="20"/>
        </w:rPr>
        <w:t>39:42  to woh yeh keh rahe hain ke aaj ka waqt wahi hai ke jab bohat zyada mis guided scholars hain. to as a teenager woh kaise, ah, life ko live karein?</w:t>
      </w:r>
      <w:r>
        <w:br/>
      </w:r>
      <w:r>
        <w:rPr>
          <w:sz w:val="20"/>
        </w:rPr>
        <w:t>39:53  un ko bohat zyada confusion aur pareshani hoti hai yeh soch ke ke woh bohat zyada mis guide kar rahe hain logon ko. to aap ka kya advice hai?</w:t>
      </w:r>
      <w:r>
        <w:br/>
      </w:r>
      <w:r>
        <w:rPr>
          <w:sz w:val="20"/>
        </w:rPr>
        <w:t>40:03  dekhiye, yeh ek survey ke mutabiq jo finding hai woh yeh hai ke aadmi jab teenage mein hota hai, jo teenagers hain, woh bohat sharp mind un ka hota hai.</w:t>
      </w:r>
      <w:r>
        <w:br/>
      </w:r>
      <w:r>
        <w:rPr>
          <w:sz w:val="20"/>
        </w:rPr>
        <w:t>40:21  baat ko pakarne ke liye bohat hi tez hote hain woh. to dekhiye, teenagers ki woh kami nahi jo aap ne farmaya.</w:t>
      </w:r>
      <w:r>
        <w:br/>
      </w:r>
      <w:r>
        <w:rPr>
          <w:sz w:val="20"/>
        </w:rPr>
        <w:t>40:33  sahih baat yeh hai ke teenagers bohat zyada distraction mein par jaate hain. distraction</w:t>
      </w:r>
      <w:r>
        <w:br/>
      </w:r>
      <w:r>
        <w:rPr>
          <w:sz w:val="20"/>
        </w:rPr>
        <w:t>40:40  . agar teenager apne ko distraction se bachayein to teenager to super thinker hote hain.</w:t>
      </w:r>
      <w:r>
        <w:br/>
      </w:r>
      <w:r>
        <w:rPr>
          <w:sz w:val="20"/>
        </w:rPr>
        <w:t>40:50  un ka mind foran baat ko pakarta hai. bas sharp mind un ka hota hai. to aap ko jo Allah ne is umar mein tofeeq di hai, to yeh best umar hai aap ki.</w:t>
      </w:r>
      <w:r>
        <w:br/>
      </w:r>
      <w:r>
        <w:rPr>
          <w:sz w:val="20"/>
        </w:rPr>
        <w:t>41:02  bas apne ko distraction se bachaiye aur sab kuch mind manage kar lega. manage apne aap</w:t>
      </w:r>
    </w:p>
    <w:p>
      <w:pPr>
        <w:pStyle w:val="Heading2"/>
      </w:pPr>
      <w:r>
        <w:t>Dealing with insincere friendships</w:t>
      </w:r>
    </w:p>
    <w:p>
      <w:r>
        <w:rPr>
          <w:color w:val="666666"/>
          <w:sz w:val="18"/>
        </w:rPr>
        <w:t>Modern Age June 9, 2019 Maulana Wahiduddin Khan · 1m 37s · at 49:46 · https://youtu.be/7mjCvAvHEdA?t=2986</w:t>
      </w:r>
    </w:p>
    <w:p>
      <w:r>
        <w:rPr>
          <w:i/>
        </w:rPr>
        <w:t>“In my life I have made many friends, but none have been true to me. I feel that everyone wants something from me. What should I do in this situation?”</w:t>
      </w:r>
    </w:p>
    <w:p>
      <w:r>
        <w:rPr>
          <w:sz w:val="20"/>
        </w:rPr>
        <w:t>49:46  Maulana Yunus Chandiyon sahib ne Karachi Pakistan se sawal bheja hai. Unhon ne likha hai, "Maulana sahib, mera aik sawal hai.</w:t>
      </w:r>
      <w:r>
        <w:br/>
      </w:r>
      <w:r>
        <w:rPr>
          <w:sz w:val="20"/>
        </w:rPr>
        <w:t>49:56  meri apni zindagi mein bohat se dost bane magar un mein se koi aisa dost na bana jo mujh se sacha ho. Goiya mujhe aisa lagta hai ke har shakhs mujh se apna matlab chah raha hai.</w:t>
      </w:r>
      <w:r>
        <w:br/>
      </w:r>
      <w:r>
        <w:rPr>
          <w:sz w:val="20"/>
        </w:rPr>
        <w:t>50:11  to mujhe is halat mein kya karna chahiye? Is ke baray mein batayein." Jis cheez ko aap dosti keh rahe hain, woh to kuch bhi nahin.</w:t>
      </w:r>
      <w:r>
        <w:br/>
      </w:r>
      <w:r>
        <w:rPr>
          <w:sz w:val="20"/>
        </w:rPr>
        <w:t>50:21  khush fehmi mein jeena hai. To aap sari zindagi aap khush fehmi mein jeete rahe. Yeh dunya ka nizam yaad rakhein, interest par chal raha hai, dosti par nahin.</w:t>
      </w:r>
      <w:r>
        <w:br/>
      </w:r>
      <w:r>
        <w:rPr>
          <w:sz w:val="20"/>
        </w:rPr>
        <w:t>50:36  yeh dunya ka nizam</w:t>
      </w:r>
      <w:r>
        <w:br/>
      </w:r>
      <w:r>
        <w:rPr>
          <w:sz w:val="20"/>
        </w:rPr>
        <w:t>50:42  is par chal hi nahin raha jo hum farz kar lete hain ke dosti dosti kya cheez hai. Koi dost nahin kisi ka. Koi kisi ka dost nahin.</w:t>
      </w:r>
      <w:r>
        <w:br/>
      </w:r>
      <w:r>
        <w:rPr>
          <w:sz w:val="20"/>
        </w:rPr>
        <w:t>50:52  aap ne jin logon ko dost banaya samjha, woh aap falsehood mein jee rahe thay, khush fehmi mein jee rahe thay. To sab se pehle apni ghalti ko maaniye.</w:t>
      </w:r>
      <w:r>
        <w:br/>
      </w:r>
      <w:r>
        <w:rPr>
          <w:sz w:val="20"/>
        </w:rPr>
        <w:t>51:03  sab se pehle apni ghalti ko maniye. You have to discover your own fault.</w:t>
      </w:r>
      <w:r>
        <w:br/>
      </w:r>
      <w:r>
        <w:rPr>
          <w:sz w:val="20"/>
        </w:rPr>
        <w:t>51:12  tab aap ko naya daur mile ga.</w:t>
      </w:r>
    </w:p>
    <w:p>
      <w:pPr>
        <w:pStyle w:val="Heading2"/>
      </w:pPr>
      <w:r>
        <w:t>Feeling dejected despite working</w:t>
      </w:r>
    </w:p>
    <w:p>
      <w:r>
        <w:rPr>
          <w:color w:val="666666"/>
          <w:sz w:val="18"/>
        </w:rPr>
        <w:t>Spirituality in Simple Living, High Thinking October 27, 2019 Maulana Wahiduddin Khan · 6m 26s · at 38:31 · https://youtu.be/Kr28g15eFr8?t=2311</w:t>
      </w:r>
    </w:p>
    <w:p>
      <w:r>
        <w:rPr>
          <w:i/>
        </w:rPr>
        <w:t>“Although I claim to work, I always feel dejected as if I have done nothing. Please explain this.”</w:t>
      </w:r>
    </w:p>
    <w:p>
      <w:r>
        <w:rPr>
          <w:sz w:val="20"/>
        </w:rPr>
        <w:t>38:31  maulana, agla sawal bijnor, up se kya hai mehtab ali nandro sahib ne. unhon ne likha hai: "halankeh mein daawa work karta hoon magar hamesha dejected feeling mein rehta hoon jaise maine kuch nahi kiya." yeh kya hai maulana?</w:t>
      </w:r>
      <w:r>
        <w:br/>
      </w:r>
      <w:r>
        <w:rPr>
          <w:sz w:val="20"/>
        </w:rPr>
        <w:t>38:49  is ko wazeh karen. dekhen, yeh koi negative baat nahi hai,</w:t>
      </w:r>
      <w:r>
        <w:br/>
      </w:r>
      <w:r>
        <w:rPr>
          <w:sz w:val="20"/>
        </w:rPr>
        <w:t>38:56  yeh to bohat achi baat hai. aur dobara mein aap ko readers digest ka ek ek effort deta hoon.</w:t>
      </w:r>
      <w:r>
        <w:br/>
      </w:r>
      <w:r>
        <w:rPr>
          <w:sz w:val="20"/>
        </w:rPr>
        <w:t>39:07  is zamane ki baat hai jab mein parhta tha to is mein ek article chha tha, ek shakhs ne likha tha ke nobel prize jo jin ko milta hai un ki quality kya hoti hai.</w:t>
      </w:r>
      <w:r>
        <w:br/>
      </w:r>
      <w:r>
        <w:rPr>
          <w:sz w:val="20"/>
        </w:rPr>
        <w:t>39:22  yeh ek shakhs ne research kiya, ek kitaab se bhi thi ke is ne kuch selected log jo jin ko nobel prize mila tha un ka study ki ke un ke andar common sifat kya thi.</w:t>
      </w:r>
      <w:r>
        <w:br/>
      </w:r>
      <w:r>
        <w:rPr>
          <w:sz w:val="20"/>
        </w:rPr>
        <w:t>39:42  common</w:t>
      </w:r>
      <w:r>
        <w:br/>
      </w:r>
      <w:r>
        <w:rPr>
          <w:sz w:val="20"/>
        </w:rPr>
        <w:t>39:44  to is ne likha tha ke ke in logon mein common sifat yeh thi ke har ek ne do, har ek mein do sifat pai jati thi, woh thi curiosity and discontent.</w:t>
      </w:r>
      <w:r>
        <w:br/>
      </w:r>
      <w:r>
        <w:rPr>
          <w:sz w:val="20"/>
        </w:rPr>
        <w:t>40:01  yeh to bari achi baat hai,</w:t>
      </w:r>
      <w:r>
        <w:br/>
      </w:r>
      <w:r>
        <w:rPr>
          <w:sz w:val="20"/>
        </w:rPr>
        <w:t>40:06  ehsas kami jo hai to bari achi baat hai.</w:t>
      </w:r>
      <w:r>
        <w:br/>
      </w:r>
      <w:r>
        <w:rPr>
          <w:sz w:val="20"/>
        </w:rPr>
        <w:t>40:11  hum hamesha aur se better se better, better se better banane ki fikr karte rahenge. curiosity and discontent mein yeh aisi koi negative baat hi nahi hai,</w:t>
      </w:r>
      <w:r>
        <w:br/>
      </w:r>
      <w:r>
        <w:rPr>
          <w:sz w:val="20"/>
        </w:rPr>
        <w:t>40:29  yeh to positive baat hai.</w:t>
      </w:r>
      <w:r>
        <w:br/>
      </w:r>
      <w:r>
        <w:rPr>
          <w:sz w:val="20"/>
        </w:rPr>
        <w:t>40:37  riaz bhat sahib ne bangalore se comment bheja hai. unhon</w:t>
      </w:r>
      <w:r>
        <w:br/>
      </w:r>
      <w:r>
        <w:rPr>
          <w:sz w:val="20"/>
        </w:rPr>
        <w:t>40:40  ne likha hai: "maulana sahib, thanks for giving us a wing of spiritual living. nice explanation of simple living by self management, relieving the mind of unnecessary burden of competitive thinking, leading its way towards spiritual thought process.</w:t>
      </w:r>
      <w:r>
        <w:br/>
      </w:r>
      <w:r>
        <w:rPr>
          <w:sz w:val="20"/>
        </w:rPr>
        <w:t>41:01  praying for all of us to adhere to this advice."</w:t>
      </w:r>
      <w:r>
        <w:br/>
      </w:r>
      <w:r>
        <w:rPr>
          <w:sz w:val="20"/>
        </w:rPr>
        <w:t>41:07  zaheer uddin khwaja sahib ne rai chor se likha hai: "simple living and high thinking is prophetic formula of life.</w:t>
      </w:r>
      <w:r>
        <w:br/>
      </w:r>
      <w:r>
        <w:rPr>
          <w:sz w:val="20"/>
        </w:rPr>
        <w:t>41:17  rasool Allah total life is example of this formula and one can say the greatest sunnah of rasool Allah."</w:t>
      </w:r>
      <w:r>
        <w:br/>
      </w:r>
      <w:r>
        <w:rPr>
          <w:sz w:val="20"/>
        </w:rPr>
        <w:t>41:27  doctor safina tabassum ne saharanpur se likha hai: "maulana sahib, aap ne wazeh kar diya materialism mein rehna apne ko distraction mein daal kar rehna hai.</w:t>
      </w:r>
      <w:r>
        <w:br/>
      </w:r>
      <w:r>
        <w:rPr>
          <w:sz w:val="20"/>
        </w:rPr>
        <w:t>41:39  is mein ulajh kar aap higher goals ko nahi pahunch sakte. jazak Allah."</w:t>
      </w:r>
      <w:r>
        <w:br/>
      </w:r>
      <w:r>
        <w:rPr>
          <w:sz w:val="20"/>
        </w:rPr>
        <w:t>41:47  javed iqbal sahib ne west bengal se likha hai: "muslims ko lip service chhodna padega, tabhi high thinking in ke andar aayegi." sahi hai, mein is se agree karta hoon ke lip service bohat zyada clear habit hai,</w:t>
      </w:r>
      <w:r>
        <w:br/>
      </w:r>
      <w:r>
        <w:rPr>
          <w:sz w:val="20"/>
        </w:rPr>
        <w:t>42:10  clear habit hai. maulana miss shabana ansari ne pakistan se likha hai.</w:t>
      </w:r>
      <w:r>
        <w:br/>
      </w:r>
      <w:r>
        <w:rPr>
          <w:sz w:val="20"/>
        </w:rPr>
        <w:t>42:17  unhon ne aap se poocha hai: "maulana, kya simple living se murad need based zindagi guzarna hai aur materialistic lifestyle se bachna chahiye?</w:t>
      </w:r>
      <w:r>
        <w:br/>
      </w:r>
      <w:r>
        <w:rPr>
          <w:sz w:val="20"/>
        </w:rPr>
        <w:t>42:30  kya yeh sahi hai?"</w:t>
      </w:r>
      <w:r>
        <w:br/>
      </w:r>
      <w:r>
        <w:rPr>
          <w:sz w:val="20"/>
        </w:rPr>
        <w:t>42:33  dekhen, main samajhta hoon ke is ka koi yani</w:t>
      </w:r>
      <w:r>
        <w:br/>
      </w:r>
      <w:r>
        <w:rPr>
          <w:sz w:val="20"/>
        </w:rPr>
        <w:t>42:41  external koi koi</w:t>
      </w:r>
      <w:r>
        <w:br/>
      </w:r>
      <w:r>
        <w:rPr>
          <w:sz w:val="20"/>
        </w:rPr>
        <w:t>42:47  formula nahin hai. Aap khud faisla karte hain ke</w:t>
      </w:r>
      <w:r>
        <w:br/>
      </w:r>
      <w:r>
        <w:rPr>
          <w:sz w:val="20"/>
        </w:rPr>
        <w:t>42:58  mere liye</w:t>
      </w:r>
      <w:r>
        <w:br/>
      </w:r>
      <w:r>
        <w:rPr>
          <w:sz w:val="20"/>
        </w:rPr>
        <w:t>43:02  kya tareeqa sahih hai. Doosra aadmi jo bataye ga woh adhoori knowledge ke base pe bataye ga, poori knowledge sirf aap ko hoti hai.</w:t>
      </w:r>
      <w:r>
        <w:br/>
      </w:r>
      <w:r>
        <w:rPr>
          <w:sz w:val="20"/>
        </w:rPr>
        <w:t>43:18  Mislan dekhen, main apne bare mein kehta hoon ke main bachpan se mera dard tha ke kapre ka shauq nahin, khane ka shauq nahin, kuch nahin.</w:t>
      </w:r>
      <w:r>
        <w:br/>
      </w:r>
      <w:r>
        <w:rPr>
          <w:sz w:val="20"/>
        </w:rPr>
        <w:t>43:30  Mislan meri maa batati thi</w:t>
      </w:r>
      <w:r>
        <w:br/>
      </w:r>
      <w:r>
        <w:rPr>
          <w:sz w:val="20"/>
        </w:rPr>
        <w:t>43:35  ke chhote jab main chhota tha aur eid ke din kapra naya bachchon ke ghar ke bachchon ke liye banaya jata tha to sab log naye kapre pehan kar khush shauq se shauq se pehante the.</w:t>
      </w:r>
      <w:r>
        <w:br/>
      </w:r>
      <w:r>
        <w:rPr>
          <w:sz w:val="20"/>
        </w:rPr>
        <w:t>43:55  main pehanta hi nahin tha,</w:t>
      </w:r>
      <w:r>
        <w:br/>
      </w:r>
      <w:r>
        <w:rPr>
          <w:sz w:val="20"/>
        </w:rPr>
        <w:t>43:59  main pehanta hi nahin tha. Meri maa kehti thi: "Kapra pehan lo, eid ka din hai, eid ka din hai." To main jante hain kya karta tha?</w:t>
      </w:r>
      <w:r>
        <w:br/>
      </w:r>
      <w:r>
        <w:rPr>
          <w:sz w:val="20"/>
        </w:rPr>
        <w:t>44:11  Jaldi kya hai? Jaldi kya hai? Halanke eid ka din hota tha, woh jaldi thi. Aise mein main use padhta tha to har hafte ek baar main ghar aata tha.</w:t>
      </w:r>
      <w:r>
        <w:br/>
      </w:r>
      <w:r>
        <w:rPr>
          <w:sz w:val="20"/>
        </w:rPr>
        <w:t>44:28  To jab bhi aata tha wahan to hamari poochhti thi maa ke aaj khane ke liye kya pakaya hai?</w:t>
      </w:r>
      <w:r>
        <w:br/>
      </w:r>
      <w:r>
        <w:rPr>
          <w:sz w:val="20"/>
        </w:rPr>
        <w:t>44:38  Aise maa poochhti hai aam taur par. To mujhe yaad hai ke ek baar bhi maine nahin kaha ke falan cheez pakaiye, jo jo rahe ga wohi kha len ge.</w:t>
      </w:r>
      <w:r>
        <w:br/>
      </w:r>
      <w:r>
        <w:rPr>
          <w:sz w:val="20"/>
        </w:rPr>
        <w:t>44:53  Yeh mizaj ki baat hai,</w:t>
      </w:r>
    </w:p>
    <w:p>
      <w:pPr>
        <w:pStyle w:val="Heading2"/>
      </w:pPr>
      <w:r>
        <w:t>Longing to meet God spiritually</w:t>
      </w:r>
    </w:p>
    <w:p>
      <w:r>
        <w:rPr>
          <w:color w:val="666666"/>
          <w:sz w:val="18"/>
        </w:rPr>
        <w:t>Roza (Fasting) Shock May 26, 2019 · 43s · at 38:54 · https://youtu.be/GXYhGriFRpM?t=2334</w:t>
      </w:r>
    </w:p>
    <w:p>
      <w:r>
        <w:rPr>
          <w:i/>
        </w:rPr>
        <w:t>“I have been searching for God for years. I want to meet God. Please spiritually help me. I will sit in itikaf today. Please make a special prayer for me.”</w:t>
      </w:r>
    </w:p>
    <w:p>
      <w:r>
        <w:rPr>
          <w:sz w:val="20"/>
        </w:rPr>
        <w:t>38:54  maulana, agla sawal lahore pakistan se bheja hai miss farzana khan ne. unhon ne likha hai: "maulana sahib, main saalon se allah ko dhoondh rahi hoon.</w:t>
      </w:r>
      <w:r>
        <w:br/>
      </w:r>
      <w:r>
        <w:rPr>
          <w:sz w:val="20"/>
        </w:rPr>
        <w:t>39:07  main allah se milna chahti hoon. aap roohani taur par meri madad karein. main aaj aitkaf mein baithungi.</w:t>
      </w:r>
      <w:r>
        <w:br/>
      </w:r>
      <w:r>
        <w:rPr>
          <w:sz w:val="20"/>
        </w:rPr>
        <w:t>39:15  aap mere liye khaas dua karein."</w:t>
      </w:r>
      <w:r>
        <w:br/>
      </w:r>
      <w:r>
        <w:rPr>
          <w:sz w:val="20"/>
        </w:rPr>
        <w:t>39:19  inshallah, allah taala</w:t>
      </w:r>
      <w:r>
        <w:br/>
      </w:r>
      <w:r>
        <w:rPr>
          <w:sz w:val="20"/>
        </w:rPr>
        <w:t>39:24  aap ko allah se qurbat hasil ho. wohi dua kijiye jo asiya ne kiya tha, usi dua ko apna lijiye.</w:t>
      </w:r>
    </w:p>
    <w:p>
      <w:pPr>
        <w:pStyle w:val="Heading2"/>
      </w:pPr>
      <w:r>
        <w:t>Advice when faith decreases and feels low</w:t>
      </w:r>
    </w:p>
    <w:p>
      <w:r>
        <w:rPr>
          <w:color w:val="666666"/>
          <w:sz w:val="18"/>
        </w:rPr>
        <w:t>Roza (Fasting) Shock May 26, 2019 · 1m 19s · at 31:19 · https://youtu.be/GXYhGriFRpM?t=1879</w:t>
      </w:r>
    </w:p>
    <w:p>
      <w:r>
        <w:rPr>
          <w:i/>
        </w:rPr>
        <w:t>“Faith increases and decreases. My question is: what to do when faith decreases and we feel less spiritual and less zealous? Please advise us.”</w:t>
      </w:r>
    </w:p>
    <w:p>
      <w:r>
        <w:rPr>
          <w:sz w:val="20"/>
        </w:rPr>
        <w:t>31:19  maulana, agla sawal lete hain. yeh sawal bheja hai miss shabana ansari ne pakistan se.</w:t>
      </w:r>
      <w:r>
        <w:br/>
      </w:r>
      <w:r>
        <w:rPr>
          <w:sz w:val="20"/>
        </w:rPr>
        <w:t>31:27  unhon ne likha hai: "maulana sahib, eman ka level ghta hai aur barta hai. My question is: what to do when eman decreases and we feel less spiritual or sales?</w:t>
      </w:r>
      <w:r>
        <w:br/>
      </w:r>
      <w:r>
        <w:rPr>
          <w:sz w:val="20"/>
        </w:rPr>
        <w:t>31:42  please advise us.</w:t>
      </w:r>
      <w:r>
        <w:br/>
      </w:r>
      <w:r>
        <w:rPr>
          <w:sz w:val="20"/>
        </w:rPr>
        <w:t>31:44  "dekhen, yeh yeh aik aik intellectual struggle hai insaan ke mind mein. intellectual struggle agar yeh na rahe to aap ka mind dead ho jayega.</w:t>
      </w:r>
      <w:r>
        <w:br/>
      </w:r>
      <w:r>
        <w:rPr>
          <w:sz w:val="20"/>
        </w:rPr>
        <w:t>31:57  aap ke mind ko barabar live rakhne ke liye alive yeh sab hota hai. khoob, allah ko matlab hai ke aap ke mind mein khoob intellectual struggle ho taake aap ka creativity badhe,</w:t>
      </w:r>
      <w:r>
        <w:br/>
      </w:r>
      <w:r>
        <w:rPr>
          <w:sz w:val="20"/>
        </w:rPr>
        <w:t>32:16  aap ke mind mein development aaye. yeh koi yeh koi evil nahi hai, yeh khoobi ki baat hai.</w:t>
      </w:r>
      <w:r>
        <w:br/>
      </w:r>
      <w:r>
        <w:rPr>
          <w:sz w:val="20"/>
        </w:rPr>
        <w:t>32:27  miss shabina ali ne calcutta se comment bheja hai. unhon ne likha hai: "maulana, you have rightly said: ramadan should be a month to trigger us.</w:t>
      </w:r>
    </w:p>
    <w:p>
      <w:pPr>
        <w:pStyle w:val="Heading2"/>
      </w:pPr>
      <w:r>
        <w:t>Dawah dificulties in consumerist culture</w:t>
      </w:r>
    </w:p>
    <w:p>
      <w:r>
        <w:rPr>
          <w:color w:val="666666"/>
          <w:sz w:val="18"/>
        </w:rPr>
        <w:t>Question &amp; Answer Jan 6th 2013 - Maulana Wahiduddin Kahn · 2m 54s · at 6:29 · https://youtu.be/1FAK1QuHEpw?t=389</w:t>
      </w:r>
    </w:p>
    <w:p>
      <w:r>
        <w:rPr>
          <w:i/>
        </w:rPr>
        <w:t>“Since four days I have been in Delhi. I am very sad to see the Delhiites. They are totally trapped in consumer and entertaining culture. They sleep late and they get up late at twelve in the morning. I try to do Dawa work but nobody is ready to listen.”</w:t>
      </w:r>
    </w:p>
    <w:p>
      <w:r>
        <w:rPr>
          <w:sz w:val="20"/>
        </w:rPr>
        <w:t>6:29  maulana, agla sawal saharanpur se hai, syed mohsin bilal sahib ka. Unhon ne likha hai: "Since four days I have been in Delhi.</w:t>
      </w:r>
      <w:r>
        <w:br/>
      </w:r>
      <w:r>
        <w:rPr>
          <w:sz w:val="20"/>
        </w:rPr>
        <w:t>6:40  I am very sad to see the Delhiites. They are totally trapped in consumer and entertaining culture.</w:t>
      </w:r>
      <w:r>
        <w:br/>
      </w:r>
      <w:r>
        <w:rPr>
          <w:sz w:val="20"/>
        </w:rPr>
        <w:t>6:47  They sleep late and they get up late at twelve in the morning. I try to do Dawa work but nobody is ready to listen.</w:t>
      </w:r>
      <w:r>
        <w:br/>
      </w:r>
      <w:r>
        <w:rPr>
          <w:sz w:val="20"/>
        </w:rPr>
        <w:t>6:57  They think they are intelligent. So how to give message to these kind of intelligent people?"</w:t>
      </w:r>
      <w:r>
        <w:br/>
      </w:r>
      <w:r>
        <w:rPr>
          <w:sz w:val="20"/>
        </w:rPr>
        <w:t>7:05  dekhiye, aisa hundred percent nahi hai. Aap seeker ko talash kijiye. Seeker. Isi mein ek shakhs seeker hoga.</w:t>
      </w:r>
      <w:r>
        <w:br/>
      </w:r>
      <w:r>
        <w:rPr>
          <w:sz w:val="20"/>
        </w:rPr>
        <w:t>7:15  misalan mein bata doon aap ko aaj hi ka experience, aaj ka.</w:t>
      </w:r>
      <w:r>
        <w:br/>
      </w:r>
      <w:r>
        <w:rPr>
          <w:sz w:val="20"/>
        </w:rPr>
        <w:t>7:21  hamare paas ek sahab aaye jo senior professor, woh ab retire ho gaye hain. Un ke, yaani, woh eighties ke late eighties mein hain woh us waqt.</w:t>
      </w:r>
      <w:r>
        <w:br/>
      </w:r>
      <w:r>
        <w:rPr>
          <w:sz w:val="20"/>
        </w:rPr>
        <w:t>7:38  toh woh khud bhi English mein kitabein likhi hain unhone. Toh hamare paas aaye, ab taqreeban der tak rahe woh, hamare kai saathi bhi wahan maujood the.</w:t>
      </w:r>
      <w:r>
        <w:br/>
      </w:r>
      <w:r>
        <w:rPr>
          <w:sz w:val="20"/>
        </w:rPr>
        <w:t>7:53  toh hamare haan kitabein un ko di gayeen aur baatein huin. Ab aaj hi in ka message aaya, aaj hi. Bahut ajeeb o ghareeb message, aap bataiye kya message hai?</w:t>
      </w:r>
      <w:r>
        <w:br/>
      </w:r>
      <w:r>
        <w:rPr>
          <w:sz w:val="20"/>
        </w:rPr>
        <w:t>8:04  Well, he gave a call in the morning and he said that I have been going through Maulana's literature and I must say that it's very rich and very comprehensive and daily I am getting, you know, something out of the literature.</w:t>
      </w:r>
      <w:r>
        <w:br/>
      </w:r>
      <w:r>
        <w:rPr>
          <w:sz w:val="20"/>
        </w:rPr>
        <w:t>8:18  In fact, he finished one book yesterday itself and he was saying that I will continue my study and when I reach back home because he is on this travel I am going to write a letter to Maulana sahib and one additional thing he said, what he said that I want to congratulate Maulana sahib because there are a lot of youngsters involved in this mission.</w:t>
      </w:r>
      <w:r>
        <w:br/>
      </w:r>
      <w:r>
        <w:rPr>
          <w:sz w:val="20"/>
        </w:rPr>
        <w:t>8:40  So he was very happy and very moved by Maulana sahib's literature.</w:t>
      </w:r>
      <w:r>
        <w:br/>
      </w:r>
      <w:r>
        <w:rPr>
          <w:sz w:val="20"/>
        </w:rPr>
        <w:t>8:45  dekhiye, asal baat kya hai? Aap bheed ko kyun dekhte hain? Yaani sab ko le kar kyun sochte hain? Aap individual ko le kar sochiye, individual.</w:t>
      </w:r>
      <w:r>
        <w:br/>
      </w:r>
      <w:r>
        <w:rPr>
          <w:sz w:val="20"/>
        </w:rPr>
        <w:t>8:55  Isi ko mein seeker keh raha hoon. Agar aap bheed ko le kar sochenge toh hamesha aap ko mayusi milegi, frustration.</w:t>
      </w:r>
      <w:r>
        <w:br/>
      </w:r>
      <w:r>
        <w:rPr>
          <w:sz w:val="20"/>
        </w:rPr>
        <w:t>9:05  Lekin individual toh hamesha maujood hote hain. Un se kabhi duniya khaali nahi hoti hai. Toh aap ka target individual hona chahiye na ke bheed.</w:t>
      </w:r>
      <w:r>
        <w:br/>
      </w:r>
      <w:r>
        <w:rPr>
          <w:sz w:val="20"/>
        </w:rPr>
        <w:t>9:16  tab aap aisi baat nahi farmayenge.</w:t>
      </w:r>
    </w:p>
    <w:p>
      <w:pPr>
        <w:pStyle w:val="Heading2"/>
      </w:pPr>
      <w:r>
        <w:t>Negative thoughts leading to wrong decisions</w:t>
      </w:r>
    </w:p>
    <w:p>
      <w:r>
        <w:rPr>
          <w:color w:val="666666"/>
          <w:sz w:val="18"/>
        </w:rPr>
        <w:t>Spirit of the Age November 06, 2016 · 1m 40s · at 45:47 · https://youtu.be/URWoioUiDO4?t=2747</w:t>
      </w:r>
    </w:p>
    <w:p>
      <w:r>
        <w:rPr>
          <w:i/>
        </w:rPr>
        <w:t>“I often get negative thoughts which I am not able to suppress and control, and as a result, I end up taking wrong decisions.”</w:t>
      </w:r>
    </w:p>
    <w:p>
      <w:r>
        <w:rPr>
          <w:sz w:val="20"/>
        </w:rPr>
        <w:t>45:47  maulana, agla sawal jamshedpur se bheja hai abdul sahib ne, aur unhone likha hai, maulana sahib,</w:t>
      </w:r>
      <w:r>
        <w:br/>
      </w:r>
      <w:r>
        <w:rPr>
          <w:sz w:val="20"/>
        </w:rPr>
        <w:t>45:55  I often get negative thoughts which I am not able to suppress or control, and as a result,</w:t>
      </w:r>
      <w:r>
        <w:br/>
      </w:r>
      <w:r>
        <w:rPr>
          <w:sz w:val="20"/>
        </w:rPr>
        <w:t>46:03  i am not taking wrong decisions.</w:t>
      </w:r>
      <w:r>
        <w:br/>
      </w:r>
      <w:r>
        <w:rPr>
          <w:sz w:val="20"/>
        </w:rPr>
        <w:t>46:05  My problem is that I know myself that I am getting wrong thoughts, but I am in</w:t>
      </w:r>
      <w:r>
        <w:br/>
      </w:r>
      <w:r>
        <w:rPr>
          <w:sz w:val="20"/>
        </w:rPr>
        <w:t>46:13  able to control myself.</w:t>
      </w:r>
      <w:r>
        <w:br/>
      </w:r>
      <w:r>
        <w:rPr>
          <w:sz w:val="20"/>
        </w:rPr>
        <w:t>46:15  For example, I am very short-tempered, I also become greedy at times, and sometimes I get</w:t>
      </w:r>
      <w:r>
        <w:br/>
      </w:r>
      <w:r>
        <w:rPr>
          <w:sz w:val="20"/>
        </w:rPr>
        <w:t>46:23  depressed.</w:t>
      </w:r>
      <w:r>
        <w:br/>
      </w:r>
      <w:r>
        <w:rPr>
          <w:sz w:val="20"/>
        </w:rPr>
        <w:t>46:24  I really want to change myself, and want to become a better person.</w:t>
      </w:r>
      <w:r>
        <w:br/>
      </w:r>
      <w:r>
        <w:rPr>
          <w:sz w:val="20"/>
        </w:rPr>
        <w:t>46:30  Can you please advise me a practical way, or what should I do, which will help me become</w:t>
      </w:r>
      <w:r>
        <w:br/>
      </w:r>
      <w:r>
        <w:rPr>
          <w:sz w:val="20"/>
        </w:rPr>
        <w:t>46:38  mentally stronger? Is there any dua? Maulana Sahab, please help me.</w:t>
      </w:r>
      <w:r>
        <w:br/>
      </w:r>
      <w:r>
        <w:rPr>
          <w:sz w:val="20"/>
        </w:rPr>
        <w:t>46:43  یہ دعا کا مسئلہ نہیں ہے، یہ اپنے mind کی ری انجینئرنگ کا مسئلہ ہے۔</w:t>
      </w:r>
      <w:r>
        <w:br/>
      </w:r>
      <w:r>
        <w:rPr>
          <w:sz w:val="20"/>
        </w:rPr>
        <w:t>46:49  آپ ہمارا منتھلی میگزین اردو میں پڑھیے، رسالہ English میں ہے، اسپیٹ صاحب، اس کو پڑھیے۔</w:t>
      </w:r>
      <w:r>
        <w:br/>
      </w:r>
      <w:r>
        <w:rPr>
          <w:sz w:val="20"/>
        </w:rPr>
        <w:t>46:56  ہماری کئی کتابیں ہیں، English میں ہیں، Model Vision، Simple Wisdom، اس کو پڑھیے۔</w:t>
      </w:r>
      <w:r>
        <w:br/>
      </w:r>
      <w:r>
        <w:rPr>
          <w:sz w:val="20"/>
        </w:rPr>
        <w:t>47:02  hamari chaar kitabein urdu mein hain, raaz hayat, taabeer hayat, rehnuma hayat, kitaab zindagi, aap padhiye.</w:t>
      </w:r>
      <w:r>
        <w:br/>
      </w:r>
      <w:r>
        <w:rPr>
          <w:sz w:val="20"/>
        </w:rPr>
        <w:t>47:09  aur mujhe yaqeen hai ke aap ka yeh mizaj khatm ho jayega.</w:t>
      </w:r>
      <w:r>
        <w:br/>
      </w:r>
      <w:r>
        <w:rPr>
          <w:sz w:val="20"/>
        </w:rPr>
        <w:t>47:14  phir koi har insaan insaan hai.</w:t>
      </w:r>
      <w:r>
        <w:br/>
      </w:r>
      <w:r>
        <w:rPr>
          <w:sz w:val="20"/>
        </w:rPr>
        <w:t>47:17  آپ، آپ کا جو wrong way of thinking ہے، وہ وہ ختم ہو جائے گا، بس سب ٹھیک</w:t>
      </w:r>
      <w:r>
        <w:br/>
      </w:r>
      <w:r>
        <w:rPr>
          <w:sz w:val="20"/>
        </w:rPr>
        <w:t>47:25  ho jayega.</w:t>
      </w:r>
      <w:r>
        <w:br/>
      </w:r>
      <w:r>
        <w:rPr>
          <w:sz w:val="20"/>
        </w:rPr>
        <w:t>47:26  aap hamari kitabein padhiye.</w:t>
      </w:r>
    </w:p>
    <w:p>
      <w:pPr>
        <w:pStyle w:val="Heading2"/>
      </w:pPr>
      <w:r>
        <w:t>Overcoming carelessness and achieving goals</w:t>
      </w:r>
    </w:p>
    <w:p>
      <w:r>
        <w:rPr>
          <w:color w:val="666666"/>
          <w:sz w:val="18"/>
        </w:rPr>
        <w:t>Q&amp;A 04 Mar 2012 Maulana Wahiduddin Khan · 2m 24s · at 31:52 · https://youtu.be/txRmutuvWQI?t=1912</w:t>
      </w:r>
    </w:p>
    <w:p>
      <w:r>
        <w:rPr>
          <w:i/>
        </w:rPr>
        <w:t>“I am very careless at times, despite knowing all the pros and cons of being careless, and knowing that the path I have chosen will surely lead to failure. Why does this happen? Please suggest and advise me, how should I become consistent in achieving my goals?”</w:t>
      </w:r>
    </w:p>
    <w:p>
      <w:r>
        <w:rPr>
          <w:sz w:val="20"/>
        </w:rPr>
        <w:t>31:52  molana, agla sawal haiderabad se aya hai mr ahad sham hasnain sahib ka. unhon ne likha hai: "molana, i am very careless at times, despite knowing all the pros and cons of being careless, and knowing that the path i have chosen will surely lead to failure.</w:t>
      </w:r>
      <w:r>
        <w:br/>
      </w:r>
      <w:r>
        <w:rPr>
          <w:sz w:val="20"/>
        </w:rPr>
        <w:t>32:12  why does this happen? please suggest and advise me, how should i become consistent in achieving my goals?"</w:t>
      </w:r>
      <w:r>
        <w:br/>
      </w:r>
      <w:r>
        <w:rPr>
          <w:sz w:val="20"/>
        </w:rPr>
        <w:t>32:20  yeh to koi, yeh to koi sawal nahi hai. main yeh kahunga ke aap ya to apni aql ko develop kijiye, nahi to kisi ko apna guru bana lijie.</w:t>
      </w:r>
      <w:r>
        <w:br/>
      </w:r>
      <w:r>
        <w:rPr>
          <w:sz w:val="20"/>
        </w:rPr>
        <w:t>32:32  do mein se ek kaam kijiye. aap ne third option le rakha hai.</w:t>
      </w:r>
      <w:r>
        <w:br/>
      </w:r>
      <w:r>
        <w:rPr>
          <w:sz w:val="20"/>
        </w:rPr>
        <w:t>32:37  ya to apne apna intellectual developer andaza kijiye ke aap, aap ke sare action aap ki, aap ki aql ke pakad mein aa jayen.</w:t>
      </w:r>
      <w:r>
        <w:br/>
      </w:r>
      <w:r>
        <w:rPr>
          <w:sz w:val="20"/>
        </w:rPr>
        <w:t>32:49  yaani itna aap is apne mind ko develop karen, itna develop karen ke woh control kare aap ke sare actions ko.</w:t>
      </w:r>
      <w:r>
        <w:br/>
      </w:r>
      <w:r>
        <w:rPr>
          <w:sz w:val="20"/>
        </w:rPr>
        <w:t>32:56  agar aap nahi kar paate hain to phir kisi ko apne guru bana lijie, murshid bana lijie. aksar log teesra, aathwan liya rehte hain ke na to kisi ko murshid banate, na khud apni aql, na development karte hain apni aql ka, aur yun hi bhagte hain idhar udhar.</w:t>
      </w:r>
      <w:r>
        <w:br/>
      </w:r>
      <w:r>
        <w:rPr>
          <w:sz w:val="20"/>
        </w:rPr>
        <w:t>33:12  to woh third position le rakha hai unhon ne.</w:t>
      </w:r>
      <w:r>
        <w:br/>
      </w:r>
      <w:r>
        <w:rPr>
          <w:sz w:val="20"/>
        </w:rPr>
        <w:t>33:16  to main yeh kahunga ke aap ke liye do mein se ek ka option hai: ya to study kar ke, ghor o fikr kar ke, aur jo bhi tareeqa hai learning ko barhane ka,</w:t>
      </w:r>
      <w:r>
        <w:br/>
      </w:r>
      <w:r>
        <w:rPr>
          <w:sz w:val="20"/>
        </w:rPr>
        <w:t>33:29  is ko ikhtiyar kar ke apna intellectual development ka andaza kijiye ke woh aap ke poori,</w:t>
      </w:r>
      <w:r>
        <w:br/>
      </w:r>
      <w:r>
        <w:rPr>
          <w:sz w:val="20"/>
        </w:rPr>
        <w:t>33:37  yaani poori life ko control karne lage, aap ke actions ko control karne lage. kyun ke main samajhta hoon ke yeh jo phenomena hai, woh haqeeqat mein hota hai jab intellectual development mein kami ho, tab hota hai aisa.</w:t>
      </w:r>
      <w:r>
        <w:br/>
      </w:r>
      <w:r>
        <w:rPr>
          <w:sz w:val="20"/>
        </w:rPr>
        <w:t>33:57  ya to aisa kijiye, ya phir kisi ko murshid maan lijie, yaani jis ko main kehta hoon, yaani unconditional guru, jis par aap ko bharosa ho, jis alam par, us ko aap bana lijie.</w:t>
      </w:r>
      <w:r>
        <w:br/>
      </w:r>
      <w:r>
        <w:rPr>
          <w:sz w:val="20"/>
        </w:rPr>
        <w:t>34:10  koi teesra option mumkin nahi hai. woh jo kahe, us ko kijiye.</w:t>
      </w:r>
    </w:p>
    <w:p>
      <w:pPr>
        <w:pStyle w:val="Heading2"/>
      </w:pPr>
      <w:r>
        <w:t>Dealing with negative thoughts</w:t>
      </w:r>
    </w:p>
    <w:p>
      <w:r>
        <w:rPr>
          <w:color w:val="666666"/>
          <w:sz w:val="18"/>
        </w:rPr>
        <w:t>Spirit of the Age Nov 6, 2016 · 1m 37s · at 55:08 · https://youtu.be/QAW9LP53xQk?t=3308</w:t>
      </w:r>
    </w:p>
    <w:p>
      <w:r>
        <w:rPr>
          <w:i/>
        </w:rPr>
        <w:t>“I often get negative thoughts which I am not able to suppress or control, and as a result I end up taking wrong decisions. How can I overcome this?”</w:t>
      </w:r>
    </w:p>
    <w:p>
      <w:r>
        <w:rPr>
          <w:sz w:val="20"/>
        </w:rPr>
        <w:t>55:08  maulana, agla sawal jamshed pur se bheja hai abdul sahib ne, aur unhon ne likha hai: maulana sahib, I</w:t>
      </w:r>
      <w:r>
        <w:br/>
      </w:r>
      <w:r>
        <w:rPr>
          <w:sz w:val="20"/>
        </w:rPr>
        <w:t>55:13  often get negative thoughts which I am not able to suppress or control, and as a result I</w:t>
      </w:r>
      <w:r>
        <w:br/>
      </w:r>
      <w:r>
        <w:rPr>
          <w:sz w:val="20"/>
        </w:rPr>
        <w:t>55:18  end up taking wrong decisions.</w:t>
      </w:r>
      <w:r>
        <w:br/>
      </w:r>
      <w:r>
        <w:rPr>
          <w:sz w:val="20"/>
        </w:rPr>
        <w:t>55:23  my problem is that I know myself that I am getting wrong thoughts, but I am unable to control myself.</w:t>
      </w:r>
      <w:r>
        <w:br/>
      </w:r>
      <w:r>
        <w:rPr>
          <w:sz w:val="20"/>
        </w:rPr>
        <w:t>55:29  For example, I am very short-tempered. I also become greedy at times, and sometimes I get depressed. I really want to change myself and want to become a better person. Can you please advise me a practical way, or what should I do which will help me become mentally stronger?</w:t>
      </w:r>
      <w:r>
        <w:br/>
      </w:r>
      <w:r>
        <w:rPr>
          <w:sz w:val="20"/>
        </w:rPr>
        <w:t>55:52  is there any dua? maulana sahib, please help me.</w:t>
      </w:r>
      <w:r>
        <w:br/>
      </w:r>
      <w:r>
        <w:rPr>
          <w:sz w:val="20"/>
        </w:rPr>
        <w:t>55:57  yeh dua ka masla nahi hai, yeh apne mind ki re-engineering ka masla hai.</w:t>
      </w:r>
      <w:r>
        <w:br/>
      </w:r>
      <w:r>
        <w:rPr>
          <w:sz w:val="20"/>
        </w:rPr>
        <w:t>56:02  آپ ہمارا monthly magazine اردو میں پڑھیے، رسالہ انگلش میں ہے، Spirit of Islam اس کو پڑھیے۔</w:t>
      </w:r>
      <w:r>
        <w:br/>
      </w:r>
      <w:r>
        <w:rPr>
          <w:sz w:val="20"/>
        </w:rPr>
        <w:t>56:08  ہماری کئی کتابیں ہیں، English میں ہیں، World Vision، Simple Wisdom اس کو پڑھیے۔</w:t>
      </w:r>
      <w:r>
        <w:br/>
      </w:r>
      <w:r>
        <w:rPr>
          <w:sz w:val="20"/>
        </w:rPr>
        <w:t>56:13  hamari char kitabein urdu mein hain, raaz hayat, taabeer hayat, rehnuma hayat, kitab zindagi aap parhiye.</w:t>
      </w:r>
      <w:r>
        <w:br/>
      </w:r>
      <w:r>
        <w:rPr>
          <w:sz w:val="20"/>
        </w:rPr>
        <w:t>56:19  aur mujhe yaqeen hai ke aap ka yeh mizaj khatam ho jayega.</w:t>
      </w:r>
      <w:r>
        <w:br/>
      </w:r>
      <w:r>
        <w:rPr>
          <w:sz w:val="20"/>
        </w:rPr>
        <w:t>56:24  phir koi har insan insan hai.</w:t>
      </w:r>
      <w:r>
        <w:br/>
      </w:r>
      <w:r>
        <w:rPr>
          <w:sz w:val="20"/>
        </w:rPr>
        <w:t>56:30  aap aap ka jo wrong way of thinking hai, woh woh khatam ho jayega, bas sab theek</w:t>
      </w:r>
      <w:r>
        <w:br/>
      </w:r>
      <w:r>
        <w:rPr>
          <w:sz w:val="20"/>
        </w:rPr>
        <w:t>56:35  ho jayega.</w:t>
      </w:r>
      <w:r>
        <w:br/>
      </w:r>
      <w:r>
        <w:rPr>
          <w:sz w:val="20"/>
        </w:rPr>
        <w:t>56:40  aap hamari kitabein parhiye.</w:t>
      </w:r>
    </w:p>
    <w:p>
      <w:pPr>
        <w:pStyle w:val="Heading2"/>
      </w:pPr>
      <w:r>
        <w:t>How to overcome carelessness and achieve goals?</w:t>
      </w:r>
    </w:p>
    <w:p>
      <w:r>
        <w:rPr>
          <w:color w:val="666666"/>
          <w:sz w:val="18"/>
        </w:rPr>
        <w:t>The Character of a Dayee 4 March 2012 - Maulana Wahiduddin Khan · 2m 30s · at 1:35:07 · https://youtu.be/YtavJpVNbEM?t=5707</w:t>
      </w:r>
    </w:p>
    <w:p>
      <w:r>
        <w:rPr>
          <w:i/>
        </w:rPr>
        <w:t>“I am very careless at times, despite knowing all the pros and cons of being careless, and knowing that the path I have chosen will surely lead to failure. Why does this happen? Please suggest and advise me, how should I become consistent in achieving my goals?”</w:t>
      </w:r>
    </w:p>
    <w:p>
      <w:r>
        <w:rPr>
          <w:sz w:val="20"/>
        </w:rPr>
        <w:t>1:35:07  maulana, agla sawal haiderabad se aaya hai mr ahad sham hasnain sahib ka. unhon ne likha hai: "maulana, I am very careless at times, despite knowing all the pros and cons of being careless, and knowing that the path I have chosen will surely lead to failure.</w:t>
      </w:r>
      <w:r>
        <w:br/>
      </w:r>
      <w:r>
        <w:rPr>
          <w:sz w:val="20"/>
        </w:rPr>
        <w:t>1:35:28  why does this happen? please suggest and advise me, how should i become consistent in achieving my goals?"</w:t>
      </w:r>
      <w:r>
        <w:br/>
      </w:r>
      <w:r>
        <w:rPr>
          <w:sz w:val="20"/>
        </w:rPr>
        <w:t>1:35:36  yeh to koi, yeh to koi sawal nahi hai. main yeh kahunga ke aap ya to apni aql ko develop kijiye, nahi to kisi ko apne guru bana lijiye.</w:t>
      </w:r>
      <w:r>
        <w:br/>
      </w:r>
      <w:r>
        <w:rPr>
          <w:sz w:val="20"/>
        </w:rPr>
        <w:t>1:35:48  do mein se ek kaam kijiye, aap ne third option le rakha hai.</w:t>
      </w:r>
      <w:r>
        <w:br/>
      </w:r>
      <w:r>
        <w:rPr>
          <w:sz w:val="20"/>
        </w:rPr>
        <w:t>1:35:54  ya to apne apna intellectual development andaza kijiye ke aap, aap ke saare action aap ki, aap ki aql ke pakad mein aa jayein.</w:t>
      </w:r>
      <w:r>
        <w:br/>
      </w:r>
      <w:r>
        <w:rPr>
          <w:sz w:val="20"/>
        </w:rPr>
        <w:t>1:36:06  yaani itna aap is apne mind ko develop karein, itna develop karein ke woh control kare aap ke saare actions ko.</w:t>
      </w:r>
      <w:r>
        <w:br/>
      </w:r>
      <w:r>
        <w:rPr>
          <w:sz w:val="20"/>
        </w:rPr>
        <w:t>1:36:14  agar aap nahi kar paate hain to phir kisi ko apne guru bana lijiye, murshid bana lijiye. aksar log teesra, aathwan le rakhe hain ke na to kisi ko murshid banate hain, na khud apni aql, na development karte hain apni aql ka, aur yun hi bhagte hain idhar udhar.</w:t>
      </w:r>
      <w:r>
        <w:br/>
      </w:r>
      <w:r>
        <w:rPr>
          <w:sz w:val="20"/>
        </w:rPr>
        <w:t>1:36:30  to woh third position le rakha hai unhon ne.</w:t>
      </w:r>
      <w:r>
        <w:br/>
      </w:r>
      <w:r>
        <w:rPr>
          <w:sz w:val="20"/>
        </w:rPr>
        <w:t>1:36:34  to main yeh kahunga ke aap ke liye do mein se ek ka option hai: ya to study kar ke, gaur o fikr kar ke, aur jo bhi tareeqa hai learning ko badhane ka,</w:t>
      </w:r>
      <w:r>
        <w:br/>
      </w:r>
      <w:r>
        <w:rPr>
          <w:sz w:val="20"/>
        </w:rPr>
        <w:t>1:36:48  is ko ikhtiyar kar ke apna intellectual development ka intezaam karein ke woh aap ke poore,</w:t>
      </w:r>
      <w:r>
        <w:br/>
      </w:r>
      <w:r>
        <w:rPr>
          <w:sz w:val="20"/>
        </w:rPr>
        <w:t>1:36:56  yaani poori life ko control karne lage, aap ke actions ko control karne lage. kyun ke main samajhta hoon ke yeh jo phenomena hai, woh haqeeqat mein hota hai jab intellectual development mein kami ho, tab hota hai.</w:t>
      </w:r>
      <w:r>
        <w:br/>
      </w:r>
      <w:r>
        <w:rPr>
          <w:sz w:val="20"/>
        </w:rPr>
        <w:t>1:37:14  aisa</w:t>
      </w:r>
      <w:r>
        <w:br/>
      </w:r>
      <w:r>
        <w:rPr>
          <w:sz w:val="20"/>
        </w:rPr>
        <w:t>1:37:17  ya to aisa kijiye, ya phir kisi ko murshid maan lijiye, yaani jis ko main kehta hoon, yaani unconditional guru, jis par aap ko bharosa ho, jis aalim par, us ko aap bana lijiye.</w:t>
      </w:r>
      <w:r>
        <w:br/>
      </w:r>
      <w:r>
        <w:rPr>
          <w:sz w:val="20"/>
        </w:rPr>
        <w:t>1:37:31  koi teesra option mumkin nahi hai, woh jo kaha hai, us ko kijiye.</w:t>
      </w:r>
    </w:p>
    <w:p>
      <w:pPr>
        <w:pStyle w:val="Heading2"/>
      </w:pPr>
      <w:r>
        <w:t>Difficulty doing dawah in consumer culture</w:t>
      </w:r>
    </w:p>
    <w:p>
      <w:r>
        <w:rPr>
          <w:color w:val="666666"/>
          <w:sz w:val="18"/>
        </w:rPr>
        <w:t>Age Of Consumerism I January 6, 2013 Maulana Wahiduddin Khan · 2m 53s · at 1:06:03 · https://youtu.be/CuRYFl7JuEM?t=3963</w:t>
      </w:r>
    </w:p>
    <w:p>
      <w:r>
        <w:rPr>
          <w:i/>
        </w:rPr>
        <w:t>“Since four days I have been in Delhi. I am very sad to see the Delhiites. They are totally trapped in consumer and entertainment culture. They sleep late and get up late at 12 in the morning. I try to do dawah work, but nobody is ready to listen.”</w:t>
      </w:r>
    </w:p>
    <w:p>
      <w:r>
        <w:rPr>
          <w:sz w:val="20"/>
        </w:rPr>
        <w:t>1:06:03  Maulana, agla sawal Saharanpur se hai, Syed Mohsin Bilal Sahab ka. Unhon ne likha hai: "Since four days, I have been in Delhi.</w:t>
      </w:r>
      <w:r>
        <w:br/>
      </w:r>
      <w:r>
        <w:rPr>
          <w:sz w:val="20"/>
        </w:rPr>
        <w:t>1:06:13  I am very sad to see the Delhiites. They are totally trapped in consumer and entertaining culture.</w:t>
      </w:r>
      <w:r>
        <w:br/>
      </w:r>
      <w:r>
        <w:rPr>
          <w:sz w:val="20"/>
        </w:rPr>
        <w:t>1:06:21  They sleep late and they get up late at 12 in the morning. I try to do dawah work, but nobody is ready to listen.</w:t>
      </w:r>
      <w:r>
        <w:br/>
      </w:r>
      <w:r>
        <w:rPr>
          <w:sz w:val="20"/>
        </w:rPr>
        <w:t>1:06:31  they think they are intelligent. So how how to give message to these kind of intelligent people?</w:t>
      </w:r>
      <w:r>
        <w:br/>
      </w:r>
      <w:r>
        <w:rPr>
          <w:sz w:val="20"/>
        </w:rPr>
        <w:t>1:06:39  dekhiye, aisa hundred percent nahi hai. aap seekher ko talash kijiye, seekher isi mein ek shakhs seekher hoga.</w:t>
      </w:r>
      <w:r>
        <w:br/>
      </w:r>
      <w:r>
        <w:rPr>
          <w:sz w:val="20"/>
        </w:rPr>
        <w:t>1:06:49  misalan mein bata doon aap ko aaj hi ka experience, aaj ka</w:t>
      </w:r>
      <w:r>
        <w:br/>
      </w:r>
      <w:r>
        <w:rPr>
          <w:sz w:val="20"/>
        </w:rPr>
        <w:t>1:06:55  hamare paas ek sahab aaye jo senior professor, woh ab retire ho gaye hain. unke yaani woh eighties ke late eighties mein hain, woh uss waqt</w:t>
      </w:r>
      <w:r>
        <w:br/>
      </w:r>
      <w:r>
        <w:rPr>
          <w:sz w:val="20"/>
        </w:rPr>
        <w:t>1:07:11  to woh khud bhi English mein kitabein likhi hain. unhone to hamare paas aaye, ab taqreeban der tak rahe, woh hamare kai saathi bhi wahan maujood the.</w:t>
      </w:r>
      <w:r>
        <w:br/>
      </w:r>
      <w:r>
        <w:rPr>
          <w:sz w:val="20"/>
        </w:rPr>
        <w:t>1:07:27  to hamare haan kitabein unko di gayeen aur baatein huin. ab aaj hi unka message aaya, aaj hi bahut ajeeb o ghareeb message. aap bataiye kya message hai?</w:t>
      </w:r>
      <w:r>
        <w:br/>
      </w:r>
      <w:r>
        <w:rPr>
          <w:sz w:val="20"/>
        </w:rPr>
        <w:t>1:07:38  ah, well, he gave a call in the morning and he said that i been going through Maulana literature and i must say that its very rich and very comprehensive and daily i am getting you know something out of the literature.</w:t>
      </w:r>
      <w:r>
        <w:br/>
      </w:r>
      <w:r>
        <w:rPr>
          <w:sz w:val="20"/>
        </w:rPr>
        <w:t>1:07:52  in fact, ah, he finished one book yesterday itself and he was saying</w:t>
      </w:r>
      <w:r>
        <w:br/>
      </w:r>
      <w:r>
        <w:rPr>
          <w:sz w:val="20"/>
        </w:rPr>
        <w:t>1:07:57  that i will continue my study and when i reach back home back because he is in this travel, i am going to write a letter to Maulana sahib. and one additional thing he said, what he said that i want to congratulate Maulana sahib because there are lot of youngsters involved in this mission.</w:t>
      </w:r>
      <w:r>
        <w:br/>
      </w:r>
      <w:r>
        <w:rPr>
          <w:sz w:val="20"/>
        </w:rPr>
        <w:t>1:08:13  so he was very happy and very moved by Maulana sahib literature.</w:t>
      </w:r>
      <w:r>
        <w:br/>
      </w:r>
      <w:r>
        <w:rPr>
          <w:sz w:val="20"/>
        </w:rPr>
        <w:t>1:08:19  dekhein, asal baat kya hai? aap bheed ko koi dekhte hain, yaani sab ko le kar koi sochte hain. aap individual ko le kar sochiye, individual isi ko mein seekher keh raha hoon.</w:t>
      </w:r>
      <w:r>
        <w:br/>
      </w:r>
      <w:r>
        <w:rPr>
          <w:sz w:val="20"/>
        </w:rPr>
        <w:t>1:08:31  agar aap bheed ko le kar sochenge to hamesha aap ko mayoosi milegi,</w:t>
      </w:r>
      <w:r>
        <w:br/>
      </w:r>
      <w:r>
        <w:rPr>
          <w:sz w:val="20"/>
        </w:rPr>
        <w:t>1:08:38  frustration. lekin individual to hamesha maujood hote hain, un se kabhi dunya khali nahi hoti. to aap ka target individual hona chahiye, na ke bheed.</w:t>
      </w:r>
      <w:r>
        <w:br/>
      </w:r>
      <w:r>
        <w:rPr>
          <w:sz w:val="20"/>
        </w:rPr>
        <w:t>1:08:50  tab aap aisi baat nahi farmayenge.</w:t>
      </w:r>
    </w:p>
    <w:p>
      <w:pPr>
        <w:pStyle w:val="Heading2"/>
      </w:pPr>
      <w:r>
        <w:t>Constriction when hearing about God and afterlife</w:t>
      </w:r>
    </w:p>
    <w:p>
      <w:r>
        <w:rPr>
          <w:color w:val="666666"/>
          <w:sz w:val="18"/>
        </w:rPr>
        <w:t>The Expression of Faith (Izhar e Deen) September 1, 2013 · 1m 12s · at 52:41 · https://youtu.be/muBDJ8a_8-0?t=3161</w:t>
      </w:r>
    </w:p>
    <w:p>
      <w:r>
        <w:rPr>
          <w:i/>
        </w:rPr>
        <w:t>“When only God and the afterlife are spoken about, I feel a constriction in my soul. Why does that happen?”</w:t>
      </w:r>
    </w:p>
    <w:p>
      <w:r>
        <w:rPr>
          <w:sz w:val="20"/>
        </w:rPr>
        <w:t>52:41  maulana, un ka aik aur sawal hai. unhon ne likha hai: "maulana, sirf khuda aur akhirat ki baat hoti hai to nafs mein tangi mehsoos hoti hai.</w:t>
      </w:r>
      <w:r>
        <w:br/>
      </w:r>
      <w:r>
        <w:rPr>
          <w:sz w:val="20"/>
        </w:rPr>
        <w:t>52:51  maulana, aisa kyun hota hai?"</w:t>
      </w:r>
      <w:r>
        <w:br/>
      </w:r>
      <w:r>
        <w:rPr>
          <w:sz w:val="20"/>
        </w:rPr>
        <w:t>52:56  tangi is liye ke khuda o akhirat ka yaqeen nahi. yeh to sab se bari baat hai. khuda o akhirat ki baat se bari baat koi ho nahi sakti.</w:t>
      </w:r>
      <w:r>
        <w:br/>
      </w:r>
      <w:r>
        <w:rPr>
          <w:sz w:val="20"/>
        </w:rPr>
        <w:t>53:06  lekin agar tangi mehsoos ho, jis ko kehte hain ishq o izaz, ishq o izaz to mushrikon ka ki alamat hai.</w:t>
      </w:r>
      <w:r>
        <w:br/>
      </w:r>
      <w:r>
        <w:rPr>
          <w:sz w:val="20"/>
        </w:rPr>
        <w:t>53:17  mushrikon ki alamat hai yeh. yani aadmi kisi aur cheez ko bara banaye hue ho. agar aap aadmi kisi aur cheez ko bara banaye hue hain to wahan par agar zikr kiya gaya</w:t>
      </w:r>
      <w:r>
        <w:br/>
      </w:r>
      <w:r>
        <w:rPr>
          <w:sz w:val="20"/>
        </w:rPr>
        <w:t>53:30  jaye ga khuda aur akhirat ki ki ahmiyat ka to woh us ko ishq o izaz ho jayega. to agar kisi insan ke andar ishq o izaz ki kaifiyat paida hoti hai to us ko samajhna chahiye ke us ke iman mein kami hai.</w:t>
      </w:r>
      <w:r>
        <w:br/>
      </w:r>
      <w:r>
        <w:rPr>
          <w:sz w:val="20"/>
        </w:rPr>
        <w:t>53:46  us ko apne iman ko pakhta karna chahiye.</w:t>
      </w:r>
    </w:p>
    <w:p>
      <w:pPr>
        <w:pStyle w:val="Heading2"/>
      </w:pPr>
      <w:r>
        <w:t>Hope for misguided Muslims and sects</w:t>
      </w:r>
    </w:p>
    <w:p>
      <w:r>
        <w:rPr>
          <w:color w:val="666666"/>
          <w:sz w:val="18"/>
        </w:rPr>
        <w:t>Degeneration of Ummah October 16, 2016 · 2m 32s · at 48:38 · https://youtu.be/W8nafLKMQes?t=2918</w:t>
      </w:r>
    </w:p>
    <w:p>
      <w:r>
        <w:rPr>
          <w:i/>
        </w:rPr>
        <w:t>“The Muslims who have degenerated believe that they are on the right path. Is there any hope for these people and sects to come to the right path?”</w:t>
      </w:r>
    </w:p>
    <w:p>
      <w:r>
        <w:rPr>
          <w:sz w:val="20"/>
        </w:rPr>
        <w:t>48:38  maulana, agla sawal Fawad Malik sahib ne kiya hai Nagpur se aur unhon ne likha hai: "Maulana sahib,</w:t>
      </w:r>
      <w:r>
        <w:br/>
      </w:r>
      <w:r>
        <w:rPr>
          <w:sz w:val="20"/>
        </w:rPr>
        <w:t>48:45  The Muslims who have degenerated believe that they are in the right path.</w:t>
      </w:r>
      <w:r>
        <w:br/>
      </w:r>
      <w:r>
        <w:rPr>
          <w:sz w:val="20"/>
        </w:rPr>
        <w:t>48:51  My question is whether you think there is any hope of these people or sects coming into the</w:t>
      </w:r>
      <w:r>
        <w:br/>
      </w:r>
      <w:r>
        <w:rPr>
          <w:sz w:val="20"/>
        </w:rPr>
        <w:t>48:59  right path? what would you say to this?" dekhiye, main aap se arz karunga ke Surah Al-Hadid</w:t>
      </w:r>
      <w:r>
        <w:br/>
      </w:r>
      <w:r>
        <w:rPr>
          <w:sz w:val="20"/>
        </w:rPr>
        <w:t>49:07  jo Quran ki hai, uski ayat number 16 aur 17 padhiye.</w:t>
      </w:r>
      <w:r>
        <w:br/>
      </w:r>
      <w:r>
        <w:rPr>
          <w:sz w:val="20"/>
        </w:rPr>
        <w:t>49:12  is mein kaha gaya hai ke lambi muddat guzarne ke baad qasawat aati hai, yani zawal aata hai.</w:t>
      </w:r>
      <w:r>
        <w:br/>
      </w:r>
      <w:r>
        <w:rPr>
          <w:sz w:val="20"/>
        </w:rPr>
        <w:t>49:20  lambi muddat guzarne ke baad log qasawat mein mubtala ho jate hain.</w:t>
      </w:r>
      <w:r>
        <w:br/>
      </w:r>
      <w:r>
        <w:rPr>
          <w:sz w:val="20"/>
        </w:rPr>
        <w:t>49:25  isi ko zawal kaha jata hai, yani degeneration.</w:t>
      </w:r>
      <w:r>
        <w:br/>
      </w:r>
      <w:r>
        <w:rPr>
          <w:sz w:val="20"/>
        </w:rPr>
        <w:t>49:29  lekin phir misaal di gayi hai ke lekin iska matlab nahin ke doosra daur na aa sake.</w:t>
      </w:r>
      <w:r>
        <w:br/>
      </w:r>
      <w:r>
        <w:rPr>
          <w:sz w:val="20"/>
        </w:rPr>
        <w:t>49:36  to misaal di gayi ke dekho, barish ko dekho ke zameen murda ho jati hai, yani sookhi ho</w:t>
      </w:r>
      <w:r>
        <w:br/>
      </w:r>
      <w:r>
        <w:rPr>
          <w:sz w:val="20"/>
        </w:rPr>
        <w:t>49:44  jati hai.</w:t>
      </w:r>
      <w:r>
        <w:br/>
      </w:r>
      <w:r>
        <w:rPr>
          <w:sz w:val="20"/>
        </w:rPr>
        <w:t>49:45  phir barish hoti hai to wahan sabza lala uthta hai.</w:t>
      </w:r>
      <w:r>
        <w:br/>
      </w:r>
      <w:r>
        <w:rPr>
          <w:sz w:val="20"/>
        </w:rPr>
        <w:t>49:50  to wo material misaal se insani ehya ka naam pe bataya gaya ke jis tarah se material world</w:t>
      </w:r>
      <w:r>
        <w:br/>
      </w:r>
      <w:r>
        <w:rPr>
          <w:sz w:val="20"/>
        </w:rPr>
        <w:t>49:57  mein sokhi zameen mein barish hoti hai aur phir se sabza ug aata hai, aise hi insanon ke</w:t>
      </w:r>
      <w:r>
        <w:br/>
      </w:r>
      <w:r>
        <w:rPr>
          <w:sz w:val="20"/>
        </w:rPr>
        <w:t>50:05  liye mumkin hai ke un ko sahi rokh par, sahi rokh par kaam kiya jaye.</w:t>
      </w:r>
      <w:r>
        <w:br/>
      </w:r>
      <w:r>
        <w:rPr>
          <w:sz w:val="20"/>
        </w:rPr>
        <w:t>50:12  sahi rokh par to wo dobara zinda ho sakti hai.</w:t>
      </w:r>
      <w:r>
        <w:br/>
      </w:r>
      <w:r>
        <w:rPr>
          <w:sz w:val="20"/>
        </w:rPr>
        <w:t>50:16  is ki aik secular misaal yeh hai ke cheen aik bohat hi purani tehzeeb mani jati hai.</w:t>
      </w:r>
      <w:r>
        <w:br/>
      </w:r>
      <w:r>
        <w:rPr>
          <w:sz w:val="20"/>
        </w:rPr>
        <w:t>50:23  cheen ko aik purani tehzeeb mani jati hai.</w:t>
      </w:r>
      <w:r>
        <w:br/>
      </w:r>
      <w:r>
        <w:rPr>
          <w:sz w:val="20"/>
        </w:rPr>
        <w:t>50:27  phir cheen mein wo tehzeeb khatam ho gayi thi.</w:t>
      </w:r>
      <w:r>
        <w:br/>
      </w:r>
      <w:r>
        <w:rPr>
          <w:sz w:val="20"/>
        </w:rPr>
        <w:t>50:30  ab maujooda zamane mein phir zinda ho gayi wo tehzeeb.</w:t>
      </w:r>
      <w:r>
        <w:br/>
      </w:r>
      <w:r>
        <w:rPr>
          <w:sz w:val="20"/>
        </w:rPr>
        <w:t>50:35  yeh misaal jo aati hai, pehle zamane mein kuch log yeh samajhte thay ke dead civilization ko phir</w:t>
      </w:r>
      <w:r>
        <w:br/>
      </w:r>
      <w:r>
        <w:rPr>
          <w:sz w:val="20"/>
        </w:rPr>
        <w:t>50:42  se zinda nahi kiya ja sakta kyunke china is ki misaal hai ke dead civilization phir zinda ho</w:t>
      </w:r>
      <w:r>
        <w:br/>
      </w:r>
      <w:r>
        <w:rPr>
          <w:sz w:val="20"/>
        </w:rPr>
        <w:t>50:50  sakti hai.</w:t>
      </w:r>
      <w:r>
        <w:br/>
      </w:r>
      <w:r>
        <w:rPr>
          <w:sz w:val="20"/>
        </w:rPr>
        <w:t>50:52  is tarah se ummat e muslema ka mamla hai.</w:t>
      </w:r>
      <w:r>
        <w:br/>
      </w:r>
      <w:r>
        <w:rPr>
          <w:sz w:val="20"/>
        </w:rPr>
        <w:t>50:55  muslema agarche degeneration ka shikar ho chuki hai, lekin yeh law of nature hai ke agar aap</w:t>
      </w:r>
      <w:r>
        <w:br/>
      </w:r>
      <w:r>
        <w:rPr>
          <w:sz w:val="20"/>
        </w:rPr>
        <w:t>51:03  sahi tareeqe se kaam karein to is mein dobara aap is ko zinda kar sakte hain.</w:t>
      </w:r>
    </w:p>
    <w:p>
      <w:pPr>
        <w:pStyle w:val="Heading2"/>
      </w:pPr>
      <w:r>
        <w:t>Repeated discovery of helplessness for God</w:t>
      </w:r>
    </w:p>
    <w:p>
      <w:r>
        <w:rPr>
          <w:color w:val="666666"/>
          <w:sz w:val="18"/>
        </w:rPr>
        <w:t>The Problem of Evil December 4, 2011 · 1m 28s · at 1:37:31 · https://youtu.be/SMqtVjaGHfw?t=5851</w:t>
      </w:r>
    </w:p>
    <w:p>
      <w:r>
        <w:rPr>
          <w:i/>
        </w:rPr>
        <w:t>“You repeatedly discover your helplessness. My question is: Is a single discovery of helplessness not enough to believe in God? Then why do you keep discovering it repeatedly?”</w:t>
      </w:r>
    </w:p>
    <w:p>
      <w:r>
        <w:rPr>
          <w:sz w:val="20"/>
        </w:rPr>
        <w:t>1:37:31  Maulana, agla sawal aaya hai Maulana Abdul Basit Omri ka, Doha, Qatar se</w:t>
      </w:r>
      <w:r>
        <w:br/>
      </w:r>
      <w:r>
        <w:rPr>
          <w:sz w:val="20"/>
        </w:rPr>
        <w:t>1:37:37  . Unhone likha hai: "Maulana, aap bar bar apne ajz ko daryaft karte rehte hain. Aap bar bar apne ajz ko daryaft karte rehte hain.</w:t>
      </w:r>
      <w:r>
        <w:br/>
      </w:r>
      <w:r>
        <w:rPr>
          <w:sz w:val="20"/>
        </w:rPr>
        <w:t>1:37:48  Maulana, mera sawal yeh hai ke kya ek bar ke daryaft ajz Khuda ko manne ke liye kafi nahi? To phir aap bar bar kyun daryaft karte rehte hain?"</w:t>
      </w:r>
      <w:r>
        <w:br/>
      </w:r>
      <w:r>
        <w:rPr>
          <w:sz w:val="20"/>
        </w:rPr>
        <w:t>1:38:01  yeh aadmi dekhiye, aadmi ka dimagh aisa hai ke cheezen chali jati hain bhool ke khane mein.</w:t>
      </w:r>
      <w:r>
        <w:br/>
      </w:r>
      <w:r>
        <w:rPr>
          <w:sz w:val="20"/>
        </w:rPr>
        <w:t>1:38:10  koi bhi cheez aap ko agar aap bar bar usko charcha na karen to bhool jayenge. Aap apne bete hi ko aap charcha lekar bada bhool jayenge. To bete ko har waqt charcha karta hai aadmi.</w:t>
      </w:r>
      <w:r>
        <w:br/>
      </w:r>
      <w:r>
        <w:rPr>
          <w:sz w:val="20"/>
        </w:rPr>
        <w:t>1:38:20  mukhtalif bahane aap apne bete ko charcha karte hain, tab aap ko memory banta hai. To koi bhi cheez ho, aap ko charcha karna padega.</w:t>
      </w:r>
      <w:r>
        <w:br/>
      </w:r>
      <w:r>
        <w:rPr>
          <w:sz w:val="20"/>
        </w:rPr>
        <w:t>1:38:29  iska</w:t>
      </w:r>
      <w:r>
        <w:br/>
      </w:r>
      <w:r>
        <w:rPr>
          <w:sz w:val="20"/>
        </w:rPr>
        <w:t>1:38:30  nahi charcha karenge to woh jaisa ke mein is se pehle kaha tha ke mind ke teen hisse hain, yaani conscious mind, subconscious mind, unconscious mind.</w:t>
      </w:r>
      <w:r>
        <w:br/>
      </w:r>
      <w:r>
        <w:rPr>
          <w:sz w:val="20"/>
        </w:rPr>
        <w:t>1:38:41  to pehle cheezen aati hain conscious mind mein, phir chali jati hain subconscious mind mein, phir jati hain unconscious mind mein. Yeh to process hai, woh process se aap bach nahi sakte.</w:t>
      </w:r>
      <w:r>
        <w:br/>
      </w:r>
      <w:r>
        <w:rPr>
          <w:sz w:val="20"/>
        </w:rPr>
        <w:t>1:38:52  har cheez pe apply hota hai, woh chahe bete ko yaad rakhna ho, chahe Allah taala ko yaad rakhna ho. Hmm.</w:t>
      </w:r>
    </w:p>
    <w:p>
      <w:pPr>
        <w:pStyle w:val="Heading2"/>
      </w:pPr>
      <w:r>
        <w:t>God's forgiveness for suicide due to depression</w:t>
      </w:r>
    </w:p>
    <w:p>
      <w:r>
        <w:rPr>
          <w:color w:val="666666"/>
          <w:sz w:val="18"/>
        </w:rPr>
        <w:t>The Existence of God January 27, 2019 Maulana Wahiduddin Khan · 7m 16s · at 47:09 · https://youtu.be/fh9tr5ZrUno?t=2829</w:t>
      </w:r>
    </w:p>
    <w:p>
      <w:r>
        <w:rPr>
          <w:i/>
        </w:rPr>
        <w:t>“Maulana, I am depressed because I have no social status and money. Will God forgive me if I commit suicide?”</w:t>
      </w:r>
    </w:p>
    <w:p>
      <w:r>
        <w:rPr>
          <w:sz w:val="20"/>
        </w:rPr>
        <w:t>47:09  Maulana, agla sawal ah Srinagar se bheja hai Murad Rehman Sahab ne. Unhon ne likha hai: "Maulana, I am depressed because I have no social status and money.</w:t>
      </w:r>
      <w:r>
        <w:br/>
      </w:r>
      <w:r>
        <w:rPr>
          <w:sz w:val="20"/>
        </w:rPr>
        <w:t>47:24  Will God forgive me if I commit suicide?"</w:t>
      </w:r>
      <w:r>
        <w:br/>
      </w:r>
      <w:r>
        <w:rPr>
          <w:sz w:val="20"/>
        </w:rPr>
        <w:t>47:31  Dekhiye,</w:t>
      </w:r>
      <w:r>
        <w:br/>
      </w:r>
      <w:r>
        <w:rPr>
          <w:sz w:val="20"/>
        </w:rPr>
        <w:t>47:36  Suicide karne ki aap ko zaroorat nahi hai, balke apne is haal se incentive lijiye aap aur aur aur behtar aur</w:t>
      </w:r>
      <w:r>
        <w:br/>
      </w:r>
      <w:r>
        <w:rPr>
          <w:sz w:val="20"/>
        </w:rPr>
        <w:t>47:50  Yaani apne ab zindagi ka ko aap face kijiye zyada badhe hue incentive se.</w:t>
      </w:r>
      <w:r>
        <w:br/>
      </w:r>
      <w:r>
        <w:rPr>
          <w:sz w:val="20"/>
        </w:rPr>
        <w:t>48:02  Maine apni aankh se ek insaan ko dekha hai,</w:t>
      </w:r>
      <w:r>
        <w:br/>
      </w:r>
      <w:r>
        <w:rPr>
          <w:sz w:val="20"/>
        </w:rPr>
        <w:t>48:08  Ab khud apni aankh se dekha hai main</w:t>
      </w:r>
      <w:r>
        <w:br/>
      </w:r>
      <w:r>
        <w:rPr>
          <w:sz w:val="20"/>
        </w:rPr>
        <w:t>48:13  Ke woh frustration ka shikar ho gaye the. Woh kisi wajah se frustration ka shikar ho gaye the to woh kisi se baat nahi karte the is mauzu par.</w:t>
      </w:r>
      <w:r>
        <w:br/>
      </w:r>
      <w:r>
        <w:rPr>
          <w:sz w:val="20"/>
        </w:rPr>
        <w:t>48:27  Andar andar bilkul frustration, yahan tak ke ek din unhon ne zeher kha liya, khudkushi kar ke irade se.</w:t>
      </w:r>
      <w:r>
        <w:br/>
      </w:r>
      <w:r>
        <w:rPr>
          <w:sz w:val="20"/>
        </w:rPr>
        <w:t>48:41  Unhon ne khud apni aankhon se dekha hai un ki, un ka body pada hua hai aur</w:t>
      </w:r>
      <w:r>
        <w:br/>
      </w:r>
      <w:r>
        <w:rPr>
          <w:sz w:val="20"/>
        </w:rPr>
        <w:t>48:53  Bataur lagta hai ke ab woh maut ke kinare pahunch chuke hain. Lekin phir jaldi ek doctor available ho gaya, logon ne jaldi se us ko bulaya,</w:t>
      </w:r>
      <w:r>
        <w:br/>
      </w:r>
      <w:r>
        <w:rPr>
          <w:sz w:val="20"/>
        </w:rPr>
        <w:t>49:06  Us ne kuch treatment kiya, kuch ulti karwai, kya kiya kya kiya, par woh bach gaye.</w:t>
      </w:r>
      <w:r>
        <w:br/>
      </w:r>
      <w:r>
        <w:rPr>
          <w:sz w:val="20"/>
        </w:rPr>
        <w:t>49:17  Aur maine phir unhi unhi ko apni aankhon se dekha hai ke woh business kiya, unhon ne bohat acha business kiya, bohat kamyab, bohat paisa kamaya.</w:t>
      </w:r>
      <w:r>
        <w:br/>
      </w:r>
      <w:r>
        <w:rPr>
          <w:sz w:val="20"/>
        </w:rPr>
        <w:t>49:34  Us ke baad main ek kitaab padhi, ek kitaab padhi maine. Is kitaab mein likha tha ke jo log suicide karein aur bach jayein kisi wajah se,</w:t>
      </w:r>
      <w:r>
        <w:br/>
      </w:r>
      <w:r>
        <w:rPr>
          <w:sz w:val="20"/>
        </w:rPr>
        <w:t>49:49  Suicide karein aur bach jayein to hero ban jate hain woh, kyunke suicide karne se pehle to woh ek dam maishat mein jeete the.</w:t>
      </w:r>
      <w:r>
        <w:br/>
      </w:r>
      <w:r>
        <w:rPr>
          <w:sz w:val="20"/>
        </w:rPr>
        <w:t>50:05  Zindagi maishat ke maani kya hain? Zindagi ki, zindagi ki value na janna. Yeh jo insaan hai aap, aap ke andar is ki value ko na janna.</w:t>
      </w:r>
      <w:r>
        <w:br/>
      </w:r>
      <w:r>
        <w:rPr>
          <w:sz w:val="20"/>
        </w:rPr>
        <w:t>50:19  to is ne likha tha ke jo aadmi suicide kare aur bach jaye, wo apni zindagi ki value ko bohat baray paimane par jaan leta hai aur phir hero ban jata hai.</w:t>
      </w:r>
      <w:r>
        <w:br/>
      </w:r>
      <w:r>
        <w:rPr>
          <w:sz w:val="20"/>
        </w:rPr>
        <w:t>50:29  wo</w:t>
      </w:r>
      <w:r>
        <w:br/>
      </w:r>
      <w:r>
        <w:rPr>
          <w:sz w:val="20"/>
        </w:rPr>
        <w:t>50:32  to aap apne potential ko daryaft kijiye aur koi bhi kaam jo mile aap ko, chahe wo ghaas kaatne ka kaam ho, shuru kar dijiye.</w:t>
      </w:r>
      <w:r>
        <w:br/>
      </w:r>
      <w:r>
        <w:rPr>
          <w:sz w:val="20"/>
        </w:rPr>
        <w:t>50:45  inshallah aap bohat kam kamyab honge, bohat kamyab honge.</w:t>
      </w:r>
      <w:r>
        <w:br/>
      </w:r>
      <w:r>
        <w:rPr>
          <w:sz w:val="20"/>
        </w:rPr>
        <w:t>50:58  maulana, kuch comment parhna chahenge. ye comment bheja hai syeda fozana hussain nees bangalore se. unhon ne likha hai: "God has created us for a purpose and we should live up to His expectations and not question His existence.</w:t>
      </w:r>
      <w:r>
        <w:br/>
      </w:r>
      <w:r>
        <w:rPr>
          <w:sz w:val="20"/>
        </w:rPr>
        <w:t>51:16  Most important is He is watching our actions and that is enough to feel His presence. He is guiding us, correcting, acknowledging us, letting us live in every type of circumstances which is itself a reward.</w:t>
      </w:r>
      <w:r>
        <w:br/>
      </w:r>
      <w:r>
        <w:rPr>
          <w:sz w:val="20"/>
        </w:rPr>
        <w:t>51:34  This is my understanding of today's talk." Miss mashallah, miss shabina ali ne kolkata se likha hai:</w:t>
      </w:r>
      <w:r>
        <w:br/>
      </w:r>
      <w:r>
        <w:rPr>
          <w:sz w:val="20"/>
        </w:rPr>
        <w:t>51:46  "Discover God in His creation is my takeaway of today's lecture</w:t>
      </w:r>
      <w:r>
        <w:br/>
      </w:r>
      <w:r>
        <w:rPr>
          <w:sz w:val="20"/>
        </w:rPr>
        <w:t>51:51  . One needs to be a seeker of truth and observer of nature and an inquiring mind to get to the bottom of realization of the Creator and the existence of God." Mr shad hussain ne likha hai kashmir se: "A great seeker revealed many secrets which were in the form of symbols in the Quran and tradition</w:t>
      </w:r>
      <w:r>
        <w:br/>
      </w:r>
      <w:r>
        <w:rPr>
          <w:sz w:val="20"/>
        </w:rPr>
        <w:t>52:16  . Really thrilling." Maulana, ab sawal lena chahenge. ye sawal hai aamir mori sahib ka kashmir se.</w:t>
      </w:r>
      <w:r>
        <w:br/>
      </w:r>
      <w:r>
        <w:rPr>
          <w:sz w:val="20"/>
        </w:rPr>
        <w:t>52:27  unhon ne likha hai: "Maulana sahib, we have heard many Muslim preachers saying that sometimes we need to kill aql in religion because religion is a matter of faith.</w:t>
      </w:r>
      <w:r>
        <w:br/>
      </w:r>
      <w:r>
        <w:rPr>
          <w:sz w:val="20"/>
        </w:rPr>
        <w:t>52:43  But science has helped us to understand the uncertain things with certainty. But still, there are few aspects in religion like meraj incident where we are not able to apply our aql.</w:t>
      </w:r>
      <w:r>
        <w:br/>
      </w:r>
      <w:r>
        <w:rPr>
          <w:sz w:val="20"/>
        </w:rPr>
        <w:t>53:00  Kindly guide how to understand such aspects and address this kind of thinking." Dekhiye, ye wo log hote hain jo jo jo farma rahe hain aap un ko ke parhte parhte kuch nahi,</w:t>
      </w:r>
      <w:r>
        <w:br/>
      </w:r>
      <w:r>
        <w:rPr>
          <w:sz w:val="20"/>
        </w:rPr>
        <w:t>53:15  bilkul yani kuch parhte nahi, bas khali hawa hawa mein apni aql dorate hain.</w:t>
      </w:r>
      <w:r>
        <w:br/>
      </w:r>
      <w:r>
        <w:rPr>
          <w:sz w:val="20"/>
        </w:rPr>
        <w:t>53:25  main aise logon ko kuch nahi keh sakta siwaye is ke ke wo</w:t>
      </w:r>
    </w:p>
    <w:p>
      <w:pPr>
        <w:pStyle w:val="Heading2"/>
      </w:pPr>
      <w:r>
        <w:t>Managing Inferiority Complex</w:t>
      </w:r>
    </w:p>
    <w:p>
      <w:r>
        <w:rPr>
          <w:color w:val="666666"/>
          <w:sz w:val="18"/>
        </w:rPr>
        <w:t>The Method of Planning August 14, 2016 · 1m 25s · at 48:11 · https://youtu.be/84WV8NS2VKQ?t=2891</w:t>
      </w:r>
    </w:p>
    <w:p>
      <w:r>
        <w:rPr>
          <w:i/>
        </w:rPr>
        <w:t>“I am suffering from inferiority complex and as a result I am never able to plan wisely. Kindly advise how I can manage my inferiority complex as I am always less confident and not able.”</w:t>
      </w:r>
    </w:p>
    <w:p>
      <w:r>
        <w:rPr>
          <w:sz w:val="20"/>
        </w:rPr>
        <w:t>48:11  maulana, agla sawal moradabad se hai farooq sahab ka, aur unhon ne likha hai: "maulana sahab, I</w:t>
      </w:r>
      <w:r>
        <w:br/>
      </w:r>
      <w:r>
        <w:rPr>
          <w:sz w:val="20"/>
        </w:rPr>
        <w:t>48:19  I am suffering from inferiority complex and as a result I am never able to plan wisely.</w:t>
      </w:r>
      <w:r>
        <w:br/>
      </w:r>
      <w:r>
        <w:rPr>
          <w:sz w:val="20"/>
        </w:rPr>
        <w:t>48:27  Kindly advise how I can manage my inferiority complex as I am always less confident and not able</w:t>
      </w:r>
      <w:r>
        <w:br/>
      </w:r>
      <w:r>
        <w:rPr>
          <w:sz w:val="20"/>
        </w:rPr>
        <w:t>48:35  to represent myself well in front of many other people." aap sirf yeh kijiye ke hamari char kitabein</w:t>
      </w:r>
      <w:r>
        <w:br/>
      </w:r>
      <w:r>
        <w:rPr>
          <w:sz w:val="20"/>
        </w:rPr>
        <w:t>48:43  parh dalen, aur aap dekhen ke jitni aap parh len ge, utni aap ki yeh khatm ho chuka ho ga.</w:t>
      </w:r>
      <w:r>
        <w:br/>
      </w:r>
      <w:r>
        <w:rPr>
          <w:sz w:val="20"/>
        </w:rPr>
        <w:t>48:50  raz-e-hayat, taameer-e-hayat, rehnumai-e-hayat, kitab-e-zindagi, yeh chaar kitaben parh dalen aap.</w:t>
      </w:r>
      <w:r>
        <w:br/>
      </w:r>
      <w:r>
        <w:rPr>
          <w:sz w:val="20"/>
        </w:rPr>
        <w:t>48:58  insha Allah, insha Allah, jitni aap khatm karen ge, usi din aap ka yeh weakness bhi khatm ho jaye ga.</w:t>
      </w:r>
      <w:r>
        <w:br/>
      </w:r>
      <w:r>
        <w:rPr>
          <w:sz w:val="20"/>
        </w:rPr>
        <w:t>49:06  agar aap English mein parhte hon to main ek kitab bataon ga: "Moral Vision".</w:t>
      </w:r>
      <w:r>
        <w:br/>
      </w:r>
      <w:r>
        <w:rPr>
          <w:sz w:val="20"/>
        </w:rPr>
        <w:t>49:14  agar aap ka mutaliq ki zaban English ho to sirf ek kitab parh lijye aap: "Moral Vision".</w:t>
      </w:r>
      <w:r>
        <w:br/>
      </w:r>
      <w:r>
        <w:rPr>
          <w:sz w:val="20"/>
        </w:rPr>
        <w:t>49:22  bas kafi hai bilkul, lekin ek bar mat parhiye, kai bar parhiye, kai bar parhiye, kyunke ek bar</w:t>
      </w:r>
      <w:r>
        <w:br/>
      </w:r>
      <w:r>
        <w:rPr>
          <w:sz w:val="20"/>
        </w:rPr>
        <w:t>49:29  parh kar aap is ki baton ko poori tarah se pakar nahi paen ge.</w:t>
      </w:r>
    </w:p>
    <w:p>
      <w:pPr>
        <w:pStyle w:val="Heading2"/>
      </w:pPr>
      <w:r>
        <w:t>Why people lack repentance?</w:t>
      </w:r>
    </w:p>
    <w:p>
      <w:r>
        <w:rPr>
          <w:color w:val="666666"/>
          <w:sz w:val="18"/>
        </w:rPr>
        <w:t>The Divine Purpose Behind Human Creation October 6, 2024 · 30m 33s · at 27:48 · https://youtu.be/VepgdrN7M2A?t=1668</w:t>
      </w:r>
    </w:p>
    <w:p>
      <w:r>
        <w:rPr>
          <w:i/>
        </w:rPr>
        <w:t>“Why does it happen that people do not feel repentance? Is it due to their egoistic nature or arrogance, or is there a reason that people often do not repent?”</w:t>
      </w:r>
    </w:p>
    <w:p>
      <w:r>
        <w:rPr>
          <w:sz w:val="20"/>
        </w:rPr>
        <w:t>27:48  Aapa, yeh ek sawal aaya hai Lucknow se, Muhammad Asif Khan sahab ne bheja hai. Unhone likha hai ke: "Aapa, aisa kyun hota hai ke logon ke andar repentance nahi aati hai?</w:t>
      </w:r>
      <w:r>
        <w:br/>
      </w:r>
      <w:r>
        <w:rPr>
          <w:sz w:val="20"/>
        </w:rPr>
        <w:t>28:00  Kya woh iske egoistic nature ya arrogance ki wajah se hota hai, ya kya kya kya iska ek reason hai ke log aksar repent nahi karte hain?"</w:t>
      </w:r>
      <w:r>
        <w:br/>
      </w:r>
      <w:r>
        <w:rPr>
          <w:sz w:val="20"/>
        </w:rPr>
        <w:t>28:13  Dekhiye, repentance ka jo jazba hai, woh sab ke andar hota hai. Lekin jaise agar aap ne sabse pehli baar koi galati ki hai to aap ko bahut shadeed ehsas hota hai.</w:t>
      </w:r>
      <w:r>
        <w:br/>
      </w:r>
      <w:r>
        <w:rPr>
          <w:sz w:val="20"/>
        </w:rPr>
        <w:t>28:27  Lekin agar us waqt aap chook jayein aur aap apni galati ko na maane to aindah wahi galati karenge to aap ko itna ehsas nahi hoga.</w:t>
      </w:r>
      <w:r>
        <w:br/>
      </w:r>
      <w:r>
        <w:rPr>
          <w:sz w:val="20"/>
        </w:rPr>
        <w:t>28:36  Aap galati pe galati karte chale jayenge to conscience jo hai, jis ko kehte hain ke murda ho jata hai.</w:t>
      </w:r>
      <w:r>
        <w:br/>
      </w:r>
      <w:r>
        <w:rPr>
          <w:sz w:val="20"/>
        </w:rPr>
        <w:t>28:42  To jaise jaise woh hota hai,</w:t>
      </w:r>
      <w:r>
        <w:br/>
      </w:r>
      <w:r>
        <w:rPr>
          <w:sz w:val="20"/>
        </w:rPr>
        <w:t>28:50  haan, ek hadith hai, ek hadith hai ke agar aadmi baar baar baar baar ghalati karta rehta hai to dil par har ghalati ke waqt agar hum is ki woh na karein, repent na karein to dil par ek dhabbe ki manind ho jata hai.</w:t>
      </w:r>
      <w:r>
        <w:br/>
      </w:r>
      <w:r>
        <w:rPr>
          <w:sz w:val="20"/>
        </w:rPr>
        <w:t>29:05  ji,</w:t>
      </w:r>
      <w:r>
        <w:br/>
      </w:r>
      <w:r>
        <w:rPr>
          <w:sz w:val="20"/>
        </w:rPr>
        <w:t>29:06  to jab aisi musalsal karte rahenge aur ghalati ka ehsaas bhi nahi hoga to poora dil siyah ho jata hai. hmm, yeh literal nahi lenge, hum symbolic hain, lekin hamara dil aisa ho jata hai ke phir hamein ghalati ghalati lagti nahi.</w:t>
      </w:r>
      <w:r>
        <w:br/>
      </w:r>
      <w:r>
        <w:rPr>
          <w:sz w:val="20"/>
        </w:rPr>
        <w:t>29:21  to is liye hamein apne consciousness ko bohat zyada bedaar rakhna padega. agar hum bedaar nahi rakhenge to hum phir aisa lagega ke hamare andar consciousness hai</w:t>
      </w:r>
      <w:r>
        <w:br/>
      </w:r>
      <w:r>
        <w:rPr>
          <w:sz w:val="20"/>
        </w:rPr>
        <w:t>29:35  hi nahi. is ko bedaar, is par mehnat, har kaam pe mehnat karni padti hai. main ek aap ko ek misaal deti hoon, jab main shayad 14, 15 saal ki thi to main apne ek عزیز ke haan gayi.</w:t>
      </w:r>
      <w:r>
        <w:br/>
      </w:r>
      <w:r>
        <w:rPr>
          <w:sz w:val="20"/>
        </w:rPr>
        <w:t>29:48  hamare haan to father koi aisi waisi cheez parhne ke liye kuch hota hi nahi tha. to عزیز ke haan gayi to wahan par ek jasoosi novel rakha hua tha.</w:t>
      </w:r>
      <w:r>
        <w:br/>
      </w:r>
      <w:r>
        <w:rPr>
          <w:sz w:val="20"/>
        </w:rPr>
        <w:t>29:58  hum ne to kabhi novel bhi nahi parha tha.</w:t>
      </w:r>
      <w:r>
        <w:br/>
      </w:r>
      <w:r>
        <w:rPr>
          <w:sz w:val="20"/>
        </w:rPr>
        <w:t>30:01  ab woh dekha to jasoosi novel kahin se sun liya hoga ke jasoosi novel parhne se gunah milta hai. to hum ne jab woh parhna shuru kiya, do chaar page parha hoga, jaise ek dum ghabrahat ho gayi.</w:t>
      </w:r>
      <w:r>
        <w:br/>
      </w:r>
      <w:r>
        <w:rPr>
          <w:sz w:val="20"/>
        </w:rPr>
        <w:t>30:15  phir woh mein ne us ko daba ke rakh diya, kabhi nahi parha us ko. to yeh hota hai pehli baar jo hai na, jazba jo hai, yeh jazba sab ke andar hai.</w:t>
      </w:r>
      <w:r>
        <w:br/>
      </w:r>
      <w:r>
        <w:rPr>
          <w:sz w:val="20"/>
        </w:rPr>
        <w:t>30:23  Allah taala ne sab ke andar yeh jazba paida kiya hua hai, lekin insaan ignore karta hai</w:t>
      </w:r>
      <w:r>
        <w:br/>
      </w:r>
      <w:r>
        <w:rPr>
          <w:sz w:val="20"/>
        </w:rPr>
        <w:t>30:30  is ko. aur is ko kuch, koi bhi dunyavi interest hai, koi bhi wajah hai, aur ya woh nahi kehta, hum nahi mante, koi kuch bhi kehta rahe, hum to apni marzi se, marzi se kaam karenge.</w:t>
      </w:r>
      <w:r>
        <w:br/>
      </w:r>
      <w:r>
        <w:rPr>
          <w:sz w:val="20"/>
        </w:rPr>
        <w:t>30:42  to woh jazba dheere dheere dheere dheere woh khatam ho jata hai. phir kabhi bhi woh agar repentance kare sachay dil se to woh phir woh jazba ubhar aayega.</w:t>
      </w:r>
      <w:r>
        <w:br/>
      </w:r>
      <w:r>
        <w:rPr>
          <w:sz w:val="20"/>
        </w:rPr>
        <w:t>30:51  hmm, hmm, ji,</w:t>
      </w:r>
      <w:r>
        <w:br/>
      </w:r>
      <w:r>
        <w:rPr>
          <w:sz w:val="20"/>
        </w:rPr>
        <w:t>30:53  apa, ek cheez jo aap ne baar baar hi aaj bhi talk mein kahi ke yeh jo poori zindagi hai, yeh test period hai. aur apa, yeh test period hai to isi liye Allah taala ne hum sab ko freedom bhi di hai taake hum kya moral choice lete hain, woh woh dekh sakein.</w:t>
      </w:r>
      <w:r>
        <w:br/>
      </w:r>
      <w:r>
        <w:rPr>
          <w:sz w:val="20"/>
        </w:rPr>
        <w:t>31:12  har ek insaan ko jaancha ja raha hai, isi liye to apa, nature of freedom kya hai? what is the nature of this human freedom? is ke baray mein aap thora aur wazeh karein.</w:t>
      </w:r>
      <w:r>
        <w:br/>
      </w:r>
      <w:r>
        <w:rPr>
          <w:sz w:val="20"/>
        </w:rPr>
        <w:t>31:24  dekhiye, freedom jo hai, ek hai man versus man, aur doosra hai man versus God. to man versus man jo hai, woh hamein full freedom hasil hai us waqt tak jab tak ke hum doosre ko harm na pahunchayein.</w:t>
      </w:r>
      <w:r>
        <w:br/>
      </w:r>
      <w:r>
        <w:rPr>
          <w:sz w:val="20"/>
        </w:rPr>
        <w:t>31:43  to</w:t>
      </w:r>
      <w:r>
        <w:br/>
      </w:r>
      <w:r>
        <w:rPr>
          <w:sz w:val="20"/>
        </w:rPr>
        <w:t>31:44  yeh hamari limit hai, jis ko sab log jante hain. woh qissa, America jab azaad hua to ek aadmi bohat zyada haath waath hilate hue, khushi manate hue ja raha tha.</w:t>
      </w:r>
      <w:r>
        <w:br/>
      </w:r>
      <w:r>
        <w:rPr>
          <w:sz w:val="20"/>
        </w:rPr>
        <w:t>31:55  us ka haath jo hai, kisi ke passer bhai ke nose par lag gaya. ab us ne kaha, yeh kya nonsense hai? us ne kaha, mein to khushi mana raha hoon, celebrate kar raha hoon America ki freedom ko.</w:t>
      </w:r>
      <w:r>
        <w:br/>
      </w:r>
      <w:r>
        <w:rPr>
          <w:sz w:val="20"/>
        </w:rPr>
        <w:t>32:08  to us ne kaha, "your freedom ends where my nose begins." to yeh bohat hi acha tarike se illustrate karta hai ke hamari freedom wahan khatam ho jati hai jahan hum doosre ko harm pahunchayein.</w:t>
      </w:r>
      <w:r>
        <w:br/>
      </w:r>
      <w:r>
        <w:rPr>
          <w:sz w:val="20"/>
        </w:rPr>
        <w:t>32:25  otherwise, hum total sense mein free hain.</w:t>
      </w:r>
      <w:r>
        <w:br/>
      </w:r>
      <w:r>
        <w:rPr>
          <w:sz w:val="20"/>
        </w:rPr>
        <w:t>32:29  to yeh hai. lekin jo Khuda ke sath hai, woh hai ke hum hum free nahi hain. Khuda ke is mein hum hum ko Khuda ke hukum ka paband reh kar is duniya mein zindagi guzarna hai, kyunke yeh duniya jo hai, Khuda ki banayi hui hai, hamari banayi hui nahi hai.</w:t>
      </w:r>
      <w:r>
        <w:br/>
      </w:r>
      <w:r>
        <w:rPr>
          <w:sz w:val="20"/>
        </w:rPr>
        <w:t>32:49  hamein aisa mehsoos hota hai ke yeh hamara ghar hai, yeh hamara shehar hai, yeh hamara mulk hai, sab kuch hamara hai, yeh hamari fam</w:t>
      </w:r>
      <w:r>
        <w:br/>
      </w:r>
      <w:r>
        <w:rPr>
          <w:sz w:val="20"/>
        </w:rPr>
        <w:t>32:57  ily hai. woh aisa Allah ne har cheez ko aise veil of doubt mein rakha hua hai ke hamein lagta hai yahan hum bilkul azaad hain, lekin aisa hai nahi, sab kuch Khuda ke haath mein hai.</w:t>
      </w:r>
      <w:r>
        <w:br/>
      </w:r>
      <w:r>
        <w:rPr>
          <w:sz w:val="20"/>
        </w:rPr>
        <w:t>33:10  to jab freedom, jab Allah taala ne sari cheezein di hain, isi tarike se freedom hai Allah ka gift. to jab gift hota hai to aap jante hain, us ke sath responsibility hoti hai.</w:t>
      </w:r>
      <w:r>
        <w:br/>
      </w:r>
      <w:r>
        <w:rPr>
          <w:sz w:val="20"/>
        </w:rPr>
        <w:t>33:23  to yahi responsibility hai ke hum freedom ko khuda ke hukum ke mutabiq is ko istemal karen.</w:t>
      </w:r>
      <w:r>
        <w:br/>
      </w:r>
      <w:r>
        <w:rPr>
          <w:sz w:val="20"/>
        </w:rPr>
        <w:t>33:32  aur is ke liye Allah taala ne do do tarike se insan ki in ko safeguard kiya hai. ek to hamare andar hi consciousness rakh diya hai,</w:t>
      </w:r>
      <w:r>
        <w:br/>
      </w:r>
      <w:r>
        <w:rPr>
          <w:sz w:val="20"/>
        </w:rPr>
        <w:t>33:42  humein pata chalta hai jab dekhiye, doosra koi ghalati karta hai to humein foran pata chal jata hai ke yeh aadmi galat kaam kar raha hai. aur wahi ghalati hum karenge to humein, hum hum humein apni apni desire itni zyada hain hamari ke hum kehte hain, hamara jee chah raha hai to hum kar rahe hain.</w:t>
      </w:r>
      <w:r>
        <w:br/>
      </w:r>
      <w:r>
        <w:rPr>
          <w:sz w:val="20"/>
        </w:rPr>
        <w:t>34:02  ek baar Maulana, ek pehle aap jante hain, kitabat hath se ki jati thi. ji,</w:t>
      </w:r>
      <w:r>
        <w:br/>
      </w:r>
      <w:r>
        <w:rPr>
          <w:sz w:val="20"/>
        </w:rPr>
        <w:t>34:09  to woh is ke liye kabhi kabhi Maulana koi ek amjad katib the, to un ki thori zyada umar thi, to abba kabhi kabhi un ke paas jate the.</w:t>
      </w:r>
      <w:r>
        <w:br/>
      </w:r>
      <w:r>
        <w:rPr>
          <w:sz w:val="20"/>
        </w:rPr>
        <w:t>34:18  to dekha, un ke haan ke un ki chhat par kisi ka bachcha patang uda raha tha. ab woh kehne lage ke dekhiye, chhat pe patang uda raha hai, gir jaye, yeh ho jaye, woh ho jaye, kitna galat kaam hai.</w:t>
      </w:r>
      <w:r>
        <w:br/>
      </w:r>
      <w:r>
        <w:rPr>
          <w:sz w:val="20"/>
        </w:rPr>
        <w:t>34:32  phir Maulana kehte hain ke phir un ka bachcha aaya aur unhone patang nikali aur ja ke udane laga. aur woh kuch nahi, us ko kaha, khush ho rahe hain.</w:t>
      </w:r>
      <w:r>
        <w:br/>
      </w:r>
      <w:r>
        <w:rPr>
          <w:sz w:val="20"/>
        </w:rPr>
        <w:t>34:42  ji, to yeh hai ke apna to samajh mein hi nahi aata aur doosre ka samajh mein aata hai. is ka matlab hamare andar woh ehsas hai na ke kya galat hai, kya sahi hai.</w:t>
      </w:r>
      <w:r>
        <w:br/>
      </w:r>
      <w:r>
        <w:rPr>
          <w:sz w:val="20"/>
        </w:rPr>
        <w:t>34:52  ji, to humein is ehsas ko bidaar karna hai, is ko ehsas ko jala dena hai, tabhi hum samajh sakenge kya galat hai, kya sahi hai.</w:t>
      </w:r>
      <w:r>
        <w:br/>
      </w:r>
      <w:r>
        <w:rPr>
          <w:sz w:val="20"/>
        </w:rPr>
        <w:t>35:01  to</w:t>
      </w:r>
      <w:r>
        <w:br/>
      </w:r>
      <w:r>
        <w:rPr>
          <w:sz w:val="20"/>
        </w:rPr>
        <w:t>35:02  is ke liye bohat kuch karna padta hai, ghor o fikr karna Quran o hadith mein aur learning karna har ek se.</w:t>
      </w:r>
      <w:r>
        <w:br/>
      </w:r>
      <w:r>
        <w:rPr>
          <w:sz w:val="20"/>
        </w:rPr>
        <w:t>35:11  doosra kya kaam karta hai? kis ne? Aristotle ne, Plato ne, kis ne kaha tha ke tum ne adab kis adab kahan se seekha?</w:t>
      </w:r>
      <w:r>
        <w:br/>
      </w:r>
      <w:r>
        <w:rPr>
          <w:sz w:val="20"/>
        </w:rPr>
        <w:t>35:20  to us ne kaha, be adabon se. matlab jab aap dekhte hain ke koi kaam galat kar raha hai to aap foran aap ke dimagh mein aata hai na ke yeh kaam aise hum nahi karenge.</w:t>
      </w:r>
      <w:r>
        <w:br/>
      </w:r>
      <w:r>
        <w:rPr>
          <w:sz w:val="20"/>
        </w:rPr>
        <w:t>35:29  ji, kitna galat woh kaam kar raha hai. to</w:t>
      </w:r>
      <w:r>
        <w:br/>
      </w:r>
      <w:r>
        <w:rPr>
          <w:sz w:val="20"/>
        </w:rPr>
        <w:t>35:32  yeh hai. to hamare dil o dimagh mein Allah ne sab kuch humein de kar bheja hai. kehte hain ke DNA mein sab kuch hai siwaye maut ke.</w:t>
      </w:r>
      <w:r>
        <w:br/>
      </w:r>
      <w:r>
        <w:rPr>
          <w:sz w:val="20"/>
        </w:rPr>
        <w:t>35:42  ji, ke maut kab hamari aayegi, is ke ilawa sab kuch hai. to yeh bhi hai ke hum Khuda ke aage hum surrender karen aur Khuda ke ke marzi ke mutabiq is duniya mein zindagi guzaren.</w:t>
      </w:r>
      <w:r>
        <w:br/>
      </w:r>
      <w:r>
        <w:rPr>
          <w:sz w:val="20"/>
        </w:rPr>
        <w:t>35:55  yeh to hamare andar hi hai.</w:t>
      </w:r>
      <w:r>
        <w:br/>
      </w:r>
      <w:r>
        <w:rPr>
          <w:sz w:val="20"/>
        </w:rPr>
        <w:t>35:57  doosre yeh hai ke peghambar Allah taala ne barabar bheje, woh batate rahe. ji, to is wajah se hidayat mein Allah ne koi kami nahi ki hai.</w:t>
      </w:r>
      <w:r>
        <w:br/>
      </w:r>
      <w:r>
        <w:rPr>
          <w:sz w:val="20"/>
        </w:rPr>
        <w:t>36:08  hmm, hmm, jo kami hai woh yeh hai ke hum baton ko samajhna hi nahi chahte hain. to bas farq yeh hai ke kainat mein aur insan mein ke kainat jo hai, woh compulsorily is ko submit karna hai, is ke aage koi doosra option nahi</w:t>
      </w:r>
      <w:r>
        <w:br/>
      </w:r>
      <w:r>
        <w:rPr>
          <w:sz w:val="20"/>
        </w:rPr>
        <w:t>36:25  hai. Allah ne poori kainat ko jis tarike se set kar diya hai, woh isi tarike se billions and billions saal se woh chal rahi hai. woh is ko azadi ka koi ijazat nahi hai.</w:t>
      </w:r>
      <w:r>
        <w:br/>
      </w:r>
      <w:r>
        <w:rPr>
          <w:sz w:val="20"/>
        </w:rPr>
        <w:t>36:38  all planets orbit the sun. ab yeh nahi ke woh planets jo hain, jo hamare solar system mein planet hain, woh idhar udhar bhag jayen. woh isi tarike se orbit karte rahenge jis tarike se Allah taala ne un ko set kar diya hai.</w:t>
      </w:r>
      <w:r>
        <w:br/>
      </w:r>
      <w:r>
        <w:rPr>
          <w:sz w:val="20"/>
        </w:rPr>
        <w:t>36:52  ji,</w:t>
      </w:r>
      <w:r>
        <w:br/>
      </w:r>
      <w:r>
        <w:rPr>
          <w:sz w:val="20"/>
        </w:rPr>
        <w:t>36:54  to aur doosri yeh cheez hai, hum ko nature jo hai, yeh hamari learning ke liye hai ke nature mein har cheez jo hai, profitability ke usool par chal rahi hai.</w:t>
      </w:r>
      <w:r>
        <w:br/>
      </w:r>
      <w:r>
        <w:rPr>
          <w:sz w:val="20"/>
        </w:rPr>
        <w:t>37:06  har cheez humein peed humein saya de raha hai, phal de raha hai, pahad hain, un ke upar barf jamti hai, woh hum sare sare saal is pani ko hum peete hain jab woh garam ho ke darya mein aata hai.</w:t>
      </w:r>
      <w:r>
        <w:br/>
      </w:r>
      <w:r>
        <w:rPr>
          <w:sz w:val="20"/>
        </w:rPr>
        <w:t>37:19  to</w:t>
      </w:r>
      <w:r>
        <w:br/>
      </w:r>
      <w:r>
        <w:rPr>
          <w:sz w:val="20"/>
        </w:rPr>
        <w:t>37:20  phir chand hai, raat ko hamein roshni de raha hai, thandi hawaein hain, dunya ki har cheez, woh sab profitability par chalte hain, koi hamein harm nahi pohanchata hai.</w:t>
      </w:r>
      <w:r>
        <w:br/>
      </w:r>
      <w:r>
        <w:rPr>
          <w:sz w:val="20"/>
        </w:rPr>
        <w:t>37:30  to hamein isi tarike se har taraf se learning karni hai, rozana balkeh hamein kuch aisi learning karni chahiye ke hum jab raat ko soyein to hum sochein ke aaj hamari kya learning</w:t>
      </w:r>
      <w:r>
        <w:br/>
      </w:r>
      <w:r>
        <w:rPr>
          <w:sz w:val="20"/>
        </w:rPr>
        <w:t>37:43  hui hai, chahe woh quran hadith se ho, chahe woh in apne jo personal experiences hote hain, logon se mulaqatein hoti hain.</w:t>
      </w:r>
      <w:r>
        <w:br/>
      </w:r>
      <w:r>
        <w:rPr>
          <w:sz w:val="20"/>
        </w:rPr>
        <w:t>37:52  to jaise Maulana the, koi bhi aata tha, foran puchte the, aur koi koi bataiye, kuch kya puchte the?</w:t>
      </w:r>
      <w:r>
        <w:br/>
      </w:r>
      <w:r>
        <w:rPr>
          <w:sz w:val="20"/>
        </w:rPr>
        <w:t>38:00  ji, koi aap apna experience bataein, experience bataiye. is experience se unko kai baatein aisi mil jati thi ke usko phir woh likhte the.</w:t>
      </w:r>
      <w:r>
        <w:br/>
      </w:r>
      <w:r>
        <w:rPr>
          <w:sz w:val="20"/>
        </w:rPr>
        <w:t>38:09  ji</w:t>
      </w:r>
      <w:r>
        <w:br/>
      </w:r>
      <w:r>
        <w:rPr>
          <w:sz w:val="20"/>
        </w:rPr>
        <w:t>38:10  haan, to woh bilkul jo bhi woh likhte the, woh imaginary nahi hota tha, kahani nahi hoti thi, balkeh real zindagi ke waqiat hote the, isi ko woh likhte the.</w:t>
      </w:r>
      <w:r>
        <w:br/>
      </w:r>
      <w:r>
        <w:rPr>
          <w:sz w:val="20"/>
        </w:rPr>
        <w:t>38:21  to insan ko submit karna hai by choice, kyun? by choice submit karega, tabhi usko reward milega, aur reward hai bohat hi qeemti, woh hai jannat.</w:t>
      </w:r>
      <w:r>
        <w:br/>
      </w:r>
      <w:r>
        <w:rPr>
          <w:sz w:val="20"/>
        </w:rPr>
        <w:t>38:32  to hamein Khuda ke aage apne aap ko surrender karna hai by choi</w:t>
      </w:r>
      <w:r>
        <w:br/>
      </w:r>
      <w:r>
        <w:rPr>
          <w:sz w:val="20"/>
        </w:rPr>
        <w:t>38:37  ce. ji, aur apa, ek cheez aur bhi jo maine Maulana se seekhi, isi element of freedom ko le kar ke insan har bari aisa hota hai ke is mein koi exception nahi hai ke he faces, he or she faces difficult situations, negative situations, challenging,</w:t>
      </w:r>
      <w:r>
        <w:br/>
      </w:r>
      <w:r>
        <w:rPr>
          <w:sz w:val="20"/>
        </w:rPr>
        <w:t>38:55  ah, they experience loss. ah, but Allah taala yeh nahi dekh rahe ke woh kis situation mein hain. Allah taala sirf unka concern yeh hai ke is ka response kya hai aisi situ</w:t>
      </w:r>
      <w:r>
        <w:br/>
      </w:r>
      <w:r>
        <w:rPr>
          <w:sz w:val="20"/>
        </w:rPr>
        <w:t>39:06  ation mein. to circumstances is not, is not the main thing. the response that a person gives in that situation, that is the most important thing.</w:t>
      </w:r>
      <w:r>
        <w:br/>
      </w:r>
      <w:r>
        <w:rPr>
          <w:sz w:val="20"/>
        </w:rPr>
        <w:t>39:15  aur yahin pe aap ka jo freedom, jo aap ka nature of freedom hai, that comes at work ke aap kis tarike se apne freedom ko use karte hain.</w:t>
      </w:r>
      <w:r>
        <w:br/>
      </w:r>
      <w:r>
        <w:rPr>
          <w:sz w:val="20"/>
        </w:rPr>
        <w:t>39:24  to apa, main soch raha tha isi baat ke Maulana ki is baat ko le kar</w:t>
      </w:r>
      <w:r>
        <w:br/>
      </w:r>
      <w:r>
        <w:rPr>
          <w:sz w:val="20"/>
        </w:rPr>
        <w:t>39:29  , to main apne aap ko hi samjha raha tha ke jaise agar mere paas agar koi bicycle hai aur mere paas the only wealth is 500 rupee note, and somebody comes snatches away my bicycle, takes away my 500 rupee note, and also says some ill words, hurts me emotionally.</w:t>
      </w:r>
      <w:r>
        <w:br/>
      </w:r>
      <w:r>
        <w:rPr>
          <w:sz w:val="20"/>
        </w:rPr>
        <w:t>39:46  lekin is time pe he Allah taala ne yeh rakha hua hai ke agar mera response positive rahega to mujhe bicycle ki bajaye he has probably kept a full loaded private jet, and maybe trillions of dollars.</w:t>
      </w:r>
      <w:r>
        <w:br/>
      </w:r>
      <w:r>
        <w:rPr>
          <w:sz w:val="20"/>
        </w:rPr>
        <w:t>39:58  but that is not in this world, it is in the hereafter. the everything that depends is ke main kaise respond karta hoon apni freedom ko le kar is situation mein.</w:t>
      </w:r>
      <w:r>
        <w:br/>
      </w:r>
      <w:r>
        <w:rPr>
          <w:sz w:val="20"/>
        </w:rPr>
        <w:t>40:09  woh bohat ek important aspect bhi hai. apa,</w:t>
      </w:r>
      <w:r>
        <w:br/>
      </w:r>
      <w:r>
        <w:rPr>
          <w:sz w:val="20"/>
        </w:rPr>
        <w:t>40:14  apa, agle sawal ki taraf chalte hain. jaisa ke apa, aap jante hain ke ek lakh 24 hazar payghambar aaye, aur jo final payghambar the woh Prophet Muhammad sallallahu alaihi wasallam the.</w:t>
      </w:r>
      <w:r>
        <w:br/>
      </w:r>
      <w:r>
        <w:rPr>
          <w:sz w:val="20"/>
        </w:rPr>
        <w:t>40:25  to apa, main chahunga ke thoda unka jo ek prime message tha for humanity, us ko le kar aap kuch bataein.</w:t>
      </w:r>
      <w:r>
        <w:br/>
      </w:r>
      <w:r>
        <w:rPr>
          <w:sz w:val="20"/>
        </w:rPr>
        <w:t>40:36  insan ko Allah taala ne paida kiya to koi bohat azeem maqsad raha hoga, kyunke itni bari kainat, solar system, earth, is mein sara life support system, phir farishtey itne zyada Allah ne yahan bheje insano ki madad ke liye.</w:t>
      </w:r>
      <w:r>
        <w:br/>
      </w:r>
      <w:r>
        <w:rPr>
          <w:sz w:val="20"/>
        </w:rPr>
        <w:t>40:56  to koi bohat bara maqsad hoga, to isi maqsad ko hamein samajhna hai.</w:t>
      </w:r>
      <w:r>
        <w:br/>
      </w:r>
      <w:r>
        <w:rPr>
          <w:sz w:val="20"/>
        </w:rPr>
        <w:t>41:02  yeh Maulana ne apni kitab, kitab marifat mein is par kafi likha hai. to Allah taala chahte hain ke yahan par ek ek tehzeeb, jis ko rabbani tehzeeb keh sakte hain, ek tehzeeb banaein.</w:t>
      </w:r>
      <w:r>
        <w:br/>
      </w:r>
      <w:r>
        <w:rPr>
          <w:sz w:val="20"/>
        </w:rPr>
        <w:t>41:19  insan to actually Allah ne har cheez yahan potential form mein rakhi hui hai. tamam cheezein potential form mein hain, us ko hamein discover karna hai.</w:t>
      </w:r>
      <w:r>
        <w:br/>
      </w:r>
      <w:r>
        <w:rPr>
          <w:sz w:val="20"/>
        </w:rPr>
        <w:t>41:31  to jo jo bhi science ki bhi jo discoveries hui hain, woh koi invention nahi thi, balkeh sab kuch isi duniya mein tha. us ko scientists ne bohat zyada mehnat kar ke us ko discover kiya aur itni poori ek tehzeeb bana dali.</w:t>
      </w:r>
      <w:r>
        <w:br/>
      </w:r>
      <w:r>
        <w:rPr>
          <w:sz w:val="20"/>
        </w:rPr>
        <w:t>41:46  tu woh thi material tehz</w:t>
      </w:r>
      <w:r>
        <w:br/>
      </w:r>
      <w:r>
        <w:rPr>
          <w:sz w:val="20"/>
        </w:rPr>
        <w:t>41:48  eeb. isi tareeqay say Allah taala chahtay hain aik divine tehzeeb banai jaye. tu divine tehzeeb ki shuruaat tu yahan hogi, lekin yeh tehzeeb jo hai, is ka marifat ka safar jo hai, yeh akhirat tak chalta rahega.</w:t>
      </w:r>
      <w:r>
        <w:br/>
      </w:r>
      <w:r>
        <w:rPr>
          <w:sz w:val="20"/>
        </w:rPr>
        <w:t>42:04  log samajhtay hain akhirat mein bas hum log sofe pe bethay huay khate peetay rahengay. tu aisa nahi hai. Maulana nay bataya</w:t>
      </w:r>
      <w:r>
        <w:br/>
      </w:r>
      <w:r>
        <w:rPr>
          <w:sz w:val="20"/>
        </w:rPr>
        <w:t>42:11  keh wahan poora marifat ka safar jo yahan hai, yahan tu beginning hai, aur akhirat mein yeh safar musalsal without any limitation wahan chalta rahega, aur wahin par culmination hoga, wahin par mukammal hoga.</w:t>
      </w:r>
      <w:r>
        <w:br/>
      </w:r>
      <w:r>
        <w:rPr>
          <w:sz w:val="20"/>
        </w:rPr>
        <w:t>42:26  tu is kay liye Allah taala nay do level par kaam kiya. aik tu insaan kay andar sari cheezain rakh dain.</w:t>
      </w:r>
      <w:r>
        <w:br/>
      </w:r>
      <w:r>
        <w:rPr>
          <w:sz w:val="20"/>
        </w:rPr>
        <w:t>42:35  us nay insaan samajhta hai keh sahi kiya hai, ghul</w:t>
      </w:r>
      <w:r>
        <w:br/>
      </w:r>
      <w:r>
        <w:rPr>
          <w:sz w:val="20"/>
        </w:rPr>
        <w:t>42:39  at kiya hai, woh will fully galat kaam karta hai. aisa koi bhi nahi hai, woh na samjhay keh yeh galat kaam hai. kitnay bhi dako hi achahay hon, woh dako bhi janta hai keh mein galat kaam kar raha hoon.</w:t>
      </w:r>
      <w:r>
        <w:br/>
      </w:r>
      <w:r>
        <w:rPr>
          <w:sz w:val="20"/>
        </w:rPr>
        <w:t>42:52  tu is ka matlab hai keh is kay andar bhi yeh baat hai. sab ko wahi dil diya gaya hai keh woh sab sab sab kuch samajhta hai. tu aadmi jaan boojh kar ghalti karega aur maafi nahi mangay ga, tu us ko phir Khuda ki madad nahi milegi.</w:t>
      </w:r>
      <w:r>
        <w:br/>
      </w:r>
      <w:r>
        <w:rPr>
          <w:sz w:val="20"/>
        </w:rPr>
        <w:t>43:10  aur baghair Khuda ki madad kay, farishton ki madad kay, hum is spiritual journey mein agay nahi barh saktay hain.</w:t>
      </w:r>
      <w:r>
        <w:br/>
      </w:r>
      <w:r>
        <w:rPr>
          <w:sz w:val="20"/>
        </w:rPr>
        <w:t>43:19  tu Allah taala nay kabhi bhi insaanon ko baghair guidance kay nahi chora. Hazrat Adam, jo keh pehlay peghambar thay, woh pehlay insaan thay.</w:t>
      </w:r>
      <w:r>
        <w:br/>
      </w:r>
      <w:r>
        <w:rPr>
          <w:sz w:val="20"/>
        </w:rPr>
        <w:t>43:31  unhi ko Allah taala nay pehla peghambar bhi bana diya. phir insaan kiya hai? dunya bohat attractive hai.</w:t>
      </w:r>
      <w:r>
        <w:br/>
      </w:r>
      <w:r>
        <w:rPr>
          <w:sz w:val="20"/>
        </w:rPr>
        <w:t>43:39  tu dunya kay say itna us ko attract woh hota hai keh woh sab bhool jata hai akhirat ki baatein, peghambaron ki baatein tu bhool jata hai.</w:t>
      </w:r>
      <w:r>
        <w:br/>
      </w:r>
      <w:r>
        <w:rPr>
          <w:sz w:val="20"/>
        </w:rPr>
        <w:t>43:50  is wajah say bar bar Allah nay peghambar bhijwaye. ab is zamanay mein tu koi press waghera ka daur nahi tha keh koi cheez jo hai woh mehfooz reh sakay.</w:t>
      </w:r>
      <w:r>
        <w:br/>
      </w:r>
      <w:r>
        <w:rPr>
          <w:sz w:val="20"/>
        </w:rPr>
        <w:t>44:00  bas by by by word of mouth chalta tha.</w:t>
      </w:r>
      <w:r>
        <w:br/>
      </w:r>
      <w:r>
        <w:rPr>
          <w:sz w:val="20"/>
        </w:rPr>
        <w:t>44:03  peghambar kay janay kay baad do char naslon tak woh rehta tha. phir log bhool jatay thay kyunkeh woh apni marzi kay mutabiq, apnay desires kay mutabiq woh chaltay thay.</w:t>
      </w:r>
      <w:r>
        <w:br/>
      </w:r>
      <w:r>
        <w:rPr>
          <w:sz w:val="20"/>
        </w:rPr>
        <w:t>44:13  aur kab bhooltay na bhi hon tu sirf form reh jata tha. spirit ghayab ho jati thi. tu peghambar tu aik lakh 24 hazar aaye, lekin 25 baray baray peghambaron ka zikr Quran mein aaya hai.</w:t>
      </w:r>
      <w:r>
        <w:br/>
      </w:r>
      <w:r>
        <w:rPr>
          <w:sz w:val="20"/>
        </w:rPr>
        <w:t>44:29  tu peghambar ka jo sab say bara paigham hota tha, woh tauheed ka paigham hota tha keh Khuda aik hai, Khuda kay sath shirk nahi karna hai, usi ki ibadat karni hai.</w:t>
      </w:r>
      <w:r>
        <w:br/>
      </w:r>
      <w:r>
        <w:rPr>
          <w:sz w:val="20"/>
        </w:rPr>
        <w:t>44:42  aur baqi jo hai, dunya mein jo bhi kaam karo, woh Khuda ki marzi kay mutabiq kaam karna hai. jaisay moti moti is zamanay mein bas yahi tha: jhoot nahi bolna, chori nahi karna, kisi ka maal nahi khana hai.</w:t>
      </w:r>
      <w:r>
        <w:br/>
      </w:r>
      <w:r>
        <w:rPr>
          <w:sz w:val="20"/>
        </w:rPr>
        <w:t>44:56  yeh sari jo hain</w:t>
      </w:r>
      <w:r>
        <w:br/>
      </w:r>
      <w:r>
        <w:rPr>
          <w:sz w:val="20"/>
        </w:rPr>
        <w:t>44:58  tu is tarah ki baatein har aadmi kay dil mein hi hain keh hum yeh galat hain. lekin mazeed is ko taqviyat dainay kay liye Allah taala nay peghambar bhijwaye.</w:t>
      </w:r>
      <w:r>
        <w:br/>
      </w:r>
      <w:r>
        <w:rPr>
          <w:sz w:val="20"/>
        </w:rPr>
        <w:t>45:09  tu lekin woh itna ziyada woh daur tha nature worship ka keh har numayan cheez dekhiye. science kay daur say pehlay insaan kuch samajhta hi nahi tha.</w:t>
      </w:r>
      <w:r>
        <w:br/>
      </w:r>
      <w:r>
        <w:rPr>
          <w:sz w:val="20"/>
        </w:rPr>
        <w:t>45:21  bijli karkti thi tu woh samajhtay thay keh devta ghusay ho gaye hain.</w:t>
      </w:r>
      <w:r>
        <w:br/>
      </w:r>
      <w:r>
        <w:rPr>
          <w:sz w:val="20"/>
        </w:rPr>
        <w:t>45:24  woh yeh science kay daur say pehlay ka phenomenon hai. aur suraj, Maulana nay bataya keh jab yahan sehra mein suraj itnay ab o taab say niklta hai keh woh sach much lagta hai keh koi devta hi hai,</w:t>
      </w:r>
      <w:r>
        <w:br/>
      </w:r>
      <w:r>
        <w:rPr>
          <w:sz w:val="20"/>
        </w:rPr>
        <w:t>45:39  tu unhon nay dekha tha. tu log kehtay thay: "haza rabbi, haza akbar, yahi mera rab hai, yeh tu bohat bara hai." woh tu Hazrat Ibrahim nay kaha keh "yeh mera rab kaisay ho sakta hai jo jo chup jaye?</w:t>
      </w:r>
      <w:r>
        <w:br/>
      </w:r>
      <w:r>
        <w:rPr>
          <w:sz w:val="20"/>
        </w:rPr>
        <w:t>45:53  hmm, mera rab aisa thori hai keh thori dair rahega, thori dair kay baad ghayab ho jayega." tu isi tareeqay say suraj, chand, darya, pahar, peir, janwar, har cheez ko pooja jata tha.</w:t>
      </w:r>
      <w:r>
        <w:br/>
      </w:r>
      <w:r>
        <w:rPr>
          <w:sz w:val="20"/>
        </w:rPr>
        <w:t>46:05  woh yeh samajhte thay nature mein koi mysterious force hai aur us ko poojne se hamari qismat badalti hai, badalti hai, bigadti hai.</w:t>
      </w:r>
      <w:r>
        <w:br/>
      </w:r>
      <w:r>
        <w:rPr>
          <w:sz w:val="20"/>
        </w:rPr>
        <w:t>46:16  agar woh naraz ho jayen, aap jante hain, pehle chechak hota tha toh uska ilaaj nahi hota tha. samajhte thay koi devi devta hain aur woh naraz ho gayi hain, is liye bimari hai.</w:t>
      </w:r>
      <w:r>
        <w:br/>
      </w:r>
      <w:r>
        <w:rPr>
          <w:sz w:val="20"/>
        </w:rPr>
        <w:t>46:25  woh bechare ko bhooka maar dalte thay.</w:t>
      </w:r>
      <w:r>
        <w:br/>
      </w:r>
      <w:r>
        <w:rPr>
          <w:sz w:val="20"/>
        </w:rPr>
        <w:t>46:28  yeh toh baad mein kuch toh kaam musalmanon ne kiya tha. is par kitaab bhi likhi thi. isi ko parhne ke baad ek Edward Jenner thay, unhon ne teeka banaya.</w:t>
      </w:r>
      <w:r>
        <w:br/>
      </w:r>
      <w:r>
        <w:rPr>
          <w:sz w:val="20"/>
        </w:rPr>
        <w:t>46:41  phir woh teeka diya jaane laga aur aise mein is ko aur zyada acha khana khilana chahiye. ji, ab woh hum is ko kuch nahi dete thay ke devi naraz ho jayegi.</w:t>
      </w:r>
      <w:r>
        <w:br/>
      </w:r>
      <w:r>
        <w:rPr>
          <w:sz w:val="20"/>
        </w:rPr>
        <w:t>46:51  toh yeh sab dekhiye, science se pehle ki baatein</w:t>
      </w:r>
      <w:r>
        <w:br/>
      </w:r>
      <w:r>
        <w:rPr>
          <w:sz w:val="20"/>
        </w:rPr>
        <w:t>46:54  thin. insaan kisi cheez ko explain kar nahi pata tha toh inhi inhi terms mein sochta tha. woh itna darte thay in cheezon se kyunke woh samajhte thay mysterious force hai is ke andar.</w:t>
      </w:r>
      <w:r>
        <w:br/>
      </w:r>
      <w:r>
        <w:rPr>
          <w:sz w:val="20"/>
        </w:rPr>
        <w:t>47:08  toh Hazrat Ibrahim se kehte thay aur doosre paighambaron se bhi unhon ne yahi kaha ke "agar tum ne is ko kuch bura bhala kaha toh tum andhe ho jaoge, pagal ho jaoge, barbaad ho</w:t>
      </w:r>
      <w:r>
        <w:br/>
      </w:r>
      <w:r>
        <w:rPr>
          <w:sz w:val="20"/>
        </w:rPr>
        <w:t>47:18  jaoge." toh woh darte thay ke agar aisa un ko hum ne nahi, un ko due respect diya toh hamara yeh sab ho jayega.</w:t>
      </w:r>
      <w:r>
        <w:br/>
      </w:r>
      <w:r>
        <w:rPr>
          <w:sz w:val="20"/>
        </w:rPr>
        <w:t>47:27  toh yeh hai. toh isi liye Hazrat Ibrahim ne Iraq ko chhod diya kyunke wahan ke log manne wale nahi thay.</w:t>
      </w:r>
      <w:r>
        <w:br/>
      </w:r>
      <w:r>
        <w:rPr>
          <w:sz w:val="20"/>
        </w:rPr>
        <w:t>47:35  ab masla kya ho gaya tha ke shirk jo hai is mein ek nexus ho gaya tha ke ab hum toh mante hi thay, ab badshah log manne lagay.</w:t>
      </w:r>
      <w:r>
        <w:br/>
      </w:r>
      <w:r>
        <w:rPr>
          <w:sz w:val="20"/>
        </w:rPr>
        <w:t>47:44  kyunke is ki wajah se kya tha ke har badai ko yeh log devi devta maan lete thay. toh woh, woh bhi badshah bhi bada hota tha na, toh un ko devi devta ka darja de dete thay.</w:t>
      </w:r>
      <w:r>
        <w:br/>
      </w:r>
      <w:r>
        <w:rPr>
          <w:sz w:val="20"/>
        </w:rPr>
        <w:t>47:57  toh hamare bhagwan</w:t>
      </w:r>
      <w:r>
        <w:br/>
      </w:r>
      <w:r>
        <w:rPr>
          <w:sz w:val="20"/>
        </w:rPr>
        <w:t>47:58  hain. toh is wajah se badshahon ko yeh mauqa mil jata tha awam par hukoomat karne ka. awam woh achi policy chalayen, galat chalayen, awam is in ko kuch keh nahi sakte thay.</w:t>
      </w:r>
      <w:r>
        <w:br/>
      </w:r>
      <w:r>
        <w:rPr>
          <w:sz w:val="20"/>
        </w:rPr>
        <w:t>48:10  toh ek qism ka hi jo hai na personality cult yeh ho gaya. ji, Firaun ne kaha bhi tha: "Ana Rabbukum Al-A'la, main, main, main hoon Rabb." toh yeh toh yeh kaun Firaun?</w:t>
      </w:r>
      <w:r>
        <w:br/>
      </w:r>
      <w:r>
        <w:rPr>
          <w:sz w:val="20"/>
        </w:rPr>
        <w:t>48:22  yeh kaun sa Rabb hai? Rabb toh main hoon. toh yeh sab ho gaya tha. toh yeh bohat bari evil thi.</w:t>
      </w:r>
      <w:r>
        <w:br/>
      </w:r>
      <w:r>
        <w:rPr>
          <w:sz w:val="20"/>
        </w:rPr>
        <w:t>48:29  is evil ko baad mein jo sab inqilab aaya, Islam ka inqilab, science ka inqilab, jamhoori inqilab, toh in sab cheezon ko khatam kiya is inqilab ne.</w:t>
      </w:r>
      <w:r>
        <w:br/>
      </w:r>
      <w:r>
        <w:rPr>
          <w:sz w:val="20"/>
        </w:rPr>
        <w:t>48:42  toh jamhooriyat bohat bara hamare liye bohat bari boon thi. jamhooriyat ki wajah se tamam logon ko mauqa mila kaam karne ka.</w:t>
      </w:r>
      <w:r>
        <w:br/>
      </w:r>
      <w:r>
        <w:rPr>
          <w:sz w:val="20"/>
        </w:rPr>
        <w:t>48:52  pehlay toh kya tha? jo badshah chahta tha, wahi hota tha.</w:t>
      </w:r>
      <w:r>
        <w:br/>
      </w:r>
      <w:r>
        <w:rPr>
          <w:sz w:val="20"/>
        </w:rPr>
        <w:t>48:56  agar koi badshah ke khilaf kuch bhi kar de toh uska sar qalam. toh is wajah se taraqqi kuch nahi ho pati thi. nature mein jo taskheer karna, nature ko, nature par investigation, nature par research, woh sab kuch nahi hota tha.</w:t>
      </w:r>
      <w:r>
        <w:br/>
      </w:r>
      <w:r>
        <w:rPr>
          <w:sz w:val="20"/>
        </w:rPr>
        <w:t>49:12  badshah bohat darte thay ke koi bhi naya kaam ho raha hai toh galat hi hoga. jo woh chahte thay, bas bas badshah hukmi sab kuch hota tha.</w:t>
      </w:r>
      <w:r>
        <w:br/>
      </w:r>
      <w:r>
        <w:rPr>
          <w:sz w:val="20"/>
        </w:rPr>
        <w:t>49:23  toh yeh tha. toh paighambaron ne bataya ke is duniya mein toh sirf shuruaat karni hai. hamein apne aap ko deserving candidate banana hai.</w:t>
      </w:r>
      <w:r>
        <w:br/>
      </w:r>
      <w:r>
        <w:rPr>
          <w:sz w:val="20"/>
        </w:rPr>
        <w:t>49:31  aur asal mayari duniya jo hai, woh toh jannat ki hai. wahan par asal mein dekhiye, sara limitations khatam ho jayega.</w:t>
      </w:r>
      <w:r>
        <w:br/>
      </w:r>
      <w:r>
        <w:rPr>
          <w:sz w:val="20"/>
        </w:rPr>
        <w:t>49:40  jab limitations khatam ho jayega toh hum lamahdood tor par hum kaam kar payenge. insaan ka dimagh jo hai na, woh toh hai hi lamahdood.</w:t>
      </w:r>
      <w:r>
        <w:br/>
      </w:r>
      <w:r>
        <w:rPr>
          <w:sz w:val="20"/>
        </w:rPr>
        <w:t>49:50  lekin is duniya mein itni limitations hain ke hum is ko poora istemal nahi kar paate. bohat jald insaan bimar ho jata hai, boodha ho jata hai, mar jata hai, accident ho jata hai.</w:t>
      </w:r>
      <w:r>
        <w:br/>
      </w:r>
      <w:r>
        <w:rPr>
          <w:sz w:val="20"/>
        </w:rPr>
        <w:t>50:02  aur mawaqe jo woh chahta hai, woh nahi milte hain. to is waja se woh pura kaam kar nahi</w:t>
      </w:r>
      <w:r>
        <w:br/>
      </w:r>
      <w:r>
        <w:rPr>
          <w:sz w:val="20"/>
        </w:rPr>
        <w:t>50:07  paata. aakhirat mein yeh sari limitations khatm ho jayengi. to woh hamari aakhri manzil hoga. wahan marifat ka zariya musalsal jari rahega.</w:t>
      </w:r>
      <w:r>
        <w:br/>
      </w:r>
      <w:r>
        <w:rPr>
          <w:sz w:val="20"/>
        </w:rPr>
        <w:t>50:19  aur wahan perfect shakal mein Khuda ka realization hoga. tab Allah taala apni jhalak bhi wahan dikhayenge ke jo aarif insan hai, jo Khuda ki jis ne marifat hasil ki, usi se Allah raazi hoga.</w:t>
      </w:r>
      <w:r>
        <w:br/>
      </w:r>
      <w:r>
        <w:rPr>
          <w:sz w:val="20"/>
        </w:rPr>
        <w:t>50:35  ji,</w:t>
      </w:r>
      <w:r>
        <w:br/>
      </w:r>
      <w:r>
        <w:rPr>
          <w:sz w:val="20"/>
        </w:rPr>
        <w:t>50:36  apa, Hazrat Jubair se ek riwayat hai ke Rasool Allah ne ek martaba kaha ke "what i fear most about my ummah is that they will have ambitions and wishes, becaus ambition comes in the way of the truth, and wishes makes a person careless about the hereafter." to apa, yeh bhi baat sahi hai ke every person is like a graveyard of unfulfilled desire</w:t>
      </w:r>
      <w:r>
        <w:br/>
      </w:r>
      <w:r>
        <w:rPr>
          <w:sz w:val="20"/>
        </w:rPr>
        <w:t>51:02  . woh desires ko hi le kar apni puri zindagi nikal deta hai. jabke fact is ki aap desires ko fulfill hi nahi kar sakte is duniya mein.</w:t>
      </w:r>
      <w:r>
        <w:br/>
      </w:r>
      <w:r>
        <w:rPr>
          <w:sz w:val="20"/>
        </w:rPr>
        <w:t>51:11  to is ke bare mein batayein, apa, ke kaise desire management insan kar sakta hai? desires ko kaise samajhna chahiye? is ke bare mein bhi aap hum sab ko batayein.</w:t>
      </w:r>
      <w:r>
        <w:br/>
      </w:r>
      <w:r>
        <w:rPr>
          <w:sz w:val="20"/>
        </w:rPr>
        <w:t>51:22  asal mein sab se bari cheez yahi hai ke insan creation plan ko samjhe. ab insan ek duniya mein aa</w:t>
      </w:r>
      <w:r>
        <w:br/>
      </w:r>
      <w:r>
        <w:rPr>
          <w:sz w:val="20"/>
        </w:rPr>
        <w:t>51:29  gaya, ab woh samajhta hi nahi ke is duniya mein kaise rehna hai. to aap samajh lijiye ke ab sab kaam galat hi galat karenge.</w:t>
      </w:r>
      <w:r>
        <w:br/>
      </w:r>
      <w:r>
        <w:rPr>
          <w:sz w:val="20"/>
        </w:rPr>
        <w:t>51:39  to sab se pehle insan ko Khuda ke creation plan ko samajhna hai. to creation plan ke mutabiq yeh duniya desire ke fulfillment ke liye hai hi nahi.</w:t>
      </w:r>
      <w:r>
        <w:br/>
      </w:r>
      <w:r>
        <w:rPr>
          <w:sz w:val="20"/>
        </w:rPr>
        <w:t>51:51  to kaise desire ka ful</w:t>
      </w:r>
      <w:r>
        <w:br/>
      </w:r>
      <w:r>
        <w:rPr>
          <w:sz w:val="20"/>
        </w:rPr>
        <w:t>51:53  fillment yahan hoga? kyunke yahan itni limitation, itni limitation hai ke desire ka fulfillment possible hi nahi hai. to aur insan jo hai, chunke is ke andar hai ek ideal world basi hui hai, kehte hain jab insan paida hua to us ko sab kuch jannat dikha di gayi thi.</w:t>
      </w:r>
      <w:r>
        <w:br/>
      </w:r>
      <w:r>
        <w:rPr>
          <w:sz w:val="20"/>
        </w:rPr>
        <w:t>52:11  hmm, yahan tak kehte hain ke jab bachcha paida hota hai to woh muskurata hai, kehte hain woh jannat dekh raha hai. ji, to us ko sab kuch us ke dil mein, dimagh mein, us ki jannat basi hui hai.</w:t>
      </w:r>
      <w:r>
        <w:br/>
      </w:r>
      <w:r>
        <w:rPr>
          <w:sz w:val="20"/>
        </w:rPr>
        <w:t>52:23  ab woh yeh farq nahi kar pata ke yeh jannat jo hai, us ko aakhirat mein milegi, duniya mein nahi milegi. isi waja se woh musalsal frustration mein rehta hai.</w:t>
      </w:r>
      <w:r>
        <w:br/>
      </w:r>
      <w:r>
        <w:rPr>
          <w:sz w:val="20"/>
        </w:rPr>
        <w:t>52:37  kyunke ideal ki talash karta hai aur ideal us ko milta nahi. aur bade bade logon ne kaha hai, jaise Edward Gibbon ne kaha hai: "human history is little more than the register of crimes."</w:t>
      </w:r>
      <w:r>
        <w:br/>
      </w:r>
      <w:r>
        <w:rPr>
          <w:sz w:val="20"/>
        </w:rPr>
        <w:t>52:49  to un ko, un ko samajh mein nahi aata ke is duniya mein itni suffering kyun hai, itni museebatein kyun hain, itni limitations kyun hain. bade bade insan jab mature hote hain to khatm ho jate hain, mar jate hain.</w:t>
      </w:r>
      <w:r>
        <w:br/>
      </w:r>
      <w:r>
        <w:rPr>
          <w:sz w:val="20"/>
        </w:rPr>
        <w:t>53:01  Einstein jo hai, bahut kam umar mein khatm hue. to itne bade bade log jab ke un ke time hota hai kaam karne ka, us waqt woh mar jate hain.</w:t>
      </w:r>
      <w:r>
        <w:br/>
      </w:r>
      <w:r>
        <w:rPr>
          <w:sz w:val="20"/>
        </w:rPr>
        <w:t>53:10  to yeh sari cheezein samajh mein aati nahi hain. ek Alexis Carrel ne ek kitaab likhi: "Man the</w:t>
      </w:r>
      <w:r>
        <w:br/>
      </w:r>
      <w:r>
        <w:rPr>
          <w:sz w:val="20"/>
        </w:rPr>
        <w:t>53:17  Known." us ki "Man in Known" bana hua hai. kyunke jab har cheez ka is duniya mein joda hai, isi tarah se is duniya ka bhi ek joda hai.</w:t>
      </w:r>
      <w:r>
        <w:br/>
      </w:r>
      <w:r>
        <w:rPr>
          <w:sz w:val="20"/>
        </w:rPr>
        <w:t>53:27  jab tak is jode ko le kar ke hum life ko explain na karein, tab tak hum samajh hi nahi sakte. ji, na samjhein ge to frustration hoga.</w:t>
      </w:r>
      <w:r>
        <w:br/>
      </w:r>
      <w:r>
        <w:rPr>
          <w:sz w:val="20"/>
        </w:rPr>
        <w:t>53:37  ab jaise hum log hain, CPS ke Maulana ki sari classes hum ne attend ki hain, literature padha hai. to hum logon ko bilkul clear hai ke yeh duniya sirf mehnat karne ke liye hai aur apne aap ko deserving candidate banane ke liye.</w:t>
      </w:r>
      <w:r>
        <w:br/>
      </w:r>
      <w:r>
        <w:rPr>
          <w:sz w:val="20"/>
        </w:rPr>
        <w:t>53:52  jo kuch milna hai, aakh</w:t>
      </w:r>
      <w:r>
        <w:br/>
      </w:r>
      <w:r>
        <w:rPr>
          <w:sz w:val="20"/>
        </w:rPr>
        <w:t>53:54  irat mein milna hai. to is liye hum logon ko frustration hota hi nahi ke jo mila hua hai, wahi lagta hai, wahi bohat hai. kyunke humein jo goal hai, hamari zindagi ka jo maqsad hai, us mein koi rukawat hai nahi.</w:t>
      </w:r>
      <w:r>
        <w:br/>
      </w:r>
      <w:r>
        <w:rPr>
          <w:sz w:val="20"/>
        </w:rPr>
        <w:t>54:06  to aur humein kuch chahiye nahi. to yeh hai. ab Sir James Jeans jo itna bada mathematician tha aur Nobel Prize us ko mila, us ne likha hai "The Mysterious Universe"</w:t>
      </w:r>
      <w:r>
        <w:br/>
      </w:r>
      <w:r>
        <w:rPr>
          <w:sz w:val="20"/>
        </w:rPr>
        <w:t>54:18  . isi liye ke in logon ko pata hi nahi tha ke doosri duniya hai, wahan jo hai saare hamare desires fulfill honge.</w:t>
      </w:r>
      <w:r>
        <w:br/>
      </w:r>
      <w:r>
        <w:rPr>
          <w:sz w:val="20"/>
        </w:rPr>
        <w:t>54:26  to yeh log jo hain, itne bare bare log jo hain, woh frustration mein khatam hue. ji, woh sir james jeans ne kaha: "it seems that man has strayed in a world that was not made for</w:t>
      </w:r>
      <w:r>
        <w:br/>
      </w:r>
      <w:r>
        <w:rPr>
          <w:sz w:val="20"/>
        </w:rPr>
        <w:t>54:42  hum." is ki samajh mein nahi aata, kisi ki samajh mein nahi aata. ji ke yeh duniya mein hum hum kis tareeqay se, jo hum zindagi paana chahte hain, woh kaise milay.</w:t>
      </w:r>
      <w:r>
        <w:br/>
      </w:r>
      <w:r>
        <w:rPr>
          <w:sz w:val="20"/>
        </w:rPr>
        <w:t>54:54  aik roosi writer ne kaha hai: "is duniya mein har cheez beautiful hai, sirf aik cheez beautiful nahi hai, aur woh insaan hai."</w:t>
      </w:r>
      <w:r>
        <w:br/>
      </w:r>
      <w:r>
        <w:rPr>
          <w:sz w:val="20"/>
        </w:rPr>
        <w:t>55:02  to is duniya mein insaan dekhiye, shakal, soorat, rang, sab kuch hai.</w:t>
      </w:r>
      <w:r>
        <w:br/>
      </w:r>
      <w:r>
        <w:rPr>
          <w:sz w:val="20"/>
        </w:rPr>
        <w:t>55:11  to woh aisa thori hai ke woh is ki inherently aisa hai, balkay woh hamari geographical conditions hain. koi kala hai, jaisay africa ke log hotay hain, to geographical conditions prevail karti hain.</w:t>
      </w:r>
      <w:r>
        <w:br/>
      </w:r>
      <w:r>
        <w:rPr>
          <w:sz w:val="20"/>
        </w:rPr>
        <w:t>55:25  to akhirat mein yeh sari limitations khatam ki jayen, kar di jayen gi.</w:t>
      </w:r>
      <w:r>
        <w:br/>
      </w:r>
      <w:r>
        <w:rPr>
          <w:sz w:val="20"/>
        </w:rPr>
        <w:t>55:29  aik baar rasool Allah sal Allah alayh wasallam ke paas aik boodhi aurat aayi. to rasool Allah kabhi kabhi ab halka mazaaq bhi kartay thay. to rasool Allah ne us se kaha ke "boodhiya jannat mein nahi jayen gi." haan, woh lagi ronay to rasool Allah sal Allah alayh wasallam ne kaha: "jannat mein sab jawan ho jayen gay." ji, boodhay nahi wahan rahen gay.</w:t>
      </w:r>
      <w:r>
        <w:br/>
      </w:r>
      <w:r>
        <w:rPr>
          <w:sz w:val="20"/>
        </w:rPr>
        <w:t>55:50  to wahan boodhapa hai, badsoorati hai, bimariyan hain, maut hai, yeh sab kuch wahan accident hai. wahan ya wahan yeh sab kuch nahi hoga.</w:t>
      </w:r>
      <w:r>
        <w:br/>
      </w:r>
      <w:r>
        <w:rPr>
          <w:sz w:val="20"/>
        </w:rPr>
        <w:t>56:01  lekin insaan apnay aap ko samajhta hai ke "main bilkul azaad hoon, main jo chahe karoon." to yehi jo is ki thinking hai na ke "main azaad hoon", yehi cheez is ke liye museebat ban gayi hai.</w:t>
      </w:r>
      <w:r>
        <w:br/>
      </w:r>
      <w:r>
        <w:rPr>
          <w:sz w:val="20"/>
        </w:rPr>
        <w:t>56:11  ji ke woh jab azaad hai to is ko desire ke mutabiq is ko aik zindagi milni chahiye.</w:t>
      </w:r>
      <w:r>
        <w:br/>
      </w:r>
      <w:r>
        <w:rPr>
          <w:sz w:val="20"/>
        </w:rPr>
        <w:t>56:19  lekin woh practically impossible hai. to result jo hai is ka, woh tension hai. ab woh itna samajh le ke yeh duniya is ki apni banayi hui nahi hai, balkay duniya Khuda ne banayi hai.</w:t>
      </w:r>
      <w:r>
        <w:br/>
      </w:r>
      <w:r>
        <w:rPr>
          <w:sz w:val="20"/>
        </w:rPr>
        <w:t>56:31  to yahan Khuda ki marzi ke mutabiq hi hamein is duniya mein rehna hai aur Khuda ke agay surrender karna hai. to tabhi is ko woh is qabil banay ga ke akhirat mein use Allah taala jannat mein jagah den.</w:t>
      </w:r>
      <w:r>
        <w:br/>
      </w:r>
      <w:r>
        <w:rPr>
          <w:sz w:val="20"/>
        </w:rPr>
        <w:t>56:47  to lekin insaan to limit cross kar diya,</w:t>
      </w:r>
      <w:r>
        <w:br/>
      </w:r>
      <w:r>
        <w:rPr>
          <w:sz w:val="20"/>
        </w:rPr>
        <w:t>56:52  nuclear bomb banaya sari duniya ko. ab qayamat aanay ki bhi zaroorat nahi hai, do chaar nuclear bomb phatenge, qayamat hi aa jayegi. ji to insaan jo hai, woh apni is se had se bahar chala gaya.</w:t>
      </w:r>
      <w:r>
        <w:br/>
      </w:r>
      <w:r>
        <w:rPr>
          <w:sz w:val="20"/>
        </w:rPr>
        <w:t>57:06  jabkay aap jantay hain jinnaat ko jo mazool kiya gaya tha, isi liye na ke woh duniya mein fasad barpa kar rahay thay, isi liye mazool kiya gaya tha.</w:t>
      </w:r>
      <w:r>
        <w:br/>
      </w:r>
      <w:r>
        <w:rPr>
          <w:sz w:val="20"/>
        </w:rPr>
        <w:t>57:17  ab to ab is se to hazaron lakhon guna ziyada fasad insaan kar raha hai. to kisi bhi waqt qayamat aa sakti hai. kyunkay jab Allah taala bilkul dekhenge ke ab insaan jo hai, koi acha kaam nahi karega, sirf bura hi bura karega, to us waqt phir woh qayamat aa jayegi.</w:t>
      </w:r>
      <w:r>
        <w:br/>
      </w:r>
      <w:r>
        <w:rPr>
          <w:sz w:val="20"/>
        </w:rPr>
        <w:t>57:36  to yehi hai ke hamein sab se pehlay zaroori hai ke hum ab creation plan ko samjhen aur is ke mutabiq hum apni zindagi ko, zindagi</w:t>
      </w:r>
      <w:r>
        <w:br/>
      </w:r>
      <w:r>
        <w:rPr>
          <w:sz w:val="20"/>
        </w:rPr>
        <w:t>57:46  ko chalayen. ji aur apa, agar hum Quran ko bhi parhen to is mein bohat clearly yeh cheez aa jati hai desires ko le kay. surah kahf mein jaisay hai ke "there there you will have all the that you desire and there is even more with us".</w:t>
      </w:r>
      <w:r>
        <w:br/>
      </w:r>
      <w:r>
        <w:rPr>
          <w:sz w:val="20"/>
        </w:rPr>
        <w:t>58:01  to matlab aik insaan jo tasawwur bhi nahi kar sakta desire ko le ke, us ke bhi beyond Allah taala yeh keh rahay hain ke "we have even more with us".</w:t>
      </w:r>
      <w:r>
        <w:br/>
      </w:r>
      <w:r>
        <w:rPr>
          <w:sz w:val="20"/>
        </w:rPr>
        <w:t>58:10  so</w:t>
      </w:r>
      <w:r>
        <w:br/>
      </w:r>
      <w:r>
        <w:rPr>
          <w:sz w:val="20"/>
        </w:rPr>
        <w:t>58:11  yeh aap ne bilkul bara sahi kaha ke hamein creation plan ko samajhna hai ke yeh duniya to sirf test ke level par hai. yahan pe aap fulfillment of desire nahi kar saktay, woh to aap ka akhirat mein hi hai.</w:t>
      </w:r>
    </w:p>
    <w:p>
      <w:pPr>
        <w:pStyle w:val="Heading2"/>
      </w:pPr>
      <w:r>
        <w:t>Persistent failure: Is God angry and what to do?</w:t>
      </w:r>
    </w:p>
    <w:p>
      <w:r>
        <w:rPr>
          <w:color w:val="666666"/>
          <w:sz w:val="18"/>
        </w:rPr>
        <w:t>Divine Help July 21, 2019 Maulana Wahiduddin Khan · 5m 35s · at 35:17 · https://youtu.be/Phjyu1GUuS8?t=2117</w:t>
      </w:r>
    </w:p>
    <w:p>
      <w:r>
        <w:rPr>
          <w:i/>
        </w:rPr>
        <w:t>“Sometimes one faces a long period of failure and no planning works. Does it mean that God is angry with us, and that is why things are not working? What should one do in such a situation?”</w:t>
      </w:r>
    </w:p>
    <w:p>
      <w:r>
        <w:rPr>
          <w:sz w:val="20"/>
        </w:rPr>
        <w:t>35:17  patience reflects our hope and trust in our god and letting him do things in his own ways. jazak allah." maulana, agla sawal lena chahenge.</w:t>
      </w:r>
      <w:r>
        <w:br/>
      </w:r>
      <w:r>
        <w:rPr>
          <w:sz w:val="20"/>
        </w:rPr>
        <w:t>35:30  kanpur se bheja hai khurshid sahib ne. unhon ne likha hai: "maulana, sometimes one faces a long period of failure and no planning works.</w:t>
      </w:r>
      <w:r>
        <w:br/>
      </w:r>
      <w:r>
        <w:rPr>
          <w:sz w:val="20"/>
        </w:rPr>
        <w:t>35:42  does it mean that god is angry with us, and that is why things are not working? what should one do in such a situation?</w:t>
      </w:r>
      <w:r>
        <w:br/>
      </w:r>
      <w:r>
        <w:rPr>
          <w:sz w:val="20"/>
        </w:rPr>
        <w:t>35:53  how can we maintain positivity or a normal self? bhai, aap mujh se miliye, main aap ko misaalain bataunga ke maine pachas saal tak wait kiya.</w:t>
      </w:r>
      <w:r>
        <w:br/>
      </w:r>
      <w:r>
        <w:rPr>
          <w:sz w:val="20"/>
        </w:rPr>
        <w:t>36:09  pachas saal tak khud jahan yeh aap dekh rahe hain ke hamara yeh office hai, yahan lift lagi hui hai, hum program kar rahe hain. is jagah ko paane ke liye maine pachas saal se zyada wait kiya.</w:t>
      </w:r>
      <w:r>
        <w:br/>
      </w:r>
      <w:r>
        <w:rPr>
          <w:sz w:val="20"/>
        </w:rPr>
        <w:t>36:24  is jagah ko paane ke liye main aap ko dikha sakta hoon kyunke hua yeh ke main purane dilli mein tha.</w:t>
      </w:r>
      <w:r>
        <w:br/>
      </w:r>
      <w:r>
        <w:rPr>
          <w:sz w:val="20"/>
        </w:rPr>
        <w:t>36:34  purane dilli mein koi kaam theek se hota nahi tha. mujhe ek aur jagah chahiye thi. mere paas is ke asbab nahi thay.</w:t>
      </w:r>
      <w:r>
        <w:br/>
      </w:r>
      <w:r>
        <w:rPr>
          <w:sz w:val="20"/>
        </w:rPr>
        <w:t>36:46  to meri biwi ne khwab dekha. bohat naik theen, woh bohat naik theen, bohat naik theen, aur woh bilkul yahi.</w:t>
      </w:r>
      <w:r>
        <w:br/>
      </w:r>
      <w:r>
        <w:rPr>
          <w:sz w:val="20"/>
        </w:rPr>
        <w:t>36:55  yeh dono jagahain hamare paas jo hain na, is ko khwab mein dekha tha. unhon ne pesh ki aaj se pachas saal pehle to maine intezar kiya Allah ke fazl se, aur theek waqt par yeh dono jagahain hamein milain.</w:t>
      </w:r>
      <w:r>
        <w:br/>
      </w:r>
      <w:r>
        <w:rPr>
          <w:sz w:val="20"/>
        </w:rPr>
        <w:t>37:14  to genuine hona chahiye aap ka, aap ki dua genuine ho. aap janiye ke Allah kis ke aap think kya hai, Allah ka management ka tareeqa kya hai.</w:t>
      </w:r>
      <w:r>
        <w:br/>
      </w:r>
      <w:r>
        <w:rPr>
          <w:sz w:val="20"/>
        </w:rPr>
        <w:t>37:27  yeh sab janiye aap aur is par bharosa karein, aur woh spirit aap ke andar aap ko maloom ho ke main jo hoon.</w:t>
      </w:r>
      <w:r>
        <w:br/>
      </w:r>
      <w:r>
        <w:rPr>
          <w:sz w:val="20"/>
        </w:rPr>
        <w:t>37:41  yeh sab shart purani karte hain, bas khwah makhwah yaani umeedon mein jeete hain. woh tamanna alal Allah jo hadith mein aata hai, to is se kuch nahi hoga.</w:t>
      </w:r>
      <w:r>
        <w:br/>
      </w:r>
      <w:r>
        <w:rPr>
          <w:sz w:val="20"/>
        </w:rPr>
        <w:t>38:04  Maulana, kuch aur aaj bhi dekhiye, subah se main is mein tha ke apa se pooch lijiye, aap doctor sanson se pooch lijiye.</w:t>
      </w:r>
      <w:r>
        <w:br/>
      </w:r>
      <w:r>
        <w:rPr>
          <w:sz w:val="20"/>
        </w:rPr>
        <w:t>38:14  aaj hi maine unhon ne is ko kaha ke bhai, mere paas kuch nahi hai, ab tum log ja karo jo karna hai, ya resist aap karein jo karna hai.</w:t>
      </w:r>
      <w:r>
        <w:br/>
      </w:r>
      <w:r>
        <w:rPr>
          <w:sz w:val="20"/>
        </w:rPr>
        <w:t>38:31  lekin ain waqt par aap dekhiye, ab mujhe intezar karna karna tha. jab main is point pe pohancha jahan woh ladka aur woh ladki baithe thay, aur unhon ne kaha tha ke main jo hoon,</w:t>
      </w:r>
      <w:r>
        <w:br/>
      </w:r>
      <w:r>
        <w:rPr>
          <w:sz w:val="20"/>
        </w:rPr>
        <w:t>38:47  to main dekhiye, aaj subah se do jazbat mein jee raha tha. woh jo hadith mein aata hai ke "al-iman raja'a wal-khauf" yaani umeed aur khauf, umeed aur khauf ke beech mein.</w:t>
      </w:r>
      <w:r>
        <w:br/>
      </w:r>
      <w:r>
        <w:rPr>
          <w:sz w:val="20"/>
        </w:rPr>
        <w:t>39:05  to ain waqt par jab hamari gaadi gate pe pohanchi, park ke gate par, to wahan par farishte ne mere mere mann mein daal diya.</w:t>
      </w:r>
      <w:r>
        <w:br/>
      </w:r>
      <w:r>
        <w:rPr>
          <w:sz w:val="20"/>
        </w:rPr>
        <w:t>39:19  to aaj jo main bola hoon, kuch bhi mere aaj subah se kuch bhi mere mann mein nahi tha. to aap Allah par bharosa bharosa kijiye, aur yeh yeh janiye ke aap ki aap ki talab genuine talab ho, aur aap intezar karein, aap Khuda ki sharton ko poora karein.</w:t>
      </w:r>
      <w:r>
        <w:br/>
      </w:r>
      <w:r>
        <w:rPr>
          <w:sz w:val="20"/>
        </w:rPr>
        <w:t>39:46  tab to aap ke liye wahi ho jayega ke Khuda kahega ke main jo hoon.</w:t>
      </w:r>
      <w:r>
        <w:br/>
      </w:r>
      <w:r>
        <w:rPr>
          <w:sz w:val="20"/>
        </w:rPr>
        <w:t>40:00  Maulana, agla comment bheja hai Shafi Ahmed Dar sahib ne Srinagar se. unhon ne likha hai: "it was really thrilling word, main jo hoon, and patience for dua is key for divine help.</w:t>
      </w:r>
      <w:r>
        <w:br/>
      </w:r>
      <w:r>
        <w:rPr>
          <w:sz w:val="20"/>
        </w:rPr>
        <w:t>40:13  thank you Maulana for such a divine guidance."</w:t>
      </w:r>
      <w:r>
        <w:br/>
      </w:r>
      <w:r>
        <w:rPr>
          <w:sz w:val="20"/>
        </w:rPr>
        <w:t>40:22  Sartaj Siddiqui sahib ne likha hai Purbani se: "a mind unlocking lecture from Maulana about true nature of a dua.</w:t>
      </w:r>
      <w:r>
        <w:br/>
      </w:r>
      <w:r>
        <w:rPr>
          <w:sz w:val="20"/>
        </w:rPr>
        <w:t>40:31  hoping towards God is a form of dua. a dua must be genuine and not according to a wishful thinking.</w:t>
      </w:r>
      <w:r>
        <w:br/>
      </w:r>
      <w:r>
        <w:rPr>
          <w:sz w:val="20"/>
        </w:rPr>
        <w:t>40:40  jazak Allah Maulana sahib." Aamir Mori sahib ne likha hai: "today lecture was so special that anyone who listen to it will definitely develop the love for God.</w:t>
      </w:r>
    </w:p>
    <w:p>
      <w:pPr>
        <w:pStyle w:val="Heading2"/>
      </w:pPr>
      <w:r>
        <w:t>Advice for those upset by unanswered prayers</w:t>
      </w:r>
    </w:p>
    <w:p>
      <w:r>
        <w:rPr>
          <w:color w:val="666666"/>
          <w:sz w:val="18"/>
        </w:rPr>
        <w:t>The Existence of God July 23, 2017 Maulana Wahiduddin Khan · 1m 28s · at 58:28 · https://youtu.be/shLM_JhG3iE?t=3508</w:t>
      </w:r>
    </w:p>
    <w:p>
      <w:r>
        <w:rPr>
          <w:i/>
        </w:rPr>
        <w:t>“Maulana sahib, many a times people get upset when their prayers are not accepted by God Almighty. They get negative, and Satan exploits such people by increasing their disbelief. What would be your advice to such people?”</w:t>
      </w:r>
    </w:p>
    <w:p>
      <w:r>
        <w:rPr>
          <w:sz w:val="20"/>
        </w:rPr>
        <w:t>58:28  Maulana kamran sahib ne ahmedabad se sawal bheja hai. unhon ne likha hai: "Maulana sahib, many a times people get upset when their prayers are not accepted by God Almighty.</w:t>
      </w:r>
      <w:r>
        <w:br/>
      </w:r>
      <w:r>
        <w:rPr>
          <w:sz w:val="20"/>
        </w:rPr>
        <w:t>58:40  They get negative, and Satan exploits such people by increasing their disbelief.</w:t>
      </w:r>
      <w:r>
        <w:br/>
      </w:r>
      <w:r>
        <w:rPr>
          <w:sz w:val="20"/>
        </w:rPr>
        <w:t>58:48  What would be your advice to such people?" dekhen, aise logon ko chahiye ke pehle woh parhen Quran ko, Allah ki kitab ko.</w:t>
      </w:r>
      <w:r>
        <w:br/>
      </w:r>
      <w:r>
        <w:rPr>
          <w:sz w:val="20"/>
        </w:rPr>
        <w:t>59:04  yeh tasawwur galat hai ke aap jo dua karen, woh Allah poora karta rahega. ke Khuda aap ka naoozubillah khadim hai. aap dua karen to Allah apne ilm ke mutabiq is ko poora karega, aap ke mutabiq nahi.</w:t>
      </w:r>
      <w:r>
        <w:br/>
      </w:r>
      <w:r>
        <w:rPr>
          <w:sz w:val="20"/>
        </w:rPr>
        <w:t>59:21  ke aap dua karen baith kar ke mera ghoda car ban jaye to Allah ka agar qanoon nahi hai aisa to ghoda car nahi banega.</w:t>
      </w:r>
      <w:r>
        <w:br/>
      </w:r>
      <w:r>
        <w:rPr>
          <w:sz w:val="20"/>
        </w:rPr>
        <w:t>59:32  aap dua karen ke meri ek bari car jo hai, woh ijad ban jaye to yeh nahi poora hoga, kyunke Allah ke yeh yani fitrat ka yeh qanoon hi nahi hai.</w:t>
      </w:r>
      <w:r>
        <w:br/>
      </w:r>
      <w:r>
        <w:rPr>
          <w:sz w:val="20"/>
        </w:rPr>
        <w:t>59:43  to dua insan karta hai apne hisab se, lekin Khuda poora karta hai apne hisab se.</w:t>
      </w:r>
    </w:p>
    <w:p>
      <w:pPr>
        <w:pStyle w:val="Heading2"/>
      </w:pPr>
      <w:r>
        <w:t>Unanswered prayers and deeds</w:t>
      </w:r>
    </w:p>
    <w:p>
      <w:r>
        <w:rPr>
          <w:color w:val="666666"/>
          <w:sz w:val="18"/>
        </w:rPr>
        <w:t>Importance of Ijtihad December 21,2014 · 1m 56s · at 49:22 · https://youtu.be/6AgisKQ8V7s?t=2962</w:t>
      </w:r>
    </w:p>
    <w:p>
      <w:r>
        <w:rPr>
          <w:i/>
        </w:rPr>
        <w:t>“If a person's prayer is not accepted for a long time, what should he think? Is all his deeds wasted or something else?”</w:t>
      </w:r>
    </w:p>
    <w:p>
      <w:r>
        <w:rPr>
          <w:sz w:val="20"/>
        </w:rPr>
        <w:t>49:22  maulana, ab sawal lete hain jo Jameel Akhtar sahib ne Delhi se bheja hai aur unhon ne likha</w:t>
      </w:r>
      <w:r>
        <w:br/>
      </w:r>
      <w:r>
        <w:rPr>
          <w:sz w:val="20"/>
        </w:rPr>
        <w:t>49:28  hai ke agar kisi shakhs ki dua lambe arse tak qabool na hoti hai to woh kya soche?</w:t>
      </w:r>
      <w:r>
        <w:br/>
      </w:r>
      <w:r>
        <w:rPr>
          <w:sz w:val="20"/>
        </w:rPr>
        <w:t>49:34  kya is ka sara amal bekar hai ya kuch aur? dekhiye, dua ke mamle mein hadith mein aya</w:t>
      </w:r>
      <w:r>
        <w:br/>
      </w:r>
      <w:r>
        <w:rPr>
          <w:sz w:val="20"/>
        </w:rPr>
        <w:t>49:40  hai ke dua ka matlab yeh nahi ke jo aap dua karen woh poora ho jaye.</w:t>
      </w:r>
      <w:r>
        <w:br/>
      </w:r>
      <w:r>
        <w:rPr>
          <w:sz w:val="20"/>
        </w:rPr>
        <w:t>49:46  hamesha aisa hoga ke dua according to law of nature qabool hogi.</w:t>
      </w:r>
      <w:r>
        <w:br/>
      </w:r>
      <w:r>
        <w:rPr>
          <w:sz w:val="20"/>
        </w:rPr>
        <w:t>49:51  mein dua karoon ke yeh building jo hai sone ki building ho jaye to hazar saal tak bhi</w:t>
      </w:r>
      <w:r>
        <w:br/>
      </w:r>
      <w:r>
        <w:rPr>
          <w:sz w:val="20"/>
        </w:rPr>
        <w:t>49:57  nahi hogi, woh nahi hogi, kabhi bhi nahi hogi.</w:t>
      </w:r>
      <w:r>
        <w:br/>
      </w:r>
      <w:r>
        <w:rPr>
          <w:sz w:val="20"/>
        </w:rPr>
        <w:t>50:03  maine apne bete ko papering kar ke bigad rakha hai, ab mein dua karoon mera beta jo</w:t>
      </w:r>
      <w:r>
        <w:br/>
      </w:r>
      <w:r>
        <w:rPr>
          <w:sz w:val="20"/>
        </w:rPr>
        <w:t>50:09  hai abubakar siddique ban jaye to kabhi qabool nahi hogi.</w:t>
      </w:r>
      <w:r>
        <w:br/>
      </w:r>
      <w:r>
        <w:rPr>
          <w:sz w:val="20"/>
        </w:rPr>
        <w:t>50:15  agar mein galat tareeqe se business kar raha hoon aur business mera chal nahi raha to aap dua</w:t>
      </w:r>
      <w:r>
        <w:br/>
      </w:r>
      <w:r>
        <w:rPr>
          <w:sz w:val="20"/>
        </w:rPr>
        <w:t>50:21  karoon to kabhi bhi nahi chalega.</w:t>
      </w:r>
      <w:r>
        <w:br/>
      </w:r>
      <w:r>
        <w:rPr>
          <w:sz w:val="20"/>
        </w:rPr>
        <w:t>50:26  woh toh yaad rakhiye, dua jo hai hamesha according to law of nature qabool hoti hai.</w:t>
      </w:r>
      <w:r>
        <w:br/>
      </w:r>
      <w:r>
        <w:rPr>
          <w:sz w:val="20"/>
        </w:rPr>
        <w:t>50:32  toh jab bhi dua qabool na ho rahi ho toh aap yeh mat samjhiye ke Allah ne qabool nahi kiya.</w:t>
      </w:r>
      <w:r>
        <w:br/>
      </w:r>
      <w:r>
        <w:rPr>
          <w:sz w:val="20"/>
        </w:rPr>
        <w:t>50:38  yeh samjhiye ke aap ne dua hi galat kar rakhi hai.</w:t>
      </w:r>
      <w:r>
        <w:br/>
      </w:r>
      <w:r>
        <w:rPr>
          <w:sz w:val="20"/>
        </w:rPr>
        <w:t>50:44  isko discover kijiye.</w:t>
      </w:r>
      <w:r>
        <w:br/>
      </w:r>
      <w:r>
        <w:rPr>
          <w:sz w:val="20"/>
        </w:rPr>
        <w:t>50:50  agar yeh batate hain is mein ke woh dua kya kar rakhi hai unhone toh mein batata,</w:t>
      </w:r>
      <w:r>
        <w:br/>
      </w:r>
      <w:r>
        <w:rPr>
          <w:sz w:val="20"/>
        </w:rPr>
        <w:t>50:56  yeh toh bataya nahi.</w:t>
      </w:r>
      <w:r>
        <w:br/>
      </w:r>
      <w:r>
        <w:rPr>
          <w:sz w:val="20"/>
        </w:rPr>
        <w:t>51:02  toh mein as a principle bata sakta hoon, phir woh batayein mujhe ke dua kya kya tha jo</w:t>
      </w:r>
      <w:r>
        <w:br/>
      </w:r>
      <w:r>
        <w:rPr>
          <w:sz w:val="20"/>
        </w:rPr>
        <w:t>51:07  qabool nahi hui.</w:t>
      </w:r>
      <w:r>
        <w:br/>
      </w:r>
      <w:r>
        <w:rPr>
          <w:sz w:val="20"/>
        </w:rPr>
        <w:t>51:13  toh mein abhi bataunga isi waqt ke unhone dua hi galat kar rakhi hogi.</w:t>
      </w:r>
    </w:p>
    <w:p>
      <w:pPr>
        <w:pStyle w:val="Heading2"/>
      </w:pPr>
      <w:r>
        <w:t>Finding one's negative points</w:t>
      </w:r>
    </w:p>
    <w:p>
      <w:r>
        <w:rPr>
          <w:color w:val="666666"/>
          <w:sz w:val="18"/>
        </w:rPr>
        <w:t>Quran for All Mankind June 3, 2012 · 1m 08s · at 1:17:26 · https://youtu.be/Gp-53Zjugcg?t=4646</w:t>
      </w:r>
    </w:p>
    <w:p>
      <w:r>
        <w:rPr>
          <w:i/>
        </w:rPr>
        <w:t>“How can we find our negative point?”</w:t>
      </w:r>
    </w:p>
    <w:p>
      <w:r>
        <w:rPr>
          <w:sz w:val="20"/>
        </w:rPr>
        <w:t>1:17:26  Maulana, agla sawal Dilli se hai, Miss Sati Mala</w:t>
      </w:r>
      <w:r>
        <w:br/>
      </w:r>
      <w:r>
        <w:rPr>
          <w:sz w:val="20"/>
        </w:rPr>
        <w:t>1:17:29  Vetra ka. unhon ne aap se poocha hai ke "how can we find our negative point?" is ke baray mein batayen.</w:t>
      </w:r>
      <w:r>
        <w:br/>
      </w:r>
      <w:r>
        <w:rPr>
          <w:sz w:val="20"/>
        </w:rPr>
        <w:t>1:17:42  dekhen, kabhi kabhi to negative point jo hai, clear hota hai, hum pakad lete hain. to kabhi us par sochna padta hai.</w:t>
      </w:r>
      <w:r>
        <w:br/>
      </w:r>
      <w:r>
        <w:rPr>
          <w:sz w:val="20"/>
        </w:rPr>
        <w:t>1:17:53  introspection jo kehte hain, muhasiba ke jo obvious na ho, to us ka janne ka tareeqa hai, wahi muhasiba, introspection.</w:t>
      </w:r>
      <w:r>
        <w:br/>
      </w:r>
      <w:r>
        <w:rPr>
          <w:sz w:val="20"/>
        </w:rPr>
        <w:t>1:18:06  to yeh agar aadmi sach much chahta ho ke mujhe pata ho jaye apni negative baaton ka, to namumkin hai ke use is ki negative baatein chupi rahen.</w:t>
      </w:r>
      <w:r>
        <w:br/>
      </w:r>
      <w:r>
        <w:rPr>
          <w:sz w:val="20"/>
        </w:rPr>
        <w:t>1:18:17  woh zaroor jaan lega, zaroor jaan lega.</w:t>
      </w:r>
      <w:r>
        <w:br/>
      </w:r>
      <w:r>
        <w:rPr>
          <w:sz w:val="20"/>
        </w:rPr>
        <w:t>1:18:23  agar obvious ho to foran jaan lega, nahi to soch kar jaan lega. woh agar sincere ho is mamle mein to.</w:t>
      </w:r>
    </w:p>
    <w:p>
      <w:pPr>
        <w:pStyle w:val="Heading2"/>
      </w:pPr>
      <w:r>
        <w:t>Why repeatedly discover helplessness for God?</w:t>
      </w:r>
    </w:p>
    <w:p>
      <w:r>
        <w:rPr>
          <w:color w:val="666666"/>
          <w:sz w:val="18"/>
        </w:rPr>
        <w:t>Q&amp;A 04 DEC 2011 Maulana Wahiduddin Khan · 1m 32s · at 39:04 · https://youtu.be/KIMNmuUZoGo?t=2344</w:t>
      </w:r>
    </w:p>
    <w:p>
      <w:r>
        <w:rPr>
          <w:i/>
        </w:rPr>
        <w:t>“You repeatedly discover your helplessness. Is not one time discovery of helplessness enough to believe in God? Then why do you keep discovering it repeatedly?”</w:t>
      </w:r>
    </w:p>
    <w:p>
      <w:r>
        <w:rPr>
          <w:sz w:val="20"/>
        </w:rPr>
        <w:t>39:04  maulānā aglā sawāl āyā hai maulānā 'abd al-bāsiṭ 'umrī kā dohā, qatar se. Unhoṅne likhā hai: "maulānā āp bār bār apne 'ujz ko daryāft karte rahte haiṅ." haiṅ?</w:t>
      </w:r>
      <w:r>
        <w:br/>
      </w:r>
      <w:r>
        <w:rPr>
          <w:sz w:val="20"/>
        </w:rPr>
        <w:t>39:17  "āp bār bār apne 'ujz ko daryāft karte rahte haiṅ." maulānā merā sawāl yeh hai ke kyā ek bār ke daryāft 'ujz ḳhudā ko mānanē ke lie kāfī nahīṅ?</w:t>
      </w:r>
      <w:r>
        <w:br/>
      </w:r>
      <w:r>
        <w:rPr>
          <w:sz w:val="20"/>
        </w:rPr>
        <w:t>39:29  to phir āp bār bār kyoṅ daryāft karte rahte haiṅ?</w:t>
      </w:r>
      <w:r>
        <w:br/>
      </w:r>
      <w:r>
        <w:rPr>
          <w:sz w:val="20"/>
        </w:rPr>
        <w:t>39:35  yeh ādmī dekhīye, ādmī kā dimāġh aisā hai ke cīzen calī jātī haiṅ bhuul ke ḳhāne meṅ.</w:t>
      </w:r>
      <w:r>
        <w:br/>
      </w:r>
      <w:r>
        <w:rPr>
          <w:sz w:val="20"/>
        </w:rPr>
        <w:t>39:45  ko'ī bhī cīz āp ko agar āp bār bār is ko carca na kareṅ to bhuul jā'ēṅge āp. Apne beṭe hī ko āp carca na kareṅ to bhuul jā'ēṅge. to beṭe ko har vaqt carca kartā hai ādmī.</w:t>
      </w:r>
      <w:r>
        <w:br/>
      </w:r>
      <w:r>
        <w:rPr>
          <w:sz w:val="20"/>
        </w:rPr>
        <w:t>39:55  muttalif bahāne āp apne beṭe ko carca karte haiṅ. tab woh āp ko memory meṅ ātā hai. to ko'ī bhī cīz ho āp ko carca karnā paṛegā is kā.</w:t>
      </w:r>
      <w:r>
        <w:br/>
      </w:r>
      <w:r>
        <w:rPr>
          <w:sz w:val="20"/>
        </w:rPr>
        <w:t>40:05  nahīṅ carca kareṅge to woh jaisā ke maiṅne is se pahle kahā thā ke mind ke tīn hisse haiṅ.</w:t>
      </w:r>
      <w:r>
        <w:br/>
      </w:r>
      <w:r>
        <w:rPr>
          <w:sz w:val="20"/>
        </w:rPr>
        <w:t>40:11  yānī conscious mind, subconscious mind, unconscious mind. to pahle cīzen ātī haiṅ conscious mind meṅ. phir calī ātī haiṅ subconscious mind meṅ.</w:t>
      </w:r>
      <w:r>
        <w:br/>
      </w:r>
      <w:r>
        <w:rPr>
          <w:sz w:val="20"/>
        </w:rPr>
        <w:t>40:21  phir calī ātī haiṅ unconscious mind meṅ. yeh to process hai, woh process se āp bac nahīṅ sakte āp. har cīz pe apply hotā hai woh. cāhe beṭe ko yād rakhnā ho yā allāh ta'ālā ko yād rakhnā ho.</w:t>
      </w:r>
    </w:p>
    <w:p>
      <w:pPr>
        <w:pStyle w:val="Heading1"/>
      </w:pPr>
      <w:r>
        <w:t>In the lectures (20)</w:t>
      </w:r>
    </w:p>
    <w:p>
      <w:pPr>
        <w:pStyle w:val="Heading2"/>
      </w:pPr>
      <w:r>
        <w:t>The Belief System of Islam August 01, 2007</w:t>
      </w:r>
    </w:p>
    <w:p>
      <w:r>
        <w:rPr>
          <w:color w:val="666666"/>
          <w:sz w:val="18"/>
        </w:rPr>
        <w:t>39:08 · https://youtu.be/5pdnwRaPfmY?t=2348</w:t>
      </w:r>
    </w:p>
    <w:p>
      <w:r>
        <w:rPr>
          <w:i/>
        </w:rPr>
        <w:t>“in a pessimistic mood”</w:t>
      </w:r>
    </w:p>
    <w:p>
      <w:pPr>
        <w:pStyle w:val="Heading2"/>
      </w:pPr>
      <w:r>
        <w:t>Divine Personality April 2, 2014 Maulana Wahiduddin Khan</w:t>
      </w:r>
    </w:p>
    <w:p>
      <w:r>
        <w:rPr>
          <w:color w:val="666666"/>
          <w:sz w:val="18"/>
        </w:rPr>
        <w:t>15:44 · https://youtu.be/4F-V__KFzpA?t=944</w:t>
      </w:r>
    </w:p>
    <w:p>
      <w:r>
        <w:rPr>
          <w:i/>
        </w:rPr>
        <w:t>“there are some sad experiences.”</w:t>
      </w:r>
    </w:p>
    <w:p>
      <w:pPr>
        <w:pStyle w:val="Heading2"/>
      </w:pPr>
      <w:r>
        <w:t>From The Spiritual Tree 28 Nov, 2010 - Maulana Wahiduddin Khan</w:t>
      </w:r>
    </w:p>
    <w:p>
      <w:r>
        <w:rPr>
          <w:color w:val="666666"/>
          <w:sz w:val="18"/>
        </w:rPr>
        <w:t>4:44 · https://youtu.be/LDMY7FjQRIE?t=284</w:t>
      </w:r>
    </w:p>
    <w:p>
      <w:r>
        <w:rPr>
          <w:i/>
        </w:rPr>
        <w:t>“مایوس ہو جاتے ہیں۔”</w:t>
      </w:r>
    </w:p>
    <w:p>
      <w:pPr>
        <w:pStyle w:val="Heading2"/>
      </w:pPr>
      <w:r>
        <w:t>Islma A Religion of Peace (English) January 7, 2010</w:t>
      </w:r>
    </w:p>
    <w:p>
      <w:r>
        <w:rPr>
          <w:color w:val="666666"/>
          <w:sz w:val="18"/>
        </w:rPr>
        <w:t>48:35 · https://youtu.be/YKg_GJj8Hvg?t=2915</w:t>
      </w:r>
    </w:p>
    <w:p>
      <w:r>
        <w:rPr>
          <w:i/>
        </w:rPr>
        <w:t>“I feel great sorrow about that.”</w:t>
      </w:r>
    </w:p>
    <w:p>
      <w:pPr>
        <w:pStyle w:val="Heading2"/>
      </w:pPr>
      <w:r>
        <w:t>Islam A Religion of Peace January 7, 2010 Maulana Wahiduddin Khan</w:t>
      </w:r>
    </w:p>
    <w:p>
      <w:r>
        <w:rPr>
          <w:color w:val="666666"/>
          <w:sz w:val="18"/>
        </w:rPr>
        <w:t>48:48 · https://youtu.be/L3qaWEfRY6o?t=2928</w:t>
      </w:r>
    </w:p>
    <w:p>
      <w:r>
        <w:rPr>
          <w:i/>
        </w:rPr>
        <w:t>“I feel great sorrow about that.”</w:t>
      </w:r>
    </w:p>
    <w:p>
      <w:pPr>
        <w:pStyle w:val="Heading2"/>
      </w:pPr>
      <w:r>
        <w:t>The Belief System of Islam August 01, 2007</w:t>
      </w:r>
    </w:p>
    <w:p>
      <w:r>
        <w:rPr>
          <w:color w:val="666666"/>
          <w:sz w:val="18"/>
        </w:rPr>
        <w:t>35:23 · https://youtu.be/5pdnwRaPfmY?t=2123</w:t>
      </w:r>
    </w:p>
    <w:p>
      <w:r>
        <w:rPr>
          <w:i/>
        </w:rPr>
        <w:t>“Everyone is living with this feeling that I was deprived of happiness.”</w:t>
      </w:r>
    </w:p>
    <w:p>
      <w:pPr>
        <w:pStyle w:val="Heading2"/>
      </w:pPr>
      <w:r>
        <w:t>Difference Management June 6, 2007 Maulana Wahiduddin Khan</w:t>
      </w:r>
    </w:p>
    <w:p>
      <w:r>
        <w:rPr>
          <w:color w:val="666666"/>
          <w:sz w:val="18"/>
        </w:rPr>
        <w:t>37:34 · https://youtu.be/Qcrm0lX88dA?t=2254</w:t>
      </w:r>
    </w:p>
    <w:p>
      <w:r>
        <w:rPr>
          <w:i/>
        </w:rPr>
        <w:t>“living in negativity.”</w:t>
      </w:r>
    </w:p>
    <w:p>
      <w:pPr>
        <w:pStyle w:val="Heading2"/>
      </w:pPr>
      <w:r>
        <w:t>A Brief Survey of Islamic History (Eng) February 15, 2007</w:t>
      </w:r>
    </w:p>
    <w:p>
      <w:r>
        <w:rPr>
          <w:color w:val="666666"/>
          <w:sz w:val="18"/>
        </w:rPr>
        <w:t>16:39 · https://youtu.be/MdRtdA99UlA?t=999</w:t>
      </w:r>
    </w:p>
    <w:p>
      <w:r>
        <w:rPr>
          <w:i/>
        </w:rPr>
        <w:t>“disappointed.”</w:t>
      </w:r>
    </w:p>
    <w:p>
      <w:pPr>
        <w:pStyle w:val="Heading2"/>
      </w:pPr>
      <w:r>
        <w:t>Ramazan Month of Study of the Quran April 30, 2020 Maulana Wahiduddin Khan</w:t>
      </w:r>
    </w:p>
    <w:p>
      <w:r>
        <w:rPr>
          <w:color w:val="666666"/>
          <w:sz w:val="18"/>
        </w:rPr>
        <w:t>15:14 · https://youtu.be/AUSxxGBJHCk?t=914</w:t>
      </w:r>
    </w:p>
    <w:p>
      <w:r>
        <w:rPr>
          <w:i/>
        </w:rPr>
        <w:t>“احساس کرتی ہے کہ وہ ناکام ہو جاتا ہے۔”</w:t>
      </w:r>
    </w:p>
    <w:p>
      <w:pPr>
        <w:pStyle w:val="Heading2"/>
      </w:pPr>
      <w:r>
        <w:t>Living in Paradise April 17, 2011</w:t>
      </w:r>
    </w:p>
    <w:p>
      <w:r>
        <w:rPr>
          <w:color w:val="666666"/>
          <w:sz w:val="18"/>
        </w:rPr>
        <w:t>58:09 · https://youtu.be/_cEE0yxZu6M?t=3489</w:t>
      </w:r>
    </w:p>
    <w:p>
      <w:r>
        <w:rPr>
          <w:i/>
        </w:rPr>
        <w:t>“اب میں خود ہی Negative ہو رہا ہوں۔”</w:t>
      </w:r>
    </w:p>
    <w:p>
      <w:pPr>
        <w:pStyle w:val="Heading2"/>
      </w:pPr>
      <w:r>
        <w:t>The Belief System of Islam August 01, 2007</w:t>
      </w:r>
    </w:p>
    <w:p>
      <w:r>
        <w:rPr>
          <w:color w:val="666666"/>
          <w:sz w:val="18"/>
        </w:rPr>
        <w:t>37:17 · https://youtu.be/5pdnwRaPfmY?t=2237</w:t>
      </w:r>
    </w:p>
    <w:p>
      <w:r>
        <w:rPr>
          <w:i/>
        </w:rPr>
        <w:t>“is compelled to live in despair.”</w:t>
      </w:r>
    </w:p>
    <w:p>
      <w:pPr>
        <w:pStyle w:val="Heading2"/>
      </w:pPr>
      <w:r>
        <w:t>History 0f Thoughts November 12, 2006</w:t>
      </w:r>
    </w:p>
    <w:p>
      <w:r>
        <w:rPr>
          <w:color w:val="666666"/>
          <w:sz w:val="18"/>
        </w:rPr>
        <w:t>40:28 · https://youtu.be/BvzmJxA0j7c?t=2428</w:t>
      </w:r>
    </w:p>
    <w:p>
      <w:r>
        <w:rPr>
          <w:i/>
        </w:rPr>
        <w:t>“مایوسی میں۔”</w:t>
      </w:r>
    </w:p>
    <w:p>
      <w:pPr>
        <w:pStyle w:val="Heading2"/>
      </w:pPr>
      <w:r>
        <w:t>The Belief System of Islam August 01, 2007</w:t>
      </w:r>
    </w:p>
    <w:p>
      <w:r>
        <w:rPr>
          <w:color w:val="666666"/>
          <w:sz w:val="18"/>
        </w:rPr>
        <w:t>37:11 · https://youtu.be/5pdnwRaPfmY?t=2231</w:t>
      </w:r>
    </w:p>
    <w:p>
      <w:r>
        <w:rPr>
          <w:i/>
        </w:rPr>
        <w:t>“in despair”</w:t>
      </w:r>
    </w:p>
    <w:p>
      <w:pPr>
        <w:pStyle w:val="Heading2"/>
      </w:pPr>
      <w:r>
        <w:t>Hadith-e-Jibril, April 21, 2013</w:t>
      </w:r>
    </w:p>
    <w:p>
      <w:r>
        <w:rPr>
          <w:color w:val="666666"/>
          <w:sz w:val="18"/>
        </w:rPr>
        <w:t>1:26:51 · https://youtu.be/0rF6Ou0pDog?t=5211</w:t>
      </w:r>
    </w:p>
    <w:p>
      <w:r>
        <w:rPr>
          <w:i/>
        </w:rPr>
        <w:t>“میں helpless ہوں۔ میرا تو تجربہ بھی یہی ہے زندگی کے بارے میں۔”</w:t>
      </w:r>
    </w:p>
    <w:p>
      <w:pPr>
        <w:pStyle w:val="Heading2"/>
      </w:pPr>
      <w:r>
        <w:t>Realization of God November 26, 2024</w:t>
      </w:r>
    </w:p>
    <w:p>
      <w:r>
        <w:rPr>
          <w:color w:val="666666"/>
          <w:sz w:val="18"/>
        </w:rPr>
        <w:t>8:05 · https://youtu.be/AG1gtOdLvGs?t=485</w:t>
      </w:r>
    </w:p>
    <w:p>
      <w:r>
        <w:rPr>
          <w:i/>
        </w:rPr>
        <w:t>“یہ احساس ہوتا ہے کہ میں کچھ نہیں ہوں، میری کوئی حیثیت نہیں ہے۔”</w:t>
      </w:r>
    </w:p>
    <w:p>
      <w:pPr>
        <w:pStyle w:val="Heading2"/>
      </w:pPr>
      <w:r>
        <w:t>Chapter 10 Yunus (Jonah) - Maulana Wahiduddin Khan</w:t>
      </w:r>
    </w:p>
    <w:p>
      <w:r>
        <w:rPr>
          <w:color w:val="666666"/>
          <w:sz w:val="18"/>
        </w:rPr>
        <w:t>26:39 · https://youtu.be/YOgAx1MrqnY?t=1599</w:t>
      </w:r>
    </w:p>
    <w:p>
      <w:r>
        <w:rPr>
          <w:i/>
        </w:rPr>
        <w:t>“آدمی محسوس کرنے لگتا ہے کہ خارجی طاقتوں کے مقابلے میں وہ بالکل بے بس ہے۔”</w:t>
      </w:r>
    </w:p>
    <w:p>
      <w:pPr>
        <w:pStyle w:val="Heading2"/>
      </w:pPr>
      <w:r>
        <w:t>Islam and Peace (In Conversation with Maulana)</w:t>
      </w:r>
    </w:p>
    <w:p>
      <w:r>
        <w:rPr>
          <w:color w:val="666666"/>
          <w:sz w:val="18"/>
        </w:rPr>
        <w:t>17:57 · https://youtu.be/vFVw6wPt5lk?t=1077</w:t>
      </w:r>
    </w:p>
    <w:p>
      <w:r>
        <w:rPr>
          <w:i/>
        </w:rPr>
        <w:t>“He was a disappointed person.”</w:t>
      </w:r>
    </w:p>
    <w:p>
      <w:pPr>
        <w:pStyle w:val="Heading2"/>
      </w:pPr>
      <w:r>
        <w:t>Present Day Muslims Jan 13, 2013</w:t>
      </w:r>
    </w:p>
    <w:p>
      <w:r>
        <w:rPr>
          <w:color w:val="666666"/>
          <w:sz w:val="18"/>
        </w:rPr>
        <w:t>22:14 · https://youtu.be/CVcbWVYitog?t=1334</w:t>
      </w:r>
    </w:p>
    <w:p>
      <w:r>
        <w:rPr>
          <w:i/>
        </w:rPr>
        <w:t>“تب مایوسی۔”</w:t>
      </w:r>
    </w:p>
    <w:p>
      <w:pPr>
        <w:pStyle w:val="Heading2"/>
      </w:pPr>
      <w:r>
        <w:t>Present Day Muslims Jan 13, 2013 - Maulana Wahiduddin Khan</w:t>
      </w:r>
    </w:p>
    <w:p>
      <w:r>
        <w:rPr>
          <w:color w:val="666666"/>
          <w:sz w:val="18"/>
        </w:rPr>
        <w:t>23:07 · https://youtu.be/z5q4zuu7kKY?t=1387</w:t>
      </w:r>
    </w:p>
    <w:p>
      <w:r>
        <w:rPr>
          <w:i/>
        </w:rPr>
        <w:t>“تب مایوسی۔”</w:t>
      </w:r>
    </w:p>
    <w:p>
      <w:pPr>
        <w:pStyle w:val="Heading2"/>
      </w:pPr>
      <w:r>
        <w:t>From the Spiritual Tree December 3, 2006 Maulana Wahiduddin Khan</w:t>
      </w:r>
    </w:p>
    <w:p>
      <w:r>
        <w:rPr>
          <w:color w:val="666666"/>
          <w:sz w:val="18"/>
        </w:rPr>
        <w:t>47:25 · https://youtu.be/2MrnmNMSEfs?t=2845</w:t>
      </w:r>
    </w:p>
    <w:p>
      <w:r>
        <w:rPr>
          <w:i/>
        </w:rPr>
        <w:t>“آپ یقین کیجیئے کہ میں اپنے آپ کو بہت زیادہ یعنی بہت زیادہ کمزور، بہت زیادہ عاجز اور بہت زیادہ نااہل پاتا ہوں۔”</w:t>
      </w:r>
    </w:p>
    <w:p>
      <w:pPr>
        <w:pStyle w:val="Heading1"/>
      </w:pPr>
      <w:r>
        <w:t>Clips (16)</w:t>
      </w:r>
    </w:p>
    <w:p>
      <w:pPr>
        <w:pStyle w:val="Heading2"/>
      </w:pPr>
      <w:r>
        <w:t>Why preachers must stay hate-free, even toward the West</w:t>
      </w:r>
    </w:p>
    <w:p>
      <w:r>
        <w:rPr>
          <w:color w:val="666666"/>
          <w:sz w:val="18"/>
        </w:rPr>
        <w:t>Divine Personality April 2, 2014 Maulana Wahiduddin Khan · 4m 00s · at 13:30 · https://youtu.be/4F-V__KFzpA?t=810</w:t>
      </w:r>
    </w:p>
    <w:p>
      <w:r>
        <w:rPr>
          <w:i/>
        </w:rPr>
        <w:t>“If you are living in the West you will find things you dislike.”</w:t>
      </w:r>
    </w:p>
    <w:p>
      <w:r>
        <w:rPr>
          <w:sz w:val="20"/>
        </w:rPr>
        <w:t>13:30  . It involves so many other things. For example, if you are living in the West, in the Western world you will find that there are a number of things that you dislike.</w:t>
      </w:r>
      <w:r>
        <w:br/>
      </w:r>
      <w:r>
        <w:rPr>
          <w:sz w:val="20"/>
        </w:rPr>
        <w:t>13:53  That is against the Islamic religion of Islam.</w:t>
      </w:r>
      <w:r>
        <w:br/>
      </w:r>
      <w:r>
        <w:rPr>
          <w:sz w:val="20"/>
        </w:rPr>
        <w:t>13:59  All the Due to this all the Muslims are negative towards the West. Even they say that the West is the enemy of Islam.</w:t>
      </w:r>
      <w:r>
        <w:br/>
      </w:r>
      <w:r>
        <w:rPr>
          <w:sz w:val="20"/>
        </w:rPr>
        <w:t>14:12  But your Ma'rifat,</w:t>
      </w:r>
      <w:r>
        <w:br/>
      </w:r>
      <w:r>
        <w:rPr>
          <w:sz w:val="20"/>
        </w:rPr>
        <w:t>14:18  your Ma'rifat is not ready to accept this kind of hateful psychology</w:t>
      </w:r>
      <w:r>
        <w:br/>
      </w:r>
      <w:r>
        <w:rPr>
          <w:sz w:val="20"/>
        </w:rPr>
        <w:t>14:28  y. You discover that da'wah and hate both cannot go together.</w:t>
      </w:r>
      <w:r>
        <w:br/>
      </w:r>
      <w:r>
        <w:rPr>
          <w:sz w:val="20"/>
        </w:rPr>
        <w:t>14:37  If you are a da'ee then you cannot afford to hate against Madh'u. You discover that every businessman knows that he cannot afford hate against his customers.</w:t>
      </w:r>
      <w:r>
        <w:br/>
      </w:r>
      <w:r>
        <w:rPr>
          <w:sz w:val="20"/>
        </w:rPr>
        <w:t>14:59  So among the business community there is a saying that customer-friendly, there is a term that is customer-friendly behavior.</w:t>
      </w:r>
      <w:r>
        <w:br/>
      </w:r>
      <w:r>
        <w:rPr>
          <w:sz w:val="20"/>
        </w:rPr>
        <w:t>15:12  So every businessman adopts customer-friendly behavior.</w:t>
      </w:r>
      <w:r>
        <w:br/>
      </w:r>
      <w:r>
        <w:rPr>
          <w:sz w:val="20"/>
        </w:rPr>
        <w:t>15:17  So you feel that I also must adopt Madhu-friendly behavior,</w:t>
      </w:r>
      <w:r>
        <w:br/>
      </w:r>
      <w:r>
        <w:rPr>
          <w:sz w:val="20"/>
        </w:rPr>
        <w:t>15:28  Madhu-friendly behavior. But it is not easy. Madhu-friendly behavior is not very easy because every time there are some unpleasant situations,</w:t>
      </w:r>
      <w:r>
        <w:br/>
      </w:r>
      <w:r>
        <w:rPr>
          <w:sz w:val="20"/>
        </w:rPr>
        <w:t>15:44  there are some sad experiences.</w:t>
      </w:r>
      <w:r>
        <w:br/>
      </w:r>
      <w:r>
        <w:rPr>
          <w:sz w:val="20"/>
        </w:rPr>
        <w:t>15:48  So you discover, you decide that I will adopt Madhu-friendly behavior in spite of all those atrocities, right or wrong.</w:t>
      </w:r>
      <w:r>
        <w:br/>
      </w:r>
      <w:r>
        <w:rPr>
          <w:sz w:val="20"/>
        </w:rPr>
        <w:t>16:11  So you feel that if I want to achieve that kind of reward which</w:t>
      </w:r>
      <w:r>
        <w:br/>
      </w:r>
      <w:r>
        <w:rPr>
          <w:sz w:val="20"/>
        </w:rPr>
        <w:t>16:25  will be given to diey for da'wah work</w:t>
      </w:r>
      <w:r>
        <w:br/>
      </w:r>
      <w:r>
        <w:rPr>
          <w:sz w:val="20"/>
        </w:rPr>
        <w:t>16:29  then you have to change your mind. Then you have to</w:t>
      </w:r>
      <w:r>
        <w:br/>
      </w:r>
      <w:r>
        <w:rPr>
          <w:sz w:val="20"/>
        </w:rPr>
        <w:t>16:38  make yourself hate-free. Then you have to adopt Madhu-friendly behavior. Otherwise you will fail to do da'wah work and also you will fail to achieve that reward which is</w:t>
      </w:r>
      <w:r>
        <w:br/>
      </w:r>
      <w:r>
        <w:rPr>
          <w:sz w:val="20"/>
        </w:rPr>
        <w:t>17:01  destined for those people who have done da'wah work in this world.</w:t>
      </w:r>
      <w:r>
        <w:br/>
      </w:r>
      <w:r>
        <w:rPr>
          <w:sz w:val="20"/>
        </w:rPr>
        <w:t>17:10  So this is da'wah culture.</w:t>
      </w:r>
      <w:r>
        <w:br/>
      </w:r>
      <w:r>
        <w:rPr>
          <w:sz w:val="20"/>
        </w:rPr>
        <w:t>17:16  So this is the two basic principles, Ma'rifat and da'wah. All other things that are part of Islam like ibadah,</w:t>
      </w:r>
    </w:p>
    <w:p>
      <w:pPr>
        <w:pStyle w:val="Heading2"/>
      </w:pPr>
      <w:r>
        <w:t>Tree patience and Quranic concept of sabr</w:t>
      </w:r>
    </w:p>
    <w:p>
      <w:r>
        <w:rPr>
          <w:color w:val="666666"/>
          <w:sz w:val="18"/>
        </w:rPr>
        <w:t>From The Spiritual Tree 28 Nov, 2010 - Maulana Wahiduddin Khan · 5m 30s · at 1:42 · https://youtu.be/LDMY7FjQRIE?t=102</w:t>
      </w:r>
    </w:p>
    <w:p>
      <w:r>
        <w:rPr>
          <w:i/>
        </w:rPr>
        <w:t>“To hamara jo yeh peer hai hamare ghar ke samne”</w:t>
      </w:r>
    </w:p>
    <w:p>
      <w:r>
        <w:rPr>
          <w:sz w:val="20"/>
        </w:rPr>
        <w:t>1:42  to hamara jo yeh peed hai hamare ghar ke saamne,</w:t>
      </w:r>
      <w:r>
        <w:br/>
      </w:r>
      <w:r>
        <w:rPr>
          <w:sz w:val="20"/>
        </w:rPr>
        <w:t>1:47  woh kuch mahine pehle ek dum sookh gaya tha, lakri ki tarah se, jis ko urdu mein kehte hain "thandh".</w:t>
      </w:r>
      <w:r>
        <w:br/>
      </w:r>
      <w:r>
        <w:rPr>
          <w:sz w:val="20"/>
        </w:rPr>
        <w:t>1:58  to mein samjha ke ab yeh sookh gaya, ab khatam ho gaya, ab is ki umar nahi rahi baqi.</w:t>
      </w:r>
      <w:r>
        <w:br/>
      </w:r>
      <w:r>
        <w:rPr>
          <w:sz w:val="20"/>
        </w:rPr>
        <w:t>2:09  lekin jab baarish hui, mausam badla, to woh phir hara bhara ho gaya. Ab is waqt woh ek hara bhara drakht hai.</w:t>
      </w:r>
      <w:r>
        <w:br/>
      </w:r>
      <w:r>
        <w:rPr>
          <w:sz w:val="20"/>
        </w:rPr>
        <w:t>2:24  to is ko dekh kar mujhe ek inspiration aaya. Woh yeh ke is dunya mein jo nizaam hai woh yeh hai ke "wait and see".</w:t>
      </w:r>
      <w:r>
        <w:br/>
      </w:r>
      <w:r>
        <w:rPr>
          <w:sz w:val="20"/>
        </w:rPr>
        <w:t>2:41  yani wait karo to aage result aap ke muafiq aa sakta hai.</w:t>
      </w:r>
      <w:r>
        <w:br/>
      </w:r>
      <w:r>
        <w:rPr>
          <w:sz w:val="20"/>
        </w:rPr>
        <w:t>2:48  hamare Dilli mein ek sahab hain Mr. Prabodh Kumar Batra, woh business management ke expert hain, is par un ki kitabein hain.</w:t>
      </w:r>
      <w:r>
        <w:br/>
      </w:r>
      <w:r>
        <w:rPr>
          <w:sz w:val="20"/>
        </w:rPr>
        <w:t>3:03  to unhone jo formula diya hai us mein se ek formula yeh hai: "Think, think, think, there must be a better way".</w:t>
      </w:r>
      <w:r>
        <w:br/>
      </w:r>
      <w:r>
        <w:rPr>
          <w:sz w:val="20"/>
        </w:rPr>
        <w:t>3:14  to isi ko le kar mein ek formula dena chahunga ke "Wait, wait, wait,</w:t>
      </w:r>
      <w:r>
        <w:br/>
      </w:r>
      <w:r>
        <w:rPr>
          <w:sz w:val="20"/>
        </w:rPr>
        <w:t>3:21  and there must be a better tomorrow".</w:t>
      </w:r>
      <w:r>
        <w:br/>
      </w:r>
      <w:r>
        <w:rPr>
          <w:sz w:val="20"/>
        </w:rPr>
        <w:t>3:28  yani jo hamara jo spiritual tree tha, sookh gaya tha, lekin aaj woh hara bhara hai.</w:t>
      </w:r>
      <w:r>
        <w:br/>
      </w:r>
      <w:r>
        <w:rPr>
          <w:sz w:val="20"/>
        </w:rPr>
        <w:t>3:36  to woh yahi, yahi yani yahi message de raha hai woh, khamosh zabaan mein: "intezaar karo, intezaar karo, intezaar karo, aur mustaqbil acha niklega".</w:t>
      </w:r>
      <w:r>
        <w:br/>
      </w:r>
      <w:r>
        <w:rPr>
          <w:sz w:val="20"/>
        </w:rPr>
        <w:t>3:50  to isi ko mein formulate kar raha hoon ke "Wait, wait, wait, and there must be a better tomorrow". "Wait, wait, wait, and there must be a better tomorrow".</w:t>
      </w:r>
      <w:r>
        <w:br/>
      </w:r>
      <w:r>
        <w:rPr>
          <w:sz w:val="20"/>
        </w:rPr>
        <w:t>4:05  mein samajhta hoon ke yeh bohat hi bara</w:t>
      </w:r>
      <w:r>
        <w:br/>
      </w:r>
      <w:r>
        <w:rPr>
          <w:sz w:val="20"/>
        </w:rPr>
        <w:t>4:08  lesson hai, har aadmi ke liye, chahe individual life ho, family life ho, social life ho, national life ho, kuch bhi ho.</w:t>
      </w:r>
      <w:r>
        <w:br/>
      </w:r>
      <w:r>
        <w:rPr>
          <w:sz w:val="20"/>
        </w:rPr>
        <w:t>4:21  har jagah yahi principle apply hota hai.</w:t>
      </w:r>
      <w:r>
        <w:br/>
      </w:r>
      <w:r>
        <w:rPr>
          <w:sz w:val="20"/>
        </w:rPr>
        <w:t>4:26  best formula hai "wait and see".</w:t>
      </w:r>
      <w:r>
        <w:br/>
      </w:r>
      <w:r>
        <w:rPr>
          <w:sz w:val="20"/>
        </w:rPr>
        <w:t>4:31  aaj jo hum problem ko face kar rahe hain to aksar hum kya hota hai, frustration mein pad jaate hain,</w:t>
      </w:r>
      <w:r>
        <w:br/>
      </w:r>
      <w:r>
        <w:rPr>
          <w:sz w:val="20"/>
        </w:rPr>
        <w:t>4:44  mayoos ho jaate hain.</w:t>
      </w:r>
      <w:r>
        <w:br/>
      </w:r>
      <w:r>
        <w:rPr>
          <w:sz w:val="20"/>
        </w:rPr>
        <w:t>4:49  halanke future batata hai ke woh mayoosi hamari sahi nahi thi.</w:t>
      </w:r>
      <w:r>
        <w:br/>
      </w:r>
      <w:r>
        <w:rPr>
          <w:sz w:val="20"/>
        </w:rPr>
        <w:t>4:57  to best formula zindagi ke liye yahi hai ke "wait and see". "wait, wait, wait, and there must be a better tomorrow".</w:t>
      </w:r>
      <w:r>
        <w:br/>
      </w:r>
      <w:r>
        <w:rPr>
          <w:sz w:val="20"/>
        </w:rPr>
        <w:t>5:10  main samajhta hoon ke yeh formula sab par apply hota hai. jitne log problem mein uljhe hue hain, ladaai jhagda kar rahe hain, to kya hai?</w:t>
      </w:r>
      <w:r>
        <w:br/>
      </w:r>
      <w:r>
        <w:rPr>
          <w:sz w:val="20"/>
        </w:rPr>
        <w:t>5:24  yeh formula nahi apnaya inhone.</w:t>
      </w:r>
      <w:r>
        <w:br/>
      </w:r>
      <w:r>
        <w:rPr>
          <w:sz w:val="20"/>
        </w:rPr>
        <w:t>5:27  is formule ko apnaya nahi aur lad gaye. yaani wait nahi kar sake. yeh "wait, wait, wait and see" kya hai?</w:t>
      </w:r>
      <w:r>
        <w:br/>
      </w:r>
      <w:r>
        <w:rPr>
          <w:sz w:val="20"/>
        </w:rPr>
        <w:t>5:37  yeh wahi hai jis ko quran mein sabr kaha gaya hai. sabr kya hai? sabr maani hote hain patience, bardasht, tahammul.</w:t>
      </w:r>
      <w:r>
        <w:br/>
      </w:r>
      <w:r>
        <w:rPr>
          <w:sz w:val="20"/>
        </w:rPr>
        <w:t>5:46  to wahi kiya hai? wahi to hai. sabr ka matlab hai "wait and see" ki policy.</w:t>
      </w:r>
      <w:r>
        <w:br/>
      </w:r>
      <w:r>
        <w:rPr>
          <w:sz w:val="20"/>
        </w:rPr>
        <w:t>5:55  hadees mein aata hai ke "ilmun nasr ma'as sabr". jaan lo ke kamyabi sabr ke saath juri hui hai.</w:t>
      </w:r>
      <w:r>
        <w:br/>
      </w:r>
      <w:r>
        <w:rPr>
          <w:sz w:val="20"/>
        </w:rPr>
        <w:t>6:06  to saare quran aur hadees mein sabr ko bohat zyada highlight kiya gaya hai.</w:t>
      </w:r>
      <w:r>
        <w:br/>
      </w:r>
      <w:r>
        <w:rPr>
          <w:sz w:val="20"/>
        </w:rPr>
        <w:t>6:14  hadees mein hai ke "ilmun nasr ma'as sabr". quran mein hai ke "innama yuwaffa sabiroona ajrahum bi ghairi hisab".</w:t>
      </w:r>
      <w:r>
        <w:br/>
      </w:r>
      <w:r>
        <w:rPr>
          <w:sz w:val="20"/>
        </w:rPr>
        <w:t>6:24  to sabr ko quran o hadees mein bohat zyada highlight kiya gaya hai.</w:t>
      </w:r>
      <w:r>
        <w:br/>
      </w:r>
      <w:r>
        <w:rPr>
          <w:sz w:val="20"/>
        </w:rPr>
        <w:t>6:32  to log sabr ko samajhte hain ke koi bozdi hai, passivity hai, cowardice hai. nahi, woh law of nature hai.</w:t>
      </w:r>
      <w:r>
        <w:br/>
      </w:r>
      <w:r>
        <w:rPr>
          <w:sz w:val="20"/>
        </w:rPr>
        <w:t>6:46  darakht bhi sabr karta hai. darakht ne thand hone par sabr kiya. bohat dinon tak woh lakdi ki tarah sookha pada raha.</w:t>
      </w:r>
      <w:r>
        <w:br/>
      </w:r>
      <w:r>
        <w:rPr>
          <w:sz w:val="20"/>
        </w:rPr>
        <w:t>6:56  phir waqt aaya ke woh hara bhara ho gaya. "that was, that was so</w:t>
      </w:r>
      <w:r>
        <w:br/>
      </w:r>
      <w:r>
        <w:rPr>
          <w:sz w:val="20"/>
        </w:rPr>
        <w:t>7:03  a policy of sabr". to sabr ka matlab hai "wait and see" ki policy apnana.</w:t>
      </w:r>
    </w:p>
    <w:p>
      <w:pPr>
        <w:pStyle w:val="Heading2"/>
      </w:pPr>
      <w:r>
        <w:t>Prophet Yunus, the fish, and never losing hope</w:t>
      </w:r>
    </w:p>
    <w:p>
      <w:r>
        <w:rPr>
          <w:color w:val="666666"/>
          <w:sz w:val="18"/>
        </w:rPr>
        <w:t>A Brief Survey of Islamic History (Eng) February 15, 2007 · 5m 04s · at 15:44 · https://youtu.be/MdRtdA99UlA?t=944</w:t>
      </w:r>
    </w:p>
    <w:p>
      <w:r>
        <w:rPr>
          <w:i/>
        </w:rPr>
        <w:t>“Yunus was sent to Nineveh, a city in present Iraq.”</w:t>
      </w:r>
    </w:p>
    <w:p>
      <w:r>
        <w:rPr>
          <w:sz w:val="20"/>
        </w:rPr>
        <w:t>15:44  You know Yunus was sent to Nineveh. Nineveh was a city in in the present Iraq</w:t>
      </w:r>
      <w:r>
        <w:br/>
      </w:r>
      <w:r>
        <w:rPr>
          <w:sz w:val="20"/>
        </w:rPr>
        <w:t>15:57  . So, Yunus was sent as a prophet to those people who were living in Nineveh.</w:t>
      </w:r>
      <w:r>
        <w:br/>
      </w:r>
      <w:r>
        <w:rPr>
          <w:sz w:val="20"/>
        </w:rPr>
        <w:t>16:09  Then what happened?</w:t>
      </w:r>
      <w:r>
        <w:br/>
      </w:r>
      <w:r>
        <w:rPr>
          <w:sz w:val="20"/>
        </w:rPr>
        <w:t>16:12  Prophet Yunus gave the message of God.</w:t>
      </w:r>
      <w:r>
        <w:br/>
      </w:r>
      <w:r>
        <w:rPr>
          <w:sz w:val="20"/>
        </w:rPr>
        <w:t>16:23  And but after some time, he decided that they are not giving a positive response.</w:t>
      </w:r>
      <w:r>
        <w:br/>
      </w:r>
      <w:r>
        <w:rPr>
          <w:sz w:val="20"/>
        </w:rPr>
        <w:t>16:35  So, he became</w:t>
      </w:r>
      <w:r>
        <w:br/>
      </w:r>
      <w:r>
        <w:rPr>
          <w:sz w:val="20"/>
        </w:rPr>
        <w:t>16:39  disappointed.</w:t>
      </w:r>
      <w:r>
        <w:br/>
      </w:r>
      <w:r>
        <w:rPr>
          <w:sz w:val="20"/>
        </w:rPr>
        <w:t>16:44  So, due to this disappointment, he left Nineveh and wanted to go somewhere else.</w:t>
      </w:r>
      <w:r>
        <w:br/>
      </w:r>
      <w:r>
        <w:rPr>
          <w:sz w:val="20"/>
        </w:rPr>
        <w:t>16:58  But what happened?</w:t>
      </w:r>
      <w:r>
        <w:br/>
      </w:r>
      <w:r>
        <w:rPr>
          <w:sz w:val="20"/>
        </w:rPr>
        <w:t>17:01  When he reached the coast of the sea and boarded a boat—so, during the travel in the sea, there was a storm.</w:t>
      </w:r>
      <w:r>
        <w:br/>
      </w:r>
      <w:r>
        <w:rPr>
          <w:sz w:val="20"/>
        </w:rPr>
        <w:t>17:18  So, according to the ancient tradition, people wanted to throw someone</w:t>
      </w:r>
      <w:r>
        <w:br/>
      </w:r>
      <w:r>
        <w:rPr>
          <w:sz w:val="20"/>
        </w:rPr>
        <w:t>17:34  only to make the boat lighter.</w:t>
      </w:r>
      <w:r>
        <w:br/>
      </w:r>
      <w:r>
        <w:rPr>
          <w:sz w:val="20"/>
        </w:rPr>
        <w:t>17:39  So, they decided to throw Yunus. And Yunus was thrown into the sea.</w:t>
      </w:r>
      <w:r>
        <w:br/>
      </w:r>
      <w:r>
        <w:rPr>
          <w:sz w:val="20"/>
        </w:rPr>
        <w:t>17:50  Then what happened?</w:t>
      </w:r>
      <w:r>
        <w:br/>
      </w:r>
      <w:r>
        <w:rPr>
          <w:sz w:val="20"/>
        </w:rPr>
        <w:t>17:53  According to the Qur'an and also according to the Bible, some big fish swallowed him.</w:t>
      </w:r>
      <w:r>
        <w:br/>
      </w:r>
      <w:r>
        <w:rPr>
          <w:sz w:val="20"/>
        </w:rPr>
        <w:t>18:04  And he compelled to live in the stomach of that fish, perhaps up to forty days.</w:t>
      </w:r>
      <w:r>
        <w:br/>
      </w:r>
      <w:r>
        <w:rPr>
          <w:sz w:val="20"/>
        </w:rPr>
        <w:t>18:17  Then he,</w:t>
      </w:r>
      <w:r>
        <w:br/>
      </w:r>
      <w:r>
        <w:rPr>
          <w:sz w:val="20"/>
        </w:rPr>
        <w:t>18:27  after introspection, found that he was guilty. So, he was repentant.</w:t>
      </w:r>
      <w:r>
        <w:br/>
      </w:r>
      <w:r>
        <w:rPr>
          <w:sz w:val="20"/>
        </w:rPr>
        <w:t>18:37  After this repentance, God accepted his tawbah or repentance. And that fish again threw him on the coast.</w:t>
      </w:r>
      <w:r>
        <w:br/>
      </w:r>
      <w:r>
        <w:rPr>
          <w:sz w:val="20"/>
        </w:rPr>
        <w:t>18:52  So, then</w:t>
      </w:r>
      <w:r>
        <w:br/>
      </w:r>
      <w:r>
        <w:rPr>
          <w:sz w:val="20"/>
        </w:rPr>
        <w:t>18:56  an angel came to him and said that you were guilty.</w:t>
      </w:r>
      <w:r>
        <w:br/>
      </w:r>
      <w:r>
        <w:rPr>
          <w:sz w:val="20"/>
        </w:rPr>
        <w:t>19:05  You left</w:t>
      </w:r>
      <w:r>
        <w:br/>
      </w:r>
      <w:r>
        <w:rPr>
          <w:sz w:val="20"/>
        </w:rPr>
        <w:t>19:11  Nineveh without completing your da'wah work. So, you must go to Nineveh again.</w:t>
      </w:r>
      <w:r>
        <w:br/>
      </w:r>
      <w:r>
        <w:rPr>
          <w:sz w:val="20"/>
        </w:rPr>
        <w:t>19:21  He again visited Nineveh. And again, he was engaged in da'wah work.</w:t>
      </w:r>
      <w:r>
        <w:br/>
      </w:r>
      <w:r>
        <w:rPr>
          <w:sz w:val="20"/>
        </w:rPr>
        <w:t>19:32  And all the Nineveh people accepted Islam. So, this example is very important.</w:t>
      </w:r>
      <w:r>
        <w:br/>
      </w:r>
      <w:r>
        <w:rPr>
          <w:sz w:val="20"/>
        </w:rPr>
        <w:t>19:42  Very, very important.</w:t>
      </w:r>
      <w:r>
        <w:br/>
      </w:r>
      <w:r>
        <w:rPr>
          <w:sz w:val="20"/>
        </w:rPr>
        <w:t>19:44  This example tells us—this example tells us that we are not allowed to go in frustration, in disappointment.</w:t>
      </w:r>
      <w:r>
        <w:br/>
      </w:r>
      <w:r>
        <w:rPr>
          <w:sz w:val="20"/>
        </w:rPr>
        <w:t>19:59  Da'wah work is a continuous work. There is no end of da'wah work.</w:t>
      </w:r>
      <w:r>
        <w:br/>
      </w:r>
      <w:r>
        <w:rPr>
          <w:sz w:val="20"/>
        </w:rPr>
        <w:t>20:05  We have to do da'wah work continuously. And we must be hopeful.</w:t>
      </w:r>
      <w:r>
        <w:br/>
      </w:r>
      <w:r>
        <w:rPr>
          <w:sz w:val="20"/>
        </w:rPr>
        <w:t>20:20  And we have to hope that after some time—maybe after some months or after some years—they will accept your message.</w:t>
      </w:r>
      <w:r>
        <w:br/>
      </w:r>
      <w:r>
        <w:rPr>
          <w:sz w:val="20"/>
        </w:rPr>
        <w:t>20:33  So, there is a great lesson in the life of Prophet Yunus. That is, we have to—that da'wahi must be hopeful for every time.</w:t>
      </w:r>
    </w:p>
    <w:p>
      <w:pPr>
        <w:pStyle w:val="Heading2"/>
      </w:pPr>
      <w:r>
        <w:t>Reading Quran in any language and its preservation</w:t>
      </w:r>
    </w:p>
    <w:p>
      <w:r>
        <w:rPr>
          <w:color w:val="666666"/>
          <w:sz w:val="18"/>
        </w:rPr>
        <w:t>Ramazan Month of Study of the Quran April 30, 2020 Maulana Wahiduddin Khan · 4m 09s · at 11:56 · https://youtu.be/AUSxxGBJHCk?t=716</w:t>
      </w:r>
    </w:p>
    <w:p>
      <w:r>
        <w:rPr>
          <w:i/>
        </w:rPr>
        <w:t>“Dekhiye, jis tarah bhi aap Quran ko parhein, wo sahi hai”</w:t>
      </w:r>
    </w:p>
    <w:p>
      <w:r>
        <w:rPr>
          <w:sz w:val="20"/>
        </w:rPr>
        <w:t>11:56  dekhiye, jis tarah bhi aap quran ko parhein, woh sahi hai.</w:t>
      </w:r>
      <w:r>
        <w:br/>
      </w:r>
      <w:r>
        <w:rPr>
          <w:sz w:val="20"/>
        </w:rPr>
        <w:t>12:09  jis tarah bhi parhein,</w:t>
      </w:r>
      <w:r>
        <w:br/>
      </w:r>
      <w:r>
        <w:rPr>
          <w:sz w:val="20"/>
        </w:rPr>
        <w:t>12:13  bashart ke is mein koi milawat na ki gayi ho.</w:t>
      </w:r>
      <w:r>
        <w:br/>
      </w:r>
      <w:r>
        <w:rPr>
          <w:sz w:val="20"/>
        </w:rPr>
        <w:t>12:20  chahe woh arabi mein parhein aap, chahe kisi aur zaban mein, agar is mein koi milawat nahi ki gayi hai to woh parhna sahi hai.</w:t>
      </w:r>
      <w:r>
        <w:br/>
      </w:r>
      <w:r>
        <w:rPr>
          <w:sz w:val="20"/>
        </w:rPr>
        <w:t>12:36  ya aap mutala karein to bohat aasani se aap jaan sakte hain ke kaun sa quran hai jis mein koi milawat ki gayi hai.</w:t>
      </w:r>
      <w:r>
        <w:br/>
      </w:r>
      <w:r>
        <w:rPr>
          <w:sz w:val="20"/>
        </w:rPr>
        <w:t>12:49  mere khayal se</w:t>
      </w:r>
      <w:r>
        <w:br/>
      </w:r>
      <w:r>
        <w:rPr>
          <w:sz w:val="20"/>
        </w:rPr>
        <w:t>12:55  umat jo hai, umat muslima jo hai, is mamle mein intehai zyada hassas hai, intehai zyada hassas hai ke agar koi zara bhi farq kar diya jaye to log</w:t>
      </w:r>
      <w:r>
        <w:br/>
      </w:r>
      <w:r>
        <w:rPr>
          <w:sz w:val="20"/>
        </w:rPr>
        <w:t>13:14  us ke khilaf</w:t>
      </w:r>
      <w:r>
        <w:br/>
      </w:r>
      <w:r>
        <w:rPr>
          <w:sz w:val="20"/>
        </w:rPr>
        <w:t>13:18  shor karte hain aur us ko accept nahi karte.</w:t>
      </w:r>
      <w:r>
        <w:br/>
      </w:r>
      <w:r>
        <w:rPr>
          <w:sz w:val="20"/>
        </w:rPr>
        <w:t>13:32  yeh bohat zyada umat, umat bohat zyada hassas hai is mamle mein, aur yeh hassasiyat, yeh hassasiyat jo hai, is ki wajah se quran mehfooz hai.</w:t>
      </w:r>
      <w:r>
        <w:br/>
      </w:r>
      <w:r>
        <w:rPr>
          <w:sz w:val="20"/>
        </w:rPr>
        <w:t>13:51  quran mehfooz hai.</w:t>
      </w:r>
      <w:r>
        <w:br/>
      </w:r>
      <w:r>
        <w:rPr>
          <w:sz w:val="20"/>
        </w:rPr>
        <w:t>13:59  log bohat zyada hassas hain ke koi zara bhi koi</w:t>
      </w:r>
      <w:r>
        <w:br/>
      </w:r>
      <w:r>
        <w:rPr>
          <w:sz w:val="20"/>
        </w:rPr>
        <w:t>14:07  kisi qism ka change quran mein koi na kar paye.</w:t>
      </w:r>
      <w:r>
        <w:br/>
      </w:r>
      <w:r>
        <w:rPr>
          <w:sz w:val="20"/>
        </w:rPr>
        <w:t>14:24  is par bohat kuch likha gaya hai, aap tafseel mein parhna chahein to parh sakte hain.</w:t>
      </w:r>
      <w:r>
        <w:br/>
      </w:r>
      <w:r>
        <w:rPr>
          <w:sz w:val="20"/>
        </w:rPr>
        <w:t>14:44  quran ke jo tarjume hain, tafaseer hain, is mein koi is ke mamle mein umat zyada hassas hai ke koi milawat</w:t>
      </w:r>
      <w:r>
        <w:br/>
      </w:r>
      <w:r>
        <w:rPr>
          <w:sz w:val="20"/>
        </w:rPr>
        <w:t>15:01  koi kar nahi pata. koi milawat agar karta hai to umat intehai zyada is ke khilaf</w:t>
      </w:r>
      <w:r>
        <w:br/>
      </w:r>
      <w:r>
        <w:rPr>
          <w:sz w:val="20"/>
        </w:rPr>
        <w:t>15:14  ehsas karti hai ke woh nakam ho jata hai.</w:t>
      </w:r>
      <w:r>
        <w:br/>
      </w:r>
      <w:r>
        <w:rPr>
          <w:sz w:val="20"/>
        </w:rPr>
        <w:t>15:22  is liye aam taur par aik currency hoga ke aap ko jo tarjuma ya jo tafseer available ho, us ko aap istemal kar sakte hain,</w:t>
      </w:r>
      <w:r>
        <w:br/>
      </w:r>
      <w:r>
        <w:rPr>
          <w:sz w:val="20"/>
        </w:rPr>
        <w:t>15:38  kyun ke kisi</w:t>
      </w:r>
      <w:r>
        <w:br/>
      </w:r>
      <w:r>
        <w:rPr>
          <w:sz w:val="20"/>
        </w:rPr>
        <w:t>15:40  tarjuma ya tafseer mein koi</w:t>
      </w:r>
      <w:r>
        <w:br/>
      </w:r>
      <w:r>
        <w:rPr>
          <w:sz w:val="20"/>
        </w:rPr>
        <w:t>15:47  haqeeqi maano mein koi ghalti amalan inshallah shamil nahi hogi.</w:t>
      </w:r>
    </w:p>
    <w:p>
      <w:pPr>
        <w:pStyle w:val="Heading2"/>
      </w:pPr>
      <w:r>
        <w:t>Billionaire's despair and Billy Graham</w:t>
      </w:r>
    </w:p>
    <w:p>
      <w:r>
        <w:rPr>
          <w:color w:val="666666"/>
          <w:sz w:val="18"/>
        </w:rPr>
        <w:t>The Belief System of Islam August 01, 2007 · 2m 01s · at 36:07 · https://youtu.be/5pdnwRaPfmY?t=2167</w:t>
      </w:r>
    </w:p>
    <w:p>
      <w:r>
        <w:rPr>
          <w:i/>
        </w:rPr>
        <w:t>“No king, no wealthy people, no one was able to achieve success.”</w:t>
      </w:r>
    </w:p>
    <w:p>
      <w:r>
        <w:rPr>
          <w:sz w:val="20"/>
        </w:rPr>
        <w:t>36:07  No king, no wealthy people, no one was able to achieve success.</w:t>
      </w:r>
      <w:r>
        <w:br/>
      </w:r>
      <w:r>
        <w:rPr>
          <w:sz w:val="20"/>
        </w:rPr>
        <w:t>36:20  Everyone is doomed to die in failure with frustration. So we want eternity, and we failed to achieve eternity.</w:t>
      </w:r>
      <w:r>
        <w:br/>
      </w:r>
      <w:r>
        <w:rPr>
          <w:sz w:val="20"/>
        </w:rPr>
        <w:t>36:35  We want justice, and we failed to achieve justice in this world. We want happiness, but everyone failed to achieve happiness.</w:t>
      </w:r>
      <w:r>
        <w:br/>
      </w:r>
      <w:r>
        <w:rPr>
          <w:sz w:val="20"/>
        </w:rPr>
        <w:t>36:52  So why this state of affairs? Why this state of affairs?</w:t>
      </w:r>
      <w:r>
        <w:br/>
      </w:r>
      <w:r>
        <w:rPr>
          <w:sz w:val="20"/>
        </w:rPr>
        <w:t>37:05  Why is everyone</w:t>
      </w:r>
      <w:r>
        <w:br/>
      </w:r>
      <w:r>
        <w:rPr>
          <w:sz w:val="20"/>
        </w:rPr>
        <w:t>37:11  in despair</w:t>
      </w:r>
      <w:r>
        <w:br/>
      </w:r>
      <w:r>
        <w:rPr>
          <w:sz w:val="20"/>
        </w:rPr>
        <w:t>37:12  ? Everyone</w:t>
      </w:r>
      <w:r>
        <w:br/>
      </w:r>
      <w:r>
        <w:rPr>
          <w:sz w:val="20"/>
        </w:rPr>
        <w:t>37:17  is compelled to live in despair.</w:t>
      </w:r>
      <w:r>
        <w:br/>
      </w:r>
      <w:r>
        <w:rPr>
          <w:sz w:val="20"/>
        </w:rPr>
        <w:t>37:23  You know, an American, there is a well-known missionary in America, Billy Graham</w:t>
      </w:r>
      <w:r>
        <w:br/>
      </w:r>
      <w:r>
        <w:rPr>
          <w:sz w:val="20"/>
        </w:rPr>
        <w:t>37:33  . He says in one of his speeches that once I received a message from a richest person in America.</w:t>
      </w:r>
      <w:r>
        <w:br/>
      </w:r>
      <w:r>
        <w:rPr>
          <w:sz w:val="20"/>
        </w:rPr>
        <w:t>37:43  He was a wealthy person, so he sent anurgent message.</w:t>
      </w:r>
      <w:r>
        <w:br/>
      </w:r>
      <w:r>
        <w:rPr>
          <w:sz w:val="20"/>
        </w:rPr>
        <w:t>37:55  So I abandoned my programs, and I hurriedly went to his town</w:t>
      </w:r>
      <w:r>
        <w:br/>
      </w:r>
      <w:r>
        <w:rPr>
          <w:sz w:val="20"/>
        </w:rPr>
        <w:t>38:05  . But when I</w:t>
      </w:r>
    </w:p>
    <w:p>
      <w:pPr>
        <w:pStyle w:val="Heading2"/>
      </w:pPr>
      <w:r>
        <w:t>Rich 'super achievers' are really just money achievers</w:t>
      </w:r>
    </w:p>
    <w:p>
      <w:r>
        <w:rPr>
          <w:color w:val="666666"/>
          <w:sz w:val="18"/>
        </w:rPr>
        <w:t>History 0f Thoughts November 12, 2006 · 1m 18s · at 39:30 · https://youtu.be/BvzmJxA0j7c?t=2370</w:t>
      </w:r>
    </w:p>
    <w:p>
      <w:r>
        <w:rPr>
          <w:i/>
        </w:rPr>
        <w:t>“Jinhe log super achiever kehte hain woh super loser hain”</w:t>
      </w:r>
    </w:p>
    <w:p>
      <w:r>
        <w:rPr>
          <w:sz w:val="20"/>
        </w:rPr>
        <w:t>39:30  jaise</w:t>
      </w:r>
      <w:r>
        <w:br/>
      </w:r>
      <w:r>
        <w:rPr>
          <w:sz w:val="20"/>
        </w:rPr>
        <w:t>39:33  bohat se log hain jin ko kaha jata hai super achiever. yeh baat bohat suna hoga aap ne. super achievers. bohat si kitabein chhapi hain super achievers par.</w:t>
      </w:r>
      <w:r>
        <w:br/>
      </w:r>
      <w:r>
        <w:rPr>
          <w:sz w:val="20"/>
        </w:rPr>
        <w:t>39:45  aur mein kahunga woh super loser hain woh. yeh galat naami naam hai. yeh in logon ko super achiever kehna yeh galat naami naam hai.</w:t>
      </w:r>
      <w:r>
        <w:br/>
      </w:r>
      <w:r>
        <w:rPr>
          <w:sz w:val="20"/>
        </w:rPr>
        <w:t>39:55  kyunki agar aap zyada gehrai ke sath dekhiye toh woh super loser hote hain woh log.</w:t>
      </w:r>
      <w:r>
        <w:br/>
      </w:r>
      <w:r>
        <w:rPr>
          <w:sz w:val="20"/>
        </w:rPr>
        <w:t>40:00  kyun? aap kyun in ko super achiever kehte hain? kamyabi toh ek bohat bara shabd hai. woh jis cheez ko paate hain woh kya hai woh toh paisa hai.</w:t>
      </w:r>
      <w:r>
        <w:br/>
      </w:r>
      <w:r>
        <w:rPr>
          <w:sz w:val="20"/>
        </w:rPr>
        <w:t>40:14  woh toh paisa hai.</w:t>
      </w:r>
      <w:r>
        <w:br/>
      </w:r>
      <w:r>
        <w:rPr>
          <w:sz w:val="20"/>
        </w:rPr>
        <w:t>40:18  woh kamyabi kahan hota hai woh? agar woh kamyabi hota to kyun aisa ho ke jitne bhi super achiever hain one to all sab mayusi mein marte hain.</w:t>
      </w:r>
      <w:r>
        <w:br/>
      </w:r>
      <w:r>
        <w:rPr>
          <w:sz w:val="20"/>
        </w:rPr>
        <w:t>40:28  mayusi mein.</w:t>
      </w:r>
      <w:r>
        <w:br/>
      </w:r>
      <w:r>
        <w:rPr>
          <w:sz w:val="20"/>
        </w:rPr>
        <w:t>40:29  aap kisi ko bhi dekh lijie. to kaise super achiever hain woh?</w:t>
      </w:r>
      <w:r>
        <w:br/>
      </w:r>
      <w:r>
        <w:rPr>
          <w:sz w:val="20"/>
        </w:rPr>
        <w:t>40:38  kaise super achiever hain woh? yeh sab ke sab sahi baat hai ke paisa kamyab hain. They are money achievers rather than super achievers.</w:t>
      </w:r>
    </w:p>
    <w:p>
      <w:pPr>
        <w:pStyle w:val="Heading2"/>
      </w:pPr>
      <w:r>
        <w:t>Discovering your own helplessness every single moment</w:t>
      </w:r>
    </w:p>
    <w:p>
      <w:r>
        <w:rPr>
          <w:color w:val="666666"/>
          <w:sz w:val="18"/>
        </w:rPr>
        <w:t>Hadith-e-Jibril, April 21, 2013 · 2m 10s · at 1:24:51 · https://youtu.be/0rF6Ou0pDog?t=5091</w:t>
      </w:r>
    </w:p>
    <w:p>
      <w:r>
        <w:rPr>
          <w:i/>
        </w:rPr>
        <w:t>“as a fact انسان helpless ہی ہے”</w:t>
      </w:r>
    </w:p>
    <w:p>
      <w:r>
        <w:rPr>
          <w:sz w:val="20"/>
        </w:rPr>
        <w:t>1:24:51  How can we achieve such helplessness? dekhiye as a fact insan helpless hi hai.</w:t>
      </w:r>
      <w:r>
        <w:br/>
      </w:r>
      <w:r>
        <w:rPr>
          <w:sz w:val="20"/>
        </w:rPr>
        <w:t>1:25:02  mein to har waqt apne helplessness ko daryaft karta hoon. har waqt. mislan agar farz kijiye ke mein aik glass uthaoon. is par aap jante hain aik cover hai.</w:t>
      </w:r>
      <w:r>
        <w:br/>
      </w:r>
      <w:r>
        <w:rPr>
          <w:sz w:val="20"/>
        </w:rPr>
        <w:t>1:25:13  cover uthaoon to yeh slip kar ke gir jayega kabhi. aisa hota hai. chamcha gir jayega. yani rozana aise waqiat hote hain jis mein aap apni helplessness ko daryaft karein.</w:t>
      </w:r>
      <w:r>
        <w:br/>
      </w:r>
      <w:r>
        <w:rPr>
          <w:sz w:val="20"/>
        </w:rPr>
        <w:t>1:25:25  helplessness ko. to yeh to aik waqia hai.</w:t>
      </w:r>
      <w:r>
        <w:br/>
      </w:r>
      <w:r>
        <w:rPr>
          <w:sz w:val="20"/>
        </w:rPr>
        <w:t>1:25:30  mein to roz sochta hoon ke maine khana khaya. agar digestive system mera kaam na kare to khana bekar hai.</w:t>
      </w:r>
      <w:r>
        <w:br/>
      </w:r>
      <w:r>
        <w:rPr>
          <w:sz w:val="20"/>
        </w:rPr>
        <w:t>1:25:41  agar suraj na ho to meri aankh bekar hai. mein suraj ke baghair aankh se dekh nahin sakta hoon mein. agar oxygen ke supply ka nizam Khuda ki taraf se na ho to mein kya karunga?</w:t>
      </w:r>
      <w:r>
        <w:br/>
      </w:r>
      <w:r>
        <w:rPr>
          <w:sz w:val="20"/>
        </w:rPr>
        <w:t>1:25:51  mar jaunga mein. kyunke mein saans lunga aur oxygen nahi milega mujhe.</w:t>
      </w:r>
      <w:r>
        <w:br/>
      </w:r>
      <w:r>
        <w:rPr>
          <w:sz w:val="20"/>
        </w:rPr>
        <w:t>1:25:57  to koi bhi cheez aisi nahi hai jismein aap ko helplessness ka tajurba na ho. mein bolta hoon, yeh bhi sochta hoon ke abhi mein speechless ho sakta hoon.</w:t>
      </w:r>
      <w:r>
        <w:br/>
      </w:r>
      <w:r>
        <w:rPr>
          <w:sz w:val="20"/>
        </w:rPr>
        <w:t>1:26:07  yaani zabaan se dimagh ka rishta kat jaye to mein helpless hoon. to yeh ismein yaani awakening ki baat hai.</w:t>
      </w:r>
      <w:r>
        <w:br/>
      </w:r>
      <w:r>
        <w:rPr>
          <w:sz w:val="20"/>
        </w:rPr>
        <w:t>1:26:18  yaani awakened mind jo hai, agar ho kisi ke andar awakened mind to har lamha woh apne helplessness ko daryaft karega.</w:t>
      </w:r>
      <w:r>
        <w:br/>
      </w:r>
      <w:r>
        <w:rPr>
          <w:sz w:val="20"/>
        </w:rPr>
        <w:t>1:26:28  agar awakened mind hai. so sara maamla is par depend karta hai ke aadmi ke andar awakened mind paida hua ke nahi hua.</w:t>
      </w:r>
      <w:r>
        <w:br/>
      </w:r>
      <w:r>
        <w:rPr>
          <w:sz w:val="20"/>
        </w:rPr>
        <w:t>1:26:37  to is ke andar intellectual development hua hai ke nahi hua hai.</w:t>
      </w:r>
      <w:r>
        <w:br/>
      </w:r>
      <w:r>
        <w:rPr>
          <w:sz w:val="20"/>
        </w:rPr>
        <w:t>1:26:42  agar hua hai to insaan ka har har second, har lamha batata hai ke mein helpless hoon.</w:t>
      </w:r>
      <w:r>
        <w:br/>
      </w:r>
      <w:r>
        <w:rPr>
          <w:sz w:val="20"/>
        </w:rPr>
        <w:t>1:26:51  mein helpless hoon. mera to tajurba bhi yahi hai zindagi ke bare mein.</w:t>
      </w:r>
    </w:p>
    <w:p>
      <w:pPr>
        <w:pStyle w:val="Heading2"/>
      </w:pPr>
      <w:r>
        <w:t>Worship is the result of true recognition of God</w:t>
      </w:r>
    </w:p>
    <w:p>
      <w:r>
        <w:rPr>
          <w:color w:val="666666"/>
          <w:sz w:val="18"/>
        </w:rPr>
        <w:t>Realization of God November 26, 2024 · 31s · at 7:38 · https://youtu.be/AG1gtOdLvGs?t=458</w:t>
      </w:r>
    </w:p>
    <w:p>
      <w:r>
        <w:rPr>
          <w:i/>
        </w:rPr>
        <w:t>“Asal mein ibadat nateeja hai marifat ka.”</w:t>
      </w:r>
    </w:p>
    <w:p>
      <w:r>
        <w:rPr>
          <w:sz w:val="20"/>
        </w:rPr>
        <w:t>7:38  Dekhiye, yahan Quran mein ibaadat ka lafz hai aur Ibn Abbas ne jo hai na, maarfat ka lafz istemal kiya. Asal mein ibaadat nateeja hai maarfat ka.</w:t>
      </w:r>
      <w:r>
        <w:br/>
      </w:r>
      <w:r>
        <w:rPr>
          <w:sz w:val="20"/>
        </w:rPr>
        <w:t>7:52  Jab ek insaan ko sachche ma'ano mein Allah ki daryaft hoti hai, Allah ki sachi pehchan hasil hoti hai to us ke nateeje ke taur par insaan ke andar apni aajizi ka ehsas hota hai.</w:t>
      </w:r>
      <w:r>
        <w:br/>
      </w:r>
      <w:r>
        <w:rPr>
          <w:sz w:val="20"/>
        </w:rPr>
        <w:t>8:05  Yeh ehsas hota hai ke main kuch nahi hoon, meri koi hesiyat nahi hai.</w:t>
      </w:r>
    </w:p>
    <w:p>
      <w:pPr>
        <w:pStyle w:val="Heading2"/>
      </w:pPr>
      <w:r>
        <w:t>Suicide is haram due to pessimism</w:t>
      </w:r>
    </w:p>
    <w:p>
      <w:r>
        <w:rPr>
          <w:color w:val="666666"/>
          <w:sz w:val="18"/>
        </w:rPr>
        <w:t>Islam and Peace (In Conversation with Maulana) · 1m 59s · at 16:18 · https://youtu.be/vFVw6wPt5lk?t=978</w:t>
      </w:r>
    </w:p>
    <w:p>
      <w:r>
        <w:rPr>
          <w:i/>
        </w:rPr>
        <w:t>“Punishment and reward depend on intention.”</w:t>
      </w:r>
    </w:p>
    <w:p>
      <w:r>
        <w:rPr>
          <w:sz w:val="20"/>
        </w:rPr>
        <w:t>16:18  The reason is that punishment and reward both depend on intention, not simply on deed.</w:t>
      </w:r>
      <w:r>
        <w:br/>
      </w:r>
      <w:r>
        <w:rPr>
          <w:sz w:val="20"/>
        </w:rPr>
        <w:t>16:29  So one who commits suicide, he shows bad intention because he showed that he became pessimist.</w:t>
      </w:r>
      <w:r>
        <w:br/>
      </w:r>
      <w:r>
        <w:rPr>
          <w:sz w:val="20"/>
        </w:rPr>
        <w:t>16:39  He became a frustrated person</w:t>
      </w:r>
      <w:r>
        <w:br/>
      </w:r>
      <w:r>
        <w:rPr>
          <w:sz w:val="20"/>
        </w:rPr>
        <w:t>16:45  . He lost the hope from God. So it is haram in Islam to be pessimist.</w:t>
      </w:r>
      <w:r>
        <w:br/>
      </w:r>
      <w:r>
        <w:rPr>
          <w:sz w:val="20"/>
        </w:rPr>
        <w:t>16:59  It is haram in Islam.</w:t>
      </w:r>
      <w:r>
        <w:br/>
      </w:r>
      <w:r>
        <w:rPr>
          <w:sz w:val="20"/>
        </w:rPr>
        <w:t>17:02  You are not allowed to be pessimist. You have to wait for God's blessing. If you are in trouble, if you are facing some problem,</w:t>
      </w:r>
      <w:r>
        <w:br/>
      </w:r>
      <w:r>
        <w:rPr>
          <w:sz w:val="20"/>
        </w:rPr>
        <w:t>17:16  you have to wait for you have to pray to God and wait.</w:t>
      </w:r>
      <w:r>
        <w:br/>
      </w:r>
      <w:r>
        <w:rPr>
          <w:sz w:val="20"/>
        </w:rPr>
        <w:t>17:28  It means that if you are facing some trouble, some problem, you have to pray to God and you have to wait for the solution.</w:t>
      </w:r>
      <w:r>
        <w:br/>
      </w:r>
      <w:r>
        <w:rPr>
          <w:sz w:val="20"/>
        </w:rPr>
        <w:t>17:42  God will help you.</w:t>
      </w:r>
      <w:r>
        <w:br/>
      </w:r>
      <w:r>
        <w:rPr>
          <w:sz w:val="20"/>
        </w:rPr>
        <w:t>17:46  So it is not allowed in Islam to commit suicide. It is haram. So one who commits suicide, he proved that he was a pessimist.</w:t>
      </w:r>
      <w:r>
        <w:br/>
      </w:r>
      <w:r>
        <w:rPr>
          <w:sz w:val="20"/>
        </w:rPr>
        <w:t>17:57  He was a disappointed person.</w:t>
      </w:r>
      <w:r>
        <w:br/>
      </w:r>
      <w:r>
        <w:rPr>
          <w:sz w:val="20"/>
        </w:rPr>
        <w:t>18:00  And disappointment is haram.</w:t>
      </w:r>
      <w:r>
        <w:br/>
      </w:r>
      <w:r>
        <w:rPr>
          <w:sz w:val="20"/>
        </w:rPr>
        <w:t>18:06  So the basic reason is disappointment. So Molana, is our destiny governed by God? Does He choose who is evil and who is bad?</w:t>
      </w:r>
    </w:p>
    <w:p>
      <w:pPr>
        <w:pStyle w:val="Heading2"/>
      </w:pPr>
      <w:r>
        <w:t>Muslim history writing focused on wars</w:t>
      </w:r>
    </w:p>
    <w:p>
      <w:r>
        <w:rPr>
          <w:color w:val="666666"/>
          <w:sz w:val="18"/>
        </w:rPr>
        <w:t>Present Day Muslims Jan 13, 2013 - Maulana Wahiduddin Khan · 5m 21s · at 18:00 · https://youtu.be/z5q4zuu7kKY?t=1080</w:t>
      </w:r>
    </w:p>
    <w:p>
      <w:r>
        <w:rPr>
          <w:i/>
        </w:rPr>
        <w:t>“Musalmanon ke andar jo tahreek ka kaam shuru hua”</w:t>
      </w:r>
    </w:p>
    <w:p>
      <w:r>
        <w:rPr>
          <w:sz w:val="20"/>
        </w:rPr>
        <w:t>18:00  Dekhiye, jo musalmanon ke andar jo yeh tehreek ka kaam shuru hua, yani tehreer o tadween ka, hadison ki tadween, tareekh ki tadween, lughat ki tadween, uloom Islami ki tadween, yeh kab shuru hua?</w:t>
      </w:r>
      <w:r>
        <w:br/>
      </w:r>
      <w:r>
        <w:rPr>
          <w:sz w:val="20"/>
        </w:rPr>
        <w:t>18:20  Abbasi daur mein.</w:t>
      </w:r>
      <w:r>
        <w:br/>
      </w:r>
      <w:r>
        <w:rPr>
          <w:sz w:val="20"/>
        </w:rPr>
        <w:t>18:22  Abbasi daur mein musalmanon ko zabardast dabdaba hasil tha. Yani Abbasi hukoomat aik saltanat thi.</w:t>
      </w:r>
      <w:r>
        <w:br/>
      </w:r>
      <w:r>
        <w:rPr>
          <w:sz w:val="20"/>
        </w:rPr>
        <w:t>18:34  Toh us zamanay mein jo kitabein likhi gayin woh sab siyasi taqat ko le kar likhi gayin.</w:t>
      </w:r>
      <w:r>
        <w:br/>
      </w:r>
      <w:r>
        <w:rPr>
          <w:sz w:val="20"/>
        </w:rPr>
        <w:t>18:45  sab kitaben. yani fateh ko aur jang ko in cheezon ko le kar likhi gayeen.</w:t>
      </w:r>
      <w:r>
        <w:br/>
      </w:r>
      <w:r>
        <w:rPr>
          <w:sz w:val="20"/>
        </w:rPr>
        <w:t>18:51  misal ke taur par dekhiye, seerat par jo kitab likhi thi ibn ishaq ne us ka naam tha maghazi. maghazi ibn ishaq.</w:t>
      </w:r>
      <w:r>
        <w:br/>
      </w:r>
      <w:r>
        <w:rPr>
          <w:sz w:val="20"/>
        </w:rPr>
        <w:t>19:00  maghazi mani laraiyan. rasool Allah sal Allah alaih wasallam ki seerat par kitab likhi jati hai, naam kya hota hai? maghazi.</w:t>
      </w:r>
      <w:r>
        <w:br/>
      </w:r>
      <w:r>
        <w:rPr>
          <w:sz w:val="20"/>
        </w:rPr>
        <w:t>19:10  yani ghazwat rasool.</w:t>
      </w:r>
      <w:r>
        <w:br/>
      </w:r>
      <w:r>
        <w:rPr>
          <w:sz w:val="20"/>
        </w:rPr>
        <w:t>19:17  is ke baad aap dekhiye jo baad ki kitaben likhi gayeen, misal ke taur par al waqidin ne kitab likhi futuh al sham. is ka naam rakha futuh al sham.</w:t>
      </w:r>
      <w:r>
        <w:br/>
      </w:r>
      <w:r>
        <w:rPr>
          <w:sz w:val="20"/>
        </w:rPr>
        <w:t>19:27  sham ki futuhat.</w:t>
      </w:r>
      <w:r>
        <w:br/>
      </w:r>
      <w:r>
        <w:rPr>
          <w:sz w:val="20"/>
        </w:rPr>
        <w:t>19:33  isi tarah dekhiye, al barazri ne kitab likhi al barazri. is ka naam rakha futuh al baldan. to ghazwat, maghazi, futuhat, jang yeh sab unwanat hua karte thay.</w:t>
      </w:r>
      <w:r>
        <w:br/>
      </w:r>
      <w:r>
        <w:rPr>
          <w:sz w:val="20"/>
        </w:rPr>
        <w:t>19:49  jin kitabon ke naam mein yeh alfaaz shamil nahi hain, masalan al bidaya wa al nihaya</w:t>
      </w:r>
      <w:r>
        <w:br/>
      </w:r>
      <w:r>
        <w:rPr>
          <w:sz w:val="20"/>
        </w:rPr>
        <w:t>19:57  aur ibn kathir ki aur ibn aseer ki al kamil fi al tarikh aur doosri kitaben, tarikh tabari, woh bhi goya ke unwan mein yeh alfaaz nahi hain lekin amalan woh bhi isi pattern par likhi gayeen.</w:t>
      </w:r>
      <w:r>
        <w:br/>
      </w:r>
      <w:r>
        <w:rPr>
          <w:sz w:val="20"/>
        </w:rPr>
        <w:t>20:15  to sari tarikh likhi gayi hai hamari woh futuhat ke pattern par. kyunke musalman futuhat kar rahe thay, hukumatain bana rahe thay, saltanaten qaim kar rahe thay, isi pattern par sari kitaben likhi gayeen.</w:t>
      </w:r>
      <w:r>
        <w:br/>
      </w:r>
      <w:r>
        <w:rPr>
          <w:sz w:val="20"/>
        </w:rPr>
        <w:t>20:31  to zahir hai ke yahi zehn bana musalmanon ka. hum fateh hain,</w:t>
      </w:r>
      <w:r>
        <w:br/>
      </w:r>
      <w:r>
        <w:rPr>
          <w:sz w:val="20"/>
        </w:rPr>
        <w:t>20:36  hum bare hain.</w:t>
      </w:r>
      <w:r>
        <w:br/>
      </w:r>
      <w:r>
        <w:rPr>
          <w:sz w:val="20"/>
        </w:rPr>
        <w:t>20:40  pehla shakhs jis ne is qism ki tarikh sazi par sawal qaim kiya woh tha abdul rahman ibn khaldun. us ki kitab aap parh sakte hain muqaddama ibn khaldun.</w:t>
      </w:r>
      <w:r>
        <w:br/>
      </w:r>
      <w:r>
        <w:rPr>
          <w:sz w:val="20"/>
        </w:rPr>
        <w:t>20:53  us ne tarikh bhi likhi hai. us ne kaha ke yeh andaaz tarikh ka sahi nahi hai</w:t>
      </w:r>
      <w:r>
        <w:br/>
      </w:r>
      <w:r>
        <w:rPr>
          <w:sz w:val="20"/>
        </w:rPr>
        <w:t>20:59  ke aap sirf siyasi waqiat ko record karte hain.</w:t>
      </w:r>
      <w:r>
        <w:br/>
      </w:r>
      <w:r>
        <w:rPr>
          <w:sz w:val="20"/>
        </w:rPr>
        <w:t>21:05  so society mein aur bhi doosre waqiat hote hain to un ki jamia recording honi chahiye.</w:t>
      </w:r>
      <w:r>
        <w:br/>
      </w:r>
      <w:r>
        <w:rPr>
          <w:sz w:val="20"/>
        </w:rPr>
        <w:t>21:15  to is se pehle doosre yani doosri qom bhi jo jo tareekhein likhi jati theen woh siyasi waqiat aur badshahon ke waqiat par mabni hoti theen.</w:t>
      </w:r>
      <w:r>
        <w:br/>
      </w:r>
      <w:r>
        <w:rPr>
          <w:sz w:val="20"/>
        </w:rPr>
        <w:t>21:29  to musalmanon mein jo hai woh jo pattern jari raha, jangain, futuhat, laraiyan, is pattern par tareekhein likhi gayeen.</w:t>
      </w:r>
      <w:r>
        <w:br/>
      </w:r>
      <w:r>
        <w:rPr>
          <w:sz w:val="20"/>
        </w:rPr>
        <w:t>21:40  to is ke upar sawal aap ne qaim kiya ke yeh tarikh nigari ka tareeqa sahi nahi hai. aur doosra jo</w:t>
      </w:r>
      <w:r>
        <w:br/>
      </w:r>
      <w:r>
        <w:rPr>
          <w:sz w:val="20"/>
        </w:rPr>
        <w:t>21:47  pehlu hai insani zindagi ke jo social pehlu hain us ko bhi shamil karna chahiye. lekin zehn to ban chuka tha.</w:t>
      </w:r>
      <w:r>
        <w:br/>
      </w:r>
      <w:r>
        <w:rPr>
          <w:sz w:val="20"/>
        </w:rPr>
        <w:t>22:00  zehn to ban chuka tha. ibn khaldun jo hai us ka zamana ghaliban dasveen sadi eesvi hai. to zehn to ban chuka tha.</w:t>
      </w:r>
      <w:r>
        <w:br/>
      </w:r>
      <w:r>
        <w:rPr>
          <w:sz w:val="20"/>
        </w:rPr>
        <w:t>22:10  woh baqi raha.</w:t>
      </w:r>
      <w:r>
        <w:br/>
      </w:r>
      <w:r>
        <w:rPr>
          <w:sz w:val="20"/>
        </w:rPr>
        <w:t>22:14  to poora jo literature likha gaya, poori jo tarikh likhi gayi woh sab likhi gayi futuhati pattern par. siyasi taqat dikhaya gaya is mein.</w:t>
      </w:r>
      <w:r>
        <w:br/>
      </w:r>
      <w:r>
        <w:rPr>
          <w:sz w:val="20"/>
        </w:rPr>
        <w:t>22:27  hum hum ne lad kar yahan jeete, hum ne lad kar wahan jeeta.</w:t>
      </w:r>
      <w:r>
        <w:br/>
      </w:r>
      <w:r>
        <w:rPr>
          <w:sz w:val="20"/>
        </w:rPr>
        <w:t>22:31  jaise iqbal ne kaha tha ke teghon ke saaye mein hum pal kar jawan hue hain, khanjar hilal ka hai qaumi nishan hamara. to isi pattern par tareekhein likhi gayeen.</w:t>
      </w:r>
      <w:r>
        <w:br/>
      </w:r>
      <w:r>
        <w:rPr>
          <w:sz w:val="20"/>
        </w:rPr>
        <w:t>22:43  to yeh yahi zehan bana. to is zehan bana to yeh Allah taala ke account nahi ke siyasi taqat kisi ki majority ho.</w:t>
      </w:r>
      <w:r>
        <w:br/>
      </w:r>
      <w:r>
        <w:rPr>
          <w:sz w:val="20"/>
        </w:rPr>
        <w:t>22:54  tilkal ayamu nudawalu bin nas siyasi taqat kisi ki majority nahi hai, kisi ki monopoly nahi hai. to jab siyasi dabdaba khatam hua musalmanon ka, tab kya hua?</w:t>
      </w:r>
      <w:r>
        <w:br/>
      </w:r>
      <w:r>
        <w:rPr>
          <w:sz w:val="20"/>
        </w:rPr>
        <w:t>23:07  tab mayusi.</w:t>
      </w:r>
      <w:r>
        <w:br/>
      </w:r>
      <w:r>
        <w:rPr>
          <w:sz w:val="20"/>
        </w:rPr>
        <w:t>23:11  yani pehle agar fakhr ki nafsiyat mein musalman jeete the, ab jeene lage nafrat ki nafsiyat mein. theek yahi baat ek sahib ne kahi.</w:t>
      </w:r>
    </w:p>
    <w:p>
      <w:pPr>
        <w:pStyle w:val="Heading2"/>
      </w:pPr>
      <w:r>
        <w:t>Humility leads to discovering deen's hidden wisdom</w:t>
      </w:r>
    </w:p>
    <w:p>
      <w:r>
        <w:rPr>
          <w:color w:val="666666"/>
          <w:sz w:val="18"/>
        </w:rPr>
        <w:t>Attaining Wisdom through State of Helplessness November 28, 2019 - Maulana Wahiduddin Khan · 2m 04s · at 21:07 · https://youtu.be/dS29D4Pt-3U?t=1267</w:t>
      </w:r>
    </w:p>
    <w:p>
      <w:r>
        <w:rPr>
          <w:i/>
        </w:rPr>
        <w:t>“Main apne aap ko bahut zyada aajiz paata hoon”</w:t>
      </w:r>
    </w:p>
    <w:p>
      <w:r>
        <w:rPr>
          <w:sz w:val="20"/>
        </w:rPr>
        <w:t>21:07  mein apne aap ko bohat zyada ajez pata hoon. yeh jo taam ke maqam par pata hoon, to main sochta hoon ke aisa kyun hua.</w:t>
      </w:r>
      <w:r>
        <w:br/>
      </w:r>
      <w:r>
        <w:rPr>
          <w:sz w:val="20"/>
        </w:rPr>
        <w:t>21:22  to aaj mujhe samajh aya ke momina aqwam jo jo thay, wohi thay sab barri baatein karne wale.</w:t>
      </w:r>
      <w:r>
        <w:br/>
      </w:r>
      <w:r>
        <w:rPr>
          <w:sz w:val="20"/>
        </w:rPr>
        <w:t>21:35  jihad ki baatein aur yeh baatein, woh baatein thay. aik aadmi Allah taala ko aisa makhlooq tha jo zaeef ho, bilkul hi.</w:t>
      </w:r>
      <w:r>
        <w:br/>
      </w:r>
      <w:r>
        <w:rPr>
          <w:sz w:val="20"/>
        </w:rPr>
        <w:t>21:46  to barri baat hai, na kare. tab wohi woh hikmat hai jo is mein hain, yani martry ki baat baat mein woh us ko daryaft kare.</w:t>
      </w:r>
      <w:r>
        <w:br/>
      </w:r>
      <w:r>
        <w:rPr>
          <w:sz w:val="20"/>
        </w:rPr>
        <w:t>22:02  yeh aap logon ko samajh ko yaad aata hai? kuch</w:t>
      </w:r>
      <w:r>
        <w:br/>
      </w:r>
      <w:r>
        <w:rPr>
          <w:sz w:val="20"/>
        </w:rPr>
        <w:t>22:05  bilkul samajh mein aya. hum hain, bilkul samajh mein aa gayi baat ki. kya keh rahe hain Fayyaz sahib? bol rahe hain ke bilkul samajh mein aa gayi yeh baat.</w:t>
      </w:r>
      <w:r>
        <w:br/>
      </w:r>
      <w:r>
        <w:rPr>
          <w:sz w:val="20"/>
        </w:rPr>
        <w:t>22:20  waqatan aap log tasawwur nahi kar rahe the ke main apne ko itna zyada ajeez samajhta hoon. yeh jo taam ki had par pahunchta hoon, yeh log jo asaar le ke khare ho jate hain,</w:t>
      </w:r>
      <w:r>
        <w:br/>
      </w:r>
      <w:r>
        <w:rPr>
          <w:sz w:val="20"/>
        </w:rPr>
        <w:t>22:38  to mere bas mein hai nahi ke aise fatwe doon. to deen ka woh pehlu jo murekh ke satah par insan ko daryaft hota hai, us se woh mehroom reh gaye.</w:t>
      </w:r>
      <w:r>
        <w:br/>
      </w:r>
      <w:r>
        <w:rPr>
          <w:sz w:val="20"/>
        </w:rPr>
        <w:t>22:57  jitne log hain, islam log ji, woh is cheez se mehroom reh gaye ke murekh kaisi cheez hai.</w:t>
      </w:r>
      <w:r>
        <w:br/>
      </w:r>
      <w:r>
        <w:rPr>
          <w:sz w:val="20"/>
        </w:rPr>
        <w:t>23:08  ya kya khayal hai aap logon ka?</w:t>
      </w:r>
    </w:p>
    <w:p>
      <w:pPr>
        <w:pStyle w:val="Heading2"/>
      </w:pPr>
      <w:r>
        <w:t>Premature baby and mother's love as metaphor for mercy</w:t>
      </w:r>
    </w:p>
    <w:p>
      <w:r>
        <w:rPr>
          <w:color w:val="666666"/>
          <w:sz w:val="18"/>
        </w:rPr>
        <w:t>Concept of Death in Islam August 26, 2012 · 3m 30s · at 49:19 · https://youtu.be/y0TJxKi0L94?t=2959</w:t>
      </w:r>
    </w:p>
    <w:p>
      <w:r>
        <w:rPr>
          <w:i/>
        </w:rPr>
        <w:t>“Meri maa us premature bachche ko chhorti hi nahi thi”</w:t>
      </w:r>
    </w:p>
    <w:p>
      <w:r>
        <w:rPr>
          <w:sz w:val="20"/>
        </w:rPr>
        <w:t>49:19  is se mujhe bohat taskeen milti hai. dekhiye, hamare chotay bhai jo thay, a.m. khan, un ki jo birth hui thi woh premature birth thi.</w:t>
      </w:r>
      <w:r>
        <w:br/>
      </w:r>
      <w:r>
        <w:rPr>
          <w:sz w:val="20"/>
        </w:rPr>
        <w:t>49:32  woh yeh mera zaati ghar ka waqea bata raha hoon aap ko.</w:t>
      </w:r>
      <w:r>
        <w:br/>
      </w:r>
      <w:r>
        <w:rPr>
          <w:sz w:val="20"/>
        </w:rPr>
        <w:t>49:38  mere chotay bhai ki birth hui thi premature birth hui thi. yani woh chota sa size tha un ka aur un ko tail ke is pe rakhna parta tha.</w:t>
      </w:r>
      <w:r>
        <w:br/>
      </w:r>
      <w:r>
        <w:rPr>
          <w:sz w:val="20"/>
        </w:rPr>
        <w:t>49:52  tub mein tail bhara hua us ke andar rakhna parta tha. meri bouse ke liye rehti thi. is chotay bachay ko rick rick pe lagi rehti thi.</w:t>
      </w:r>
      <w:r>
        <w:br/>
      </w:r>
      <w:r>
        <w:rPr>
          <w:sz w:val="20"/>
        </w:rPr>
        <w:t>50:02  rick rick mein god mein liye hain, khula rahay hain, khula rahay hain.</w:t>
      </w:r>
      <w:r>
        <w:br/>
      </w:r>
      <w:r>
        <w:rPr>
          <w:sz w:val="20"/>
        </w:rPr>
        <w:t>50:06  to dekhte dekhte kehti ke yeh to soch rahi thi ke tu mar jana hai. is ko aisa rick dekhnay ki kiya zaroorat hai? magar meri maan is ko bilkul is ke sadi ho gayi.</w:t>
      </w:r>
      <w:r>
        <w:br/>
      </w:r>
      <w:r>
        <w:rPr>
          <w:sz w:val="20"/>
        </w:rPr>
        <w:t>50:19  is bachay ki aik lamhay ke bhi chor ke nahi chori. yahan tak ke woh ke barhay huway ho gaye.</w:t>
      </w:r>
      <w:r>
        <w:br/>
      </w:r>
      <w:r>
        <w:rPr>
          <w:sz w:val="20"/>
        </w:rPr>
        <w:t>50:28  woh mujhe waqea yaad yaad aata rehta hai. kyunke hadith mein aata hai ke Allah ko apne bandon se is se bhi ziyada mohabbat hai</w:t>
      </w:r>
      <w:r>
        <w:br/>
      </w:r>
      <w:r>
        <w:rPr>
          <w:sz w:val="20"/>
        </w:rPr>
        <w:t>50:36  jis tarah ke ماں ko apne bachay se hui. to mein sochta hoon ke mein aik zaeef insan hoon, aik helpless insan hoon.</w:t>
      </w:r>
      <w:r>
        <w:br/>
      </w:r>
      <w:r>
        <w:rPr>
          <w:sz w:val="20"/>
        </w:rPr>
        <w:t>50:49  lekin Khuda ki woh rehmat jo us ne dali hai apne ماں ko, har ماں ke dil mein, woh rehmat billion trillion times ada karta hai.</w:t>
      </w:r>
      <w:r>
        <w:br/>
      </w:r>
      <w:r>
        <w:rPr>
          <w:sz w:val="20"/>
        </w:rPr>
        <w:t>51:00  is soch mein mujhe bohat taskeen milti hai</w:t>
      </w:r>
      <w:r>
        <w:br/>
      </w:r>
      <w:r>
        <w:rPr>
          <w:sz w:val="20"/>
        </w:rPr>
        <w:t>51:04  ke Khuda ne agarchay agarchay mein aik ajeez insan hoon, aik zaeef insan hoon, aik helpless insan hoon, aik be salahiyat insan hoon,</w:t>
      </w:r>
      <w:r>
        <w:br/>
      </w:r>
      <w:r>
        <w:rPr>
          <w:sz w:val="20"/>
        </w:rPr>
        <w:t>51:17  har aitbaar se incompetent insan hoon, lekin Khuda ki woh rehmat jis ka aik namona hum dekhte hain ماں ke andar,</w:t>
      </w:r>
      <w:r>
        <w:br/>
      </w:r>
      <w:r>
        <w:rPr>
          <w:sz w:val="20"/>
        </w:rPr>
        <w:t>51:28  is rehmat se bohat bari is namonay mein aik bohat bari source hai</w:t>
      </w:r>
      <w:r>
        <w:br/>
      </w:r>
      <w:r>
        <w:rPr>
          <w:sz w:val="20"/>
        </w:rPr>
        <w:t>51:36  ke shayad Allah taala</w:t>
      </w:r>
      <w:r>
        <w:br/>
      </w:r>
      <w:r>
        <w:rPr>
          <w:sz w:val="20"/>
        </w:rPr>
        <w:t>51:40  meri maghfirat farmaye, meri help farmaye, aur apni rehmat se, yani mein apne amal se to jannat mein janay qabil nahi,</w:t>
      </w:r>
      <w:r>
        <w:br/>
      </w:r>
      <w:r>
        <w:rPr>
          <w:sz w:val="20"/>
        </w:rPr>
        <w:t>51:50  apne zaati amal se to mein jannat mein janay qabil nahi, lekin apni rehmat se woh mujhe dakhil kar de jannat mein.</w:t>
      </w:r>
      <w:r>
        <w:br/>
      </w:r>
      <w:r>
        <w:rPr>
          <w:sz w:val="20"/>
        </w:rPr>
        <w:t>52:00  jaisay woh bacha jo hai, jo premature death, jo premature birth is ki hui thi, to apne wajood ke aitbaar se to kisi kisi tareeqay ka istihqaq nahi rakhta tha, lekin ماں ke dil mein jazba tha,</w:t>
      </w:r>
      <w:r>
        <w:br/>
      </w:r>
      <w:r>
        <w:rPr>
          <w:sz w:val="20"/>
        </w:rPr>
        <w:t>52:16  is ki wajah se woh bharpoor to kar deta hai.</w:t>
      </w:r>
      <w:r>
        <w:br/>
      </w:r>
      <w:r>
        <w:rPr>
          <w:sz w:val="20"/>
        </w:rPr>
        <w:t>52:20  to yeh rehmat ka aik ajeeb muamla hai ke aadmi ke andar chahe istehqaq na ho, lekin is ka zouq, is ki kamzori, is ka aizz apne aap mein aik sifarish ban jata hai, recommendation ban jata hai.</w:t>
      </w:r>
      <w:r>
        <w:br/>
      </w:r>
      <w:r>
        <w:rPr>
          <w:sz w:val="20"/>
        </w:rPr>
        <w:t>52:37  aur phir Allah is ko is se bhi zyada tawajjuh deta hai taake kisi taqatwar ki taraf tawajjuh karega.</w:t>
      </w:r>
    </w:p>
    <w:p>
      <w:pPr>
        <w:pStyle w:val="Heading2"/>
      </w:pPr>
      <w:r>
        <w:t>Angels, scripture and messengers cure cosmic loneliness</w:t>
      </w:r>
    </w:p>
    <w:p>
      <w:r>
        <w:rPr>
          <w:color w:val="666666"/>
          <w:sz w:val="18"/>
        </w:rPr>
        <w:t>Hadith-e-Jibril, April 21, 2013 · 5m 48s · at 29:39 · https://youtu.be/0rF6Ou0pDog?t=1779</w:t>
      </w:r>
    </w:p>
    <w:p>
      <w:r>
        <w:rPr>
          <w:i/>
        </w:rPr>
        <w:t>“وملائکتہ وکتبہ ورسلہ، کتاب پر ایمان لاؤ”</w:t>
      </w:r>
    </w:p>
    <w:p>
      <w:r>
        <w:rPr>
          <w:sz w:val="20"/>
        </w:rPr>
        <w:t>29:39  Wa malaikatahu wa kutubihu wa rusulih. Kitab par imaan lao, yani Allah ki kitab par, aur farishton par imaan lao, aur rasoolon par imaan lao.</w:t>
      </w:r>
      <w:r>
        <w:br/>
      </w:r>
      <w:r>
        <w:rPr>
          <w:sz w:val="20"/>
        </w:rPr>
        <w:t>29:51  Yeh sab imaan ka hissa hai.</w:t>
      </w:r>
      <w:r>
        <w:br/>
      </w:r>
      <w:r>
        <w:rPr>
          <w:sz w:val="20"/>
        </w:rPr>
        <w:t>29:56  Dekhein, jab aap ko daryaft hoti hai imaan ke darje mein haqeeqat ki daryaft to yeh sab cheezein aap ke daryaft ka hissa ban jati hain.</w:t>
      </w:r>
      <w:r>
        <w:br/>
      </w:r>
      <w:r>
        <w:rPr>
          <w:sz w:val="20"/>
        </w:rPr>
        <w:t>30:07  Aap daryaft karte hain ke Allah ne insaan ko jab paida kiya to yahi chhod nahi diya, ek nizam qaim kiya ke ek paighambar ho, us paighambar ka farishta aaye, Allah ki wahi le aaye,</w:t>
      </w:r>
      <w:r>
        <w:br/>
      </w:r>
      <w:r>
        <w:rPr>
          <w:sz w:val="20"/>
        </w:rPr>
        <w:t>30:24  woh aayi jama kar ke ek kitab banayi jaye. To yeh ek nizam hai Allah taala ka hidayat ka nizam. To kitab par imaan ke mani hain ke Allah ne jo nizam banaya hai hidayat insani ka, us ki daryaft,</w:t>
      </w:r>
      <w:r>
        <w:br/>
      </w:r>
      <w:r>
        <w:rPr>
          <w:sz w:val="20"/>
        </w:rPr>
        <w:t>30:40  us par yaqeen.</w:t>
      </w:r>
      <w:r>
        <w:br/>
      </w:r>
      <w:r>
        <w:rPr>
          <w:sz w:val="20"/>
        </w:rPr>
        <w:t>30:44  Yeh jo Allah ki aayi hui kitab hai, ab Quran, woh divine guidance hai. Us par yaqeen, yeh matlab hai is ka.</w:t>
      </w:r>
      <w:r>
        <w:br/>
      </w:r>
      <w:r>
        <w:rPr>
          <w:sz w:val="20"/>
        </w:rPr>
        <w:t>30:58  Doosri cheez hai malaika.</w:t>
      </w:r>
      <w:r>
        <w:br/>
      </w:r>
      <w:r>
        <w:rPr>
          <w:sz w:val="20"/>
        </w:rPr>
        <w:t>31:01  Yeh jo kainat hai, is ka nizam chala rahe hain malaika, yani malaika ko Allah taala ke karrindey hain.</w:t>
      </w:r>
      <w:r>
        <w:br/>
      </w:r>
      <w:r>
        <w:rPr>
          <w:sz w:val="20"/>
        </w:rPr>
        <w:t>31:14  To kaha ke is ka matlab yeh hai ke yeh mechanical world ka ulta hai. Yeh jo log Allah ko nahi mante, is ko ek mechanical phenomena samajhte hain kainat ko.</w:t>
      </w:r>
      <w:r>
        <w:br/>
      </w:r>
      <w:r>
        <w:rPr>
          <w:sz w:val="20"/>
        </w:rPr>
        <w:t>31:27  Mechanical phenomena,</w:t>
      </w:r>
      <w:r>
        <w:br/>
      </w:r>
      <w:r>
        <w:rPr>
          <w:sz w:val="20"/>
        </w:rPr>
        <w:t>31:31  ek be rooh machine. Lekin jab aap malaika par imaan late hain to is ka matlab yeh hota hai ke ek zinda kainat hai, yeh zinda hastiyan is ko nizam chala rahi hain, is ko manage kar rahi hain.</w:t>
      </w:r>
      <w:r>
        <w:br/>
      </w:r>
      <w:r>
        <w:rPr>
          <w:sz w:val="20"/>
        </w:rPr>
        <w:t>31:44  Har taraf woh zinda hastiyan mutharrik hain. Ab gaur kijiye ke kitna zyada badh jata hai aap ka shaoor kainat,</w:t>
      </w:r>
      <w:r>
        <w:br/>
      </w:r>
      <w:r>
        <w:rPr>
          <w:sz w:val="20"/>
        </w:rPr>
        <w:t>31:55  kitna zyada badh jata hai</w:t>
      </w:r>
      <w:r>
        <w:br/>
      </w:r>
      <w:r>
        <w:rPr>
          <w:sz w:val="20"/>
        </w:rPr>
        <w:t>31:58  ke agar aap manein kainat ko ek ek mechanical waqea to woh ek be rooh cheez hogi, be rooh cheez. Lekin jab yeh manein ke yeh kainat jo hai, is ko zinda hastiyan chala rahi hain,</w:t>
      </w:r>
      <w:r>
        <w:br/>
      </w:r>
      <w:r>
        <w:rPr>
          <w:sz w:val="20"/>
        </w:rPr>
        <w:t>32:13  farishte, angels, to ek ajeeb o ghareeb aap ko, aap ka imaan jo hai, ek living imaan ban jata hai.</w:t>
      </w:r>
      <w:r>
        <w:br/>
      </w:r>
      <w:r>
        <w:rPr>
          <w:sz w:val="20"/>
        </w:rPr>
        <w:t>32:21  Aap ke andar ek ek naya shaoor jaagta hai kainat ke bare mein. Aur teesri cheez jo hai,</w:t>
      </w:r>
      <w:r>
        <w:br/>
      </w:r>
      <w:r>
        <w:rPr>
          <w:sz w:val="20"/>
        </w:rPr>
        <w:t>32:32  Wa kutubihu wa rusulih. Rasool,</w:t>
      </w:r>
      <w:r>
        <w:br/>
      </w:r>
      <w:r>
        <w:rPr>
          <w:sz w:val="20"/>
        </w:rPr>
        <w:t>32:38  yani Allah taala ne tareekh mein bar bar peghambar bheje, aur aakhir mein Muhammad Sallallahu Alaihi Wasallam ko bheja hidayat insaan ki hidayat ke liye.</w:t>
      </w:r>
      <w:r>
        <w:br/>
      </w:r>
      <w:r>
        <w:rPr>
          <w:sz w:val="20"/>
        </w:rPr>
        <w:t>32:52  Aur aap par jo jo wahi utri, woh Quran ki surat mein mehfooz ho gayi. Aap ne jo kuch kaha, woh bhi hadith ki surat mein mehfooz ho gaya.</w:t>
      </w:r>
      <w:r>
        <w:br/>
      </w:r>
      <w:r>
        <w:rPr>
          <w:sz w:val="20"/>
        </w:rPr>
        <w:t>33:02  In sab baaton ko jaanna,</w:t>
      </w:r>
      <w:r>
        <w:br/>
      </w:r>
      <w:r>
        <w:rPr>
          <w:sz w:val="20"/>
        </w:rPr>
        <w:t>33:06  Iska matlab hai ke jo guidance, jo authentic guidance hai, woh rasool, rasooli guidance hai, authentic guidance, Allah ki taraf se aayi hui hai.</w:t>
      </w:r>
      <w:r>
        <w:br/>
      </w:r>
      <w:r>
        <w:rPr>
          <w:sz w:val="20"/>
        </w:rPr>
        <w:t>33:24  Is se aap ko ek ajeeb yaqeen haasil hota hai.</w:t>
      </w:r>
      <w:r>
        <w:br/>
      </w:r>
      <w:r>
        <w:rPr>
          <w:sz w:val="20"/>
        </w:rPr>
        <w:t>33:31  Is kainat mein ek scientist ne likha hai ke jab hum kainat ka mutala karte hain telescope ke zariye se to hum dekhte hain ke bohat badi kainat hai, bohat hi zyada badi kainat hai.</w:t>
      </w:r>
      <w:r>
        <w:br/>
      </w:r>
      <w:r>
        <w:rPr>
          <w:sz w:val="20"/>
        </w:rPr>
        <w:t>33:48  Is mein insaan bilkul akela dikhai deta hai. To ek ajeeb ehsas hota hai,</w:t>
      </w:r>
      <w:r>
        <w:br/>
      </w:r>
      <w:r>
        <w:rPr>
          <w:sz w:val="20"/>
        </w:rPr>
        <w:t>33:57  Bilkul akela, ek loneliness ka ehsas hota hai.</w:t>
      </w:r>
      <w:r>
        <w:br/>
      </w:r>
      <w:r>
        <w:rPr>
          <w:sz w:val="20"/>
        </w:rPr>
        <w:t>34:04  Lekin jab aap yaqeen karte hain rasoolon par to yeh loneliness khatam ho jata hai. To aap samajhte hain ke Allah ne aap ko akela nahi chhora, farishton ke zariye se peghambar ke paas hidayat bheji, aur is hidayat ko mehfooz kar diya Quran ki surat mein aur sunnat-e-rasool ki surat mein.</w:t>
      </w:r>
      <w:r>
        <w:br/>
      </w:r>
      <w:r>
        <w:rPr>
          <w:sz w:val="20"/>
        </w:rPr>
        <w:t>34:27  To aap ka tanhai ka ehsas khatam ho jata hai.</w:t>
      </w:r>
      <w:r>
        <w:br/>
      </w:r>
      <w:r>
        <w:rPr>
          <w:sz w:val="20"/>
        </w:rPr>
        <w:t>34:31  Phir ek ajeeb ghareeb zindagi aap ke andar aati hai.</w:t>
      </w:r>
      <w:r>
        <w:br/>
      </w:r>
      <w:r>
        <w:rPr>
          <w:sz w:val="20"/>
        </w:rPr>
        <w:t>34:39  Is zindagi ko main samajhta hoon ke lafzon mein bayan nahi kar sakta. Yun samajh lein ke aap akele kahin desert mein hon, akele bilkul desert mein tadap rahe hon.</w:t>
      </w:r>
      <w:r>
        <w:br/>
      </w:r>
      <w:r>
        <w:rPr>
          <w:sz w:val="20"/>
        </w:rPr>
        <w:t>34:49  Phir aap ko wahan se utha kar ek ek bohat thi shehar, ek abad shehar mein pahuncha diya jaye to kitna bada experience hota hoga aap ko.</w:t>
      </w:r>
      <w:r>
        <w:br/>
      </w:r>
      <w:r>
        <w:rPr>
          <w:sz w:val="20"/>
        </w:rPr>
        <w:t>34:59  Isi qism ka billion time zyada bada experience us waqt hoga jab aap yeh daryaft karein ke is kainat mein main akela nahi hoon, yahan Khuda hai, yahan malaika hain, yahan rasool hain, yahan Allah ki hidayat hai.</w:t>
      </w:r>
      <w:r>
        <w:br/>
      </w:r>
      <w:r>
        <w:rPr>
          <w:sz w:val="20"/>
        </w:rPr>
        <w:t>35:14  To woh tajruba billion time zyada bade level par haasil hota hai. Wal yawm al-aakhir, aur aakhirat ke din par yaqeen.</w:t>
      </w:r>
    </w:p>
    <w:p>
      <w:pPr>
        <w:pStyle w:val="Heading2"/>
      </w:pPr>
      <w:r>
        <w:t>Desire vs reason leads to failure of hedonism</w:t>
      </w:r>
    </w:p>
    <w:p>
      <w:r>
        <w:rPr>
          <w:color w:val="666666"/>
          <w:sz w:val="18"/>
        </w:rPr>
        <w:t>Living with Angels April 24, 2007 Maulana Wahiduddin Kha · 5m 32s · at 6:03 · https://youtu.be/vftCoFxsQFw?t=363</w:t>
      </w:r>
    </w:p>
    <w:p>
      <w:r>
        <w:rPr>
          <w:i/>
        </w:rPr>
        <w:t>“Now, I would like to give an example.”</w:t>
      </w:r>
    </w:p>
    <w:p>
      <w:r>
        <w:rPr>
          <w:sz w:val="20"/>
        </w:rPr>
        <w:t>6:03  Now, I would like to give an example. First of all, you have to understand that we have two different faculties.</w:t>
      </w:r>
      <w:r>
        <w:br/>
      </w:r>
      <w:r>
        <w:rPr>
          <w:sz w:val="20"/>
        </w:rPr>
        <w:t>6:17  Every man and woman has two faculties.</w:t>
      </w:r>
      <w:r>
        <w:br/>
      </w:r>
      <w:r>
        <w:rPr>
          <w:sz w:val="20"/>
        </w:rPr>
        <w:t>6:25  One is desire and the second is reason. Desire and reason. So, every time we are</w:t>
      </w:r>
      <w:r>
        <w:br/>
      </w:r>
      <w:r>
        <w:rPr>
          <w:sz w:val="20"/>
        </w:rPr>
        <w:t>6:42  in every situation, we have to opt for either</w:t>
      </w:r>
      <w:r>
        <w:br/>
      </w:r>
      <w:r>
        <w:rPr>
          <w:sz w:val="20"/>
        </w:rPr>
        <w:t>6:52  our desire or either our reason. For example, one finds in this world</w:t>
      </w:r>
      <w:r>
        <w:br/>
      </w:r>
      <w:r>
        <w:rPr>
          <w:sz w:val="20"/>
        </w:rPr>
        <w:t>7:05  everyone is born in this world and he finds so many things. Then</w:t>
      </w:r>
      <w:r>
        <w:br/>
      </w:r>
      <w:r>
        <w:rPr>
          <w:sz w:val="20"/>
        </w:rPr>
        <w:t>7:19  he is told from prophets, from Dawi, that there is a day of judgment</w:t>
      </w:r>
      <w:r>
        <w:br/>
      </w:r>
      <w:r>
        <w:rPr>
          <w:sz w:val="20"/>
        </w:rPr>
        <w:t>7:31  . Our life is not going to end. There is also a life after life.</w:t>
      </w:r>
      <w:r>
        <w:br/>
      </w:r>
      <w:r>
        <w:rPr>
          <w:sz w:val="20"/>
        </w:rPr>
        <w:t>7:43  After death, there is also a life. And in that period of life, there is</w:t>
      </w:r>
      <w:r>
        <w:br/>
      </w:r>
      <w:r>
        <w:rPr>
          <w:sz w:val="20"/>
        </w:rPr>
        <w:t>7:53  a day of judgment.</w:t>
      </w:r>
      <w:r>
        <w:br/>
      </w:r>
      <w:r>
        <w:rPr>
          <w:sz w:val="20"/>
        </w:rPr>
        <w:t>7:55  We have to face the Creator, Lord of the Judgment, Lord of the Day of Judgment. So, this is told by prophet, by Dawi.</w:t>
      </w:r>
      <w:r>
        <w:br/>
      </w:r>
      <w:r>
        <w:rPr>
          <w:sz w:val="20"/>
        </w:rPr>
        <w:t>8:12  So, this message</w:t>
      </w:r>
      <w:r>
        <w:br/>
      </w:r>
      <w:r>
        <w:rPr>
          <w:sz w:val="20"/>
        </w:rPr>
        <w:t>8:17  tells us that you have to be serious. You have to</w:t>
      </w:r>
      <w:r>
        <w:br/>
      </w:r>
      <w:r>
        <w:rPr>
          <w:sz w:val="20"/>
        </w:rPr>
        <w:t>8:31  manage your life according to this concept. You have to save yourself from being diverted from theright path of God.</w:t>
      </w:r>
      <w:r>
        <w:br/>
      </w:r>
      <w:r>
        <w:rPr>
          <w:sz w:val="20"/>
        </w:rPr>
        <w:t>8:50  So, you have to prepare yourself for the success of the light hereafter. But</w:t>
      </w:r>
      <w:r>
        <w:br/>
      </w:r>
      <w:r>
        <w:rPr>
          <w:sz w:val="20"/>
        </w:rPr>
        <w:t>9:03  your desire there are temptations. There are desires.</w:t>
      </w:r>
      <w:r>
        <w:br/>
      </w:r>
      <w:r>
        <w:rPr>
          <w:sz w:val="20"/>
        </w:rPr>
        <w:t>9:11  You feel that that is a matter of distant future</w:t>
      </w:r>
      <w:r>
        <w:br/>
      </w:r>
      <w:r>
        <w:rPr>
          <w:sz w:val="20"/>
        </w:rPr>
        <w:t>9:19  . Why do I bother? I have to adopt another formula. Eat, drink, and be merry.</w:t>
      </w:r>
      <w:r>
        <w:br/>
      </w:r>
      <w:r>
        <w:rPr>
          <w:sz w:val="20"/>
        </w:rPr>
        <w:t>9:29  Formula of entertainment. Formula of hooha culture. Formula of happiness. So, there are two formulas.</w:t>
      </w:r>
      <w:r>
        <w:br/>
      </w:r>
      <w:r>
        <w:rPr>
          <w:sz w:val="20"/>
        </w:rPr>
        <w:t>9:38  One, eat, drink, and be merry.</w:t>
      </w:r>
      <w:r>
        <w:br/>
      </w:r>
      <w:r>
        <w:rPr>
          <w:sz w:val="20"/>
        </w:rPr>
        <w:t>9:43  The second formula is you have to be cautious.</w:t>
      </w:r>
      <w:r>
        <w:br/>
      </w:r>
      <w:r>
        <w:rPr>
          <w:sz w:val="20"/>
        </w:rPr>
        <w:t>9:51  You have to manage your life. You have to manage your desires according to</w:t>
      </w:r>
      <w:r>
        <w:br/>
      </w:r>
      <w:r>
        <w:rPr>
          <w:sz w:val="20"/>
        </w:rPr>
        <w:t>10:00  God's command.</w:t>
      </w:r>
      <w:r>
        <w:br/>
      </w:r>
      <w:r>
        <w:rPr>
          <w:sz w:val="20"/>
        </w:rPr>
        <w:t>10:03  Because you are after death, you will face the day of judgment</w:t>
      </w:r>
      <w:r>
        <w:br/>
      </w:r>
      <w:r>
        <w:rPr>
          <w:sz w:val="20"/>
        </w:rPr>
        <w:t>10:09  . So, you have to prepare for that moment. So, there are two formulas.</w:t>
      </w:r>
      <w:r>
        <w:br/>
      </w:r>
      <w:r>
        <w:rPr>
          <w:sz w:val="20"/>
        </w:rPr>
        <w:t>10:18  Your desire tells you one thing, and your reason tells you another thing. Your desire says, "Why do you bother all these things?</w:t>
      </w:r>
      <w:r>
        <w:br/>
      </w:r>
      <w:r>
        <w:rPr>
          <w:sz w:val="20"/>
        </w:rPr>
        <w:t>10:35  Eat, drink, and be merry."</w:t>
      </w:r>
      <w:r>
        <w:br/>
      </w:r>
      <w:r>
        <w:rPr>
          <w:sz w:val="20"/>
        </w:rPr>
        <w:t>10:37  That is all. But if you apply your reason if you apply your reason, your reason</w:t>
      </w:r>
      <w:r>
        <w:br/>
      </w:r>
      <w:r>
        <w:rPr>
          <w:sz w:val="20"/>
        </w:rPr>
        <w:t>10:49  would tell you that this kind of formula is not workable because no one was able to fulfill his desires.</w:t>
      </w:r>
      <w:r>
        <w:br/>
      </w:r>
      <w:r>
        <w:rPr>
          <w:sz w:val="20"/>
        </w:rPr>
        <w:t>11:02  And I am not an exception. No king, no wealthy person, no leader, no one was able to fulfill his desires to have happiness</w:t>
      </w:r>
      <w:r>
        <w:br/>
      </w:r>
      <w:r>
        <w:rPr>
          <w:sz w:val="20"/>
        </w:rPr>
        <w:t>11:24  . Everyone, all those so-called bricks, all those so-called superachievers</w:t>
      </w:r>
    </w:p>
    <w:p>
      <w:pPr>
        <w:pStyle w:val="Heading2"/>
      </w:pPr>
      <w:r>
        <w:t>Maulana's journey from doubt to choosing Islam</w:t>
      </w:r>
    </w:p>
    <w:p>
      <w:r>
        <w:rPr>
          <w:color w:val="666666"/>
          <w:sz w:val="18"/>
        </w:rPr>
        <w:t>On World Religions Diversity not Dissension March 9, 2013 · 2m 47s · at 9:03 · https://youtu.be/8enJoTTAH5k?t=543</w:t>
      </w:r>
    </w:p>
    <w:p>
      <w:r>
        <w:rPr>
          <w:i/>
        </w:rPr>
        <w:t>“I was born in a Muslim family, but I had doubts”</w:t>
      </w:r>
    </w:p>
    <w:p>
      <w:r>
        <w:rPr>
          <w:sz w:val="20"/>
        </w:rPr>
        <w:t>9:03  I was born in a Muslim family. My education, my upbringing, was on the traditional lines.</w:t>
      </w:r>
      <w:r>
        <w:br/>
      </w:r>
      <w:r>
        <w:rPr>
          <w:sz w:val="20"/>
        </w:rPr>
        <w:t>9:22  But when I reached the age of maturity, I developed doubts. I discovered that I am a seeker and was sad with that version of Islam that</w:t>
      </w:r>
      <w:r>
        <w:br/>
      </w:r>
      <w:r>
        <w:rPr>
          <w:sz w:val="20"/>
        </w:rPr>
        <w:t>9:45  I experienced in masjid, in madrasa, and in Muslim society.</w:t>
      </w:r>
      <w:r>
        <w:br/>
      </w:r>
      <w:r>
        <w:rPr>
          <w:sz w:val="20"/>
        </w:rPr>
        <w:t>9:51  It was a very tragic moment for me.</w:t>
      </w:r>
      <w:r>
        <w:br/>
      </w:r>
      <w:r>
        <w:rPr>
          <w:sz w:val="20"/>
        </w:rPr>
        <w:t>10:00  Then, unbelievably, an event happened.</w:t>
      </w:r>
      <w:r>
        <w:br/>
      </w:r>
      <w:r>
        <w:rPr>
          <w:sz w:val="20"/>
        </w:rPr>
        <w:t>10:10  At that time, I decided to study all those details about religion, spirituality, philosophy, to discover the answer of my natu</w:t>
      </w:r>
      <w:r>
        <w:br/>
      </w:r>
      <w:r>
        <w:rPr>
          <w:sz w:val="20"/>
        </w:rPr>
        <w:t>10:29  re. It is very interesting that at this juncture, I read some of Swami Gandha's work, especially letters of Swami Vivekananda.</w:t>
      </w:r>
      <w:r>
        <w:br/>
      </w:r>
      <w:r>
        <w:rPr>
          <w:sz w:val="20"/>
        </w:rPr>
        <w:t>10:49  In this book, there is a letter number 175</w:t>
      </w:r>
      <w:r>
        <w:br/>
      </w:r>
      <w:r>
        <w:rPr>
          <w:sz w:val="20"/>
        </w:rPr>
        <w:t>10:57  . In this letter, Swamiji had mentioned Islam in very shiny words.</w:t>
      </w:r>
      <w:r>
        <w:br/>
      </w:r>
      <w:r>
        <w:rPr>
          <w:sz w:val="20"/>
        </w:rPr>
        <w:t>11:07  This triggered my mind.</w:t>
      </w:r>
      <w:r>
        <w:br/>
      </w:r>
      <w:r>
        <w:rPr>
          <w:sz w:val="20"/>
        </w:rPr>
        <w:t>11:13  This mention of Swami Vivekananda triggered my mind. I decided to restudy Islam.</w:t>
      </w:r>
      <w:r>
        <w:br/>
      </w:r>
      <w:r>
        <w:rPr>
          <w:sz w:val="20"/>
        </w:rPr>
        <w:t>11:21  It was a very interesting study.</w:t>
      </w:r>
      <w:r>
        <w:br/>
      </w:r>
      <w:r>
        <w:rPr>
          <w:sz w:val="20"/>
        </w:rPr>
        <w:t>11:25  So what happened after a long study of Quran and Sunnah, another relevant teacher, I discovered that Islam was my choice, although it was not my birth religion.</w:t>
      </w:r>
    </w:p>
    <w:p>
      <w:pPr>
        <w:pStyle w:val="Heading2"/>
      </w:pPr>
      <w:r>
        <w:t>What dua really is and why it's worship's essence</w:t>
      </w:r>
    </w:p>
    <w:p>
      <w:r>
        <w:rPr>
          <w:color w:val="666666"/>
          <w:sz w:val="18"/>
        </w:rPr>
        <w:t>The Importance of Dua December 15, 2006 · 2m 47s · at 1:12 · https://youtu.be/u4cSEoh_mfY?t=72</w:t>
      </w:r>
    </w:p>
    <w:p>
      <w:r>
        <w:rPr>
          <w:i/>
        </w:rPr>
        <w:t>“What is dua? Let me define it properly”</w:t>
      </w:r>
    </w:p>
    <w:p>
      <w:r>
        <w:rPr>
          <w:sz w:val="20"/>
        </w:rPr>
        <w:t>1:12  sab se pehle yeh samjhiye ke dua kya hai? what is dua?</w:t>
      </w:r>
      <w:r>
        <w:br/>
      </w:r>
      <w:r>
        <w:rPr>
          <w:sz w:val="20"/>
        </w:rPr>
        <w:t>1:26  dua is to establish contact with God through the medium of helplessness.</w:t>
      </w:r>
      <w:r>
        <w:br/>
      </w:r>
      <w:r>
        <w:rPr>
          <w:sz w:val="20"/>
        </w:rPr>
        <w:t>1:42  main dua ki jo asal haqeeqat hai, us ko define karne ki koshish ki hai maine.</w:t>
      </w:r>
      <w:r>
        <w:br/>
      </w:r>
      <w:r>
        <w:rPr>
          <w:sz w:val="20"/>
        </w:rPr>
        <w:t>1:56  to what is dua? dua is to establish contact with God</w:t>
      </w:r>
      <w:r>
        <w:br/>
      </w:r>
      <w:r>
        <w:rPr>
          <w:sz w:val="20"/>
        </w:rPr>
        <w:t>2:09  through the medium of helplessness.</w:t>
      </w:r>
      <w:r>
        <w:br/>
      </w:r>
      <w:r>
        <w:rPr>
          <w:sz w:val="20"/>
        </w:rPr>
        <w:t>2:17  dua yeh hai ke aadmi</w:t>
      </w:r>
      <w:r>
        <w:br/>
      </w:r>
      <w:r>
        <w:rPr>
          <w:sz w:val="20"/>
        </w:rPr>
        <w:t>2:22  apne rab se</w:t>
      </w:r>
      <w:r>
        <w:br/>
      </w:r>
      <w:r>
        <w:rPr>
          <w:sz w:val="20"/>
        </w:rPr>
        <w:t>2:26  izzat ke zariye, izzat ki ma'rifat, rabt qaim karne ki koshish kare.</w:t>
      </w:r>
      <w:r>
        <w:br/>
      </w:r>
      <w:r>
        <w:rPr>
          <w:sz w:val="20"/>
        </w:rPr>
        <w:t>2:37  isi liye hadith mein kaha gaya hai ke "ald dua muk al-ibadah", "ald dua hu al-ibadah", yaani dua hi ibadah hai.</w:t>
      </w:r>
      <w:r>
        <w:br/>
      </w:r>
      <w:r>
        <w:rPr>
          <w:sz w:val="20"/>
        </w:rPr>
        <w:t>2:50  kyunke dekhiye, deen kya hai? deen yahi hai ke Khuda aur bande ke darmiyan</w:t>
      </w:r>
      <w:r>
        <w:br/>
      </w:r>
      <w:r>
        <w:rPr>
          <w:sz w:val="20"/>
        </w:rPr>
        <w:t>3:02  ta'alluq qaim ho, rabt qaim ho.</w:t>
      </w:r>
      <w:r>
        <w:br/>
      </w:r>
      <w:r>
        <w:rPr>
          <w:sz w:val="20"/>
        </w:rPr>
        <w:t>3:07  to jitni bhi ibadaten hain, jitne bhi a'maal hain, sab ka maqsad aakhir mein hai Allah aur bande ke darmiyan ta'alluq qaim karna,</w:t>
      </w:r>
      <w:r>
        <w:br/>
      </w:r>
      <w:r>
        <w:rPr>
          <w:sz w:val="20"/>
        </w:rPr>
        <w:t>3:26  jisko kehte hain "salat al-abd bi-rabbih".</w:t>
      </w:r>
      <w:r>
        <w:br/>
      </w:r>
      <w:r>
        <w:rPr>
          <w:sz w:val="20"/>
        </w:rPr>
        <w:t>3:33  aur dua, mein samajhta hoon ke is</w:t>
      </w:r>
      <w:r>
        <w:br/>
      </w:r>
      <w:r>
        <w:rPr>
          <w:sz w:val="20"/>
        </w:rPr>
        <w:t>3:41  maqsad ka sab se zyada bada zariya hai.</w:t>
      </w:r>
      <w:r>
        <w:br/>
      </w:r>
      <w:r>
        <w:rPr>
          <w:sz w:val="20"/>
        </w:rPr>
        <w:t>3:47  isi liye maine kaha ke dua is to establish contact with God through the medium of helplessness.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