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have failed</w:t>
      </w:r>
    </w:p>
    <w:p>
      <w:r>
        <w:rPr>
          <w:sz w:val="18"/>
        </w:rPr>
        <w:t>Q&amp;A, lecture moments and clips · full transcripts with timestamps · exported 2026-09-21</w:t>
      </w:r>
    </w:p>
    <w:p>
      <w:pPr>
        <w:pStyle w:val="Heading1"/>
      </w:pPr>
      <w:r>
        <w:t>Maulana was asked (30)</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Dealing with failed change plans</w:t>
      </w:r>
    </w:p>
    <w:p>
      <w:r>
        <w:rPr>
          <w:color w:val="666666"/>
          <w:sz w:val="18"/>
        </w:rPr>
        <w:t>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Overcoming Disappointments After Failures</w:t>
      </w:r>
    </w:p>
    <w:p>
      <w:r>
        <w:rPr>
          <w:color w:val="666666"/>
          <w:sz w:val="18"/>
        </w:rPr>
        <w:t>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Requirements for re-planning after failure</w:t>
      </w:r>
    </w:p>
    <w:p>
      <w:r>
        <w:rPr>
          <w:color w:val="666666"/>
          <w:sz w:val="18"/>
        </w:rPr>
        <w:t>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Presenting monotheistic God to monastic believer</w:t>
      </w:r>
    </w:p>
    <w:p>
      <w:r>
        <w:rPr>
          <w:color w:val="666666"/>
          <w:sz w:val="18"/>
        </w:rPr>
        <w:t>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Inability to reassess resultless work</w:t>
      </w:r>
    </w:p>
    <w:p>
      <w:r>
        <w:rPr>
          <w:color w:val="666666"/>
          <w:sz w:val="18"/>
        </w:rPr>
        <w:t>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Failure to discover God from experiences</w:t>
      </w:r>
    </w:p>
    <w:p>
      <w:r>
        <w:rPr>
          <w:color w:val="666666"/>
          <w:sz w:val="18"/>
        </w:rPr>
        <w:t>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Reasons for failure of Ummah revival</w:t>
      </w:r>
    </w:p>
    <w:p>
      <w:r>
        <w:rPr>
          <w:color w:val="666666"/>
          <w:sz w:val="18"/>
        </w:rPr>
        <w:t>Revival of Ummah January 22, 2017 · 44s · at 58:52 · https://youtu.be/vnPsv0TBCfk?t=3532</w:t>
      </w:r>
    </w:p>
    <w:p>
      <w:r>
        <w:rPr>
          <w:i/>
        </w:rPr>
        <w:t>“Why are the efforts to revive the Ummah failing? What is the meaning of revival of the Ummah? Please explain.”</w:t>
      </w:r>
    </w:p>
    <w:p>
      <w:r>
        <w:rPr>
          <w:sz w:val="20"/>
        </w:rPr>
        <w:t>58:52  Maulana agla sawal lete hain jo Maulana ah Maulana Israr Umri ne bheja hai Chennai se unhonne</w:t>
      </w:r>
      <w:r>
        <w:br/>
      </w:r>
      <w:r>
        <w:rPr>
          <w:sz w:val="20"/>
        </w:rPr>
        <w:t>59:00  likha hai Maulana ummat ki ahya ki koshish kyun nakaam ho rahi hai.</w:t>
      </w:r>
      <w:r>
        <w:br/>
      </w:r>
      <w:r>
        <w:rPr>
          <w:sz w:val="20"/>
        </w:rPr>
        <w:t>59:08  ahya ummat ummat ka matlab kya hai is ke bare mein bataein.</w:t>
      </w:r>
      <w:r>
        <w:br/>
      </w:r>
      <w:r>
        <w:rPr>
          <w:sz w:val="20"/>
        </w:rPr>
        <w:t>59:16  main baat yahi samajhta hoon. ahya ummat hoga dawah ke raaste se aur log kar rahe hain jihad ke raaste se. jihad maani qital. to qital ke zariye ummat ka ahya nahi ho sakta dawah ke zariye hoga. yahi main samjha.</w:t>
      </w:r>
      <w:r>
        <w:br/>
      </w:r>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pStyle w:val="Heading2"/>
      </w:pPr>
      <w:r>
        <w:t>Persistent failure: Is God angry and what to do?</w:t>
      </w:r>
    </w:p>
    <w:p>
      <w:r>
        <w:rPr>
          <w:color w:val="666666"/>
          <w:sz w:val="18"/>
        </w:rPr>
        <w:t>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Unavailable question from Indore</w:t>
      </w:r>
    </w:p>
    <w:p>
      <w:r>
        <w:rPr>
          <w:color w:val="666666"/>
          <w:sz w:val="18"/>
        </w:rPr>
        <w:t>Save Yourself from Distraction August 21, 2016 · 4m 30s · at 51:56 · https://youtu.be/wP3Dj-tccDQ?t=3116</w:t>
      </w:r>
    </w:p>
    <w:p>
      <w:r>
        <w:rPr>
          <w:i/>
        </w:rPr>
        <w:t>“[Question text not included in transcript]”</w:t>
      </w:r>
    </w:p>
    <w:p>
      <w:r>
        <w:rPr>
          <w:sz w:val="20"/>
        </w:rPr>
        <w:t>51:56  maulana, agla sawal lene se pehle ek comment padhna chahenge jo miss shabana ansari ne bheja hai pakistan se.</w:t>
      </w:r>
      <w:r>
        <w:br/>
      </w:r>
      <w:r>
        <w:rPr>
          <w:sz w:val="20"/>
        </w:rPr>
        <w:t>52:03  انہوں نے لکھا ہے: "مولانا صاحب، you are great, you take lessons from everything." مولانا، اگلا سوال</w:t>
      </w:r>
      <w:r>
        <w:br/>
      </w:r>
      <w:r>
        <w:rPr>
          <w:sz w:val="20"/>
        </w:rPr>
        <w:t>52:09  bheja hai indore se fayazuddin ahmad sahab ne.</w:t>
      </w:r>
      <w:r>
        <w:br/>
      </w:r>
      <w:r>
        <w:rPr>
          <w:sz w:val="20"/>
        </w:rPr>
        <w:t>52:16  انہوں نے لکھا ہے: "مولانا صاحب، was distraction a phenomenon during the period of Prophet or Sahaba all</w:t>
      </w:r>
      <w:r>
        <w:br/>
      </w:r>
      <w:r>
        <w:rPr>
          <w:sz w:val="20"/>
        </w:rPr>
        <w:t>52:22  So, how did they save themselves from distraction? And if you can give an example to all</w:t>
      </w:r>
      <w:r>
        <w:br/>
      </w:r>
      <w:r>
        <w:rPr>
          <w:sz w:val="20"/>
        </w:rPr>
        <w:t>52:29  of us." dekhen, yeh lafz to is zamane mein hota tha, distraction ka lafz to nahin hota tha,</w:t>
      </w:r>
      <w:r>
        <w:br/>
      </w:r>
      <w:r>
        <w:rPr>
          <w:sz w:val="20"/>
        </w:rPr>
        <w:t>52:35  lekin nateeja woh zaroor mein bata sakta hoon.</w:t>
      </w:r>
      <w:r>
        <w:br/>
      </w:r>
      <w:r>
        <w:rPr>
          <w:sz w:val="20"/>
        </w:rPr>
        <w:t>52:42  woh yeh ke rasool Allah aur tamam sahaba bohat zyada chup rehte the, zyada bolte nahin the, chup.</w:t>
      </w:r>
      <w:r>
        <w:br/>
      </w:r>
      <w:r>
        <w:rPr>
          <w:sz w:val="20"/>
        </w:rPr>
        <w:t>52:48  rasool Allah ke bare mein aata hai: "kan tabarrusamt", der der tak chup rehna, yahi sahaba ka tareeqa tha.</w:t>
      </w:r>
      <w:r>
        <w:br/>
      </w:r>
      <w:r>
        <w:rPr>
          <w:sz w:val="20"/>
        </w:rPr>
        <w:t>52:55  to chup kyun reh gaya aadmi? har waqt chobis ghante cheezein hain distraction wali.</w:t>
      </w:r>
      <w:r>
        <w:br/>
      </w:r>
      <w:r>
        <w:rPr>
          <w:sz w:val="20"/>
        </w:rPr>
        <w:t>53:01  woh to mutawajjah nahin hoga.</w:t>
      </w:r>
      <w:r>
        <w:br/>
      </w:r>
      <w:r>
        <w:rPr>
          <w:sz w:val="20"/>
        </w:rPr>
        <w:t>53:08  dekhen, koi chup rehta hai jab to is ka matlab yeh hai ke dunya se alag ho gaya,</w:t>
      </w:r>
      <w:r>
        <w:br/>
      </w:r>
      <w:r>
        <w:rPr>
          <w:sz w:val="20"/>
        </w:rPr>
        <w:t>53:14  woh alag koi ho nahin sakta.</w:t>
      </w:r>
      <w:r>
        <w:br/>
      </w:r>
      <w:r>
        <w:rPr>
          <w:sz w:val="20"/>
        </w:rPr>
        <w:t>53:21  isi waqt bohat si baatein hoti rehti hain mere charon taraf.</w:t>
      </w:r>
      <w:r>
        <w:br/>
      </w:r>
      <w:r>
        <w:rPr>
          <w:sz w:val="20"/>
        </w:rPr>
        <w:t>53:27  yeh yeh yeh pasibal nahi hai ke ke aap ke charon taraf aisi cheezein na hon jo aap</w:t>
      </w:r>
      <w:r>
        <w:br/>
      </w:r>
      <w:r>
        <w:rPr>
          <w:sz w:val="20"/>
        </w:rPr>
        <w:t>53:34  ko distract karti hain.</w:t>
      </w:r>
      <w:r>
        <w:br/>
      </w:r>
      <w:r>
        <w:rPr>
          <w:sz w:val="20"/>
        </w:rPr>
        <w:t>53:40  to chup rehne ka matlab kya hai? Aap us waqt us ko us se mutawajjah nahi ho rahe,</w:t>
      </w:r>
      <w:r>
        <w:br/>
      </w:r>
      <w:r>
        <w:rPr>
          <w:sz w:val="20"/>
        </w:rPr>
        <w:t>53:47  us ko koi ahmiyat nahi de rahe.</w:t>
      </w:r>
      <w:r>
        <w:br/>
      </w:r>
      <w:r>
        <w:rPr>
          <w:sz w:val="20"/>
        </w:rPr>
        <w:t>53:53  woh apna hota rahe, woh apne soch mein lage rehte hain.</w:t>
      </w:r>
      <w:r>
        <w:br/>
      </w:r>
      <w:r>
        <w:rPr>
          <w:sz w:val="20"/>
        </w:rPr>
        <w:t>54:00  to main samajhta hoon "kaan tabrasamt" se aata hai ke Rasool Allah bohat der der tak chup rehte thay.</w:t>
      </w:r>
      <w:r>
        <w:br/>
      </w:r>
      <w:r>
        <w:rPr>
          <w:sz w:val="20"/>
        </w:rPr>
        <w:t>54:06  is matlab mein har qism ke distraction se apne ko bacha kar ke tadabbur karte thay.</w:t>
      </w:r>
      <w:r>
        <w:br/>
      </w:r>
      <w:r>
        <w:rPr>
          <w:sz w:val="20"/>
        </w:rPr>
        <w:t>54:13  agar aap na bachayein to tadabbur is tarah ka nahi kar sakte aap, kyunke hamesha har waqt is ne koi...</w:t>
      </w:r>
      <w:r>
        <w:br/>
      </w:r>
      <w:r>
        <w:rPr>
          <w:sz w:val="20"/>
        </w:rPr>
        <w:t>54:20  misalan main Christian logon ki tareef karta hoon kyunke in mein main is tarah ki cheezein pata hoon.</w:t>
      </w:r>
      <w:r>
        <w:br/>
      </w:r>
      <w:r>
        <w:rPr>
          <w:sz w:val="20"/>
        </w:rPr>
        <w:t>54:27  دیکھیں، پونا میں ان کا ایک بہت بڑا ادارہ ہے، اس کا نام ہے De Nobili College.</w:t>
      </w:r>
      <w:r>
        <w:br/>
      </w:r>
      <w:r>
        <w:rPr>
          <w:sz w:val="20"/>
        </w:rPr>
        <w:t>54:35  De Nobili College mein ek library hai.</w:t>
      </w:r>
      <w:r>
        <w:br/>
      </w:r>
      <w:r>
        <w:rPr>
          <w:sz w:val="20"/>
        </w:rPr>
        <w:t>54:38  to main Poona gaya tha to main aur mere ek do ek do saathi bhi the, hum logon</w:t>
      </w:r>
      <w:r>
        <w:br/>
      </w:r>
      <w:r>
        <w:rPr>
          <w:sz w:val="20"/>
        </w:rPr>
        <w:t>54:45  ko dikhate hue woh le gaye.</w:t>
      </w:r>
      <w:r>
        <w:br/>
      </w:r>
      <w:r>
        <w:rPr>
          <w:sz w:val="20"/>
        </w:rPr>
        <w:t>54:48  to is library mein hum log dakhil hue to is mein reading room tha, woh mezain bohat sari</w:t>
      </w:r>
      <w:r>
        <w:br/>
      </w:r>
      <w:r>
        <w:rPr>
          <w:sz w:val="20"/>
        </w:rPr>
        <w:t>54:56  thin aur log kitabein le le ke jhuke hue the, kitab par jhuke hue the, padh rahe the.</w:t>
      </w:r>
      <w:r>
        <w:br/>
      </w:r>
      <w:r>
        <w:rPr>
          <w:sz w:val="20"/>
        </w:rPr>
        <w:t>55:03  hum is mein round lete rahe.</w:t>
      </w:r>
      <w:r>
        <w:br/>
      </w:r>
      <w:r>
        <w:rPr>
          <w:sz w:val="20"/>
        </w:rPr>
        <w:t>55:06  ab tak mujhe yaad hai ke ek bhi aadmi sar nahi uthaya ke kaun aaya hai, kaun gaya.</w:t>
      </w:r>
      <w:r>
        <w:br/>
      </w:r>
      <w:r>
        <w:rPr>
          <w:sz w:val="20"/>
        </w:rPr>
        <w:t>55:14  ek bhi aadmi nahi tha jo sar utha ke dekhe ke kaun aaya hai, kaun gaya.</w:t>
      </w:r>
      <w:r>
        <w:br/>
      </w:r>
      <w:r>
        <w:rPr>
          <w:sz w:val="20"/>
        </w:rPr>
        <w:t>55:20  hum log un ke liye source of distraction the, woh sab, lekin un ka concentration, concentration study par</w:t>
      </w:r>
      <w:r>
        <w:br/>
      </w:r>
      <w:r>
        <w:rPr>
          <w:sz w:val="20"/>
        </w:rPr>
        <w:t>55:28  itna barha hua tha ke unhone kuch nahi, kaun aaya hai, kaun gaya.</w:t>
      </w:r>
      <w:r>
        <w:br/>
      </w:r>
      <w:r>
        <w:rPr>
          <w:sz w:val="20"/>
        </w:rPr>
        <w:t>55:34  yeh tha Sahaba ka mamla jis mein lage rahe hain to lage rahe hain.</w:t>
      </w:r>
      <w:r>
        <w:br/>
      </w:r>
      <w:r>
        <w:rPr>
          <w:sz w:val="20"/>
        </w:rPr>
        <w:t>55:40  kabhi dunya mein chahe Arab ho ya Ajam ho, aap kisi kamre mein hon, kahin bahar baithe hon,</w:t>
      </w:r>
      <w:r>
        <w:br/>
      </w:r>
      <w:r>
        <w:rPr>
          <w:sz w:val="20"/>
        </w:rPr>
        <w:t>55:48  yeh namumkin hai ke aas paas aap ke waqiyat na hon.</w:t>
      </w:r>
      <w:r>
        <w:br/>
      </w:r>
      <w:r>
        <w:rPr>
          <w:sz w:val="20"/>
        </w:rPr>
        <w:t>55:53  waqiyat zaroor honge, tarah tarah ke.</w:t>
      </w:r>
      <w:r>
        <w:br/>
      </w:r>
      <w:r>
        <w:rPr>
          <w:sz w:val="20"/>
        </w:rPr>
        <w:t>55:56  kabhi hawa chaly gi, kabhi chora ary gi, kabhi aik patti gir jaye gi drakht se, kabhi koi</w:t>
      </w:r>
      <w:r>
        <w:br/>
      </w:r>
      <w:r>
        <w:rPr>
          <w:sz w:val="20"/>
        </w:rPr>
        <w:t>56:03  bol dy ga.</w:t>
      </w:r>
      <w:r>
        <w:br/>
      </w:r>
      <w:r>
        <w:rPr>
          <w:sz w:val="20"/>
        </w:rPr>
        <w:t>56:05  to jab aap is tarah soch rahy hon ky bilkul chup chap sochtay chaly ja rahy hain to</w:t>
      </w:r>
      <w:r>
        <w:br/>
      </w:r>
      <w:r>
        <w:rPr>
          <w:sz w:val="20"/>
        </w:rPr>
        <w:t>56:12  اس معنی کا آپ وہی حالت آپ کی ہے جو Deobandi college والوں کی کہ پڑھ رہے</w:t>
      </w:r>
      <w:r>
        <w:br/>
      </w:r>
      <w:r>
        <w:rPr>
          <w:sz w:val="20"/>
        </w:rPr>
        <w:t>56:20  hain to parh rahy hain.</w:t>
      </w:r>
      <w:r>
        <w:br/>
      </w:r>
      <w:r>
        <w:rPr>
          <w:sz w:val="20"/>
        </w:rPr>
        <w:t>56:22  inhain is se matlab nahi ky kon aya hai, kon gaya.</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Advice on delayed installment due to fraud</w:t>
      </w:r>
    </w:p>
    <w:p>
      <w:r>
        <w:rPr>
          <w:color w:val="666666"/>
          <w:sz w:val="18"/>
        </w:rPr>
        <w:t>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Helping people accept unattainable ideals</w:t>
      </w:r>
    </w:p>
    <w:p>
      <w:r>
        <w:rPr>
          <w:color w:val="666666"/>
          <w:sz w:val="18"/>
        </w:rPr>
        <w:t>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How to overcome carelessness and achieve goals?</w:t>
      </w:r>
    </w:p>
    <w:p>
      <w:r>
        <w:rPr>
          <w:color w:val="666666"/>
          <w:sz w:val="18"/>
        </w:rPr>
        <w:t>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Overcoming fear of failure in planning</w:t>
      </w:r>
    </w:p>
    <w:p>
      <w:r>
        <w:rPr>
          <w:color w:val="666666"/>
          <w:sz w:val="18"/>
        </w:rPr>
        <w:t>Modern Age June 9, 2019 Maulana Wahiduddin Khan · 2m 59s · at 35:02 · https://youtu.be/7mjCvAvHEdA?t=2102</w:t>
      </w:r>
    </w:p>
    <w:p>
      <w:r>
        <w:rPr>
          <w:i/>
        </w:rPr>
        <w:t>“When we plan, there is always a risk of failure in terms of results. The threat of failure sometimes becomes so dominant that we tend to do no planning. Maulana saheb, how can we address this problem?”</w:t>
      </w:r>
    </w:p>
    <w:p>
      <w:r>
        <w:rPr>
          <w:sz w:val="20"/>
        </w:rPr>
        <w:t>35:02  jazak Allah Maulana for asserting such a fantastic message." Maulana, agla sawal lena chahenge.</w:t>
      </w:r>
      <w:r>
        <w:br/>
      </w:r>
      <w:r>
        <w:rPr>
          <w:sz w:val="20"/>
        </w:rPr>
        <w:t>35:11  yeh sawal bheja hai aamir mori sahib ne Sher Nagar se. unhon ne likha hai, "when we plan, there is always a risk of failure in terms of results.</w:t>
      </w:r>
      <w:r>
        <w:br/>
      </w:r>
      <w:r>
        <w:rPr>
          <w:sz w:val="20"/>
        </w:rPr>
        <w:t>35:25  The threat of failure sometimes becomes so dominant that we tend to do no planning. Maulana sahib, how can we address this problem?</w:t>
      </w:r>
      <w:r>
        <w:br/>
      </w:r>
      <w:r>
        <w:rPr>
          <w:sz w:val="20"/>
        </w:rPr>
        <w:t>35:36  Kindly guide us." Bhai, mujhe to is ka koi tajruba nahi hai kyunke mera tajruba to zaati tajruba is ka ulta hai.</w:t>
      </w:r>
      <w:r>
        <w:br/>
      </w:r>
      <w:r>
        <w:rPr>
          <w:sz w:val="20"/>
        </w:rPr>
        <w:t>35:49  Main ne zero se planning ki, Allah ke dua karte hue. To zero se planning ki lekin dua bohat zyada ki, bohat zyada ki.</w:t>
      </w:r>
      <w:r>
        <w:br/>
      </w:r>
      <w:r>
        <w:rPr>
          <w:sz w:val="20"/>
        </w:rPr>
        <w:t>36:01  To mujhe to Allah ke fazl se kamyabi hui. Mujhe to hamesha planning ka acha tajruba hua.</w:t>
      </w:r>
      <w:r>
        <w:br/>
      </w:r>
      <w:r>
        <w:rPr>
          <w:sz w:val="20"/>
        </w:rPr>
        <w:t>36:17  Maulana, un ka woh yeh jaan na chah rahe hain ke kya dar ki wajah se planning ka insaan ko chhodna yeh kya sahi yeh soch hai?</w:t>
      </w:r>
      <w:r>
        <w:br/>
      </w:r>
      <w:r>
        <w:rPr>
          <w:sz w:val="20"/>
        </w:rPr>
        <w:t>36:27  Is is dar, dar kya cheez hai? Dar jo hai haqeeqat mein unawareness ka naam hai.</w:t>
      </w:r>
      <w:r>
        <w:br/>
      </w:r>
      <w:r>
        <w:rPr>
          <w:sz w:val="20"/>
        </w:rPr>
        <w:t>36:38  Dar unawareness ka naam hai, bekhabri ka naam hai aur kisi cheez ka naam nahi hai. Main khud kitni baar aisa hua ke kisi ne daraya, "Yeh to hone wala nahi hai, woh to hone wala nahi hai," lekin main aage badh gaya.</w:t>
      </w:r>
      <w:r>
        <w:br/>
      </w:r>
      <w:r>
        <w:rPr>
          <w:sz w:val="20"/>
        </w:rPr>
        <w:t>36:57  Ya aage badh gaya to wahan koi dar hi nahi tha. To dar aik false andishe ka naam hai, unaware hone ka naam hai.</w:t>
      </w:r>
      <w:r>
        <w:br/>
      </w:r>
      <w:r>
        <w:rPr>
          <w:sz w:val="20"/>
        </w:rPr>
        <w:t>37:15  To mera bara masla yeh hoga ke tajrube se pehle rai na banaya jaye. Tajrube se pehle rai na banayein.</w:t>
      </w:r>
      <w:r>
        <w:br/>
      </w:r>
      <w:r>
        <w:rPr>
          <w:sz w:val="20"/>
        </w:rPr>
        <w:t>37:31  Tajrube se pehle rai na banayein. Yeh mere saath hua.</w:t>
      </w:r>
      <w:r>
        <w:br/>
      </w:r>
      <w:r>
        <w:rPr>
          <w:sz w:val="20"/>
        </w:rPr>
        <w:t>37:38  Ji, yeh maine kiya hai ke logon ne mujhe daraya lekin jab is mein main kood pada to</w:t>
      </w:r>
      <w:r>
        <w:br/>
      </w:r>
      <w:r>
        <w:rPr>
          <w:sz w:val="20"/>
        </w:rPr>
        <w:t>37:52  Allah ne mujhe kamyabi ata farmayi.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1"/>
      </w:pPr>
      <w:r>
        <w:t>In the lectures (14)</w:t>
      </w:r>
    </w:p>
    <w:p>
      <w:pPr>
        <w:pStyle w:val="Heading2"/>
      </w:pPr>
      <w:r>
        <w:t>The Fate of Muslim Ummah (English) May 03, 2014</w:t>
      </w:r>
    </w:p>
    <w:p>
      <w:r>
        <w:rPr>
          <w:color w:val="666666"/>
          <w:sz w:val="18"/>
        </w:rPr>
        <w:t>11:21 · https://youtu.be/Gu64pZtxdAA?t=681</w:t>
      </w:r>
    </w:p>
    <w:p>
      <w:r>
        <w:rPr>
          <w:i/>
        </w:rPr>
        <w:t>“efforts failed.”</w:t>
      </w:r>
    </w:p>
    <w:p>
      <w:pPr>
        <w:pStyle w:val="Heading2"/>
      </w:pPr>
      <w:r>
        <w:t>Living with Angels April 24, 2007 Maulana Wahiduddin Kha</w:t>
      </w:r>
    </w:p>
    <w:p>
      <w:r>
        <w:rPr>
          <w:color w:val="666666"/>
          <w:sz w:val="18"/>
        </w:rPr>
        <w:t>11:49 · https://youtu.be/vftCoFxsQFw?t=709</w:t>
      </w:r>
    </w:p>
    <w:p>
      <w:r>
        <w:rPr>
          <w:i/>
        </w:rPr>
        <w:t>“They failed.”</w:t>
      </w:r>
    </w:p>
    <w:p>
      <w:pPr>
        <w:pStyle w:val="Heading2"/>
      </w:pPr>
      <w:r>
        <w:t>Hadith (English) March 27, 2007 Maulana Wahiduddin Khan</w:t>
      </w:r>
    </w:p>
    <w:p>
      <w:r>
        <w:rPr>
          <w:color w:val="666666"/>
          <w:sz w:val="18"/>
        </w:rPr>
        <w:t>27:21 · https://youtu.be/VnwRJbqn9tU?t=1641</w:t>
      </w:r>
    </w:p>
    <w:p>
      <w:r>
        <w:rPr>
          <w:i/>
        </w:rPr>
        <w:t>“Have I availed that opportunity? I was insuccessful.”</w:t>
      </w:r>
    </w:p>
    <w:p>
      <w:pPr>
        <w:pStyle w:val="Heading2"/>
      </w:pPr>
      <w:r>
        <w:t>Prophet of Islam as a Model for Mankind August 31, 2007</w:t>
      </w:r>
    </w:p>
    <w:p>
      <w:r>
        <w:rPr>
          <w:color w:val="666666"/>
          <w:sz w:val="18"/>
        </w:rPr>
        <w:t>17:33 · https://youtu.be/UKUzH7_OjKM?t=1053</w:t>
      </w:r>
    </w:p>
    <w:p>
      <w:r>
        <w:rPr>
          <w:i/>
        </w:rPr>
        <w:t>“but they failed.”</w:t>
      </w:r>
    </w:p>
    <w:p>
      <w:pPr>
        <w:pStyle w:val="Heading2"/>
      </w:pPr>
      <w:r>
        <w:t>The Concept of Death in Islam August 7, 2007</w:t>
      </w:r>
    </w:p>
    <w:p>
      <w:r>
        <w:rPr>
          <w:color w:val="666666"/>
          <w:sz w:val="18"/>
        </w:rPr>
        <w:t>52:01 · https://youtu.be/pB0cQfYw91E?t=3121</w:t>
      </w:r>
    </w:p>
    <w:p>
      <w:r>
        <w:rPr>
          <w:i/>
        </w:rPr>
        <w:t>“but they fail.”</w:t>
      </w:r>
    </w:p>
    <w:p>
      <w:pPr>
        <w:pStyle w:val="Heading2"/>
      </w:pPr>
      <w:r>
        <w:t>In Search for Truth 18 May 2007</w:t>
      </w:r>
    </w:p>
    <w:p>
      <w:r>
        <w:rPr>
          <w:color w:val="666666"/>
          <w:sz w:val="18"/>
        </w:rPr>
        <w:t>15:56 · https://youtu.be/3Q4zw6202eM?t=956</w:t>
      </w:r>
    </w:p>
    <w:p>
      <w:r>
        <w:rPr>
          <w:i/>
        </w:rPr>
        <w:t>“fails to find”</w:t>
      </w:r>
    </w:p>
    <w:p>
      <w:pPr>
        <w:pStyle w:val="Heading2"/>
      </w:pPr>
      <w:r>
        <w:t>A Brief Survey of Islamic History (Eng) February 15, 2007</w:t>
      </w:r>
    </w:p>
    <w:p>
      <w:r>
        <w:rPr>
          <w:color w:val="666666"/>
          <w:sz w:val="18"/>
        </w:rPr>
        <w:t>16:39 · https://youtu.be/MdRtdA99UlA?t=999</w:t>
      </w:r>
    </w:p>
    <w:p>
      <w:r>
        <w:rPr>
          <w:i/>
        </w:rPr>
        <w:t>“disappointed.”</w:t>
      </w:r>
    </w:p>
    <w:p>
      <w:pPr>
        <w:pStyle w:val="Heading2"/>
      </w:pPr>
      <w:r>
        <w:t>Islam in the Changing World August 6, 2007</w:t>
      </w:r>
    </w:p>
    <w:p>
      <w:r>
        <w:rPr>
          <w:color w:val="666666"/>
          <w:sz w:val="18"/>
        </w:rPr>
        <w:t>50:31 · https://youtu.be/lEhH4VDLSFY?t=3031</w:t>
      </w:r>
    </w:p>
    <w:p>
      <w:r>
        <w:rPr>
          <w:i/>
        </w:rPr>
        <w:t>“Due to the failure in”</w:t>
      </w:r>
    </w:p>
    <w:p>
      <w:pPr>
        <w:pStyle w:val="Heading2"/>
      </w:pPr>
      <w:r>
        <w:t>Quran A Dictionary of Truth (English) May 02, 2007 Maulana Wahiduddin Khan</w:t>
      </w:r>
    </w:p>
    <w:p>
      <w:r>
        <w:rPr>
          <w:color w:val="666666"/>
          <w:sz w:val="18"/>
        </w:rPr>
        <w:t>11:01 · https://youtu.be/plsYgl_xxbY?t=661</w:t>
      </w:r>
    </w:p>
    <w:p>
      <w:r>
        <w:rPr>
          <w:i/>
        </w:rPr>
        <w:t>“it continued up to one week but failed.”</w:t>
      </w:r>
    </w:p>
    <w:p>
      <w:pPr>
        <w:pStyle w:val="Heading2"/>
      </w:pPr>
      <w:r>
        <w:t>Interfaith Dialogue (English) February 1, 2014 Maulana Wahiduddin Khan</w:t>
      </w:r>
    </w:p>
    <w:p>
      <w:r>
        <w:rPr>
          <w:color w:val="666666"/>
          <w:sz w:val="18"/>
        </w:rPr>
        <w:t>4:30 · https://youtu.be/esM8RDj_new?t=270</w:t>
      </w:r>
    </w:p>
    <w:p>
      <w:r>
        <w:rPr>
          <w:i/>
        </w:rPr>
        <w:t>“But this kind of exercise completely failed.”</w:t>
      </w:r>
    </w:p>
    <w:p>
      <w:pPr>
        <w:pStyle w:val="Heading2"/>
      </w:pPr>
      <w:r>
        <w:t>The Fate of Muslim Ummah (English) May 03, 2014</w:t>
      </w:r>
    </w:p>
    <w:p>
      <w:r>
        <w:rPr>
          <w:color w:val="666666"/>
          <w:sz w:val="18"/>
        </w:rPr>
        <w:t>34:05 · https://youtu.be/Gu64pZtxdAA?t=2045</w:t>
      </w:r>
    </w:p>
    <w:p>
      <w:r>
        <w:rPr>
          <w:i/>
        </w:rPr>
        <w:t>“no result.”</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From The Spiritual Tree May 30, 2007</w:t>
      </w:r>
    </w:p>
    <w:p>
      <w:r>
        <w:rPr>
          <w:color w:val="666666"/>
          <w:sz w:val="18"/>
        </w:rPr>
        <w:t>9:53 · https://youtu.be/vGj_dsCMv-M?t=593</w:t>
      </w:r>
    </w:p>
    <w:p>
      <w:r>
        <w:rPr>
          <w:i/>
        </w:rPr>
        <w:t>“the Prophet fails”</w:t>
      </w:r>
    </w:p>
    <w:p>
      <w:pPr>
        <w:pStyle w:val="Heading2"/>
      </w:pPr>
      <w:r>
        <w:t>Islam in the Changing World August 6, 2007</w:t>
      </w:r>
    </w:p>
    <w:p>
      <w:r>
        <w:rPr>
          <w:color w:val="666666"/>
          <w:sz w:val="18"/>
        </w:rPr>
        <w:t>12:37 · https://youtu.be/lEhH4VDLSFY?t=757</w:t>
      </w:r>
    </w:p>
    <w:p>
      <w:r>
        <w:rPr>
          <w:i/>
        </w:rPr>
        <w:t>“it was wrong.”</w:t>
      </w:r>
    </w:p>
    <w:p>
      <w:pPr>
        <w:pStyle w:val="Heading1"/>
      </w:pPr>
      <w:r>
        <w:t>Clips (6)</w:t>
      </w:r>
    </w:p>
    <w:p>
      <w:pPr>
        <w:pStyle w:val="Heading2"/>
      </w:pPr>
      <w:r>
        <w:t>History of Muslim decline and the failed turn to Jihad</w:t>
      </w:r>
    </w:p>
    <w:p>
      <w:r>
        <w:rPr>
          <w:color w:val="666666"/>
          <w:sz w:val="18"/>
        </w:rPr>
        <w:t>The Fate of Muslim Ummah (English) May 03, 2014 · 5m 49s · at 6:55 · https://youtu.be/Gu64pZtxdAA?t=415</w:t>
      </w:r>
    </w:p>
    <w:p>
      <w:r>
        <w:rPr>
          <w:i/>
        </w:rPr>
        <w:t>“I would like to remind the history of Muslims.”</w:t>
      </w:r>
    </w:p>
    <w:p>
      <w:r>
        <w:rPr>
          <w:sz w:val="20"/>
        </w:rPr>
        <w:t>6:55  Here, I would like to remind the history of Muslims.</w:t>
      </w:r>
      <w:r>
        <w:br/>
      </w:r>
      <w:r>
        <w:rPr>
          <w:sz w:val="20"/>
        </w:rPr>
        <w:t>7:00  You know, Islam, the history of Islam began in Arabia in the first quarter of the seventh century.</w:t>
      </w:r>
      <w:r>
        <w:br/>
      </w:r>
      <w:r>
        <w:rPr>
          <w:sz w:val="20"/>
        </w:rPr>
        <w:t>7:13  Then Islam spread with very high speed throughout the world.</w:t>
      </w:r>
      <w:r>
        <w:br/>
      </w:r>
      <w:r>
        <w:rPr>
          <w:sz w:val="20"/>
        </w:rPr>
        <w:t>7:24  And now there are more than one billion Muslims throughout the world.</w:t>
      </w:r>
      <w:r>
        <w:br/>
      </w:r>
      <w:r>
        <w:rPr>
          <w:sz w:val="20"/>
        </w:rPr>
        <w:t>7:31  But there is a law of nature. This nature, this law covers all the nations.</w:t>
      </w:r>
      <w:r>
        <w:br/>
      </w:r>
      <w:r>
        <w:rPr>
          <w:sz w:val="20"/>
        </w:rPr>
        <w:t>7:42  And Muslims are not an exception.</w:t>
      </w:r>
      <w:r>
        <w:br/>
      </w:r>
      <w:r>
        <w:rPr>
          <w:sz w:val="20"/>
        </w:rPr>
        <w:t>7:48  This law is a law of decay.</w:t>
      </w:r>
      <w:r>
        <w:br/>
      </w:r>
      <w:r>
        <w:rPr>
          <w:sz w:val="20"/>
        </w:rPr>
        <w:t>7:54  When we talk about other natural phenomena, we can say that it was decay.</w:t>
      </w:r>
      <w:r>
        <w:br/>
      </w:r>
      <w:r>
        <w:rPr>
          <w:sz w:val="20"/>
        </w:rPr>
        <w:t>8:10  And when we explain Muslim, when we explain the human group, human condition, then we call it degeneration.</w:t>
      </w:r>
      <w:r>
        <w:br/>
      </w:r>
      <w:r>
        <w:rPr>
          <w:sz w:val="20"/>
        </w:rPr>
        <w:t>8:29  So after some centuries, there was a process of degeneration among Muslims.</w:t>
      </w:r>
      <w:r>
        <w:br/>
      </w:r>
      <w:r>
        <w:rPr>
          <w:sz w:val="20"/>
        </w:rPr>
        <w:t>8:40  And according to my study, I can say that this process was this process reached its culmination in the eighteenth century.</w:t>
      </w:r>
      <w:r>
        <w:br/>
      </w:r>
      <w:r>
        <w:rPr>
          <w:sz w:val="20"/>
        </w:rPr>
        <w:t>8:56  The eighteenth century was the century of decline</w:t>
      </w:r>
      <w:r>
        <w:br/>
      </w:r>
      <w:r>
        <w:rPr>
          <w:sz w:val="20"/>
        </w:rPr>
        <w:t>9:04  for Muslims. Now the time was to revive Muslims again, to revive Muslim Ummah again.</w:t>
      </w:r>
      <w:r>
        <w:br/>
      </w:r>
      <w:r>
        <w:rPr>
          <w:sz w:val="20"/>
        </w:rPr>
        <w:t>9:19  But what was the scheme of revival?</w:t>
      </w:r>
      <w:r>
        <w:br/>
      </w:r>
      <w:r>
        <w:rPr>
          <w:sz w:val="20"/>
        </w:rPr>
        <w:t>9:29  All the Muslim leaders of that period adopted one method that was Jihad.</w:t>
      </w:r>
      <w:r>
        <w:br/>
      </w:r>
      <w:r>
        <w:rPr>
          <w:sz w:val="20"/>
        </w:rPr>
        <w:t>9:39  Their diagnosis was that we are surrounded with enemies.</w:t>
      </w:r>
      <w:r>
        <w:br/>
      </w:r>
      <w:r>
        <w:rPr>
          <w:sz w:val="20"/>
        </w:rPr>
        <w:t>9:47  And this enemy has</w:t>
      </w:r>
      <w:r>
        <w:br/>
      </w:r>
      <w:r>
        <w:rPr>
          <w:sz w:val="20"/>
        </w:rPr>
        <w:t>9:54  created problems for us</w:t>
      </w:r>
      <w:r>
        <w:br/>
      </w:r>
      <w:r>
        <w:rPr>
          <w:sz w:val="20"/>
        </w:rPr>
        <w:t>9:59  . They have destroyed the Muslim Empire. So according to the Muslim leaders of that time, it was a phenomenon of enmity.</w:t>
      </w:r>
      <w:r>
        <w:br/>
      </w:r>
      <w:r>
        <w:rPr>
          <w:sz w:val="20"/>
        </w:rPr>
        <w:t>10:14  It was a phenomenon of enmity by the anti-Muslim world. So they started Jihad.</w:t>
      </w:r>
      <w:r>
        <w:br/>
      </w:r>
      <w:r>
        <w:rPr>
          <w:sz w:val="20"/>
        </w:rPr>
        <w:t>10:27  That is, they adopted a political method for the purpose of revival of Muslims, a political method.</w:t>
      </w:r>
      <w:r>
        <w:br/>
      </w:r>
      <w:r>
        <w:rPr>
          <w:sz w:val="20"/>
        </w:rPr>
        <w:t>10:41  Political method is inherently a confrontational method. Political method is inherently a confrontational method.</w:t>
      </w:r>
      <w:r>
        <w:br/>
      </w:r>
      <w:r>
        <w:rPr>
          <w:sz w:val="20"/>
        </w:rPr>
        <w:t>10:58  So it was but natural that there was fighting, violence, war.</w:t>
      </w:r>
      <w:r>
        <w:br/>
      </w:r>
      <w:r>
        <w:rPr>
          <w:sz w:val="20"/>
        </w:rPr>
        <w:t>11:09  And Muslims were engaged in this violent activism. But all their</w:t>
      </w:r>
      <w:r>
        <w:br/>
      </w:r>
      <w:r>
        <w:rPr>
          <w:sz w:val="20"/>
        </w:rPr>
        <w:t>11:21  efforts failed.</w:t>
      </w:r>
      <w:r>
        <w:br/>
      </w:r>
      <w:r>
        <w:rPr>
          <w:sz w:val="20"/>
        </w:rPr>
        <w:t>11:26  They sacrificed a lot in terms of life, in terms of money.</w:t>
      </w:r>
      <w:r>
        <w:br/>
      </w:r>
      <w:r>
        <w:rPr>
          <w:sz w:val="20"/>
        </w:rPr>
        <w:t>11:34  They sacrificed a lot. But their Jihad completely failed.</w:t>
      </w:r>
      <w:r>
        <w:br/>
      </w:r>
      <w:r>
        <w:rPr>
          <w:sz w:val="20"/>
        </w:rPr>
        <w:t>11:46  Here was the question.</w:t>
      </w:r>
      <w:r>
        <w:br/>
      </w:r>
      <w:r>
        <w:rPr>
          <w:sz w:val="20"/>
        </w:rPr>
        <w:t>11:49  All the Muslim leaders must</w:t>
      </w:r>
      <w:r>
        <w:br/>
      </w:r>
      <w:r>
        <w:rPr>
          <w:sz w:val="20"/>
        </w:rPr>
        <w:t>11:55  go to introspection. They must study the Qur'an. They must find out where we were wrong.</w:t>
      </w:r>
      <w:r>
        <w:br/>
      </w:r>
      <w:r>
        <w:rPr>
          <w:sz w:val="20"/>
        </w:rPr>
        <w:t>12:08  The wrong was that they adopted a wrong method.</w:t>
      </w:r>
      <w:r>
        <w:br/>
      </w:r>
      <w:r>
        <w:rPr>
          <w:sz w:val="20"/>
        </w:rPr>
        <w:t>12:16  They set the goal of political they set a political goal. They wanted to regain their political power.</w:t>
      </w:r>
      <w:r>
        <w:br/>
      </w:r>
      <w:r>
        <w:rPr>
          <w:sz w:val="20"/>
        </w:rPr>
        <w:t>12:29  They wanted to reestablish the Muslim Empire. That was wrong.</w:t>
      </w:r>
      <w:r>
        <w:br/>
      </w:r>
      <w:r>
        <w:rPr>
          <w:sz w:val="20"/>
        </w:rPr>
        <w:t>12:40  Political power</w:t>
      </w:r>
    </w:p>
    <w:p>
      <w:pPr>
        <w:pStyle w:val="Heading2"/>
      </w:pPr>
      <w:r>
        <w:t>Stop saying if, live future-oriented not past-oriented</w:t>
      </w:r>
    </w:p>
    <w:p>
      <w:r>
        <w:rPr>
          <w:color w:val="666666"/>
          <w:sz w:val="18"/>
        </w:rPr>
        <w:t>Hadith (English) March 27, 2007 Maulana Wahiduddin Khan · 4m 22s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r>
        <w:br/>
      </w:r>
      <w:r>
        <w:rPr>
          <w:sz w:val="20"/>
        </w:rPr>
        <w:t>26:42  You know every time - everyone has some</w:t>
      </w:r>
      <w:r>
        <w:br/>
      </w:r>
      <w:r>
        <w:rPr>
          <w:sz w:val="20"/>
        </w:rPr>
        <w:t>26:53  sad memory about his past.</w:t>
      </w:r>
      <w:r>
        <w:br/>
      </w:r>
      <w:r>
        <w:rPr>
          <w:sz w:val="20"/>
        </w:rPr>
        <w:t>26:56  Everyone, every minor woman, has some</w:t>
      </w:r>
      <w:r>
        <w:br/>
      </w:r>
      <w:r>
        <w:rPr>
          <w:sz w:val="20"/>
        </w:rPr>
        <w:t>27:07  sad memory about their past. So they say. In the past, there was such and such opportunity, and I failed to avail that opportunity.</w:t>
      </w:r>
      <w:r>
        <w:br/>
      </w:r>
      <w:r>
        <w:rPr>
          <w:sz w:val="20"/>
        </w:rPr>
        <w:t>27:21  Have I availed that opportunity? I was insuccessful.</w:t>
      </w:r>
      <w:r>
        <w:br/>
      </w:r>
      <w:r>
        <w:rPr>
          <w:sz w:val="20"/>
        </w:rPr>
        <w:t>27:27  This is law - if. So if is a satanic thought because - why it is a satanic thought?</w:t>
      </w:r>
      <w:r>
        <w:br/>
      </w:r>
      <w:r>
        <w:rPr>
          <w:sz w:val="20"/>
        </w:rPr>
        <w:t>27:39  This kind of thinking always</w:t>
      </w:r>
      <w:r>
        <w:br/>
      </w:r>
      <w:r>
        <w:rPr>
          <w:sz w:val="20"/>
        </w:rPr>
        <w:t>27:47  makes you live with sadness. Always makes you live with the past</w:t>
      </w:r>
      <w:r>
        <w:br/>
      </w:r>
      <w:r>
        <w:rPr>
          <w:sz w:val="20"/>
        </w:rPr>
        <w:t>27:55  . You forget the future, and you are living in the past. This is the 'lau' culture. 'lau' culture is a satanic culture.</w:t>
      </w:r>
      <w:r>
        <w:br/>
      </w:r>
      <w:r>
        <w:rPr>
          <w:sz w:val="20"/>
        </w:rPr>
        <w:t>28:06  If culture is a satanic culture. So don't think like this. Always see the future.</w:t>
      </w:r>
      <w:r>
        <w:br/>
      </w:r>
      <w:r>
        <w:rPr>
          <w:sz w:val="20"/>
        </w:rPr>
        <w:t>28:17  Don't see to the past.</w:t>
      </w:r>
      <w:r>
        <w:br/>
      </w:r>
      <w:r>
        <w:rPr>
          <w:sz w:val="20"/>
        </w:rPr>
        <w:t>28:23  Everyone misses some opportunity in the past, but you have to forget it. Everyone</w:t>
      </w:r>
      <w:r>
        <w:br/>
      </w:r>
      <w:r>
        <w:rPr>
          <w:sz w:val="20"/>
        </w:rPr>
        <w:t>28:34  has missed some opportunity in the past. So everyone is living in that memory.</w:t>
      </w:r>
      <w:r>
        <w:br/>
      </w:r>
      <w:r>
        <w:rPr>
          <w:sz w:val="20"/>
        </w:rPr>
        <w:t>28:46  But it is wrong. It is a satanic thought</w:t>
      </w:r>
      <w:r>
        <w:br/>
      </w:r>
      <w:r>
        <w:rPr>
          <w:sz w:val="20"/>
        </w:rPr>
        <w:t>28:51  . You have to go beyond that memory. You have to think about the future.</w:t>
      </w:r>
      <w:r>
        <w:br/>
      </w:r>
      <w:r>
        <w:rPr>
          <w:sz w:val="20"/>
        </w:rPr>
        <w:t>28:59  Your thinking must be future-oriented rather than past-oriented.</w:t>
      </w:r>
      <w:r>
        <w:br/>
      </w:r>
      <w:r>
        <w:rPr>
          <w:sz w:val="20"/>
        </w:rPr>
        <w:t>29:07  Don't think about missed opportunities. Always think about the present opportunities.</w:t>
      </w:r>
      <w:r>
        <w:br/>
      </w:r>
      <w:r>
        <w:rPr>
          <w:sz w:val="20"/>
        </w:rPr>
        <w:t>29:17  "فإن لو من عمل الشيطان." For saying 'lau' is a satanic thought.</w:t>
      </w:r>
      <w:r>
        <w:br/>
      </w:r>
      <w:r>
        <w:rPr>
          <w:sz w:val="20"/>
        </w:rPr>
        <w:t>29:26  'lau' means if. Because if you think like this, you always think about the past</w:t>
      </w:r>
      <w:r>
        <w:br/>
      </w:r>
      <w:r>
        <w:rPr>
          <w:sz w:val="20"/>
        </w:rPr>
        <w:t>29:36  , you will forget the present opportunities because you are living in those opportunities which you have passed in the past.</w:t>
      </w:r>
      <w:r>
        <w:br/>
      </w:r>
      <w:r>
        <w:rPr>
          <w:sz w:val="20"/>
        </w:rPr>
        <w:t>29:50  So the Prophet of Islam has said that 'lau' is 'amal al-Shaytan'.</w:t>
      </w:r>
      <w:r>
        <w:br/>
      </w:r>
      <w:r>
        <w:rPr>
          <w:sz w:val="20"/>
        </w:rPr>
        <w:t>29:57  If is a satanic thought. If is a satanic thought.</w:t>
      </w:r>
      <w:r>
        <w:br/>
      </w:r>
      <w:r>
        <w:rPr>
          <w:sz w:val="20"/>
        </w:rPr>
        <w:t>30:08  So leave this kind of thought. Then</w:t>
      </w:r>
    </w:p>
    <w:p>
      <w:pPr>
        <w:pStyle w:val="Heading2"/>
      </w:pPr>
      <w:r>
        <w:t>De-stressing by accepting reality of desires and afterlife</w:t>
      </w:r>
    </w:p>
    <w:p>
      <w:r>
        <w:rPr>
          <w:color w:val="666666"/>
          <w:sz w:val="18"/>
        </w:rPr>
        <w:t>The Concept of Death in Islam August 7, 2007 · 5m 48s · at 48:16 · https://youtu.be/pB0cQfYw91E?t=2896</w:t>
      </w:r>
    </w:p>
    <w:p>
      <w:r>
        <w:rPr>
          <w:i/>
        </w:rPr>
        <w:t>“The majority of people are living in tension”</w:t>
      </w:r>
    </w:p>
    <w:p>
      <w:r>
        <w:rPr>
          <w:sz w:val="20"/>
        </w:rPr>
        <w:t>48:16  All those people who live in tension, in stress—why? You know, in our present age, the majority of people are living in—the majority of people is living in tension, in stress.</w:t>
      </w:r>
      <w:r>
        <w:br/>
      </w:r>
      <w:r>
        <w:rPr>
          <w:sz w:val="20"/>
        </w:rPr>
        <w:t>48:34  Why?</w:t>
      </w:r>
      <w:r>
        <w:br/>
      </w:r>
      <w:r>
        <w:rPr>
          <w:sz w:val="20"/>
        </w:rPr>
        <w:t>48:37  The reason is very simple. The reason is very simple. They try to fulfill their desires in this world.</w:t>
      </w:r>
      <w:r>
        <w:br/>
      </w:r>
      <w:r>
        <w:rPr>
          <w:sz w:val="20"/>
        </w:rPr>
        <w:t>48:51  They are unaware that fulfillment is only in the post-death period and not in the pre-death period.</w:t>
      </w:r>
      <w:r>
        <w:br/>
      </w:r>
      <w:r>
        <w:rPr>
          <w:sz w:val="20"/>
        </w:rPr>
        <w:t>49:05  So they are going against the creation plan of God. This is the reason for all those tensions and stress.</w:t>
      </w:r>
      <w:r>
        <w:br/>
      </w:r>
      <w:r>
        <w:rPr>
          <w:sz w:val="20"/>
        </w:rPr>
        <w:t>49:17  So this is the only de-stressing formula.</w:t>
      </w:r>
      <w:r>
        <w:br/>
      </w:r>
      <w:r>
        <w:rPr>
          <w:sz w:val="20"/>
        </w:rPr>
        <w:t>49:23  The de-stressing formula is to realize, to understand the creation plan of God</w:t>
      </w:r>
      <w:r>
        <w:br/>
      </w:r>
      <w:r>
        <w:rPr>
          <w:sz w:val="20"/>
        </w:rPr>
        <w:t>49:34  . This is the de-stressing formula.</w:t>
      </w:r>
      <w:r>
        <w:br/>
      </w:r>
      <w:r>
        <w:rPr>
          <w:sz w:val="20"/>
        </w:rPr>
        <w:t>49:40  All people are living in tension and stress and try to de-stress, but they fail because they are applying the wrong formula.</w:t>
      </w:r>
      <w:r>
        <w:br/>
      </w:r>
      <w:r>
        <w:rPr>
          <w:sz w:val="20"/>
        </w:rPr>
        <w:t>49:56  The correct formula of de-stressing is to understand the creation plan of God, to accept this truth, to accept this reality that</w:t>
      </w:r>
      <w:r>
        <w:br/>
      </w:r>
      <w:r>
        <w:rPr>
          <w:sz w:val="20"/>
        </w:rPr>
        <w:t>50:17  in this present world</w:t>
      </w:r>
      <w:r>
        <w:br/>
      </w:r>
      <w:r>
        <w:rPr>
          <w:sz w:val="20"/>
        </w:rPr>
        <w:t>50:21  we have only desires. And these desires can be fulfilled only in the post-death period.</w:t>
      </w:r>
      <w:r>
        <w:br/>
      </w:r>
      <w:r>
        <w:rPr>
          <w:sz w:val="20"/>
        </w:rPr>
        <w:t>50:33  This is a reality.</w:t>
      </w:r>
      <w:r>
        <w:br/>
      </w:r>
      <w:r>
        <w:rPr>
          <w:sz w:val="20"/>
        </w:rPr>
        <w:t>50:38  So the solution lies in acceptance of this reality.</w:t>
      </w:r>
      <w:r>
        <w:br/>
      </w:r>
      <w:r>
        <w:rPr>
          <w:sz w:val="20"/>
        </w:rPr>
        <w:t>50:45  If you accept this reality, then you can live without tension and stress.</w:t>
      </w:r>
      <w:r>
        <w:br/>
      </w:r>
      <w:r>
        <w:rPr>
          <w:sz w:val="20"/>
        </w:rPr>
        <w:t>50:55  And if you fail to accept this reality, then</w:t>
      </w:r>
      <w:r>
        <w:br/>
      </w:r>
      <w:r>
        <w:rPr>
          <w:sz w:val="20"/>
        </w:rPr>
        <w:t>51:04  you are doomed to live in tension and stress.</w:t>
      </w:r>
      <w:r>
        <w:br/>
      </w:r>
      <w:r>
        <w:rPr>
          <w:sz w:val="20"/>
        </w:rPr>
        <w:t>51:12  So we must accept this reality. We must accept this reality so that we may live without tension, without stress.</w:t>
      </w:r>
      <w:r>
        <w:br/>
      </w:r>
      <w:r>
        <w:rPr>
          <w:sz w:val="20"/>
        </w:rPr>
        <w:t>51:24  Accepting</w:t>
      </w:r>
      <w:r>
        <w:br/>
      </w:r>
      <w:r>
        <w:rPr>
          <w:sz w:val="20"/>
        </w:rPr>
        <w:t>51:28  the reality, accepting the Divine reality, accepting the Divine plan is the only formula of de-stressing.</w:t>
      </w:r>
      <w:r>
        <w:br/>
      </w:r>
      <w:r>
        <w:rPr>
          <w:sz w:val="20"/>
        </w:rPr>
        <w:t>51:45  Everyone seeks to find a de-stressing formula. People are living in stress, and they are trying to find a de-stressing formula,</w:t>
      </w:r>
      <w:r>
        <w:br/>
      </w:r>
      <w:r>
        <w:rPr>
          <w:sz w:val="20"/>
        </w:rPr>
        <w:t>52:01  but they fail.</w:t>
      </w:r>
      <w:r>
        <w:br/>
      </w:r>
      <w:r>
        <w:rPr>
          <w:sz w:val="20"/>
        </w:rPr>
        <w:t>52:05  I can say, according to my experience and according to my study, that the only formula of de-stressing is to accept this Divine reality.</w:t>
      </w:r>
      <w:r>
        <w:br/>
      </w:r>
      <w:r>
        <w:rPr>
          <w:sz w:val="20"/>
        </w:rPr>
        <w:t>52:26  I accept the reality, and there is no stress.</w:t>
      </w:r>
      <w:r>
        <w:br/>
      </w:r>
      <w:r>
        <w:rPr>
          <w:sz w:val="20"/>
        </w:rPr>
        <w:t>52:32  I accept the reality, and there is no tension.</w:t>
      </w:r>
      <w:r>
        <w:br/>
      </w:r>
      <w:r>
        <w:rPr>
          <w:sz w:val="20"/>
        </w:rPr>
        <w:t>52:42  If you are traveling in an aeroplane and you want to walk in a park, so you will be—you will fall in frustration because no aeroplane can provide you a park for walking.</w:t>
      </w:r>
      <w:r>
        <w:br/>
      </w:r>
      <w:r>
        <w:rPr>
          <w:sz w:val="20"/>
        </w:rPr>
        <w:t>53:10  But if you accept that, so you will be in tension and stress.</w:t>
      </w:r>
      <w:r>
        <w:br/>
      </w:r>
      <w:r>
        <w:rPr>
          <w:sz w:val="20"/>
        </w:rPr>
        <w:t>53:17  But if you accept that an aeroplane is not a place for walking, it is not possible to have a garden in an aeroplane.</w:t>
      </w:r>
      <w:r>
        <w:br/>
      </w:r>
      <w:r>
        <w:rPr>
          <w:sz w:val="20"/>
        </w:rPr>
        <w:t>53:34  So if you reject this reality, then you are bound to live in tension. But if you accept this reality, then there is no tension</w:t>
      </w:r>
      <w:r>
        <w:br/>
      </w:r>
      <w:r>
        <w:rPr>
          <w:sz w:val="20"/>
        </w:rPr>
        <w:t>53:52  because an aeroplane is not for walking. An aeroplane cannot provide you a garden. An aeroplane is only a mode of travel.</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Uniformity model of interfaith dialogue failed despite great minds</w:t>
      </w:r>
    </w:p>
    <w:p>
      <w:r>
        <w:rPr>
          <w:color w:val="666666"/>
          <w:sz w:val="18"/>
        </w:rPr>
        <w:t>Interfaith Dialogue (English) February 1, 2014 Maulana Wahiduddin Khan · 1m 38s · at 2:58 · https://youtu.be/esM8RDj_new?t=178</w:t>
      </w:r>
    </w:p>
    <w:p>
      <w:r>
        <w:rPr>
          <w:i/>
        </w:rPr>
        <w:t>“The method was not right, the method was unnatural.”</w:t>
      </w:r>
    </w:p>
    <w:p>
      <w:r>
        <w:rPr>
          <w:sz w:val="20"/>
        </w:rPr>
        <w:t>2:58  Now, the question is that why did these exercises fail?</w:t>
      </w:r>
      <w:r>
        <w:br/>
      </w:r>
      <w:r>
        <w:rPr>
          <w:sz w:val="20"/>
        </w:rPr>
        <w:t>3:09  I would say that</w:t>
      </w:r>
      <w:r>
        <w:br/>
      </w:r>
      <w:r>
        <w:rPr>
          <w:sz w:val="20"/>
        </w:rPr>
        <w:t>3:14  the method was notright. The method was unnatural.</w:t>
      </w:r>
      <w:r>
        <w:br/>
      </w:r>
      <w:r>
        <w:rPr>
          <w:sz w:val="20"/>
        </w:rPr>
        <w:t>3:27  According to my experience,</w:t>
      </w:r>
      <w:r>
        <w:br/>
      </w:r>
      <w:r>
        <w:rPr>
          <w:sz w:val="20"/>
        </w:rPr>
        <w:t>3:32  there were two</w:t>
      </w:r>
      <w:r>
        <w:br/>
      </w:r>
      <w:r>
        <w:rPr>
          <w:sz w:val="20"/>
        </w:rPr>
        <w:t>3:36  models of this interfaith dialogue. The</w:t>
      </w:r>
      <w:r>
        <w:br/>
      </w:r>
      <w:r>
        <w:rPr>
          <w:sz w:val="20"/>
        </w:rPr>
        <w:t>3:41  first model was based on the concept of uniformity.</w:t>
      </w:r>
      <w:r>
        <w:br/>
      </w:r>
      <w:r>
        <w:rPr>
          <w:sz w:val="20"/>
        </w:rPr>
        <w:t>3:51  According to this concept, all the religions are one and the same. There is an essential unity among all the religions.</w:t>
      </w:r>
      <w:r>
        <w:br/>
      </w:r>
      <w:r>
        <w:rPr>
          <w:sz w:val="20"/>
        </w:rPr>
        <w:t>4:05  So, we have to discover this essential unity and make people aware of this unity or uniformity.</w:t>
      </w:r>
      <w:r>
        <w:br/>
      </w:r>
      <w:r>
        <w:rPr>
          <w:sz w:val="20"/>
        </w:rPr>
        <w:t>4:19  So, this is the way by which we can expect the harmony among religious groups.</w:t>
      </w:r>
      <w:r>
        <w:br/>
      </w:r>
      <w:r>
        <w:rPr>
          <w:sz w:val="20"/>
        </w:rPr>
        <w:t>4:30  But this kind of exercise completely failed.</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