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I have no peace of mind</w:t>
      </w:r>
    </w:p>
    <w:p>
      <w:r>
        <w:rPr>
          <w:sz w:val="18"/>
        </w:rPr>
        <w:t>Q&amp;A, lecture moments and clips · full transcripts with timestamps · exported 2026-09-21</w:t>
      </w:r>
    </w:p>
    <w:p>
      <w:pPr>
        <w:pStyle w:val="Heading1"/>
      </w:pPr>
      <w:r>
        <w:t>Maulana was asked (30)</w:t>
      </w:r>
    </w:p>
    <w:p>
      <w:pPr>
        <w:pStyle w:val="Heading2"/>
      </w:pPr>
      <w:r>
        <w:t>Formula for peace of mind</w:t>
      </w:r>
    </w:p>
    <w:p>
      <w:r>
        <w:rPr>
          <w:color w:val="666666"/>
          <w:sz w:val="18"/>
        </w:rPr>
        <w:t>On Death June 08, 2014 · 1m 09s · at 49:15 · https://youtu.be/p0lSKQ0edmw?t=2955</w:t>
      </w:r>
    </w:p>
    <w:p>
      <w:r>
        <w:rPr>
          <w:i/>
        </w:rPr>
        <w:t>“I am usually distracted, restless and not at peace. Please give me a master formula so that I can achieve peace of mind.”</w:t>
      </w:r>
    </w:p>
    <w:p>
      <w:r>
        <w:rPr>
          <w:sz w:val="20"/>
        </w:rPr>
        <w:t>49:15  maulana, agla sawal aaya hai Indore se. Abdul sahib ne kiya hai. unhon ne likha hai ke "Moulana am usually distracted, restless and not at peace</w:t>
      </w:r>
      <w:r>
        <w:br/>
      </w:r>
      <w:r>
        <w:rPr>
          <w:sz w:val="20"/>
        </w:rPr>
        <w:t>49:28  . Please give me a master formula so that I can achieve peace of mind." Kya matlab? Maulana, unhon ne example to nahin diya, but kaha hai ke woh usually bohat ziyada restless rehte hain.</w:t>
      </w:r>
      <w:r>
        <w:br/>
      </w:r>
      <w:r>
        <w:rPr>
          <w:sz w:val="20"/>
        </w:rPr>
        <w:t>49:41  Peace of mind nahin hai. to koi aap un ko aisa koi formula bataen jis se... Bhai, dekhiye, is tarah ke jo question hain, to jab tak specific taur par aadmi na bataye ke kahan woh distract ho raha hai, to hum kya bataenge?</w:t>
      </w:r>
      <w:r>
        <w:br/>
      </w:r>
      <w:r>
        <w:rPr>
          <w:sz w:val="20"/>
        </w:rPr>
        <w:t>49:57  General taur par to hum bata chuke. General taur par to hum bata chuke. Ab is aadmi ka case specific sense mein kya hai, woh us ko batana parega.</w:t>
      </w:r>
      <w:r>
        <w:br/>
      </w:r>
      <w:r>
        <w:rPr>
          <w:sz w:val="20"/>
        </w:rPr>
        <w:t>50:11  tab hum bataenge ke woh kaise apnay aap ko is se bachaye. Warna jahan tak general sense mein batane ki baat hai, woh to hum bata chuke.</w:t>
      </w:r>
    </w:p>
    <w:p>
      <w:pPr>
        <w:pStyle w:val="Heading2"/>
      </w:pPr>
      <w:r>
        <w:t>Dealing with distractions during prayer</w:t>
      </w:r>
    </w:p>
    <w:p>
      <w:r>
        <w:rPr>
          <w:color w:val="666666"/>
          <w:sz w:val="18"/>
        </w:rPr>
        <w:t>The Quran September 20, 2020 Maulana Wahiduddin Khan · 1m 13s · at 23:12 · https://youtu.be/yQZGg2A0-Tk?t=1392</w:t>
      </w:r>
    </w:p>
    <w:p>
      <w:r>
        <w:rPr>
          <w:i/>
        </w:rPr>
        <w:t>“Sometimes during prayer, various thoughts come to mind. What should I do so that no thoughts come?”</w:t>
      </w:r>
    </w:p>
    <w:p>
      <w:r>
        <w:rPr>
          <w:sz w:val="20"/>
        </w:rPr>
        <w:t>23:12  maulana, agla sawal bheja hai bhopal se syed ghosh meer sahib ne.</w:t>
      </w:r>
      <w:r>
        <w:br/>
      </w:r>
      <w:r>
        <w:rPr>
          <w:sz w:val="20"/>
        </w:rPr>
        <w:t>23:22  unhon ne likha hai: "maulana sahib, kabhi kabhi namaz padhte waqt mann mein kuch bhi khayal aa jata hai. mann mein khayal nahi aaye, us ke liye kya karein?"</w:t>
      </w:r>
      <w:r>
        <w:br/>
      </w:r>
      <w:r>
        <w:rPr>
          <w:sz w:val="20"/>
        </w:rPr>
        <w:t>23:35  nahi, us ki ek toh zaroori nahi ke doosri baatein na aayen. woh toh aati hain har dafa.</w:t>
      </w:r>
      <w:r>
        <w:br/>
      </w:r>
      <w:r>
        <w:rPr>
          <w:sz w:val="20"/>
        </w:rPr>
        <w:t>23:47  toh yeh koi shart nahi hai.</w:t>
      </w:r>
      <w:r>
        <w:br/>
      </w:r>
      <w:r>
        <w:rPr>
          <w:sz w:val="20"/>
        </w:rPr>
        <w:t>23:51  shart yeh hai ke aap us ke bawajood quran par ghor kar rahe hote hain. yaani doosre khayalat aayen, doosri baatein zehan mein aayen, phir bhi aap quran ki padh ghor fikr karte rahen.</w:t>
      </w:r>
      <w:r>
        <w:br/>
      </w:r>
      <w:r>
        <w:rPr>
          <w:sz w:val="20"/>
        </w:rPr>
        <w:t>24:05  yeh matlab hai ke nahi ke woh cheez koi aur cheez aap ke zehan se nikal jaye. sirf quran hi quran rahe. yeh yeh kabhi ho nahi sakta.</w:t>
      </w:r>
      <w:r>
        <w:br/>
      </w:r>
      <w:r>
        <w:rPr>
          <w:sz w:val="20"/>
        </w:rPr>
        <w:t>24:17  sahaba ke andar bhi aisa nahi hota.</w:t>
      </w:r>
    </w:p>
    <w:p>
      <w:pPr>
        <w:pStyle w:val="Heading2"/>
      </w:pPr>
      <w:r>
        <w:t>Saddened by Delhi's consumer culture</w:t>
      </w:r>
    </w:p>
    <w:p>
      <w:r>
        <w:rPr>
          <w:color w:val="666666"/>
          <w:sz w:val="18"/>
        </w:rPr>
        <w:t>Age of Consumerism January 6, 2013 · 2m 53s · at 1:05:09 · https://youtu.be/zJRZ1OKUhgA?t=3909</w:t>
      </w:r>
    </w:p>
    <w:p>
      <w:r>
        <w:rPr>
          <w:i/>
        </w:rPr>
        <w:t>“Since four days, I have been in Delhi. I am very sad to see the Delhiites. They are totally trapped in consumer and entertaining culture. They sleep late and get up late at 12 in the morning. I try to do dawah work, but nobody is ready to listen.”</w:t>
      </w:r>
    </w:p>
    <w:p>
      <w:r>
        <w:rPr>
          <w:sz w:val="20"/>
        </w:rPr>
        <w:t>1:05:09  maulana, agla sawal saharanpur se hai, syed mohsin bilal sahab ka. unhone likha hai: "since four days, i have been in delhi.</w:t>
      </w:r>
      <w:r>
        <w:br/>
      </w:r>
      <w:r>
        <w:rPr>
          <w:sz w:val="20"/>
        </w:rPr>
        <w:t>1:05:19  i am very sad to see the delhiites. they are totally trapped in consumer and entertaining culture.</w:t>
      </w:r>
      <w:r>
        <w:br/>
      </w:r>
      <w:r>
        <w:rPr>
          <w:sz w:val="20"/>
        </w:rPr>
        <w:t>1:05:27  they sleep late and they get up late at 12 in the morning. i try to do dawah work, but nobody is ready to listen.</w:t>
      </w:r>
      <w:r>
        <w:br/>
      </w:r>
      <w:r>
        <w:rPr>
          <w:sz w:val="20"/>
        </w:rPr>
        <w:t>1:05:37  they think they are intelligent. so how? how to give message to these kind of intelligent people?" dekhiye, aisa hundred percent nahi hai.</w:t>
      </w:r>
      <w:r>
        <w:br/>
      </w:r>
      <w:r>
        <w:rPr>
          <w:sz w:val="20"/>
        </w:rPr>
        <w:t>1:05:48  aap seeker ko talash kijiye. seeker isi mein ek shakhs seeker hoga.</w:t>
      </w:r>
      <w:r>
        <w:br/>
      </w:r>
      <w:r>
        <w:rPr>
          <w:sz w:val="20"/>
        </w:rPr>
        <w:t>1:05:55  misalan mein bata doon aap ko aaj hi ka experience. aaj ka</w:t>
      </w:r>
      <w:r>
        <w:br/>
      </w:r>
      <w:r>
        <w:rPr>
          <w:sz w:val="20"/>
        </w:rPr>
        <w:t>1:06:01  hamare paas ek sahab aaye, jo senior professor hain, woh ab retire ho gaye hain. un ke yani woh eighties ke late eighties mein hain.</w:t>
      </w:r>
      <w:r>
        <w:br/>
      </w:r>
      <w:r>
        <w:rPr>
          <w:sz w:val="20"/>
        </w:rPr>
        <w:t>1:06:15  woh is waqt to woh khud bhi english mein kitabein likhi hain. unhone</w:t>
      </w:r>
      <w:r>
        <w:br/>
      </w:r>
      <w:r>
        <w:rPr>
          <w:sz w:val="20"/>
        </w:rPr>
        <w:t>1:06:23  to hamare paas aaye, ab taqreeban der tak rahe. woh hamare kai saathi bhi wahan maujood the.</w:t>
      </w:r>
      <w:r>
        <w:br/>
      </w:r>
      <w:r>
        <w:rPr>
          <w:sz w:val="20"/>
        </w:rPr>
        <w:t>1:06:33  to hamare haan kitabein un ko di gayeen aur baatein huin. ab aaj hi un ke message aaye. aaj hi bohat ajeeb o ghareeb message. aap bataiye, kya message hai?</w:t>
      </w:r>
      <w:r>
        <w:br/>
      </w:r>
      <w:r>
        <w:rPr>
          <w:sz w:val="20"/>
        </w:rPr>
        <w:t>1:06:44  ah, well, he gave a call in the morning and he said that i have been going through Maulana literature and i must say that its very rich and very comprehensive and daily i am getting you know something out of the literature.</w:t>
      </w:r>
      <w:r>
        <w:br/>
      </w:r>
      <w:r>
        <w:rPr>
          <w:sz w:val="20"/>
        </w:rPr>
        <w:t>1:06:58  in fact, ah, he finished one book yesterday itself and he was saying that i will continue my study and when i reach back home because he is in this travel, i am going to write a letter to Maulana sahib.</w:t>
      </w:r>
      <w:r>
        <w:br/>
      </w:r>
      <w:r>
        <w:rPr>
          <w:sz w:val="20"/>
        </w:rPr>
        <w:t>1:07:11  b. and one additional thing he said, what he said that i want to congratulate Maulana sahib because there are a lot of youngsters involved in this mission.</w:t>
      </w:r>
      <w:r>
        <w:br/>
      </w:r>
      <w:r>
        <w:rPr>
          <w:sz w:val="20"/>
        </w:rPr>
        <w:t>1:07:19  so he was very happy and very moved by Maulana sahib literature. dekhiye, asal baat kya hai? aap bheed ko kyun dekhte hain?</w:t>
      </w:r>
      <w:r>
        <w:br/>
      </w:r>
      <w:r>
        <w:rPr>
          <w:sz w:val="20"/>
        </w:rPr>
        <w:t>1:07:30  yani sab ko le kar kyun sochte hain? aap individual ko le kar sochiye. individual isi ko mein seeker keh raha hoon</w:t>
      </w:r>
      <w:r>
        <w:br/>
      </w:r>
      <w:r>
        <w:rPr>
          <w:sz w:val="20"/>
        </w:rPr>
        <w:t>1:07:37  . agar aap bheed ko le kar sochenge to hamesha aap ko mayoosi milegi, frustration.</w:t>
      </w:r>
      <w:r>
        <w:br/>
      </w:r>
      <w:r>
        <w:rPr>
          <w:sz w:val="20"/>
        </w:rPr>
        <w:t>1:07:45  lekin individual to hamesha maujood hote hain, un se kabhi dunya khali nahi hoti. to aap ka target individual hona chahiye, na ke bheed.</w:t>
      </w:r>
      <w:r>
        <w:br/>
      </w:r>
      <w:r>
        <w:rPr>
          <w:sz w:val="20"/>
        </w:rPr>
        <w:t>1:07:56  tab aap aisi baat nahi farmayenge.</w:t>
      </w:r>
    </w:p>
    <w:p>
      <w:pPr>
        <w:pStyle w:val="Heading2"/>
      </w:pPr>
      <w:r>
        <w:t>How to become stress free and calm</w:t>
      </w:r>
    </w:p>
    <w:p>
      <w:r>
        <w:rPr>
          <w:color w:val="666666"/>
          <w:sz w:val="18"/>
        </w:rPr>
        <w:t>Contemplation on The Quran December 16, 2018 Maulana Wahiduddin Khan · 1m 14s · at 1:03:44 · https://youtu.be/bSOe1_KKEYk?t=3824</w:t>
      </w:r>
    </w:p>
    <w:p>
      <w:r>
        <w:rPr>
          <w:i/>
        </w:rPr>
        <w:t>“My mind always remains restless, and that makes me impatient in decision making. I want to change my nature, but I am not able to succeed. Please guide me as to how can I become stress free and free myself from restlessness.”</w:t>
      </w:r>
    </w:p>
    <w:p>
      <w:r>
        <w:rPr>
          <w:sz w:val="20"/>
        </w:rPr>
        <w:t>1:03:44  molana, agla sawal bheja hai mus shabana ne ahmedabad se. unhone likha hai: "molana, my mind always remains restless, and that makes me impatient in decision making.</w:t>
      </w:r>
      <w:r>
        <w:br/>
      </w:r>
      <w:r>
        <w:rPr>
          <w:sz w:val="20"/>
        </w:rPr>
        <w:t>1:03:59  aai want to change my nature, but i am not able to succeed. please guide me as to how can i become stress free and free myself from restlessness. " bhai, restlessness jo hai,</w:t>
      </w:r>
    </w:p>
    <w:p>
      <w:pPr>
        <w:pStyle w:val="Heading2"/>
      </w:pPr>
      <w:r>
        <w:t>Advice for a Failed Person</w:t>
      </w:r>
    </w:p>
    <w:p>
      <w:r>
        <w:rPr>
          <w:color w:val="666666"/>
          <w:sz w:val="18"/>
        </w:rPr>
        <w:t>Angle of Vision February 28, 2016 · 4m 12s · at 1:03:02 · https://youtu.be/dFZ7_x1Ul7A?t=3782</w:t>
      </w:r>
    </w:p>
    <w:p>
      <w:r>
        <w:rPr>
          <w:i/>
        </w:rPr>
        <w:t>“I think I am a failed person. I don't have higher education nor a permanent job.”</w:t>
      </w:r>
    </w:p>
    <w:p>
      <w:r>
        <w:rPr>
          <w:sz w:val="20"/>
        </w:rPr>
        <w:t>1:03:02  Maulana agla sawal Zia ur Rehman sahib ka hai unhon ne apni location nahi bheji hai un ka sawal</w:t>
      </w:r>
      <w:r>
        <w:br/>
      </w:r>
      <w:r>
        <w:rPr>
          <w:sz w:val="20"/>
        </w:rPr>
        <w:t>1:03:08  hai I think I am a failed person.</w:t>
      </w:r>
      <w:r>
        <w:br/>
      </w:r>
      <w:r>
        <w:rPr>
          <w:sz w:val="20"/>
        </w:rPr>
        <w:t>1:03:15  I don't have higher education nor a permanent job.</w:t>
      </w:r>
      <w:r>
        <w:br/>
      </w:r>
      <w:r>
        <w:rPr>
          <w:sz w:val="20"/>
        </w:rPr>
        <w:t>1:03:20  So I am thinking to go abroad to get myself a chance for a good life for my</w:t>
      </w:r>
      <w:r>
        <w:br/>
      </w:r>
      <w:r>
        <w:rPr>
          <w:sz w:val="20"/>
        </w:rPr>
        <w:t>1:03:26  children and family.</w:t>
      </w:r>
      <w:r>
        <w:br/>
      </w:r>
      <w:r>
        <w:rPr>
          <w:sz w:val="20"/>
        </w:rPr>
        <w:t>1:03:31  Maulana sahib kindly guide me in this regard.</w:t>
      </w:r>
      <w:r>
        <w:br/>
      </w:r>
      <w:r>
        <w:rPr>
          <w:sz w:val="20"/>
        </w:rPr>
        <w:t>1:03:37  dekhiye, bahar jana koi choice nahi hai kyunke bahar ke mulkon mein yaani developed countries mein jo hai</w:t>
      </w:r>
      <w:r>
        <w:br/>
      </w:r>
      <w:r>
        <w:rPr>
          <w:sz w:val="20"/>
        </w:rPr>
        <w:t>1:03:42  bahut sakht competition hota hai.</w:t>
      </w:r>
      <w:r>
        <w:br/>
      </w:r>
      <w:r>
        <w:rPr>
          <w:sz w:val="20"/>
        </w:rPr>
        <w:t>1:03:48  sirf merit par wahan milte hain.</w:t>
      </w:r>
      <w:r>
        <w:br/>
      </w:r>
      <w:r>
        <w:rPr>
          <w:sz w:val="20"/>
        </w:rPr>
        <w:t>1:03:54  ameer jab aap ke paas deen India mein nahi kaam kare toh wahan kya kaam kare gi? jitne</w:t>
      </w:r>
      <w:r>
        <w:br/>
      </w:r>
      <w:r>
        <w:rPr>
          <w:sz w:val="20"/>
        </w:rPr>
        <w:t>1:03:59  bhi developed countries hain wahan sirf merit kaam kaam aati hai aur koi cheez kaam nahi aati.</w:t>
      </w:r>
      <w:r>
        <w:br/>
      </w:r>
      <w:r>
        <w:rPr>
          <w:sz w:val="20"/>
        </w:rPr>
        <w:t>1:04:05  aur koi cheez kaam nahi aati wahan toh jab aap ke paas koi aisi yaani aisi koi degree</w:t>
      </w:r>
      <w:r>
        <w:br/>
      </w:r>
      <w:r>
        <w:rPr>
          <w:sz w:val="20"/>
        </w:rPr>
        <w:t>1:04:10  nahi hai, expertise nahi hai toh wahan jaane ka koi koi matlab hi nahi banta.</w:t>
      </w:r>
      <w:r>
        <w:br/>
      </w:r>
      <w:r>
        <w:rPr>
          <w:sz w:val="20"/>
        </w:rPr>
        <w:t>1:04:16  aap ko sirf yeh karna hai ke India hi mein yeh sochein ke kaun si skill apne andar paida karun.</w:t>
      </w:r>
      <w:r>
        <w:br/>
      </w:r>
      <w:r>
        <w:rPr>
          <w:sz w:val="20"/>
        </w:rPr>
        <w:t>1:04:21  kisi skill ko apne andar develop karna pare ga training ke zariye se ya ya phir yeh ke</w:t>
      </w:r>
      <w:r>
        <w:br/>
      </w:r>
      <w:r>
        <w:rPr>
          <w:sz w:val="20"/>
        </w:rPr>
        <w:t>1:04:27  boht choti job par aadi ho jae.</w:t>
      </w:r>
      <w:r>
        <w:br/>
      </w:r>
      <w:r>
        <w:rPr>
          <w:sz w:val="20"/>
        </w:rPr>
        <w:t>1:04:33  aap dekhen, aaj ki society jo hai is mein do hi option hain aadmi ke liye: ya to</w:t>
      </w:r>
      <w:r>
        <w:br/>
      </w:r>
      <w:r>
        <w:rPr>
          <w:sz w:val="20"/>
        </w:rPr>
        <w:t>1:04:38  choti job par aadi ho jae ya phir skill paida kare apne andar.</w:t>
      </w:r>
      <w:r>
        <w:br/>
      </w:r>
      <w:r>
        <w:rPr>
          <w:sz w:val="20"/>
        </w:rPr>
        <w:t>1:04:44  jaise is dilli mein lakhon lakh log larkay aur larkiyan kaam karte hain, dharu gharon mein jharoo dete</w:t>
      </w:r>
      <w:r>
        <w:br/>
      </w:r>
      <w:r>
        <w:rPr>
          <w:sz w:val="20"/>
        </w:rPr>
        <w:t>1:04:49  hain, safai karte hain, wo un ko kaam lia hua hai.</w:t>
      </w:r>
      <w:r>
        <w:br/>
      </w:r>
      <w:r>
        <w:rPr>
          <w:sz w:val="20"/>
        </w:rPr>
        <w:t>1:04:55  har aadmi abhi ab koi chahe to kaam mil mil jae ga to lekin log chahte hain koi</w:t>
      </w:r>
      <w:r>
        <w:br/>
      </w:r>
      <w:r>
        <w:rPr>
          <w:sz w:val="20"/>
        </w:rPr>
        <w:t>1:05:00  kisi base par baith ke baithne wala job.</w:t>
      </w:r>
      <w:r>
        <w:br/>
      </w:r>
      <w:r>
        <w:rPr>
          <w:sz w:val="20"/>
        </w:rPr>
        <w:t>1:05:06  to dekhiye, job hamesha har har haal mein mojood rehta hai.</w:t>
      </w:r>
      <w:r>
        <w:br/>
      </w:r>
      <w:r>
        <w:rPr>
          <w:sz w:val="20"/>
        </w:rPr>
        <w:t>1:05:12  sirf yeh hai ke aap chahte hain zyada honorable job, wo nahi mil raha hai.</w:t>
      </w:r>
      <w:r>
        <w:br/>
      </w:r>
      <w:r>
        <w:rPr>
          <w:sz w:val="20"/>
        </w:rPr>
        <w:t>1:05:17  warna job to kia hai, agar aadmi derdi ho jae ghar ki safai par karne ka to sankron</w:t>
      </w:r>
      <w:r>
        <w:br/>
      </w:r>
      <w:r>
        <w:rPr>
          <w:sz w:val="20"/>
        </w:rPr>
        <w:t>1:05:23  job mojood hain aise aadmi ke liye.</w:t>
      </w:r>
      <w:r>
        <w:br/>
      </w:r>
      <w:r>
        <w:rPr>
          <w:sz w:val="20"/>
        </w:rPr>
        <w:t>1:05:28  to aap ko ya to choti job par raazi hona pare ga ya aap aisa karen ke koi</w:t>
      </w:r>
      <w:r>
        <w:br/>
      </w:r>
      <w:r>
        <w:rPr>
          <w:sz w:val="20"/>
        </w:rPr>
        <w:t>1:05:34  skill paida karen apne andar.</w:t>
      </w:r>
      <w:r>
        <w:br/>
      </w:r>
      <w:r>
        <w:rPr>
          <w:sz w:val="20"/>
        </w:rPr>
        <w:t>1:05:40  skill aik baat yeh hai, doosri baat yeh hai ke yeh tasawwur ghalat hai ke aap kaam kamain</w:t>
      </w:r>
      <w:r>
        <w:br/>
      </w:r>
      <w:r>
        <w:rPr>
          <w:sz w:val="20"/>
        </w:rPr>
        <w:t>1:05:45  ge to bachon ka kaam chle ga.</w:t>
      </w:r>
      <w:r>
        <w:br/>
      </w:r>
      <w:r>
        <w:rPr>
          <w:sz w:val="20"/>
        </w:rPr>
        <w:t>1:05:51  aap ki kamai se bachon ka koi talluq nahi hai.</w:t>
      </w:r>
      <w:r>
        <w:br/>
      </w:r>
      <w:r>
        <w:rPr>
          <w:sz w:val="20"/>
        </w:rPr>
        <w:t>1:05:56  bachon ke andar aap instinct bhi paida kiye mehnat mehnat ka.</w:t>
      </w:r>
      <w:r>
        <w:br/>
      </w:r>
      <w:r>
        <w:rPr>
          <w:sz w:val="20"/>
        </w:rPr>
        <w:t>1:06:02  abhi mein qissa bata chuka hoon shayad aap se.</w:t>
      </w:r>
      <w:r>
        <w:br/>
      </w:r>
      <w:r>
        <w:rPr>
          <w:sz w:val="20"/>
        </w:rPr>
        <w:t>1:06:07  hamare office mein aik sahab thay jo yahan kaam karte thay yani mamooli kaam tha un ka.</w:t>
      </w:r>
      <w:r>
        <w:br/>
      </w:r>
      <w:r>
        <w:rPr>
          <w:sz w:val="20"/>
        </w:rPr>
        <w:t>1:06:13  achanak uth ke death ho gai achanak to un ke kai chote chote bache thay.</w:t>
      </w:r>
      <w:r>
        <w:br/>
      </w:r>
      <w:r>
        <w:rPr>
          <w:sz w:val="20"/>
        </w:rPr>
        <w:t>1:06:19  to hum sab logon ne socha ke ab kia hoga, kia hoga lekin kia hoga? nature ne kaam</w:t>
      </w:r>
      <w:r>
        <w:br/>
      </w:r>
      <w:r>
        <w:rPr>
          <w:sz w:val="20"/>
        </w:rPr>
        <w:t>1:06:24  kia, nature ne har bache ke andar instinct jaag para ke mera baap mar gaya, ab mujhe kaam karna hai.</w:t>
      </w:r>
      <w:r>
        <w:br/>
      </w:r>
      <w:r>
        <w:rPr>
          <w:sz w:val="20"/>
        </w:rPr>
        <w:t>1:06:30  mera baap mar gaya, ab mujhe kaam karna hai.</w:t>
      </w:r>
      <w:r>
        <w:br/>
      </w:r>
      <w:r>
        <w:rPr>
          <w:sz w:val="20"/>
        </w:rPr>
        <w:t>1:06:35  to sab bachon ne parh dala aur aur job bhi mil gaya un ko aur mujhe pata chala</w:t>
      </w:r>
      <w:r>
        <w:br/>
      </w:r>
      <w:r>
        <w:rPr>
          <w:sz w:val="20"/>
        </w:rPr>
        <w:t>1:06:41  ke baqayda wo apne zaati ghar bana lia unhon ne.</w:t>
      </w:r>
      <w:r>
        <w:br/>
      </w:r>
      <w:r>
        <w:rPr>
          <w:sz w:val="20"/>
        </w:rPr>
        <w:t>1:06:46  zati ghar halankay baap nay kuch paisa nahi chora tha in kay liye, instinct chora tha.</w:t>
      </w:r>
      <w:r>
        <w:br/>
      </w:r>
      <w:r>
        <w:rPr>
          <w:sz w:val="20"/>
        </w:rPr>
        <w:t>1:06:52  Instinct to aap ko mein do baatein kahoon ga: aap khud apnay andar skill paida kijiye aur yeh</w:t>
      </w:r>
      <w:r>
        <w:br/>
      </w:r>
      <w:r>
        <w:rPr>
          <w:sz w:val="20"/>
        </w:rPr>
        <w:t>1:06:58  sochna chor dijiye ke aap kamayein gay to bachon ka kaam chalay ga.</w:t>
      </w:r>
      <w:r>
        <w:br/>
      </w:r>
      <w:r>
        <w:rPr>
          <w:sz w:val="20"/>
        </w:rPr>
        <w:t>1:07:03  Bachon kay liye tum mehnat karo, un kay liye instinct paida kijiye.</w:t>
      </w:r>
      <w:r>
        <w:br/>
      </w:r>
      <w:r>
        <w:rPr>
          <w:sz w:val="20"/>
        </w:rPr>
        <w:t>1:07:09  Yeh do baatein mein arz karoon ga aap say.</w:t>
      </w:r>
    </w:p>
    <w:p>
      <w:pPr>
        <w:pStyle w:val="Heading2"/>
      </w:pPr>
      <w:r>
        <w:t>Dealing with distracting thoughts during prayer</w:t>
      </w:r>
    </w:p>
    <w:p>
      <w:r>
        <w:rPr>
          <w:color w:val="666666"/>
          <w:sz w:val="18"/>
        </w:rPr>
        <w:t>The Spirit of Namaz | May 21, 2017 · 1m 06s · at 50:04 · https://youtu.be/xN9SA_q272Y?t=3004</w:t>
      </w:r>
    </w:p>
    <w:p>
      <w:r>
        <w:rPr>
          <w:i/>
        </w:rPr>
        <w:t>“Today's talk was very inspiring for me. Jazakallah. My question is that many times it happens that when I am doing my namaz, other thoughts come into my mind. This upsets me and makes me feel that I lack in spirit. So I end up repeating my namaz every time.”</w:t>
      </w:r>
    </w:p>
    <w:p>
      <w:r>
        <w:rPr>
          <w:sz w:val="20"/>
        </w:rPr>
        <w:t>50:04  maulana agla sawal bheja hai shakeel sahib ne ahmedabad se, aur isi se mila</w:t>
      </w:r>
      <w:r>
        <w:br/>
      </w:r>
      <w:r>
        <w:rPr>
          <w:sz w:val="20"/>
        </w:rPr>
        <w:t>50:10  jula sawal Dr. Naghma Siddiqui ka bhi hai. To hum Shakeel sahib ka sawal padhte hain. Unhone likha hai: "Maulana saheb, today talk was very inspiring for me. Jazak Allah. My question is that many a times it happens that when I am doing my namaz, other thoughts come into my mind. This upsets me and makes me feel that I lack in spirit. So I end up repeating my</w:t>
      </w:r>
      <w:r>
        <w:br/>
      </w:r>
      <w:r>
        <w:rPr>
          <w:sz w:val="20"/>
        </w:rPr>
        <w:t>50:40  namaz every time.</w:t>
      </w:r>
      <w:r>
        <w:br/>
      </w:r>
      <w:r>
        <w:rPr>
          <w:sz w:val="20"/>
        </w:rPr>
        <w:t>50:48  Maulana Sahib, please tell me if this is correct on my part.</w:t>
      </w:r>
      <w:r>
        <w:br/>
      </w:r>
      <w:r>
        <w:rPr>
          <w:sz w:val="20"/>
        </w:rPr>
        <w:t>50:56  سیکنڈلی، ٹھیک ہے، سیکنڈلی، how should I deal with these thoughts coming into my mind? Will God accept</w:t>
      </w:r>
      <w:r>
        <w:br/>
      </w:r>
      <w:r>
        <w:rPr>
          <w:sz w:val="20"/>
        </w:rPr>
        <w:t>51:03  my namaz? i am always concerned. bas koshish karte rahiye aur dua karte rahiye. ji</w:t>
      </w:r>
    </w:p>
    <w:p>
      <w:pPr>
        <w:pStyle w:val="Heading2"/>
      </w:pPr>
      <w:r>
        <w:t>Dealing with Family Discord and Anger</w:t>
      </w:r>
    </w:p>
    <w:p>
      <w:r>
        <w:rPr>
          <w:color w:val="666666"/>
          <w:sz w:val="18"/>
        </w:rPr>
        <w:t>God and Man February 19, 2012 · 2m 18s · at 1:28:27 · https://youtu.be/rL4g0LOU3wo?t=5307</w:t>
      </w:r>
    </w:p>
    <w:p>
      <w:r>
        <w:rPr>
          <w:i/>
        </w:rPr>
        <w:t>“My mother has passed away. My elder brother lives separately. There is always discord between my brother and father. They fight a lot. Both are very angry. The peace of the house is destroyed. I have prayed a lot but no benefit. What should I do?”</w:t>
      </w:r>
    </w:p>
    <w:p>
      <w:r>
        <w:rPr>
          <w:sz w:val="20"/>
        </w:rPr>
        <w:t>1:28:27  aur har da'i ke andar yeh jazba hona chahiye. Maulana, agla sawal Ms. Nazneen ka hai Delhi se.</w:t>
      </w:r>
      <w:r>
        <w:br/>
      </w:r>
      <w:r>
        <w:rPr>
          <w:sz w:val="20"/>
        </w:rPr>
        <w:t>1:28:36  unho'n ne likha hai: "maulana, meri walida ki death ho chuki hai. bare bhai ghar se alag rehte hain.</w:t>
      </w:r>
      <w:r>
        <w:br/>
      </w:r>
      <w:r>
        <w:rPr>
          <w:sz w:val="20"/>
        </w:rPr>
        <w:t>1:28:45  mere bhai aur walid ke beech hamesha anban rehti hai. wo dono jab bhi milte hain, bohat jhagda karte hain. aur dono hi bohat ghusse wale hain. is wajah se ghar ka sukoon garat ho chuka hai. is ke liye maine logon se khoob dua'en karwai'n aur khud bhi dua'on ka khoob khoob wird kiya. lekin kuch faida nahi hua. k</w:t>
      </w:r>
      <w:r>
        <w:br/>
      </w:r>
      <w:r>
        <w:rPr>
          <w:sz w:val="20"/>
        </w:rPr>
        <w:t>1:29:13  ya aap ke nazdeek is ka koi hal hai, meharbani karke bata'en?" dekhiye, dua dosre ke islaah ke liye nahi hoti.</w:t>
      </w:r>
      <w:r>
        <w:br/>
      </w:r>
      <w:r>
        <w:rPr>
          <w:sz w:val="20"/>
        </w:rPr>
        <w:t>1:29:24  apni islaah ke liye hoti hai. aap jo hai dua'en karwa'en is liye ke wo log jo hain wo jhagda na kare'n. yeh to koi dua hi nahi hai.</w:t>
      </w:r>
      <w:r>
        <w:br/>
      </w:r>
      <w:r>
        <w:rPr>
          <w:sz w:val="20"/>
        </w:rPr>
        <w:t>1:29:33  yeh to wird hai.</w:t>
      </w:r>
      <w:r>
        <w:br/>
      </w:r>
      <w:r>
        <w:rPr>
          <w:sz w:val="20"/>
        </w:rPr>
        <w:t>1:29:36  nahi nahi, aap par jo negative thought ate hain, aap jo mutasir ho jati hain, to hadith mein aata hai ke "alaika nafsak" save your self.</w:t>
      </w:r>
      <w:r>
        <w:br/>
      </w:r>
      <w:r>
        <w:rPr>
          <w:sz w:val="20"/>
        </w:rPr>
        <w:t>1:29:49  to mein kaise bachao'n? apne apne ko bachane ke liye dua kijiye khuda se. wo jo dua karwai aap ne, quran khwani karai hogi, aap ne pata nahi kya karwaya hoga ke dosre logon ki islaah ho ja'e.</w:t>
      </w:r>
      <w:r>
        <w:br/>
      </w:r>
      <w:r>
        <w:rPr>
          <w:sz w:val="20"/>
        </w:rPr>
        <w:t>1:30:01  yeh kuch nahi.</w:t>
      </w:r>
      <w:r>
        <w:br/>
      </w:r>
      <w:r>
        <w:rPr>
          <w:sz w:val="20"/>
        </w:rPr>
        <w:t>1:30:04  aap ko in ko kitabein parhwa'iye. dua se is ki islaah nahi hua karti. in ko kitabein parhwa'iye. yani in ke mind ki re-engineering darkar hai, tab ja ke wo theek ho'nge.</w:t>
      </w:r>
      <w:r>
        <w:br/>
      </w:r>
      <w:r>
        <w:rPr>
          <w:sz w:val="20"/>
        </w:rPr>
        <w:t>1:30:18  dua se yeh sab batein islaah nahi hua karti. in ko kitabein parhwa'iye. aur jahan tak aap ka ta'alluq hai, aap sirf is baat ke liye dua kijiye ke aap mutasir na ho'n is se.</w:t>
      </w:r>
      <w:r>
        <w:br/>
      </w:r>
      <w:r>
        <w:rPr>
          <w:sz w:val="20"/>
        </w:rPr>
        <w:t>1:30:28  yani sare hangamo'n ke beech mein aap ki positivity bhang na ho.</w:t>
      </w:r>
      <w:r>
        <w:br/>
      </w:r>
      <w:r>
        <w:rPr>
          <w:sz w:val="20"/>
        </w:rPr>
        <w:t>1:30:34  yeh yeh is ke liye dua kijiye, is ki koshish kijiye. to save your self ka formula apna'iye. in ke liye formula hai ke in ko kitabein parhwa'iye. apne liye formula hai ke save your self.</w:t>
      </w:r>
    </w:p>
    <w:p>
      <w:pPr>
        <w:pStyle w:val="Heading2"/>
      </w:pPr>
      <w:r>
        <w:t>Reason for tension in business</w:t>
      </w:r>
    </w:p>
    <w:p>
      <w:r>
        <w:rPr>
          <w:color w:val="666666"/>
          <w:sz w:val="18"/>
        </w:rPr>
        <w:t>Building A Creative Personality | 20 Nov 2011 · 5m 22s · at 1:12:43 · https://youtu.be/jdfhpwfEvKg?t=4363</w:t>
      </w:r>
    </w:p>
    <w:p>
      <w:r>
        <w:rPr>
          <w:i/>
        </w:rPr>
        <w:t>“I am a shopkeeper. Due to some business issues, I remain tense. What is the reason for this?”</w:t>
      </w:r>
    </w:p>
    <w:p>
      <w:r>
        <w:rPr>
          <w:sz w:val="20"/>
        </w:rPr>
        <w:t>1:12:43  Maulana, agla sawal aaya hai Mr Fazal Amin ka Karachi Pakistan se. unhon ne likha hai ke main ek dukandar hoon, baaz karobari masail ki wajah se mujhe tension rehta hai. is ki is is ki kya wajah hai? dekhiye, mera jo tajurba hai, woh karobar ki wajah se tension nahi hota. tension hota hai more aur more ka jo juz hai, jis ko ke</w:t>
      </w:r>
      <w:r>
        <w:br/>
      </w:r>
      <w:r>
        <w:rPr>
          <w:sz w:val="20"/>
        </w:rPr>
        <w:t>1:13:13  hte hain hiras. insan ke do rawaiye hain: ya to qana'at ya hiras. yaani apne bas par agar aap karobar karein, apne bas par aap kharch karein, apne kharch ko aur aamdani ko control mein rakhein to koi tension nahi hoga. hota yeh hai ke aamdani kam, kharch zyada to aap aur zyada kamai, aur zyada kamai. is mein log bank ka qarz lete hain, tarah tarah ki cheezein karte hain. to asal</w:t>
      </w:r>
      <w:r>
        <w:br/>
      </w:r>
      <w:r>
        <w:rPr>
          <w:sz w:val="20"/>
        </w:rPr>
        <w:t>1:13:43  cheez tension ka sabab hiras hai, karobar nahi hai.</w:t>
      </w:r>
      <w:r>
        <w:br/>
      </w:r>
      <w:r>
        <w:rPr>
          <w:sz w:val="20"/>
        </w:rPr>
        <w:t>1:13:48  yaad rakhiye, hiras ko khatm kijiye, qanaat ko ikhtiyar kijiye, kharch ko ghataye, aamdani ko manage kijiye to</w:t>
      </w:r>
      <w:r>
        <w:br/>
      </w:r>
      <w:r>
        <w:rPr>
          <w:sz w:val="20"/>
        </w:rPr>
        <w:t>1:13:53  tension harghiz nahi hoga.</w:t>
      </w:r>
      <w:r>
        <w:br/>
      </w:r>
      <w:r>
        <w:rPr>
          <w:sz w:val="20"/>
        </w:rPr>
        <w:t>1:13:58  mujhe mera tareeqa hai, main to koi kharch hi nahi, main koi tension bhi nahi.</w:t>
      </w:r>
      <w:r>
        <w:br/>
      </w:r>
      <w:r>
        <w:rPr>
          <w:sz w:val="20"/>
        </w:rPr>
        <w:t>1:14:03  main jo hai, woh isi pe, isi pe raazi rehta hoon, isi pe raazi rehta hoon.</w:t>
      </w:r>
      <w:r>
        <w:br/>
      </w:r>
      <w:r>
        <w:rPr>
          <w:sz w:val="20"/>
        </w:rPr>
        <w:t>1:14:08  misalan yeh farz kijiye, glass mein hai, glass hai, glass mein pani pi loon ga, glass nahi</w:t>
      </w:r>
      <w:r>
        <w:br/>
      </w:r>
      <w:r>
        <w:rPr>
          <w:sz w:val="20"/>
        </w:rPr>
        <w:t>1:14:13  to hath se hi pi loon ga, hath se pi loon ga, kisi cheez se pi loon ga.</w:t>
      </w:r>
      <w:r>
        <w:br/>
      </w:r>
      <w:r>
        <w:rPr>
          <w:sz w:val="20"/>
        </w:rPr>
        <w:t>1:14:20  mujhe koi pareshani nahi hogi, glass nahi, glass nahi, glass nahi.</w:t>
      </w:r>
      <w:r>
        <w:br/>
      </w:r>
      <w:r>
        <w:rPr>
          <w:sz w:val="20"/>
        </w:rPr>
        <w:t>1:14:26  to yeh ghalat hai soch ke karobar ki waja se tension harghiz nahi, hiras ki waja se tension.</w:t>
      </w:r>
      <w:r>
        <w:br/>
      </w:r>
      <w:r>
        <w:rPr>
          <w:sz w:val="20"/>
        </w:rPr>
        <w:t>1:14:32  log apna kharch barhaye rehte hain, aamdani ab hoti nahi hoti to phir aamdani barhaye, koshish pe lage</w:t>
      </w:r>
      <w:r>
        <w:br/>
      </w:r>
      <w:r>
        <w:rPr>
          <w:sz w:val="20"/>
        </w:rPr>
        <w:t>1:14:39  rehte hain, raat din, raat din, raat din to tension hoga. woh to</w:t>
      </w:r>
      <w:r>
        <w:br/>
      </w:r>
      <w:r>
        <w:rPr>
          <w:sz w:val="20"/>
        </w:rPr>
        <w:t>1:14:45  apne karobar ko manage kijiye.</w:t>
      </w:r>
      <w:r>
        <w:br/>
      </w:r>
      <w:r>
        <w:rPr>
          <w:sz w:val="20"/>
        </w:rPr>
        <w:t>1:14:51  aik hi hal hai ke manage kijiye aur had ke andar rahiye, bas had se bahar na jaiye.</w:t>
      </w:r>
      <w:r>
        <w:br/>
      </w:r>
      <w:r>
        <w:rPr>
          <w:sz w:val="20"/>
        </w:rPr>
        <w:t>1:14:57  quran ne kaha: "takathur, takathur asal raaz hai tension ka." ilhaq o takathur, takathur se apne aap ko bachaiye.</w:t>
      </w:r>
      <w:r>
        <w:br/>
      </w:r>
      <w:r>
        <w:rPr>
          <w:sz w:val="20"/>
        </w:rPr>
        <w:t>1:15:03  mister khawaja kaleemuddin ne pennsylvania, usa se sawal kiya hai.</w:t>
      </w:r>
      <w:r>
        <w:br/>
      </w:r>
      <w:r>
        <w:rPr>
          <w:sz w:val="20"/>
        </w:rPr>
        <w:t>1:15:09  unhon ne likha hai: "mol</w:t>
      </w:r>
      <w:r>
        <w:br/>
      </w:r>
      <w:r>
        <w:rPr>
          <w:sz w:val="20"/>
        </w:rPr>
        <w:t>1:15:15  "Ana sahib, what is the difference between Ijtihad and Ijma? Is Ijma necessary in any Ijtihad?" Dekhiye, yeh</w:t>
      </w:r>
      <w:r>
        <w:br/>
      </w:r>
      <w:r>
        <w:rPr>
          <w:sz w:val="20"/>
        </w:rPr>
        <w:t>1:15:21  aik bara masla hai.</w:t>
      </w:r>
      <w:r>
        <w:br/>
      </w:r>
      <w:r>
        <w:rPr>
          <w:sz w:val="20"/>
        </w:rPr>
        <w:t>1:15:27  yeh aaj mein isi par bolne wala tha lekin kisi waja se topic badal gaya.</w:t>
      </w:r>
      <w:r>
        <w:br/>
      </w:r>
      <w:r>
        <w:rPr>
          <w:sz w:val="20"/>
        </w:rPr>
        <w:t>1:15:33  dekhen, ijma ka jo tasawwur hai logon ka, ab mein is ko sahi nahi samajhta.</w:t>
      </w:r>
      <w:r>
        <w:br/>
      </w:r>
      <w:r>
        <w:rPr>
          <w:sz w:val="20"/>
        </w:rPr>
        <w:t>1:15:39  ijma ko woh aaj kal kiya hai, mukhtasar tor par</w:t>
      </w:r>
      <w:r>
        <w:br/>
      </w:r>
      <w:r>
        <w:rPr>
          <w:sz w:val="20"/>
        </w:rPr>
        <w:t>1:15:45  arz karunga ke fuqaha jo hain kehte hain ke shariat ke char masadir hain. masdar yani source. source of shariat jo hai, woh char hain: quran, sunnat, ijma aur qiyas. main kehta hoon yeh sahi nahi hai, sirf do hi masdar hain, woh hain quran aur hadith. jaisa ke quran, jaisa ke hadith mein aata hai: "طرف مستقلا کتاب اللہ و سنتی". to asal jo hai, woh sirf quran aur hadith hai aur koi aslan</w:t>
      </w:r>
      <w:r>
        <w:br/>
      </w:r>
      <w:r>
        <w:rPr>
          <w:sz w:val="20"/>
        </w:rPr>
        <w:t>1:16:15  nahi hai. baqi jo hai, teesra woh ijtihad hai. ijtihad ki qismein mein se ek qism hai ijma, ek qism hai qiyas. to ijma jo hai, abadi nahi hota. logon ne samajh rakha hai ke ek baar agar ijma ho gaya to hamesha ke liye ijma quran o sunnat ki taraf ho gaya. yeh bilkul galat hai, yeh hargiz nahi. ijma jo hota hai, kisi waqti masle ko hal karne ke liye hota hai. to ek waqti masla pesh aaya, is mein do sooraten hain. agar sab ki ra</w:t>
      </w:r>
      <w:r>
        <w:br/>
      </w:r>
      <w:r>
        <w:rPr>
          <w:sz w:val="20"/>
        </w:rPr>
        <w:t>1:16:45  ek ho jaye to woh hua ijma. agar sab ki raah ek na ho to aksariyat dekha jayega, usko kehte hain jumhoor. to na to jumhoor ki raah hai aur na ijma hamesha ke liye hota hai. waqti hota hai woh, yani halaat badal jayein to ijma bhi badal jayega aur jumhoor ki raah bhi badal jayegi. jo naye badalne wali cheez hai, woh sirf do hain: quran aur hadith. to khulasa yeh hai ke ijma se pehle ijtihad hai. jab</w:t>
      </w:r>
      <w:r>
        <w:br/>
      </w:r>
      <w:r>
        <w:rPr>
          <w:sz w:val="20"/>
        </w:rPr>
        <w:t>1:17:15  bhi quran o hadith mein sarahatan kuch na mile, hidayat aap ko sochna pare to woh woh ijtihad</w:t>
      </w:r>
      <w:r>
        <w:br/>
      </w:r>
      <w:r>
        <w:rPr>
          <w:sz w:val="20"/>
        </w:rPr>
        <w:t>1:17:19  ka masla hota hai.</w:t>
      </w:r>
      <w:r>
        <w:br/>
      </w:r>
      <w:r>
        <w:rPr>
          <w:sz w:val="20"/>
        </w:rPr>
        <w:t>1:17:24  ab ijtihad ki jab aap karenge to kabhi consensus ho jayega, kabhi nahi hoga.</w:t>
      </w:r>
      <w:r>
        <w:br/>
      </w:r>
      <w:r>
        <w:rPr>
          <w:sz w:val="20"/>
        </w:rPr>
        <w:t>1:17:28  is ki wajah se shaklein badlengi.</w:t>
      </w:r>
      <w:r>
        <w:br/>
      </w:r>
      <w:r>
        <w:rPr>
          <w:sz w:val="20"/>
        </w:rPr>
        <w:t>1:17:32  to mere dekh, asal cheez Quran o Sunnat ke baad jo hai, wo ijtihad hi hai.</w:t>
      </w:r>
      <w:r>
        <w:br/>
      </w:r>
      <w:r>
        <w:rPr>
          <w:sz w:val="20"/>
        </w:rPr>
        <w:t>1:17:36  yeh jo logon ne banaya hai, ijma o qiyas, yeh apni taraf se banaya hai.</w:t>
      </w:r>
      <w:r>
        <w:br/>
      </w:r>
      <w:r>
        <w:rPr>
          <w:sz w:val="20"/>
        </w:rPr>
        <w:t>1:17:41  lekin phir bhi</w:t>
      </w:r>
      <w:r>
        <w:br/>
      </w:r>
      <w:r>
        <w:rPr>
          <w:sz w:val="20"/>
        </w:rPr>
        <w:t>1:17:45  main kahunga ke ijma agar kisi cheez ke upar ho jaye to wo abadi kabhi bhi nahi</w:t>
      </w:r>
      <w:r>
        <w:br/>
      </w:r>
      <w:r>
        <w:rPr>
          <w:sz w:val="20"/>
        </w:rPr>
        <w:t>1:17:50  hoga, waqti hoga.</w:t>
      </w:r>
      <w:r>
        <w:br/>
      </w:r>
      <w:r>
        <w:rPr>
          <w:sz w:val="20"/>
        </w:rPr>
        <w:t>1:17:55  wo abadi hai to sirf Quran o Sunnat hai.</w:t>
      </w:r>
      <w:r>
        <w:br/>
      </w:r>
      <w:r>
        <w:rPr>
          <w:sz w:val="20"/>
        </w:rPr>
        <w:t>1:18:00  is par inshallah main ek ek poora ek class karna chahta hoon is masle par aindah kisi waqt.</w:t>
      </w:r>
    </w:p>
    <w:p>
      <w:pPr>
        <w:pStyle w:val="Heading2"/>
      </w:pPr>
      <w:r>
        <w:t>How to lead a peaceful life</w:t>
      </w:r>
    </w:p>
    <w:p>
      <w:r>
        <w:rPr>
          <w:color w:val="666666"/>
          <w:sz w:val="18"/>
        </w:rPr>
        <w:t>The Problem of Conditioning April 22, 2012 · 1m 49s · at 1:13:27 · https://youtu.be/j-kJQzOz46g?t=4407</w:t>
      </w:r>
    </w:p>
    <w:p>
      <w:r>
        <w:rPr>
          <w:i/>
        </w:rPr>
        <w:t>“Please advise me how I can lead a life peacefully.”</w:t>
      </w:r>
    </w:p>
    <w:p>
      <w:r>
        <w:rPr>
          <w:sz w:val="20"/>
        </w:rPr>
        <w:t>1:13:27  Maulana, Delhi se Mr Bhaskar Rao ne sawal kiya hai. unhone likha hai: "Please advise me how I can lead a life peacefully." Dekhiye,</w:t>
      </w:r>
      <w:r>
        <w:br/>
      </w:r>
      <w:r>
        <w:rPr>
          <w:sz w:val="20"/>
        </w:rPr>
        <w:t>1:13:41  peaceful life ka raaz har ek ke liye ek hi hai, har ek ke liye. woh kya hai? Unpleasant situation ko ignore karna, avoid karna.</w:t>
      </w:r>
      <w:r>
        <w:br/>
      </w:r>
      <w:r>
        <w:rPr>
          <w:sz w:val="20"/>
        </w:rPr>
        <w:t>1:13:53  kyun ke dekhiye, chahe koi bhi ho, ghareeb ho, ameer ho, parha likha ho, jahil ho, India ka aadmi ho, America ka aadmi ho, yeh bilkul law of nature hai ke tarah tarah ke is ko unpleasant situation pesh ayegi.</w:t>
      </w:r>
      <w:r>
        <w:br/>
      </w:r>
      <w:r>
        <w:rPr>
          <w:sz w:val="20"/>
        </w:rPr>
        <w:t>1:14:11  woh hoga hi hogi, lazman. Woh Obama ke saath bhi hota hai, woh Dr. Marmon Shah Singh ke saath bhi hota hai, hamare aap ke saath bhi hoga.</w:t>
      </w:r>
      <w:r>
        <w:br/>
      </w:r>
      <w:r>
        <w:rPr>
          <w:sz w:val="20"/>
        </w:rPr>
        <w:t>1:14:21  to</w:t>
      </w:r>
      <w:r>
        <w:br/>
      </w:r>
      <w:r>
        <w:rPr>
          <w:sz w:val="20"/>
        </w:rPr>
        <w:t>1:14:22  is unpleasant situation ko ignore karna, is ko avoid karna, is ko adjust karna, is ko manage karna. You have to learn the art of management.</w:t>
      </w:r>
      <w:r>
        <w:br/>
      </w:r>
      <w:r>
        <w:rPr>
          <w:sz w:val="20"/>
        </w:rPr>
        <w:t>1:14:35  to yeh bilkul mumkin nahi hai ke aise halaat ho jayein aap ke liye ke bilkul normal ho, kuch aap ke khilaaf na ho.</w:t>
      </w:r>
      <w:r>
        <w:br/>
      </w:r>
      <w:r>
        <w:rPr>
          <w:sz w:val="20"/>
        </w:rPr>
        <w:t>1:14:43  baat koi aisa ho hi nahi sakta hai.</w:t>
      </w:r>
      <w:r>
        <w:br/>
      </w:r>
      <w:r>
        <w:rPr>
          <w:sz w:val="20"/>
        </w:rPr>
        <w:t>1:14:47  to jo aadmi peace chahta ho, to is ko yahi price deni padegi</w:t>
      </w:r>
      <w:r>
        <w:br/>
      </w:r>
      <w:r>
        <w:rPr>
          <w:sz w:val="20"/>
        </w:rPr>
        <w:t>1:14:56  ke khilaaf peace halaat mein peaceful rehna. Khilaaf peace halaat mein peaceful rehne ka raaz daryaft karna bas yahi hai.</w:t>
      </w:r>
      <w:r>
        <w:br/>
      </w:r>
      <w:r>
        <w:rPr>
          <w:sz w:val="20"/>
        </w:rPr>
        <w:t>1:15:10  peaceful zindagi hasil karne ka raaz.</w:t>
      </w:r>
    </w:p>
    <w:p>
      <w:pPr>
        <w:pStyle w:val="Heading2"/>
      </w:pPr>
      <w:r>
        <w:t>Dealing with insincere friendships</w:t>
      </w:r>
    </w:p>
    <w:p>
      <w:r>
        <w:rPr>
          <w:color w:val="666666"/>
          <w:sz w:val="18"/>
        </w:rPr>
        <w:t>Modern Age June 9, 2019 Maulana Wahiduddin Khan · 1m 37s · at 49:46 · https://youtu.be/7mjCvAvHEdA?t=2986</w:t>
      </w:r>
    </w:p>
    <w:p>
      <w:r>
        <w:rPr>
          <w:i/>
        </w:rPr>
        <w:t>“In my life I have made many friends, but none have been true to me. I feel that everyone wants something from me. What should I do in this situation?”</w:t>
      </w:r>
    </w:p>
    <w:p>
      <w:r>
        <w:rPr>
          <w:sz w:val="20"/>
        </w:rPr>
        <w:t>49:46  Maulana Yunus Chandiyon sahib ne Karachi Pakistan se sawal bheja hai. Unhon ne likha hai, "Maulana sahib, mera aik sawal hai.</w:t>
      </w:r>
      <w:r>
        <w:br/>
      </w:r>
      <w:r>
        <w:rPr>
          <w:sz w:val="20"/>
        </w:rPr>
        <w:t>49:56  meri apni zindagi mein bohat se dost bane magar un mein se koi aisa dost na bana jo mujh se sacha ho. Goiya mujhe aisa lagta hai ke har shakhs mujh se apna matlab chah raha hai.</w:t>
      </w:r>
      <w:r>
        <w:br/>
      </w:r>
      <w:r>
        <w:rPr>
          <w:sz w:val="20"/>
        </w:rPr>
        <w:t>50:11  to mujhe is halat mein kya karna chahiye? Is ke baray mein batayein." Jis cheez ko aap dosti keh rahe hain, woh to kuch bhi nahin.</w:t>
      </w:r>
      <w:r>
        <w:br/>
      </w:r>
      <w:r>
        <w:rPr>
          <w:sz w:val="20"/>
        </w:rPr>
        <w:t>50:21  khush fehmi mein jeena hai. To aap sari zindagi aap khush fehmi mein jeete rahe. Yeh dunya ka nizam yaad rakhein, interest par chal raha hai, dosti par nahin.</w:t>
      </w:r>
      <w:r>
        <w:br/>
      </w:r>
      <w:r>
        <w:rPr>
          <w:sz w:val="20"/>
        </w:rPr>
        <w:t>50:36  yeh dunya ka nizam</w:t>
      </w:r>
      <w:r>
        <w:br/>
      </w:r>
      <w:r>
        <w:rPr>
          <w:sz w:val="20"/>
        </w:rPr>
        <w:t>50:42  is par chal hi nahin raha jo hum farz kar lete hain ke dosti dosti kya cheez hai. Koi dost nahin kisi ka. Koi kisi ka dost nahin.</w:t>
      </w:r>
      <w:r>
        <w:br/>
      </w:r>
      <w:r>
        <w:rPr>
          <w:sz w:val="20"/>
        </w:rPr>
        <w:t>50:52  aap ne jin logon ko dost banaya samjha, woh aap falsehood mein jee rahe thay, khush fehmi mein jee rahe thay. To sab se pehle apni ghalti ko maaniye.</w:t>
      </w:r>
      <w:r>
        <w:br/>
      </w:r>
      <w:r>
        <w:rPr>
          <w:sz w:val="20"/>
        </w:rPr>
        <w:t>51:03  sab se pehle apni ghalti ko maniye. You have to discover your own fault.</w:t>
      </w:r>
      <w:r>
        <w:br/>
      </w:r>
      <w:r>
        <w:rPr>
          <w:sz w:val="20"/>
        </w:rPr>
        <w:t>51:12  tab aap ko naya daur mile ga.</w:t>
      </w:r>
    </w:p>
    <w:p>
      <w:pPr>
        <w:pStyle w:val="Heading2"/>
      </w:pPr>
      <w:r>
        <w:t>Difficulty doing dawah in consumer culture</w:t>
      </w:r>
    </w:p>
    <w:p>
      <w:r>
        <w:rPr>
          <w:color w:val="666666"/>
          <w:sz w:val="18"/>
        </w:rPr>
        <w:t>Age Of Consumerism I January 6, 2013 Maulana Wahiduddin Khan · 2m 53s · at 1:06:03 · https://youtu.be/CuRYFl7JuEM?t=3963</w:t>
      </w:r>
    </w:p>
    <w:p>
      <w:r>
        <w:rPr>
          <w:i/>
        </w:rPr>
        <w:t>“Since four days I have been in Delhi. I am very sad to see the Delhiites. They are totally trapped in consumer and entertainment culture. They sleep late and get up late at 12 in the morning. I try to do dawah work, but nobody is ready to listen.”</w:t>
      </w:r>
    </w:p>
    <w:p>
      <w:r>
        <w:rPr>
          <w:sz w:val="20"/>
        </w:rPr>
        <w:t>1:06:03  Maulana, agla sawal Saharanpur se hai, Syed Mohsin Bilal Sahab ka. Unhon ne likha hai: "Since four days, I have been in Delhi.</w:t>
      </w:r>
      <w:r>
        <w:br/>
      </w:r>
      <w:r>
        <w:rPr>
          <w:sz w:val="20"/>
        </w:rPr>
        <w:t>1:06:13  I am very sad to see the Delhiites. They are totally trapped in consumer and entertaining culture.</w:t>
      </w:r>
      <w:r>
        <w:br/>
      </w:r>
      <w:r>
        <w:rPr>
          <w:sz w:val="20"/>
        </w:rPr>
        <w:t>1:06:21  They sleep late and they get up late at 12 in the morning. I try to do dawah work, but nobody is ready to listen.</w:t>
      </w:r>
      <w:r>
        <w:br/>
      </w:r>
      <w:r>
        <w:rPr>
          <w:sz w:val="20"/>
        </w:rPr>
        <w:t>1:06:31  they think they are intelligent. So how how to give message to these kind of intelligent people?</w:t>
      </w:r>
      <w:r>
        <w:br/>
      </w:r>
      <w:r>
        <w:rPr>
          <w:sz w:val="20"/>
        </w:rPr>
        <w:t>1:06:39  dekhiye, aisa hundred percent nahi hai. aap seekher ko talash kijiye, seekher isi mein ek shakhs seekher hoga.</w:t>
      </w:r>
      <w:r>
        <w:br/>
      </w:r>
      <w:r>
        <w:rPr>
          <w:sz w:val="20"/>
        </w:rPr>
        <w:t>1:06:49  misalan mein bata doon aap ko aaj hi ka experience, aaj ka</w:t>
      </w:r>
      <w:r>
        <w:br/>
      </w:r>
      <w:r>
        <w:rPr>
          <w:sz w:val="20"/>
        </w:rPr>
        <w:t>1:06:55  hamare paas ek sahab aaye jo senior professor, woh ab retire ho gaye hain. unke yaani woh eighties ke late eighties mein hain, woh uss waqt</w:t>
      </w:r>
      <w:r>
        <w:br/>
      </w:r>
      <w:r>
        <w:rPr>
          <w:sz w:val="20"/>
        </w:rPr>
        <w:t>1:07:11  to woh khud bhi English mein kitabein likhi hain. unhone to hamare paas aaye, ab taqreeban der tak rahe, woh hamare kai saathi bhi wahan maujood the.</w:t>
      </w:r>
      <w:r>
        <w:br/>
      </w:r>
      <w:r>
        <w:rPr>
          <w:sz w:val="20"/>
        </w:rPr>
        <w:t>1:07:27  to hamare haan kitabein unko di gayeen aur baatein huin. ab aaj hi unka message aaya, aaj hi bahut ajeeb o ghareeb message. aap bataiye kya message hai?</w:t>
      </w:r>
      <w:r>
        <w:br/>
      </w:r>
      <w:r>
        <w:rPr>
          <w:sz w:val="20"/>
        </w:rPr>
        <w:t>1:07:38  ah, well, he gave a call in the morning and he said that i been going through Maulana literature and i must say that its very rich and very comprehensive and daily i am getting you know something out of the literature.</w:t>
      </w:r>
      <w:r>
        <w:br/>
      </w:r>
      <w:r>
        <w:rPr>
          <w:sz w:val="20"/>
        </w:rPr>
        <w:t>1:07:52  in fact, ah, he finished one book yesterday itself and he was saying</w:t>
      </w:r>
      <w:r>
        <w:br/>
      </w:r>
      <w:r>
        <w:rPr>
          <w:sz w:val="20"/>
        </w:rPr>
        <w:t>1:07:57  that i will continue my study and when i reach back home back because he is in this travel, i am going to write a letter to Maulana sahib. and one additional thing he said, what he said that i want to congratulate Maulana sahib because there are lot of youngsters involved in this mission.</w:t>
      </w:r>
      <w:r>
        <w:br/>
      </w:r>
      <w:r>
        <w:rPr>
          <w:sz w:val="20"/>
        </w:rPr>
        <w:t>1:08:13  so he was very happy and very moved by Maulana sahib literature.</w:t>
      </w:r>
      <w:r>
        <w:br/>
      </w:r>
      <w:r>
        <w:rPr>
          <w:sz w:val="20"/>
        </w:rPr>
        <w:t>1:08:19  dekhein, asal baat kya hai? aap bheed ko koi dekhte hain, yaani sab ko le kar koi sochte hain. aap individual ko le kar sochiye, individual isi ko mein seekher keh raha hoon.</w:t>
      </w:r>
      <w:r>
        <w:br/>
      </w:r>
      <w:r>
        <w:rPr>
          <w:sz w:val="20"/>
        </w:rPr>
        <w:t>1:08:31  agar aap bheed ko le kar sochenge to hamesha aap ko mayoosi milegi,</w:t>
      </w:r>
      <w:r>
        <w:br/>
      </w:r>
      <w:r>
        <w:rPr>
          <w:sz w:val="20"/>
        </w:rPr>
        <w:t>1:08:38  frustration. lekin individual to hamesha maujood hote hain, un se kabhi dunya khali nahi hoti. to aap ka target individual hona chahiye, na ke bheed.</w:t>
      </w:r>
      <w:r>
        <w:br/>
      </w:r>
      <w:r>
        <w:rPr>
          <w:sz w:val="20"/>
        </w:rPr>
        <w:t>1:08:50  tab aap aisi baat nahi farmayenge.</w:t>
      </w:r>
    </w:p>
    <w:p>
      <w:pPr>
        <w:pStyle w:val="Heading2"/>
      </w:pPr>
      <w:r>
        <w:t>Controlling greed for property and land</w:t>
      </w:r>
    </w:p>
    <w:p>
      <w:r>
        <w:rPr>
          <w:color w:val="666666"/>
          <w:sz w:val="18"/>
        </w:rPr>
        <w:t>Dars-e-Quran, Chapter 2, Verse 25 | November 19, 2017 | Maulana Wahiduddin Khan · 2m 07s · at 1:06:46 · https://youtu.be/ctvrG32NCgA?t=4006</w:t>
      </w:r>
    </w:p>
    <w:p>
      <w:r>
        <w:rPr>
          <w:i/>
        </w:rPr>
        <w:t>“How to control greed of property, house and land? It is killing me.”</w:t>
      </w:r>
    </w:p>
    <w:p>
      <w:r>
        <w:rPr>
          <w:sz w:val="20"/>
        </w:rPr>
        <w:t>1:06:46  maulana, maulana, agla sawal letay hain jo bheja hai khaleel abrar barkati sahib nay, unhon nay apni location</w:t>
      </w:r>
      <w:r>
        <w:br/>
      </w:r>
      <w:r>
        <w:rPr>
          <w:sz w:val="20"/>
        </w:rPr>
        <w:t>1:06:52  nahi likhi hai.</w:t>
      </w:r>
      <w:r>
        <w:br/>
      </w:r>
      <w:r>
        <w:rPr>
          <w:sz w:val="20"/>
        </w:rPr>
        <w:t>1:06:58  ان کا سوال ہے: "مولانا صاحب، how to control greed of property, house and land?" It is killing me.</w:t>
      </w:r>
      <w:r>
        <w:br/>
      </w:r>
      <w:r>
        <w:rPr>
          <w:sz w:val="20"/>
        </w:rPr>
        <w:t>1:07:04  This how to how to control greed of property,</w:t>
      </w:r>
      <w:r>
        <w:br/>
      </w:r>
      <w:r>
        <w:rPr>
          <w:sz w:val="20"/>
        </w:rPr>
        <w:t>1:07:10  house and land? it is distracting me from my study. whenever i am concentrating on my study, this type of thoughts are coming to my mind that my brother is taking all the land and property. therefore success is not coming to me in my examination as i am not fully able to concentrate on my studies. please show me some way how to avoid such thoughts. bh</w:t>
      </w:r>
      <w:r>
        <w:br/>
      </w:r>
      <w:r>
        <w:rPr>
          <w:sz w:val="20"/>
        </w:rPr>
        <w:t>1:07:40  yi, aap aik simple si baat sochiye, simple si kay jin logon ko property aur maal mil gaya</w:t>
      </w:r>
      <w:r>
        <w:br/>
      </w:r>
      <w:r>
        <w:rPr>
          <w:sz w:val="20"/>
        </w:rPr>
        <w:t>1:07:46  hai, un ki zindagi ko dekhiye.</w:t>
      </w:r>
      <w:r>
        <w:br/>
      </w:r>
      <w:r>
        <w:rPr>
          <w:sz w:val="20"/>
        </w:rPr>
        <w:t>1:07:53  misal kay bill gates, dunya ka sab bara wealthy aadmi.</w:t>
      </w:r>
      <w:r>
        <w:br/>
      </w:r>
      <w:r>
        <w:rPr>
          <w:sz w:val="20"/>
        </w:rPr>
        <w:t>1:07:59  donald trump, dunya ka sab say powerful aadmi.</w:t>
      </w:r>
      <w:r>
        <w:br/>
      </w:r>
      <w:r>
        <w:rPr>
          <w:sz w:val="20"/>
        </w:rPr>
        <w:t>1:08:05  لیکن ان کو ایک sucker بھی پیس نہیں ہے،</w:t>
      </w:r>
      <w:r>
        <w:br/>
      </w:r>
      <w:r>
        <w:rPr>
          <w:sz w:val="20"/>
        </w:rPr>
        <w:t>1:08:11  un ko sukoon nahi hai.</w:t>
      </w:r>
      <w:r>
        <w:br/>
      </w:r>
      <w:r>
        <w:rPr>
          <w:sz w:val="20"/>
        </w:rPr>
        <w:t>1:08:16  to kiya cheez aap chahtay hain? kis liye chahtay hain? yani property for the sake of property, wealth</w:t>
      </w:r>
      <w:r>
        <w:br/>
      </w:r>
      <w:r>
        <w:rPr>
          <w:sz w:val="20"/>
        </w:rPr>
        <w:t>1:08:22  for the sake of wealth.</w:t>
      </w:r>
      <w:r>
        <w:br/>
      </w:r>
      <w:r>
        <w:rPr>
          <w:sz w:val="20"/>
        </w:rPr>
        <w:t>1:08:27  jin logon ko property ya wealth mila, un ki zindagi ko, zindagi ko dekhiye to un ki zindagiyaan</w:t>
      </w:r>
      <w:r>
        <w:br/>
      </w:r>
      <w:r>
        <w:rPr>
          <w:sz w:val="20"/>
        </w:rPr>
        <w:t>1:08:32  yani problem say bhari hui hain.</w:t>
      </w:r>
      <w:r>
        <w:br/>
      </w:r>
      <w:r>
        <w:rPr>
          <w:sz w:val="20"/>
        </w:rPr>
        <w:t>1:08:37  hata kay bill gates ko is ki dolat aik museebat nazar anay lagi hai.</w:t>
      </w:r>
      <w:r>
        <w:br/>
      </w:r>
      <w:r>
        <w:rPr>
          <w:sz w:val="20"/>
        </w:rPr>
        <w:t>1:08:42  to kis cheez ko chahtay hain aap? kiya maqsad hai chahanay ka? main samajhta hoon kay aap apnay</w:t>
      </w:r>
      <w:r>
        <w:br/>
      </w:r>
      <w:r>
        <w:rPr>
          <w:sz w:val="20"/>
        </w:rPr>
        <w:t>1:08:48  upar aap revise kijiye.</w:t>
      </w:r>
    </w:p>
    <w:p>
      <w:pPr>
        <w:pStyle w:val="Heading2"/>
      </w:pPr>
      <w:r>
        <w:t>Distraction during contemplation and reflection</w:t>
      </w:r>
    </w:p>
    <w:p>
      <w:r>
        <w:rPr>
          <w:color w:val="666666"/>
          <w:sz w:val="18"/>
        </w:rPr>
        <w:t>Dars-e-Quran, Ch. 12, V. 105 ; Ch. 10 V. 61 (Study of Nature) | July 15, 2018 · 2m 01s · at 1:06:09 · https://youtu.be/5d-qNvpMg4k?t=3969</w:t>
      </w:r>
    </w:p>
    <w:p>
      <w:r>
        <w:rPr>
          <w:i/>
        </w:rPr>
        <w:t>“I have been following your talks and it has changed my life. My question is: Whenever I try to contemplate, lots of non-relevant thoughts come into my mind. As a result, I get distracted and I am unable to do contemplation and reflection.”</w:t>
      </w:r>
    </w:p>
    <w:p>
      <w:r>
        <w:rPr>
          <w:sz w:val="20"/>
        </w:rPr>
        <w:t>1:06:09  bohat sahi kaha hai unhon ne. bohat sahi kaha. maulana agla sawal pune se kiya hai? is par, is par mein inshallah ek safhe ka mazmoon likhoon ga. filhal yeh english jo hai un ki, woh hum naqal kar dijiye. ji maulana agla sawal pune se bheja hai farooq ahmed sahib ne. unhon ne likha hai, "maulana, i have been following your talks and it has changed my life. my</w:t>
      </w:r>
      <w:r>
        <w:br/>
      </w:r>
      <w:r>
        <w:rPr>
          <w:sz w:val="20"/>
        </w:rPr>
        <w:t>1:06:39  Question is, whenever I try to contemplate, a lot of non-relevant thoughts come into my mind.</w:t>
      </w:r>
      <w:r>
        <w:br/>
      </w:r>
      <w:r>
        <w:rPr>
          <w:sz w:val="20"/>
        </w:rPr>
        <w:t>1:06:47  As a result, I get distracted and I am unable to do contemplation or reflection.</w:t>
      </w:r>
      <w:r>
        <w:br/>
      </w:r>
      <w:r>
        <w:rPr>
          <w:sz w:val="20"/>
        </w:rPr>
        <w:t>1:06:54  Please advise what should I do so I can contemplate or ponder the way you want us to</w:t>
      </w:r>
      <w:r>
        <w:br/>
      </w:r>
      <w:r>
        <w:rPr>
          <w:sz w:val="20"/>
        </w:rPr>
        <w:t>1:07:02  Do? How can I get focused in life and save myself from these non-relevant thoughts?</w:t>
      </w:r>
      <w:r>
        <w:br/>
      </w:r>
      <w:r>
        <w:rPr>
          <w:sz w:val="20"/>
        </w:rPr>
        <w:t>1:07:09  s? nahin, is mein koi yeh koi kami ki baat nahi hai.</w:t>
      </w:r>
      <w:r>
        <w:br/>
      </w:r>
      <w:r>
        <w:rPr>
          <w:sz w:val="20"/>
        </w:rPr>
        <w:t>1:07:16  donon thought aayenge.</w:t>
      </w:r>
      <w:r>
        <w:br/>
      </w:r>
      <w:r>
        <w:rPr>
          <w:sz w:val="20"/>
        </w:rPr>
        <w:t>1:07:22  یہ پرپچول وہ بیٹھے رہتا ہے بیٹھے ہوئے true forces ہر انسان کے مائنڈ میں۔</w:t>
      </w:r>
      <w:r>
        <w:br/>
      </w:r>
      <w:r>
        <w:rPr>
          <w:sz w:val="20"/>
        </w:rPr>
        <w:t>1:07:28  khud rasool Allah ke andar bhi rehta tha.</w:t>
      </w:r>
      <w:r>
        <w:br/>
      </w:r>
      <w:r>
        <w:rPr>
          <w:sz w:val="20"/>
        </w:rPr>
        <w:t>1:07:34  وہ کیا حدیث ہے؟ سب وہ پڑھ دیجئے تو کہ بھئی ہمارے لیے گائیڈ لائن کیا ہے؟</w:t>
      </w:r>
      <w:r>
        <w:br/>
      </w:r>
      <w:r>
        <w:rPr>
          <w:sz w:val="20"/>
        </w:rPr>
        <w:t>1:07:40  ghan ali qalbi.</w:t>
      </w:r>
      <w:r>
        <w:br/>
      </w:r>
      <w:r>
        <w:rPr>
          <w:sz w:val="20"/>
        </w:rPr>
        <w:t>1:07:45  haan, is ka tarjuma parh dijiye.</w:t>
      </w:r>
      <w:r>
        <w:br/>
      </w:r>
      <w:r>
        <w:rPr>
          <w:sz w:val="20"/>
        </w:rPr>
        <w:t>1:07:50  mere qalb par bhi kuch asraat aate hain.</w:t>
      </w:r>
      <w:r>
        <w:br/>
      </w:r>
      <w:r>
        <w:rPr>
          <w:sz w:val="20"/>
        </w:rPr>
        <w:t>1:07:55  ہاں، دیکھیے، رسول اللہ فرماتے ہیں تو یہ تو اس کو ایک perpetual battery رہتی ہے دونوں forces</w:t>
      </w:r>
      <w:r>
        <w:br/>
      </w:r>
      <w:r>
        <w:rPr>
          <w:sz w:val="20"/>
        </w:rPr>
        <w:t>1:08:00  ke beech mein aur is se irtaqa hota hai.</w:t>
      </w:r>
      <w:r>
        <w:br/>
      </w:r>
      <w:r>
        <w:rPr>
          <w:sz w:val="20"/>
        </w:rPr>
        <w:t>1:08:06  یعنی perpetual battle between evil forces and and ka</w:t>
      </w:r>
    </w:p>
    <w:p>
      <w:pPr>
        <w:pStyle w:val="Heading2"/>
      </w:pPr>
      <w:r>
        <w:t>Dealing with negative thoughts</w:t>
      </w:r>
    </w:p>
    <w:p>
      <w:r>
        <w:rPr>
          <w:color w:val="666666"/>
          <w:sz w:val="18"/>
        </w:rPr>
        <w:t>Spirit of the Age Nov 6, 2016 · 1m 37s · at 55:08 · https://youtu.be/QAW9LP53xQk?t=3308</w:t>
      </w:r>
    </w:p>
    <w:p>
      <w:r>
        <w:rPr>
          <w:i/>
        </w:rPr>
        <w:t>“I often get negative thoughts which I am not able to suppress or control, and as a result I end up taking wrong decisions. How can I overcome this?”</w:t>
      </w:r>
    </w:p>
    <w:p>
      <w:r>
        <w:rPr>
          <w:sz w:val="20"/>
        </w:rPr>
        <w:t>55:08  maulana, agla sawal jamshed pur se bheja hai abdul sahib ne, aur unhon ne likha hai: maulana sahib, I</w:t>
      </w:r>
      <w:r>
        <w:br/>
      </w:r>
      <w:r>
        <w:rPr>
          <w:sz w:val="20"/>
        </w:rPr>
        <w:t>55:13  often get negative thoughts which I am not able to suppress or control, and as a result I</w:t>
      </w:r>
      <w:r>
        <w:br/>
      </w:r>
      <w:r>
        <w:rPr>
          <w:sz w:val="20"/>
        </w:rPr>
        <w:t>55:18  end up taking wrong decisions.</w:t>
      </w:r>
      <w:r>
        <w:br/>
      </w:r>
      <w:r>
        <w:rPr>
          <w:sz w:val="20"/>
        </w:rPr>
        <w:t>55:23  my problem is that I know myself that I am getting wrong thoughts, but I am unable to control myself.</w:t>
      </w:r>
      <w:r>
        <w:br/>
      </w:r>
      <w:r>
        <w:rPr>
          <w:sz w:val="20"/>
        </w:rPr>
        <w:t>55:29  For example, I am very short-tempered. I also become greedy at times, and sometimes I get depressed. I really want to change myself and want to become a better person. Can you please advise me a practical way, or what should I do which will help me become mentally stronger?</w:t>
      </w:r>
      <w:r>
        <w:br/>
      </w:r>
      <w:r>
        <w:rPr>
          <w:sz w:val="20"/>
        </w:rPr>
        <w:t>55:52  is there any dua? maulana sahib, please help me.</w:t>
      </w:r>
      <w:r>
        <w:br/>
      </w:r>
      <w:r>
        <w:rPr>
          <w:sz w:val="20"/>
        </w:rPr>
        <w:t>55:57  yeh dua ka masla nahi hai, yeh apne mind ki re-engineering ka masla hai.</w:t>
      </w:r>
      <w:r>
        <w:br/>
      </w:r>
      <w:r>
        <w:rPr>
          <w:sz w:val="20"/>
        </w:rPr>
        <w:t>56:02  آپ ہمارا monthly magazine اردو میں پڑھیے، رسالہ انگلش میں ہے، Spirit of Islam اس کو پڑھیے۔</w:t>
      </w:r>
      <w:r>
        <w:br/>
      </w:r>
      <w:r>
        <w:rPr>
          <w:sz w:val="20"/>
        </w:rPr>
        <w:t>56:08  ہماری کئی کتابیں ہیں، English میں ہیں، World Vision، Simple Wisdom اس کو پڑھیے۔</w:t>
      </w:r>
      <w:r>
        <w:br/>
      </w:r>
      <w:r>
        <w:rPr>
          <w:sz w:val="20"/>
        </w:rPr>
        <w:t>56:13  hamari char kitabein urdu mein hain, raaz hayat, taabeer hayat, rehnuma hayat, kitab zindagi aap parhiye.</w:t>
      </w:r>
      <w:r>
        <w:br/>
      </w:r>
      <w:r>
        <w:rPr>
          <w:sz w:val="20"/>
        </w:rPr>
        <w:t>56:19  aur mujhe yaqeen hai ke aap ka yeh mizaj khatam ho jayega.</w:t>
      </w:r>
      <w:r>
        <w:br/>
      </w:r>
      <w:r>
        <w:rPr>
          <w:sz w:val="20"/>
        </w:rPr>
        <w:t>56:24  phir koi har insan insan hai.</w:t>
      </w:r>
      <w:r>
        <w:br/>
      </w:r>
      <w:r>
        <w:rPr>
          <w:sz w:val="20"/>
        </w:rPr>
        <w:t>56:30  aap aap ka jo wrong way of thinking hai, woh woh khatam ho jayega, bas sab theek</w:t>
      </w:r>
      <w:r>
        <w:br/>
      </w:r>
      <w:r>
        <w:rPr>
          <w:sz w:val="20"/>
        </w:rPr>
        <w:t>56:35  ho jayega.</w:t>
      </w:r>
      <w:r>
        <w:br/>
      </w:r>
      <w:r>
        <w:rPr>
          <w:sz w:val="20"/>
        </w:rPr>
        <w:t>56:40  aap hamari kitabein parhiye.</w:t>
      </w:r>
    </w:p>
    <w:p>
      <w:pPr>
        <w:pStyle w:val="Heading2"/>
      </w:pPr>
      <w:r>
        <w:t>Dawah dificulties in consumerist culture</w:t>
      </w:r>
    </w:p>
    <w:p>
      <w:r>
        <w:rPr>
          <w:color w:val="666666"/>
          <w:sz w:val="18"/>
        </w:rPr>
        <w:t>Question &amp; Answer Jan 6th 2013 - Maulana Wahiduddin Kahn · 2m 54s · at 6:29 · https://youtu.be/1FAK1QuHEpw?t=389</w:t>
      </w:r>
    </w:p>
    <w:p>
      <w:r>
        <w:rPr>
          <w:i/>
        </w:rPr>
        <w:t>“Since four days I have been in Delhi. I am very sad to see the Delhiites. They are totally trapped in consumer and entertaining culture. They sleep late and they get up late at twelve in the morning. I try to do Dawa work but nobody is ready to listen.”</w:t>
      </w:r>
    </w:p>
    <w:p>
      <w:r>
        <w:rPr>
          <w:sz w:val="20"/>
        </w:rPr>
        <w:t>6:29  maulana, agla sawal saharanpur se hai, syed mohsin bilal sahib ka. Unhon ne likha hai: "Since four days I have been in Delhi.</w:t>
      </w:r>
      <w:r>
        <w:br/>
      </w:r>
      <w:r>
        <w:rPr>
          <w:sz w:val="20"/>
        </w:rPr>
        <w:t>6:40  I am very sad to see the Delhiites. They are totally trapped in consumer and entertaining culture.</w:t>
      </w:r>
      <w:r>
        <w:br/>
      </w:r>
      <w:r>
        <w:rPr>
          <w:sz w:val="20"/>
        </w:rPr>
        <w:t>6:47  They sleep late and they get up late at twelve in the morning. I try to do Dawa work but nobody is ready to listen.</w:t>
      </w:r>
      <w:r>
        <w:br/>
      </w:r>
      <w:r>
        <w:rPr>
          <w:sz w:val="20"/>
        </w:rPr>
        <w:t>6:57  They think they are intelligent. So how to give message to these kind of intelligent people?"</w:t>
      </w:r>
      <w:r>
        <w:br/>
      </w:r>
      <w:r>
        <w:rPr>
          <w:sz w:val="20"/>
        </w:rPr>
        <w:t>7:05  dekhiye, aisa hundred percent nahi hai. Aap seeker ko talash kijiye. Seeker. Isi mein ek shakhs seeker hoga.</w:t>
      </w:r>
      <w:r>
        <w:br/>
      </w:r>
      <w:r>
        <w:rPr>
          <w:sz w:val="20"/>
        </w:rPr>
        <w:t>7:15  misalan mein bata doon aap ko aaj hi ka experience, aaj ka.</w:t>
      </w:r>
      <w:r>
        <w:br/>
      </w:r>
      <w:r>
        <w:rPr>
          <w:sz w:val="20"/>
        </w:rPr>
        <w:t>7:21  hamare paas ek sahab aaye jo senior professor, woh ab retire ho gaye hain. Un ke, yaani, woh eighties ke late eighties mein hain woh us waqt.</w:t>
      </w:r>
      <w:r>
        <w:br/>
      </w:r>
      <w:r>
        <w:rPr>
          <w:sz w:val="20"/>
        </w:rPr>
        <w:t>7:38  toh woh khud bhi English mein kitabein likhi hain unhone. Toh hamare paas aaye, ab taqreeban der tak rahe woh, hamare kai saathi bhi wahan maujood the.</w:t>
      </w:r>
      <w:r>
        <w:br/>
      </w:r>
      <w:r>
        <w:rPr>
          <w:sz w:val="20"/>
        </w:rPr>
        <w:t>7:53  toh hamare haan kitabein un ko di gayeen aur baatein huin. Ab aaj hi in ka message aaya, aaj hi. Bahut ajeeb o ghareeb message, aap bataiye kya message hai?</w:t>
      </w:r>
      <w:r>
        <w:br/>
      </w:r>
      <w:r>
        <w:rPr>
          <w:sz w:val="20"/>
        </w:rPr>
        <w:t>8:04  Well, he gave a call in the morning and he said that I have been going through Maulana's literature and I must say that it's very rich and very comprehensive and daily I am getting, you know, something out of the literature.</w:t>
      </w:r>
      <w:r>
        <w:br/>
      </w:r>
      <w:r>
        <w:rPr>
          <w:sz w:val="20"/>
        </w:rPr>
        <w:t>8:18  In fact, he finished one book yesterday itself and he was saying that I will continue my study and when I reach back home because he is on this travel I am going to write a letter to Maulana sahib and one additional thing he said, what he said that I want to congratulate Maulana sahib because there are a lot of youngsters involved in this mission.</w:t>
      </w:r>
      <w:r>
        <w:br/>
      </w:r>
      <w:r>
        <w:rPr>
          <w:sz w:val="20"/>
        </w:rPr>
        <w:t>8:40  So he was very happy and very moved by Maulana sahib's literature.</w:t>
      </w:r>
      <w:r>
        <w:br/>
      </w:r>
      <w:r>
        <w:rPr>
          <w:sz w:val="20"/>
        </w:rPr>
        <w:t>8:45  dekhiye, asal baat kya hai? Aap bheed ko kyun dekhte hain? Yaani sab ko le kar kyun sochte hain? Aap individual ko le kar sochiye, individual.</w:t>
      </w:r>
      <w:r>
        <w:br/>
      </w:r>
      <w:r>
        <w:rPr>
          <w:sz w:val="20"/>
        </w:rPr>
        <w:t>8:55  Isi ko mein seeker keh raha hoon. Agar aap bheed ko le kar sochenge toh hamesha aap ko mayusi milegi, frustration.</w:t>
      </w:r>
      <w:r>
        <w:br/>
      </w:r>
      <w:r>
        <w:rPr>
          <w:sz w:val="20"/>
        </w:rPr>
        <w:t>9:05  Lekin individual toh hamesha maujood hote hain. Un se kabhi duniya khaali nahi hoti hai. Toh aap ka target individual hona chahiye na ke bheed.</w:t>
      </w:r>
      <w:r>
        <w:br/>
      </w:r>
      <w:r>
        <w:rPr>
          <w:sz w:val="20"/>
        </w:rPr>
        <w:t>9:16  tab aap aisi baat nahi farmayenge.</w:t>
      </w:r>
    </w:p>
    <w:p>
      <w:pPr>
        <w:pStyle w:val="Heading2"/>
      </w:pPr>
      <w:r>
        <w:t>Keeping calm mind in problems and confrontation</w:t>
      </w:r>
    </w:p>
    <w:p>
      <w:r>
        <w:rPr>
          <w:color w:val="666666"/>
          <w:sz w:val="18"/>
        </w:rPr>
        <w:t>Age of Alternatives April 05, 2015 · 1m 52s · at 1:12:32 · https://youtu.be/4v0uCM2BZuA?t=4352</w:t>
      </w:r>
    </w:p>
    <w:p>
      <w:r>
        <w:rPr>
          <w:i/>
        </w:rPr>
        <w:t>“It is a fact that peaceful alternatives are always available in times of problem, but to see them one has to keep a calm mind. How can one keep a calm mind in situations of problem and confrontation? Please advise us.”</w:t>
      </w:r>
    </w:p>
    <w:p>
      <w:r>
        <w:rPr>
          <w:sz w:val="20"/>
        </w:rPr>
        <w:t>1:12:32  Maulana, agla sawal miss naghma siddiqui ne kiya hai delhi se, aur unhon ne likha hai: "it is a fact that peaceful alternatives are always available in times of problem,</w:t>
      </w:r>
      <w:r>
        <w:br/>
      </w:r>
      <w:r>
        <w:rPr>
          <w:sz w:val="20"/>
        </w:rPr>
        <w:t>1:12:45  but to see them one has to keep a calm mind. how can one keep a calm mind in situations of problem and confrontation?</w:t>
      </w:r>
      <w:r>
        <w:br/>
      </w:r>
      <w:r>
        <w:rPr>
          <w:sz w:val="20"/>
        </w:rPr>
        <w:t>1:12:57  please advise us."</w:t>
      </w:r>
      <w:r>
        <w:br/>
      </w:r>
      <w:r>
        <w:rPr>
          <w:sz w:val="20"/>
        </w:rPr>
        <w:t>1:13:00  bhai, yahi to insan ka sab se bara, mein samajhta hoon ke sab se bari quality hai insan ki ke soch sakta hai.</w:t>
      </w:r>
      <w:r>
        <w:br/>
      </w:r>
      <w:r>
        <w:rPr>
          <w:sz w:val="20"/>
        </w:rPr>
        <w:t>1:13:10  woh</w:t>
      </w:r>
      <w:r>
        <w:br/>
      </w:r>
      <w:r>
        <w:rPr>
          <w:sz w:val="20"/>
        </w:rPr>
        <w:t>1:13:13  dog ladte hain sarkon par, woh soch nahi sakte. dog ke pas ma'ani nahi hota sochne ka. yeh ladte hain, ladte hain. insan soch sakta hai to apne is faculty ko insan istemal kare.</w:t>
      </w:r>
      <w:r>
        <w:br/>
      </w:r>
      <w:r>
        <w:rPr>
          <w:sz w:val="20"/>
        </w:rPr>
        <w:t>1:13:26  yani dog ko jo aap dekhte hain sarkon par ladte hue, kyunke is ke pas thinking power nahi hai. thinking power na hone ki wajah se ladte hain.</w:t>
      </w:r>
      <w:r>
        <w:br/>
      </w:r>
      <w:r>
        <w:rPr>
          <w:sz w:val="20"/>
        </w:rPr>
        <w:t>1:13:36  insan ke pas thinking power hai, apni thinking power ko istemal kare. thinking power istemal karne ka ma'ani hai ke woh cheezon ko in terms of result soche.</w:t>
      </w:r>
      <w:r>
        <w:br/>
      </w:r>
      <w:r>
        <w:rPr>
          <w:sz w:val="20"/>
        </w:rPr>
        <w:t>1:13:47  result kya niklega? dog ke pas yeh soch nahi hai ke woh cheezon ko in terms of result soche.</w:t>
      </w:r>
      <w:r>
        <w:br/>
      </w:r>
      <w:r>
        <w:rPr>
          <w:sz w:val="20"/>
        </w:rPr>
        <w:t>1:13:55  insan, insan ke pas jo faculty hai, woh is liye to hai ke aap involve hone se pehle, rai shuru karne se pehle sochein ke is ka result kya hoga, aur phir apne ko rok lein.</w:t>
      </w:r>
      <w:r>
        <w:br/>
      </w:r>
      <w:r>
        <w:rPr>
          <w:sz w:val="20"/>
        </w:rPr>
        <w:t>1:14:07  agar result ulta nikalta ho to. to yeh to allah ta'ala ne insan ko jo faculty di hai mind ki, woh sab se bara check wahi hai, sab se bara check.</w:t>
      </w:r>
      <w:r>
        <w:br/>
      </w:r>
      <w:r>
        <w:rPr>
          <w:sz w:val="20"/>
        </w:rPr>
        <w:t>1:14:19  lekin log istemal nahi karte is ko.</w:t>
      </w:r>
    </w:p>
    <w:p>
      <w:pPr>
        <w:pStyle w:val="Heading2"/>
      </w:pPr>
      <w:r>
        <w:t>Managing Inferiority Complex</w:t>
      </w:r>
    </w:p>
    <w:p>
      <w:r>
        <w:rPr>
          <w:color w:val="666666"/>
          <w:sz w:val="18"/>
        </w:rPr>
        <w:t>The Method of Planning August 14, 2016 · 1m 25s · at 48:11 · https://youtu.be/84WV8NS2VKQ?t=2891</w:t>
      </w:r>
    </w:p>
    <w:p>
      <w:r>
        <w:rPr>
          <w:i/>
        </w:rPr>
        <w:t>“I am suffering from inferiority complex and as a result I am never able to plan wisely. Kindly advise how I can manage my inferiority complex as I am always less confident and not able.”</w:t>
      </w:r>
    </w:p>
    <w:p>
      <w:r>
        <w:rPr>
          <w:sz w:val="20"/>
        </w:rPr>
        <w:t>48:11  maulana, agla sawal moradabad se hai farooq sahab ka, aur unhon ne likha hai: "maulana sahab, I</w:t>
      </w:r>
      <w:r>
        <w:br/>
      </w:r>
      <w:r>
        <w:rPr>
          <w:sz w:val="20"/>
        </w:rPr>
        <w:t>48:19  I am suffering from inferiority complex and as a result I am never able to plan wisely.</w:t>
      </w:r>
      <w:r>
        <w:br/>
      </w:r>
      <w:r>
        <w:rPr>
          <w:sz w:val="20"/>
        </w:rPr>
        <w:t>48:27  Kindly advise how I can manage my inferiority complex as I am always less confident and not able</w:t>
      </w:r>
      <w:r>
        <w:br/>
      </w:r>
      <w:r>
        <w:rPr>
          <w:sz w:val="20"/>
        </w:rPr>
        <w:t>48:35  to represent myself well in front of many other people." aap sirf yeh kijiye ke hamari char kitabein</w:t>
      </w:r>
      <w:r>
        <w:br/>
      </w:r>
      <w:r>
        <w:rPr>
          <w:sz w:val="20"/>
        </w:rPr>
        <w:t>48:43  parh dalen, aur aap dekhen ke jitni aap parh len ge, utni aap ki yeh khatm ho chuka ho ga.</w:t>
      </w:r>
      <w:r>
        <w:br/>
      </w:r>
      <w:r>
        <w:rPr>
          <w:sz w:val="20"/>
        </w:rPr>
        <w:t>48:50  raz-e-hayat, taameer-e-hayat, rehnumai-e-hayat, kitab-e-zindagi, yeh chaar kitaben parh dalen aap.</w:t>
      </w:r>
      <w:r>
        <w:br/>
      </w:r>
      <w:r>
        <w:rPr>
          <w:sz w:val="20"/>
        </w:rPr>
        <w:t>48:58  insha Allah, insha Allah, jitni aap khatm karen ge, usi din aap ka yeh weakness bhi khatm ho jaye ga.</w:t>
      </w:r>
      <w:r>
        <w:br/>
      </w:r>
      <w:r>
        <w:rPr>
          <w:sz w:val="20"/>
        </w:rPr>
        <w:t>49:06  agar aap English mein parhte hon to main ek kitab bataon ga: "Moral Vision".</w:t>
      </w:r>
      <w:r>
        <w:br/>
      </w:r>
      <w:r>
        <w:rPr>
          <w:sz w:val="20"/>
        </w:rPr>
        <w:t>49:14  agar aap ka mutaliq ki zaban English ho to sirf ek kitab parh lijye aap: "Moral Vision".</w:t>
      </w:r>
      <w:r>
        <w:br/>
      </w:r>
      <w:r>
        <w:rPr>
          <w:sz w:val="20"/>
        </w:rPr>
        <w:t>49:22  bas kafi hai bilkul, lekin ek bar mat parhiye, kai bar parhiye, kai bar parhiye, kyunke ek bar</w:t>
      </w:r>
      <w:r>
        <w:br/>
      </w:r>
      <w:r>
        <w:rPr>
          <w:sz w:val="20"/>
        </w:rPr>
        <w:t>49:29  parh kar aap is ki baton ko poori tarah se pakar nahi paen ge.</w:t>
      </w:r>
    </w:p>
    <w:p>
      <w:pPr>
        <w:pStyle w:val="Heading2"/>
      </w:pPr>
      <w:r>
        <w:t>Guidance for childless couple's loneliness</w:t>
      </w:r>
    </w:p>
    <w:p>
      <w:r>
        <w:rPr>
          <w:color w:val="666666"/>
          <w:sz w:val="18"/>
        </w:rPr>
        <w:t>How to Manage Controversy 10 Nov 2019 - Maulana Wahiduddin Khan · 1m 56s · at 59:21 · https://youtu.be/UafTzJXHrSA?t=3561</w:t>
      </w:r>
    </w:p>
    <w:p>
      <w:r>
        <w:rPr>
          <w:i/>
        </w:rPr>
        <w:t>“Maulana, I don't have a child and both my wife and I feel very lonely. Maulana, please give us some guidance as it is affecting our peace of mind.”</w:t>
      </w:r>
    </w:p>
    <w:p>
      <w:r>
        <w:rPr>
          <w:sz w:val="20"/>
        </w:rPr>
        <w:t>59:21  yahi asal masla hai, jar ki baat yahi hai, jar ki baat yahi hai. maulana, agla sawal ahmedabad se shoaib akhtar sahib ne bheja hai.</w:t>
      </w:r>
      <w:r>
        <w:br/>
      </w:r>
      <w:r>
        <w:rPr>
          <w:sz w:val="20"/>
        </w:rPr>
        <w:t>59:33  unho ne likha hai: "maulana sahib, i don't have a child and both me and my wife feel very lonely.</w:t>
      </w:r>
      <w:r>
        <w:br/>
      </w:r>
      <w:r>
        <w:rPr>
          <w:sz w:val="20"/>
        </w:rPr>
        <w:t>59:43  maulana sahib, please give us some guidance as it is affecting our peace of mind." bhai, yeh is ke liye main yahi kahunga ke rasool Allah ko dekhiye, aap</w:t>
      </w:r>
      <w:r>
        <w:br/>
      </w:r>
      <w:r>
        <w:rPr>
          <w:sz w:val="20"/>
        </w:rPr>
        <w:t>1:00:03  rasool Allah ka beta kahan tha? jo bete paida hue, woh khatam ho gaye.</w:t>
      </w:r>
      <w:r>
        <w:br/>
      </w:r>
      <w:r>
        <w:rPr>
          <w:sz w:val="20"/>
        </w:rPr>
        <w:t>1:00:13  ab aur kya kar sakta hoon main aap ko? okay, we will end the session</w:t>
      </w:r>
      <w:r>
        <w:br/>
      </w:r>
      <w:r>
        <w:rPr>
          <w:sz w:val="20"/>
        </w:rPr>
        <w:t>1:00:18  now. thank you.</w:t>
      </w:r>
    </w:p>
    <w:p>
      <w:pPr>
        <w:pStyle w:val="Heading2"/>
      </w:pPr>
      <w:r>
        <w:t>How to deal with feelings of superiority?</w:t>
      </w:r>
    </w:p>
    <w:p>
      <w:r>
        <w:rPr>
          <w:color w:val="666666"/>
          <w:sz w:val="18"/>
        </w:rPr>
        <w:t>Revival of Faith September 25, 2011 Maulana Wahiduddin Khan · 3m 40s · at 1:15:29 · https://youtu.be/sG_btZMffxg?t=4529</w:t>
      </w:r>
    </w:p>
    <w:p>
      <w:r>
        <w:rPr>
          <w:i/>
        </w:rPr>
        <w:t>“Why does it happen that I feel superior to some of the people around me? How should I act when this complex arises in me?”</w:t>
      </w:r>
    </w:p>
    <w:p>
      <w:r>
        <w:rPr>
          <w:sz w:val="20"/>
        </w:rPr>
        <w:t>1:15:29  mr ehtesham hasnain ne hyderabad se sawal likha hai. maulana sahib, woh pooch rahe hain ke "why does it happen that i feel superior to some of the people around me?</w:t>
      </w:r>
      <w:r>
        <w:br/>
      </w:r>
      <w:r>
        <w:rPr>
          <w:sz w:val="20"/>
        </w:rPr>
        <w:t>1:15:43  how should, how should i act when this complex arises in me?"</w:t>
      </w:r>
      <w:r>
        <w:br/>
      </w:r>
      <w:r>
        <w:rPr>
          <w:sz w:val="20"/>
        </w:rPr>
        <w:t>1:15:49  bhai, yeh to aik stepped baat hai. superior ko samajhte hain aap? hain superior ko samajhte hain?</w:t>
      </w:r>
      <w:r>
        <w:br/>
      </w:r>
      <w:r>
        <w:rPr>
          <w:sz w:val="20"/>
        </w:rPr>
        <w:t>1:16:01  superior kuch hai hi nahi. insaan kuch hai hi nahi. jab insaan ko koi bhi cheez us ki self acquired nahi hoti, khuda ki di hui hoti hai, superior kahan se ho jayega woh?</w:t>
      </w:r>
      <w:r>
        <w:br/>
      </w:r>
      <w:r>
        <w:rPr>
          <w:sz w:val="20"/>
        </w:rPr>
        <w:t>1:16:14  yani hamare paas, hamari zindagi, hamara dimagh, hamara saman, kuch bhi jo hai, woh self acquired nahi hai. woh khuda ki di hui hai.</w:t>
      </w:r>
      <w:r>
        <w:br/>
      </w:r>
      <w:r>
        <w:rPr>
          <w:sz w:val="20"/>
        </w:rPr>
        <w:t>1:16:23  to kis baat par superiority? yani agar aap ne socha to sawal borderry ke. aur koi soch us ke andar nahi aayegi.</w:t>
      </w:r>
      <w:r>
        <w:br/>
      </w:r>
      <w:r>
        <w:rPr>
          <w:sz w:val="20"/>
        </w:rPr>
        <w:t>1:16:34  to yeh to aik unnatural baat hai. aik na sochne ki wajah se aisa hota hai. na sochne ki wajah se</w:t>
      </w:r>
      <w:r>
        <w:br/>
      </w:r>
      <w:r>
        <w:rPr>
          <w:sz w:val="20"/>
        </w:rPr>
        <w:t>1:16:42  agar aap yeh sochein ke mere paas koi bhi self acquired nahi hai, sab khuda ki di hui hai, to phir border se border se jayegi.</w:t>
      </w:r>
      <w:r>
        <w:br/>
      </w:r>
      <w:r>
        <w:rPr>
          <w:sz w:val="20"/>
        </w:rPr>
        <w:t>1:16:58  maulana zikwan nadvi ne dili se likha hai: " hadith mein kaha gaya hai ke tum log mere mamle mein is jaisa, yaani utra mat karna, jaisa ke nasara mein ibn maryam ke bare mein kiya tha.</w:t>
      </w:r>
      <w:r>
        <w:br/>
      </w:r>
      <w:r>
        <w:rPr>
          <w:sz w:val="20"/>
        </w:rPr>
        <w:t>1:17:14  mera sawal yeh hai ke woh kya cheez hai jis ko is hadith mein utra kaha gaya hai, aur mazhabi tabqe se is burai ko door karne ka tareeqa kya hai?"</w:t>
      </w:r>
      <w:r>
        <w:br/>
      </w:r>
      <w:r>
        <w:rPr>
          <w:sz w:val="20"/>
        </w:rPr>
        <w:t>1:17:31  asal mein is se murad hai wahi jis cheez ko kehte hain hum shakhsiyat parasti. angrezi mein kehte hain is ko personality cult. nasr ne farmaya ke personality cult mein mubtala na hona,</w:t>
      </w:r>
      <w:r>
        <w:br/>
      </w:r>
      <w:r>
        <w:rPr>
          <w:sz w:val="20"/>
        </w:rPr>
        <w:t>1:17:44  kyun ke yeh har qaum mein yeh baat hoti rahi hai hamesha, aur aaj bhi hoti hai ke kisi qaum mein koi aadmi, koi yaani baap paida ho jaye, koi bada kaam kare to foran hi is ko yaani samajh lete hain ke koi khaas cheez tha, special samajh lete hain is ko, special hai.</w:t>
      </w:r>
      <w:r>
        <w:br/>
      </w:r>
      <w:r>
        <w:rPr>
          <w:sz w:val="20"/>
        </w:rPr>
        <w:t>1:18:05  ise phir personality cult aata hai, phir shakhsiyaton ki pooja aati hai.</w:t>
      </w:r>
      <w:r>
        <w:br/>
      </w:r>
      <w:r>
        <w:rPr>
          <w:sz w:val="20"/>
        </w:rPr>
        <w:t>1:18:11  to jitne bhi yeh but hain idhar udhar duniya mein, woh but haqeeqat mein un ke apne bare the, apne qabile ke, apni qaum ke bare the.</w:t>
      </w:r>
      <w:r>
        <w:br/>
      </w:r>
      <w:r>
        <w:rPr>
          <w:sz w:val="20"/>
        </w:rPr>
        <w:t>1:18:19  inhi inhi ko unhon ne but mein aa ke poojne lagay. woh to is mein is aam jo rujhan hai insanon ke darmiyan personality cult ka, yaani shakhsiyat parasti ka, use roka gaya hai.</w:t>
      </w:r>
      <w:r>
        <w:br/>
      </w:r>
      <w:r>
        <w:rPr>
          <w:sz w:val="20"/>
        </w:rPr>
        <w:t>1:18:32  mein bohat sochta hoon musalman aaj poori tarah is mein mubtala hain,</w:t>
      </w:r>
      <w:r>
        <w:br/>
      </w:r>
      <w:r>
        <w:rPr>
          <w:sz w:val="20"/>
        </w:rPr>
        <w:t>1:18:39  is mein mubtala hain. yaani personality cult poore maanon mein musalman mein aa chuka hai,</w:t>
      </w:r>
      <w:r>
        <w:br/>
      </w:r>
      <w:r>
        <w:rPr>
          <w:sz w:val="20"/>
        </w:rPr>
        <w:t>1:18:53  aur yeh yeh bohat zyada zaroori hai ke yaani islaah-e-millat ke kaam ke silsile mein is ko ahmiyat di jaye, aur is aitbar se musalmanon ko paas personality cult se bahar nikala jaye.</w:t>
      </w:r>
    </w:p>
    <w:p>
      <w:pPr>
        <w:pStyle w:val="Heading2"/>
      </w:pPr>
      <w:r>
        <w:t>Study plan failure and parental frustration</w:t>
      </w:r>
    </w:p>
    <w:p>
      <w:r>
        <w:rPr>
          <w:color w:val="666666"/>
          <w:sz w:val="18"/>
        </w:rPr>
        <w:t>The Problem of Evil December 4, 2011 · 2m 46s · at 1:24:46 · https://youtu.be/SMqtVjaGHfw?t=5086</w:t>
      </w:r>
    </w:p>
    <w:p>
      <w:r>
        <w:rPr>
          <w:i/>
        </w:rPr>
        <w:t>“Sir, I am a second year engineering student. I have nine subjects to study and my exam starts on the ninth of December. The problem is that the moment I start my studies in the morning and make a plan to study for at least ten to twelve hours, I end up studying only two to three hours, which is very insufficient. Because of this, my parents start shouting at me and I get really irritated and frustrated and end up doing nothing.”</w:t>
      </w:r>
    </w:p>
    <w:p>
      <w:r>
        <w:rPr>
          <w:sz w:val="20"/>
        </w:rPr>
        <w:t>1:24:46  maulana, agla sawal aaya hai mr. hareen sharma ka, delhi se. unhon ne likha hai: "sir, i am a second year engineering student.</w:t>
      </w:r>
      <w:r>
        <w:br/>
      </w:r>
      <w:r>
        <w:rPr>
          <w:sz w:val="20"/>
        </w:rPr>
        <w:t>1:24:56  i have nine subjects to study and my exam start in ninth of december. the problem is that the moment i start my studies in the morning and make a plan to study for at least ten to twelve hours, i end up studying only two to three hours, which is very insufficient."</w:t>
      </w:r>
      <w:r>
        <w:br/>
      </w:r>
      <w:r>
        <w:rPr>
          <w:sz w:val="20"/>
        </w:rPr>
        <w:t>1:25:16  because of this, my parents start shouting at me and I get really irritated and frustrated and and up doing nothing.</w:t>
      </w:r>
      <w:r>
        <w:br/>
      </w:r>
      <w:r>
        <w:rPr>
          <w:sz w:val="20"/>
        </w:rPr>
        <w:t>1:25:25  I can concentrate not more than two hours at a stretch. I am afraid I will end up failing. Please help me out."</w:t>
      </w:r>
      <w:r>
        <w:br/>
      </w:r>
      <w:r>
        <w:rPr>
          <w:sz w:val="20"/>
        </w:rPr>
        <w:t>1:25:41  mere khayal se aap ka aap ke habits jo hain, us ko aap tod nahin paate. yeh in natural baat hai ke aadmi bas do ghanta parhe.</w:t>
      </w:r>
      <w:r>
        <w:br/>
      </w:r>
      <w:r>
        <w:rPr>
          <w:sz w:val="20"/>
        </w:rPr>
        <w:t>1:25:51  kyun? aadmi sirf do ghanta parhega. aadmi chaar ghanta parh sakta hai.</w:t>
      </w:r>
      <w:r>
        <w:br/>
      </w:r>
      <w:r>
        <w:rPr>
          <w:sz w:val="20"/>
        </w:rPr>
        <w:t>1:25:55  main yeh nahin kehta hoon ke aap barah ghante parhein. main yeh nahin kehta. lekin aap do ghanta, chaar ghanta, chhe ghanta parh sakte hain. yeh kuch habits hain jis ke jis ko aap chhod nahin paate.</w:t>
      </w:r>
      <w:r>
        <w:br/>
      </w:r>
      <w:r>
        <w:rPr>
          <w:sz w:val="20"/>
        </w:rPr>
        <w:t>1:26:07  bahut buri cheez hai habit. habit jab ho jaati hai kisi ki to itna us ko yaani is se itna zyada familiar ho jaata hai ke na chhod kar bhi samajhta hai ke main chhod diya.</w:t>
      </w:r>
      <w:r>
        <w:br/>
      </w:r>
      <w:r>
        <w:rPr>
          <w:sz w:val="20"/>
        </w:rPr>
        <w:t>1:26:20  ajeeb baat hai yeh maine paaya hai ke chhodte nahin samajhte ke hum ne chhod diya. mujhe batana padta hai kahin chhod diya aap ne.</w:t>
      </w:r>
      <w:r>
        <w:br/>
      </w:r>
      <w:r>
        <w:rPr>
          <w:sz w:val="20"/>
        </w:rPr>
        <w:t>1:26:30  to jis aadmi ko bhi koi in natural is qism ka yaani maamla pesh aaye, yeh in natural hai. yaad rakhiye, yeh natural nahin hai.</w:t>
      </w:r>
      <w:r>
        <w:br/>
      </w:r>
      <w:r>
        <w:rPr>
          <w:sz w:val="20"/>
        </w:rPr>
        <w:t>1:26:41  aur is liye koi na koi habit galat lagi hui hai aap ko. is habit ko discover kijiye.</w:t>
      </w:r>
      <w:r>
        <w:br/>
      </w:r>
      <w:r>
        <w:rPr>
          <w:sz w:val="20"/>
        </w:rPr>
        <w:t>1:26:47  main to aaj tak dhoondta rehta hoon ke aisi habit jo mujhe bachpan se lag gayi ho, abhi tak lagi hui ho. to habit badi buri cheez hai.</w:t>
      </w:r>
      <w:r>
        <w:br/>
      </w:r>
      <w:r>
        <w:rPr>
          <w:sz w:val="20"/>
        </w:rPr>
        <w:t>1:26:57  bade bade logon ko habit lagi rehti hai aur bachpan se lag jaati hai. to aadmi is pe condition ho jaata hai. to aap aap sawab maamla sirf parent ka nahin hai.</w:t>
      </w:r>
      <w:r>
        <w:br/>
      </w:r>
      <w:r>
        <w:rPr>
          <w:sz w:val="20"/>
        </w:rPr>
        <w:t>1:27:08  aap future mein kya karenge? aap ko zindagi guzarna hai duniya mein. aap ke paas achhi education chahiye. to kaise zindagi guzarenge aap</w:t>
      </w:r>
      <w:r>
        <w:br/>
      </w:r>
      <w:r>
        <w:rPr>
          <w:sz w:val="20"/>
        </w:rPr>
        <w:t>1:27:16  ? masla parent ka nahin hai, masla aap ke apne future ka hai. to aap apni jo wrong habits hain, us ko daryaft kijiye aur us apne is yaani is ko correct kijiye, is ki islaah kijiye.</w:t>
      </w:r>
    </w:p>
    <w:p>
      <w:pPr>
        <w:pStyle w:val="Heading2"/>
      </w:pPr>
      <w:r>
        <w:t>Difficulty focusing during reflection</w:t>
      </w:r>
    </w:p>
    <w:p>
      <w:r>
        <w:rPr>
          <w:color w:val="666666"/>
          <w:sz w:val="18"/>
        </w:rPr>
        <w:t>Revival of Islam March 23, 2014 · 2m 23s · at 48:06 · https://youtu.be/Wc4Vsc4u1JI?t=2886</w:t>
      </w:r>
    </w:p>
    <w:p>
      <w:r>
        <w:rPr>
          <w:i/>
        </w:rPr>
        <w:t>“During reflection, I cannot focus on one point; many different thoughts come to my mind. Please guide me on how to concentrate.”</w:t>
      </w:r>
    </w:p>
    <w:p>
      <w:r>
        <w:rPr>
          <w:sz w:val="20"/>
        </w:rPr>
        <w:t>48:06  maulana, agla sawal Pakistan se hai, sajjad nawaz sahib ka. Unhon ne likha hai: "ghor-o-fikr ke douran mein ek point par focus nahi kar pata.</w:t>
      </w:r>
      <w:r>
        <w:br/>
      </w:r>
      <w:r>
        <w:rPr>
          <w:sz w:val="20"/>
        </w:rPr>
        <w:t>48:18  different type ke kai khayalat mere mind mein aa jate hain. Maulana sahib, mere ko guide karein." dekhiye, aap hi ki baat nahi hai, yeh har shakhs ki baat hai.</w:t>
      </w:r>
      <w:r>
        <w:br/>
      </w:r>
      <w:r>
        <w:rPr>
          <w:sz w:val="20"/>
        </w:rPr>
        <w:t>48:33  yeh har shakhs ki baat hai.</w:t>
      </w:r>
      <w:r>
        <w:br/>
      </w:r>
      <w:r>
        <w:rPr>
          <w:sz w:val="20"/>
        </w:rPr>
        <w:t>48:35  kyunke aap jis duniya mein hain, wahan</w:t>
      </w:r>
      <w:r>
        <w:br/>
      </w:r>
      <w:r>
        <w:rPr>
          <w:sz w:val="20"/>
        </w:rPr>
        <w:t>48:42  bahut beshumar qism ki cheezen hain. Aap beshumar cheezon ko dekhte hain, beshumar cheezon ko sunte hain, beshumar cheezon ka tajruba hota hai, beshumar cheezen parhte hain.</w:t>
      </w:r>
      <w:r>
        <w:br/>
      </w:r>
      <w:r>
        <w:rPr>
          <w:sz w:val="20"/>
        </w:rPr>
        <w:t>48:54  woh sab aap ke mind mein jangla ban jata hai. To ek cheez mein focus karne ke ma'ani hain cheezon ko sort out karna.</w:t>
      </w:r>
      <w:r>
        <w:br/>
      </w:r>
      <w:r>
        <w:rPr>
          <w:sz w:val="20"/>
        </w:rPr>
        <w:t>49:04  to yeh aasan kaam nahi, is liye aap logon ko train karna parta hai. jo baat aap ki hai, woh sab ki hai. kyun k sab logon ka dimagh jungal hota hai.</w:t>
      </w:r>
      <w:r>
        <w:br/>
      </w:r>
      <w:r>
        <w:rPr>
          <w:sz w:val="20"/>
        </w:rPr>
        <w:t>49:14  jungal hota hi hota hai. agar aap sort out na kar sakein to jungal hi rahega woh. to yeh to aap ko karna hai.</w:t>
      </w:r>
      <w:r>
        <w:br/>
      </w:r>
      <w:r>
        <w:rPr>
          <w:sz w:val="20"/>
        </w:rPr>
        <w:t>49:24  is jungal se bahir aana hai. cheezon ko sort out karna hai. Allah se dua karna hai.</w:t>
      </w:r>
      <w:r>
        <w:br/>
      </w:r>
      <w:r>
        <w:rPr>
          <w:sz w:val="20"/>
        </w:rPr>
        <w:t>49:30  to aap ka case koi alag case nahi hai. wahi sab ka case hai. isi wajah se logon ki cheezein parhiye, aap sab k haan confusion hota hai.</w:t>
      </w:r>
      <w:r>
        <w:br/>
      </w:r>
      <w:r>
        <w:rPr>
          <w:sz w:val="20"/>
        </w:rPr>
        <w:t>49:42  logon k article parhiye, logon ki kitabein parhiye, logon ki taqreerein sunne. confusion hi confusion, confusion hi confusion.</w:t>
      </w:r>
      <w:r>
        <w:br/>
      </w:r>
      <w:r>
        <w:rPr>
          <w:sz w:val="20"/>
        </w:rPr>
        <w:t>49:53  kyun? log sort out nahi kar paate.</w:t>
      </w:r>
      <w:r>
        <w:br/>
      </w:r>
      <w:r>
        <w:rPr>
          <w:sz w:val="20"/>
        </w:rPr>
        <w:t>49:55  to aap yeh na samjhiye k aap ka case yeh hai. yeh sab ka case hai. aur is k liye aap logon ko train karna hai. apne ko yani woh salahiyat paida karna hai apne andar.</w:t>
      </w:r>
      <w:r>
        <w:br/>
      </w:r>
      <w:r>
        <w:rPr>
          <w:sz w:val="20"/>
        </w:rPr>
        <w:t>50:07  jis jis ko mein kehta hoon sort out karna. to to yeh yeh aik aik is ka aik is ko is ka talluq apne ko train karne se hai.</w:t>
      </w:r>
      <w:r>
        <w:br/>
      </w:r>
      <w:r>
        <w:rPr>
          <w:sz w:val="20"/>
        </w:rPr>
        <w:t>50:20  jab jab tak aap apne ko train nahi karein ge, tab tak kaifiyat baqi rahegi.</w:t>
      </w:r>
    </w:p>
    <w:p>
      <w:pPr>
        <w:pStyle w:val="Heading2"/>
      </w:pPr>
      <w:r>
        <w:t>Reason for Tension Despite Being a Shopkeeper</w:t>
      </w:r>
    </w:p>
    <w:p>
      <w:r>
        <w:rPr>
          <w:color w:val="666666"/>
          <w:sz w:val="18"/>
        </w:rPr>
        <w:t>Q&amp;A 20 Nov 2011 Maulana Wahiduddin Khan · 2m 24s · at 11:13 · https://youtu.be/7sNDn8Y6jUc?t=673</w:t>
      </w:r>
    </w:p>
    <w:p>
      <w:r>
        <w:rPr>
          <w:i/>
        </w:rPr>
        <w:t>“I am a shopkeeper. I remain tense because of some business problems. What is the reason for this?”</w:t>
      </w:r>
    </w:p>
    <w:p>
      <w:r>
        <w:rPr>
          <w:sz w:val="20"/>
        </w:rPr>
        <w:t>11:13  maulana, agla sawal aaya hai mr fazal ameen ka karachi pakistan se. unhon ne likha hai ke "main ek dukandar hoon, baz karobari masail ki wajah se mujhe tension rehta hai.</w:t>
      </w:r>
      <w:r>
        <w:br/>
      </w:r>
      <w:r>
        <w:rPr>
          <w:sz w:val="20"/>
        </w:rPr>
        <w:t>11:27  is ki kya wajah hai?"</w:t>
      </w:r>
      <w:r>
        <w:br/>
      </w:r>
      <w:r>
        <w:rPr>
          <w:sz w:val="20"/>
        </w:rPr>
        <w:t>11:32  dekhiye, mera jo tajurba hai, woh karobar ki wajah se tension nahin hota. tension hota hai more aur more ka jo juz zehn hai, jis ko kehte hain hiras.</w:t>
      </w:r>
      <w:r>
        <w:br/>
      </w:r>
      <w:r>
        <w:rPr>
          <w:sz w:val="20"/>
        </w:rPr>
        <w:t>11:46  insan ke do rawaiye hain, ya to qana'at ya hiras. yani apne bas par agar aap karobar karen,</w:t>
      </w:r>
      <w:r>
        <w:br/>
      </w:r>
      <w:r>
        <w:rPr>
          <w:sz w:val="20"/>
        </w:rPr>
        <w:t>11:53  apne bas par aap kharch karen, apne kharch ko aur aamdani ko control mein rakhen to koi tension nahin hoga. hota yeh hai ke aamdani kam, kharch ziyada.</w:t>
      </w:r>
      <w:r>
        <w:br/>
      </w:r>
      <w:r>
        <w:rPr>
          <w:sz w:val="20"/>
        </w:rPr>
        <w:t>12:05  to aap aur ziyada kamai, aur ziyada kamai, is mein log bank ka qarz lete hain, tarah tarah ki cheezen karte hain.</w:t>
      </w:r>
      <w:r>
        <w:br/>
      </w:r>
      <w:r>
        <w:rPr>
          <w:sz w:val="20"/>
        </w:rPr>
        <w:t>12:12  to asal cheez tension ka sabab hiras hai, karobar nahin hai, yaad rakhiye. hiras ko khatam kijiye, qana'at ko ikhtiyar kijiye, kharch ko ghataiye, aamdani ko manage kijiye.</w:t>
      </w:r>
      <w:r>
        <w:br/>
      </w:r>
      <w:r>
        <w:rPr>
          <w:sz w:val="20"/>
        </w:rPr>
        <w:t>12:24  to tension har giz nahin hoga. mera tareeqa hai, mera to koi kharch hi nahin, to mera koi tension bhi nahin.</w:t>
      </w:r>
      <w:r>
        <w:br/>
      </w:r>
      <w:r>
        <w:rPr>
          <w:sz w:val="20"/>
        </w:rPr>
        <w:t>12:33  main jo hai, isi par razi rehta hoon. isi par razi rehta hoon. farz kijiye, glass beh hai. glass hai, glass mein pani pi lunga.</w:t>
      </w:r>
      <w:r>
        <w:br/>
      </w:r>
      <w:r>
        <w:rPr>
          <w:sz w:val="20"/>
        </w:rPr>
        <w:t>12:42  glass hai to hath se pi lunga. hath se pi lunga, kisi cheez se pi lunga. mujhe koi pareshani nahin hogi, glass nahin, glass nahin, glass nahin.</w:t>
      </w:r>
      <w:r>
        <w:br/>
      </w:r>
      <w:r>
        <w:rPr>
          <w:sz w:val="20"/>
        </w:rPr>
        <w:t>12:52  to yeh galat hai soch ke karobar ki wajah se tension, har giz nahin. hiras ki wajah se tension. log apna kharch barhaye rehte hain, aamdani hoti nahin hoti to phir aamdani barhaye, lage rehte hain, raat din, raat din, raat din, to tension hoga woh.</w:t>
      </w:r>
      <w:r>
        <w:br/>
      </w:r>
      <w:r>
        <w:rPr>
          <w:sz w:val="20"/>
        </w:rPr>
        <w:t>13:12  to apne karobar ko manage kijiye. ek hi hal hai ke manage kijiye aur had ke andar rahiye, bas had se bahar na jaiye.</w:t>
      </w:r>
      <w:r>
        <w:br/>
      </w:r>
      <w:r>
        <w:rPr>
          <w:sz w:val="20"/>
        </w:rPr>
        <w:t>13:25  quran ne kaha takathur. takathur asal raaz hai tension ka.</w:t>
      </w:r>
      <w:r>
        <w:br/>
      </w:r>
      <w:r>
        <w:rPr>
          <w:sz w:val="20"/>
        </w:rPr>
        <w:t>13:32  allah ko takathur. takathur se apne aap ko bachaiye.</w:t>
      </w:r>
    </w:p>
    <w:p>
      <w:pPr>
        <w:pStyle w:val="Heading2"/>
      </w:pPr>
      <w:r>
        <w:t>Advice for Muslims living in fear</w:t>
      </w:r>
    </w:p>
    <w:p>
      <w:r>
        <w:rPr>
          <w:color w:val="666666"/>
          <w:sz w:val="18"/>
        </w:rPr>
        <w:t>The Age of Giving Global Thanks Dec 15. 2019—Maulana Wahiduddin Khan · 2m 57s · at 45:50 · https://youtu.be/254Pgn6Ldts?t=2750</w:t>
      </w:r>
    </w:p>
    <w:p>
      <w:r>
        <w:rPr>
          <w:i/>
        </w:rPr>
        <w:t>“Muslims are living in fear today that they are being targeted in some or the other way. What is your advice to all those who are so afraid?”</w:t>
      </w:r>
    </w:p>
    <w:p>
      <w:r>
        <w:rPr>
          <w:sz w:val="20"/>
        </w:rPr>
        <w:t>45:50  maulana, ab sawal lena chahenge. yeh sawal bheja hai gwalior se miss zubair khan ne.</w:t>
      </w:r>
      <w:r>
        <w:br/>
      </w:r>
      <w:r>
        <w:rPr>
          <w:sz w:val="20"/>
        </w:rPr>
        <w:t>46:01  mister zubair khan ne. unhon ne likha hai: "maulana, muslims are living in fear today that they are being targeted in some or the other way.</w:t>
      </w:r>
      <w:r>
        <w:br/>
      </w:r>
      <w:r>
        <w:rPr>
          <w:sz w:val="20"/>
        </w:rPr>
        <w:t>46:11  what is your advice to all those who are so afraid?</w:t>
      </w:r>
      <w:r>
        <w:br/>
      </w:r>
      <w:r>
        <w:rPr>
          <w:sz w:val="20"/>
        </w:rPr>
        <w:t>46:16  " dekhiye, yeh dar jo hai, dar is ka Islam se koi talluq nahi hai.</w:t>
      </w:r>
      <w:r>
        <w:br/>
      </w:r>
      <w:r>
        <w:rPr>
          <w:sz w:val="20"/>
        </w:rPr>
        <w:t>46:23  yeh shaitan jaanta hai.</w:t>
      </w:r>
      <w:r>
        <w:br/>
      </w:r>
      <w:r>
        <w:rPr>
          <w:sz w:val="20"/>
        </w:rPr>
        <w:t>46:26  is ka saboot yeh hai</w:t>
      </w:r>
      <w:r>
        <w:br/>
      </w:r>
      <w:r>
        <w:rPr>
          <w:sz w:val="20"/>
        </w:rPr>
        <w:t>46:29  keh rasool Allah sal Allah aleh wasalam ne jab hijrat kiya tha aur ghar e hira, nahi nahi, ghar</w:t>
      </w:r>
      <w:r>
        <w:br/>
      </w:r>
      <w:r>
        <w:rPr>
          <w:sz w:val="20"/>
        </w:rPr>
        <w:t>46:35  e sor mein aap ne</w:t>
      </w:r>
      <w:r>
        <w:br/>
      </w:r>
      <w:r>
        <w:rPr>
          <w:sz w:val="20"/>
        </w:rPr>
        <w:t>46:39  pehanchay thay to wahan aap ke jo us zamanay mein jo dushman aap ke thay, wo wahan pe</w:t>
      </w:r>
      <w:r>
        <w:br/>
      </w:r>
      <w:r>
        <w:rPr>
          <w:sz w:val="20"/>
        </w:rPr>
        <w:t>46:45  pehanch gaye talwar liye hue.</w:t>
      </w:r>
      <w:r>
        <w:br/>
      </w:r>
      <w:r>
        <w:rPr>
          <w:sz w:val="20"/>
        </w:rPr>
        <w:t>46:47  to aap ke saathi thay hazrat abubakar r.a. unhon ne kaha ke yeh to yahan bhi aa gaye, yani hum makka chhod kar yahan aaye, pohanchay, woh yahan bhi aa gaye.</w:t>
      </w:r>
      <w:r>
        <w:br/>
      </w:r>
      <w:r>
        <w:rPr>
          <w:sz w:val="20"/>
        </w:rPr>
        <w:t>47:00  to sardar ne kaha: "la takhaf, inna allaha ma'ana. mat daro, khauf mat karo, allah hamaray sath hai." yeh hai rasool allah sallallahu alaihi wasallam ka uswa aur yeh hai hamara islam ka taleem.</w:t>
      </w:r>
      <w:r>
        <w:br/>
      </w:r>
      <w:r>
        <w:rPr>
          <w:sz w:val="20"/>
        </w:rPr>
        <w:t>47:21  is ko apna apnaiey, is ko aur khauf ko apni dictionary se nikal dijiye. khauf ka lafz, fear ka lafz, apni dictionary se nikal dijiye.</w:t>
      </w:r>
      <w:r>
        <w:br/>
      </w:r>
      <w:r>
        <w:rPr>
          <w:sz w:val="20"/>
        </w:rPr>
        <w:t>47:40  molana, agla comment parhna chahenge. yeh comment bheja hai muhammad ammar sahib ne dilli se. unhon ne likha hai: "verily molana, there are so many reasons to be grateful for.</w:t>
      </w:r>
      <w:r>
        <w:br/>
      </w:r>
      <w:r>
        <w:rPr>
          <w:sz w:val="20"/>
        </w:rPr>
        <w:t>47:55  that is why allah has said in the chapter al imran. so which of the favors of your lord would you deny</w:t>
      </w:r>
      <w:r>
        <w:br/>
      </w:r>
      <w:r>
        <w:rPr>
          <w:sz w:val="20"/>
        </w:rPr>
        <w:t>48:03  ?" molana, agla comment bheja hai aa srinagar se miss sahar saleem ne.</w:t>
      </w:r>
      <w:r>
        <w:br/>
      </w:r>
      <w:r>
        <w:rPr>
          <w:sz w:val="20"/>
        </w:rPr>
        <w:t>48:11  unhon ne likha hai: "da'wah opportunities are everywhere. one has to just look for them. the emphasis should always be on the transmission of message and not conversion.</w:t>
      </w:r>
      <w:r>
        <w:br/>
      </w:r>
      <w:r>
        <w:rPr>
          <w:sz w:val="20"/>
        </w:rPr>
        <w:t>48:25  da'wah has become the universal need in the present world.</w:t>
      </w:r>
      <w:r>
        <w:br/>
      </w:r>
      <w:r>
        <w:rPr>
          <w:sz w:val="20"/>
        </w:rPr>
        <w:t>48:30  may allah give us courage to present islam to the world. may allah open our hearts and minds to work together for his deen.</w:t>
      </w:r>
      <w:r>
        <w:br/>
      </w:r>
      <w:r>
        <w:rPr>
          <w:sz w:val="20"/>
        </w:rPr>
        <w:t>48:39  thank you molana sahib for reminding us again and again the responsibilities we have towards allah and his religion.</w:t>
      </w:r>
    </w:p>
    <w:p>
      <w:pPr>
        <w:pStyle w:val="Heading2"/>
      </w:pPr>
      <w:r>
        <w:t>Regret over wasted half of life</w:t>
      </w:r>
    </w:p>
    <w:p>
      <w:r>
        <w:rPr>
          <w:color w:val="666666"/>
          <w:sz w:val="18"/>
        </w:rPr>
        <w:t>Modern Age June 9, 2019 Maulana Wahiduddin Khan · 4m 13s · at 40:21 · https://youtu.be/7mjCvAvHEdA?t=2421</w:t>
      </w:r>
    </w:p>
    <w:p>
      <w:r>
        <w:rPr>
          <w:i/>
        </w:rPr>
        <w:t>“I am forty-six years old now. Half of my life is spent without thinking seriously and the remaining half just routine life of listening to Islam as a ritual. The remaining life looks very short.”</w:t>
      </w:r>
    </w:p>
    <w:p>
      <w:r>
        <w:rPr>
          <w:sz w:val="20"/>
        </w:rPr>
        <w:t>40:21  Maulana, agla sawal Pakistan se kiya hai Abdul Rauf Butt sahib ne. Unhone likha hai, "Maulana, I am forty-six years old now.</w:t>
      </w:r>
      <w:r>
        <w:br/>
      </w:r>
      <w:r>
        <w:rPr>
          <w:sz w:val="20"/>
        </w:rPr>
        <w:t>40:31  Half of my life is spent without thinking seriously and the remaining half just routine life of listening to Islam as a ritual.</w:t>
      </w:r>
      <w:r>
        <w:br/>
      </w:r>
      <w:r>
        <w:rPr>
          <w:sz w:val="20"/>
        </w:rPr>
        <w:t>40:43  The remaining life looks very short</w:t>
      </w:r>
      <w:r>
        <w:br/>
      </w:r>
      <w:r>
        <w:rPr>
          <w:sz w:val="20"/>
        </w:rPr>
        <w:t>40:46  . My request, Maulana, is if you could advise us how to spend a life, the remaining one, so that we can get some place in paradise."</w:t>
      </w:r>
      <w:r>
        <w:br/>
      </w:r>
      <w:r>
        <w:rPr>
          <w:sz w:val="20"/>
        </w:rPr>
        <w:t>41:02  Dekhiye, paradise to ka talluq muddat se nahi hai ke aap so saal amal karen to paradise hai.</w:t>
      </w:r>
      <w:r>
        <w:br/>
      </w:r>
      <w:r>
        <w:rPr>
          <w:sz w:val="20"/>
        </w:rPr>
        <w:t>41:15  Nahi, ek din ka amal bhi aap ko paradise mein le ja sakta hai. Allah</w:t>
      </w:r>
      <w:r>
        <w:br/>
      </w:r>
      <w:r>
        <w:rPr>
          <w:sz w:val="20"/>
        </w:rPr>
        <w:t>41:29  ko aap ke amal ki, Allah aap ke amal ko quantitative term mein nahi dekhta, quality ki term mein dekhta hai.</w:t>
      </w:r>
      <w:r>
        <w:br/>
      </w:r>
      <w:r>
        <w:rPr>
          <w:sz w:val="20"/>
        </w:rPr>
        <w:t>41:41  Is baat ko achi tarah samajh lijiye ke Allah aap ke amal ko in terms of quantity nahi dekhta, woh in terms of quality dekhta hai.</w:t>
      </w:r>
      <w:r>
        <w:br/>
      </w:r>
      <w:r>
        <w:rPr>
          <w:sz w:val="20"/>
        </w:rPr>
        <w:t>41:53  To aap ke paas zindagi ka thoda sa waqt baqi hai, tab bhi aap in terms of quality kuch kar dikhaiye to Allah dor kar aap ke paas ayega aur jannat aap ko, farishte aap ko gifts ki tarah le ke khare ho jayenge aap ke paas.</w:t>
      </w:r>
      <w:r>
        <w:br/>
      </w:r>
      <w:r>
        <w:rPr>
          <w:sz w:val="20"/>
        </w:rPr>
        <w:t>42:14  It is quality that matters. Yaad rakhiye, Allah ke haan quality ki qeemat hai, quantity ki kuch bhi qeemat nahi hai, kuch bhi nahi hai.</w:t>
      </w:r>
      <w:r>
        <w:br/>
      </w:r>
      <w:r>
        <w:rPr>
          <w:sz w:val="20"/>
        </w:rPr>
        <w:t>42:27  To quality ek aisi cheez hai ke aap agar zindagi ka ek din aap mila hai, tab bhi aap is ko kar sakte hain. Maslan dekhiye, main ek waqia batata hoon aap ko ek shakhs ka.</w:t>
      </w:r>
      <w:r>
        <w:br/>
      </w:r>
      <w:r>
        <w:rPr>
          <w:sz w:val="20"/>
        </w:rPr>
        <w:t>42:46  Woh is ka case wahi tha jo aap ne bataya, wahi tha.</w:t>
      </w:r>
      <w:r>
        <w:br/>
      </w:r>
      <w:r>
        <w:rPr>
          <w:sz w:val="20"/>
        </w:rPr>
        <w:t>42:53  To jab umar zyada ho chuki thi to ek din is ne do rak'at namaz padhi aur phir dua karne laga.</w:t>
      </w:r>
      <w:r>
        <w:br/>
      </w:r>
      <w:r>
        <w:rPr>
          <w:sz w:val="20"/>
        </w:rPr>
        <w:t>43:04  Dua karne laga. Is ne kaha ke "Khuda ya, meri meri umar to khatm ho gayi lekin teri rehmat to khatm ho rahi nahi hai." Is ki zuban se nikla ke "Khuda ya,</w:t>
      </w:r>
      <w:r>
        <w:br/>
      </w:r>
      <w:r>
        <w:rPr>
          <w:sz w:val="20"/>
        </w:rPr>
        <w:t>43:20  meri umar to khatm ho gayi lekin teri rehmat to khatm ho rahi nahin."</w:t>
      </w:r>
      <w:r>
        <w:br/>
      </w:r>
      <w:r>
        <w:rPr>
          <w:sz w:val="20"/>
        </w:rPr>
        <w:t>43:28  yeh us us jumle ne ek mein nahin keh sakta ke kya hua akhirat mein, lekin mera guess</w:t>
      </w:r>
      <w:r>
        <w:br/>
      </w:r>
      <w:r>
        <w:rPr>
          <w:sz w:val="20"/>
        </w:rPr>
        <w:t>43:35  zaroori hai ke usne allah ko invoke kiya hoga uske in alfaz ne aur usko</w:t>
      </w:r>
      <w:r>
        <w:br/>
      </w:r>
      <w:r>
        <w:rPr>
          <w:sz w:val="20"/>
        </w:rPr>
        <w:t>43:44  wo sab kuch mil gaya hoga jo mazi mein usne kho diya tha.</w:t>
      </w:r>
      <w:r>
        <w:br/>
      </w:r>
      <w:r>
        <w:rPr>
          <w:sz w:val="20"/>
        </w:rPr>
        <w:t>43:51  Yeh mera guess hai.</w:t>
      </w:r>
      <w:r>
        <w:br/>
      </w:r>
      <w:r>
        <w:rPr>
          <w:sz w:val="20"/>
        </w:rPr>
        <w:t>43:56  Kaisa ajeeb is ki zuban se nikla tha yeh lafz ke "Khuda ya, meri umar to khatm ho gayi lekin teri rehmat to khatm ho rahi nahi hai."</w:t>
      </w:r>
      <w:r>
        <w:br/>
      </w:r>
      <w:r>
        <w:rPr>
          <w:sz w:val="20"/>
        </w:rPr>
        <w:t>44:11  To aap yeh is is is cheez ko le kar sochiye, woh jo aap ki soch hai woh sahi nahi hai. Is haqeeqat ko le kar sochiye to inshallah ek din bhi agar mil jaye zindagi mein aap ko to wahi kafi ho sakta hai aap ke jannat ke liye.</w:t>
      </w:r>
    </w:p>
    <w:p>
      <w:pPr>
        <w:pStyle w:val="Heading2"/>
      </w:pPr>
      <w:r>
        <w:t>Negative thoughts leading to wrong decisions</w:t>
      </w:r>
    </w:p>
    <w:p>
      <w:r>
        <w:rPr>
          <w:color w:val="666666"/>
          <w:sz w:val="18"/>
        </w:rPr>
        <w:t>Spirit of the Age November 06, 2016 · 1m 40s · at 45:47 · https://youtu.be/URWoioUiDO4?t=2747</w:t>
      </w:r>
    </w:p>
    <w:p>
      <w:r>
        <w:rPr>
          <w:i/>
        </w:rPr>
        <w:t>“I often get negative thoughts which I am not able to suppress and control, and as a result, I end up taking wrong decisions.”</w:t>
      </w:r>
    </w:p>
    <w:p>
      <w:r>
        <w:rPr>
          <w:sz w:val="20"/>
        </w:rPr>
        <w:t>45:47  maulana, agla sawal jamshedpur se bheja hai abdul sahib ne, aur unhone likha hai, maulana sahib,</w:t>
      </w:r>
      <w:r>
        <w:br/>
      </w:r>
      <w:r>
        <w:rPr>
          <w:sz w:val="20"/>
        </w:rPr>
        <w:t>45:55  I often get negative thoughts which I am not able to suppress or control, and as a result,</w:t>
      </w:r>
      <w:r>
        <w:br/>
      </w:r>
      <w:r>
        <w:rPr>
          <w:sz w:val="20"/>
        </w:rPr>
        <w:t>46:03  i am not taking wrong decisions.</w:t>
      </w:r>
      <w:r>
        <w:br/>
      </w:r>
      <w:r>
        <w:rPr>
          <w:sz w:val="20"/>
        </w:rPr>
        <w:t>46:05  My problem is that I know myself that I am getting wrong thoughts, but I am in</w:t>
      </w:r>
      <w:r>
        <w:br/>
      </w:r>
      <w:r>
        <w:rPr>
          <w:sz w:val="20"/>
        </w:rPr>
        <w:t>46:13  able to control myself.</w:t>
      </w:r>
      <w:r>
        <w:br/>
      </w:r>
      <w:r>
        <w:rPr>
          <w:sz w:val="20"/>
        </w:rPr>
        <w:t>46:15  For example, I am very short-tempered, I also become greedy at times, and sometimes I get</w:t>
      </w:r>
      <w:r>
        <w:br/>
      </w:r>
      <w:r>
        <w:rPr>
          <w:sz w:val="20"/>
        </w:rPr>
        <w:t>46:23  depressed.</w:t>
      </w:r>
      <w:r>
        <w:br/>
      </w:r>
      <w:r>
        <w:rPr>
          <w:sz w:val="20"/>
        </w:rPr>
        <w:t>46:24  I really want to change myself, and want to become a better person.</w:t>
      </w:r>
      <w:r>
        <w:br/>
      </w:r>
      <w:r>
        <w:rPr>
          <w:sz w:val="20"/>
        </w:rPr>
        <w:t>46:30  Can you please advise me a practical way, or what should I do, which will help me become</w:t>
      </w:r>
      <w:r>
        <w:br/>
      </w:r>
      <w:r>
        <w:rPr>
          <w:sz w:val="20"/>
        </w:rPr>
        <w:t>46:38  mentally stronger? Is there any dua? Maulana Sahab, please help me.</w:t>
      </w:r>
      <w:r>
        <w:br/>
      </w:r>
      <w:r>
        <w:rPr>
          <w:sz w:val="20"/>
        </w:rPr>
        <w:t>46:43  یہ دعا کا مسئلہ نہیں ہے، یہ اپنے mind کی ری انجینئرنگ کا مسئلہ ہے۔</w:t>
      </w:r>
      <w:r>
        <w:br/>
      </w:r>
      <w:r>
        <w:rPr>
          <w:sz w:val="20"/>
        </w:rPr>
        <w:t>46:49  آپ ہمارا منتھلی میگزین اردو میں پڑھیے، رسالہ English میں ہے، اسپیٹ صاحب، اس کو پڑھیے۔</w:t>
      </w:r>
      <w:r>
        <w:br/>
      </w:r>
      <w:r>
        <w:rPr>
          <w:sz w:val="20"/>
        </w:rPr>
        <w:t>46:56  ہماری کئی کتابیں ہیں، English میں ہیں، Model Vision، Simple Wisdom، اس کو پڑھیے۔</w:t>
      </w:r>
      <w:r>
        <w:br/>
      </w:r>
      <w:r>
        <w:rPr>
          <w:sz w:val="20"/>
        </w:rPr>
        <w:t>47:02  hamari chaar kitabein urdu mein hain, raaz hayat, taabeer hayat, rehnuma hayat, kitaab zindagi, aap padhiye.</w:t>
      </w:r>
      <w:r>
        <w:br/>
      </w:r>
      <w:r>
        <w:rPr>
          <w:sz w:val="20"/>
        </w:rPr>
        <w:t>47:09  aur mujhe yaqeen hai ke aap ka yeh mizaj khatm ho jayega.</w:t>
      </w:r>
      <w:r>
        <w:br/>
      </w:r>
      <w:r>
        <w:rPr>
          <w:sz w:val="20"/>
        </w:rPr>
        <w:t>47:14  phir koi har insaan insaan hai.</w:t>
      </w:r>
      <w:r>
        <w:br/>
      </w:r>
      <w:r>
        <w:rPr>
          <w:sz w:val="20"/>
        </w:rPr>
        <w:t>47:17  آپ، آپ کا جو wrong way of thinking ہے، وہ وہ ختم ہو جائے گا، بس سب ٹھیک</w:t>
      </w:r>
      <w:r>
        <w:br/>
      </w:r>
      <w:r>
        <w:rPr>
          <w:sz w:val="20"/>
        </w:rPr>
        <w:t>47:25  ho jayega.</w:t>
      </w:r>
      <w:r>
        <w:br/>
      </w:r>
      <w:r>
        <w:rPr>
          <w:sz w:val="20"/>
        </w:rPr>
        <w:t>47:26  aap hamari kitabein padhiye.</w:t>
      </w:r>
    </w:p>
    <w:p>
      <w:pPr>
        <w:pStyle w:val="Heading2"/>
      </w:pPr>
      <w:r>
        <w:t>How to overcome frustration and purify soul</w:t>
      </w:r>
    </w:p>
    <w:p>
      <w:r>
        <w:rPr>
          <w:color w:val="666666"/>
          <w:sz w:val="18"/>
        </w:rPr>
        <w:t>Hadith-e-Jibril, April 21, 2013 · 5m 54s · at 1:02:36 · https://youtu.be/0rF6Ou0pDog?t=3756</w:t>
      </w:r>
    </w:p>
    <w:p>
      <w:r>
        <w:rPr>
          <w:i/>
        </w:rPr>
        <w:t>“How can one come out of frustration and find the truth of life? How can one purify one's soul? I am in a lot of negativity.”</w:t>
      </w:r>
    </w:p>
    <w:p>
      <w:r>
        <w:rPr>
          <w:sz w:val="20"/>
        </w:rPr>
        <w:t>1:02:36  maulana, agla sawal aya hai Ghulam Ali sahib ka. unhon ne apni location nahi likhi hai par un ka sawal yeh hai Maulana sahib Please tell me how can one come out of frustration and find the truth of life?</w:t>
      </w:r>
      <w:r>
        <w:br/>
      </w:r>
      <w:r>
        <w:rPr>
          <w:sz w:val="20"/>
        </w:rPr>
        <w:t>1:02:51  How can one purify one's soul?</w:t>
      </w:r>
      <w:r>
        <w:br/>
      </w:r>
      <w:r>
        <w:rPr>
          <w:sz w:val="20"/>
        </w:rPr>
        <w:t>1:02:55  Please tell me as I am in lot of negativity. dekhiye, frustration ka jo muamla hai</w:t>
      </w:r>
      <w:r>
        <w:br/>
      </w:r>
      <w:r>
        <w:rPr>
          <w:sz w:val="20"/>
        </w:rPr>
        <w:t>1:03:05  is par mein ne bohat socha bhi hai, bohat likha bhi hai, bohat parha bhi hai.</w:t>
      </w:r>
      <w:r>
        <w:br/>
      </w:r>
      <w:r>
        <w:rPr>
          <w:sz w:val="20"/>
        </w:rPr>
        <w:t>1:03:11  meri aakhri jo is muamle mein jo discovery hai woh yeh hai ke dunya mein do qism ke goal hote hain: achievable goal aur unachievable goal.</w:t>
      </w:r>
      <w:r>
        <w:br/>
      </w:r>
      <w:r>
        <w:rPr>
          <w:sz w:val="20"/>
        </w:rPr>
        <w:t>1:03:27  Achievable goal aur unachievable goal.</w:t>
      </w:r>
      <w:r>
        <w:br/>
      </w:r>
      <w:r>
        <w:rPr>
          <w:sz w:val="20"/>
        </w:rPr>
        <w:t>1:03:31  to jab bhi aap unachievable goal ko apna goal banayein ge to aakhir mein frustration aye ga. aur jab achievable goal ko apna goal banayein ge to frustration nahi aye ga.</w:t>
      </w:r>
      <w:r>
        <w:br/>
      </w:r>
      <w:r>
        <w:rPr>
          <w:sz w:val="20"/>
        </w:rPr>
        <w:t>1:03:45  jaise hum is waqt aik building mein hain, is ke upper story mein hain. hum ne neeche jana hai. to aap jante hain ke wahan par stair bani hui hain, seedhiyan bani hui hain.</w:t>
      </w:r>
      <w:r>
        <w:br/>
      </w:r>
      <w:r>
        <w:rPr>
          <w:sz w:val="20"/>
        </w:rPr>
        <w:t>1:03:57  seedhiyon se jayein neeche to kaha hum ne achievable goal ka tareeqa ikhtiyar kiya. is ke baad aap khirkiyon se kooden, khirkiyon se kood kar jayein ke jaldi se pahunch jayein road par.</w:t>
      </w:r>
      <w:r>
        <w:br/>
      </w:r>
      <w:r>
        <w:rPr>
          <w:sz w:val="20"/>
        </w:rPr>
        <w:t>1:04:09  to woh hoga unachievable goal. kyunke aap sarak par nahi pahunchein ge, hospital jana pare ga aap ko.</w:t>
      </w:r>
      <w:r>
        <w:br/>
      </w:r>
      <w:r>
        <w:rPr>
          <w:sz w:val="20"/>
        </w:rPr>
        <w:t>1:04:18  aise hi dekhiye, sari Muslim dunya mein kyun khalfashar hai, kyun larai hai? kyunke woh unachievable goal ko apna goal bana rakha hai.</w:t>
      </w:r>
      <w:r>
        <w:br/>
      </w:r>
      <w:r>
        <w:rPr>
          <w:sz w:val="20"/>
        </w:rPr>
        <w:t>1:04:28  woh kya hai? un ke apne zubzub mein. aik aisa system banana jo perfect system ho, ideal system ho.</w:t>
      </w:r>
      <w:r>
        <w:br/>
      </w:r>
      <w:r>
        <w:rPr>
          <w:sz w:val="20"/>
        </w:rPr>
        <w:t>1:04:39  saari muslim dunya ka problem yahi hai.</w:t>
      </w:r>
      <w:r>
        <w:br/>
      </w:r>
      <w:r>
        <w:rPr>
          <w:sz w:val="20"/>
        </w:rPr>
        <w:t>1:04:45  to perfect system ya ideal system to allah ke creation plan ke mutabiq possible hi nahi hai. is dunya mein har cheez imperfectly rahe gi.</w:t>
      </w:r>
      <w:r>
        <w:br/>
      </w:r>
      <w:r>
        <w:rPr>
          <w:sz w:val="20"/>
        </w:rPr>
        <w:t>1:04:56  har cheez less than ideal rahe gi.</w:t>
      </w:r>
      <w:r>
        <w:br/>
      </w:r>
      <w:r>
        <w:rPr>
          <w:sz w:val="20"/>
        </w:rPr>
        <w:t>1:05:01  to ek aisi dunya jo allah ne banai hai, is tarah se ke yahan har cheez jo mile aap ko wo less than ideal ho.</w:t>
      </w:r>
      <w:r>
        <w:br/>
      </w:r>
      <w:r>
        <w:rPr>
          <w:sz w:val="20"/>
        </w:rPr>
        <w:t>1:05:09  wahan aap chahte hain ke aap ko ideal system mile, ideal government mile.</w:t>
      </w:r>
      <w:r>
        <w:br/>
      </w:r>
      <w:r>
        <w:rPr>
          <w:sz w:val="20"/>
        </w:rPr>
        <w:t>1:05:14  isi liye aap dekhen, muslim dunya mein foran log ruler ke khilaaf hangama karne lagte hain. abhi misr mein ek inqilaab aaya aur phir jo ruler wahan hai, us ke khilaaf hangama ho raha hai.</w:t>
      </w:r>
      <w:r>
        <w:br/>
      </w:r>
      <w:r>
        <w:rPr>
          <w:sz w:val="20"/>
        </w:rPr>
        <w:t>1:05:26  kyun? in ko less than ideal dikhaya jata hai wo. to aap ko dekhen, dunya mein less than ideal par raazi hona hai. bas yahi waahid raaz hai apne aap ko frustration se bachane ka.</w:t>
      </w:r>
      <w:r>
        <w:br/>
      </w:r>
      <w:r>
        <w:rPr>
          <w:sz w:val="20"/>
        </w:rPr>
        <w:t>1:05:45  you have to accept what is less than ideal. you have to accept the imperfect. kyunke doosra choice aap ke liye nahi hai.</w:t>
      </w:r>
      <w:r>
        <w:br/>
      </w:r>
      <w:r>
        <w:rPr>
          <w:sz w:val="20"/>
        </w:rPr>
        <w:t>1:05:56  ab aap apne aap ko aur doosron ko dekhen to har ek ko aap yahi paen ge, apne aap ko bhi aap paen ge ke aap unachievable ko apna goal banai hui hain.</w:t>
      </w:r>
      <w:r>
        <w:br/>
      </w:r>
      <w:r>
        <w:rPr>
          <w:sz w:val="20"/>
        </w:rPr>
        <w:t>1:06:10  misal ke tor par dekhen, marriage hoti hai, aapas mein koi jhagda hota hai, koi ladaai hoti hai, koi suppression hota hai ke yahan bhi unachievable goal ko le kar.</w:t>
      </w:r>
      <w:r>
        <w:br/>
      </w:r>
      <w:r>
        <w:rPr>
          <w:sz w:val="20"/>
        </w:rPr>
        <w:t>1:06:20  yani husband samajhta hai ke mujhe ek ideal wife chahiye. wife chahti hai ke mujhe ideal husband chahiye.</w:t>
      </w:r>
      <w:r>
        <w:br/>
      </w:r>
      <w:r>
        <w:rPr>
          <w:sz w:val="20"/>
        </w:rPr>
        <w:t>1:06:30  lekin allah ta'ala ne is dunya mein koi na ideal mard paida kiya, na ideal aurat paida ki.</w:t>
      </w:r>
      <w:r>
        <w:br/>
      </w:r>
      <w:r>
        <w:rPr>
          <w:sz w:val="20"/>
        </w:rPr>
        <w:t>1:06:38  to agar aap shadi kar ke is tarah yani rahen ke dunya mein sirf less than ideal hi possible tha, wo mujhe mil gaya to bohat happy life reh gayi aap ki.</w:t>
      </w:r>
      <w:r>
        <w:br/>
      </w:r>
      <w:r>
        <w:rPr>
          <w:sz w:val="20"/>
        </w:rPr>
        <w:t>1:06:56  koi bhi chahe, badshah ho, chahe wealthy aadmi ho, koi bhi aadmi. namumkin hai is ko ideal pyar mile, ideal spouse mile.</w:t>
      </w:r>
      <w:r>
        <w:br/>
      </w:r>
      <w:r>
        <w:rPr>
          <w:sz w:val="20"/>
        </w:rPr>
        <w:t>1:07:05  yeh mumkin hi nahi.</w:t>
      </w:r>
      <w:r>
        <w:br/>
      </w:r>
      <w:r>
        <w:rPr>
          <w:sz w:val="20"/>
        </w:rPr>
        <w:t>1:07:08  isi liye har jagah talaaq hai, har jagah jhagde hain. to business ho ya job ho ya family ho ya society ho, sab log aisi baaton ko apna goal banai hui hain jo sarr-e-se achievable hi nahi.</w:t>
      </w:r>
      <w:r>
        <w:br/>
      </w:r>
      <w:r>
        <w:rPr>
          <w:sz w:val="20"/>
        </w:rPr>
        <w:t>1:07:29  to kya hoga phir? frustration aayega. main allah ke fazl se frustration mein nahi jeeta.</w:t>
      </w:r>
      <w:r>
        <w:br/>
      </w:r>
      <w:r>
        <w:rPr>
          <w:sz w:val="20"/>
        </w:rPr>
        <w:t>1:07:36  kyunke maine is haqeeqat ko daryaft kar liya hai ke mujhe ek aisi dunya mein rehna hai jo allah ne banai hai bator-e-dar-ul-qabz.</w:t>
      </w:r>
      <w:r>
        <w:br/>
      </w:r>
      <w:r>
        <w:rPr>
          <w:sz w:val="20"/>
        </w:rPr>
        <w:t>1:07:45  quran mein hai ke laqad khalaqnal insana fi qabzin hum ne paida kiya insaan ko problem mein. problem, challenge.</w:t>
      </w:r>
      <w:r>
        <w:br/>
      </w:r>
      <w:r>
        <w:rPr>
          <w:sz w:val="20"/>
        </w:rPr>
        <w:t>1:07:56  yeh to rahe ga. jab rahe ga to phir is ko accept karo is ko.</w:t>
      </w:r>
      <w:r>
        <w:br/>
      </w:r>
      <w:r>
        <w:rPr>
          <w:sz w:val="20"/>
        </w:rPr>
        <w:t>1:08:01  to ek hi simple formula hai tension free life ka, wo yeh hai you have to accept the reality</w:t>
      </w:r>
      <w:r>
        <w:br/>
      </w:r>
      <w:r>
        <w:rPr>
          <w:sz w:val="20"/>
        </w:rPr>
        <w:t>1:08:14  don't run after your desires apni khwahishon ke peeche dauriye. you have to accept the reality bas aur koi doosra formula nahi hai.</w:t>
      </w:r>
    </w:p>
    <w:p>
      <w:pPr>
        <w:pStyle w:val="Heading2"/>
      </w:pPr>
      <w:r>
        <w:t>How can we all live peacefully</w:t>
      </w:r>
    </w:p>
    <w:p>
      <w:r>
        <w:rPr>
          <w:color w:val="666666"/>
          <w:sz w:val="18"/>
        </w:rPr>
        <w:t>Conversation with Maulana Wahiduddin Khan | October 01, 2017 · 1m 43s · at 28:06 · https://youtu.be/TmOYGd3rp2M?t=1686</w:t>
      </w:r>
    </w:p>
    <w:p>
      <w:r>
        <w:rPr>
          <w:i/>
        </w:rPr>
        <w:t>“How can we all live peacefully?”</w:t>
      </w:r>
    </w:p>
    <w:p>
      <w:r>
        <w:rPr>
          <w:sz w:val="20"/>
        </w:rPr>
        <w:t>28:06  maulana, do logon ne ek hi sawal bheja hai to hum dono parhte hain.</w:t>
      </w:r>
      <w:r>
        <w:br/>
      </w:r>
      <w:r>
        <w:rPr>
          <w:sz w:val="20"/>
        </w:rPr>
        <w:t>28:11  yeh pehla sawal bheja hai wajdan s</w:t>
      </w:r>
      <w:r>
        <w:br/>
      </w:r>
      <w:r>
        <w:rPr>
          <w:sz w:val="20"/>
        </w:rPr>
        <w:t>28:16  leem sahab ne dilli se aur unhon ne likha hai ke "How can we all live peacefully?</w:t>
      </w:r>
      <w:r>
        <w:br/>
      </w:r>
      <w:r>
        <w:rPr>
          <w:sz w:val="20"/>
        </w:rPr>
        <w:t>28:23  That is all the sects live peacefully.</w:t>
      </w:r>
      <w:r>
        <w:br/>
      </w:r>
      <w:r>
        <w:rPr>
          <w:sz w:val="20"/>
        </w:rPr>
        <w:t>28:29  What is the way that you would suggest?" aur muhammad talat aziz sahab ne bhi isi tareeqay ke</w:t>
      </w:r>
      <w:r>
        <w:br/>
      </w:r>
      <w:r>
        <w:rPr>
          <w:sz w:val="20"/>
        </w:rPr>
        <w:t>28:36  sawal poocha hai ke maulana sahab "How can we all be united under one shade?</w:t>
      </w:r>
      <w:r>
        <w:br/>
      </w:r>
      <w:r>
        <w:rPr>
          <w:sz w:val="20"/>
        </w:rPr>
        <w:t>28:42  What tips will you like to give to the Muslims?"</w:t>
      </w:r>
      <w:r>
        <w:br/>
      </w:r>
      <w:r>
        <w:rPr>
          <w:sz w:val="20"/>
        </w:rPr>
        <w:t>28:49  yeh bhi how ka kya sawal hai? peaceful tareeqay ke zariye? how ki baat kar rahe hain? dekhiye,</w:t>
      </w:r>
      <w:r>
        <w:br/>
      </w:r>
      <w:r>
        <w:rPr>
          <w:sz w:val="20"/>
        </w:rPr>
        <w:t>28:54  hamesha tashaddud hota hai.</w:t>
      </w:r>
      <w:r>
        <w:br/>
      </w:r>
      <w:r>
        <w:rPr>
          <w:sz w:val="20"/>
        </w:rPr>
        <w:t>28:59  extremist sochne ki rai alag alag ho, is se nahin aata.</w:t>
      </w:r>
      <w:r>
        <w:br/>
      </w:r>
      <w:r>
        <w:rPr>
          <w:sz w:val="20"/>
        </w:rPr>
        <w:t>29:04  sahaba mein sochne ki rai alag alag thi.</w:t>
      </w:r>
      <w:r>
        <w:br/>
      </w:r>
      <w:r>
        <w:rPr>
          <w:sz w:val="20"/>
        </w:rPr>
        <w:t>29:09  hata ke do peghambar ek waqt mein dunya mein the, tab bhi ikhtilaf rai ho jata tha.</w:t>
      </w:r>
      <w:r>
        <w:br/>
      </w:r>
      <w:r>
        <w:rPr>
          <w:sz w:val="20"/>
        </w:rPr>
        <w:t>29:14  jaise hazrat haroon</w:t>
      </w:r>
      <w:r>
        <w:br/>
      </w:r>
      <w:r>
        <w:rPr>
          <w:sz w:val="20"/>
        </w:rPr>
        <w:t>29:19  aur hazrat moosa.</w:t>
      </w:r>
      <w:r>
        <w:br/>
      </w:r>
      <w:r>
        <w:rPr>
          <w:sz w:val="20"/>
        </w:rPr>
        <w:t>29:22  to rai mein ikhtilaf se koi talluq nahi hai is ka.</w:t>
      </w:r>
      <w:r>
        <w:br/>
      </w:r>
      <w:r>
        <w:rPr>
          <w:sz w:val="20"/>
        </w:rPr>
        <w:t>29:26  is ka talluq hai extremism se.</w:t>
      </w:r>
      <w:r>
        <w:br/>
      </w:r>
      <w:r>
        <w:rPr>
          <w:sz w:val="20"/>
        </w:rPr>
        <w:t>29:29  is ko ghulu kaha gaya hai.</w:t>
      </w:r>
      <w:r>
        <w:br/>
      </w:r>
      <w:r>
        <w:rPr>
          <w:sz w:val="20"/>
        </w:rPr>
        <w:t>29:32  to asal masla yeh sab hai hi nahi ke masle ka ikhtilaf, rai ka ikhtilaf, misaal ka ikhtilaf,</w:t>
      </w:r>
      <w:r>
        <w:br/>
      </w:r>
      <w:r>
        <w:rPr>
          <w:sz w:val="20"/>
        </w:rPr>
        <w:t>29:36  yeh sab hai hi nahi.</w:t>
      </w:r>
      <w:r>
        <w:br/>
      </w:r>
      <w:r>
        <w:rPr>
          <w:sz w:val="20"/>
        </w:rPr>
        <w:t>29:39  masla hai tashaddud.</w:t>
      </w:r>
      <w:r>
        <w:br/>
      </w:r>
      <w:r>
        <w:rPr>
          <w:sz w:val="20"/>
        </w:rPr>
        <w:t>29:43  woh masla hai extremism, ghulu.</w:t>
      </w:r>
      <w:r>
        <w:br/>
      </w:r>
      <w:r>
        <w:rPr>
          <w:sz w:val="20"/>
        </w:rPr>
        <w:t>29:46  aap ghulu mat kijiye.</w:t>
      </w:r>
    </w:p>
    <w:p>
      <w:pPr>
        <w:pStyle w:val="Heading2"/>
      </w:pPr>
      <w:r>
        <w:t>Stress caused by negative thinking</w:t>
      </w:r>
    </w:p>
    <w:p>
      <w:r>
        <w:rPr>
          <w:color w:val="666666"/>
          <w:sz w:val="18"/>
        </w:rPr>
        <w:t>Stress and Spirituality January 1, 2012 · 8m 39s · at 1:21:45 · https://youtu.be/TPhXL9-g6ME?t=4905</w:t>
      </w:r>
    </w:p>
    <w:p>
      <w:r>
        <w:rPr>
          <w:i/>
        </w:rPr>
        <w:t>“How much stress is caused by negative thinking? Please explain.”</w:t>
      </w:r>
    </w:p>
    <w:p>
      <w:r>
        <w:rPr>
          <w:sz w:val="20"/>
        </w:rPr>
        <w:t>1:21:45  gulbargah se maulana fiyazuddin umri ne sawal kiya hai. unhon ne likha hai: "manfi soch se kitna zyada stress hota hai?</w:t>
      </w:r>
      <w:r>
        <w:br/>
      </w:r>
      <w:r>
        <w:rPr>
          <w:sz w:val="20"/>
        </w:rPr>
        <w:t>1:21:55  is ke bare mein bataein."</w:t>
      </w:r>
      <w:r>
        <w:br/>
      </w:r>
      <w:r>
        <w:rPr>
          <w:sz w:val="20"/>
        </w:rPr>
        <w:t>1:22:02  manfi soch hi ke to nateejay ke naam hi stress hai.</w:t>
      </w:r>
      <w:r>
        <w:br/>
      </w:r>
      <w:r>
        <w:rPr>
          <w:sz w:val="20"/>
        </w:rPr>
        <w:t>1:22:09  yani negative thinking jo hai always negative thing leads to stress.</w:t>
      </w:r>
      <w:r>
        <w:br/>
      </w:r>
      <w:r>
        <w:rPr>
          <w:sz w:val="20"/>
        </w:rPr>
        <w:t>1:22:18  negative thinking jahan hogi wahan zaroor stress hoga. zaroor wahan tension hoga.</w:t>
      </w:r>
      <w:r>
        <w:br/>
      </w:r>
      <w:r>
        <w:rPr>
          <w:sz w:val="20"/>
        </w:rPr>
        <w:t>1:22:26  to stress se bahar aane ka sabab formula aa jata hai positive thinking.</w:t>
      </w:r>
      <w:r>
        <w:br/>
      </w:r>
      <w:r>
        <w:rPr>
          <w:sz w:val="20"/>
        </w:rPr>
        <w:t>1:22:33  lekin negative thinking aur positive thinking koi updesh ki baat nahi hai. ke aap kisi ko kahein ke are bhai negative mat bano. is se nahi kuch hota.</w:t>
      </w:r>
      <w:r>
        <w:br/>
      </w:r>
      <w:r>
        <w:rPr>
          <w:sz w:val="20"/>
        </w:rPr>
        <w:t>1:22:43  ek is ke liye ek ideology chahiye. ek ideology.</w:t>
      </w:r>
      <w:r>
        <w:br/>
      </w:r>
      <w:r>
        <w:rPr>
          <w:sz w:val="20"/>
        </w:rPr>
        <w:t>1:22:50  ek insan jis ke insan expression chahta hai cheezon ki. insan ka jo dimagh hai wo is waqt mutmaeen hota hai jab kisi cheez ka wo explain kar le.</w:t>
      </w:r>
      <w:r>
        <w:br/>
      </w:r>
      <w:r>
        <w:rPr>
          <w:sz w:val="20"/>
        </w:rPr>
        <w:t>1:23:01  is ki tawjeeh dhoond le. jab tak tawjeeh na paye tab tak wo mutmaeen nahi hota. to dunya mein hamein dekhiye sad experience hote hain.</w:t>
      </w:r>
      <w:r>
        <w:br/>
      </w:r>
      <w:r>
        <w:rPr>
          <w:sz w:val="20"/>
        </w:rPr>
        <w:t>1:23:13  yani hamari khwahishon ke khilaf waqeat hote rehte hain. takleef deh tajrubaat hote rehte hain. koi hum ko provoke kar deta hai.</w:t>
      </w:r>
      <w:r>
        <w:br/>
      </w:r>
      <w:r>
        <w:rPr>
          <w:sz w:val="20"/>
        </w:rPr>
        <w:t>1:23:22  koi bura kehta hai. koi nuqsan kar deta hai. yeh sab hota hi hota hai. aur yeh quran mein likha hua hai ke zaroor hoga.</w:t>
      </w:r>
      <w:r>
        <w:br/>
      </w:r>
      <w:r>
        <w:rPr>
          <w:sz w:val="20"/>
        </w:rPr>
        <w:t>1:23:31  wla nblwkm bshyy mnn lkhwf wljwh wnnqsp mnn l'amwl wlnfsp sbrt wbsr Sbrn llzhn 'z' Sbtm mspbh qlw 'nn' llh w'nn 'lhy rjwn.</w:t>
      </w:r>
      <w:r>
        <w:br/>
      </w:r>
      <w:r>
        <w:rPr>
          <w:sz w:val="20"/>
        </w:rPr>
        <w:t>1:23:46  yeh jo tukra hai is ka. inna lillahi wa inna ilaihi raji'un. yeh jo hai formula of de-stressing hai.</w:t>
      </w:r>
      <w:r>
        <w:br/>
      </w:r>
      <w:r>
        <w:rPr>
          <w:sz w:val="20"/>
        </w:rPr>
        <w:t>1:23:56  yeh formula of de-stressing hai yeh.</w:t>
      </w:r>
      <w:r>
        <w:br/>
      </w:r>
      <w:r>
        <w:rPr>
          <w:sz w:val="20"/>
        </w:rPr>
        <w:t>1:24:01  to yeh bilkul hona hi hona hai ke dunya mein aap ko sad experiences hon. unwanted situations se aap ko samna pesh aaye.</w:t>
      </w:r>
      <w:r>
        <w:br/>
      </w:r>
      <w:r>
        <w:rPr>
          <w:sz w:val="20"/>
        </w:rPr>
        <w:t>1:24:12  to aap ke paas ideology honi chahiye is ko explain karne ki. is ki tawjeeh karne ki. jaise main apne bare mein batata hoon.</w:t>
      </w:r>
      <w:r>
        <w:br/>
      </w:r>
      <w:r>
        <w:rPr>
          <w:sz w:val="20"/>
        </w:rPr>
        <w:t>1:24:22  mujhe bohat logon ne sataya. aaj bhi sata rahe hain.</w:t>
      </w:r>
      <w:r>
        <w:br/>
      </w:r>
      <w:r>
        <w:rPr>
          <w:sz w:val="20"/>
        </w:rPr>
        <w:t>1:24:28  mujhe har tarah ka jo na mali nuqsan pohanchaya. mujhe badnaam kiya. har tarah se mujhe takleef pohanchai. aur abhi tak pohancha rahe hain.</w:t>
      </w:r>
      <w:r>
        <w:br/>
      </w:r>
      <w:r>
        <w:rPr>
          <w:sz w:val="20"/>
        </w:rPr>
        <w:t>1:24:39  ajeeb baat hai. itna zyada mujhe jhoote propaganda mere khilaf kiya jata hai. shayad tareekh mein kisi ke khilaf itna jhoota propaganda nahi hua hoga jitna mere khilaf hota hai.</w:t>
      </w:r>
      <w:r>
        <w:br/>
      </w:r>
      <w:r>
        <w:rPr>
          <w:sz w:val="20"/>
        </w:rPr>
        <w:t>1:24:53  kyun ke kisi aur zamane mein media nahi tha. ab to media hai.</w:t>
      </w:r>
      <w:r>
        <w:br/>
      </w:r>
      <w:r>
        <w:rPr>
          <w:sz w:val="20"/>
        </w:rPr>
        <w:t>1:24:58  to main kya karta hoon? meri falsafa kya hai? main is ka mubarir talash karta hoon.</w:t>
      </w:r>
      <w:r>
        <w:br/>
      </w:r>
      <w:r>
        <w:rPr>
          <w:sz w:val="20"/>
        </w:rPr>
        <w:t>1:25:09  mubarir. yani is aadmi jo kar raha hai us ko justify karta hoon main kuch soch kar ke. apne dimagh se sochta hoon.</w:t>
      </w:r>
      <w:r>
        <w:br/>
      </w:r>
      <w:r>
        <w:rPr>
          <w:sz w:val="20"/>
        </w:rPr>
        <w:t>1:25:20  is ka mubarir talash karta hoon</w:t>
      </w:r>
      <w:r>
        <w:br/>
      </w:r>
      <w:r>
        <w:rPr>
          <w:sz w:val="20"/>
        </w:rPr>
        <w:t>1:25:22  mein misaal aik deta hoon aap ko. ke aaj kal tamam musalmanon ko shikayat hai media se.</w:t>
      </w:r>
      <w:r>
        <w:br/>
      </w:r>
      <w:r>
        <w:rPr>
          <w:sz w:val="20"/>
        </w:rPr>
        <w:t>1:25:31  kahin bhi koi musalman nahi milega yahan se recovery karta hai aap ko jis ko media se shikayat na ho. abhi kal mein aik article parha tha aik bohat parhe likhe aadmi ke ka tha woh.</w:t>
      </w:r>
      <w:r>
        <w:br/>
      </w:r>
      <w:r>
        <w:rPr>
          <w:sz w:val="20"/>
        </w:rPr>
        <w:t>1:25:41  is mein kya tha? media ki shikayat. ke media musalmanon ki image bigaad raha hai. media islam ke khilaaf propaganda karta hai. media islam ke khilaaf cheezein chhaapta hai.</w:t>
      </w:r>
      <w:r>
        <w:br/>
      </w:r>
      <w:r>
        <w:rPr>
          <w:sz w:val="20"/>
        </w:rPr>
        <w:t>1:25:52  to har musalman shayad without any exception media ke baray mein negative hai. magar mein negative nahi hoon.</w:t>
      </w:r>
      <w:r>
        <w:br/>
      </w:r>
      <w:r>
        <w:rPr>
          <w:sz w:val="20"/>
        </w:rPr>
        <w:t>1:26:00  kyun ke mein is ka mubarir talash kar rakha hai. mubarir. Justification. woh kya? mein sochta hoon ke media jo hai woh aik industry hai.</w:t>
      </w:r>
      <w:r>
        <w:br/>
      </w:r>
      <w:r>
        <w:rPr>
          <w:sz w:val="20"/>
        </w:rPr>
        <w:t>1:26:13  industry. is ka kaam hai news ko sell karna.</w:t>
      </w:r>
      <w:r>
        <w:br/>
      </w:r>
      <w:r>
        <w:rPr>
          <w:sz w:val="20"/>
        </w:rPr>
        <w:t>1:26:19  jis tarah se yeh yeh glass hai. aik aadmi glass banata hai kis liye? is ko market mein sell karna hai. bechna hai market mein. agar market mein koi is ka gaaahak na ho to glass nahi banaye ga woh.</w:t>
      </w:r>
      <w:r>
        <w:br/>
      </w:r>
      <w:r>
        <w:rPr>
          <w:sz w:val="20"/>
        </w:rPr>
        <w:t>1:26:33  to media aik industry hai. is ka kaam hai news ko sell karna. to media ko yeh pata hai ke jo log hain jo masses hain woh sensation ko pasand karte hain.</w:t>
      </w:r>
      <w:r>
        <w:br/>
      </w:r>
      <w:r>
        <w:rPr>
          <w:sz w:val="20"/>
        </w:rPr>
        <w:t>1:26:46  sensational news.</w:t>
      </w:r>
      <w:r>
        <w:br/>
      </w:r>
      <w:r>
        <w:rPr>
          <w:sz w:val="20"/>
        </w:rPr>
        <w:t>1:26:49  bad news. buri khabrein. achhi khabron ko ko par koi akhbar nahi chal chal sakta.</w:t>
      </w:r>
      <w:r>
        <w:br/>
      </w:r>
      <w:r>
        <w:rPr>
          <w:sz w:val="20"/>
        </w:rPr>
        <w:t>1:26:59  buri khabron par akhbar chalte hain. kyun ke log woh woh logon ka taste bigra hua hai. log chahte hain koi koi koi dhamaka khez khabar ho.</w:t>
      </w:r>
      <w:r>
        <w:br/>
      </w:r>
      <w:r>
        <w:rPr>
          <w:sz w:val="20"/>
        </w:rPr>
        <w:t>1:27:13  to media hi karta hai.</w:t>
      </w:r>
      <w:r>
        <w:br/>
      </w:r>
      <w:r>
        <w:rPr>
          <w:sz w:val="20"/>
        </w:rPr>
        <w:t>1:27:16  agar aap aik so achhe achhe kaam kar rahe hain woh media nahi chhaape ga. lekin bomb maar de kahin ja ke woh foran chhaape ga woh. kyun ke isi ko isi isi ki wajah se is ka akhbar bikta hai.</w:t>
      </w:r>
      <w:r>
        <w:br/>
      </w:r>
      <w:r>
        <w:rPr>
          <w:sz w:val="20"/>
        </w:rPr>
        <w:t>1:27:29  isi ki wajah se is ka TV dekha jaata hai.</w:t>
      </w:r>
      <w:r>
        <w:br/>
      </w:r>
      <w:r>
        <w:rPr>
          <w:sz w:val="20"/>
        </w:rPr>
        <w:t>1:27:32  to mein ne is ka mubarir talash kar rakha hai. ke media chunchke aik industry hai is ko apne faayde ke lihaaz se apna business chalana hai.</w:t>
      </w:r>
      <w:r>
        <w:br/>
      </w:r>
      <w:r>
        <w:rPr>
          <w:sz w:val="20"/>
        </w:rPr>
        <w:t>1:27:41  aur is ko pata hai ke is ke jo viewers hain ya is ke readers jo hain woh dhamaka dhamaka khez khabrein chahte hain. sensational khabrein.</w:t>
      </w:r>
      <w:r>
        <w:br/>
      </w:r>
      <w:r>
        <w:rPr>
          <w:sz w:val="20"/>
        </w:rPr>
        <w:t>1:27:49  to woh khabrein dhoondh dhoondh ke laata hai woh.</w:t>
      </w:r>
      <w:r>
        <w:br/>
      </w:r>
      <w:r>
        <w:rPr>
          <w:sz w:val="20"/>
        </w:rPr>
        <w:t>1:27:53  to is tarah mere dil mein media ke khilaaf aik aaye thaak barabar hi shikayat nahi. jabke yahan se le kar amreeka tak chale jaiye aap. aik musalman nahi paayenge aap jis ko media se shikayat na ho.</w:t>
      </w:r>
      <w:r>
        <w:br/>
      </w:r>
      <w:r>
        <w:rPr>
          <w:sz w:val="20"/>
        </w:rPr>
        <w:t>1:28:06  shikayat shikayat shikayat. abhi Jakarta mein yani Jakarta mein isi par aik conference hui musalmanon</w:t>
      </w:r>
      <w:r>
        <w:br/>
      </w:r>
      <w:r>
        <w:rPr>
          <w:sz w:val="20"/>
        </w:rPr>
        <w:t>1:28:16  ki. saari duniya ke musalman ke woh parhe likhe likh parhe likhe log wahan aktha hue Jakarta mein.</w:t>
      </w:r>
      <w:r>
        <w:br/>
      </w:r>
      <w:r>
        <w:rPr>
          <w:sz w:val="20"/>
        </w:rPr>
        <w:t>1:28:25  media ke masle par. woh sab shikayati boli bol rahe hain wahan par. duniya bhar ka dimaagh aktha hua Jakarta mein media ke sawaal par aur sab shikayati boli bolta hai.</w:t>
      </w:r>
      <w:r>
        <w:br/>
      </w:r>
      <w:r>
        <w:rPr>
          <w:sz w:val="20"/>
        </w:rPr>
        <w:t>1:28:38  ke media jo hai islam dushman hai. media muslim dushman hai. media hum hamare khilaaf yeh yeh karta hai. hamare khilaaf woh kar</w:t>
      </w:r>
      <w:r>
        <w:br/>
      </w:r>
      <w:r>
        <w:rPr>
          <w:sz w:val="20"/>
        </w:rPr>
        <w:t>1:28:45  ta hai. mujhe kuch bhi shikayat nahi. kyun ke is ko mubarir talash kar rakha hai mein ne. ke media to aik industry hai. is ko khabrein bechna hai.</w:t>
      </w:r>
      <w:r>
        <w:br/>
      </w:r>
      <w:r>
        <w:rPr>
          <w:sz w:val="20"/>
        </w:rPr>
        <w:t>1:28:54  wohi khabrein laaye ga jis ko viewers aur readers pasand pasand karte hon. to mujhe shikayat kis baat ki? shikayat kis</w:t>
      </w:r>
      <w:r>
        <w:br/>
      </w:r>
      <w:r>
        <w:rPr>
          <w:sz w:val="20"/>
        </w:rPr>
        <w:t>1:29:03  baat ki? to agar aap chahte hain yani apne aap ko manfi soch se bachana aur positive soch par qaim rakhna to aap ko yeh karna pare ga ke jis ke baray mein aap negative ho jaate hain us ke liye mubarir talash kijiye.</w:t>
      </w:r>
      <w:r>
        <w:br/>
      </w:r>
      <w:r>
        <w:rPr>
          <w:sz w:val="20"/>
        </w:rPr>
        <w:t>1:29:19  keh woh aisa kar raha hai to kyun kar raha hai woh? phir aap thanday ho jayenge. phir aap cool ho jayenge. phir aap negativity khatam ho jayegi. sari dunya ke musalman kyun media ke khilaf hain?</w:t>
      </w:r>
      <w:r>
        <w:br/>
      </w:r>
      <w:r>
        <w:rPr>
          <w:sz w:val="20"/>
        </w:rPr>
        <w:t>1:29:31  kyunki unke paas mubarir nahi hai. talash kiya unhone. bas woh jo jo chupa usko dekha unhone. isne kyun aisa kiya? is par koi socha nahi unhone.</w:t>
      </w:r>
      <w:r>
        <w:br/>
      </w:r>
      <w:r>
        <w:rPr>
          <w:sz w:val="20"/>
        </w:rPr>
        <w:t>1:29:43  mujhe ek bhi musalman nahi mila itne dunya bhar mein gaya mein safar karne karke jo media ke bare mein negative na ho. one twice sab negative media ke bare mein.</w:t>
      </w:r>
      <w:r>
        <w:br/>
      </w:r>
      <w:r>
        <w:rPr>
          <w:sz w:val="20"/>
        </w:rPr>
        <w:t>1:29:54  mein Allah ke fazl se zara bhi ek ek percent bhi negative nahi hoon. is liye ke maine iska mubarir talash kar rakha hai. mubarir ka matlab hota hai justification.</w:t>
      </w:r>
      <w:r>
        <w:br/>
      </w:r>
      <w:r>
        <w:rPr>
          <w:sz w:val="20"/>
        </w:rPr>
        <w:t>1:30:05  to yeh raaz hai agar aap chahte hain ke sach much aap positive banein aur sach much negativities khali hon to yeh karna padega.</w:t>
      </w:r>
      <w:r>
        <w:br/>
      </w:r>
      <w:r>
        <w:rPr>
          <w:sz w:val="20"/>
        </w:rPr>
        <w:t>1:30:15  jab aisa karenge aap tabhi aap tension free reh sakenge. mein ne tension free nahi nahi reh sakte aap.</w:t>
      </w:r>
    </w:p>
    <w:p>
      <w:pPr>
        <w:pStyle w:val="Heading2"/>
      </w:pPr>
      <w:r>
        <w:t>Overcoming obsessions and achieving peace</w:t>
      </w:r>
    </w:p>
    <w:p>
      <w:r>
        <w:rPr>
          <w:color w:val="666666"/>
          <w:sz w:val="18"/>
        </w:rPr>
        <w:t>Story of the Prophet Yusuf May 11, 2014 Maulana Wahiduddin Khan · 1m 13s · at 1:02:19 · https://youtu.be/2alsBthUWhw?t=3739</w:t>
      </w:r>
    </w:p>
    <w:p>
      <w:r>
        <w:rPr>
          <w:i/>
        </w:rPr>
        <w:t>“Please advise us how we can come out of our obsessions. I think I am still far away from the obsession-free state.”</w:t>
      </w:r>
    </w:p>
    <w:p>
      <w:r>
        <w:rPr>
          <w:sz w:val="20"/>
        </w:rPr>
        <w:t>1:02:19  maulana agla sawal roorkee se kya hai sajid anwar sahib ne</w:t>
      </w:r>
      <w:r>
        <w:br/>
      </w:r>
      <w:r>
        <w:rPr>
          <w:sz w:val="20"/>
        </w:rPr>
        <w:t>1:02:24  unhon ne likha hai maulana please advise us how we can come out of our obsessions i think i am still far away from the obsession free state dekhen yeh aisa masla hai jis mein koi doosra aadmi kuch nahi kar sakta yeh koi operation theatre ka mamla nahi ke ek ek surgeon aata hai aur operation kar ke</w:t>
      </w:r>
      <w:r>
        <w:br/>
      </w:r>
      <w:r>
        <w:rPr>
          <w:sz w:val="20"/>
        </w:rPr>
        <w:t>1:02:51  theek kar deta hai yeh sara mamla aadmi ko khud karna parta hai yeh self operation hai</w:t>
      </w:r>
      <w:r>
        <w:br/>
      </w:r>
      <w:r>
        <w:rPr>
          <w:sz w:val="20"/>
        </w:rPr>
        <w:t>1:03:00  operation theatre mein to ek surgeon aata hai woh surgeon operation karta hai lekin yeh jo mamlaat hain yeh yeh self operation ke ka mamlaat hain khud hi sochna hai khud hi ek ek cheez ko discover karna hai aur khud hi us ko phir operate karna hai</w:t>
      </w:r>
      <w:r>
        <w:br/>
      </w:r>
      <w:r>
        <w:rPr>
          <w:sz w:val="20"/>
        </w:rPr>
        <w:t>1:03:20  yeh poora process jo hai yeh self operation ka process hai koi doosra is mein koi doosra tareeqa nahi</w:t>
      </w:r>
    </w:p>
    <w:p>
      <w:pPr>
        <w:pStyle w:val="Heading2"/>
      </w:pPr>
      <w:r>
        <w:t>Why is modern man frustrated despite facilities?</w:t>
      </w:r>
    </w:p>
    <w:p>
      <w:r>
        <w:rPr>
          <w:color w:val="666666"/>
          <w:sz w:val="18"/>
        </w:rPr>
        <w:t>Islam The Creator of the Modern Age October 17, 2021 Prof. Farida Khanam · 6m 48s · at 43:54 · https://youtu.be/tMr3Dz35onU?t=2634</w:t>
      </w:r>
    </w:p>
    <w:p>
      <w:r>
        <w:rPr>
          <w:i/>
        </w:rPr>
        <w:t>“Why is today's man living in frustration, even though today there are the most facilities?”</w:t>
      </w:r>
    </w:p>
    <w:p>
      <w:r>
        <w:rPr>
          <w:sz w:val="20"/>
        </w:rPr>
        <w:t>43:54  apa yeh agla sawal hai mister asjad ali lucknow ka aaj ka insan frustration mein kyun jee raha hai halanke aaj sab se zyada aasaniyan hain</w:t>
      </w:r>
      <w:r>
        <w:br/>
      </w:r>
      <w:r>
        <w:rPr>
          <w:sz w:val="20"/>
        </w:rPr>
        <w:t>44:09  frustration asal mein hamesha rahegi is ko humein samajhna hai aur soch samajh kar ek zindagi guzarni hai</w:t>
      </w:r>
      <w:r>
        <w:br/>
      </w:r>
      <w:r>
        <w:rPr>
          <w:sz w:val="20"/>
        </w:rPr>
        <w:t>44:19  kyunki yeh duniya mein hum ko sab kuch milta hi nahi hamari desires bohat zyada hain is desire ke mutabiq kisi badshah ko bhi nahi milta to humein kaise mil jayega</w:t>
      </w:r>
      <w:r>
        <w:br/>
      </w:r>
      <w:r>
        <w:rPr>
          <w:sz w:val="20"/>
        </w:rPr>
        <w:t>44:32  to yeh duniya jo hai ek ideal world nahi hai sab se pehle to yeh samajhna hai to hamari desires jo hain wo sirf is liye rakhi gayi hain taake hum yeh jane ke is duniya mein agar hum khuda ki marzi ke mutabiq zindagi guzarenge to hamari desire ke mutabiq humein akhirat mein jagah milegi jannat mein jagah milegi</w:t>
      </w:r>
      <w:r>
        <w:br/>
      </w:r>
      <w:r>
        <w:rPr>
          <w:sz w:val="20"/>
        </w:rPr>
        <w:t>44:56  to log yeh samajhte hain in ko jab frustration hota hai to samajhte hain ke falan maadi cheez humein mil jayegi to humein sukoon mil jayega</w:t>
      </w:r>
      <w:r>
        <w:br/>
      </w:r>
      <w:r>
        <w:rPr>
          <w:sz w:val="20"/>
        </w:rPr>
        <w:t>45:06  kisi ke paas chhoti gadi hai to us ko badi gadi lega ke is mein sukoon mil jayega lekin jab wo le leta hai to us ko lagta hai ke is mein bhi sukoon nahi mila</w:t>
      </w:r>
      <w:r>
        <w:br/>
      </w:r>
      <w:r>
        <w:rPr>
          <w:sz w:val="20"/>
        </w:rPr>
        <w:t>45:16  kisi ke paas chhota ghar hai to bada ghar lega is mein bhi sukoon nahi log jo bollywood ke log hain wo roz ghar hi badalte rehte hain car badalte rehte hain kyunki is mein un ko sukoon milta nahi</w:t>
      </w:r>
      <w:r>
        <w:br/>
      </w:r>
      <w:r>
        <w:rPr>
          <w:sz w:val="20"/>
        </w:rPr>
        <w:t>45:27  dekhiye maadi cheezon mein koi sukoon hai hi nahi sukoon agar milega to aap ke paas koi mission hoga mission se aap judenge</w:t>
      </w:r>
      <w:r>
        <w:br/>
      </w:r>
      <w:r>
        <w:rPr>
          <w:sz w:val="20"/>
        </w:rPr>
        <w:t>45:37  koi bhi mission jis ko koi nobel mission hota hai chahe wo social work ka mission ho ya dawah mission ho koi nek nek mission ho acha kaam ho logon ki madad karna hai to is mission se aap judenge to is mein aap ko fulfillment mil sakta hai</w:t>
      </w:r>
      <w:r>
        <w:br/>
      </w:r>
      <w:r>
        <w:rPr>
          <w:sz w:val="20"/>
        </w:rPr>
        <w:t>45:54  aur doosre khuda ki yaad mein fulfillment fulfillment milta hai ke wo ek ek quran ki ayat hai hearts are comforted by the remembrance of god alone bible mein bhi yahi hai</w:t>
      </w:r>
      <w:r>
        <w:br/>
      </w:r>
      <w:r>
        <w:rPr>
          <w:sz w:val="20"/>
        </w:rPr>
        <w:t>46:10  to is tarike se humein ek acha kaam karen apni zindagi ko achhi jagah istemal karen aur khuda ki yaad karen</w:t>
      </w:r>
      <w:r>
        <w:br/>
      </w:r>
      <w:r>
        <w:rPr>
          <w:sz w:val="20"/>
        </w:rPr>
        <w:t>46:20  maadi cheezon mein sukoon talash karenge to wo kabhi nahi milega na kabhi kisi ko mila hai apa aap ne qanaat ki baat kahi to rasool allah salallaho alaihi wasallam ki ek hadith bohat sari hadithon mein qanaat ki baat aayi hai</w:t>
      </w:r>
      <w:r>
        <w:br/>
      </w:r>
      <w:r>
        <w:rPr>
          <w:sz w:val="20"/>
        </w:rPr>
        <w:t>46:34  ek hadith mein padhta hoon yahan par rasool allah salallaho alaihi wasallam ne kaha qad aflaha man hudia ila al islam wa ruziq al kifaf wa qana a bihi ibn majah 4138 ke wo kamyab hua jis ko islam ki hidayat mili aur us ko kafi rozi mil gayi aur us ne is par qanaat ki</w:t>
      </w:r>
      <w:r>
        <w:br/>
      </w:r>
      <w:r>
        <w:rPr>
          <w:sz w:val="20"/>
        </w:rPr>
        <w:t>46:56  mujahid ne musa alaihi salam ke hawale se yeh naqal kiya ke unhone sawal kiya tha allah taala se ya rabbi ayy ibadak aghna a rab tumhare bando mein se kaun hai jo sab se zyada maldar hai be niaz hai</w:t>
      </w:r>
      <w:r>
        <w:br/>
      </w:r>
      <w:r>
        <w:rPr>
          <w:sz w:val="20"/>
        </w:rPr>
        <w:t>47:11  to us ne to Allah taala ne kaha in mein jo sab se zyada qana'at karne wala ho.</w:t>
      </w:r>
      <w:r>
        <w:br/>
      </w:r>
      <w:r>
        <w:rPr>
          <w:sz w:val="20"/>
        </w:rPr>
        <w:t>47:19  aur aap ne jo itminan ki baat kahi to us par ibrahim bin adam ka qaul shayad aap</w:t>
      </w:r>
      <w:r>
        <w:br/>
      </w:r>
      <w:r>
        <w:rPr>
          <w:sz w:val="20"/>
        </w:rPr>
        <w:t>47:28  ko yaad hoga ke unhone kaha tha ke "law ya'lamul muluku ma nahnu fihi lajadalu bis suyufi" ke</w:t>
      </w:r>
      <w:r>
        <w:br/>
      </w:r>
      <w:r>
        <w:rPr>
          <w:sz w:val="20"/>
        </w:rPr>
        <w:t>47:37  har agar hum jis itminan mein hain, agar badshah jaan le is itminan ko, to hum se jang</w:t>
      </w:r>
      <w:r>
        <w:br/>
      </w:r>
      <w:r>
        <w:rPr>
          <w:sz w:val="20"/>
        </w:rPr>
        <w:t>47:43  karein talwar ke zariye se taake hamare itminan ko chheen lein.</w:t>
      </w:r>
      <w:r>
        <w:br/>
      </w:r>
      <w:r>
        <w:rPr>
          <w:sz w:val="20"/>
        </w:rPr>
        <w:t>47:49  isi mein ek aur qissa batati hoon yeh to qissa hai yeh to sufi the to yeh real sense mein unhone yeh baat kahi hai</w:t>
      </w:r>
      <w:r>
        <w:br/>
      </w:r>
      <w:r>
        <w:rPr>
          <w:sz w:val="20"/>
        </w:rPr>
        <w:t>47:58  ek bade sufi the ibrahim ibn adam to ek qissa hai yeh ke ek badshah tha wo khush nahi rehta tha to us ne har taraf apne log bhej bhujaye</w:t>
      </w:r>
      <w:r>
        <w:br/>
      </w:r>
      <w:r>
        <w:rPr>
          <w:sz w:val="20"/>
        </w:rPr>
        <w:t>48:09  is se kisi ne kaha ke agar tum ek happy man ki shirt pehan lo to tum khush rahoge to ab us ne har taraf logon ko bheja ke koi happy man ho to us ki shirt le kar aao</w:t>
      </w:r>
      <w:r>
        <w:br/>
      </w:r>
      <w:r>
        <w:rPr>
          <w:sz w:val="20"/>
        </w:rPr>
        <w:t>48:20  aur koi kisi ne bhi nahi kaha ke main happy hoon finally us ne dekha ke ek tille par ek aadmi baitha hua hai wo us ke paas gaye ke tum khush ho</w:t>
      </w:r>
      <w:r>
        <w:br/>
      </w:r>
      <w:r>
        <w:rPr>
          <w:sz w:val="20"/>
        </w:rPr>
        <w:t>48:30  us ne kaha haan main khush hoon to us ne kaha ke tumhari shirt badshah ko chahiye us ne kaha mere paas shirt hi nahi hai to us ke paas koi tha hi nahi to us ke paas koi khatra nahi koi dar nahi</w:t>
      </w:r>
      <w:r>
        <w:br/>
      </w:r>
      <w:r>
        <w:rPr>
          <w:sz w:val="20"/>
        </w:rPr>
        <w:t>48:43  aur wo sukoon mein hoga aadmi ke paas hota hai to us ko aur zyada pareshaniyan hoti hain doctor najma siddiqui ne aaj ki talk par comment kiya hai very important and informative jazak allah</w:t>
      </w:r>
      <w:r>
        <w:br/>
      </w:r>
      <w:r>
        <w:rPr>
          <w:sz w:val="20"/>
        </w:rPr>
        <w:t>49:00  maulana syed iqbal ahmad umri ne likha hai apa aap ne antum aalam bi umr dunyakum wali hadith ko bohat achhi tarah wazeh kiya ke rasool allah salallaho alaihi wasallam ne duniya ki taraqqi mein rukawat paida nahi ki aur yeh waqia is ki dalil hai</w:t>
      </w:r>
      <w:r>
        <w:br/>
      </w:r>
      <w:r>
        <w:rPr>
          <w:sz w:val="20"/>
        </w:rPr>
        <w:t>49:24  miss sofia akhtar bihar se likhti hain</w:t>
      </w:r>
      <w:r>
        <w:br/>
      </w:r>
      <w:r>
        <w:rPr>
          <w:sz w:val="20"/>
        </w:rPr>
        <w:t>49:27  bettrin, apa! very nice explanation of intellectual development by Islam in human history. ji in ka koe question hai aisa kyon hua ke musalman baad mein peechay ho gaye?</w:t>
      </w:r>
      <w:r>
        <w:br/>
      </w:r>
      <w:r>
        <w:rPr>
          <w:sz w:val="20"/>
        </w:rPr>
        <w:t>49:43  yehi sawal Maulana Imran Islahi sahib ne bhi ki hai new delhi se ke musalmanon ki ilmi taraqqi kyon ruk gayi, is ka sabab kya tha? asal mein itnay ziyada ikhtilafat thay, fiqhi ikhtilafat</w:t>
      </w:r>
    </w:p>
    <w:p>
      <w:pPr>
        <w:pStyle w:val="Heading1"/>
      </w:pPr>
      <w:r>
        <w:t>In the lectures (20)</w:t>
      </w:r>
    </w:p>
    <w:p>
      <w:pPr>
        <w:pStyle w:val="Heading2"/>
      </w:pPr>
      <w:r>
        <w:t>Paradise A Home of Peace July 26, 2007</w:t>
      </w:r>
    </w:p>
    <w:p>
      <w:r>
        <w:rPr>
          <w:color w:val="666666"/>
          <w:sz w:val="18"/>
        </w:rPr>
        <w:t>13:39 · https://youtu.be/jJ_Gc-StCAc?t=819</w:t>
      </w:r>
    </w:p>
    <w:p>
      <w:r>
        <w:rPr>
          <w:i/>
        </w:rPr>
        <w:t>“no peace”</w:t>
      </w:r>
    </w:p>
    <w:p>
      <w:pPr>
        <w:pStyle w:val="Heading2"/>
      </w:pPr>
      <w:r>
        <w:t>Why God Pushes You out of Your Comfort Zone November 24, 2018</w:t>
      </w:r>
    </w:p>
    <w:p>
      <w:r>
        <w:rPr>
          <w:color w:val="666666"/>
          <w:sz w:val="18"/>
        </w:rPr>
        <w:t>14:10 · https://youtu.be/smtQmn5KbxY?t=850</w:t>
      </w:r>
    </w:p>
    <w:p>
      <w:r>
        <w:rPr>
          <w:i/>
        </w:rPr>
        <w:t>“سکون نہیں ملتا۔”</w:t>
      </w:r>
    </w:p>
    <w:p>
      <w:pPr>
        <w:pStyle w:val="Heading2"/>
      </w:pPr>
      <w:r>
        <w:t>Journey of Civilization January 14, 2007</w:t>
      </w:r>
    </w:p>
    <w:p>
      <w:r>
        <w:rPr>
          <w:color w:val="666666"/>
          <w:sz w:val="18"/>
        </w:rPr>
        <w:t>57:18 · https://youtu.be/ZCFRrqmfms4?t=3438</w:t>
      </w:r>
    </w:p>
    <w:p>
      <w:r>
        <w:rPr>
          <w:i/>
        </w:rPr>
        <w:t>“کہیں بھی خوشی نہیں ہے۔”</w:t>
      </w:r>
    </w:p>
    <w:p>
      <w:pPr>
        <w:pStyle w:val="Heading2"/>
      </w:pPr>
      <w:r>
        <w:t>Importance of Peace August 17, 2014</w:t>
      </w:r>
    </w:p>
    <w:p>
      <w:r>
        <w:rPr>
          <w:color w:val="666666"/>
          <w:sz w:val="18"/>
        </w:rPr>
        <w:t>19:17 · https://youtu.be/ifxSwh2Jckw?t=1157</w:t>
      </w:r>
    </w:p>
    <w:p>
      <w:r>
        <w:rPr>
          <w:i/>
        </w:rPr>
        <w:t>“یعنی peace of mind بھی نہیں ملا ان کو۔”</w:t>
      </w:r>
    </w:p>
    <w:p>
      <w:pPr>
        <w:pStyle w:val="Heading2"/>
      </w:pPr>
      <w:r>
        <w:t>An Introduction to Islamic Fiqh July 27, 2007 Maulana Wahiduddin Khan</w:t>
      </w:r>
    </w:p>
    <w:p>
      <w:r>
        <w:rPr>
          <w:color w:val="666666"/>
          <w:sz w:val="18"/>
        </w:rPr>
        <w:t>35:16 · https://youtu.be/6aEZ4hFo1KY?t=2116</w:t>
      </w:r>
    </w:p>
    <w:p>
      <w:r>
        <w:rPr>
          <w:i/>
        </w:rPr>
        <w:t>“fell in fear.”</w:t>
      </w:r>
    </w:p>
    <w:p>
      <w:pPr>
        <w:pStyle w:val="Heading2"/>
      </w:pPr>
      <w:r>
        <w:t>In Conversation With Maulana Wahiduddin Khan (English) May 15, 2008</w:t>
      </w:r>
    </w:p>
    <w:p>
      <w:r>
        <w:rPr>
          <w:color w:val="666666"/>
          <w:sz w:val="18"/>
        </w:rPr>
        <w:t>19:41 · https://youtu.be/Yq3-vUwEu-w?t=1181</w:t>
      </w:r>
    </w:p>
    <w:p>
      <w:r>
        <w:rPr>
          <w:i/>
        </w:rPr>
        <w:t>“There is no trust”</w:t>
      </w:r>
    </w:p>
    <w:p>
      <w:pPr>
        <w:pStyle w:val="Heading2"/>
      </w:pPr>
      <w:r>
        <w:t>Muslim Militancy July 8, 2007</w:t>
      </w:r>
    </w:p>
    <w:p>
      <w:r>
        <w:rPr>
          <w:color w:val="666666"/>
          <w:sz w:val="18"/>
        </w:rPr>
        <w:t>1:45:04 · https://youtu.be/mfIIEFQDOtg?t=6304</w:t>
      </w:r>
    </w:p>
    <w:p>
      <w:r>
        <w:rPr>
          <w:i/>
        </w:rPr>
        <w:t>“میرے intellectual process کو stop کر دیتی ہے۔”</w:t>
      </w:r>
    </w:p>
    <w:p>
      <w:pPr>
        <w:pStyle w:val="Heading2"/>
      </w:pPr>
      <w:r>
        <w:t>Replanning in the Changed Age January 13, 2019</w:t>
      </w:r>
    </w:p>
    <w:p>
      <w:r>
        <w:rPr>
          <w:color w:val="666666"/>
          <w:sz w:val="18"/>
        </w:rPr>
        <w:t>49:56 · https://youtu.be/pDniYg5aJlg?t=2996</w:t>
      </w:r>
    </w:p>
    <w:p>
      <w:r>
        <w:rPr>
          <w:i/>
        </w:rPr>
        <w:t>“بس یہ نہیں کر پاتے۔ غصے میں”</w:t>
      </w:r>
    </w:p>
    <w:p>
      <w:pPr>
        <w:pStyle w:val="Heading2"/>
      </w:pPr>
      <w:r>
        <w:t>The Belief System of Islam August 01, 2007</w:t>
      </w:r>
    </w:p>
    <w:p>
      <w:r>
        <w:rPr>
          <w:color w:val="666666"/>
          <w:sz w:val="18"/>
        </w:rPr>
        <w:t>39:08 · https://youtu.be/5pdnwRaPfmY?t=2348</w:t>
      </w:r>
    </w:p>
    <w:p>
      <w:r>
        <w:rPr>
          <w:i/>
        </w:rPr>
        <w:t>“in a pessimistic mood”</w:t>
      </w:r>
    </w:p>
    <w:p>
      <w:pPr>
        <w:pStyle w:val="Heading2"/>
      </w:pPr>
      <w:r>
        <w:t>The Concept of Justice in Islam May 03, 2007</w:t>
      </w:r>
    </w:p>
    <w:p>
      <w:r>
        <w:rPr>
          <w:color w:val="666666"/>
          <w:sz w:val="18"/>
        </w:rPr>
        <w:t>35:55 · https://youtu.be/DY5SY8H554c?t=2155</w:t>
      </w:r>
    </w:p>
    <w:p>
      <w:r>
        <w:rPr>
          <w:i/>
        </w:rPr>
        <w:t>“"I fear God.”</w:t>
      </w:r>
    </w:p>
    <w:p>
      <w:pPr>
        <w:pStyle w:val="Heading2"/>
      </w:pPr>
      <w:r>
        <w:t>Understanding Islam (In Conversation with Maulana)</w:t>
      </w:r>
    </w:p>
    <w:p>
      <w:r>
        <w:rPr>
          <w:color w:val="666666"/>
          <w:sz w:val="18"/>
        </w:rPr>
        <w:t>19:35 · https://youtu.be/tLTRyW1qhRw?t=1175</w:t>
      </w:r>
    </w:p>
    <w:p>
      <w:r>
        <w:rPr>
          <w:i/>
        </w:rPr>
        <w:t>“I have”</w:t>
      </w:r>
    </w:p>
    <w:p>
      <w:pPr>
        <w:pStyle w:val="Heading2"/>
      </w:pPr>
      <w:r>
        <w:t>Stress and Spirituality January 1, 2012</w:t>
      </w:r>
    </w:p>
    <w:p>
      <w:r>
        <w:rPr>
          <w:color w:val="666666"/>
          <w:sz w:val="18"/>
        </w:rPr>
        <w:t>18:20 · https://youtu.be/TPhXL9-g6ME?t=1100</w:t>
      </w:r>
    </w:p>
    <w:p>
      <w:r>
        <w:rPr>
          <w:i/>
        </w:rPr>
        <w:t>“کوئی خوشی نہیں۔”</w:t>
      </w:r>
    </w:p>
    <w:p>
      <w:pPr>
        <w:pStyle w:val="Heading2"/>
      </w:pPr>
      <w:r>
        <w:t>Discussions on the impact of Maulana Wahiduddin Khan's Thought July 1, 2020</w:t>
      </w:r>
    </w:p>
    <w:p>
      <w:r>
        <w:rPr>
          <w:color w:val="666666"/>
          <w:sz w:val="18"/>
        </w:rPr>
        <w:t>21:40 · https://youtu.be/Xzuu-nbDm4g?t=1300</w:t>
      </w:r>
    </w:p>
    <w:p>
      <w:r>
        <w:rPr>
          <w:i/>
        </w:rPr>
        <w:t>“Why is this happening to me?”</w:t>
      </w:r>
    </w:p>
    <w:p>
      <w:pPr>
        <w:pStyle w:val="Heading2"/>
      </w:pPr>
      <w:r>
        <w:t>Art of War and Islam</w:t>
      </w:r>
    </w:p>
    <w:p>
      <w:r>
        <w:rPr>
          <w:color w:val="666666"/>
          <w:sz w:val="18"/>
        </w:rPr>
        <w:t>25:38 · https://youtu.be/LvYP_pf17S0?t=1538</w:t>
      </w:r>
    </w:p>
    <w:p>
      <w:r>
        <w:rPr>
          <w:i/>
        </w:rPr>
        <w:t>“No place can give you peace. No place can give you peace.”</w:t>
      </w:r>
    </w:p>
    <w:p>
      <w:pPr>
        <w:pStyle w:val="Heading2"/>
      </w:pPr>
      <w:r>
        <w:t>The Concept of Justice in Islam May 03, 2007</w:t>
      </w:r>
    </w:p>
    <w:p>
      <w:r>
        <w:rPr>
          <w:color w:val="666666"/>
          <w:sz w:val="18"/>
        </w:rPr>
        <w:t>44:12 · https://youtu.be/DY5SY8H554c?t=2652</w:t>
      </w:r>
    </w:p>
    <w:p>
      <w:r>
        <w:rPr>
          <w:i/>
        </w:rPr>
        <w:t>“He was in a bad mood.”</w:t>
      </w:r>
    </w:p>
    <w:p>
      <w:pPr>
        <w:pStyle w:val="Heading2"/>
      </w:pPr>
      <w:r>
        <w:t>From The Spiritual Tree May 30, 2007</w:t>
      </w:r>
    </w:p>
    <w:p>
      <w:r>
        <w:rPr>
          <w:color w:val="666666"/>
          <w:sz w:val="18"/>
        </w:rPr>
        <w:t>40:38 · https://youtu.be/vGj_dsCMv-M?t=2438</w:t>
      </w:r>
    </w:p>
    <w:p>
      <w:r>
        <w:rPr>
          <w:i/>
        </w:rPr>
        <w:t>“The spirit is absent.”</w:t>
      </w:r>
    </w:p>
    <w:p>
      <w:pPr>
        <w:pStyle w:val="Heading2"/>
      </w:pPr>
      <w:r>
        <w:t>Dars e Quran December 5, 2006 Maulana Wahiduddin Khan</w:t>
      </w:r>
    </w:p>
    <w:p>
      <w:r>
        <w:rPr>
          <w:color w:val="666666"/>
          <w:sz w:val="18"/>
        </w:rPr>
        <w:t>1:09 · https://youtu.be/09Bs9GKXrL0?t=69</w:t>
      </w:r>
    </w:p>
    <w:p>
      <w:r>
        <w:rPr>
          <w:i/>
        </w:rPr>
        <w:t>“محفوظ نہ رہ سکیں۔”</w:t>
      </w:r>
    </w:p>
    <w:p>
      <w:pPr>
        <w:pStyle w:val="Heading2"/>
      </w:pPr>
      <w:r>
        <w:t>In Conversation with Maulana Wahiduddin Khan English</w:t>
      </w:r>
    </w:p>
    <w:p>
      <w:r>
        <w:rPr>
          <w:color w:val="666666"/>
          <w:sz w:val="18"/>
        </w:rPr>
        <w:t>26:49 · https://youtu.be/QZrkP8Z3Fv8?t=1609</w:t>
      </w:r>
    </w:p>
    <w:p>
      <w:r>
        <w:rPr>
          <w:i/>
        </w:rPr>
        <w:t>“Man's mind is”</w:t>
      </w:r>
    </w:p>
    <w:p>
      <w:pPr>
        <w:pStyle w:val="Heading2"/>
      </w:pPr>
      <w:r>
        <w:t>God and Man I February 19, 2012 Maulana Wahiduddin Khan</w:t>
      </w:r>
    </w:p>
    <w:p>
      <w:r>
        <w:rPr>
          <w:color w:val="666666"/>
          <w:sz w:val="18"/>
        </w:rPr>
        <w:t>38:08 · https://youtu.be/8TP3nlGRZek?t=2288</w:t>
      </w:r>
    </w:p>
    <w:p>
      <w:r>
        <w:rPr>
          <w:i/>
        </w:rPr>
        <w:t>“میں تو ہیلپ لیس ہوں۔”</w:t>
      </w:r>
    </w:p>
    <w:p>
      <w:pPr>
        <w:pStyle w:val="Heading2"/>
      </w:pPr>
      <w:r>
        <w:t>The Concept of Justice in Islam May 03, 2007</w:t>
      </w:r>
    </w:p>
    <w:p>
      <w:r>
        <w:rPr>
          <w:color w:val="666666"/>
          <w:sz w:val="18"/>
        </w:rPr>
        <w:t>54:37 · https://youtu.be/DY5SY8H554c?t=3277</w:t>
      </w:r>
    </w:p>
    <w:p>
      <w:r>
        <w:rPr>
          <w:i/>
        </w:rPr>
        <w:t>“not in a normal condition”</w:t>
      </w:r>
    </w:p>
    <w:p>
      <w:pPr>
        <w:pStyle w:val="Heading1"/>
      </w:pPr>
      <w:r>
        <w:t>Clips (33)</w:t>
      </w:r>
    </w:p>
    <w:p>
      <w:pPr>
        <w:pStyle w:val="Heading2"/>
      </w:pPr>
      <w:r>
        <w:t>Comfort zone deprives of experience and peace</w:t>
      </w:r>
    </w:p>
    <w:p>
      <w:r>
        <w:rPr>
          <w:color w:val="666666"/>
          <w:sz w:val="18"/>
        </w:rPr>
        <w:t>Why God Pushes You out of Your Comfort Zone November 24, 2018 · 2m 37s · at 11:36 · https://youtu.be/smtQmn5KbxY?t=696</w:t>
      </w:r>
    </w:p>
    <w:p>
      <w:r>
        <w:rPr>
          <w:i/>
        </w:rPr>
        <w:t>“Aadmi kya karta hai ke woh comfort zone mein rehna chahta hai”</w:t>
      </w:r>
    </w:p>
    <w:p>
      <w:r>
        <w:rPr>
          <w:sz w:val="20"/>
        </w:rPr>
        <w:t>11:36  yeh matlab howa hai is ka. to is ka mani kiya hai? aadmi aksar kiya karta hai ke woh comfort zone mein rehna chahta hai.</w:t>
      </w:r>
      <w:r>
        <w:br/>
      </w:r>
      <w:r>
        <w:rPr>
          <w:sz w:val="20"/>
        </w:rPr>
        <w:t>11:51  aam tor par comfort zone mein rehna chahta hai to jata hai comfort zone, koi talash karta hai.</w:t>
      </w:r>
      <w:r>
        <w:br/>
      </w:r>
      <w:r>
        <w:rPr>
          <w:sz w:val="20"/>
        </w:rPr>
        <w:t>12:03  to Khuda insaan ke is mindset ko todta hai. insaan daudta hai hamesha comfort zone ki taraf.</w:t>
      </w:r>
      <w:r>
        <w:br/>
      </w:r>
      <w:r>
        <w:rPr>
          <w:sz w:val="20"/>
        </w:rPr>
        <w:t>12:14  to in Khuda is ko todta hai, is ko dhakelta hai ke jao,</w:t>
      </w:r>
      <w:r>
        <w:br/>
      </w:r>
      <w:r>
        <w:rPr>
          <w:sz w:val="20"/>
        </w:rPr>
        <w:t>12:24  challenge, challenge ka muqabla samna karo,</w:t>
      </w:r>
      <w:r>
        <w:br/>
      </w:r>
      <w:r>
        <w:rPr>
          <w:sz w:val="20"/>
        </w:rPr>
        <w:t>12:30  challenge ka samna karo. yeh sab kyun hai? kyunke dekhiye, comfort zone mein aap chale jayen to sab se bari cheez jo hai, is se aap mehroom ho jate hain, woh kiya hai?</w:t>
      </w:r>
      <w:r>
        <w:br/>
      </w:r>
      <w:r>
        <w:rPr>
          <w:sz w:val="20"/>
        </w:rPr>
        <w:t>12:44  experience.</w:t>
      </w:r>
      <w:r>
        <w:br/>
      </w:r>
      <w:r>
        <w:rPr>
          <w:sz w:val="20"/>
        </w:rPr>
        <w:t>12:49  bas baithe hue hain, yaani AC mein baithe hue hain aur aaram mein baithe hue hain, aaram gadhe par baithe hue hain ya aap ko sab kuch free mein mil raha ho to baithe hue hain.</w:t>
      </w:r>
      <w:r>
        <w:br/>
      </w:r>
      <w:r>
        <w:rPr>
          <w:sz w:val="20"/>
        </w:rPr>
        <w:t>13:06  to comfort zone aadmi ko mehroom kar deta hai experience se, tajrube se. aur tajruba hi to sab kuch hai.</w:t>
      </w:r>
      <w:r>
        <w:br/>
      </w:r>
      <w:r>
        <w:rPr>
          <w:sz w:val="20"/>
        </w:rPr>
        <w:t>13:19  sari bari bari baaten experience se milti hain, tajrube se milti hain.</w:t>
      </w:r>
      <w:r>
        <w:br/>
      </w:r>
      <w:r>
        <w:rPr>
          <w:sz w:val="20"/>
        </w:rPr>
        <w:t>13:26  isi liye jo bas scarer hain, jo scientist hain, woh apne kuch dalte hain is mein. heal, yaani halaat mein, challenge mein,</w:t>
      </w:r>
      <w:r>
        <w:br/>
      </w:r>
      <w:r>
        <w:rPr>
          <w:sz w:val="20"/>
        </w:rPr>
        <w:t>13:43  difficulties mein, tab un ko bari baaten daryaft hoti hain.</w:t>
      </w:r>
      <w:r>
        <w:br/>
      </w:r>
      <w:r>
        <w:rPr>
          <w:sz w:val="20"/>
        </w:rPr>
        <w:t>13:51  to is ka to is ke mani hain ke aap chahte hain apne aap ko. acha, isi liye dekhiye, comfort, so called comfort zone, so called comfort zone mein aap apne ko le to jate hain lekin peace nahi milta aap ko,</w:t>
      </w:r>
      <w:r>
        <w:br/>
      </w:r>
      <w:r>
        <w:rPr>
          <w:sz w:val="20"/>
        </w:rPr>
        <w:t>14:10  sukoon nahi milta.</w:t>
      </w:r>
    </w:p>
    <w:p>
      <w:pPr>
        <w:pStyle w:val="Heading2"/>
      </w:pPr>
      <w:r>
        <w:t>Bill Gates and the failure of wealth as ultimate good</w:t>
      </w:r>
    </w:p>
    <w:p>
      <w:r>
        <w:rPr>
          <w:color w:val="666666"/>
          <w:sz w:val="18"/>
        </w:rPr>
        <w:t>Importance of Peace August 17, 2014 · 2m 02s · at 18:29 · https://youtu.be/ifxSwh2Jckw?t=1109</w:t>
      </w:r>
    </w:p>
    <w:p>
      <w:r>
        <w:rPr>
          <w:i/>
        </w:rPr>
        <w:t>“Kuch logon ne samjha ke sabse badi cheez wealth hai”</w:t>
      </w:r>
    </w:p>
    <w:p>
      <w:r>
        <w:rPr>
          <w:sz w:val="20"/>
        </w:rPr>
        <w:t>18:29  is ke baad insaan bohat se log thay jinhon ne yeh samjha ke sab se bari cheez wealth hai, dolat</w:t>
      </w:r>
      <w:r>
        <w:br/>
      </w:r>
      <w:r>
        <w:rPr>
          <w:sz w:val="20"/>
        </w:rPr>
        <w:t>18:34  . khoob kamao, dolat kamao, khoob dolat kamao. lekin tajurba batata hai ke woh bhi greatest good nahi hai.</w:t>
      </w:r>
      <w:r>
        <w:br/>
      </w:r>
      <w:r>
        <w:rPr>
          <w:sz w:val="20"/>
        </w:rPr>
        <w:t>18:45  is ki aik misaal hai bill gates ki.</w:t>
      </w:r>
      <w:r>
        <w:br/>
      </w:r>
      <w:r>
        <w:rPr>
          <w:sz w:val="20"/>
        </w:rPr>
        <w:t>18:52  america ka bill gates jo abhi zinda hai, is ne yeh kaha ke bohat dolat kamaye. aur chunancha unhon ne</w:t>
      </w:r>
      <w:r>
        <w:br/>
      </w:r>
      <w:r>
        <w:rPr>
          <w:sz w:val="20"/>
        </w:rPr>
        <w:t>19:05  koshish karte karte waqai dunya ke richest aadmi ban gaye woh. bill gates dunya ke richest aadmi ban gaye. aakhir mein unhein kuch kuch nahi mila.</w:t>
      </w:r>
      <w:r>
        <w:br/>
      </w:r>
      <w:r>
        <w:rPr>
          <w:sz w:val="20"/>
        </w:rPr>
        <w:t>19:17  yaani peace of mind bhi nahi mila in ko.</w:t>
      </w:r>
      <w:r>
        <w:br/>
      </w:r>
      <w:r>
        <w:rPr>
          <w:sz w:val="20"/>
        </w:rPr>
        <w:t>19:22  to unhon ne haal mein bhi aik lecture mein kaha tha ke paise se, paisa kitne dher aap kar lein, is se kuch milta nahi aap ko.</w:t>
      </w:r>
      <w:r>
        <w:br/>
      </w:r>
      <w:r>
        <w:rPr>
          <w:sz w:val="20"/>
        </w:rPr>
        <w:t>19:35  to apne lecture mein is ne kaha tha ke is ka lecture internet par mojood hai, aap parh sakte hain is ko.</w:t>
      </w:r>
      <w:r>
        <w:br/>
      </w:r>
      <w:r>
        <w:rPr>
          <w:sz w:val="20"/>
        </w:rPr>
        <w:t>19:41  ke once you get beyond a million dollar once you get beyond a million dollar it is the same hamburger yaani chahe aap ke paas billion billion dollar ho jaye, aap khayenge to wahi sandwich.</w:t>
      </w:r>
      <w:r>
        <w:br/>
      </w:r>
      <w:r>
        <w:rPr>
          <w:sz w:val="20"/>
        </w:rPr>
        <w:t>20:04  aur kya khayenge? himalaya pahaar ko to nahi kha jayenge aap? sone aur chandi ko to nahi kha jayenge aap?</w:t>
      </w:r>
      <w:r>
        <w:br/>
      </w:r>
      <w:r>
        <w:rPr>
          <w:sz w:val="20"/>
        </w:rPr>
        <w:t>20:11  billion dollars ko to nahi kha jayenge aap? to nateejah kya hua ke is ne apni dolat ka bohat bara charity bhi de diya.</w:t>
      </w:r>
      <w:r>
        <w:br/>
      </w:r>
      <w:r>
        <w:rPr>
          <w:sz w:val="20"/>
        </w:rPr>
        <w:t>20:23  aise hi dekhiye,</w:t>
      </w:r>
    </w:p>
    <w:p>
      <w:pPr>
        <w:pStyle w:val="Heading2"/>
      </w:pPr>
      <w:r>
        <w:t>Prophet approves spontaneous prayer</w:t>
      </w:r>
    </w:p>
    <w:p>
      <w:r>
        <w:rPr>
          <w:color w:val="666666"/>
          <w:sz w:val="18"/>
        </w:rPr>
        <w:t>An Introduction to Islamic Fiqh July 27, 2007 Maulana Wahiduddin Khan · 4m 17s · at 33:13 · https://youtu.be/6aEZ4hFo1KY?t=1993</w:t>
      </w:r>
    </w:p>
    <w:p>
      <w:r>
        <w:rPr>
          <w:i/>
        </w:rPr>
        <w:t>“Once the Prophet was leading a congregational prayer in Madinah”</w:t>
      </w:r>
    </w:p>
    <w:p>
      <w:r>
        <w:rPr>
          <w:sz w:val="20"/>
        </w:rPr>
        <w:t>33:13  For example, there is a Hadith that once the Prophet of Islam was leading a congregational prayer in Madinah.</w:t>
      </w:r>
      <w:r>
        <w:br/>
      </w:r>
      <w:r>
        <w:rPr>
          <w:sz w:val="20"/>
        </w:rPr>
        <w:t>33:27  Once the Prophet of Islam was leading a congregational prayer in the Mosque of Madinah.</w:t>
      </w:r>
      <w:r>
        <w:br/>
      </w:r>
      <w:r>
        <w:rPr>
          <w:sz w:val="20"/>
        </w:rPr>
        <w:t>33:38  So you know the prescribed way is that when we</w:t>
      </w:r>
      <w:r>
        <w:br/>
      </w:r>
      <w:r>
        <w:rPr>
          <w:sz w:val="20"/>
        </w:rPr>
        <w:t>33:48  stand from the Ruku, we say, "Rabbana alayk alhamd."</w:t>
      </w:r>
      <w:r>
        <w:br/>
      </w:r>
      <w:r>
        <w:rPr>
          <w:sz w:val="20"/>
        </w:rPr>
        <w:t>34:04  So one companion who was in the who was offering the Namaz, so other companions said, "Rabbana alayk alhamd" by heart.</w:t>
      </w:r>
      <w:r>
        <w:br/>
      </w:r>
      <w:r>
        <w:rPr>
          <w:sz w:val="20"/>
        </w:rPr>
        <w:t>34:22  One companion said loudly, "Rabbana alayk alhamd. Hamdan kasiraan tayyaban wawarakan fi."</w:t>
      </w:r>
      <w:r>
        <w:br/>
      </w:r>
      <w:r>
        <w:rPr>
          <w:sz w:val="20"/>
        </w:rPr>
        <w:t>34:32  The Prophet was there, and all other companions said by heart, "Rabbana alayk alhamd." One companion said loudly, "Rabbana alayk alhamd.</w:t>
      </w:r>
      <w:r>
        <w:br/>
      </w:r>
      <w:r>
        <w:rPr>
          <w:sz w:val="20"/>
        </w:rPr>
        <w:t>34:43  Hamdan kasiraan tayyaban wawarakan fi." So there was a suspense.</w:t>
      </w:r>
      <w:r>
        <w:br/>
      </w:r>
      <w:r>
        <w:rPr>
          <w:sz w:val="20"/>
        </w:rPr>
        <w:t>34:51  There was a suspense. So after complete completion of the complete when he completed the Salat, the Prophet asked,</w:t>
      </w:r>
      <w:r>
        <w:br/>
      </w:r>
      <w:r>
        <w:rPr>
          <w:sz w:val="20"/>
        </w:rPr>
        <w:t>35:06  "Who</w:t>
      </w:r>
      <w:r>
        <w:br/>
      </w:r>
      <w:r>
        <w:rPr>
          <w:sz w:val="20"/>
        </w:rPr>
        <w:t>35:07  said like this?"</w:t>
      </w:r>
      <w:r>
        <w:br/>
      </w:r>
      <w:r>
        <w:rPr>
          <w:sz w:val="20"/>
        </w:rPr>
        <w:t>35:11  So that companion</w:t>
      </w:r>
      <w:r>
        <w:br/>
      </w:r>
      <w:r>
        <w:rPr>
          <w:sz w:val="20"/>
        </w:rPr>
        <w:t>35:16  fell in fear.</w:t>
      </w:r>
      <w:r>
        <w:br/>
      </w:r>
      <w:r>
        <w:rPr>
          <w:sz w:val="20"/>
        </w:rPr>
        <w:t>35:21  He</w:t>
      </w:r>
      <w:r>
        <w:br/>
      </w:r>
      <w:r>
        <w:rPr>
          <w:sz w:val="20"/>
        </w:rPr>
        <w:t>35:25  was of the opinion that I completed wrong perhaps. But the Prophet said, "No, it was not wrong.</w:t>
      </w:r>
      <w:r>
        <w:br/>
      </w:r>
      <w:r>
        <w:rPr>
          <w:sz w:val="20"/>
        </w:rPr>
        <w:t>35:34  You wereright, and God accepted your words." So by this this event shows us the true picture of the Islamic Ibadat,</w:t>
      </w:r>
      <w:r>
        <w:br/>
      </w:r>
      <w:r>
        <w:rPr>
          <w:sz w:val="20"/>
        </w:rPr>
        <w:t>35:52  that Ibadat is not simply to complete some rituals. Ibadat is not simply to</w:t>
      </w:r>
      <w:r>
        <w:br/>
      </w:r>
      <w:r>
        <w:rPr>
          <w:sz w:val="20"/>
        </w:rPr>
        <w:t>36:05  perform some rituals. No. Ibadat is not a form, it is not a set of rituals, but it is a spirited practice.</w:t>
      </w:r>
      <w:r>
        <w:br/>
      </w:r>
      <w:r>
        <w:rPr>
          <w:sz w:val="20"/>
        </w:rPr>
        <w:t>36:20  So when you are full of spirit, you cannot</w:t>
      </w:r>
      <w:r>
        <w:br/>
      </w:r>
      <w:r>
        <w:rPr>
          <w:sz w:val="20"/>
        </w:rPr>
        <w:t>36:29  take a routine. It is impossible. When there is no only spiritless actions can be performed in routine.</w:t>
      </w:r>
      <w:r>
        <w:br/>
      </w:r>
      <w:r>
        <w:rPr>
          <w:sz w:val="20"/>
        </w:rPr>
        <w:t>36:46  So Namaz is not a routine. Salat is not a spiritless routine. A routine without spirit, it is not Namaz.</w:t>
      </w:r>
      <w:r>
        <w:br/>
      </w:r>
      <w:r>
        <w:rPr>
          <w:sz w:val="20"/>
        </w:rPr>
        <w:t>36:55  Namaz is a spiritful action. And when your heart is fully with spirit, you sometimes do against the routine.</w:t>
      </w:r>
      <w:r>
        <w:br/>
      </w:r>
      <w:r>
        <w:rPr>
          <w:sz w:val="20"/>
        </w:rPr>
        <w:t>37:09  Sometimes you will go against the routine. So this was the spirit of that Namaz, that companion. It was the spirit of that companion which went after the routine,</w:t>
      </w:r>
    </w:p>
    <w:p>
      <w:pPr>
        <w:pStyle w:val="Heading2"/>
      </w:pPr>
      <w:r>
        <w:t>what makes a guru trustworthy and unconditional</w:t>
      </w:r>
    </w:p>
    <w:p>
      <w:r>
        <w:rPr>
          <w:color w:val="666666"/>
          <w:sz w:val="18"/>
        </w:rPr>
        <w:t>In Conversation With Maulana Wahiduddin Khan (English) May 15, 2008 · 2m 23s · at 17:45 · https://youtu.be/Yq3-vUwEu-w?t=1065</w:t>
      </w:r>
    </w:p>
    <w:p>
      <w:r>
        <w:rPr>
          <w:i/>
        </w:rPr>
        <w:t>“What do you mean by an unconditional guru?”</w:t>
      </w:r>
    </w:p>
    <w:p>
      <w:r>
        <w:rPr>
          <w:sz w:val="20"/>
        </w:rPr>
        <w:t>17:45  And for his spiritual development, he needs a spiritual guru. But it is said that one should have a guru as an unconditional guru.</w:t>
      </w:r>
      <w:r>
        <w:br/>
      </w:r>
      <w:r>
        <w:rPr>
          <w:sz w:val="20"/>
        </w:rPr>
        <w:t>17:55  What do you mean by an unconditional guru? Unconditional here means trustworthy guru.</w:t>
      </w:r>
      <w:r>
        <w:br/>
      </w:r>
      <w:r>
        <w:rPr>
          <w:sz w:val="20"/>
        </w:rPr>
        <w:t>18:05  It doesn't mean that God is a that guru is a god. Guru is not God. Guru is not God.</w:t>
      </w:r>
      <w:r>
        <w:br/>
      </w:r>
      <w:r>
        <w:rPr>
          <w:sz w:val="20"/>
        </w:rPr>
        <w:t>18:16  Also, I can say that guru is not a perfect person or superhuman being. No. God is just like a trained teacher.</w:t>
      </w:r>
      <w:r>
        <w:br/>
      </w:r>
      <w:r>
        <w:rPr>
          <w:sz w:val="20"/>
        </w:rPr>
        <w:t>18:26  Every student needs a trained teacher. Without training, one cannot be a good teacher.</w:t>
      </w:r>
      <w:r>
        <w:br/>
      </w:r>
      <w:r>
        <w:rPr>
          <w:sz w:val="20"/>
        </w:rPr>
        <w:t>18:34  So guru is also like a trained teacher. Guru is one who has knowledge, who has experience, who has reached to the maturity, to the age of maturity.</w:t>
      </w:r>
      <w:r>
        <w:br/>
      </w:r>
      <w:r>
        <w:rPr>
          <w:sz w:val="20"/>
        </w:rPr>
        <w:t>18:47  So all these things put together make a guru. So I think that everyone cannot reach this stag</w:t>
      </w:r>
      <w:r>
        <w:br/>
      </w:r>
      <w:r>
        <w:rPr>
          <w:sz w:val="20"/>
        </w:rPr>
        <w:t>19:01  e. It is very difficult to have all these things: study, knowledge, experience, maturity. So many things are required to make a guru.</w:t>
      </w:r>
      <w:r>
        <w:br/>
      </w:r>
      <w:r>
        <w:rPr>
          <w:sz w:val="20"/>
        </w:rPr>
        <w:t>19:15  So it is not possible for everyone to have all these thing</w:t>
      </w:r>
      <w:r>
        <w:br/>
      </w:r>
      <w:r>
        <w:rPr>
          <w:sz w:val="20"/>
        </w:rPr>
        <w:t>19:20  s. So I can say that everyone needs a guru. And he must adopt him as an unconditional guru.</w:t>
      </w:r>
      <w:r>
        <w:br/>
      </w:r>
      <w:r>
        <w:rPr>
          <w:sz w:val="20"/>
        </w:rPr>
        <w:t>19:32  Because without adopting him as an unconditional guru, you cannot develop trust between disciple and guru.</w:t>
      </w:r>
      <w:r>
        <w:br/>
      </w:r>
      <w:r>
        <w:rPr>
          <w:sz w:val="20"/>
        </w:rPr>
        <w:t>19:41  There is no trust</w:t>
      </w:r>
      <w:r>
        <w:br/>
      </w:r>
      <w:r>
        <w:rPr>
          <w:sz w:val="20"/>
        </w:rPr>
        <w:t>19:43  . So to develop trust between disciple and guru, it requires to take him as an unconditional guru.</w:t>
      </w:r>
      <w:r>
        <w:br/>
      </w:r>
      <w:r>
        <w:rPr>
          <w:sz w:val="20"/>
        </w:rPr>
        <w:t>19:55  So according to my experience, it is very, very important for everyone, for every man and woman, to adopt someone as his unconditional guru.</w:t>
      </w:r>
    </w:p>
    <w:p>
      <w:pPr>
        <w:pStyle w:val="Heading2"/>
      </w:pPr>
      <w:r>
        <w:t>More money means more distraction, not more happiness</w:t>
      </w:r>
    </w:p>
    <w:p>
      <w:r>
        <w:rPr>
          <w:color w:val="666666"/>
          <w:sz w:val="18"/>
        </w:rPr>
        <w:t>Muslim Militancy July 8, 2007 · 4m 18s · at 1:43:15 · https://youtu.be/mfIIEFQDOtg?t=6195</w:t>
      </w:r>
    </w:p>
    <w:p>
      <w:r>
        <w:rPr>
          <w:i/>
        </w:rPr>
        <w:t>“more money تو better چیز ختم ہو جاتی ہے”</w:t>
      </w:r>
    </w:p>
    <w:p>
      <w:r>
        <w:rPr>
          <w:sz w:val="20"/>
        </w:rPr>
        <w:t>1:43:15  Is it wrong to earn more money and obtain better things in life? Ab more money to better, more money ke baad better cheez khatam ho jati hai.</w:t>
      </w:r>
      <w:r>
        <w:br/>
      </w:r>
      <w:r>
        <w:rPr>
          <w:sz w:val="20"/>
        </w:rPr>
        <w:t>1:43:30  Mili hui bhi khatam ho jati hai. More money aai ke better cheez gai.</w:t>
      </w:r>
      <w:r>
        <w:br/>
      </w:r>
      <w:r>
        <w:rPr>
          <w:sz w:val="20"/>
        </w:rPr>
        <w:t>1:43:37  Dekhiye, mera zindagi ke upar ka tajurba hai. Ke more money anay ke baad kya hota hai?</w:t>
      </w:r>
      <w:r>
        <w:br/>
      </w:r>
      <w:r>
        <w:rPr>
          <w:sz w:val="20"/>
        </w:rPr>
        <w:t>1:43:48  Waste of money. Jis ke paas paisa zyada aya to money ko waste karne laga woh. Kahan? Outing mein, shopping mein, fashion mein.</w:t>
      </w:r>
      <w:r>
        <w:br/>
      </w:r>
      <w:r>
        <w:rPr>
          <w:sz w:val="20"/>
        </w:rPr>
        <w:t>1:43:59  Aur aisa ghar banana, waisa car khareedna</w:t>
      </w:r>
      <w:r>
        <w:br/>
      </w:r>
      <w:r>
        <w:rPr>
          <w:sz w:val="20"/>
        </w:rPr>
        <w:t>1:44:02  ۔ To more money means super diversion۔</w:t>
      </w:r>
      <w:r>
        <w:br/>
      </w:r>
      <w:r>
        <w:rPr>
          <w:sz w:val="20"/>
        </w:rPr>
        <w:t>1:44:11  Super distraction. Maine to koi exception nahi dekha is mein. Koi exception mujhe nahi apni zindagi mein dikhai nahi para. Jab tak aadmi se kam paisa hai to distraction kam hota hai.</w:t>
      </w:r>
      <w:r>
        <w:br/>
      </w:r>
      <w:r>
        <w:rPr>
          <w:sz w:val="20"/>
        </w:rPr>
        <w:t>1:44:26  Aur zyada paisa aya to phir distraction har waqt. Har waqt distraction.</w:t>
      </w:r>
      <w:r>
        <w:br/>
      </w:r>
      <w:r>
        <w:rPr>
          <w:sz w:val="20"/>
        </w:rPr>
        <w:t>1:44:34  Aur maine ek baar to kaha tha yahan par ke haram jo hai cheezen wo isi liye haram hain ke wo distraction hain wo. Haram kyun hain?</w:t>
      </w:r>
      <w:r>
        <w:br/>
      </w:r>
      <w:r>
        <w:rPr>
          <w:sz w:val="20"/>
        </w:rPr>
        <w:t>1:44:43  Is liye ke wo distract karti hain right path se. Right path se. Jaise sharab hai, haram kyun hai?</w:t>
      </w:r>
      <w:r>
        <w:br/>
      </w:r>
      <w:r>
        <w:rPr>
          <w:sz w:val="20"/>
        </w:rPr>
        <w:t>1:44:54  Khuda yeh chahta hai ke intellectual process mere mind mein barabar chalta rahe. Intellectual process. Aur sharab kya karti hai?</w:t>
      </w:r>
      <w:r>
        <w:br/>
      </w:r>
      <w:r>
        <w:rPr>
          <w:sz w:val="20"/>
        </w:rPr>
        <w:t>1:45:04  Mere intellectual process ko stop kar deti hai.</w:t>
      </w:r>
      <w:r>
        <w:br/>
      </w:r>
      <w:r>
        <w:rPr>
          <w:sz w:val="20"/>
        </w:rPr>
        <w:t>1:45:10  Sensitivity ko khatam kar deti hai. Intellectual process sound way mein, bilkul right way mein chalta rahe, chalta rahe, chalta rahe.</w:t>
      </w:r>
      <w:r>
        <w:br/>
      </w:r>
      <w:r>
        <w:rPr>
          <w:sz w:val="20"/>
        </w:rPr>
        <w:t>1:45:22  Yeh hai to. To sharab distract karti hai. Aur jitni bhi cheezen hain, friendship hai aur jitni bhi cheezen hain, sab distract karti hain.</w:t>
      </w:r>
      <w:r>
        <w:br/>
      </w:r>
      <w:r>
        <w:rPr>
          <w:sz w:val="20"/>
        </w:rPr>
        <w:t>1:45:34  To jab paisa aye ga to is mani mein ke aap distraction ki ke bill chukane ki position mein ho jatay hain.</w:t>
      </w:r>
      <w:r>
        <w:br/>
      </w:r>
      <w:r>
        <w:rPr>
          <w:sz w:val="20"/>
        </w:rPr>
        <w:t>1:45:43  Paisa nahi hai to aap ne ek suit bana liya. Ya do suit bana liya. Zyada paisa aya to aap so suit khareeden ge aap.</w:t>
      </w:r>
      <w:r>
        <w:br/>
      </w:r>
      <w:r>
        <w:rPr>
          <w:sz w:val="20"/>
        </w:rPr>
        <w:t>1:45:51  To aap distraction ki price dene ki position mein ho jatay hain aap. Aaj yahan chalo, aaj wahan chalo, aaj outing karo, woh khana hotel mein kha len ge, falan jagah karen ge.</w:t>
      </w:r>
      <w:r>
        <w:br/>
      </w:r>
      <w:r>
        <w:rPr>
          <w:sz w:val="20"/>
        </w:rPr>
        <w:t>1:46:02  To jis aadmi, woh sahib, bohat hi main kehta hoon ke bad-qismat hai woh aadmi jis ko distraction ki price dene ke liye Khuda paisa thakel de us ke paas.</w:t>
      </w:r>
      <w:r>
        <w:br/>
      </w:r>
      <w:r>
        <w:rPr>
          <w:sz w:val="20"/>
        </w:rPr>
        <w:t>1:46:12  Lo paisa, khoob distraction mein jao, par jao is mein.</w:t>
      </w:r>
      <w:r>
        <w:br/>
      </w:r>
      <w:r>
        <w:rPr>
          <w:sz w:val="20"/>
        </w:rPr>
        <w:t>1:46:17  To distraction ke is zamanay mein khaas tor par itnay zyada khulay hue hain tareeqay ke aap bari bari carain khareediye, baray baray ghar banaiye.</w:t>
      </w:r>
      <w:r>
        <w:br/>
      </w:r>
      <w:r>
        <w:rPr>
          <w:sz w:val="20"/>
        </w:rPr>
        <w:t>1:46:29  Main Arab mein gaya to ek sahib thay, mujhe le gaye apne ghar mein. To sahib itna bara ghar tha, itna bara tha, so aadmi reh sakte hain is ke andar. Aur rehte thay kaun?</w:t>
      </w:r>
      <w:r>
        <w:br/>
      </w:r>
      <w:r>
        <w:rPr>
          <w:sz w:val="20"/>
        </w:rPr>
        <w:t>1:46:39  Woh aur un ki biwi, bas do aadmi. Aur sara fully air condition tha woh. To paise ko kahan kharch kiya unhon ne?</w:t>
      </w:r>
      <w:r>
        <w:br/>
      </w:r>
      <w:r>
        <w:rPr>
          <w:sz w:val="20"/>
        </w:rPr>
        <w:t>1:46:47  Distraction mein. Yeh bara sa ghar liya, har waqt dekhte rehte hain ke bhai is mein dekho woh woh woh jo hai unit theek chal raha hai ya nahi chal raha hai air conditioning ka.</w:t>
      </w:r>
      <w:r>
        <w:br/>
      </w:r>
      <w:r>
        <w:rPr>
          <w:sz w:val="20"/>
        </w:rPr>
        <w:t>1:46:57  Aur dekho woh mali aya hai ke nahi aya garden karne ke liye. Yani har waqt wohi chakar rehta hai. Safai hui ke nahi hui. To kaha paisa aya to distraction ki jo bill hai woh barh gaya.</w:t>
      </w:r>
      <w:r>
        <w:br/>
      </w:r>
      <w:r>
        <w:rPr>
          <w:sz w:val="20"/>
        </w:rPr>
        <w:t>1:47:13  yeh mein samajhta hoon ke woh hadees bohat hi sahi hadees hai. The same as the scientific hadees hai. Ke hadees mein aata hai ke bohat hi achhe tareeqe se is ko bataya gaya hai ke insaan ko kya chahiye.</w:t>
      </w:r>
    </w:p>
    <w:p>
      <w:pPr>
        <w:pStyle w:val="Heading2"/>
      </w:pPr>
      <w:r>
        <w:t>big houses and holidays never actually bring peace</w:t>
      </w:r>
    </w:p>
    <w:p>
      <w:r>
        <w:rPr>
          <w:color w:val="666666"/>
          <w:sz w:val="18"/>
        </w:rPr>
        <w:t>Stress and Spirituality January 1, 2012 · 2m 55s · at 17:39 · https://youtu.be/TPhXL9-g6ME?t=1059</w:t>
      </w:r>
    </w:p>
    <w:p>
      <w:r>
        <w:rPr>
          <w:i/>
        </w:rPr>
        <w:t>“A man built a fifty-crore house and still found no peace”</w:t>
      </w:r>
    </w:p>
    <w:p>
      <w:r>
        <w:rPr>
          <w:sz w:val="20"/>
        </w:rPr>
        <w:t>17:39  dekhiye man made boundaries hamesha limited hi rahengi. woh kabhi bhi unlimited nahi ho sakti hain.</w:t>
      </w:r>
      <w:r>
        <w:br/>
      </w:r>
      <w:r>
        <w:rPr>
          <w:sz w:val="20"/>
        </w:rPr>
        <w:t>17:49  kabhi bhi nahi ho sakti hain. isi liye aap dekhiye ek shakhs ke paas mamooli ghar ho, chhota sa ghar ho, woh bada ghar banaye.</w:t>
      </w:r>
      <w:r>
        <w:br/>
      </w:r>
      <w:r>
        <w:rPr>
          <w:sz w:val="20"/>
        </w:rPr>
        <w:t>18:00  to bazahir isne apne aspirations ko poora kiya. lekin jo log bade gharon mein rehte hain un se ja ke miliye.</w:t>
      </w:r>
      <w:r>
        <w:br/>
      </w:r>
      <w:r>
        <w:rPr>
          <w:sz w:val="20"/>
        </w:rPr>
        <w:t>18:07  banate hue to zaroor koi khushi rahi hogi. banne ke baad jab woh rehne lage is ghar mein to koi khushi nahi.</w:t>
      </w:r>
      <w:r>
        <w:br/>
      </w:r>
      <w:r>
        <w:rPr>
          <w:sz w:val="20"/>
        </w:rPr>
        <w:t>18:20  koi khushi nahi.</w:t>
      </w:r>
      <w:r>
        <w:br/>
      </w:r>
      <w:r>
        <w:rPr>
          <w:sz w:val="20"/>
        </w:rPr>
        <w:t>18:22  ek doctor jo Delhi mein rehte hain to physiotherapy ka kaam karte hain woh.</w:t>
      </w:r>
      <w:r>
        <w:br/>
      </w:r>
      <w:r>
        <w:rPr>
          <w:sz w:val="20"/>
        </w:rPr>
        <w:t>18:31  unhone kaha ke mujhe bade bade kothiyon mein jo log rehte hain woh mere client hain. wahan mujhe jaana hota hai. magar kisi ko bhi maine khush nahi paya.</w:t>
      </w:r>
      <w:r>
        <w:br/>
      </w:r>
      <w:r>
        <w:rPr>
          <w:sz w:val="20"/>
        </w:rPr>
        <w:t>18:46  kisi ko bhi khush nahi paya. unhone bataya ke ek sahab jo pachaas karor ka ghar banaya unhone.</w:t>
      </w:r>
      <w:r>
        <w:br/>
      </w:r>
      <w:r>
        <w:rPr>
          <w:sz w:val="20"/>
        </w:rPr>
        <w:t>18:53  banane se pehle lagta tha un ko ke main bohat khush rahoonga is ke andar. banne ke baad kya hai? khushi nahi hui. to koi expert aaya usne kaha ke is ke darwaze galat hain, is ki khidkiyan galat hain.</w:t>
      </w:r>
      <w:r>
        <w:br/>
      </w:r>
      <w:r>
        <w:rPr>
          <w:sz w:val="20"/>
        </w:rPr>
        <w:t>19:06  to unhon ne bataya ke yeh yeh waston jo art hai is ke lehaz se bataya ke khirkiyan galat hain aur darwaze galat hain, falan falan. is pura ghar phir se use theek ke phir se banwaya.</w:t>
      </w:r>
      <w:r>
        <w:br/>
      </w:r>
      <w:r>
        <w:rPr>
          <w:sz w:val="20"/>
        </w:rPr>
        <w:t>19:17  toor toot kar ke. aur jab banwaya to waise ki waise hi phir wahi stress</w:t>
      </w:r>
      <w:r>
        <w:br/>
      </w:r>
      <w:r>
        <w:rPr>
          <w:sz w:val="20"/>
        </w:rPr>
        <w:t>19:25  . to log dekhiye stress free hona chahte hain kahan? gharon mein, caron mein, job mein, business mein, bank balance mein, yahan wahan jane mein.</w:t>
      </w:r>
      <w:r>
        <w:br/>
      </w:r>
      <w:r>
        <w:rPr>
          <w:sz w:val="20"/>
        </w:rPr>
        <w:t>19:40  ek sahab jo amreeka mein rehte hain un se meri mulaqat hui. to unhon ne bataya ke hum log pehle sochte the ke outing jo hai kar ek khoob to is mein humein enjoy milega.</w:t>
      </w:r>
      <w:r>
        <w:br/>
      </w:r>
      <w:r>
        <w:rPr>
          <w:sz w:val="20"/>
        </w:rPr>
        <w:t>19:51  hum stress free ho jayenge.</w:t>
      </w:r>
      <w:r>
        <w:br/>
      </w:r>
      <w:r>
        <w:rPr>
          <w:sz w:val="20"/>
        </w:rPr>
        <w:t>19:53  to wahan outing culture chal pada. badi badi companiyan ban gayin to outing ko arrange karne ke liye. to khoob dhoom se log jane lage.</w:t>
      </w:r>
      <w:r>
        <w:br/>
      </w:r>
      <w:r>
        <w:rPr>
          <w:sz w:val="20"/>
        </w:rPr>
        <w:t>20:05  to bata rahe the ab wahan kya hai ek naya lafz nikla hai holiday stress. stress. yani holiday manane ke baad phir stress? holiday se pehle stress, holiday ke baad bhi stress.</w:t>
      </w:r>
      <w:r>
        <w:br/>
      </w:r>
      <w:r>
        <w:rPr>
          <w:sz w:val="20"/>
        </w:rPr>
        <w:t>20:21  to unhon ne kaha ke holiday culture ne sirf ek naya term diya hai wahan par. jis ko kehte hain holiday stress. to yeh sab kuch hi nahin.</w:t>
      </w:r>
    </w:p>
    <w:p>
      <w:pPr>
        <w:pStyle w:val="Heading2"/>
      </w:pPr>
      <w:r>
        <w:t>Don't be angry – a sense of justice</w:t>
      </w:r>
    </w:p>
    <w:p>
      <w:r>
        <w:rPr>
          <w:color w:val="666666"/>
          <w:sz w:val="18"/>
        </w:rPr>
        <w:t>The Concept of Justice in Islam May 03, 2007 · 5m 53s · at 42:09 · https://youtu.be/DY5SY8H554c?t=2529</w:t>
      </w:r>
    </w:p>
    <w:p>
      <w:r>
        <w:rPr>
          <w:i/>
        </w:rPr>
        <w:t>“A person came to the Prophet and asked, give me a master advice.”</w:t>
      </w:r>
    </w:p>
    <w:p>
      <w:r>
        <w:rPr>
          <w:sz w:val="20"/>
        </w:rPr>
        <w:t>42:09  the most important ethical principle is justice. Justice. For example, a person came to the Prophet and asked,</w:t>
      </w:r>
      <w:r>
        <w:br/>
      </w:r>
      <w:r>
        <w:rPr>
          <w:sz w:val="20"/>
        </w:rPr>
        <w:t>42:26  "O Prophet, give me a master advice by which I may be able to manage all the affairs of my life." The Prophet replied,</w:t>
      </w:r>
      <w:r>
        <w:br/>
      </w:r>
      <w:r>
        <w:rPr>
          <w:sz w:val="20"/>
        </w:rPr>
        <w:t>42:40  "La taqzab." Don't be angry.</w:t>
      </w:r>
      <w:r>
        <w:br/>
      </w:r>
      <w:r>
        <w:rPr>
          <w:sz w:val="20"/>
        </w:rPr>
        <w:t>42:44  I think don't be angry is not a simple advice. It is very important. If you analyze this advice, you will find a deep meaning in this advice.</w:t>
      </w:r>
      <w:r>
        <w:br/>
      </w:r>
      <w:r>
        <w:rPr>
          <w:sz w:val="20"/>
        </w:rPr>
        <w:t>43:02  What is that meaning?</w:t>
      </w:r>
      <w:r>
        <w:br/>
      </w:r>
      <w:r>
        <w:rPr>
          <w:sz w:val="20"/>
        </w:rPr>
        <w:t>43:06  It is not easy to give a positive response to</w:t>
      </w:r>
      <w:r>
        <w:br/>
      </w:r>
      <w:r>
        <w:rPr>
          <w:sz w:val="20"/>
        </w:rPr>
        <w:t>43:14  a man who</w:t>
      </w:r>
      <w:r>
        <w:br/>
      </w:r>
      <w:r>
        <w:rPr>
          <w:sz w:val="20"/>
        </w:rPr>
        <w:t>43:22  when you are angry, you are when you are angry, you are reacting negatively because there was some provocation.</w:t>
      </w:r>
      <w:r>
        <w:br/>
      </w:r>
      <w:r>
        <w:rPr>
          <w:sz w:val="20"/>
        </w:rPr>
        <w:t>43:32  So when there is a provocation, it is not very easy to save yourself from anger. But here is a very important point.</w:t>
      </w:r>
      <w:r>
        <w:br/>
      </w:r>
      <w:r>
        <w:rPr>
          <w:sz w:val="20"/>
        </w:rPr>
        <w:t>43:44  I think that that point is that you have to have a sense of justice when someone provokes you.</w:t>
      </w:r>
      <w:r>
        <w:br/>
      </w:r>
      <w:r>
        <w:rPr>
          <w:sz w:val="20"/>
        </w:rPr>
        <w:t>43:57  So if you have a sense of justice, you will think that maybe this man was in a bad mood due to some reason.</w:t>
      </w:r>
      <w:r>
        <w:br/>
      </w:r>
      <w:r>
        <w:rPr>
          <w:sz w:val="20"/>
        </w:rPr>
        <w:t>44:12  He was in a bad mood.</w:t>
      </w:r>
      <w:r>
        <w:br/>
      </w:r>
      <w:r>
        <w:rPr>
          <w:sz w:val="20"/>
        </w:rPr>
        <w:t>44:14  He was not in a normal condition. So he provoked me. When one provokes you and you have a sense of justice,</w:t>
      </w:r>
      <w:r>
        <w:br/>
      </w:r>
      <w:r>
        <w:rPr>
          <w:sz w:val="20"/>
        </w:rPr>
        <w:t>44:27  you may consider that maybe this man needs some concession.</w:t>
      </w:r>
      <w:r>
        <w:br/>
      </w:r>
      <w:r>
        <w:rPr>
          <w:sz w:val="20"/>
        </w:rPr>
        <w:t>44:37  Concession. Why</w:t>
      </w:r>
      <w:r>
        <w:br/>
      </w:r>
      <w:r>
        <w:rPr>
          <w:sz w:val="20"/>
        </w:rPr>
        <w:t>44:40  ? Because he was not in a normal condition. He was in a bad mood.</w:t>
      </w:r>
      <w:r>
        <w:br/>
      </w:r>
      <w:r>
        <w:rPr>
          <w:sz w:val="20"/>
        </w:rPr>
        <w:t>44:51  Maybe he was</w:t>
      </w:r>
      <w:r>
        <w:br/>
      </w:r>
      <w:r>
        <w:rPr>
          <w:sz w:val="20"/>
        </w:rPr>
        <w:t>44:58  in some</w:t>
      </w:r>
      <w:r>
        <w:br/>
      </w:r>
      <w:r>
        <w:rPr>
          <w:sz w:val="20"/>
        </w:rPr>
        <w:t>45:01  abnormal feeling due to some reason. So I have to give him a concession.</w:t>
      </w:r>
      <w:r>
        <w:br/>
      </w:r>
      <w:r>
        <w:rPr>
          <w:sz w:val="20"/>
        </w:rPr>
        <w:t>45:10  At that time, it is not good for me to react negatively. So your sense of justice will not allow you to give a negative response.</w:t>
      </w:r>
      <w:r>
        <w:br/>
      </w:r>
      <w:r>
        <w:rPr>
          <w:sz w:val="20"/>
        </w:rPr>
        <w:t>45:28  I think that this is the this is a noble character of a believer.</w:t>
      </w:r>
      <w:r>
        <w:br/>
      </w:r>
      <w:r>
        <w:rPr>
          <w:sz w:val="20"/>
        </w:rPr>
        <w:t>45:39  A believer is one who is a very, very sensitive person. A believer is one who has an acute sense of justice.</w:t>
      </w:r>
      <w:r>
        <w:br/>
      </w:r>
      <w:r>
        <w:rPr>
          <w:sz w:val="20"/>
        </w:rPr>
        <w:t>45:50  A true believer is one who has an acute sense of justice.</w:t>
      </w:r>
      <w:r>
        <w:br/>
      </w:r>
      <w:r>
        <w:rPr>
          <w:sz w:val="20"/>
        </w:rPr>
        <w:t>45:58  When you when there is a provocation and you become angry, then maybe you are not doing justice because if that man was not in a normal condition,</w:t>
      </w:r>
      <w:r>
        <w:br/>
      </w:r>
      <w:r>
        <w:rPr>
          <w:sz w:val="20"/>
        </w:rPr>
        <w:t>46:18  if that man was suffering some headache or some tension,</w:t>
      </w:r>
      <w:r>
        <w:br/>
      </w:r>
      <w:r>
        <w:rPr>
          <w:sz w:val="20"/>
        </w:rPr>
        <w:t>46:28  and so in that situation, you have to give him some concession.</w:t>
      </w:r>
      <w:r>
        <w:br/>
      </w:r>
      <w:r>
        <w:rPr>
          <w:sz w:val="20"/>
        </w:rPr>
        <w:t>46:42  It is not good for you to be negative. It is not good for you to react negatively at that time.</w:t>
      </w:r>
      <w:r>
        <w:br/>
      </w:r>
      <w:r>
        <w:rPr>
          <w:sz w:val="20"/>
        </w:rPr>
        <w:t>46:54  So I think that a true believer has an acute sense of justice.</w:t>
      </w:r>
      <w:r>
        <w:br/>
      </w:r>
      <w:r>
        <w:rPr>
          <w:sz w:val="20"/>
        </w:rPr>
        <w:t>47:04  A true believer is one who has an acute sense of justice. This I find by reading the life of the Prophet of Islam.</w:t>
      </w:r>
      <w:r>
        <w:br/>
      </w:r>
      <w:r>
        <w:rPr>
          <w:sz w:val="20"/>
        </w:rPr>
        <w:t>47:18  I can say that the Prophet of Islam was having an acute sense of justice.</w:t>
      </w:r>
      <w:r>
        <w:br/>
      </w:r>
      <w:r>
        <w:rPr>
          <w:sz w:val="20"/>
        </w:rPr>
        <w:t>47:28  Due to this sense, he always tried to give concession to other people. He himself never started any fighting.</w:t>
      </w:r>
      <w:r>
        <w:br/>
      </w:r>
      <w:r>
        <w:rPr>
          <w:sz w:val="20"/>
        </w:rPr>
        <w:t>47:43  He never started violence</w:t>
      </w:r>
      <w:r>
        <w:br/>
      </w:r>
      <w:r>
        <w:rPr>
          <w:sz w:val="20"/>
        </w:rPr>
        <w:t>47:48  . He always</w:t>
      </w:r>
      <w:r>
        <w:br/>
      </w:r>
      <w:r>
        <w:rPr>
          <w:sz w:val="20"/>
        </w:rPr>
        <w:t>47:54  he has always followed the principle of avoidance, tolerance. Why?</w:t>
      </w:r>
    </w:p>
    <w:p>
      <w:pPr>
        <w:pStyle w:val="Heading2"/>
      </w:pPr>
      <w:r>
        <w:t>Quran's revelation timeline and unmatched preservation</w:t>
      </w:r>
    </w:p>
    <w:p>
      <w:r>
        <w:rPr>
          <w:color w:val="666666"/>
          <w:sz w:val="18"/>
        </w:rPr>
        <w:t>Dars e Quran December 5, 2006 Maulana Wahiduddin Khan · 2m 17s · at 0:36 · https://youtu.be/09Bs9GKXrL0?t=36</w:t>
      </w:r>
    </w:p>
    <w:p>
      <w:r>
        <w:rPr>
          <w:i/>
        </w:rPr>
        <w:t>“یہ قرآن کا درس ہے، قرآن خدا کی آخری الہامی کتاب ہے”</w:t>
      </w:r>
    </w:p>
    <w:p>
      <w:r>
        <w:rPr>
          <w:sz w:val="20"/>
        </w:rPr>
        <w:t>0:36  yeh quran ka dars hai.</w:t>
      </w:r>
      <w:r>
        <w:br/>
      </w:r>
      <w:r>
        <w:rPr>
          <w:sz w:val="20"/>
        </w:rPr>
        <w:t>0:42  quran</w:t>
      </w:r>
      <w:r>
        <w:br/>
      </w:r>
      <w:r>
        <w:rPr>
          <w:sz w:val="20"/>
        </w:rPr>
        <w:t>0:47  khuda ki aakhri ilhami kitab hai.</w:t>
      </w:r>
      <w:r>
        <w:br/>
      </w:r>
      <w:r>
        <w:rPr>
          <w:sz w:val="20"/>
        </w:rPr>
        <w:t>0:52  khuda ne is se pehle bhi kai kitabein apne peghambaron ke wastay se bhejeen, lekin woh kitabein</w:t>
      </w:r>
      <w:r>
        <w:br/>
      </w:r>
      <w:r>
        <w:rPr>
          <w:sz w:val="20"/>
        </w:rPr>
        <w:t>1:09  mehfooz na reh sakeen.</w:t>
      </w:r>
      <w:r>
        <w:br/>
      </w:r>
      <w:r>
        <w:rPr>
          <w:sz w:val="20"/>
        </w:rPr>
        <w:t>1:12  yeh kitabein ya to ab maujood nahi hain, ya agar maujood hain to in mein to woh badli hui shakal mein hain. original shakal mein koi kitab pehle wali aaj pai nahi jati.</w:t>
      </w:r>
      <w:r>
        <w:br/>
      </w:r>
      <w:r>
        <w:rPr>
          <w:sz w:val="20"/>
        </w:rPr>
        <w:t>1:28  quran in sab kitabon mein aik hi aisi kitab hai, ilhami kitab, jo apni original shakal mein aaj bhi preserve hai, preserve form mein maujood hai.</w:t>
      </w:r>
      <w:r>
        <w:br/>
      </w:r>
      <w:r>
        <w:rPr>
          <w:sz w:val="20"/>
        </w:rPr>
        <w:t>1:44  quran</w:t>
      </w:r>
      <w:r>
        <w:br/>
      </w:r>
      <w:r>
        <w:rPr>
          <w:sz w:val="20"/>
        </w:rPr>
        <w:t>1:48  610 isvi mein utarna shuru hua. is ke woh quran aik aik kitab ki surat mein nahi utra, balkeh jis ko kaha jata hai ke najman najman, yani fragmentary way mein utra,</w:t>
      </w:r>
      <w:r>
        <w:br/>
      </w:r>
      <w:r>
        <w:rPr>
          <w:sz w:val="20"/>
        </w:rPr>
        <w:t>2:09  situation ke mutabiq. to 610 isvi mein utarna shuru hua aur 623 isvi mein khatam hua.</w:t>
      </w:r>
      <w:r>
        <w:br/>
      </w:r>
      <w:r>
        <w:rPr>
          <w:sz w:val="20"/>
        </w:rPr>
        <w:t>2:23  to 23 saal mein yeh wahi mukammal hui</w:t>
      </w:r>
      <w:r>
        <w:br/>
      </w:r>
      <w:r>
        <w:rPr>
          <w:sz w:val="20"/>
        </w:rPr>
        <w:t>2:30  . quran mein kul</w:t>
      </w:r>
      <w:r>
        <w:br/>
      </w:r>
      <w:r>
        <w:rPr>
          <w:sz w:val="20"/>
        </w:rPr>
        <w:t>2:35  114, yani 114 suratein hain, ya chapters keh sakte hain aap in ko. aur quran mein jo verses hain, yani ayat, un ki tadad taqreeban saade chhe hazar hai.</w:t>
      </w:r>
    </w:p>
    <w:p>
      <w:pPr>
        <w:pStyle w:val="Heading2"/>
      </w:pPr>
      <w:r>
        <w:t>why two female witnesses equal one male witness</w:t>
      </w:r>
    </w:p>
    <w:p>
      <w:r>
        <w:rPr>
          <w:color w:val="666666"/>
          <w:sz w:val="18"/>
        </w:rPr>
        <w:t>In Conversation with Maulana Wahiduddin Khan English · 2m 50s · at 26:09 · https://youtu.be/QZrkP8Z3Fv8?t=1569</w:t>
      </w:r>
    </w:p>
    <w:p>
      <w:r>
        <w:rPr>
          <w:i/>
        </w:rPr>
        <w:t>“It is not due to discrimination, but biological law”</w:t>
      </w:r>
    </w:p>
    <w:p>
      <w:r>
        <w:rPr>
          <w:sz w:val="20"/>
        </w:rPr>
        <w:t>26:09  Why is this so? It is not due to discrimination. But it is based on biological law.</w:t>
      </w:r>
      <w:r>
        <w:br/>
      </w:r>
      <w:r>
        <w:rPr>
          <w:sz w:val="20"/>
        </w:rPr>
        <w:t>26:21  You know, science has established after a long study about the minor women, the science of biology, the science of psychology has established that there is a difference between the mind of man and the mind of woman.</w:t>
      </w:r>
      <w:r>
        <w:br/>
      </w:r>
      <w:r>
        <w:rPr>
          <w:sz w:val="20"/>
        </w:rPr>
        <w:t>26:42  It is a well-established fact. So, what is the difference?</w:t>
      </w:r>
      <w:r>
        <w:br/>
      </w:r>
      <w:r>
        <w:rPr>
          <w:sz w:val="20"/>
        </w:rPr>
        <w:t>26:49  Man's mind is</w:t>
      </w:r>
      <w:r>
        <w:br/>
      </w:r>
      <w:r>
        <w:rPr>
          <w:sz w:val="20"/>
        </w:rPr>
        <w:t>26:53  a man's mind is a single-sided mind. And a woman's mind is a double-sided mind.</w:t>
      </w:r>
      <w:r>
        <w:br/>
      </w:r>
      <w:r>
        <w:rPr>
          <w:sz w:val="20"/>
        </w:rPr>
        <w:t>27:06  Man always observes things with concentration. Concentration. But woman cannot.</w:t>
      </w:r>
      <w:r>
        <w:br/>
      </w:r>
      <w:r>
        <w:rPr>
          <w:sz w:val="20"/>
        </w:rPr>
        <w:t>27:17  Woman cannot see things in a concentrated way. Her mind is a double-sided mind.</w:t>
      </w:r>
      <w:r>
        <w:br/>
      </w:r>
      <w:r>
        <w:rPr>
          <w:sz w:val="20"/>
        </w:rPr>
        <w:t>27:27  So, due to this difference, it is but natural that when an event was observed by man, he can give you correct reporting because he observes with concentration.</w:t>
      </w:r>
      <w:r>
        <w:br/>
      </w:r>
      <w:r>
        <w:rPr>
          <w:sz w:val="20"/>
        </w:rPr>
        <w:t>27:44  But when a woman is observing that event,</w:t>
      </w:r>
      <w:r>
        <w:br/>
      </w:r>
      <w:r>
        <w:rPr>
          <w:sz w:val="20"/>
        </w:rPr>
        <w:t>27:51  it is but natural that she will fail to give the correct position because her mind was diversified</w:t>
      </w:r>
      <w:r>
        <w:br/>
      </w:r>
      <w:r>
        <w:rPr>
          <w:sz w:val="20"/>
        </w:rPr>
        <w:t>28:04  . So, due to this biological reason, it was</w:t>
      </w:r>
      <w:r>
        <w:br/>
      </w:r>
      <w:r>
        <w:rPr>
          <w:sz w:val="20"/>
        </w:rPr>
        <w:t>28:14  the Qur'an says, due to this biological difference, the Qur'an says that one man</w:t>
      </w:r>
      <w:r>
        <w:br/>
      </w:r>
      <w:r>
        <w:rPr>
          <w:sz w:val="20"/>
        </w:rPr>
        <w:t>28:27  two women are equal to one man.</w:t>
      </w:r>
      <w:r>
        <w:br/>
      </w:r>
      <w:r>
        <w:rPr>
          <w:sz w:val="20"/>
        </w:rPr>
        <w:t>28:31  If you are if one man is witnessing the event, he will give you information in</w:t>
      </w:r>
      <w:r>
        <w:br/>
      </w:r>
      <w:r>
        <w:rPr>
          <w:sz w:val="20"/>
        </w:rPr>
        <w:t>28:43  totality. But if a woman is reporting the same event, you need two women. Because if one woman missed some part of the event, the other woman will fulfill that gap.</w:t>
      </w:r>
    </w:p>
    <w:p>
      <w:pPr>
        <w:pStyle w:val="Heading2"/>
      </w:pPr>
      <w:r>
        <w:t>Responding to the misuse of Islam's name</w:t>
      </w:r>
    </w:p>
    <w:p>
      <w:r>
        <w:rPr>
          <w:color w:val="666666"/>
          <w:sz w:val="18"/>
        </w:rPr>
        <w:t>Islam and Terrorism February 10, 2009 Maulana Wahiduddin Khan · 2m 50s · at 42:10 · https://youtu.be/vCEjp0w7Qjo?t=2530</w:t>
      </w:r>
    </w:p>
    <w:p>
      <w:r>
        <w:rPr>
          <w:i/>
        </w:rPr>
        <w:t>“People are misusing the name of Islam — here's my response.”</w:t>
      </w:r>
    </w:p>
    <w:p>
      <w:r>
        <w:rPr>
          <w:sz w:val="20"/>
        </w:rPr>
        <w:t>42:10  People are misusing it as a misusing the name of Islam. So can you tell us more on terrorism?</w:t>
      </w:r>
      <w:r>
        <w:br/>
      </w:r>
      <w:r>
        <w:rPr>
          <w:sz w:val="20"/>
        </w:rPr>
        <w:t>42:21  If Islam and Muslims Fine. I will give what of my experience. Once I happened to meet an Arab scholar in violence.</w:t>
      </w:r>
      <w:r>
        <w:br/>
      </w:r>
      <w:r>
        <w:rPr>
          <w:sz w:val="20"/>
        </w:rPr>
        <w:t>42:36  Islam is a peaceful religion.</w:t>
      </w:r>
      <w:r>
        <w:br/>
      </w:r>
      <w:r>
        <w:rPr>
          <w:sz w:val="20"/>
        </w:rPr>
        <w:t>42:38  He said, "Yes, we want peace. But we want peace with justice." "Assalam al-'Adl." So he said that we want peace.</w:t>
      </w:r>
      <w:r>
        <w:br/>
      </w:r>
      <w:r>
        <w:rPr>
          <w:sz w:val="20"/>
        </w:rPr>
        <w:t>42:50  But we want peace with justice. I said that</w:t>
      </w:r>
      <w:r>
        <w:br/>
      </w:r>
      <w:r>
        <w:rPr>
          <w:sz w:val="20"/>
        </w:rPr>
        <w:t>42:58  it is wrong because peace, because justice and peace are two different aspects.</w:t>
      </w:r>
      <w:r>
        <w:br/>
      </w:r>
      <w:r>
        <w:rPr>
          <w:sz w:val="20"/>
        </w:rPr>
        <w:t>43:09  No peace can you can give you justice. Justice is you can achieve justice only by your own effort, by your own struggle.</w:t>
      </w:r>
      <w:r>
        <w:br/>
      </w:r>
      <w:r>
        <w:rPr>
          <w:sz w:val="20"/>
        </w:rPr>
        <w:t>43:20  So first of all, you have to establish peace. And peace will open the door of opportunities.</w:t>
      </w:r>
      <w:r>
        <w:br/>
      </w:r>
      <w:r>
        <w:rPr>
          <w:sz w:val="20"/>
        </w:rPr>
        <w:t>43:29  And by availing all these opportunities, you can</w:t>
      </w:r>
      <w:r>
        <w:br/>
      </w:r>
      <w:r>
        <w:rPr>
          <w:sz w:val="20"/>
        </w:rPr>
        <w:t>43:36  find justice.</w:t>
      </w:r>
      <w:r>
        <w:br/>
      </w:r>
      <w:r>
        <w:rPr>
          <w:sz w:val="20"/>
        </w:rPr>
        <w:t>43:38  So I think that these people are misguided people. They don't know what is the formula of life.</w:t>
      </w:r>
      <w:r>
        <w:br/>
      </w:r>
      <w:r>
        <w:rPr>
          <w:sz w:val="20"/>
        </w:rPr>
        <w:t>43:52  They want justice but they don't know how to attain justice.</w:t>
      </w:r>
      <w:r>
        <w:br/>
      </w:r>
      <w:r>
        <w:rPr>
          <w:sz w:val="20"/>
        </w:rPr>
        <w:t>43:58  The formula of life is that you have to establish peace. And peace will open the door of opportunities. And then you have to avail all those opportunities.</w:t>
      </w:r>
      <w:r>
        <w:br/>
      </w:r>
      <w:r>
        <w:rPr>
          <w:sz w:val="20"/>
        </w:rPr>
        <w:t>44:10  By availing these opportunities, you can achieve justice. This is the formula of life. So these people are misguided people. They don't know.</w:t>
      </w:r>
      <w:r>
        <w:br/>
      </w:r>
      <w:r>
        <w:rPr>
          <w:sz w:val="20"/>
        </w:rPr>
        <w:t>44:19  I am trying to</w:t>
      </w:r>
      <w:r>
        <w:br/>
      </w:r>
      <w:r>
        <w:rPr>
          <w:sz w:val="20"/>
        </w:rPr>
        <w:t>44:25  train their mind</w:t>
      </w:r>
      <w:r>
        <w:br/>
      </w:r>
      <w:r>
        <w:rPr>
          <w:sz w:val="20"/>
        </w:rPr>
        <w:t>44:27  . And I can say that I have changed the mind of thousands and thousands of people everywhere in the world. So this is my mission.</w:t>
      </w:r>
      <w:r>
        <w:br/>
      </w:r>
      <w:r>
        <w:rPr>
          <w:sz w:val="20"/>
        </w:rPr>
        <w:t>44:38  And I am hopeful that</w:t>
      </w:r>
      <w:r>
        <w:br/>
      </w:r>
      <w:r>
        <w:rPr>
          <w:sz w:val="20"/>
        </w:rPr>
        <w:t>44:43  the future will come when we will</w:t>
      </w:r>
      <w:r>
        <w:br/>
      </w:r>
      <w:r>
        <w:rPr>
          <w:sz w:val="20"/>
        </w:rPr>
        <w:t>44:49  succeed, we will achieve success to change their mind. Inshallah, peace will prevail.</w:t>
      </w:r>
    </w:p>
    <w:p>
      <w:pPr>
        <w:pStyle w:val="Heading2"/>
      </w:pPr>
      <w:r>
        <w:t>Dream about avoidance and being unaware of own awareness</w:t>
      </w:r>
    </w:p>
    <w:p>
      <w:r>
        <w:rPr>
          <w:color w:val="666666"/>
          <w:sz w:val="18"/>
        </w:rPr>
        <w:t>Principle of Avoidance in Islam I 12 Dec, 2010 - Maulana Wahiduddin Khan · 4m 03s · at 0:52 · https://youtu.be/LcEmPmf5es0?t=52</w:t>
      </w:r>
    </w:p>
    <w:p>
      <w:r>
        <w:rPr>
          <w:i/>
        </w:rPr>
        <w:t>“Aaj ka topic bahut ajeeb sa hai mere liye.”</w:t>
      </w:r>
    </w:p>
    <w:p>
      <w:r>
        <w:rPr>
          <w:sz w:val="20"/>
        </w:rPr>
        <w:t>0:52  aaj ka topic bohat ajeeb sa hai mere liye.</w:t>
      </w:r>
      <w:r>
        <w:br/>
      </w:r>
      <w:r>
        <w:rPr>
          <w:sz w:val="20"/>
        </w:rPr>
        <w:t>0:58  kal shaam tak mujhe samajh mein nahin aaya tha ke aaj ka topic kya ho, to sochte sochte mein so gaya. phir raat ko ek khwaab dekha ke koi shakhs mujh se keh raha hai ke aap itna zyada</w:t>
      </w:r>
      <w:r>
        <w:br/>
      </w:r>
      <w:r>
        <w:rPr>
          <w:sz w:val="20"/>
        </w:rPr>
        <w:t>1:16  e'raaz ki baat karte hain, to kab tak e'raaz kiya jaaye?</w:t>
      </w:r>
      <w:r>
        <w:br/>
      </w:r>
      <w:r>
        <w:rPr>
          <w:sz w:val="20"/>
        </w:rPr>
        <w:t>1:27  main ne kaha ek e'raaz to hamesha karna hai, is mein kab tak ka sawaal hai?</w:t>
      </w:r>
      <w:r>
        <w:br/>
      </w:r>
      <w:r>
        <w:rPr>
          <w:sz w:val="20"/>
        </w:rPr>
        <w:t>1:37  e'raaz to karna hi karna hai, e'raaz ka matlab hai avoidance, avoid karna.</w:t>
      </w:r>
      <w:r>
        <w:br/>
      </w:r>
      <w:r>
        <w:rPr>
          <w:sz w:val="20"/>
        </w:rPr>
        <w:t>1:48  to is ko main ne misaal di ke aap road par chalte hain to aap keep left ka usool ikhtiyar karte hain, keep left ka principle.</w:t>
      </w:r>
      <w:r>
        <w:br/>
      </w:r>
      <w:r>
        <w:rPr>
          <w:sz w:val="20"/>
        </w:rPr>
        <w:t>2:01  apni gaadi ko aap baayein chalate hain,</w:t>
      </w:r>
      <w:r>
        <w:br/>
      </w:r>
      <w:r>
        <w:rPr>
          <w:sz w:val="20"/>
        </w:rPr>
        <w:t>2:05  keep straight nahin chalate aap, seedhe daurayein apni gaadi, keep straight. kyun?</w:t>
      </w:r>
      <w:r>
        <w:br/>
      </w:r>
      <w:r>
        <w:rPr>
          <w:sz w:val="20"/>
        </w:rPr>
        <w:t>2:14  is liye aap ko idhar wali idhar se aane wali gaadi se e'raaz karna hai, takraao na ho. to daily aap road par yahi karte hain</w:t>
      </w:r>
      <w:r>
        <w:br/>
      </w:r>
      <w:r>
        <w:rPr>
          <w:sz w:val="20"/>
        </w:rPr>
        <w:t>2:24  ke avoid karte hain, tab aap apni manzil par pahunch paate hain. avoid dhak rahe hain to takraao ho, accident ho, hospital bhi jaayein, kuch bhi ho jayega.</w:t>
      </w:r>
      <w:r>
        <w:br/>
      </w:r>
      <w:r>
        <w:rPr>
          <w:sz w:val="20"/>
        </w:rPr>
        <w:t>2:43  to main ne kaha ke aap ek usool jis ko jaante hain road par, usi usool ko aap zindagi mein nahin jaante.</w:t>
      </w:r>
      <w:r>
        <w:br/>
      </w:r>
      <w:r>
        <w:rPr>
          <w:sz w:val="20"/>
        </w:rPr>
        <w:t>2:55  kyun ke aap ke saamne ek car hoti hai,</w:t>
      </w:r>
      <w:r>
        <w:br/>
      </w:r>
      <w:r>
        <w:rPr>
          <w:sz w:val="20"/>
        </w:rPr>
        <w:t>3:00  insaan nahin hota bazahir. to yeh main ne kaha ke yeh sab ego ka masla hai. car mister non ego hai, to is se aap ko ego clash nahin hota.</w:t>
      </w:r>
      <w:r>
        <w:br/>
      </w:r>
      <w:r>
        <w:rPr>
          <w:sz w:val="20"/>
        </w:rPr>
        <w:t>3:13  insaan se jab maamla pada to ego clash ho jata hai.</w:t>
      </w:r>
      <w:r>
        <w:br/>
      </w:r>
      <w:r>
        <w:rPr>
          <w:sz w:val="20"/>
        </w:rPr>
        <w:t>3:17  do ego ka takraao, ek aap ka ego, ek doosre ka ego. to jab aap e'raaz nahin karna chahte to haqeeqatan aap egoist hote hain us waqt.</w:t>
      </w:r>
      <w:r>
        <w:br/>
      </w:r>
      <w:r>
        <w:rPr>
          <w:sz w:val="20"/>
        </w:rPr>
        <w:t>3:34  to aap dekhiye ke car jo hai mister non ego hai,</w:t>
      </w:r>
      <w:r>
        <w:br/>
      </w:r>
      <w:r>
        <w:rPr>
          <w:sz w:val="20"/>
        </w:rPr>
        <w:t>3:39  tab to aap ko problem nahin aata, bohat aasani se aap e'raaz karte hain.</w:t>
      </w:r>
      <w:r>
        <w:br/>
      </w:r>
      <w:r>
        <w:rPr>
          <w:sz w:val="20"/>
        </w:rPr>
        <w:t>3:46  aur jaise hi aap insaan se maamla pada to aap kehte hain ke e'raaz avoid kab tak karein? to main ne kaha ke wahi kijiye jo aap road par car mein chalte hue karte hain.</w:t>
      </w:r>
      <w:r>
        <w:br/>
      </w:r>
      <w:r>
        <w:rPr>
          <w:sz w:val="20"/>
        </w:rPr>
        <w:t>4:03  kyun ke apne jaanne se bekhabar hain aap. jis baat ko aap jaante hain road par safar ke maamle mein, usi ko aap nahin jaante insaan ke saath rehne ke maamle mein.</w:t>
      </w:r>
      <w:r>
        <w:br/>
      </w:r>
      <w:r>
        <w:rPr>
          <w:sz w:val="20"/>
        </w:rPr>
        <w:t>4:19  to yeh baat usey kehte hue mere dimaagh se ek ek naya jumla nikla jo</w:t>
      </w:r>
      <w:r>
        <w:br/>
      </w:r>
      <w:r>
        <w:rPr>
          <w:sz w:val="20"/>
        </w:rPr>
        <w:t>4:22  main pehle se mere dimaagh mein nahin tha.</w:t>
      </w:r>
      <w:r>
        <w:br/>
      </w:r>
      <w:r>
        <w:rPr>
          <w:sz w:val="20"/>
        </w:rPr>
        <w:t>4:28  woh yeh tha ke being unaware of ones awareness, being unaware of ones awareness, yaani apne jaanne se bekhabar hona.</w:t>
      </w:r>
      <w:r>
        <w:br/>
      </w:r>
      <w:r>
        <w:rPr>
          <w:sz w:val="20"/>
        </w:rPr>
        <w:t>4:44  to main sochta raha ke aakhir Allah yeh mere khwaab mein yeh lafz kyun aaya mere mind mein? ke aadmi apne jaanne se bekhabar hota hai.</w:t>
      </w:r>
    </w:p>
    <w:p>
      <w:pPr>
        <w:pStyle w:val="Heading2"/>
      </w:pPr>
      <w:r>
        <w:t>contentment vs achievement: the real path to peace</w:t>
      </w:r>
    </w:p>
    <w:p>
      <w:r>
        <w:rPr>
          <w:color w:val="666666"/>
          <w:sz w:val="18"/>
        </w:rPr>
        <w:t>My Life and Experience April 8, 2007 · 2m 52s · at 46:49 · https://youtu.be/HbJzX4PJdR8?t=2809</w:t>
      </w:r>
    </w:p>
    <w:p>
      <w:r>
        <w:rPr>
          <w:i/>
        </w:rPr>
        <w:t>“Sahi jawab yeh hai ke kuch cheezein haasil ho sakti hain”</w:t>
      </w:r>
    </w:p>
    <w:p>
      <w:r>
        <w:rPr>
          <w:sz w:val="20"/>
        </w:rPr>
        <w:t>46:49  sab isi mein hain. lekin dekhiye, yahan pe aap samajh lijeye achhe tarike se ke is ka sahi jawab kya hai?</w:t>
      </w:r>
      <w:r>
        <w:br/>
      </w:r>
      <w:r>
        <w:rPr>
          <w:sz w:val="20"/>
        </w:rPr>
        <w:t>47:00  sahi jawab kya hai?</w:t>
      </w:r>
      <w:r>
        <w:br/>
      </w:r>
      <w:r>
        <w:rPr>
          <w:sz w:val="20"/>
        </w:rPr>
        <w:t>47:02  sahi jawab yahi hai ke aap is baat ko jano ke kuch cheezein is dunya mein hasil ki ja sakti hain, kuch hasil ki ja sakti nahi hain. yeh saare log jo hain, chahe Muslim hon, non-Muslim hon, Indian hon ya American hon.</w:t>
      </w:r>
      <w:r>
        <w:br/>
      </w:r>
      <w:r>
        <w:rPr>
          <w:sz w:val="20"/>
        </w:rPr>
        <w:t>47:19  They are trying to achieve what is not achievable in this world. This leads to confusion and discontentment</w:t>
      </w:r>
      <w:r>
        <w:br/>
      </w:r>
      <w:r>
        <w:rPr>
          <w:sz w:val="20"/>
        </w:rPr>
        <w:t>47:30  . saare logon ka ek hi hai ke jo cheez hasil ki ja sakti nahi hai, usi ke peeche daurte hain. sirf contentment hi mein aap ko sukoon mil sakta hai aur kai cheezon mein nahi.</w:t>
      </w:r>
      <w:r>
        <w:br/>
      </w:r>
      <w:r>
        <w:rPr>
          <w:sz w:val="20"/>
        </w:rPr>
        <w:t>47:46  Contentment yani jo hai, us par apne aap ko qanaat kar lena. Contentment achievement mein nahi</w:t>
      </w:r>
      <w:r>
        <w:br/>
      </w:r>
      <w:r>
        <w:rPr>
          <w:sz w:val="20"/>
        </w:rPr>
        <w:t>47:57  hai. dekhiye, do lafz hain. ek achievement, ek contentment. isi do lafz ko samajh lijeye aap. ke ek yeh hai ke aap jo kuch aap ki khwahishat hain, jo kuch aap ki chahat hai, us ko aap hasil karna chahein.</w:t>
      </w:r>
      <w:r>
        <w:br/>
      </w:r>
      <w:r>
        <w:rPr>
          <w:sz w:val="20"/>
        </w:rPr>
        <w:t>48:12  yeh mumkin nahi hai. chahe aap India mein rahen, chahe America mein rahen, Europe mein rahen, kahin jayen. hasil nahi kar payen ge aap. daurte hain log yahan se wahan, wahan se wahan.</w:t>
      </w:r>
      <w:r>
        <w:br/>
      </w:r>
      <w:r>
        <w:rPr>
          <w:sz w:val="20"/>
        </w:rPr>
        <w:t>48:23  sirf is liye ke apni khwahish ko poora kar saken.</w:t>
      </w:r>
      <w:r>
        <w:br/>
      </w:r>
      <w:r>
        <w:rPr>
          <w:sz w:val="20"/>
        </w:rPr>
        <w:t>48:26  woh kabhi poori nahi hoti. na yahan hoti hai, na America mein hoti hai, na Europe mein, na kahin. to pareshan ke pareshan rehte hain phir bhi.</w:t>
      </w:r>
      <w:r>
        <w:br/>
      </w:r>
      <w:r>
        <w:rPr>
          <w:sz w:val="20"/>
        </w:rPr>
        <w:t>48:36  hum kahin India hi mein poori tarike se hum ko sukoon mila hua hai? Peace of Mind? logon ko bar bar ja kar bhi nahi milta.</w:t>
      </w:r>
      <w:r>
        <w:br/>
      </w:r>
      <w:r>
        <w:rPr>
          <w:sz w:val="20"/>
        </w:rPr>
        <w:t>48:48  to dekhiye, achhi tarah samajh lijeye ke Peace of Mind us ko mile ga jo yeh jaan le ke jo kuch hum chahte hain, woh mile ga sirf jannat mein, dunya mein nahi.</w:t>
      </w:r>
      <w:r>
        <w:br/>
      </w:r>
      <w:r>
        <w:rPr>
          <w:sz w:val="20"/>
        </w:rPr>
        <w:t>49:01  mein ne is se pehle ek misaal di thi ke farz karen mein walk karne ka bohat shauq rakhta hoon. rozana mein walk karta hoon park mein. khoob.</w:t>
      </w:r>
      <w:r>
        <w:br/>
      </w:r>
      <w:r>
        <w:rPr>
          <w:sz w:val="20"/>
        </w:rPr>
        <w:t>49:11  aur mein hawajat se safar kar raha hoon. to chahe mein first class mein hoon, tab bhi mein hawajat ke andar walk nahi kar sakta.</w:t>
      </w:r>
      <w:r>
        <w:br/>
      </w:r>
      <w:r>
        <w:rPr>
          <w:sz w:val="20"/>
        </w:rPr>
        <w:t>49:18  wahan mujhe park nahi milega, jahan mein walk kar sakoon. to kya wahan par Peace of Mind kaise milega?</w:t>
      </w:r>
      <w:r>
        <w:br/>
      </w:r>
      <w:r>
        <w:rPr>
          <w:sz w:val="20"/>
        </w:rPr>
        <w:t>49:29  yeh maan kar milega ke hawajat ke andar park nahi ho sakta. is liye hawajat ke andar mein is tarah se walk bhi nahi kar sakta. yeh duniya jo hai, aise hi hai.</w:t>
      </w:r>
    </w:p>
    <w:p>
      <w:pPr>
        <w:pStyle w:val="Heading2"/>
      </w:pPr>
      <w:r>
        <w:t>Repent and apply de-linking model</w:t>
      </w:r>
    </w:p>
    <w:p>
      <w:r>
        <w:rPr>
          <w:color w:val="666666"/>
          <w:sz w:val="18"/>
        </w:rPr>
        <w:t>Dars-e-Quran, Chapter 2, Verses 75-78 June 17, 2018 · 4m 35s · at 37:59 · https://youtu.be/2qkgyTF6bt8?t=2279</w:t>
      </w:r>
    </w:p>
    <w:p>
      <w:r>
        <w:rPr>
          <w:i/>
        </w:rPr>
        <w:t>“Is saal jo Ramadan mein i'tikaf mein logon ne Quran parha hai”</w:t>
      </w:r>
    </w:p>
    <w:p>
      <w:r>
        <w:rPr>
          <w:sz w:val="20"/>
        </w:rPr>
        <w:t>37:59  agar unhon ne is ko note tayar kiya ho to is par dobara ghor karein aur yeh sochein ke hamare jo mamlat hain, kya hum ne is par delinking model ko apply kiya hai?</w:t>
      </w:r>
      <w:r>
        <w:br/>
      </w:r>
      <w:r>
        <w:rPr>
          <w:sz w:val="20"/>
        </w:rPr>
        <w:t>38:15  hamare jo mamlat hain poori dunya mein, kya hum ne is par delinking model ko apply kiya hai? to main sochta hoon ke har aadmi ke dil kahega ke nahin, delinking model ko nahin.</w:t>
      </w:r>
      <w:r>
        <w:br/>
      </w:r>
      <w:r>
        <w:rPr>
          <w:sz w:val="20"/>
        </w:rPr>
        <w:t>38:33  to ramzan to guzar gaya, aitkaf nikal gaya, shab qadar bhi chali gayi, lekin</w:t>
      </w:r>
      <w:r>
        <w:br/>
      </w:r>
      <w:r>
        <w:rPr>
          <w:sz w:val="20"/>
        </w:rPr>
        <w:t>38:46  har gaya hua maqam dobara hasil karne ka chance baqi rehta hai. agar aap toba karein, yeh bhi toba hai, yeh bhi toba hai ke aap sochein ke dekho yeh tha quran mein ke shuru ke kay paray mein yeh yeh lesson tha,</w:t>
      </w:r>
      <w:r>
        <w:br/>
      </w:r>
      <w:r>
        <w:rPr>
          <w:sz w:val="20"/>
        </w:rPr>
        <w:t>39:16  jaisa ke maine arz kiya,</w:t>
      </w:r>
      <w:r>
        <w:br/>
      </w:r>
      <w:r>
        <w:rPr>
          <w:sz w:val="20"/>
        </w:rPr>
        <w:t>39:20  delinking model ko ikhtiyar karo. to aap jab sochein ge to lagen ge, to aap ko aaye ga ke hum se to bhool ho gayi.</w:t>
      </w:r>
      <w:r>
        <w:br/>
      </w:r>
      <w:r>
        <w:rPr>
          <w:sz w:val="20"/>
        </w:rPr>
        <w:t>39:31  to bhool ho gayi to koi nahin, aap se shuru kijiye.</w:t>
      </w:r>
      <w:r>
        <w:br/>
      </w:r>
      <w:r>
        <w:rPr>
          <w:sz w:val="20"/>
        </w:rPr>
        <w:t>39:37  kal ba'd al-ladhi asraf la taqrut rahmat Allah, Allah.</w:t>
      </w:r>
      <w:r>
        <w:br/>
      </w:r>
      <w:r>
        <w:rPr>
          <w:sz w:val="20"/>
        </w:rPr>
        <w:t>39:51  to agar hum se bhool ho gayi ke delinking model ko hum discover nahin kar sake, aur ab agar woh sahib aata hai ke yeh to bhool ho gayi,</w:t>
      </w:r>
      <w:r>
        <w:br/>
      </w:r>
      <w:r>
        <w:rPr>
          <w:sz w:val="20"/>
        </w:rPr>
        <w:t>40:06  to aap toba ka tareeqa ikhtiyar kijiye aur ab se sochein ke hum kis tarah delinking model ko apply kar sakte hain, kis tarah apply kar sakte hain.</w:t>
      </w:r>
      <w:r>
        <w:br/>
      </w:r>
      <w:r>
        <w:rPr>
          <w:sz w:val="20"/>
        </w:rPr>
        <w:t>40:23  isi liye main bohat zyada zor deta hoon hate khatam karne par. hate khatam karo, kyunke jab hate rehti hai to aadmi blind ho jata hai,</w:t>
      </w:r>
      <w:r>
        <w:br/>
      </w:r>
      <w:r>
        <w:rPr>
          <w:sz w:val="20"/>
        </w:rPr>
        <w:t>40:36  baat ko pakad nahin pata.</w:t>
      </w:r>
      <w:r>
        <w:br/>
      </w:r>
      <w:r>
        <w:rPr>
          <w:sz w:val="20"/>
        </w:rPr>
        <w:t>40:42  jab aap ke andar hate aa jaye gi to aap pakad nahin paein ge.</w:t>
      </w:r>
      <w:r>
        <w:br/>
      </w:r>
      <w:r>
        <w:rPr>
          <w:sz w:val="20"/>
        </w:rPr>
        <w:t>40:50  to khulasa yeh hai ke waqt kabhi khoya nahin jata, hamesha hum is ko lauta sakte hain toba ke zariye se, rujoo ila Allah ke zariye se.</w:t>
      </w:r>
      <w:r>
        <w:br/>
      </w:r>
      <w:r>
        <w:rPr>
          <w:sz w:val="20"/>
        </w:rPr>
        <w:t>41:07  toba ka jo concept hai Islam mein, is ka matlab yahi hai.</w:t>
      </w:r>
      <w:r>
        <w:br/>
      </w:r>
      <w:r>
        <w:rPr>
          <w:sz w:val="20"/>
        </w:rPr>
        <w:t>41:14  toba aur rujoo ila Allah ka jo concept hai, is ka matlab yahi hai ke waqt momin ke liye waqt kabhi khoya nahin jata, hamesha mauqa rehta hai ke woh rujoo kare, toba kare aur</w:t>
      </w:r>
      <w:r>
        <w:br/>
      </w:r>
      <w:r>
        <w:rPr>
          <w:sz w:val="20"/>
        </w:rPr>
        <w:t>41:31  waqt ko dobara istemal kare, mazi ki ghalti ko haal mein repeat na kare.</w:t>
      </w:r>
      <w:r>
        <w:br/>
      </w:r>
      <w:r>
        <w:rPr>
          <w:sz w:val="20"/>
        </w:rPr>
        <w:t>41:47  to yeh baat kal zyada wazeh taur par us waqt aayi ke rasool Allah ka uswa hasna jo tha, kyunke dekhiye, uswa hasna to ek bazahir weak lafz hai,</w:t>
      </w:r>
      <w:r>
        <w:br/>
      </w:r>
      <w:r>
        <w:rPr>
          <w:sz w:val="20"/>
        </w:rPr>
        <w:t>42:04  to us uswa hasna mutayyan taur par kya hai, specific taur par kya hai, woh yahi hai ke delinking model ko ikhtiyar karna.</w:t>
      </w:r>
      <w:r>
        <w:br/>
      </w:r>
      <w:r>
        <w:rPr>
          <w:sz w:val="20"/>
        </w:rPr>
        <w:t>42:17  main dua karta hoon ke Allah taala mujh ko aur aap ko tofeeq de ke hum rasool Allah ke uswa ko jaanein aur us ko apnayein apni zindagi mein, apni qaumi zindagi mein.</w:t>
      </w:r>
    </w:p>
    <w:p>
      <w:pPr>
        <w:pStyle w:val="Heading2"/>
      </w:pPr>
      <w:r>
        <w:t>Muslims have lost identity as witnesses</w:t>
      </w:r>
    </w:p>
    <w:p>
      <w:r>
        <w:rPr>
          <w:color w:val="666666"/>
          <w:sz w:val="18"/>
        </w:rPr>
        <w:t>From The Spiritual Tree May 30, 2007 · 1m 22s · at 6:14 · https://youtu.be/vGj_dsCMv-M?t=374</w:t>
      </w:r>
    </w:p>
    <w:p>
      <w:r>
        <w:rPr>
          <w:i/>
        </w:rPr>
        <w:t>“They have to bear witness before people.”</w:t>
      </w:r>
    </w:p>
    <w:p>
      <w:r>
        <w:rPr>
          <w:sz w:val="20"/>
        </w:rPr>
        <w:t>6:14  They have to bear witness before people. But Muslims have forgotten their identity.</w:t>
      </w:r>
      <w:r>
        <w:br/>
      </w:r>
      <w:r>
        <w:rPr>
          <w:sz w:val="20"/>
        </w:rPr>
        <w:t>6:27  They have lost, L-O-S-T lost, the sense of their duty.</w:t>
      </w:r>
      <w:r>
        <w:br/>
      </w:r>
      <w:r>
        <w:rPr>
          <w:sz w:val="20"/>
        </w:rPr>
        <w:t>6:41  It is a very dangerous situation.</w:t>
      </w:r>
      <w:r>
        <w:br/>
      </w:r>
      <w:r>
        <w:rPr>
          <w:sz w:val="20"/>
        </w:rPr>
        <w:t>6:46  At present, Muslims are living as a group, as a cultural group.</w:t>
      </w:r>
      <w:r>
        <w:br/>
      </w:r>
      <w:r>
        <w:rPr>
          <w:sz w:val="20"/>
        </w:rPr>
        <w:t>7:02  Their thinking is cultural thinking. Their targets are cultural targets. Their problems are cultural problems.</w:t>
      </w:r>
      <w:r>
        <w:br/>
      </w:r>
      <w:r>
        <w:rPr>
          <w:sz w:val="20"/>
        </w:rPr>
        <w:t>7:19  They are living as a cultural group rather than</w:t>
      </w:r>
      <w:r>
        <w:br/>
      </w:r>
      <w:r>
        <w:rPr>
          <w:sz w:val="20"/>
        </w:rPr>
        <w:t>7:25  a group of mission. This is a very dangerous situation.</w:t>
      </w:r>
    </w:p>
    <w:p>
      <w:pPr>
        <w:pStyle w:val="Heading2"/>
      </w:pPr>
      <w:r>
        <w:t>breakfast gift story shows God caring for the humble</w:t>
      </w:r>
    </w:p>
    <w:p>
      <w:r>
        <w:rPr>
          <w:color w:val="666666"/>
          <w:sz w:val="18"/>
        </w:rPr>
        <w:t>Love of God, May 03, 2009 · 2m 32s · at 44:55 · https://youtu.be/wGde_cOIw9Q?t=2695</w:t>
      </w:r>
    </w:p>
    <w:p>
      <w:r>
        <w:rPr>
          <w:i/>
        </w:rPr>
        <w:t>“Aaj subah telephone aaya Mrs Batra ka”</w:t>
      </w:r>
    </w:p>
    <w:p>
      <w:r>
        <w:rPr>
          <w:sz w:val="20"/>
        </w:rPr>
        <w:t>44:55  mein aaj aap ko aaj ka apna, Allah taala ki mere sath rabt hai ke mein rozana is tarah ki cheezein mujhe daryaft hoti rehti hain. aaj mein batata hoon kya hua mere sath.</w:t>
      </w:r>
      <w:r>
        <w:br/>
      </w:r>
      <w:r>
        <w:rPr>
          <w:sz w:val="20"/>
        </w:rPr>
        <w:t>45:06  aaj subah telephone aaya Mrs. Batra ka. Mrs. Batra jo rehti hain Asia Colony mein. Mrs. Batra ka telephone aaya.</w:t>
      </w:r>
      <w:r>
        <w:br/>
      </w:r>
      <w:r>
        <w:rPr>
          <w:sz w:val="20"/>
        </w:rPr>
        <w:t>45:18  unhone kaha ke saharanpur aap gaye the to akhbaron mein chhapa hai</w:t>
      </w:r>
      <w:r>
        <w:br/>
      </w:r>
      <w:r>
        <w:rPr>
          <w:sz w:val="20"/>
        </w:rPr>
        <w:t>45:23  iska. woh main ne parha to unhone kaha ke aap breakfast lete hain? main breakfast aap ke liye bhejna chahti hoon.</w:t>
      </w:r>
      <w:r>
        <w:br/>
      </w:r>
      <w:r>
        <w:rPr>
          <w:sz w:val="20"/>
        </w:rPr>
        <w:t>45:35  to main ne telephone de diya apni beti ko. unhone baat ki. unhone kaha ke bhai jawab jawab chahiye bhejeye, jaisa aap chahein waisa kar lijiye.</w:t>
      </w:r>
      <w:r>
        <w:br/>
      </w:r>
      <w:r>
        <w:rPr>
          <w:sz w:val="20"/>
        </w:rPr>
        <w:t>45:47  to khair, unka paas se breakfast aaya.</w:t>
      </w:r>
      <w:r>
        <w:br/>
      </w:r>
      <w:r>
        <w:rPr>
          <w:sz w:val="20"/>
        </w:rPr>
        <w:t>45:51  jab breakfast mere samne rakha gaya to jante hain mera kya haal hua .</w:t>
      </w:r>
      <w:r>
        <w:br/>
      </w:r>
      <w:r>
        <w:rPr>
          <w:sz w:val="20"/>
        </w:rPr>
        <w:t>45:58  main be ikhtiyar rone laga.</w:t>
      </w:r>
      <w:r>
        <w:br/>
      </w:r>
      <w:r>
        <w:rPr>
          <w:sz w:val="20"/>
        </w:rPr>
        <w:t>46:05  mujhe aisa laga jaise ke khuda ne dekha ke ek insan jo ajiz hai, kamzor hai,</w:t>
      </w:r>
      <w:r>
        <w:br/>
      </w:r>
      <w:r>
        <w:rPr>
          <w:sz w:val="20"/>
        </w:rPr>
        <w:t>46:13  koi taqat jis ke paas nahin hai.</w:t>
      </w:r>
      <w:r>
        <w:br/>
      </w:r>
      <w:r>
        <w:rPr>
          <w:sz w:val="20"/>
        </w:rPr>
        <w:t>46:16  khuda ne farishton se kaha ke dekho, mere ek ajiz bande wohan par hai, jao us ko breakfast ko pohncha do. us ko woh koi do chaye ki piyali bhen nahin bana sakta.</w:t>
      </w:r>
      <w:r>
        <w:br/>
      </w:r>
      <w:r>
        <w:rPr>
          <w:sz w:val="20"/>
        </w:rPr>
        <w:t>46:28  chaye ki ek piyali banane ki bhi taqat us ke andar nahin hai. ek roti bhen nahin paka sakta. woh gehoon ka ek dana bhen nahin ugga sakta. woh</w:t>
      </w:r>
      <w:r>
        <w:br/>
      </w:r>
      <w:r>
        <w:rPr>
          <w:sz w:val="20"/>
        </w:rPr>
        <w:t>46:41  to farishton se us ne kaha ke aye mere farishton, le jao us ajiz bande ke paas</w:t>
      </w:r>
      <w:r>
        <w:br/>
      </w:r>
      <w:r>
        <w:rPr>
          <w:sz w:val="20"/>
        </w:rPr>
        <w:t>46:46  , meri taraf se nazar man manghoor raheem us ko pohncha do. to main ne kaha, khuda ya tune mere ajiz bande ke sath yeh muamla dunya mein kiya hai, aise hi mere sath to akhirat mein bhi muamla farma.</w:t>
      </w:r>
      <w:r>
        <w:br/>
      </w:r>
      <w:r>
        <w:rPr>
          <w:sz w:val="20"/>
        </w:rPr>
        <w:t>47:01  main yahan bhi ajiz tha, wohan bhi ajiz rahoon ga.</w:t>
      </w:r>
      <w:r>
        <w:br/>
      </w:r>
      <w:r>
        <w:rPr>
          <w:sz w:val="20"/>
        </w:rPr>
        <w:t>47:06  mere ishq par to koi ram aya, to ne apni taraf se mere liye khane khana bhi bhej diya.</w:t>
      </w:r>
      <w:r>
        <w:br/>
      </w:r>
      <w:r>
        <w:rPr>
          <w:sz w:val="20"/>
        </w:rPr>
        <w:t>47:13  isi tarah ajiz main hoon ga akhirat mein, to wohan par bhi to mere liye isi tarah se intezam farma de.</w:t>
      </w:r>
    </w:p>
    <w:p>
      <w:pPr>
        <w:pStyle w:val="Heading2"/>
      </w:pPr>
      <w:r>
        <w:t>Abel's reply to his killer: I fear Allah</w:t>
      </w:r>
    </w:p>
    <w:p>
      <w:r>
        <w:rPr>
          <w:color w:val="666666"/>
          <w:sz w:val="18"/>
        </w:rPr>
        <w:t>Islam A Religion of Peace January 8, 2007 Maulana Wahiduddin Khan · 1m 12s · at 5:29 · https://youtu.be/N1-IgG2ycKw?t=329</w:t>
      </w:r>
    </w:p>
    <w:p>
      <w:r>
        <w:rPr>
          <w:i/>
        </w:rPr>
        <w:t>“Quran mein dialogue aaya hai Qabil aur Habil ka.”</w:t>
      </w:r>
    </w:p>
    <w:p>
      <w:r>
        <w:rPr>
          <w:sz w:val="20"/>
        </w:rPr>
        <w:t>5:29  to yahan par jo sabak hai woh yeh hai ke quran mein dialogue aaya hai qabil aur habel ka ke jab dono mein controversy hui,</w:t>
      </w:r>
      <w:r>
        <w:br/>
      </w:r>
      <w:r>
        <w:rPr>
          <w:sz w:val="20"/>
        </w:rPr>
        <w:t>5:43  dono ke zuban bohat difference aa gaya. yahan tak ke ek ne keh diya doosre se ke mein tum ko maar dalunga. to doosra kya kehta hai?</w:t>
      </w:r>
      <w:r>
        <w:br/>
      </w:r>
      <w:r>
        <w:rPr>
          <w:sz w:val="20"/>
        </w:rPr>
        <w:t>5:57  yani qatil ne to yeh keh diya ke mein tum ko maar dalunga, lekin maqtool kya kehta hai marne se pehle? us ne kaha ke: "laim bastidak li taqtulani".</w:t>
      </w:r>
      <w:r>
        <w:br/>
      </w:r>
      <w:r>
        <w:rPr>
          <w:sz w:val="20"/>
        </w:rPr>
        <w:t>6:12  ma'ni babasti: "yadi ala iqtulak". inni akhafu Allah rab al-alamin.</w:t>
      </w:r>
      <w:r>
        <w:br/>
      </w:r>
      <w:r>
        <w:rPr>
          <w:sz w:val="20"/>
        </w:rPr>
        <w:t>6:24  yani agar tum apna hath badhao mujhe marne ke liye to mein apna hath nahi badhaunga tum ko marne ke liye.</w:t>
      </w:r>
      <w:r>
        <w:br/>
      </w:r>
      <w:r>
        <w:rPr>
          <w:sz w:val="20"/>
        </w:rPr>
        <w:t>6:36  mein Allah se darta hoon.</w:t>
      </w:r>
    </w:p>
    <w:p>
      <w:pPr>
        <w:pStyle w:val="Heading2"/>
      </w:pPr>
      <w:r>
        <w:t>The boy who sat backward and said 'me not'</w:t>
      </w:r>
    </w:p>
    <w:p>
      <w:r>
        <w:rPr>
          <w:color w:val="666666"/>
          <w:sz w:val="18"/>
        </w:rPr>
        <w:t>Is Islam in Danger, January 10, 2007 · 2m 48s · at 36:25 · https://youtu.be/1vrUjeA7508?t=2185</w:t>
      </w:r>
    </w:p>
    <w:p>
      <w:r>
        <w:rPr>
          <w:i/>
        </w:rPr>
        <w:t>“ایک بہت ہی دلچسپ کہانی میں عرض کروں گا آپ کو”</w:t>
      </w:r>
    </w:p>
    <w:p>
      <w:r>
        <w:rPr>
          <w:sz w:val="20"/>
        </w:rPr>
        <w:t>36:25  ek bahut hi dilchasp kahani main arz karunga aap ko. bab bedos mein. ek bar main gaya. bab bedos ek bahut hi khoobsurat jazeera hai.</w:t>
      </w:r>
      <w:r>
        <w:br/>
      </w:r>
      <w:r>
        <w:rPr>
          <w:sz w:val="20"/>
        </w:rPr>
        <w:t>36:40  to wahan musalman bhi hain. kuch. to unhon ne musalmanon ne ek jalsa rakha, ek meeting rakhi.</w:t>
      </w:r>
      <w:r>
        <w:br/>
      </w:r>
      <w:r>
        <w:rPr>
          <w:sz w:val="20"/>
        </w:rPr>
        <w:t>36:52  is mein mujhe adakar karna tha.</w:t>
      </w:r>
      <w:r>
        <w:br/>
      </w:r>
      <w:r>
        <w:rPr>
          <w:sz w:val="20"/>
        </w:rPr>
        <w:t>36:56  to main gaya. ek kursi thi wahan main baitha hua tha aur log ekatha the.</w:t>
      </w:r>
      <w:r>
        <w:br/>
      </w:r>
      <w:r>
        <w:rPr>
          <w:sz w:val="20"/>
        </w:rPr>
        <w:t>37:05  to main ne dekha ke ek ladka aata hai. apne baap ke sath. aur woh gate par baith jata hai woh.</w:t>
      </w:r>
      <w:r>
        <w:br/>
      </w:r>
      <w:r>
        <w:rPr>
          <w:sz w:val="20"/>
        </w:rPr>
        <w:t>37:14  baap ko kehta hai andar chalo. woh jata nahi. baith jata hai. baithta kaise hai? idhar munh kar ke. yani main yahan baitha hoon.</w:t>
      </w:r>
      <w:r>
        <w:br/>
      </w:r>
      <w:r>
        <w:rPr>
          <w:sz w:val="20"/>
        </w:rPr>
        <w:t>37:24  woh gate par baitha hua hai. munh uska idhar hai. us ki peeth meri taraf hai. meri taraf peeth kar ke hai, munh doosri taraf kar ke baith gaya woh.</w:t>
      </w:r>
      <w:r>
        <w:br/>
      </w:r>
      <w:r>
        <w:rPr>
          <w:sz w:val="20"/>
        </w:rPr>
        <w:t>37:34  to main ne kisi se poocha ke bhai yeh kya hai? yeh kya mamla hai? to unhon ne kaha ke woh ladka jo hai baap ne kaha ke chalo molana sahib aaye hain tum bhi kuch baat suno.</w:t>
      </w:r>
      <w:r>
        <w:br/>
      </w:r>
      <w:r>
        <w:rPr>
          <w:sz w:val="20"/>
        </w:rPr>
        <w:t>37:46  to us ne kaha kya? Me not. Me not.</w:t>
      </w:r>
      <w:r>
        <w:br/>
      </w:r>
      <w:r>
        <w:rPr>
          <w:sz w:val="20"/>
        </w:rPr>
        <w:t>37:55  bahut hi aam uska yeh.</w:t>
      </w:r>
      <w:r>
        <w:br/>
      </w:r>
      <w:r>
        <w:rPr>
          <w:sz w:val="20"/>
        </w:rPr>
        <w:t>37:59  jawab tha ke me not. mere liye sab cheezein nahi hain. jao tum suno</w:t>
      </w:r>
      <w:r>
        <w:br/>
      </w:r>
      <w:r>
        <w:rPr>
          <w:sz w:val="20"/>
        </w:rPr>
        <w:t>38:04  mujhe ko is se koi matlab nahin hai. tumhare islam se mujhe koi lena dena nahin hai. woh islam par bolenge to mujhe islam par sunna bhi nahin hai.</w:t>
      </w:r>
      <w:r>
        <w:br/>
      </w:r>
      <w:r>
        <w:rPr>
          <w:sz w:val="20"/>
        </w:rPr>
        <w:t>38:17  me not. to poori poori nai nasl keh rahi hai ke me not.</w:t>
      </w:r>
      <w:r>
        <w:br/>
      </w:r>
      <w:r>
        <w:rPr>
          <w:sz w:val="20"/>
        </w:rPr>
        <w:t>38:23  hamare woh log jo pichhle riwayat mein pale badhe. jin ke baal safed ho gaye hain. to pichhle zamane mein pale badhe.</w:t>
      </w:r>
      <w:r>
        <w:br/>
      </w:r>
      <w:r>
        <w:rPr>
          <w:sz w:val="20"/>
        </w:rPr>
        <w:t>38:33  to un ke andar islam se mohabbat hai. islam ko apna mazhab samajhte hain woh. lekin jo nai nasl hai. woh India se le kar America, Europe tak kehti hai me not.</w:t>
      </w:r>
      <w:r>
        <w:br/>
      </w:r>
      <w:r>
        <w:rPr>
          <w:sz w:val="20"/>
        </w:rPr>
        <w:t>38:46  yeh tumhara mazhab mere liye nahin hai.</w:t>
      </w:r>
      <w:r>
        <w:br/>
      </w:r>
      <w:r>
        <w:rPr>
          <w:sz w:val="20"/>
        </w:rPr>
        <w:t>38:50  saare log pareshan hain.</w:t>
      </w:r>
      <w:r>
        <w:br/>
      </w:r>
      <w:r>
        <w:rPr>
          <w:sz w:val="20"/>
        </w:rPr>
        <w:t>38:53  isi ko woh kehte hain ke islam khatre mein hai. muslim ummah khatre mein hai. muslim army khatre mein hai.</w:t>
      </w:r>
      <w:r>
        <w:br/>
      </w:r>
      <w:r>
        <w:rPr>
          <w:sz w:val="20"/>
        </w:rPr>
        <w:t>39:02  khatre mein kaun hai? islam nahin hai. maine is pe bohat socha ke woh jo kehta hai ke me not is ka kya matlab hai?</w:t>
      </w:r>
    </w:p>
    <w:p>
      <w:pPr>
        <w:pStyle w:val="Heading2"/>
      </w:pPr>
      <w:r>
        <w:t>Visualize paradise to understand Quran</w:t>
      </w:r>
    </w:p>
    <w:p>
      <w:r>
        <w:rPr>
          <w:color w:val="666666"/>
          <w:sz w:val="18"/>
        </w:rPr>
        <w:t>Ramadan and Roza 5th August, 2012 Maulana Wahiduddin Khan · 2m 43s · at 19:28 · https://youtu.be/EVCudm_mwp0?t=1168</w:t>
      </w:r>
    </w:p>
    <w:p>
      <w:r>
        <w:rPr>
          <w:i/>
        </w:rPr>
        <w:t>“Quran ki ek aayat par main soch raha tha”</w:t>
      </w:r>
    </w:p>
    <w:p>
      <w:r>
        <w:rPr>
          <w:sz w:val="20"/>
        </w:rPr>
        <w:t>19:28  nahin to ghor o fikr jaagta hi nahin. ab dekhiye, main</w:t>
      </w:r>
      <w:r>
        <w:br/>
      </w:r>
      <w:r>
        <w:rPr>
          <w:sz w:val="20"/>
        </w:rPr>
        <w:t>19:31  abhi chand din ki baat hai, quran ki ek aayat par main soch raha tha. quran mein hai ke</w:t>
      </w:r>
      <w:r>
        <w:br/>
      </w:r>
      <w:r>
        <w:rPr>
          <w:sz w:val="20"/>
        </w:rPr>
        <w:t>19:41  yatakhalal jannat al-rifal tafseeron mein likha hua hai ke iska tarjuma yeh hai ke jannat mein dakhil karega un logon ko jinhein jannat ki pehchan kara di hai.</w:t>
      </w:r>
      <w:r>
        <w:br/>
      </w:r>
      <w:r>
        <w:rPr>
          <w:sz w:val="20"/>
        </w:rPr>
        <w:t>19:56  pehchan</w:t>
      </w:r>
      <w:r>
        <w:br/>
      </w:r>
      <w:r>
        <w:rPr>
          <w:sz w:val="20"/>
        </w:rPr>
        <w:t>19:59  to haan, tafseeron mein likha hua hai, likha hai ke jannat ke bare mein jo aayaten aayi hain, woh is se murad wahi lete hain ke jannat mein mewa hoga, phal hoga,</w:t>
      </w:r>
      <w:r>
        <w:br/>
      </w:r>
      <w:r>
        <w:rPr>
          <w:sz w:val="20"/>
        </w:rPr>
        <w:t>20:13  aur wahan par</w:t>
      </w:r>
      <w:r>
        <w:br/>
      </w:r>
      <w:r>
        <w:rPr>
          <w:sz w:val="20"/>
        </w:rPr>
        <w:t>20:15  mahal honge, wahan baghat honge. yeh bata diya gaya. to maine socha ke agar yeh matlab hota hai iska to al-rifaq ka lafz na hota, phir hota ke akhbirah yaani atkhallal jannat akhbirah</w:t>
      </w:r>
      <w:r>
        <w:br/>
      </w:r>
      <w:r>
        <w:rPr>
          <w:sz w:val="20"/>
        </w:rPr>
        <w:t>20:34  yaani jin ki khabar kar di hai. lekin wahan lafz hai al-raf'a, al-raf'a ke maani hote hain pehchan kara diya hai. to is par main ghor karne laga to ek bahut badi baat samajh mein aayi.</w:t>
      </w:r>
      <w:r>
        <w:br/>
      </w:r>
      <w:r>
        <w:rPr>
          <w:sz w:val="20"/>
        </w:rPr>
        <w:t>20:51  maine socha ke is aayat mein yeh bataya gaya hai</w:t>
      </w:r>
      <w:r>
        <w:br/>
      </w:r>
      <w:r>
        <w:rPr>
          <w:sz w:val="20"/>
        </w:rPr>
        <w:t>20:56  ke jannat un logon ke liye hai jo jannat ke itne zyada mushtaq, itne zyada haris ban jayein ke is ko isi duniya mein woh visualize karne lagien.</w:t>
      </w:r>
      <w:r>
        <w:br/>
      </w:r>
      <w:r>
        <w:rPr>
          <w:sz w:val="20"/>
        </w:rPr>
        <w:t>21:12  visualize karne lagien.</w:t>
      </w:r>
      <w:r>
        <w:br/>
      </w:r>
      <w:r>
        <w:rPr>
          <w:sz w:val="20"/>
        </w:rPr>
        <w:t>21:16  jaise aap ka koi aziz hai, koi rishtedar hai, aap ka koi beta, beti hai, aap is ko bahut zyada, bahut zyada ta'alluq aap ko hai to is ko aap visualize karne lagte hain.</w:t>
      </w:r>
      <w:r>
        <w:br/>
      </w:r>
      <w:r>
        <w:rPr>
          <w:sz w:val="20"/>
        </w:rPr>
        <w:t>21:29  to woh matlab hai iska ke duniya mein zindagi guzarte hue aap ko jannat ki jhalakiyan dikhai dein.</w:t>
      </w:r>
      <w:r>
        <w:br/>
      </w:r>
      <w:r>
        <w:rPr>
          <w:sz w:val="20"/>
        </w:rPr>
        <w:t>21:39  jannat ke yaani peshgi taur par aap jannat se ab mutaarif hone lagien. ya angrezi mein jo lafz hai visualize karna, main samajhta hoon ke bahut sahi lafz hai is ke liye ke isi duniya mein jab jab aap ko bahut zyada</w:t>
      </w:r>
      <w:r>
        <w:br/>
      </w:r>
      <w:r>
        <w:rPr>
          <w:sz w:val="20"/>
        </w:rPr>
        <w:t>21:57  ta'alluq ho ho jaye jannat se, bahut zyada sote hain, sochein aap jannat ke bare mein. to to kya hota hai ke jannat ko aap visualize karne lagte hain.</w:t>
      </w:r>
    </w:p>
    <w:p>
      <w:pPr>
        <w:pStyle w:val="Heading2"/>
      </w:pPr>
      <w:r>
        <w:t>Maulana's own confession of losing deep remembrance</w:t>
      </w:r>
    </w:p>
    <w:p>
      <w:r>
        <w:rPr>
          <w:color w:val="666666"/>
          <w:sz w:val="18"/>
        </w:rPr>
        <w:t>Love of God October 04, 2009 · 55s · at 17:33 · https://youtu.be/JKCfgvpoX5s?t=1053</w:t>
      </w:r>
    </w:p>
    <w:p>
      <w:r>
        <w:rPr>
          <w:i/>
        </w:rPr>
        <w:t>“دو تین دن سے مجھے اللہ کی گہری یاد نہیں آ رہی تھی”</w:t>
      </w:r>
    </w:p>
    <w:p>
      <w:r>
        <w:rPr>
          <w:sz w:val="20"/>
        </w:rPr>
        <w:t>17:33  mein apnay baray mein batata hoon, do teen din se mein Allah ki tarah ki gehri yaad nahi aa rahi thi, gehri yaad nahi aa rahi thi.</w:t>
      </w:r>
      <w:r>
        <w:br/>
      </w:r>
      <w:r>
        <w:rPr>
          <w:sz w:val="20"/>
        </w:rPr>
        <w:t>17:44  mein bohat pareshan tha,</w:t>
      </w:r>
      <w:r>
        <w:br/>
      </w:r>
      <w:r>
        <w:rPr>
          <w:sz w:val="20"/>
        </w:rPr>
        <w:t>17:48  woh ayat jo dil ko tarpaye, jo aankhon se aansu bhar ke bahay, woh yaad. to aaj subah mein utha, fajar se pehlay mein ne namaz parhi,</w:t>
      </w:r>
      <w:r>
        <w:br/>
      </w:r>
      <w:r>
        <w:rPr>
          <w:sz w:val="20"/>
        </w:rPr>
        <w:t>18:01  mein ne kaha: "Ae Khudaaya!</w:t>
      </w:r>
      <w:r>
        <w:br/>
      </w:r>
      <w:r>
        <w:rPr>
          <w:sz w:val="20"/>
        </w:rPr>
        <w:t>18:03  kya tu mujhe chhod dega?</w:t>
      </w:r>
      <w:r>
        <w:br/>
      </w:r>
      <w:r>
        <w:rPr>
          <w:sz w:val="20"/>
        </w:rPr>
        <w:t>18:18  to phir woh wapas aa gaya, woh kaifiyat phir wapas aa gai.</w:t>
      </w:r>
    </w:p>
    <w:p>
      <w:pPr>
        <w:pStyle w:val="Heading2"/>
      </w:pPr>
      <w:r>
        <w:t>positive spiritual tension vs harmful material tension</w:t>
      </w:r>
    </w:p>
    <w:p>
      <w:r>
        <w:rPr>
          <w:color w:val="666666"/>
          <w:sz w:val="18"/>
        </w:rPr>
        <w:t>One Can See God March 4, 2007 · 2m 15s · at 1:10:29 · https://youtu.be/Xm14mPW0HJI?t=4229</w:t>
      </w:r>
    </w:p>
    <w:p>
      <w:r>
        <w:rPr>
          <w:i/>
        </w:rPr>
        <w:t>“ایک ہوتا ہے نیگیٹیو ٹینشن ایک ہوتا ہے پازیٹیو ٹینشن۔”</w:t>
      </w:r>
    </w:p>
    <w:p>
      <w:r>
        <w:rPr>
          <w:sz w:val="20"/>
        </w:rPr>
        <w:t>1:10:29  dekhen ek hota hai negative tension ek hota hai positive tension. yaad rakhiye. yani spirituality mein bhi tension aate hain.</w:t>
      </w:r>
      <w:r>
        <w:br/>
      </w:r>
      <w:r>
        <w:rPr>
          <w:sz w:val="20"/>
        </w:rPr>
        <w:t>1:10:41  aur materialism mein bhi tension aate hain. main samajhta hoon ke positive tension jo hai. woh harmful nahi hai. woh aap ke development ko badhata hai.</w:t>
      </w:r>
      <w:r>
        <w:br/>
      </w:r>
      <w:r>
        <w:rPr>
          <w:sz w:val="20"/>
        </w:rPr>
        <w:t>1:10:54  material cheezon ko le kar jo tension hota hai. wahi harmful hai.</w:t>
      </w:r>
      <w:r>
        <w:br/>
      </w:r>
      <w:r>
        <w:rPr>
          <w:sz w:val="20"/>
        </w:rPr>
        <w:t>1:10:59  matlab job ka tension. aur janab land ka tension property ka tension. paise ka tension. kapde ka tension shopping ka outing ka tension.</w:t>
      </w:r>
      <w:r>
        <w:br/>
      </w:r>
      <w:r>
        <w:rPr>
          <w:sz w:val="20"/>
        </w:rPr>
        <w:t>1:11:09  isi yahi yeh yeh hai negative tension. yahi harmful hai. baqi spirituality ka jo tension hai maslan aap ko agar yeh ho. ke sari duniya mein log mar rahe hain.</w:t>
      </w:r>
      <w:r>
        <w:br/>
      </w:r>
      <w:r>
        <w:rPr>
          <w:sz w:val="20"/>
        </w:rPr>
        <w:t>1:11:20  main aksar sochta hoon to main behataasha rone lagta hoon ke sare log mar rahe hain. aur main unko pata nahi paya.</w:t>
      </w:r>
      <w:r>
        <w:br/>
      </w:r>
      <w:r>
        <w:rPr>
          <w:sz w:val="20"/>
        </w:rPr>
        <w:t>1:11:28  kuch nahi bata paya woh. ke marne ke baad kya hai. kuch nahi bata paya. to yeh bhi ek tension hai.</w:t>
      </w:r>
      <w:r>
        <w:br/>
      </w:r>
      <w:r>
        <w:rPr>
          <w:sz w:val="20"/>
        </w:rPr>
        <w:t>1:11:40  kitne saal mar rahe hain chale ja rahe hain mar rahe hain chale ja rahe hain. aur mujh se door ho rahe hain. abhi is is se pehle ke main bata bata deta hoon unko.</w:t>
      </w:r>
      <w:r>
        <w:br/>
      </w:r>
      <w:r>
        <w:rPr>
          <w:sz w:val="20"/>
        </w:rPr>
        <w:t>1:11:50  duniya se chale gaye woh. to yeh hai spiritual tension ya positive tension. yeh harmful nahi hai.</w:t>
      </w:r>
      <w:r>
        <w:br/>
      </w:r>
      <w:r>
        <w:rPr>
          <w:sz w:val="20"/>
        </w:rPr>
        <w:t>1:11:58  lekin duniya ki cheezon ko le kar ke unhon ne yeh keh diya unhon ne woh keh diya. bas is yeh jo hai. yeh jo tension hai. har ghar mein yeh unhon ne yeh keh diya unhon ne woh keh diya.</w:t>
      </w:r>
      <w:r>
        <w:br/>
      </w:r>
      <w:r>
        <w:rPr>
          <w:sz w:val="20"/>
        </w:rPr>
        <w:t>1:12:09  isi ka tension liye rehte hain log. main to kuch sochta bhi nahi kisi ne kya keh diya. kuch bhi kehta nahi koi. abhi aaj Maulana Rizwan Sahab parcha laye the us ne mujhe bohat bura bhala kaha tha.</w:t>
      </w:r>
      <w:r>
        <w:br/>
      </w:r>
      <w:r>
        <w:rPr>
          <w:sz w:val="20"/>
        </w:rPr>
        <w:t>1:12:20  main ne kaha dekhen mujhe mujhe sunna bhi nahi hai. mere khayal se yahudiyon ka agent likha hoga is mein. yeh ji haan</w:t>
      </w:r>
      <w:r>
        <w:br/>
      </w:r>
      <w:r>
        <w:rPr>
          <w:sz w:val="20"/>
        </w:rPr>
        <w:t>1:12:28  batayi. yahudiyon ka agent. main meri koi pareshani nahi hai is waqt. koi pareshani nahi hoti. to positive tension bura nahi hai.</w:t>
      </w:r>
      <w:r>
        <w:br/>
      </w:r>
      <w:r>
        <w:rPr>
          <w:sz w:val="20"/>
        </w:rPr>
        <w:t>1:12:39  negative tension bura hai.</w:t>
      </w:r>
    </w:p>
    <w:p>
      <w:pPr>
        <w:pStyle w:val="Heading2"/>
      </w:pPr>
      <w:r>
        <w:t>Two centuries of armed jihad failed</w:t>
      </w:r>
    </w:p>
    <w:p>
      <w:r>
        <w:rPr>
          <w:color w:val="666666"/>
          <w:sz w:val="18"/>
        </w:rPr>
        <w:t>Islam in the Changing World August 6, 2007 · 1m 50s · at 15:00 · https://youtu.be/lEhH4VDLSFY?t=900</w:t>
      </w:r>
    </w:p>
    <w:p>
      <w:r>
        <w:rPr>
          <w:i/>
        </w:rPr>
        <w:t>“Two hundred years of armed struggle, two hundred years of violent jihad failed completely.”</w:t>
      </w:r>
    </w:p>
    <w:p>
      <w:r>
        <w:rPr>
          <w:sz w:val="20"/>
        </w:rPr>
        <w:t>15:00  So they failed. Two hundred years of armed struggle, two hundred years of violent jihad failed completely.</w:t>
      </w:r>
      <w:r>
        <w:br/>
      </w:r>
      <w:r>
        <w:rPr>
          <w:sz w:val="20"/>
        </w:rPr>
        <w:t>15:18  Now Muslims are living in frustration.</w:t>
      </w:r>
      <w:r>
        <w:br/>
      </w:r>
      <w:r>
        <w:rPr>
          <w:sz w:val="20"/>
        </w:rPr>
        <w:t>15:29  They don't know what to do.</w:t>
      </w:r>
      <w:r>
        <w:br/>
      </w:r>
      <w:r>
        <w:rPr>
          <w:sz w:val="20"/>
        </w:rPr>
        <w:t>15:34  According to my study and my experience, the time is to reassess, reassess, to revise, to to go to the introspection.</w:t>
      </w:r>
      <w:r>
        <w:br/>
      </w:r>
      <w:r>
        <w:rPr>
          <w:sz w:val="20"/>
        </w:rPr>
        <w:t>15:52  If you travel throughout the Muslim world, everywhere you will see that people are discussing in these questions.</w:t>
      </w:r>
      <w:r>
        <w:br/>
      </w:r>
      <w:r>
        <w:rPr>
          <w:sz w:val="20"/>
        </w:rPr>
        <w:t>16:05  For example, once I was in Arab, one Arab Sheikh said, "Minay na nabda." Minay na nabda means the first question is from where to begin.</w:t>
      </w:r>
      <w:r>
        <w:br/>
      </w:r>
      <w:r>
        <w:rPr>
          <w:sz w:val="20"/>
        </w:rPr>
        <w:t>16:20  The same I listened in America, people were saying,</w:t>
      </w:r>
      <w:r>
        <w:br/>
      </w:r>
      <w:r>
        <w:rPr>
          <w:sz w:val="20"/>
        </w:rPr>
        <w:t>16:31  "From where to</w:t>
      </w:r>
      <w:r>
        <w:br/>
      </w:r>
      <w:r>
        <w:rPr>
          <w:sz w:val="20"/>
        </w:rPr>
        <w:t>16:32  begin?"</w:t>
      </w:r>
      <w:r>
        <w:br/>
      </w:r>
      <w:r>
        <w:rPr>
          <w:sz w:val="20"/>
        </w:rPr>
        <w:t>16:35  "Kaha se shuru karen?" I said that you have to begin from reassessment.</w:t>
      </w:r>
      <w:r>
        <w:br/>
      </w:r>
      <w:r>
        <w:rPr>
          <w:sz w:val="20"/>
        </w:rPr>
        <w:t>16:44  You have to begin from reassessment.</w:t>
      </w:r>
    </w:p>
    <w:p>
      <w:pPr>
        <w:pStyle w:val="Heading2"/>
      </w:pPr>
      <w:r>
        <w:t>Wudu as purification of body and soul</w:t>
      </w:r>
    </w:p>
    <w:p>
      <w:r>
        <w:rPr>
          <w:color w:val="666666"/>
          <w:sz w:val="18"/>
        </w:rPr>
        <w:t>Islamic Prayer (English) February 27, 2007 · 1m 55s · at 10:58 · https://youtu.be/7G6Wa2IGSwE?t=658</w:t>
      </w:r>
    </w:p>
    <w:p>
      <w:r>
        <w:rPr>
          <w:i/>
        </w:rPr>
        <w:t>“Before going to Salat, everyone makes Wudu.”</w:t>
      </w:r>
    </w:p>
    <w:p>
      <w:r>
        <w:rPr>
          <w:sz w:val="20"/>
        </w:rPr>
        <w:t>10:58  Then, before going to Salat, everyone makes Wudu (awlition</w:t>
      </w:r>
      <w:r>
        <w:br/>
      </w:r>
      <w:r>
        <w:rPr>
          <w:sz w:val="20"/>
        </w:rPr>
        <w:t>11:10  ). Wudu means</w:t>
      </w:r>
      <w:r>
        <w:br/>
      </w:r>
      <w:r>
        <w:rPr>
          <w:sz w:val="20"/>
        </w:rPr>
        <w:t>11:16  Wudu is like a mini</w:t>
      </w:r>
      <w:r>
        <w:br/>
      </w:r>
      <w:r>
        <w:rPr>
          <w:sz w:val="20"/>
        </w:rPr>
        <w:t>11:23  bath. It is like a mini bath. You wash your hands and your legs and your face</w:t>
      </w:r>
      <w:r>
        <w:br/>
      </w:r>
      <w:r>
        <w:rPr>
          <w:sz w:val="20"/>
        </w:rPr>
        <w:t>11:36  by water.</w:t>
      </w:r>
      <w:r>
        <w:br/>
      </w:r>
      <w:r>
        <w:rPr>
          <w:sz w:val="20"/>
        </w:rPr>
        <w:t>11:38  So it is like a mini bath. After finishing the Wudu, you say, Allahumma ajalni min al-tawwabeen wa ajalni min al-mutatahireen O God,</w:t>
      </w:r>
      <w:r>
        <w:br/>
      </w:r>
      <w:r>
        <w:rPr>
          <w:sz w:val="20"/>
        </w:rPr>
        <w:t>12:03  make me a purified person</w:t>
      </w:r>
      <w:r>
        <w:br/>
      </w:r>
      <w:r>
        <w:rPr>
          <w:sz w:val="20"/>
        </w:rPr>
        <w:t>12:09  . So it is a Dua.</w:t>
      </w:r>
      <w:r>
        <w:br/>
      </w:r>
      <w:r>
        <w:rPr>
          <w:sz w:val="20"/>
        </w:rPr>
        <w:t>12:14  Externally, you wash your hands and your face. But internally, you do this Dua. O God, purify my personality.</w:t>
      </w:r>
      <w:r>
        <w:br/>
      </w:r>
      <w:r>
        <w:rPr>
          <w:sz w:val="20"/>
        </w:rPr>
        <w:t>12:29  Purify my heart and mind.</w:t>
      </w:r>
      <w:r>
        <w:br/>
      </w:r>
      <w:r>
        <w:rPr>
          <w:sz w:val="20"/>
        </w:rPr>
        <w:t>12:33  So Wudu is</w:t>
      </w:r>
      <w:r>
        <w:br/>
      </w:r>
      <w:r>
        <w:rPr>
          <w:sz w:val="20"/>
        </w:rPr>
        <w:t>12:37  an act of purification. Not only your body but your soul. Then, when you join the Salat,</w:t>
      </w:r>
      <w:r>
        <w:br/>
      </w:r>
      <w:r>
        <w:rPr>
          <w:sz w:val="20"/>
        </w:rPr>
        <w:t>12:54  there are several words recited during the Salat.</w:t>
      </w:r>
    </w:p>
    <w:p>
      <w:pPr>
        <w:pStyle w:val="Heading2"/>
      </w:pPr>
      <w:r>
        <w:t>Personal witness of God's protection from birth to old age</w:t>
      </w:r>
    </w:p>
    <w:p>
      <w:r>
        <w:rPr>
          <w:color w:val="666666"/>
          <w:sz w:val="18"/>
        </w:rPr>
        <w:t>In the Name of God 12 Jan 2020 - Maulana Wahiduddin Khan · 5m 07s · at 29:25 · https://youtu.be/aKynaASsI4s?t=1765</w:t>
      </w:r>
    </w:p>
    <w:p>
      <w:r>
        <w:rPr>
          <w:i/>
        </w:rPr>
        <w:t>“Main zaati tor par iska witness hoon”</w:t>
      </w:r>
    </w:p>
    <w:p>
      <w:r>
        <w:rPr>
          <w:sz w:val="20"/>
        </w:rPr>
        <w:t>29:25  aur main zaati taur par zaati taur par zaati taur par is ka witness hoon ke meri paidaish hui 1925 mein british period mein meri paidaish hui 1925 mein british period mein</w:t>
      </w:r>
      <w:r>
        <w:br/>
      </w:r>
      <w:r>
        <w:rPr>
          <w:sz w:val="20"/>
        </w:rPr>
        <w:t>29:47  us waqt se le kar aaj tak</w:t>
      </w:r>
      <w:r>
        <w:br/>
      </w:r>
      <w:r>
        <w:rPr>
          <w:sz w:val="20"/>
        </w:rPr>
        <w:t>29:51  mere upar beshumar qism ke masail aaye</w:t>
      </w:r>
      <w:r>
        <w:br/>
      </w:r>
      <w:r>
        <w:rPr>
          <w:sz w:val="20"/>
        </w:rPr>
        <w:t>29:57  sab logon ne sazishien kin mere khilaf meri maut ke mere qatal ke aansu banaye lekin kuch bhi nahi hua kuch bhi nahi hua mujh ko qatal karne par inaam muqarrar kiya gaya</w:t>
      </w:r>
      <w:r>
        <w:br/>
      </w:r>
      <w:r>
        <w:rPr>
          <w:sz w:val="20"/>
        </w:rPr>
        <w:t>30:17  woh akhbaron mein chhaapa baqayda</w:t>
      </w:r>
      <w:r>
        <w:br/>
      </w:r>
      <w:r>
        <w:rPr>
          <w:sz w:val="20"/>
        </w:rPr>
        <w:t>30:26  mujhe yaad hai ke</w:t>
      </w:r>
      <w:r>
        <w:br/>
      </w:r>
      <w:r>
        <w:rPr>
          <w:sz w:val="20"/>
        </w:rPr>
        <w:t>30:30  Times of India ke awal par ek khabar chhapi thi</w:t>
      </w:r>
      <w:r>
        <w:br/>
      </w:r>
      <w:r>
        <w:rPr>
          <w:sz w:val="20"/>
        </w:rPr>
        <w:t>30:35  mere bare mein</w:t>
      </w:r>
      <w:r>
        <w:br/>
      </w:r>
      <w:r>
        <w:rPr>
          <w:sz w:val="20"/>
        </w:rPr>
        <w:t>30:38  ke jo un ko maar dalega us ko itna rupiya milega inaam</w:t>
      </w:r>
      <w:r>
        <w:br/>
      </w:r>
      <w:r>
        <w:rPr>
          <w:sz w:val="20"/>
        </w:rPr>
        <w:t>30:45  to is ke usi din subah ko</w:t>
      </w:r>
      <w:r>
        <w:br/>
      </w:r>
      <w:r>
        <w:rPr>
          <w:sz w:val="20"/>
        </w:rPr>
        <w:t>30:50  ek Hindu naujawan ek Hindu naujawan</w:t>
      </w:r>
      <w:r>
        <w:br/>
      </w:r>
      <w:r>
        <w:rPr>
          <w:sz w:val="20"/>
        </w:rPr>
        <w:t>30:55  apni car par mere paas aaye</w:t>
      </w:r>
      <w:r>
        <w:br/>
      </w:r>
      <w:r>
        <w:rPr>
          <w:sz w:val="20"/>
        </w:rPr>
        <w:t>30:58  ab bhi woh mashallah zinda hain</w:t>
      </w:r>
      <w:r>
        <w:br/>
      </w:r>
      <w:r>
        <w:rPr>
          <w:sz w:val="20"/>
        </w:rPr>
        <w:t>31:05  jaantay hain kisay aaye thay woh</w:t>
      </w:r>
      <w:r>
        <w:br/>
      </w:r>
      <w:r>
        <w:rPr>
          <w:sz w:val="20"/>
        </w:rPr>
        <w:t>31:09  poochh rahay thay keh aap meri car par baithiye aur meray ghar chaliye</w:t>
      </w:r>
      <w:r>
        <w:br/>
      </w:r>
      <w:r>
        <w:rPr>
          <w:sz w:val="20"/>
        </w:rPr>
        <w:t>31:15  unki ghoreyan abhi bhi dilli mein hain jahan le gaye thay uss ko woh</w:t>
      </w:r>
      <w:r>
        <w:br/>
      </w:r>
      <w:r>
        <w:rPr>
          <w:sz w:val="20"/>
        </w:rPr>
        <w:t>31:21  woh aik governor kay betay baithay thay</w:t>
      </w:r>
      <w:r>
        <w:br/>
      </w:r>
      <w:r>
        <w:rPr>
          <w:sz w:val="20"/>
        </w:rPr>
        <w:t>31:26  woh aik governor kay betay thay</w:t>
      </w:r>
      <w:r>
        <w:br/>
      </w:r>
      <w:r>
        <w:rPr>
          <w:sz w:val="20"/>
        </w:rPr>
        <w:t>31:30  woh governor bhi</w:t>
      </w:r>
      <w:r>
        <w:br/>
      </w:r>
      <w:r>
        <w:rPr>
          <w:sz w:val="20"/>
        </w:rPr>
        <w:t>31:33  aik hindu bhai tha woh khud bhi meray aik hindu bhai thay</w:t>
      </w:r>
      <w:r>
        <w:br/>
      </w:r>
      <w:r>
        <w:rPr>
          <w:sz w:val="20"/>
        </w:rPr>
        <w:t>31:40  main insaan ko hindu musalman nahin jaanta main insaan ko insaan jaanta hoon</w:t>
      </w:r>
      <w:r>
        <w:br/>
      </w:r>
      <w:r>
        <w:rPr>
          <w:sz w:val="20"/>
        </w:rPr>
        <w:t>31:47  iss dunya kay log europe kay log america kay log sab kay sab insaan</w:t>
      </w:r>
      <w:r>
        <w:br/>
      </w:r>
      <w:r>
        <w:rPr>
          <w:sz w:val="20"/>
        </w:rPr>
        <w:t>31:51  hain insan hain insan hain</w:t>
      </w:r>
      <w:r>
        <w:br/>
      </w:r>
      <w:r>
        <w:rPr>
          <w:sz w:val="20"/>
        </w:rPr>
        <w:t>31:57  ek ek hai ek hai ek hai</w:t>
      </w:r>
      <w:r>
        <w:br/>
      </w:r>
      <w:r>
        <w:rPr>
          <w:sz w:val="20"/>
        </w:rPr>
        <w:t>32:03  to woh naujawan apni car par aaya meray ghar hi nizamuddin west mein</w:t>
      </w:r>
      <w:r>
        <w:br/>
      </w:r>
      <w:r>
        <w:rPr>
          <w:sz w:val="20"/>
        </w:rPr>
        <w:t>32:12  aur jaantay hain kya kaha uss nay uss nay kaha keh main aap ko iss ghar mein rehnay</w:t>
      </w:r>
      <w:r>
        <w:br/>
      </w:r>
      <w:r>
        <w:rPr>
          <w:sz w:val="20"/>
        </w:rPr>
        <w:t>32:17  nahin doon ga meray saath chalna paray ga aap ko</w:t>
      </w:r>
      <w:r>
        <w:br/>
      </w:r>
      <w:r>
        <w:rPr>
          <w:sz w:val="20"/>
        </w:rPr>
        <w:t>32:22  uss waqt tak aap meray ghar mein rahengay</w:t>
      </w:r>
      <w:r>
        <w:br/>
      </w:r>
      <w:r>
        <w:rPr>
          <w:sz w:val="20"/>
        </w:rPr>
        <w:t>32:26  jab tak government apni</w:t>
      </w:r>
      <w:r>
        <w:br/>
      </w:r>
      <w:r>
        <w:rPr>
          <w:sz w:val="20"/>
        </w:rPr>
        <w:t>32:29  security yahan barha bathana day</w:t>
      </w:r>
      <w:r>
        <w:br/>
      </w:r>
      <w:r>
        <w:rPr>
          <w:sz w:val="20"/>
        </w:rPr>
        <w:t>32:34  to mere ghar par reh kar us ne telephone kiya ministeron ko government ko aur insist kiya ke mere ghar par security lagni chahiye</w:t>
      </w:r>
      <w:r>
        <w:br/>
      </w:r>
      <w:r>
        <w:rPr>
          <w:sz w:val="20"/>
        </w:rPr>
        <w:t>32:53  kyun ke mere head par inaam inaam ka ailan kiya tha kuch logon ne</w:t>
      </w:r>
      <w:r>
        <w:br/>
      </w:r>
      <w:r>
        <w:rPr>
          <w:sz w:val="20"/>
        </w:rPr>
        <w:t>33:03  to jab government ne wazir dakhla ne baqayda assistance de di aur mere ghar par security aa gayi tab woh khud apni car par la ke mere ghar par chora aap apne apne aap ab mere sath the woh</w:t>
      </w:r>
      <w:r>
        <w:br/>
      </w:r>
      <w:r>
        <w:rPr>
          <w:sz w:val="20"/>
        </w:rPr>
        <w:t>33:30  is waqt se main 80 89 mein hoon</w:t>
      </w:r>
      <w:r>
        <w:br/>
      </w:r>
      <w:r>
        <w:rPr>
          <w:sz w:val="20"/>
        </w:rPr>
        <w:t>33:38  to yeh hai kahani aur main aaj yahi kahani aap ko sunata hoon sunane ke liye yahan aya hoon Allah taala aap sab ko aur jo log meri awaz sun rahe hain sari duniya mein un sab ko sachai ki tofeeq de Allah rabbul alameen ki marifat ki tofeeq de</w:t>
      </w:r>
      <w:r>
        <w:br/>
      </w:r>
      <w:r>
        <w:rPr>
          <w:sz w:val="20"/>
        </w:rPr>
        <w:t>34:06  jannat ke rastay ko pohnchanay ki tofeeq de</w:t>
      </w:r>
      <w:r>
        <w:br/>
      </w:r>
      <w:r>
        <w:rPr>
          <w:sz w:val="20"/>
        </w:rPr>
        <w:t>34:14  ameen assalam o alaikum wa rehmatullah</w:t>
      </w:r>
    </w:p>
    <w:p>
      <w:pPr>
        <w:pStyle w:val="Heading2"/>
      </w:pPr>
      <w:r>
        <w:t>hypocrites deceive only themselves, unknowingly</w:t>
      </w:r>
    </w:p>
    <w:p>
      <w:r>
        <w:rPr>
          <w:color w:val="666666"/>
          <w:sz w:val="18"/>
        </w:rPr>
        <w:t>Dars-e-Quran (Al-Baqarah (The Heifer) 2 7-19) July 26, 2015 · 2m 24s · at 12:21 · https://youtu.be/kSrW4z79AHE?t=741</w:t>
      </w:r>
    </w:p>
    <w:p>
      <w:r>
        <w:rPr>
          <w:i/>
        </w:rPr>
        <w:t>“Allah knows — their deception will not work”</w:t>
      </w:r>
    </w:p>
    <w:p>
      <w:r>
        <w:rPr>
          <w:sz w:val="20"/>
        </w:rPr>
        <w:t>12:21  lekin Allah ko pata hai, un ka is qism ka dhoka chalne wala nahi hai. wa ma yakhda'u na illa anfusahum wa ma yash'uruna.</w:t>
      </w:r>
      <w:r>
        <w:br/>
      </w:r>
      <w:r>
        <w:rPr>
          <w:sz w:val="20"/>
        </w:rPr>
        <w:t>12:33  woh dhoka dete hain apne aap ko,</w:t>
      </w:r>
      <w:r>
        <w:br/>
      </w:r>
      <w:r>
        <w:rPr>
          <w:sz w:val="20"/>
        </w:rPr>
        <w:t>12:37  agarche woh is ko samajhte nahi. yeh apne aap ko dhoka de rahe hain, kisi aur ko dhoka nahi de rahe. is par ghore karte hue meri soch mein ek baat aati hai ke jo aadmi nifaq ki halat mein ho,</w:t>
      </w:r>
      <w:r>
        <w:br/>
      </w:r>
      <w:r>
        <w:rPr>
          <w:sz w:val="20"/>
        </w:rPr>
        <w:t>12:58  us ko apne nifaq ka shaoor nahi hota.</w:t>
      </w:r>
      <w:r>
        <w:br/>
      </w:r>
      <w:r>
        <w:rPr>
          <w:sz w:val="20"/>
        </w:rPr>
        <w:t>13:03  shaoor nahi hota.</w:t>
      </w:r>
      <w:r>
        <w:br/>
      </w:r>
      <w:r>
        <w:rPr>
          <w:sz w:val="20"/>
        </w:rPr>
        <w:t>13:06  is bana par is mein woh isi par qaim rehta hai, woh istiva nahi karta.</w:t>
      </w:r>
      <w:r>
        <w:br/>
      </w:r>
      <w:r>
        <w:rPr>
          <w:sz w:val="20"/>
        </w:rPr>
        <w:t>13:17  to shaoor kyun nahi hota? dekhein, shaoor ek aisi cheez hai</w:t>
      </w:r>
      <w:r>
        <w:br/>
      </w:r>
      <w:r>
        <w:rPr>
          <w:sz w:val="20"/>
        </w:rPr>
        <w:t>13:23  jo</w:t>
      </w:r>
      <w:r>
        <w:br/>
      </w:r>
      <w:r>
        <w:rPr>
          <w:sz w:val="20"/>
        </w:rPr>
        <w:t>13:27  jo yani qasdan aap is par sochein, qasdan apne aap ko check karein, qasdan aap ki apni ghaltiyon ko daryaft karne ki koshish karein, tab aap janenge apne aap ko.</w:t>
      </w:r>
      <w:r>
        <w:br/>
      </w:r>
      <w:r>
        <w:rPr>
          <w:sz w:val="20"/>
        </w:rPr>
        <w:t>13:42  agar aisa nahi hai, is qism ka process aap ke andar jaari nahi hai, to aap apni ghaltiyon ke liye be be be khabar ho jayenge.</w:t>
      </w:r>
      <w:r>
        <w:br/>
      </w:r>
      <w:r>
        <w:rPr>
          <w:sz w:val="20"/>
        </w:rPr>
        <w:t>13:52  samjhein ke mein to theek hoon, mein to theek hoon. mislan aap dress mein aur identity mein apne ko khoob theek theek theek thaak banaye hue hoon, aur log aap ko samajhte hain ke yeh bade achhe log hain.</w:t>
      </w:r>
      <w:r>
        <w:br/>
      </w:r>
      <w:r>
        <w:rPr>
          <w:sz w:val="20"/>
        </w:rPr>
        <w:t>14:07  to is se aap, to is se aadmi jo hai, ek tarah ki be shaoori mein mubtala ho jata hai. yani haqeeqat mein to kuch aur hai, aur samajhne lagta hai kuch aur.</w:t>
      </w:r>
      <w:r>
        <w:br/>
      </w:r>
      <w:r>
        <w:rPr>
          <w:sz w:val="20"/>
        </w:rPr>
        <w:t>14:18  to is par sochte hue meri samajh mein baat aayi ke yeh jo jis ko mein kehta hoon, jis ko kaha gaya deen mein muhasba, aur jis ko hum keh sakte hain self checking ya introspection, yeh bahut hi zaroori hai.</w:t>
      </w:r>
      <w:r>
        <w:br/>
      </w:r>
      <w:r>
        <w:rPr>
          <w:sz w:val="20"/>
        </w:rPr>
        <w:t>14:37  jo aisa nahi karega, to woh yeh samajhta rahega ke mein to theek thaak hoon, haan haqeeqat mein theek nahi hoga.</w:t>
      </w:r>
    </w:p>
    <w:p>
      <w:pPr>
        <w:pStyle w:val="Heading2"/>
      </w:pPr>
      <w:r>
        <w:t>The real diagnosis: intellectual dissatisfaction, not apostasy</w:t>
      </w:r>
    </w:p>
    <w:p>
      <w:r>
        <w:rPr>
          <w:color w:val="666666"/>
          <w:sz w:val="18"/>
        </w:rPr>
        <w:t>Is Islam in Danger, January 10, 2007 · 4m 28s · at 50:05 · https://youtu.be/1vrUjeA7508?t=3005</w:t>
      </w:r>
    </w:p>
    <w:p>
      <w:r>
        <w:rPr>
          <w:i/>
        </w:rPr>
        <w:t>“میں نے اس پر باقاعدہ تحقیق کی، اور یہ سمجھا کہ یہ کیا ہے”</w:t>
      </w:r>
    </w:p>
    <w:p>
      <w:r>
        <w:rPr>
          <w:sz w:val="20"/>
        </w:rPr>
        <w:t>50:05  main ne is par baqayda tehqeeq ki. aur yeh samajha. ke. yeh kya hai? yeh kya ya yeh kya cheez ko log irtidad keh rahe hain blasphemy keh rahe hain.</w:t>
      </w:r>
      <w:r>
        <w:br/>
      </w:r>
      <w:r>
        <w:rPr>
          <w:sz w:val="20"/>
        </w:rPr>
        <w:t>50:19  yeh kya cheez hai?</w:t>
      </w:r>
      <w:r>
        <w:br/>
      </w:r>
      <w:r>
        <w:rPr>
          <w:sz w:val="20"/>
        </w:rPr>
        <w:t>50:21  to main ne kya paya? main ne paya ke in ki tashkhees hi ghalat hai in logon ki. doctor rafiuddin ke bhi molana ali miyan ke bhi aur jitne logon ne is par likha sab ki.</w:t>
      </w:r>
      <w:r>
        <w:br/>
      </w:r>
      <w:r>
        <w:rPr>
          <w:sz w:val="20"/>
        </w:rPr>
        <w:t>50:36  woh kiya? yeh case intellectual blasphemy ka nahin hai. yeh hai. case intellectual discontentment ka dissatisfaction ka.</w:t>
      </w:r>
      <w:r>
        <w:br/>
      </w:r>
      <w:r>
        <w:rPr>
          <w:sz w:val="20"/>
        </w:rPr>
        <w:t>50:49  yani zehni adam itminan ka case hai yeh.</w:t>
      </w:r>
      <w:r>
        <w:br/>
      </w:r>
      <w:r>
        <w:rPr>
          <w:sz w:val="20"/>
        </w:rPr>
        <w:t>50:53  zehni irtidad ka case nahin hai balke zehni adam itminan ka case hai. aur wohi hai jo main ne arz kiya aap ko. ke aaj ki jo nasal hai.</w:t>
      </w:r>
      <w:r>
        <w:br/>
      </w:r>
      <w:r>
        <w:rPr>
          <w:sz w:val="20"/>
        </w:rPr>
        <w:t>51:03  jo school college university mein parh rahi hai. is ko jo islam mil raha hai woh kaun sa islam hai? islam ka muslim nazariya mil raha hai woh.</w:t>
      </w:r>
      <w:r>
        <w:br/>
      </w:r>
      <w:r>
        <w:rPr>
          <w:sz w:val="20"/>
        </w:rPr>
        <w:t>51:13  khud islam nahin mil raha hai.</w:t>
      </w:r>
      <w:r>
        <w:br/>
      </w:r>
      <w:r>
        <w:rPr>
          <w:sz w:val="20"/>
        </w:rPr>
        <w:t>51:16  islam ka muslim nazariya. is se woh. satisfaction nahin ho nahin mil raha is ko. is ka zehn ham-ahang nahin ho raha hai.</w:t>
      </w:r>
      <w:r>
        <w:br/>
      </w:r>
      <w:r>
        <w:rPr>
          <w:sz w:val="20"/>
        </w:rPr>
        <w:t>51:27  kyun ke sara jo adab hai. woh riwayati zaban mein likha gaya hai. sara ka sara. yani pre scientific ahad mein.</w:t>
      </w:r>
      <w:r>
        <w:br/>
      </w:r>
      <w:r>
        <w:rPr>
          <w:sz w:val="20"/>
        </w:rPr>
        <w:t>51:39  yeh sara adab jo banaya gaya hai yeh pre scientific ahad mein. ab hum post scientific ahad mein hain.</w:t>
      </w:r>
      <w:r>
        <w:br/>
      </w:r>
      <w:r>
        <w:rPr>
          <w:sz w:val="20"/>
        </w:rPr>
        <w:t>51:46  to jo muslim nasal hai aaj ki. woh jee rahi hai woh saans le rahi hai. post scientific ahad mein. aur jo adab jo hai jo is ko diya ja raha hai.</w:t>
      </w:r>
      <w:r>
        <w:br/>
      </w:r>
      <w:r>
        <w:rPr>
          <w:sz w:val="20"/>
        </w:rPr>
        <w:t>51:59  woh hai pre scientific ahad ka adab. to is ko mutmain nahin kar raha hai is ka zehn ham-ahang nahin ho raha hai.</w:t>
      </w:r>
      <w:r>
        <w:br/>
      </w:r>
      <w:r>
        <w:rPr>
          <w:sz w:val="20"/>
        </w:rPr>
        <w:t>52:08  yeh hai sara masla.</w:t>
      </w:r>
      <w:r>
        <w:br/>
      </w:r>
      <w:r>
        <w:rPr>
          <w:sz w:val="20"/>
        </w:rPr>
        <w:t>52:13  main kuch aise logon ko janta hoon isi din. jo. jinhon ne is ka saaf saaf is ko.</w:t>
      </w:r>
      <w:r>
        <w:br/>
      </w:r>
      <w:r>
        <w:rPr>
          <w:sz w:val="20"/>
        </w:rPr>
        <w:t>52:24  yani un ke mutale se main ne is baat ko saaf saaf samjha hai. to yeh masla jo tha. logon ne samajh liya ke yeh ke yeh.</w:t>
      </w:r>
      <w:r>
        <w:br/>
      </w:r>
      <w:r>
        <w:rPr>
          <w:sz w:val="20"/>
        </w:rPr>
        <w:t>52:36  masla hai irtidad ka yani zehni irtidad ka halanke masla tha zehni adam itminan ka.</w:t>
      </w:r>
      <w:r>
        <w:br/>
      </w:r>
      <w:r>
        <w:rPr>
          <w:sz w:val="20"/>
        </w:rPr>
        <w:t>52:43  to jab. aap tashkhees ghalat karein tashkhees aap ki ghalat ho. to ab aap ka ilaj bhi ghalat ho jayega. to har taraf bas shikayat hai ihtijaj hai cheekh pukar hai ke islam khatre mein islam khatre mein islam khatre mein.</w:t>
      </w:r>
      <w:r>
        <w:br/>
      </w:r>
      <w:r>
        <w:rPr>
          <w:sz w:val="20"/>
        </w:rPr>
        <w:t>52:59  lekin masla yeh tha ke adab jo hai aisa banaya jaye jo scientific daur mein logon ke zehn ko ham-ahang kare. yeh nahin kiya.</w:t>
      </w:r>
      <w:r>
        <w:br/>
      </w:r>
      <w:r>
        <w:rPr>
          <w:sz w:val="20"/>
        </w:rPr>
        <w:t>53:08  kya kiya bas islam khatre mein islam khatre mein bas yeh boli bolne lage.</w:t>
      </w:r>
      <w:r>
        <w:br/>
      </w:r>
      <w:r>
        <w:rPr>
          <w:sz w:val="20"/>
        </w:rPr>
        <w:t>53:15  to jo masla tha woh ihtijaj karne ke liye nahin tha woh shikayat karne ke liye nahin tha. is liye ke dunya is liye nahin tha ke aap dunya ko ailan karein dunya dushman ho gayi hai islam ki.</w:t>
      </w:r>
      <w:r>
        <w:br/>
      </w:r>
      <w:r>
        <w:rPr>
          <w:sz w:val="20"/>
        </w:rPr>
        <w:t>53:25  nahin hum nakaam ho gaye ke scientific daur mein. aaj ki zaban mein jadeed zaban mein hum islam ki taleemat ko pesh kar sake hain masla yahan tha.</w:t>
      </w:r>
      <w:r>
        <w:br/>
      </w:r>
      <w:r>
        <w:rPr>
          <w:sz w:val="20"/>
        </w:rPr>
        <w:t>53:39  masla yahan nahin tha ke doosre dushman ban gaye hain islam ke</w:t>
      </w:r>
      <w:r>
        <w:br/>
      </w:r>
      <w:r>
        <w:rPr>
          <w:sz w:val="20"/>
        </w:rPr>
        <w:t>53:42  . masla yeh tha ke hum yani muslim ulma yeh nakaam ho gaye ke jadeed jo zaban hai jadeed jo zaban hai jadeed jo.</w:t>
      </w:r>
      <w:r>
        <w:br/>
      </w:r>
      <w:r>
        <w:rPr>
          <w:sz w:val="20"/>
        </w:rPr>
        <w:t>53:52  jo sochne ka tareeqa hai is dhang par islam ko pesh karein hum taake aaj ki naslein jo hain unka zehan hamahang ho. yahan masla tha.</w:t>
      </w:r>
      <w:r>
        <w:br/>
      </w:r>
      <w:r>
        <w:rPr>
          <w:sz w:val="20"/>
        </w:rPr>
        <w:t>54:04  yeh main ne. is baat ko jaana aur phir main ne apne aap ko is raaste par lagaya.</w:t>
      </w:r>
    </w:p>
    <w:p>
      <w:pPr>
        <w:pStyle w:val="Heading2"/>
      </w:pPr>
      <w:r>
        <w:t>Fear as antidote to distraction</w:t>
      </w:r>
    </w:p>
    <w:p>
      <w:r>
        <w:rPr>
          <w:color w:val="666666"/>
          <w:sz w:val="18"/>
        </w:rPr>
        <w:t>Waqt ki Qadr · 33s · at 11:19 · https://youtu.be/F1ILfxjCiCo?t=679</w:t>
      </w:r>
    </w:p>
    <w:p>
      <w:r>
        <w:rPr>
          <w:i/>
        </w:rPr>
        <w:t>“تو دیکھیے، ڈسٹریکشن سے بچنے کا ایک ہی طریقہ ہے”</w:t>
      </w:r>
    </w:p>
    <w:p>
      <w:r>
        <w:rPr>
          <w:sz w:val="20"/>
        </w:rPr>
        <w:t>11:19  to dekhiye, distraction se bachne ka ek hi tareeqa hai:</w:t>
      </w:r>
      <w:r>
        <w:br/>
      </w:r>
      <w:r>
        <w:rPr>
          <w:sz w:val="20"/>
        </w:rPr>
        <w:t>11:25  badha hua khauf.</w:t>
      </w:r>
      <w:r>
        <w:br/>
      </w:r>
      <w:r>
        <w:rPr>
          <w:sz w:val="20"/>
        </w:rPr>
        <w:t>11:30  bahut zyada conscious hona hai is ke baare mein. ab kaun sa khauf? dunya mein apne aap ko develop karne ki opportunity ko khone ka khauf, aur aakhirat ke abdi inaamaat se mehroom reh jaane ka khauf.</w:t>
      </w:r>
    </w:p>
    <w:p>
      <w:pPr>
        <w:pStyle w:val="Heading2"/>
      </w:pPr>
      <w:r>
        <w:t>Acknowledging God for all blessings</w:t>
      </w:r>
    </w:p>
    <w:p>
      <w:r>
        <w:rPr>
          <w:color w:val="666666"/>
          <w:sz w:val="18"/>
        </w:rPr>
        <w:t>Adjustment the Only Option September 19, 2010 Maulana Wahiduddin Khan · 5m 54s · at 8:50 · https://youtu.be/o5wG_ONm76s?t=530</w:t>
      </w:r>
    </w:p>
    <w:p>
      <w:r>
        <w:rPr>
          <w:i/>
        </w:rPr>
        <w:t>“Main ek misaal deta hoon, kal mere paas ek telephone aaya”</w:t>
      </w:r>
    </w:p>
    <w:p>
      <w:r>
        <w:rPr>
          <w:sz w:val="20"/>
        </w:rPr>
        <w:t>8:50  Lekin haqeeqi maano mein Khuda ko koi manta nahi. Main ek misaal deta hoon. Kal mere paas ek telephone aaya, ek sahab ka.</w:t>
      </w:r>
      <w:r>
        <w:br/>
      </w:r>
      <w:r>
        <w:rPr>
          <w:sz w:val="20"/>
        </w:rPr>
        <w:t>9:02  To baat cheet karte hue main ne poocha un se keh aap ke bachche hain? Aulaad hai aap ke?</w:t>
      </w:r>
      <w:r>
        <w:br/>
      </w:r>
      <w:r>
        <w:rPr>
          <w:sz w:val="20"/>
        </w:rPr>
        <w:t>9:11  Alhamdulillah, mere kai bete hain, kai ladke hain. Khoob Alhamdulillah, Alhamdulillah kar ke bolte rahe. To main ne kaha keh dekhiye, yeh Alhamdulillah ka to pata ho gaya aap ko keh aap ke bete betiyan hain aap ke paas?</w:t>
      </w:r>
      <w:r>
        <w:br/>
      </w:r>
      <w:r>
        <w:rPr>
          <w:sz w:val="20"/>
        </w:rPr>
        <w:t>9:28  Hain? Jab bhi aap kehte honge, khoob Alhamdulillah bolte honge. Kya aap ne kabhi kaha hai aap ne keh Alhamdulillah meri zuban chal rahi hai, main bol raha hoon?</w:t>
      </w:r>
      <w:r>
        <w:br/>
      </w:r>
      <w:r>
        <w:rPr>
          <w:sz w:val="20"/>
        </w:rPr>
        <w:t>9:41  Yeh zuban na chale to kaise bolenge aap? Alhamdulillah aaj main ne pani piya hai to pani gale se neeche utar gaya. Alhamdulillah aaj main ne khana khaya hai to khana pet mein ja kar hazam ho gaya.</w:t>
      </w:r>
      <w:r>
        <w:br/>
      </w:r>
      <w:r>
        <w:rPr>
          <w:sz w:val="20"/>
        </w:rPr>
        <w:t>9:57  Alhamdulillah main aaj kuch baat sochna chaha apne mind se to mere mind ne sochne, socha main, mind ne inkaar nahi kiya sochne se. Alhamdulillah main aankh se dekhna chaha to mujhe cheezein dikhai de rahi hain mujh ko.</w:t>
      </w:r>
      <w:r>
        <w:br/>
      </w:r>
      <w:r>
        <w:rPr>
          <w:sz w:val="20"/>
        </w:rPr>
        <w:t>10:13  Yeh to Alhamdulillah ke item hain. Alhamdulillah ke asal item yeh hain. Lekin yahan par kisi ki zuban se Alhamdulillah nahi nikalta.</w:t>
      </w:r>
      <w:r>
        <w:br/>
      </w:r>
      <w:r>
        <w:rPr>
          <w:sz w:val="20"/>
        </w:rPr>
        <w:t>10:23  Kyun? Yahan, you have to acknowledge God, the Creator.</w:t>
      </w:r>
      <w:r>
        <w:br/>
      </w:r>
      <w:r>
        <w:rPr>
          <w:sz w:val="20"/>
        </w:rPr>
        <w:t>10:30  Wahan kya hai? Bas beta beti, beta beti. Beta to logon ka God bana hua hai. To woh wahan Alhamdulillah keh kar ke apne hi God ko paate hain woh.</w:t>
      </w:r>
      <w:r>
        <w:br/>
      </w:r>
      <w:r>
        <w:rPr>
          <w:sz w:val="20"/>
        </w:rPr>
        <w:t>10:42  jab beta beti ke liye koi kehta hai alhamdulillah to mujhe bohat ghussa aata hai. ke tum ne kabhi Creator ke liye bhi alhamdulillah kaha?</w:t>
      </w:r>
      <w:r>
        <w:br/>
      </w:r>
      <w:r>
        <w:rPr>
          <w:sz w:val="20"/>
        </w:rPr>
        <w:t>10:55  ke alhamdulillah Khuda ne mujhe paida kiya. alhamdulillah mujhe Khuda ne yeh cheez di, woh cheez di, woh sab kuch jo aap ko mila hua hai, woh kis ne diya aap ko?</w:t>
      </w:r>
      <w:r>
        <w:br/>
      </w:r>
      <w:r>
        <w:rPr>
          <w:sz w:val="20"/>
        </w:rPr>
        <w:t>11:07  beta beti koi aap ne banaya hai?</w:t>
      </w:r>
      <w:r>
        <w:br/>
      </w:r>
      <w:r>
        <w:rPr>
          <w:sz w:val="20"/>
        </w:rPr>
        <w:t>11:13  to Khuda ke reference mein jab aap sochen ge to aap ko har cheez par lage ga. alhamdulillah meri zuban chal rahi hai, main bol raha hoon. kaise zuban chal rahi hai?</w:t>
      </w:r>
      <w:r>
        <w:br/>
      </w:r>
      <w:r>
        <w:rPr>
          <w:sz w:val="20"/>
        </w:rPr>
        <w:t>11:24  kaise main bol pata hoon? alhamdulillah meri taqat chal rahi hai, main chal kar ke yahan se wahan gaya, wahan se wahan gaya. alhamdulillah mera dil jo hai,</w:t>
      </w:r>
      <w:r>
        <w:br/>
      </w:r>
      <w:r>
        <w:rPr>
          <w:sz w:val="20"/>
        </w:rPr>
        <w:t>11:38  harkat kar raha hai. circulation of blood ko control ki hui hai. warna abhi, kal parson mere paas aik sahib ka telephone aaya.</w:t>
      </w:r>
      <w:r>
        <w:br/>
      </w:r>
      <w:r>
        <w:rPr>
          <w:sz w:val="20"/>
        </w:rPr>
        <w:t>11:49  un ke bhai</w:t>
      </w:r>
      <w:r>
        <w:br/>
      </w:r>
      <w:r>
        <w:rPr>
          <w:sz w:val="20"/>
        </w:rPr>
        <w:t>11:54  ka gurda kharab ho gaya. dono gurde. aap jante hain gurda jo hai safai karta hai khoon ki. gurda na rahe to khoon ki safai nahi ho sakti.</w:t>
      </w:r>
      <w:r>
        <w:br/>
      </w:r>
      <w:r>
        <w:rPr>
          <w:sz w:val="20"/>
        </w:rPr>
        <w:t>12:08  yeh dil pump karta hai khoon ko. pait ka kaam hai ke woh khana hazam kar ke khoon banaye.</w:t>
      </w:r>
      <w:r>
        <w:br/>
      </w:r>
      <w:r>
        <w:rPr>
          <w:sz w:val="20"/>
        </w:rPr>
        <w:t>12:19  khoon bana kar ke de body ko. dil ka kaam hai ke woh pump kar ke sari body mein pohanchaye. gurde ka kaam hai ke woh, kidney jo kehte hain aap, ke woh khoon ko saaf karta rahe.</w:t>
      </w:r>
      <w:r>
        <w:br/>
      </w:r>
      <w:r>
        <w:rPr>
          <w:sz w:val="20"/>
        </w:rPr>
        <w:t>12:36  ab bataein ke yeh in ka gurda fail ho gaya, ab chhe mahine tak woh dialysis par rahe, abhi woh mar gaye, woh un ka intiqal ho gaya.</w:t>
      </w:r>
      <w:r>
        <w:br/>
      </w:r>
      <w:r>
        <w:rPr>
          <w:sz w:val="20"/>
        </w:rPr>
        <w:t>12:47  to main ne socha ke dekho, mera digest system agar na kaam kare to khoon nahi banega. dil na kaam kare to khoon circulate nahi hoga.</w:t>
      </w:r>
      <w:r>
        <w:br/>
      </w:r>
      <w:r>
        <w:rPr>
          <w:sz w:val="20"/>
        </w:rPr>
        <w:t>13:00  gurda kaam na kare to khoon ki safai nahi hogi. to aik dam laga yeh ke bhai yeh kya, yeh kya hai yeh? It was a terrible experience.</w:t>
      </w:r>
      <w:r>
        <w:br/>
      </w:r>
      <w:r>
        <w:rPr>
          <w:sz w:val="20"/>
        </w:rPr>
        <w:t>13:13  Terrible experience.</w:t>
      </w:r>
      <w:r>
        <w:br/>
      </w:r>
      <w:r>
        <w:rPr>
          <w:sz w:val="20"/>
        </w:rPr>
        <w:t>13:18  main ne sab bhool gaye. kin kin shabdon mein is baat ko kahoon? ke kaise Khuda yeh to kar raha hai?</w:t>
      </w:r>
      <w:r>
        <w:br/>
      </w:r>
      <w:r>
        <w:rPr>
          <w:sz w:val="20"/>
        </w:rPr>
        <w:t>13:29  kaise yeh kar raha hai?</w:t>
      </w:r>
      <w:r>
        <w:br/>
      </w:r>
      <w:r>
        <w:rPr>
          <w:sz w:val="20"/>
        </w:rPr>
        <w:t>13:36  mere paas aksar telephone aate rehte hain isi tarah ke. ab kal parson aik telephone aaya. woh kya kehte hain?</w:t>
      </w:r>
      <w:r>
        <w:br/>
      </w:r>
      <w:r>
        <w:rPr>
          <w:sz w:val="20"/>
        </w:rPr>
        <w:t>13:47  ke Khuda ko tareef ki kya zaroorat hai? ab Quran mein kahin parh liya unhon ne alhamdulillah rabb-ul-alameen ka translation ke sari tareef Allah rabb-ul-alameen ke liye hai.</w:t>
      </w:r>
      <w:r>
        <w:br/>
      </w:r>
      <w:r>
        <w:rPr>
          <w:sz w:val="20"/>
        </w:rPr>
        <w:t>14:01  kahin parh liya unhon ne. ya angrezi mein parh liya ke sara praise jo hai Allah rabb-ul-alameen ke liye. to un ka Allah ko tareef ki kya zaroorat hai?</w:t>
      </w:r>
      <w:r>
        <w:br/>
      </w:r>
      <w:r>
        <w:rPr>
          <w:sz w:val="20"/>
        </w:rPr>
        <w:t>14:13  to main ne kaha ke dekhiye, yeh yeh hai wrong translation. alhamd jo hai is ka matlab tareef nahi hai, praise nahi hai.</w:t>
      </w:r>
      <w:r>
        <w:br/>
      </w:r>
      <w:r>
        <w:rPr>
          <w:sz w:val="20"/>
        </w:rPr>
        <w:t>14:25  is ka matlab hai acknowledge karna. acknowledge karna.</w:t>
      </w:r>
      <w:r>
        <w:br/>
      </w:r>
      <w:r>
        <w:rPr>
          <w:sz w:val="20"/>
        </w:rPr>
        <w:t>14:33  jab aap ko Khuda ki yeh blessing hai, itni sari blessing, to kya aap acknowledge nahi karein ge? Then you are worse than animal.</w:t>
      </w:r>
    </w:p>
    <w:p>
      <w:pPr>
        <w:pStyle w:val="Heading2"/>
      </w:pPr>
      <w:r>
        <w:t>Muslims' victim narrative comes from biased media reading</w:t>
      </w:r>
    </w:p>
    <w:p>
      <w:r>
        <w:rPr>
          <w:color w:val="666666"/>
          <w:sz w:val="18"/>
        </w:rPr>
        <w:t>The Right Path May 24, 2015 · 4m 44s · at 36:40 · https://youtu.be/XrsNdAp9PJA?t=2200</w:t>
      </w:r>
    </w:p>
    <w:p>
      <w:r>
        <w:rPr>
          <w:i/>
        </w:rPr>
        <w:t>“Aap kisi bhi Musalmano ke jalse mein jaiye, negative baatein sunenge”</w:t>
      </w:r>
    </w:p>
    <w:p>
      <w:r>
        <w:rPr>
          <w:sz w:val="20"/>
        </w:rPr>
        <w:t>36:40  to is daur mein jo bhi aap musalmanon ke kisi jalsay mein jaiye, un ki kisi perche ko parhiye, un ki majlis mein baithiye, har jagah aap sunenge negative baatein</w:t>
      </w:r>
      <w:r>
        <w:br/>
      </w:r>
      <w:r>
        <w:rPr>
          <w:sz w:val="20"/>
        </w:rPr>
        <w:t>36:53  ke musalmanon par zulm ho raha hai, musalman under siege hain,</w:t>
      </w:r>
      <w:r>
        <w:br/>
      </w:r>
      <w:r>
        <w:rPr>
          <w:sz w:val="20"/>
        </w:rPr>
        <w:t>37:00  musalmanon ke sath discrimination hota hai.</w:t>
      </w:r>
      <w:r>
        <w:br/>
      </w:r>
      <w:r>
        <w:rPr>
          <w:sz w:val="20"/>
        </w:rPr>
        <w:t>37:08  abhi kal mere pas aik sahib ka telephone aya, unhon ne kaha ke aik aalim jo Britain mein rehte hain, woh aye India, un ki taqreer hui.</w:t>
      </w:r>
      <w:r>
        <w:br/>
      </w:r>
      <w:r>
        <w:rPr>
          <w:sz w:val="20"/>
        </w:rPr>
        <w:t>37:21  to unhon ne kaha ke Europe mein bohat ziyada musalmanon ke sath discrimination hota hai. to misal kya di unhon ne ke wahan ki press mein yeh haal hai ke kisi waqeye ki report aye aur us mein koi musalman agar ne kuch ghalt kaam kiya ho to uska naam rahega,</w:t>
      </w:r>
      <w:r>
        <w:br/>
      </w:r>
      <w:r>
        <w:rPr>
          <w:sz w:val="20"/>
        </w:rPr>
        <w:t>37:40  musalman ka naam rahega. aur agar kisi non-muslim ka mamla ho to wahan aik person, aik person, aik shakhs ka rahega,</w:t>
      </w:r>
      <w:r>
        <w:br/>
      </w:r>
      <w:r>
        <w:rPr>
          <w:sz w:val="20"/>
        </w:rPr>
        <w:t>37:50  yani musalman ka naam rahega aur doosra aik person.</w:t>
      </w:r>
      <w:r>
        <w:br/>
      </w:r>
      <w:r>
        <w:rPr>
          <w:sz w:val="20"/>
        </w:rPr>
        <w:t>37:56  mein ne dekha, bilkul ghalt baat hai ke mein to ziyada zindagi angrezi akhbar parhta raha, mein ne kabhi aisa nahi paya. ab aik adh, aik adh cheez kahin dekhi hogi, us ko generalize kar diya unhon ne, aik adh waqeye ko generalize kar diya.</w:t>
      </w:r>
      <w:r>
        <w:br/>
      </w:r>
      <w:r>
        <w:rPr>
          <w:sz w:val="20"/>
        </w:rPr>
        <w:t>38:14  to yeh halat hai logon ki.</w:t>
      </w:r>
      <w:r>
        <w:br/>
      </w:r>
      <w:r>
        <w:rPr>
          <w:sz w:val="20"/>
        </w:rPr>
        <w:t>38:17  to yeh jo tasawwur hai ke hamare sath zulm ho raha hai, hamare sath discrimination kiya jata hai, hum under siege hain, is ko khatam karne ki shakal yeh nahi hai ke hum protest karein, complaint karein, ehtejaj karein,</w:t>
      </w:r>
      <w:r>
        <w:br/>
      </w:r>
      <w:r>
        <w:rPr>
          <w:sz w:val="20"/>
        </w:rPr>
        <w:t>38:35  balkay sochen ke ghalti kahan hai, sochen ghalti kahan hai.</w:t>
      </w:r>
      <w:r>
        <w:br/>
      </w:r>
      <w:r>
        <w:rPr>
          <w:sz w:val="20"/>
        </w:rPr>
        <w:t>38:46  to ghalti yeh hai ke hum ne apne, hamara jo farz hai Allah ki taraf se ummat-e-muslima ke upar, uska tasawwur hi ghalt kar rakha hai,</w:t>
      </w:r>
      <w:r>
        <w:br/>
      </w:r>
      <w:r>
        <w:rPr>
          <w:sz w:val="20"/>
        </w:rPr>
        <w:t>38:58  isi ka apne, apne nasb ul aun ka tasawwur ghalt bana rakha hai. hamare upar jo farz hai, woh yeh hai ke hum tamam insanon ko Allah ka paigham pahunchayein, kyunke woh hamare liye madu hain, hum dawi hain, woh madu hain.</w:t>
      </w:r>
      <w:r>
        <w:br/>
      </w:r>
      <w:r>
        <w:rPr>
          <w:sz w:val="20"/>
        </w:rPr>
        <w:t>39:14  lekin is ko ghalt, is ko badal kar ke yeh bana rakha hai ke hum, hum mazloom hain ya zalim hain. yani jo equation dawi o madu ka tha, us equation ko zalim mazloom bana diya,</w:t>
      </w:r>
      <w:r>
        <w:br/>
      </w:r>
      <w:r>
        <w:rPr>
          <w:sz w:val="20"/>
        </w:rPr>
        <w:t>39:30  aur phir lad rahe hain, lad rahe hain. to yahan, yahan par hamein islaah karni padegi, yahan par hamein islaah karni padegi.</w:t>
      </w:r>
      <w:r>
        <w:br/>
      </w:r>
      <w:r>
        <w:rPr>
          <w:sz w:val="20"/>
        </w:rPr>
        <w:t>39:41  kab ja kar yeh surat-e-haal badlegi? kab ja kar hamara mamla durust hoga? kab ja kar Allah ki nasrat hamari taraf aye gi?</w:t>
      </w:r>
      <w:r>
        <w:br/>
      </w:r>
      <w:r>
        <w:rPr>
          <w:sz w:val="20"/>
        </w:rPr>
        <w:t>39:56  yeh hai sara mamla.</w:t>
      </w:r>
      <w:r>
        <w:br/>
      </w:r>
      <w:r>
        <w:rPr>
          <w:sz w:val="20"/>
        </w:rPr>
        <w:t>40:00  yeh jo mein ne misal di ke woh Europe mein rehte hain, aur kya bataya unhon ne? aa kar ke ke wahan ke akhbaron ka yeh haal hai ke koi musalman ki baat ho to Muslim naam likhein ge, aur kisi non-muslim ki baat ho to aik person likhein ge.</w:t>
      </w:r>
      <w:r>
        <w:br/>
      </w:r>
      <w:r>
        <w:rPr>
          <w:sz w:val="20"/>
        </w:rPr>
        <w:t>40:19  yeh, yeh bilkul ghalt baat hai. yani yeh is ko kahenge wrong generalization. koi aik waqea aisa hua hoga to usi ko generalize</w:t>
      </w:r>
      <w:r>
        <w:br/>
      </w:r>
      <w:r>
        <w:rPr>
          <w:sz w:val="20"/>
        </w:rPr>
        <w:t>40:29  kar diya unhon ne, kyunke mein bhi to parhta hoon. to jo log is tareeqay se bat, yani musalmanon ko</w:t>
      </w:r>
      <w:r>
        <w:br/>
      </w:r>
      <w:r>
        <w:rPr>
          <w:sz w:val="20"/>
        </w:rPr>
        <w:t>40:40  batate hain, woh musalmanon ko, yani ghalt zehn banate hain, ghalt zehn. haqeeqat hai ke sari duniya ke musalman jo hain, jo likhne aur bolne wale log hain, woh ghalt zehn hi bana rahe hain,</w:t>
      </w:r>
      <w:r>
        <w:br/>
      </w:r>
      <w:r>
        <w:rPr>
          <w:sz w:val="20"/>
        </w:rPr>
        <w:t>40:55  ghalat zehan bana rahe hain.</w:t>
      </w:r>
      <w:r>
        <w:br/>
      </w:r>
      <w:r>
        <w:rPr>
          <w:sz w:val="20"/>
        </w:rPr>
        <w:t>40:57  aur isi ghalat zehan ki waja se sare dunya ke musalman negative ho gaye hain, protest karte hain, complaint karte hain.</w:t>
      </w:r>
      <w:r>
        <w:br/>
      </w:r>
      <w:r>
        <w:rPr>
          <w:sz w:val="20"/>
        </w:rPr>
        <w:t>41:09  iski meri zimmedari hai inhi logon par jo leader hain, jo jis ko mein kaha karta hoon likhne aur bolne wala tabqa.</w:t>
      </w:r>
      <w:r>
        <w:br/>
      </w:r>
      <w:r>
        <w:rPr>
          <w:sz w:val="20"/>
        </w:rPr>
        <w:t>41:20  yani musalmanon ka jo likhne aur bolne wala tabqa hai, wo asal zimmedar hai.</w:t>
      </w:r>
    </w:p>
    <w:p>
      <w:pPr>
        <w:pStyle w:val="Heading2"/>
      </w:pPr>
      <w:r>
        <w:t>20-minute delay and three-part stomach hadith</w:t>
      </w:r>
    </w:p>
    <w:p>
      <w:r>
        <w:rPr>
          <w:color w:val="666666"/>
          <w:sz w:val="18"/>
        </w:rPr>
        <w:t>The Importance of Intellectual awakening 30 sept, 2007 - Maulana Wahiduddin Khan · 4m 53s · at 13:04 · https://youtu.be/SaIe6RpHEpg?t=784</w:t>
      </w:r>
    </w:p>
    <w:p>
      <w:r>
        <w:rPr>
          <w:i/>
        </w:rPr>
        <w:t>“Abhi maine ek article parha”</w:t>
      </w:r>
    </w:p>
    <w:p>
      <w:r>
        <w:rPr>
          <w:sz w:val="20"/>
        </w:rPr>
        <w:t>13:04  aaj hi subah samajh aai meri. abhi mein ne ek article parha to us mein bataya gaya hai ke jo hum khana khate hain to</w:t>
      </w:r>
      <w:r>
        <w:br/>
      </w:r>
      <w:r>
        <w:rPr>
          <w:sz w:val="20"/>
        </w:rPr>
        <w:t>13:19  khana hum khate hain pait mein, lekin pait nahi janta ke bhar gaya ke nahi bhara. woh to mind janta hai. koi bhi cheez aap samajhte hain ke agar yahan koi mujhe sui chubhae to yeh yeh yeh mera leg nahi janta janega ke sui chubha gai hai.</w:t>
      </w:r>
      <w:r>
        <w:br/>
      </w:r>
      <w:r>
        <w:rPr>
          <w:sz w:val="20"/>
        </w:rPr>
        <w:t>13:37  mind janega. to yeh dekhen ek difference hai. agar aap yahan sui chubhaen to instantly mera mind jaan leta hai ke sui chubhai gai hai.</w:t>
      </w:r>
      <w:r>
        <w:br/>
      </w:r>
      <w:r>
        <w:rPr>
          <w:sz w:val="20"/>
        </w:rPr>
        <w:t>13:48  yahan par ya aap yahan par mujhe aag rakh den to mind instantly jaan lega ke yahan aag rakh di gai hai. lekin jab aap khana khate hain to it takes your body about twenty minutes to signal the body mind that it is yani aap khana kha rahe hain, kha rahe hain, kha rahe hain.</w:t>
      </w:r>
      <w:r>
        <w:br/>
      </w:r>
      <w:r>
        <w:rPr>
          <w:sz w:val="20"/>
        </w:rPr>
        <w:t>14:17  pait bhar gaya aap ka. yani according to the capacity bhar gaya. lekin abhi bhi aap nahi janenge ke bhai pait bhar gaya. ise sare log overeating karte hain.</w:t>
      </w:r>
      <w:r>
        <w:br/>
      </w:r>
      <w:r>
        <w:rPr>
          <w:sz w:val="20"/>
        </w:rPr>
        <w:t>14:29  more than nine percent log overeating karte hain. kyun? mind hi to order karta hai wahan se. mind ko pata nahi. mind ko pata hone mein about twenty minutes lagte hain ke pait bhar gaya.</w:t>
      </w:r>
      <w:r>
        <w:br/>
      </w:r>
      <w:r>
        <w:rPr>
          <w:sz w:val="20"/>
        </w:rPr>
        <w:t>14:47  yeh ek research hui hai ke pait bhar jaye tab bhi pait pait ke paas to samajh hai hi nahi.</w:t>
      </w:r>
      <w:r>
        <w:br/>
      </w:r>
      <w:r>
        <w:rPr>
          <w:sz w:val="20"/>
        </w:rPr>
        <w:t>14:57  pait khud to samajh nahi sakta ke bhar gaya woh. mind batata hai ke bhar gaya. lekin pait ki yeh news mind tak pohnchne mein twenty minutes lagte hain.</w:t>
      </w:r>
      <w:r>
        <w:br/>
      </w:r>
      <w:r>
        <w:rPr>
          <w:sz w:val="20"/>
        </w:rPr>
        <w:t>15:08  about twenty minutes. is ka matlab kya hua? yeh bohat hi important baat hai. is dunya mein aap ka ek bohat bara test hai.</w:t>
      </w:r>
      <w:r>
        <w:br/>
      </w:r>
      <w:r>
        <w:rPr>
          <w:sz w:val="20"/>
        </w:rPr>
        <w:t>15:22  bohat bara test hai. ke aap ko apni aql se har cheez ko peshgi janna parega. har baat ko.</w:t>
      </w:r>
      <w:r>
        <w:br/>
      </w:r>
      <w:r>
        <w:rPr>
          <w:sz w:val="20"/>
        </w:rPr>
        <w:t>15:31  hone se pehle. hone se pehle.</w:t>
      </w:r>
      <w:r>
        <w:br/>
      </w:r>
      <w:r>
        <w:rPr>
          <w:sz w:val="20"/>
        </w:rPr>
        <w:t>15:38  yeh bohat hi bari. you have to know everything beforehand.</w:t>
      </w:r>
      <w:r>
        <w:br/>
      </w:r>
      <w:r>
        <w:rPr>
          <w:sz w:val="20"/>
        </w:rPr>
        <w:t>15:48  hone se pehle aap ko janna parega. nahi to kya hoga? is ke result ka aap result ko bhugtna parega aap ko. yani overeating kar rahe hain, aap overeating kar rahe hain.</w:t>
      </w:r>
      <w:r>
        <w:br/>
      </w:r>
      <w:r>
        <w:rPr>
          <w:sz w:val="20"/>
        </w:rPr>
        <w:t>15:59  to kya hoga? bimari aegi. motapa aega. aap diabetic ho jayenge. to aap ko goya ke twenty minutes pehle apni aql se janna parega.</w:t>
      </w:r>
      <w:r>
        <w:br/>
      </w:r>
      <w:r>
        <w:rPr>
          <w:sz w:val="20"/>
        </w:rPr>
        <w:t>16:13  jis ko hadith mein aaya hai. woh keh jan janne ki kya shakal hai? hadith mein aaya hai, ek waqia aaya hai.</w:t>
      </w:r>
      <w:r>
        <w:br/>
      </w:r>
      <w:r>
        <w:rPr>
          <w:sz w:val="20"/>
        </w:rPr>
        <w:t>16:24  ek aadmi syria se aya. woh us zamane ke lehaaz se doctor tha. yahan par practice karne ke liye. madina mein.</w:t>
      </w:r>
      <w:r>
        <w:br/>
      </w:r>
      <w:r>
        <w:rPr>
          <w:sz w:val="20"/>
        </w:rPr>
        <w:t>16:34  to teen saal tak woh raha aur wahan us ko koi patient nahi mila. teen saal tak. to rasool Allah ke paas aya woh ke mein teen saal se yahan hoon.</w:t>
      </w:r>
      <w:r>
        <w:br/>
      </w:r>
      <w:r>
        <w:rPr>
          <w:sz w:val="20"/>
        </w:rPr>
        <w:t>16:46  mujhe koi patient nahi milta.</w:t>
      </w:r>
      <w:r>
        <w:br/>
      </w:r>
      <w:r>
        <w:rPr>
          <w:sz w:val="20"/>
        </w:rPr>
        <w:t>16:50  to ab mein ja raha hoon wapas. rasool Allah ne kaha ke hum log jab marna hota hai tab bhi bemar hote hain. is se pehle bemar hi nahi hote hum.</w:t>
      </w:r>
      <w:r>
        <w:br/>
      </w:r>
      <w:r>
        <w:rPr>
          <w:sz w:val="20"/>
        </w:rPr>
        <w:t>17:01  to us ne kaha ke woh kaise? kaha ke us ne kaha hum apne pait ke teen hisse karte hain. apne pait ke teen hisse karte hain.</w:t>
      </w:r>
      <w:r>
        <w:br/>
      </w:r>
      <w:r>
        <w:rPr>
          <w:sz w:val="20"/>
        </w:rPr>
        <w:t>17:13  ek hisse mein khana, ek hisse mein pani. yeh sara hissa khali. yeh yeh hadith bhi aaj hi mujhe samajh aai.</w:t>
      </w:r>
      <w:r>
        <w:br/>
      </w:r>
      <w:r>
        <w:rPr>
          <w:sz w:val="20"/>
        </w:rPr>
        <w:t>17:21  jab mein ne yeh parha.</w:t>
      </w:r>
      <w:r>
        <w:br/>
      </w:r>
      <w:r>
        <w:rPr>
          <w:sz w:val="20"/>
        </w:rPr>
        <w:t>17:27  ke hum apne pait ke teen hisse karte hain. ek hissa khana, ek hissa pani. aur teesra hissa khali. khali ka matlab kya hai?</w:t>
      </w:r>
      <w:r>
        <w:br/>
      </w:r>
      <w:r>
        <w:rPr>
          <w:sz w:val="20"/>
        </w:rPr>
        <w:t>17:37  khali ka matlab yahi hai ke pait bharne se pehle hum yeh samajhte hain ke pait bhar gaya. anticipate karte hain.</w:t>
      </w:r>
      <w:r>
        <w:br/>
      </w:r>
      <w:r>
        <w:rPr>
          <w:sz w:val="20"/>
        </w:rPr>
        <w:t>17:49  pait bharne se pehle hum apni aql se yeh jaan lete hain ke pait bhar gaya, bas chhoro khana.</w:t>
      </w:r>
    </w:p>
    <w:p>
      <w:pPr>
        <w:pStyle w:val="Heading2"/>
      </w:pPr>
      <w:r>
        <w:t>World of problems created by God</w:t>
      </w:r>
    </w:p>
    <w:p>
      <w:r>
        <w:rPr>
          <w:color w:val="666666"/>
          <w:sz w:val="18"/>
        </w:rPr>
        <w:t>The Importance of Patience 8 May 2014 - Maulana Wahiduddin Khan · 21s · at 5:00 · https://youtu.be/O6n3siZeKSI?t=300</w:t>
      </w:r>
    </w:p>
    <w:p>
      <w:r>
        <w:rPr>
          <w:i/>
        </w:rPr>
        <w:t>“Insaan ko Allah ne paida kiya qabd mein”</w:t>
      </w:r>
    </w:p>
    <w:p>
      <w:r>
        <w:rPr>
          <w:sz w:val="20"/>
        </w:rPr>
        <w:t>5:00  insan ko Allah ne paida kiya qabḍ mein. khalaq al-insana fi qabḍ . qabḍ ka maani hai problem. insan ko paida kiya hai problem mein.</w:t>
      </w:r>
      <w:r>
        <w:br/>
      </w:r>
      <w:r>
        <w:rPr>
          <w:sz w:val="20"/>
        </w:rPr>
        <w:t>5:14  is ka matlab hai ke</w:t>
      </w:r>
      <w:r>
        <w:br/>
      </w:r>
      <w:r>
        <w:rPr>
          <w:sz w:val="20"/>
        </w:rPr>
        <w:t>5:16  the world is world of problems</w:t>
      </w:r>
    </w:p>
    <w:p>
      <w:pPr>
        <w:pStyle w:val="Heading2"/>
      </w:pPr>
      <w:r>
        <w:t>Freedom as false ideal: Skinner's 'we cannot afford freedom'</w:t>
      </w:r>
    </w:p>
    <w:p>
      <w:r>
        <w:rPr>
          <w:color w:val="666666"/>
          <w:sz w:val="18"/>
        </w:rPr>
        <w:t>Importance of Peace August 17, 2014 · 2m 44s · at 20:32 · https://youtu.be/ifxSwh2Jckw?t=1232</w:t>
      </w:r>
    </w:p>
    <w:p>
      <w:r>
        <w:rPr>
          <w:i/>
        </w:rPr>
        <w:t>“Yorop mein logon ne samjha freedom is the summum bonum”</w:t>
      </w:r>
    </w:p>
    <w:p>
      <w:r>
        <w:rPr>
          <w:sz w:val="20"/>
        </w:rPr>
        <w:t>20:32  europe mein</w:t>
      </w:r>
      <w:r>
        <w:br/>
      </w:r>
      <w:r>
        <w:rPr>
          <w:sz w:val="20"/>
        </w:rPr>
        <w:t>20:37  jo modern civilization aayi, is mein logon ne yeh samjha ke freedom is the summum bonum sab bari cheez azaadi hai.</w:t>
      </w:r>
      <w:r>
        <w:br/>
      </w:r>
      <w:r>
        <w:rPr>
          <w:sz w:val="20"/>
        </w:rPr>
        <w:t>20:50  ab bari azaadi kithon pohnchi?</w:t>
      </w:r>
      <w:r>
        <w:br/>
      </w:r>
      <w:r>
        <w:rPr>
          <w:sz w:val="20"/>
        </w:rPr>
        <w:t>20:52  azaadi, azaadi, azaadi.</w:t>
      </w:r>
      <w:r>
        <w:br/>
      </w:r>
      <w:r>
        <w:rPr>
          <w:sz w:val="20"/>
        </w:rPr>
        <w:t>20:58  lekin aap dekhiye, azadi ne kahan tak pahunchaya logon ko? anarki tak pahunchaya.</w:t>
      </w:r>
      <w:r>
        <w:br/>
      </w:r>
      <w:r>
        <w:rPr>
          <w:sz w:val="20"/>
        </w:rPr>
        <w:t>21:07  anarki. misaal ke taur par dekhiye, wahan marriage hoti hai aur dono fareeq kehte hain ke main aazad hoon, main jo chahoon karoon.</w:t>
      </w:r>
      <w:r>
        <w:br/>
      </w:r>
      <w:r>
        <w:rPr>
          <w:sz w:val="20"/>
        </w:rPr>
        <w:t>21:17  wo kehta hai ke main aazad hoon, main jo chahoon karoon.</w:t>
      </w:r>
      <w:r>
        <w:br/>
      </w:r>
      <w:r>
        <w:rPr>
          <w:sz w:val="20"/>
        </w:rPr>
        <w:t>21:20  to hamesha har marriage ego crash par khatam hoti hai. jahan do aadmi ikattha hue, ego crash. wo kehte hain ke main meri chalegi, wo kehta hai meri chalegi.</w:t>
      </w:r>
      <w:r>
        <w:br/>
      </w:r>
      <w:r>
        <w:rPr>
          <w:sz w:val="20"/>
        </w:rPr>
        <w:t>21:36  to America ke ek scholar ne ek kitaab likhi hai jis ka naam hai Freedom and Dignity</w:t>
      </w:r>
      <w:r>
        <w:br/>
      </w:r>
      <w:r>
        <w:rPr>
          <w:sz w:val="20"/>
        </w:rPr>
        <w:t>21:47  iska naam hai iscalar.</w:t>
      </w:r>
      <w:r>
        <w:br/>
      </w:r>
      <w:r>
        <w:rPr>
          <w:sz w:val="20"/>
        </w:rPr>
        <w:t>21:52  secular. is kitaab mein wo kehta hai ke we cannot afford freedom</w:t>
      </w:r>
      <w:r>
        <w:br/>
      </w:r>
      <w:r>
        <w:rPr>
          <w:sz w:val="20"/>
        </w:rPr>
        <w:t>22:00  we cannot afford freedom yaani insaan jo hai azadi ko afford nahi kar sakta. kyunke agar main apni azadi ko poore maanon mein apne ko aazad samajh loon ke main jo chahoon wo mujhe karna hai to social life jo hai is mein aap ek problem ban jayenge.</w:t>
      </w:r>
      <w:r>
        <w:br/>
      </w:r>
      <w:r>
        <w:rPr>
          <w:sz w:val="20"/>
        </w:rPr>
        <w:t>22:18  meri azadi doosre ke liye problem hai.</w:t>
      </w:r>
      <w:r>
        <w:br/>
      </w:r>
      <w:r>
        <w:rPr>
          <w:sz w:val="20"/>
        </w:rPr>
        <w:t>22:24  meri azadi doosre ke liye problem hai.</w:t>
      </w:r>
      <w:r>
        <w:br/>
      </w:r>
      <w:r>
        <w:rPr>
          <w:sz w:val="20"/>
        </w:rPr>
        <w:t>22:27  misaal ke taur par dekhiye, ab road par aap car le ke nikle hain. aap samjhen ke main jhe jhe daudaoon, idhar daudaoon, idhar daudaoon. to doosre tamam musafiron ke liye aap problem ban jayenge.</w:t>
      </w:r>
      <w:r>
        <w:br/>
      </w:r>
      <w:r>
        <w:rPr>
          <w:sz w:val="20"/>
        </w:rPr>
        <w:t>22:42  to unlimited freedom sab ke liye problem ban jati hai. yahan tak ke khud aadmi ke liye bhi. to freedom summum bonum nahi hai.</w:t>
      </w:r>
      <w:r>
        <w:br/>
      </w:r>
      <w:r>
        <w:rPr>
          <w:sz w:val="20"/>
        </w:rPr>
        <w:t>22:57  is professor ne apni kitaab, moti kitaab hai, is ne bohat si baatein likhi hain. is ka khulasa yeh hai ke we cannot afford freedom</w:t>
      </w:r>
      <w:r>
        <w:br/>
      </w:r>
      <w:r>
        <w:rPr>
          <w:sz w:val="20"/>
        </w:rPr>
        <w:t>23:12  insaan azadi ko afford nahi kar sakta.</w:t>
      </w:r>
    </w:p>
    <w:p>
      <w:pPr>
        <w:pStyle w:val="Heading2"/>
      </w:pPr>
      <w:r>
        <w:t>Billionaire's despair and Billy Graham</w:t>
      </w:r>
    </w:p>
    <w:p>
      <w:r>
        <w:rPr>
          <w:color w:val="666666"/>
          <w:sz w:val="18"/>
        </w:rPr>
        <w:t>The Belief System of Islam August 01, 2007 · 2m 01s · at 36:07 · https://youtu.be/5pdnwRaPfmY?t=2167</w:t>
      </w:r>
    </w:p>
    <w:p>
      <w:r>
        <w:rPr>
          <w:i/>
        </w:rPr>
        <w:t>“No king, no wealthy people, no one was able to achieve success.”</w:t>
      </w:r>
    </w:p>
    <w:p>
      <w:r>
        <w:rPr>
          <w:sz w:val="20"/>
        </w:rPr>
        <w:t>36:07  No king, no wealthy people, no one was able to achieve success.</w:t>
      </w:r>
      <w:r>
        <w:br/>
      </w:r>
      <w:r>
        <w:rPr>
          <w:sz w:val="20"/>
        </w:rPr>
        <w:t>36:20  Everyone is doomed to die in failure with frustration. So we want eternity, and we failed to achieve eternity.</w:t>
      </w:r>
      <w:r>
        <w:br/>
      </w:r>
      <w:r>
        <w:rPr>
          <w:sz w:val="20"/>
        </w:rPr>
        <w:t>36:35  We want justice, and we failed to achieve justice in this world. We want happiness, but everyone failed to achieve happiness.</w:t>
      </w:r>
      <w:r>
        <w:br/>
      </w:r>
      <w:r>
        <w:rPr>
          <w:sz w:val="20"/>
        </w:rPr>
        <w:t>36:52  So why this state of affairs? Why this state of affairs?</w:t>
      </w:r>
      <w:r>
        <w:br/>
      </w:r>
      <w:r>
        <w:rPr>
          <w:sz w:val="20"/>
        </w:rPr>
        <w:t>37:05  Why is everyone</w:t>
      </w:r>
      <w:r>
        <w:br/>
      </w:r>
      <w:r>
        <w:rPr>
          <w:sz w:val="20"/>
        </w:rPr>
        <w:t>37:11  in despair</w:t>
      </w:r>
      <w:r>
        <w:br/>
      </w:r>
      <w:r>
        <w:rPr>
          <w:sz w:val="20"/>
        </w:rPr>
        <w:t>37:12  ? Everyone</w:t>
      </w:r>
      <w:r>
        <w:br/>
      </w:r>
      <w:r>
        <w:rPr>
          <w:sz w:val="20"/>
        </w:rPr>
        <w:t>37:17  is compelled to live in despair.</w:t>
      </w:r>
      <w:r>
        <w:br/>
      </w:r>
      <w:r>
        <w:rPr>
          <w:sz w:val="20"/>
        </w:rPr>
        <w:t>37:23  You know, an American, there is a well-known missionary in America, Billy Graham</w:t>
      </w:r>
      <w:r>
        <w:br/>
      </w:r>
      <w:r>
        <w:rPr>
          <w:sz w:val="20"/>
        </w:rPr>
        <w:t>37:33  . He says in one of his speeches that once I received a message from a richest person in America.</w:t>
      </w:r>
      <w:r>
        <w:br/>
      </w:r>
      <w:r>
        <w:rPr>
          <w:sz w:val="20"/>
        </w:rPr>
        <w:t>37:43  He was a wealthy person, so he sent anurgent message.</w:t>
      </w:r>
      <w:r>
        <w:br/>
      </w:r>
      <w:r>
        <w:rPr>
          <w:sz w:val="20"/>
        </w:rPr>
        <w:t>37:55  So I abandoned my programs, and I hurriedly went to his town</w:t>
      </w:r>
      <w:r>
        <w:br/>
      </w:r>
      <w:r>
        <w:rPr>
          <w:sz w:val="20"/>
        </w:rPr>
        <w:t>38:05  . But when I</w:t>
      </w:r>
    </w:p>
    <w:p>
      <w:pPr>
        <w:pStyle w:val="Heading2"/>
      </w:pPr>
      <w:r>
        <w:t>Peace not a virtue but provides conditions</w:t>
      </w:r>
    </w:p>
    <w:p>
      <w:r>
        <w:rPr>
          <w:color w:val="666666"/>
          <w:sz w:val="18"/>
        </w:rPr>
        <w:t>Paradise A Home of Peace July 26, 2007 · 1m 47s · at 11:41 · https://youtu.be/jJ_Gc-StCAc?t=701</w:t>
      </w:r>
    </w:p>
    <w:p>
      <w:r>
        <w:rPr>
          <w:i/>
        </w:rPr>
        <w:t>“Peace is not a virtue in itself”</w:t>
      </w:r>
    </w:p>
    <w:p>
      <w:r>
        <w:rPr>
          <w:sz w:val="20"/>
        </w:rPr>
        <w:t>11:41  . Peace is a highly positive quality. According to my experience,</w:t>
      </w:r>
      <w:r>
        <w:br/>
      </w:r>
      <w:r>
        <w:rPr>
          <w:sz w:val="20"/>
        </w:rPr>
        <w:t>11:52  peace is not a virtue in itself. Peace is not a religious virtue in itself.</w:t>
      </w:r>
      <w:r>
        <w:br/>
      </w:r>
      <w:r>
        <w:rPr>
          <w:sz w:val="20"/>
        </w:rPr>
        <w:t>12:05  According to my experience, peace is not a religious virtue in itself, but peace provides favorable</w:t>
      </w:r>
      <w:r>
        <w:br/>
      </w:r>
      <w:r>
        <w:rPr>
          <w:sz w:val="20"/>
        </w:rPr>
        <w:t>12:25  conditions for all kinds of religious activities.</w:t>
      </w:r>
      <w:r>
        <w:br/>
      </w:r>
      <w:r>
        <w:rPr>
          <w:sz w:val="20"/>
        </w:rPr>
        <w:t>12:33  So peace in it—peace is the importance of peace is this: that it provides us favorable conditions.</w:t>
      </w:r>
      <w:r>
        <w:br/>
      </w:r>
      <w:r>
        <w:rPr>
          <w:sz w:val="20"/>
        </w:rPr>
        <w:t>12:45  It provides us opportunities. You know, without peace, no positive activities are possible in this world.</w:t>
      </w:r>
      <w:r>
        <w:br/>
      </w:r>
      <w:r>
        <w:rPr>
          <w:sz w:val="20"/>
        </w:rPr>
        <w:t>12:59  Without peace, there is no progress, no development, no positive activities are possible in an atmosphere where there is no peace.</w:t>
      </w:r>
      <w:r>
        <w:br/>
      </w:r>
      <w:r>
        <w:rPr>
          <w:sz w:val="20"/>
        </w:rPr>
        <w:t>13:20  Even I cannot deliver a speech without peaceful conditions.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