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live as a minority</w:t>
      </w:r>
    </w:p>
    <w:p>
      <w:r>
        <w:rPr>
          <w:sz w:val="18"/>
        </w:rPr>
        <w:t>Q&amp;A, lecture moments and clips · full transcripts with timestamps · exported 2026-09-21</w:t>
      </w:r>
    </w:p>
    <w:p>
      <w:pPr>
        <w:pStyle w:val="Heading1"/>
      </w:pPr>
      <w:r>
        <w:t>Maulana was asked (30)</w:t>
      </w:r>
    </w:p>
    <w:p>
      <w:pPr>
        <w:pStyle w:val="Heading2"/>
      </w:pPr>
      <w:r>
        <w:t>Minority role and thinking in India</w:t>
      </w:r>
    </w:p>
    <w:p>
      <w:r>
        <w:rPr>
          <w:color w:val="666666"/>
          <w:sz w:val="18"/>
        </w:rPr>
        <w:t>Communal Harmony October 16, 2022 · 12m 25s · at 37:17 · https://youtu.be/Ob4BVozf3KY?t=2237</w:t>
      </w:r>
    </w:p>
    <w:p>
      <w:r>
        <w:rPr>
          <w:i/>
        </w:rPr>
        <w:t>“We live in minority in India, so what can we do? Please advise what should be our thinking.”</w:t>
      </w:r>
    </w:p>
    <w:p>
      <w:r>
        <w:rPr>
          <w:sz w:val="20"/>
        </w:rPr>
        <w:t>37:17  apa, ek comment aya aur isi se mein agla sawal bhi jodna chahunga jo bheja hai Kanpur se. comment bheja hai Imran Ahmed sahib ne Dilli se, unho'n ne likha hai: "ma sha Allah, apa middle nation hone ke bana par hamari zimmedari hai ke hum kisi bhi qeemat par India mein aur poori duniya mein peaceful mahaul</w:t>
      </w:r>
      <w:r>
        <w:br/>
      </w:r>
      <w:r>
        <w:rPr>
          <w:sz w:val="20"/>
        </w:rPr>
        <w:t>37:39  qaim rakhein." jazak Allah, apa. ab agla sawal jo hai, woh ek tareeqe se related hai is comment se. yeh Rafiq sahib ne bheja hai Kanpur se, unho'n ne likha hai: "apa, we live in minority in India, so what can we do?</w:t>
      </w:r>
      <w:r>
        <w:br/>
      </w:r>
      <w:r>
        <w:rPr>
          <w:sz w:val="20"/>
        </w:rPr>
        <w:t>37:53  please advise on what should be our thinking." to is ke bare mein apa bataein. yeh Maulana ne likha tha ke minority majority kuch bhi nahi hai.</w:t>
      </w:r>
      <w:r>
        <w:br/>
      </w:r>
      <w:r>
        <w:rPr>
          <w:sz w:val="20"/>
        </w:rPr>
        <w:t>38:06  yeh to meri ek dost theen, hain Rozala Jang, to unho'n ne kaha ke jo minority institute banaya gaya hai, us mein hum to aur zyada advantageous position mein hain.</w:t>
      </w:r>
      <w:r>
        <w:br/>
      </w:r>
      <w:r>
        <w:rPr>
          <w:sz w:val="20"/>
        </w:rPr>
        <w:t>38:20  minority se hamari kisi baat mein hamari koi kami nahi aayi hai, balkeh humein hamare institution ko safeguard karna, us ko mazeed fund dena, aur hamari aur zyada izzat hoti hai minor</w:t>
      </w:r>
      <w:r>
        <w:br/>
      </w:r>
      <w:r>
        <w:rPr>
          <w:sz w:val="20"/>
        </w:rPr>
        <w:t>38:33  ity mein. kyunke woh samajhte hain ke humein un ko protect karna hai, un ki madad karni hai. to minority ki wajah se humein kabhi bhi koi problem nahi hai, balkeh hamari jo hum mil jul kar nahi rehte, hum taluqat nahi banate, hum log alag alag rehte hain, apne festival bhi alag alag manate hain.</w:t>
      </w:r>
      <w:r>
        <w:br/>
      </w:r>
      <w:r>
        <w:rPr>
          <w:sz w:val="20"/>
        </w:rPr>
        <w:t>38:54  apne school kholenge to woh sirf Muslim Muslim logo'n ke liye kholenge. to</w:t>
      </w:r>
      <w:r>
        <w:br/>
      </w:r>
      <w:r>
        <w:rPr>
          <w:sz w:val="20"/>
        </w:rPr>
        <w:t>39:00  yeh mil jul kar khaas taur par school level par saath jab hota hai na, mukhtalif firqe ke logo'n ko, to woh bohat hi gehri bonding ho jati hai.</w:t>
      </w:r>
      <w:r>
        <w:br/>
      </w:r>
      <w:r>
        <w:rPr>
          <w:sz w:val="20"/>
        </w:rPr>
        <w:t>39:10  to minority hona kuch problem nahi hai. minority ke to ke liye to kabhi bhi koi masla nahi hua. ab bare se achhe se achhe schoolo'n mein hamare bachcho'n ke dakhle hote hain, to job milta hai, business hum kar sakte hain, bohat achhe achhe halaat mein Musalman hain.</w:t>
      </w:r>
      <w:r>
        <w:br/>
      </w:r>
      <w:r>
        <w:rPr>
          <w:sz w:val="20"/>
        </w:rPr>
        <w:t>39:28  bas agar koi apni nadani se koi harkat karega, kyunke hamare haan bohat se jahalat bhi bohat hai, to jo jahil hain, be rozgar hain, wohi ladai karte hain.</w:t>
      </w:r>
      <w:r>
        <w:br/>
      </w:r>
      <w:r>
        <w:rPr>
          <w:sz w:val="20"/>
        </w:rPr>
        <w:t>39:41  jab koi jaloos nikal raha hai, khaas taur par to jaloos ke mauqe par un ko rastay se hat jana chahiye, woh masla khud khatm ho jayega.</w:t>
      </w:r>
      <w:r>
        <w:br/>
      </w:r>
      <w:r>
        <w:rPr>
          <w:sz w:val="20"/>
        </w:rPr>
        <w:t>39:50  ab naujawan log jate hain aur ladne lagte hain, route badlo. Maulana likhte hain ke ab ek slogan hi lagate hain.</w:t>
      </w:r>
      <w:r>
        <w:br/>
      </w:r>
      <w:r>
        <w:rPr>
          <w:sz w:val="20"/>
        </w:rPr>
        <w:t>39:58  ek slogan jo hai na, woh lesser evil hai, chhota shar hai. agar hum slogan ko bardasht kar le'n, woh do minute mein slogan lagate hue woh jaloos guzar jayega, lekin hum us ko bardasht nahi karte, araz nahi karte, phir hum us se ladai shuru kar dete hain.</w:t>
      </w:r>
      <w:r>
        <w:br/>
      </w:r>
      <w:r>
        <w:rPr>
          <w:sz w:val="20"/>
        </w:rPr>
        <w:t>40:14  phir woh bohat bada, woh greater evil ban jata hai aur bada fasad bhark uthta hai. to hum advantageous position mein hain, hamare liye koi bhi rasta ruka hua nahi hai.</w:t>
      </w:r>
      <w:r>
        <w:br/>
      </w:r>
      <w:r>
        <w:rPr>
          <w:sz w:val="20"/>
        </w:rPr>
        <w:t>40:26  hamari apni koi kami hogi jis ki wajah se hum samajhte hain ke hum minority mein hain. woh us ko Maulana likhte hain ke hum sabr kare'n, araz kare'n, koi aisa masla hai to baat cheet ka andaaz ikhtiyar kare'n.</w:t>
      </w:r>
      <w:r>
        <w:br/>
      </w:r>
      <w:r>
        <w:rPr>
          <w:sz w:val="20"/>
        </w:rPr>
        <w:t>40:41  bohat jagah aisa hua hai, fasadat par mein padh rahi thi ke bohat jagah aisa hua hai ke Musalmano'n ne fasadat nahi hone diye. woh baqayda us ki khabar rakhte the ke kahan kya ho raha hai, aur jahan kuch dekhte the, koi galat baat ho rahi hai, to woh police ko</w:t>
      </w:r>
      <w:r>
        <w:br/>
      </w:r>
      <w:r>
        <w:rPr>
          <w:sz w:val="20"/>
        </w:rPr>
        <w:t>40:57  woh karte the, police ko khabar karte the, aur woh police apna law and order apne haath mein nahi lete the. jab law and order apne haath mein le dein, tab baat bigadti hai.</w:t>
      </w:r>
      <w:r>
        <w:br/>
      </w:r>
      <w:r>
        <w:rPr>
          <w:sz w:val="20"/>
        </w:rPr>
        <w:t>41:09  to police ko khabar karte the, police aa ke sab masla hal kar deti thi. to yeh bohat sare waqiyat Maulana ne apni kitabo'n mein likhe hain. ji, aur apa is mein add karna chahunga, mujhe ek program bhi yaad agaya Maulana sahib se, yahi aise hi related ques</w:t>
      </w:r>
      <w:r>
        <w:br/>
      </w:r>
      <w:r>
        <w:rPr>
          <w:sz w:val="20"/>
        </w:rPr>
        <w:t>41:26  tion poocha tha. to unho'n ne bohat hi sahi baat kahi, unho'n ne kaha ke dekhein, yeh minority majority ka masla jo aap ne dimagh mein rakha hua hai, yeh bilkul aisa sahi nahi hai.</w:t>
      </w:r>
      <w:r>
        <w:br/>
      </w:r>
      <w:r>
        <w:rPr>
          <w:sz w:val="20"/>
        </w:rPr>
        <w:t>41:38  kehte hain, ab mera mera case lijiye, Maulana ne apni taraf point karte hue kaha, kehte hain, main sochta hoon ke main ek Indian hoon, ek Indian Muslim hoon. Jaise hi main yeh sochta hoon ke main ek Indian hoon, main automatically majority ka hissa ban gaya.</w:t>
      </w:r>
      <w:r>
        <w:br/>
      </w:r>
      <w:r>
        <w:rPr>
          <w:sz w:val="20"/>
        </w:rPr>
        <w:t>41:50  to aap yeh samjhein ke aaj ka jo daur hai, woh merit merit b</w:t>
      </w:r>
      <w:r>
        <w:br/>
      </w:r>
      <w:r>
        <w:rPr>
          <w:sz w:val="20"/>
        </w:rPr>
        <w:t>41:56  yes daur hai. To Hazrat Ali ka call bhi hai ke value of a person lies in his excellence. So agar Maulana ne phir kaha ke agar aap doosre ki zaroorat ban jayen, to woh kabhi bhi aap ko nahi chhodega.</w:t>
      </w:r>
      <w:r>
        <w:br/>
      </w:r>
      <w:r>
        <w:rPr>
          <w:sz w:val="20"/>
        </w:rPr>
        <w:t>42:10  so you have to realize that, that in the present world, jaise apa ne kaha ke hamari ek advantageous posi</w:t>
      </w:r>
      <w:r>
        <w:br/>
      </w:r>
      <w:r>
        <w:rPr>
          <w:sz w:val="20"/>
        </w:rPr>
        <w:t>42:19  tion hai. So if we focus on developing our self, in making our self value asset to the society, to automatically aap ko jo samaj hai aur jo doosre faith ke log hain, woh aap ko bahut zyada pasand karenge, accept karenge.</w:t>
      </w:r>
      <w:r>
        <w:br/>
      </w:r>
      <w:r>
        <w:rPr>
          <w:sz w:val="20"/>
        </w:rPr>
        <w:t>42:37  so it is a change of thinking that</w:t>
      </w:r>
      <w:r>
        <w:br/>
      </w:r>
      <w:r>
        <w:rPr>
          <w:sz w:val="20"/>
        </w:rPr>
        <w:t>42:40  one needs to do. Merit par ek ji qissa mujhe yaad aaya, hamare chacha jaan jo the, abba ke bade chhote bhai, to woh Banaras Hindu University se engineering kar rahe the.</w:t>
      </w:r>
      <w:r>
        <w:br/>
      </w:r>
      <w:r>
        <w:rPr>
          <w:sz w:val="20"/>
        </w:rPr>
        <w:t>42:52  to unhone ek saal padha, iske baad woh ghar chale gaye, koi wajah se time par aa nahi sake. Kai mahina guzar gaya, chaar paanch mahina shayad, phir woh aaye, chaar paanch mahine ke baad to kehne lage, mujhe dakhila chahiye.</w:t>
      </w:r>
      <w:r>
        <w:br/>
      </w:r>
      <w:r>
        <w:rPr>
          <w:sz w:val="20"/>
        </w:rPr>
        <w:t>43:10  ab woh jo hai principal tha ya head of the department tha, woh ghussa hone lage, itne dinon ke baad, chaar paanch mahine, tareekh nikal chuki, ab tum ko kaisa woh milega, dakhila kaise milega?</w:t>
      </w:r>
      <w:r>
        <w:br/>
      </w:r>
      <w:r>
        <w:rPr>
          <w:sz w:val="20"/>
        </w:rPr>
        <w:t>43:24  woh unko baithne ke liye bhi nahi kaha. Phir bas ghusse ke andaaz mein unhone kaha, kya tumhare marks kitne marks hain? To unhone kaha, 80 percent.</w:t>
      </w:r>
      <w:r>
        <w:br/>
      </w:r>
      <w:r>
        <w:rPr>
          <w:sz w:val="20"/>
        </w:rPr>
        <w:t>43:34  woh zamana tha angrezon ka zamana, to marks bahut mushkil se aate the.</w:t>
      </w:r>
      <w:r>
        <w:br/>
      </w:r>
      <w:r>
        <w:rPr>
          <w:sz w:val="20"/>
        </w:rPr>
        <w:t>43:38  to jab unhone kaha, 80 percent, to unhone kaha, baitho, baitho, baitho, ab back date mein unka dakhila karaya. To yeh tareeqa hai aage badhne ka ke hum apne aap ko merit par saabit karen ke hum is mulk ke liye ji, hum mufeed ek hissa ban sakte hain.</w:t>
      </w:r>
      <w:r>
        <w:br/>
      </w:r>
      <w:r>
        <w:rPr>
          <w:sz w:val="20"/>
        </w:rPr>
        <w:t>43:56  bilkul, bilkul sahi kaha apa aap ne. Apa kuch aur comments hain. Muhammad Yaqoob Umri sahib ne likha hai,</w:t>
      </w:r>
      <w:r>
        <w:br/>
      </w:r>
      <w:r>
        <w:rPr>
          <w:sz w:val="20"/>
        </w:rPr>
        <w:t>44:05  jazak Allah apa for your lecture on such and important topic, communal harmony is the soil where spirituality and dawah work can grow.</w:t>
      </w:r>
      <w:r>
        <w:br/>
      </w:r>
      <w:r>
        <w:rPr>
          <w:sz w:val="20"/>
        </w:rPr>
        <w:t>44:16  is par main ji ji zaroor kehna cha rahi thi ke Maulana jo itna zyada zor dete the na, peace par, woh isi liye ke baghair peace ke koi kaam nahi ho sakta, aur khaas taur par dawah work, jo uske liye peaceful circumstances jo hain, woh essential hain.</w:t>
      </w:r>
      <w:r>
        <w:br/>
      </w:r>
      <w:r>
        <w:rPr>
          <w:sz w:val="20"/>
        </w:rPr>
        <w:t>44:33  to is wajah se woh bahut zyada chahte the ke peace qaim ho, communal harmony ho, peace qaim ho taake yeh kaam jo hai aage badhaya ja sake.</w:t>
      </w:r>
      <w:r>
        <w:br/>
      </w:r>
      <w:r>
        <w:rPr>
          <w:sz w:val="20"/>
        </w:rPr>
        <w:t>44:43  ji, Zahid Ali sahib ne likha hai, Farida apa, we need more empowered women in India to step forward in mobilizing women wings.</w:t>
      </w:r>
      <w:r>
        <w:br/>
      </w:r>
      <w:r>
        <w:rPr>
          <w:sz w:val="20"/>
        </w:rPr>
        <w:t>44:58  to is pe to apa, main main hi add karta hoon ke bahut sari ladies CPS ladies group se jud rahi hain, baqayda group bada hota ja raha hai, aur aap ne jo is mein aap ne likha hai, to woh waqai woh ho raha hai.</w:t>
      </w:r>
      <w:r>
        <w:br/>
      </w:r>
      <w:r>
        <w:rPr>
          <w:sz w:val="20"/>
        </w:rPr>
        <w:t>45:12  aur aaj ke lecture ke madhyam se main yeh bhi kehna chahunga ke agar if there are more women who want to join the CPS ladies wing, then you can write to us with your details at info at cpsglobal dot org</w:t>
      </w:r>
      <w:r>
        <w:br/>
      </w:r>
      <w:r>
        <w:rPr>
          <w:sz w:val="20"/>
        </w:rPr>
        <w:t>45:27  y. Yeh ek bahut hi positive group hai, aur yeh bahut zyada jo hai activities mein involved hai, how to spread positive thinking, how to develop ones personality, how to become God oriented and spiritual in ones daily life.</w:t>
      </w:r>
      <w:r>
        <w:br/>
      </w:r>
      <w:r>
        <w:rPr>
          <w:sz w:val="20"/>
        </w:rPr>
        <w:t>45:45  bahut si jo ladies hain, unke bahut zabardast comments aur experiences bhi yahan pe hum ne kai dafa share kiye hain ke kaise unki zindagi badli</w:t>
      </w:r>
      <w:r>
        <w:br/>
      </w:r>
      <w:r>
        <w:rPr>
          <w:sz w:val="20"/>
        </w:rPr>
        <w:t>45:55  aur. To yeh zaroor, yeh jo group hai, yeh isi tarah se badhta rahega. Ji, aur woh aurat ne hamari insaniyat padhayen, khud ba khud sari ladies jo hain, inspire ho jayengi.</w:t>
      </w:r>
      <w:r>
        <w:br/>
      </w:r>
      <w:r>
        <w:rPr>
          <w:sz w:val="20"/>
        </w:rPr>
        <w:t>46:08  ji ji, Muhammad Akram sahib ne likha hai, conclusion regarding the inf peace in the light of respected Mrs Khan is to focus on providing service of humans.</w:t>
      </w:r>
      <w:r>
        <w:br/>
      </w:r>
      <w:r>
        <w:rPr>
          <w:sz w:val="20"/>
        </w:rPr>
        <w:t>46:22  jazak Allah. Abdullah Bhatti sahib ne likha hai, mam, main Abdullah Pakistan Multan se hoon, paanch times namaz regular padhta hoon aur Quran bhi padhta hoon, lekin mujhe امی aur abu ki baat ka baat karta hoon to mujhe ghussa aa jata hai, mujh se badtameezi ho jati hai, lekin baad mein main Allah se maafii maang leta hoon.</w:t>
      </w:r>
      <w:r>
        <w:br/>
      </w:r>
      <w:r>
        <w:rPr>
          <w:sz w:val="20"/>
        </w:rPr>
        <w:t>46:49  kya meri maafii qabool hogi aur use main kaise khatam karoon, uske baare mein mujhe advice karen. Namaz jab padhen to bahut dhyan se padhen, uski spirit ke saath padhen.</w:t>
      </w:r>
      <w:r>
        <w:br/>
      </w:r>
      <w:r>
        <w:rPr>
          <w:sz w:val="20"/>
        </w:rPr>
        <w:t>47:03  namaz koi ritual nahi hai ke bas time ho gaya aur namaz uthak baithak kar liya. to aap spirit ke sath parhenge, tabhi to wo spirit aap ke andar aayegi,</w:t>
      </w:r>
      <w:r>
        <w:br/>
      </w:r>
      <w:r>
        <w:rPr>
          <w:sz w:val="20"/>
        </w:rPr>
        <w:t>47:13  kyunki quran mein likha hai ke kitna zyada maa ne tum ko dukh par dukh seh seh kar tum ko bada kiya. to gratefulness jo hai na, agar hum apne apne jo maa baap hain, apne jo log jinhone bhi hamari madad karte hain, hamare kaam aate hain, insan matlab insano ke liye agar hum hamare andar gratefulness nahi hai to hum khuda ke liye bhi grateful nahi ho</w:t>
      </w:r>
      <w:r>
        <w:br/>
      </w:r>
      <w:r>
        <w:rPr>
          <w:sz w:val="20"/>
        </w:rPr>
        <w:t>47:41  sakte, kyunki ye ek spirit hai. to ye spirit insano ke zariye se hamare andar jagti hai, aur jab ye spirit jaagegi, tabhi hum khuda ke grateful bande banenge.</w:t>
      </w:r>
      <w:r>
        <w:br/>
      </w:r>
      <w:r>
        <w:rPr>
          <w:sz w:val="20"/>
        </w:rPr>
        <w:t>47:52  to Maulana to yahan tak keh dete hain, jo grateful nahi hoga, wo jannat mein nahi jayega. to ye bahut hi serious baat hai, aap is par sochiye aur apne ghusse ko control kariye.</w:t>
      </w:r>
      <w:r>
        <w:br/>
      </w:r>
      <w:r>
        <w:rPr>
          <w:sz w:val="20"/>
        </w:rPr>
        <w:t>48:03  kabhi kabhi ho jata hai galtiyan to iske Allah taala maaf karte hain, lekin roz roz nahi hona chahiye. aur kyunki agar aap ne aisa nahi kiya to phir aap khuda ke bhi nashukre bande qarar payenge.</w:t>
      </w:r>
      <w:r>
        <w:br/>
      </w:r>
      <w:r>
        <w:rPr>
          <w:sz w:val="20"/>
        </w:rPr>
        <w:t>48:19  to ye aap kaise bardasht kar sakte hain? ji,</w:t>
      </w:r>
      <w:r>
        <w:br/>
      </w:r>
      <w:r>
        <w:rPr>
          <w:sz w:val="20"/>
        </w:rPr>
        <w:t>48:23  ek jagah Maulana ne likha bhi tha ke strong person is not one who overcoms his opponent, but a strong person is one who controls his anger.</w:t>
      </w:r>
      <w:r>
        <w:br/>
      </w:r>
      <w:r>
        <w:rPr>
          <w:sz w:val="20"/>
        </w:rPr>
        <w:t>48:34  to ye aap ki personality strong aur Maulana kya karte the? khamosh ho jate the. ghusse ki baatein to hoti hi rehti hain.</w:t>
      </w:r>
      <w:r>
        <w:br/>
      </w:r>
      <w:r>
        <w:rPr>
          <w:sz w:val="20"/>
        </w:rPr>
        <w:t>48:43  ji, to agar jab ghussa aaye na to aap thodi der ke liye, chand minute ke liye, chand secondon ke liye aap khamosh ho jaiye.</w:t>
      </w:r>
      <w:r>
        <w:br/>
      </w:r>
      <w:r>
        <w:rPr>
          <w:sz w:val="20"/>
        </w:rPr>
        <w:t>48:51  wo ghussa jo hai, wo jab para chadhta hai, ab aaj kal ke zamane mein keh sakte hain BP badh jata hai, wo ghussa chadhta hai, wo thodi der mein wo para utar jata hai, aur wo bilkul hum normal ho jate hain.</w:t>
      </w:r>
      <w:r>
        <w:br/>
      </w:r>
      <w:r>
        <w:rPr>
          <w:sz w:val="20"/>
        </w:rPr>
        <w:t>49:02  phir iske baad hum ko lagta hai ke hum kis baat pe ghussa hue the, koi baat to thi nahi. ji, to bas thodi der ke liye khamosh ho jayein ya apni jagah badal dein. Maulana kai baar mein dekhti thi ke barje mein ja ke thaharne lagte the.</w:t>
      </w:r>
      <w:r>
        <w:br/>
      </w:r>
      <w:r>
        <w:rPr>
          <w:sz w:val="20"/>
        </w:rPr>
        <w:t>49:14  ji, to apni jagah badalni to ghussa khud ba khud khatam ho jata hai.</w:t>
      </w:r>
      <w:r>
        <w:br/>
      </w:r>
      <w:r>
        <w:rPr>
          <w:sz w:val="20"/>
        </w:rPr>
        <w:t>49:18  ye apa aap ne bahut sahi advice diya, kyunki Maulana yahi Rasool Allah ki advice ko yahi kehte the ke Rasool Allah ne kaha tha ke when one of you becomes angry, he should keep quiet.</w:t>
      </w:r>
      <w:r>
        <w:br/>
      </w:r>
      <w:r>
        <w:rPr>
          <w:sz w:val="20"/>
        </w:rPr>
        <w:t>49:34  aur tamam emotions mein sab se destructive emotion jo hai, wo anger hi hai. to isliye bahut ye important hai.</w:t>
      </w:r>
    </w:p>
    <w:p>
      <w:pPr>
        <w:pStyle w:val="Heading2"/>
      </w:pPr>
      <w:r>
        <w:t>Spreading confidence to minorities through new mindset</w:t>
      </w:r>
    </w:p>
    <w:p>
      <w:r>
        <w:rPr>
          <w:color w:val="666666"/>
          <w:sz w:val="18"/>
        </w:rPr>
        <w:t>Revival and Revivalist June 7, 2015 · 44s · at 1:00:02 · https://youtu.be/MCY8AJ87BXc?t=3602</w:t>
      </w:r>
    </w:p>
    <w:p>
      <w:r>
        <w:rPr>
          <w:i/>
        </w:rPr>
        <w:t>“Your talk today has given a different angle of thinking and mindset, which would give confidence to minorities instead of low self-esteem. I am thinking to propagate this message to the women groups and educational institutions where I go. What is your opinion?”</w:t>
      </w:r>
    </w:p>
    <w:p>
      <w:r>
        <w:rPr>
          <w:sz w:val="20"/>
        </w:rPr>
        <w:t>1:00:02  Maulana, yeh agla sawal kiya hai doctor Najma Siddiqui ne Delhi se. Maulana, your talk today has given a different angle of thinking and mindset, which would give confidence to minorities instead of low self-esteem.</w:t>
      </w:r>
      <w:r>
        <w:br/>
      </w:r>
      <w:r>
        <w:rPr>
          <w:sz w:val="20"/>
        </w:rPr>
        <w:t>1:00:19  I am thinking to propagate this message to the women groups and educational institutions where I go. What is your opinion?</w:t>
      </w:r>
      <w:r>
        <w:br/>
      </w:r>
      <w:r>
        <w:rPr>
          <w:sz w:val="20"/>
        </w:rPr>
        <w:t>1:00:29  To bohat achi baat hai, aap ne sahi pakra baat ko. Aur yeh is nahj par aap already kaam kar rahe hain, mere khayal se.</w:t>
      </w:r>
      <w:r>
        <w:br/>
      </w:r>
      <w:r>
        <w:rPr>
          <w:sz w:val="20"/>
        </w:rPr>
        <w:t>1:00:40  Ab is ko aur barhaiye. Allah taala aap ki madad farmaye.</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Deviated young boy seeking guidance</w:t>
      </w:r>
    </w:p>
    <w:p>
      <w:r>
        <w:rPr>
          <w:color w:val="666666"/>
          <w:sz w:val="18"/>
        </w:rPr>
        <w:t>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Dealing with negative thinking due to inequality</w:t>
      </w:r>
    </w:p>
    <w:p>
      <w:r>
        <w:rPr>
          <w:color w:val="666666"/>
          <w:sz w:val="18"/>
        </w:rPr>
        <w:t>God in the Age of Science January 08, 2017 · 2m 06s · at 51:33 · https://youtu.be/au1bRdQDZ0U?t=3093</w:t>
      </w:r>
    </w:p>
    <w:p>
      <w:r>
        <w:rPr>
          <w:i/>
        </w:rPr>
        <w:t>“In this world, some have more share and some have less. This is the situation which results in negative thinking. What can be done to save ourselves from such negative reaction?”</w:t>
      </w:r>
    </w:p>
    <w:p>
      <w:r>
        <w:rPr>
          <w:sz w:val="20"/>
        </w:rPr>
        <w:t>51:33  maulana in ka ek aur sawal hai unhon ne likha hai in this world some have more share</w:t>
      </w:r>
      <w:r>
        <w:br/>
      </w:r>
      <w:r>
        <w:rPr>
          <w:sz w:val="20"/>
        </w:rPr>
        <w:t>51:40  and some have less this is the situation which results in negative thinking what can be done to</w:t>
      </w:r>
      <w:r>
        <w:br/>
      </w:r>
      <w:r>
        <w:rPr>
          <w:sz w:val="20"/>
        </w:rPr>
        <w:t>51:48  save our self from such negative reaction dekhein yeh jo hai log yani material cheezon ke lehaz</w:t>
      </w:r>
      <w:r>
        <w:br/>
      </w:r>
      <w:r>
        <w:rPr>
          <w:sz w:val="20"/>
        </w:rPr>
        <w:t>51:55  se compare karte hain is sab se bari cheez jo har insan ko mili hui hai woh mind</w:t>
      </w:r>
      <w:r>
        <w:br/>
      </w:r>
      <w:r>
        <w:rPr>
          <w:sz w:val="20"/>
        </w:rPr>
        <w:t>52:03  hai jo material cheez mili hui hai logon ko woh to kuch bhi nahi hai is ke muqable</w:t>
      </w:r>
      <w:r>
        <w:br/>
      </w:r>
      <w:r>
        <w:rPr>
          <w:sz w:val="20"/>
        </w:rPr>
        <w:t>52:10  mein hamara jo mind hai is ke muqable mein to jo aadmi material cheezon mein jeeta ho woh</w:t>
      </w:r>
      <w:r>
        <w:br/>
      </w:r>
      <w:r>
        <w:rPr>
          <w:sz w:val="20"/>
        </w:rPr>
        <w:t>52:18  bohat hi zyada stripper aadmi hai kyunke is ko jo khuda ne de rakha hai mind itna bara</w:t>
      </w:r>
      <w:r>
        <w:br/>
      </w:r>
      <w:r>
        <w:rPr>
          <w:sz w:val="20"/>
        </w:rPr>
        <w:t>52:25  mind is ko bhoola hua hai woh to jo log is lehaz se kam zyada mane ke kisi</w:t>
      </w:r>
      <w:r>
        <w:br/>
      </w:r>
      <w:r>
        <w:rPr>
          <w:sz w:val="20"/>
        </w:rPr>
        <w:t>52:33  ko kam mila hai kisi ko zyada mila hai kisi ke pas kai car hai kisi ke pas</w:t>
      </w:r>
      <w:r>
        <w:br/>
      </w:r>
      <w:r>
        <w:rPr>
          <w:sz w:val="20"/>
        </w:rPr>
        <w:t>52:40  ek hi car hai yeh to bohat hi zyada yani meaning less comparison hai yeh comparison hi bilkul</w:t>
      </w:r>
      <w:r>
        <w:br/>
      </w:r>
      <w:r>
        <w:rPr>
          <w:sz w:val="20"/>
        </w:rPr>
        <w:t>52:47  meaning less hai comparison is par hona chahiye ke kitna bara mind diya hai Allah taala ne insan</w:t>
      </w:r>
      <w:r>
        <w:br/>
      </w:r>
      <w:r>
        <w:rPr>
          <w:sz w:val="20"/>
        </w:rPr>
        <w:t>52:55  ko yani aisa mind jo poore universe tak apni soch pohncha sakta hai koi duniya mein doosri makhluqat</w:t>
      </w:r>
      <w:r>
        <w:br/>
      </w:r>
      <w:r>
        <w:rPr>
          <w:sz w:val="20"/>
        </w:rPr>
        <w:t>53:02  se nahi hai jo poore universe ke bare mein soche koi bhi na sher hai na hathi hai</w:t>
      </w:r>
      <w:r>
        <w:br/>
      </w:r>
      <w:r>
        <w:rPr>
          <w:sz w:val="20"/>
        </w:rPr>
        <w:t>53:10  na na pahad hai na samandar hai na galaxy hai jo poore universe ke bare mein soche yeh</w:t>
      </w:r>
      <w:r>
        <w:br/>
      </w:r>
      <w:r>
        <w:rPr>
          <w:sz w:val="20"/>
        </w:rPr>
        <w:t>53:17  yani kitni bari cheez mili hai yeh isi ko kaha hai quran mein amanat amanat ka matlab hai</w:t>
      </w:r>
      <w:r>
        <w:br/>
      </w:r>
      <w:r>
        <w:rPr>
          <w:sz w:val="20"/>
        </w:rPr>
        <w:t>53:25  ke khudai level ki cheez hai yeh aap ko khudai level ki cheez mili hui hai ke aap</w:t>
      </w:r>
      <w:r>
        <w:br/>
      </w:r>
      <w:r>
        <w:rPr>
          <w:sz w:val="20"/>
        </w:rPr>
        <w:t>53:32  poori kainat ke bare mein soch sakte hain to yeh comparison jo log karte hain bohat hi zyada</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Kashmiri identity and loyalty dilemma</w:t>
      </w:r>
    </w:p>
    <w:p>
      <w:r>
        <w:rPr>
          <w:color w:val="666666"/>
          <w:sz w:val="18"/>
        </w:rPr>
        <w:t>Save Yourself from Distraction August 21, 2016 · 50s · at 56:27 · https://youtu.be/wP3Dj-tccDQ?t=3387</w:t>
      </w:r>
    </w:p>
    <w:p>
      <w:r>
        <w:rPr>
          <w:i/>
        </w:rPr>
        <w:t>“Maulana sahib, I am Zahoor Ahmad Mir, a Kashmiri based in Kolkata, logically by Quran and Hadith, I am an Indian, but when something goes wrong in Kashmir, like present situation, my...”</w:t>
      </w:r>
    </w:p>
    <w:p>
      <w:r>
        <w:rPr>
          <w:sz w:val="20"/>
        </w:rPr>
        <w:t>56:27  molana, agla sawal zahoor mir sahib ny kia hai kolkatta se.</w:t>
      </w:r>
      <w:r>
        <w:br/>
      </w:r>
      <w:r>
        <w:rPr>
          <w:sz w:val="20"/>
        </w:rPr>
        <w:t>56:32  انہوں نے لکھا ہے: "مولانا صاحب، I am ظہور احمد میر، ا کشمیری based in کلکتہ، logically by</w:t>
      </w:r>
      <w:r>
        <w:br/>
      </w:r>
      <w:r>
        <w:rPr>
          <w:sz w:val="20"/>
        </w:rPr>
        <w:t>56:39  Quran and Hadith. I am an Indian, but when something goes wrong in Kashmir, like the present situation, my</w:t>
      </w:r>
      <w:r>
        <w:br/>
      </w:r>
      <w:r>
        <w:rPr>
          <w:sz w:val="20"/>
        </w:rPr>
        <w:t>56:47  heart goes for kashmeriz.</w:t>
      </w:r>
      <w:r>
        <w:br/>
      </w:r>
      <w:r>
        <w:rPr>
          <w:sz w:val="20"/>
        </w:rPr>
        <w:t>56:49  "Is this distraction or something else? What would you say to this?" Bhai, Kashmir ka issue ek political</w:t>
      </w:r>
      <w:r>
        <w:br/>
      </w:r>
      <w:r>
        <w:rPr>
          <w:sz w:val="20"/>
        </w:rPr>
        <w:t>56:57  issue hai to main is class mein mery khayal se is pe ziada bolna shayad theek na ho.</w:t>
      </w:r>
      <w:r>
        <w:br/>
      </w:r>
      <w:r>
        <w:rPr>
          <w:sz w:val="20"/>
        </w:rPr>
        <w:t>57:04  kaisa ji? hain molana, alag se wo phone kar ky ap se haan, agar aap calculate karain ji</w:t>
      </w:r>
      <w:r>
        <w:br/>
      </w:r>
      <w:r>
        <w:rPr>
          <w:sz w:val="20"/>
        </w:rPr>
        <w:t>57:12  to main alag se is ky bary mein apny khayalat bta sakta hoon.</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A Shia youth seeks guidance on new thinking</w:t>
      </w:r>
    </w:p>
    <w:p>
      <w:r>
        <w:rPr>
          <w:color w:val="666666"/>
          <w:sz w:val="18"/>
        </w:rPr>
        <w:t>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Guiding Muslims to Cope with Non-Muslims</w:t>
      </w:r>
    </w:p>
    <w:p>
      <w:r>
        <w:rPr>
          <w:color w:val="666666"/>
          <w:sz w:val="18"/>
        </w:rPr>
        <w:t>How to Become Deserving of Paradise August 16, 2020 Maulana Wahiduddin Khan · 2m 58s · at 39:37 · https://youtu.be/jFXK3TMiqtA?t=2377</w:t>
      </w:r>
    </w:p>
    <w:p>
      <w:r>
        <w:rPr>
          <w:i/>
        </w:rPr>
        <w:t>“Please guide us in the present Indian situation of Muslims as to how we can cope up with non-Muslims. We are every day suppressed by them.”</w:t>
      </w:r>
    </w:p>
    <w:p>
      <w:r>
        <w:rPr>
          <w:sz w:val="20"/>
        </w:rPr>
        <w:t>39:37  Maulana, Mumbai se Sajid Sheikh sahib ne ek sawal bheja hai. unhon ne likha hai ke: "Maulana sahib, please guide us in the present Indian situation of Muslims as to how we can cope up with non Muslims.</w:t>
      </w:r>
      <w:r>
        <w:br/>
      </w:r>
      <w:r>
        <w:rPr>
          <w:sz w:val="20"/>
        </w:rPr>
        <w:t>39:55  we are every day suppressed by them." nahi, nahi,</w:t>
      </w:r>
      <w:r>
        <w:br/>
      </w:r>
      <w:r>
        <w:rPr>
          <w:sz w:val="20"/>
        </w:rPr>
        <w:t>40:00  yeh bilkul ghalat hai ke kuch suppress kiya ja raha hai. aap ko khoob Musalman taraqqi kar rahe hain India mein, Musalman khoob taraqqi kar rahe hain har maidan mein.</w:t>
      </w:r>
      <w:r>
        <w:br/>
      </w:r>
      <w:r>
        <w:rPr>
          <w:sz w:val="20"/>
        </w:rPr>
        <w:t>40:15  yeh yeh theory bilkul ghalat hai ke in ko</w:t>
      </w:r>
      <w:r>
        <w:br/>
      </w:r>
      <w:r>
        <w:rPr>
          <w:sz w:val="20"/>
        </w:rPr>
        <w:t>40:18  suppress kiya ja raha hai.</w:t>
      </w:r>
      <w:r>
        <w:br/>
      </w:r>
      <w:r>
        <w:rPr>
          <w:sz w:val="20"/>
        </w:rPr>
        <w:t>40:25  yeh is liye hai ke log kiraye ke sath cheezon ko</w:t>
      </w:r>
      <w:r>
        <w:br/>
      </w:r>
      <w:r>
        <w:rPr>
          <w:sz w:val="20"/>
        </w:rPr>
        <w:t>40:32  read nahi karte.</w:t>
      </w:r>
      <w:r>
        <w:br/>
      </w:r>
      <w:r>
        <w:rPr>
          <w:sz w:val="20"/>
        </w:rPr>
        <w:t>40:36  mein India ko best country manta hoon. koi yahan na zulm hai, na kuch hai. sab</w:t>
      </w:r>
      <w:r>
        <w:br/>
      </w:r>
      <w:r>
        <w:rPr>
          <w:sz w:val="20"/>
        </w:rPr>
        <w:t>40:48  mere nazdeek sab</w:t>
      </w:r>
      <w:r>
        <w:br/>
      </w:r>
      <w:r>
        <w:rPr>
          <w:sz w:val="20"/>
        </w:rPr>
        <w:t>40:54  log false food mein jeete hain. to kya kya hai? apne aap ko false food se nikaliye.</w:t>
      </w:r>
      <w:r>
        <w:br/>
      </w:r>
      <w:r>
        <w:rPr>
          <w:sz w:val="20"/>
        </w:rPr>
        <w:t>41:03  mein bhi to is dunya mein hoon. mere liye to India ek ek boon hai. boon!</w:t>
      </w:r>
      <w:r>
        <w:br/>
      </w:r>
      <w:r>
        <w:rPr>
          <w:sz w:val="20"/>
        </w:rPr>
        <w:t>41:11  mujhe kabhi yeh mehsoos nahi hua ke koi mujhe suppress kar raha hai.</w:t>
      </w:r>
      <w:r>
        <w:br/>
      </w:r>
      <w:r>
        <w:rPr>
          <w:sz w:val="20"/>
        </w:rPr>
        <w:t>41:23  M A Sameer sahib ne comment bheja hai. unhon ne location nahi likha hai. unhon ne likha hai ke: "Maulana, is umar mein bhi daawat il Allah ka anjam de rahe hain.</w:t>
      </w:r>
      <w:r>
        <w:br/>
      </w:r>
      <w:r>
        <w:rPr>
          <w:sz w:val="20"/>
        </w:rPr>
        <w:t>41:35  yeh hum sab ke liye bare shukr ki baat hai. Allah aap ko achi sah</w:t>
      </w:r>
    </w:p>
    <w:p>
      <w:pPr>
        <w:pStyle w:val="Heading2"/>
      </w:pPr>
      <w:r>
        <w:t>Formula for living in modesty</w:t>
      </w:r>
    </w:p>
    <w:p>
      <w:r>
        <w:rPr>
          <w:color w:val="666666"/>
          <w:sz w:val="18"/>
        </w:rPr>
        <w:t>Q&amp;A 04 Mar 2012 Maulana Wahiduddin Khan · 59s · at 9:19 · https://youtu.be/txRmutuvWQI?t=559</w:t>
      </w:r>
    </w:p>
    <w:p>
      <w:r>
        <w:rPr>
          <w:i/>
        </w:rPr>
        <w:t>“What is the formula to live in modesty?”</w:t>
      </w:r>
    </w:p>
    <w:p>
      <w:r>
        <w:rPr>
          <w:sz w:val="20"/>
        </w:rPr>
        <w:t>9:19  Maulana, agla sawal Miss Naghma Siddiqui ka hai Delhi se. unhone aap se poocha hai: "What is the formula to live in modesty?"</w:t>
      </w:r>
      <w:r>
        <w:br/>
      </w:r>
      <w:r>
        <w:rPr>
          <w:sz w:val="20"/>
        </w:rPr>
        <w:t>9:28  formula to mein ne arz kar diya ke ek hai shaitan ka rasta, ek hai farishton ka rasta. aap dekhiye is is waqe mein ke farishte jo the woh modesty par qaim rahe ikhtilaf ke bawajood,</w:t>
      </w:r>
      <w:r>
        <w:br/>
      </w:r>
      <w:r>
        <w:rPr>
          <w:sz w:val="20"/>
        </w:rPr>
        <w:t>9:45  aur shaitan ne ikhtilaf ko le kar ke aggar gathh ban gaya. is ko sochiye ke agar main modesty ka tareeqa chhodunga to main shaitan ka aik khoon bhai ban jaunga, shaitan ka bhai.</w:t>
      </w:r>
      <w:r>
        <w:br/>
      </w:r>
      <w:r>
        <w:rPr>
          <w:sz w:val="20"/>
        </w:rPr>
        <w:t>10:00  halankeh mujhe farishton ki majlis mein baithna hai. to jitna zyada aadmi sochega is ko ke uska result jo hai kya niklega, is result ko le kar jitna zyada sochega, utni zyada us ke andar modesty paida hogi.</w:t>
      </w:r>
    </w:p>
    <w:p>
      <w:pPr>
        <w:pStyle w:val="Heading2"/>
      </w:pPr>
      <w:r>
        <w:t>Formula for living in modesty</w:t>
      </w:r>
    </w:p>
    <w:p>
      <w:r>
        <w:rPr>
          <w:color w:val="666666"/>
          <w:sz w:val="18"/>
        </w:rPr>
        <w:t>The Character of a Dayee 4 March 2012 - Maulana Wahiduddin Khan · 1m 23s · at 1:11:47 · https://youtu.be/YtavJpVNbEM?t=4307</w:t>
      </w:r>
    </w:p>
    <w:p>
      <w:r>
        <w:rPr>
          <w:i/>
        </w:rPr>
        <w:t>“What is the formula to live in modesty?”</w:t>
      </w:r>
    </w:p>
    <w:p>
      <w:r>
        <w:rPr>
          <w:sz w:val="20"/>
        </w:rPr>
        <w:t>1:11:47  result oriented counseling ki baat kahi gayi hai, na ke protest ki. protest bilkul haram hai islam mein. Maulana, agla sawal Miss Naghma Siddiqui ka hai Delhi se.</w:t>
      </w:r>
      <w:r>
        <w:br/>
      </w:r>
      <w:r>
        <w:rPr>
          <w:sz w:val="20"/>
        </w:rPr>
        <w:t>1:12:00  unhon ne aap se poocha hai: "what is the formula to live in modesty?"</w:t>
      </w:r>
      <w:r>
        <w:br/>
      </w:r>
      <w:r>
        <w:rPr>
          <w:sz w:val="20"/>
        </w:rPr>
        <w:t>1:12:18  formula to mein ne arz kar diya ke ek hai shaitan ka rasta, ek hai farishton ka rasta. aap dekhiye is is waqe mein ke farishte jo the, wo modesty par qaim rahe ikhtilaf ke bawajood,</w:t>
      </w:r>
      <w:r>
        <w:br/>
      </w:r>
      <w:r>
        <w:rPr>
          <w:sz w:val="20"/>
        </w:rPr>
        <w:t>1:12:35  aur shaitan ne ikhtilaf ko le kar ke organ ban gaya. is ko sochiye ke agar mein modesty ka tareeqa chhodunga to mein shaitan ka khoon bhai ban jaunga, shaitan ka bhai.</w:t>
      </w:r>
      <w:r>
        <w:br/>
      </w:r>
      <w:r>
        <w:rPr>
          <w:sz w:val="20"/>
        </w:rPr>
        <w:t>1:12:51  halanke mujhe farishton ki majlis mein baithna hai.</w:t>
      </w:r>
      <w:r>
        <w:br/>
      </w:r>
      <w:r>
        <w:rPr>
          <w:sz w:val="20"/>
        </w:rPr>
        <w:t>1:12:55  to jitna zyada aadmi sochega us ko ke is ka result jo hai, kya niklega, is result ko le kar jitna sochega, utne zyada is ke andar modesty paida hogi.</w:t>
      </w:r>
    </w:p>
    <w:p>
      <w:pPr>
        <w:pStyle w:val="Heading2"/>
      </w:pPr>
      <w:r>
        <w:t>Overcoming heedlessness of death in youth</w:t>
      </w:r>
    </w:p>
    <w:p>
      <w:r>
        <w:rPr>
          <w:color w:val="666666"/>
          <w:sz w:val="18"/>
        </w:rPr>
        <w:t>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How to lead a peaceful life</w:t>
      </w:r>
    </w:p>
    <w:p>
      <w:r>
        <w:rPr>
          <w:color w:val="666666"/>
          <w:sz w:val="18"/>
        </w:rPr>
        <w:t>The Problem of Conditioning April 22, 2012 · 1m 49s · at 1:13:27 · https://youtu.be/j-kJQzOz46g?t=4407</w:t>
      </w:r>
    </w:p>
    <w:p>
      <w:r>
        <w:rPr>
          <w:i/>
        </w:rPr>
        <w:t>“Please advise me how I can lead a life peacefully.”</w:t>
      </w:r>
    </w:p>
    <w:p>
      <w:r>
        <w:rPr>
          <w:sz w:val="20"/>
        </w:rPr>
        <w:t>1:13:27  Maulana, Delhi se Mr Bhaskar Rao ne sawal kiya hai. unhone likha hai: "Please advise me how I can lead a life peacefully." Dekhiye,</w:t>
      </w:r>
      <w:r>
        <w:br/>
      </w:r>
      <w:r>
        <w:rPr>
          <w:sz w:val="20"/>
        </w:rPr>
        <w:t>1:13:41  peaceful life ka raaz har ek ke liye ek hi hai, har ek ke liye. woh kya hai? Unpleasant situation ko ignore karna, avoid karna.</w:t>
      </w:r>
      <w:r>
        <w:br/>
      </w:r>
      <w:r>
        <w:rPr>
          <w:sz w:val="20"/>
        </w:rPr>
        <w:t>1:13:53  kyun ke dekhiye, chahe koi bhi ho, ghareeb ho, ameer ho, parha likha ho, jahil ho, India ka aadmi ho, America ka aadmi ho, yeh bilkul law of nature hai ke tarah tarah ke is ko unpleasant situation pesh ayegi.</w:t>
      </w:r>
      <w:r>
        <w:br/>
      </w:r>
      <w:r>
        <w:rPr>
          <w:sz w:val="20"/>
        </w:rPr>
        <w:t>1:14:11  woh hoga hi hogi, lazman. Woh Obama ke saath bhi hota hai, woh Dr. Marmon Shah Singh ke saath bhi hota hai, hamare aap ke saath bhi hoga.</w:t>
      </w:r>
      <w:r>
        <w:br/>
      </w:r>
      <w:r>
        <w:rPr>
          <w:sz w:val="20"/>
        </w:rPr>
        <w:t>1:14:21  to</w:t>
      </w:r>
      <w:r>
        <w:br/>
      </w:r>
      <w:r>
        <w:rPr>
          <w:sz w:val="20"/>
        </w:rPr>
        <w:t>1:14:22  is unpleasant situation ko ignore karna, is ko avoid karna, is ko adjust karna, is ko manage karna. You have to learn the art of management.</w:t>
      </w:r>
      <w:r>
        <w:br/>
      </w:r>
      <w:r>
        <w:rPr>
          <w:sz w:val="20"/>
        </w:rPr>
        <w:t>1:14:35  to yeh bilkul mumkin nahi hai ke aise halaat ho jayein aap ke liye ke bilkul normal ho, kuch aap ke khilaaf na ho.</w:t>
      </w:r>
      <w:r>
        <w:br/>
      </w:r>
      <w:r>
        <w:rPr>
          <w:sz w:val="20"/>
        </w:rPr>
        <w:t>1:14:43  baat koi aisa ho hi nahi sakta hai.</w:t>
      </w:r>
      <w:r>
        <w:br/>
      </w:r>
      <w:r>
        <w:rPr>
          <w:sz w:val="20"/>
        </w:rPr>
        <w:t>1:14:47  to jo aadmi peace chahta ho, to is ko yahi price deni padegi</w:t>
      </w:r>
      <w:r>
        <w:br/>
      </w:r>
      <w:r>
        <w:rPr>
          <w:sz w:val="20"/>
        </w:rPr>
        <w:t>1:14:56  ke khilaaf peace halaat mein peaceful rehna. Khilaaf peace halaat mein peaceful rehne ka raaz daryaft karna bas yahi hai.</w:t>
      </w:r>
      <w:r>
        <w:br/>
      </w:r>
      <w:r>
        <w:rPr>
          <w:sz w:val="20"/>
        </w:rPr>
        <w:t>1:15:10  peaceful zindagi hasil karne ka raaz.</w:t>
      </w:r>
    </w:p>
    <w:p>
      <w:pPr>
        <w:pStyle w:val="Heading2"/>
      </w:pPr>
      <w:r>
        <w:t>Living in past hinders future orientation</w:t>
      </w:r>
    </w:p>
    <w:p>
      <w:r>
        <w:rPr>
          <w:color w:val="666666"/>
          <w:sz w:val="18"/>
        </w:rPr>
        <w:t>Why Violence 17 Nov 2019 - Maulana Wahiduddin Khan · 4m 03s · at 40:31 · https://youtu.be/W8ybr-qO96c?t=2431</w:t>
      </w:r>
    </w:p>
    <w:p>
      <w:r>
        <w:rPr>
          <w:i/>
        </w:rPr>
        <w:t>“Maulana, Muslims as you have rightly said are living in their past. I believe every person, irrespective of his religion and background, lives in the past and as a result fails to become future oriented.”</w:t>
      </w:r>
    </w:p>
    <w:p>
      <w:r>
        <w:rPr>
          <w:sz w:val="20"/>
        </w:rPr>
        <w:t>40:31  aap ki rethinking pure wisdom hai. you are truly working according to the age. may allah make people understand that this is the age of peace and everything that we want to achieve can be attained through peace." maulana, agla sawal lena chahenge jo ahmedabad se qurban ali sahib ne bheja hai.</w:t>
      </w:r>
      <w:r>
        <w:br/>
      </w:r>
      <w:r>
        <w:rPr>
          <w:sz w:val="20"/>
        </w:rPr>
        <w:t>40:56  unhon ne likha hai: "maulana, muslims as you have rightly said are living in their past.</w:t>
      </w:r>
      <w:r>
        <w:br/>
      </w:r>
      <w:r>
        <w:rPr>
          <w:sz w:val="20"/>
        </w:rPr>
        <w:t>41:04  i believe every person, irrespective of his religion and background, lives in past and as a result fails to become future oriented.</w:t>
      </w:r>
      <w:r>
        <w:br/>
      </w:r>
      <w:r>
        <w:rPr>
          <w:sz w:val="20"/>
        </w:rPr>
        <w:t>41:16  maulana, how can an individual forget his or her past and focus on his present and future</w:t>
      </w:r>
      <w:r>
        <w:br/>
      </w:r>
      <w:r>
        <w:rPr>
          <w:sz w:val="20"/>
        </w:rPr>
        <w:t>41:24  ? please give us your advice so we can let go of our past, whether good or bad." bhai, jo hamare saathi, hamari team ke log kar rahe hain, wahi aap bhi kijiye.</w:t>
      </w:r>
      <w:r>
        <w:br/>
      </w:r>
      <w:r>
        <w:rPr>
          <w:sz w:val="20"/>
        </w:rPr>
        <w:t>41:37  literature phailaiye, quran phailaiye, peaceful tareeqe se logon ko bataiye. yeh to koi mushkil kaam hi nahi hai. har jagah hamari team ke log already ek kaam to kar rahe hain,</w:t>
      </w:r>
      <w:r>
        <w:br/>
      </w:r>
      <w:r>
        <w:rPr>
          <w:sz w:val="20"/>
        </w:rPr>
        <w:t>41:55  aap phir un ke saath lag jaiye. maulana, un ka sawal ka yeh hissa bhi tha ke aksar log past mein jeete hain, to woh kaise stop karein apne aap ko ke past mein na jein aur future oriented hon?</w:t>
      </w:r>
      <w:r>
        <w:br/>
      </w:r>
      <w:r>
        <w:rPr>
          <w:sz w:val="20"/>
        </w:rPr>
        <w:t>42:17  yeh bhi, yeh bhi samjhane se chal jayega. aap un ke mind ko address kijiye, un ke mind ko address kijiye, kitabein un ko parhne ke liye dijiye.</w:t>
      </w:r>
      <w:r>
        <w:br/>
      </w:r>
      <w:r>
        <w:rPr>
          <w:sz w:val="20"/>
        </w:rPr>
        <w:t>42:38  miss shabina ali ne kolkata se likha hai: "maulana, you have rightly said and conveyed to all from the day one that this is the age of peace, age of opportunity and age of peaceful activism.</w:t>
      </w:r>
      <w:r>
        <w:br/>
      </w:r>
      <w:r>
        <w:rPr>
          <w:sz w:val="20"/>
        </w:rPr>
        <w:t>42:56  war and violence is obsolete and has no meaning in this age. the two examples are the biggest example and it is an eye opener for all of us that dawa work is the only workable formula for attaining pe</w:t>
      </w:r>
      <w:r>
        <w:br/>
      </w:r>
      <w:r>
        <w:rPr>
          <w:sz w:val="20"/>
        </w:rPr>
        <w:t>43:14  ace. thank you maulana for this enlightening lecture."</w:t>
      </w:r>
      <w:r>
        <w:br/>
      </w:r>
      <w:r>
        <w:rPr>
          <w:sz w:val="20"/>
        </w:rPr>
        <w:t>43:21  aamir mori sahib ne goa se likha hai: "your every lecture is like a spiritual hammering to me. listening to you always motivates me and creates an urge to do good in life.</w:t>
      </w:r>
      <w:r>
        <w:br/>
      </w:r>
      <w:r>
        <w:rPr>
          <w:sz w:val="20"/>
        </w:rPr>
        <w:t>43:34  thank you maulana sahib for guiding and helping us to become true muslims rather than feel like muslims." mol</w:t>
      </w:r>
    </w:p>
    <w:p>
      <w:pPr>
        <w:pStyle w:val="Heading2"/>
      </w:pPr>
      <w:r>
        <w:t>How can we all live peacefully</w:t>
      </w:r>
    </w:p>
    <w:p>
      <w:r>
        <w:rPr>
          <w:color w:val="666666"/>
          <w:sz w:val="18"/>
        </w:rPr>
        <w:t>Conversation with Maulana Wahiduddin Khan | October 01, 2017 · 1m 43s · at 28:06 · https://youtu.be/TmOYGd3rp2M?t=1686</w:t>
      </w:r>
    </w:p>
    <w:p>
      <w:r>
        <w:rPr>
          <w:i/>
        </w:rPr>
        <w:t>“How can we all live peacefully?”</w:t>
      </w:r>
    </w:p>
    <w:p>
      <w:r>
        <w:rPr>
          <w:sz w:val="20"/>
        </w:rPr>
        <w:t>28:06  maulana, do logon ne ek hi sawal bheja hai to hum dono parhte hain.</w:t>
      </w:r>
      <w:r>
        <w:br/>
      </w:r>
      <w:r>
        <w:rPr>
          <w:sz w:val="20"/>
        </w:rPr>
        <w:t>28:11  yeh pehla sawal bheja hai wajdan s</w:t>
      </w:r>
      <w:r>
        <w:br/>
      </w:r>
      <w:r>
        <w:rPr>
          <w:sz w:val="20"/>
        </w:rPr>
        <w:t>28:16  leem sahab ne dilli se aur unhon ne likha hai ke "How can we all live peacefully?</w:t>
      </w:r>
      <w:r>
        <w:br/>
      </w:r>
      <w:r>
        <w:rPr>
          <w:sz w:val="20"/>
        </w:rPr>
        <w:t>28:23  That is all the sects live peacefully.</w:t>
      </w:r>
      <w:r>
        <w:br/>
      </w:r>
      <w:r>
        <w:rPr>
          <w:sz w:val="20"/>
        </w:rPr>
        <w:t>28:29  What is the way that you would suggest?" aur muhammad talat aziz sahab ne bhi isi tareeqay ke</w:t>
      </w:r>
      <w:r>
        <w:br/>
      </w:r>
      <w:r>
        <w:rPr>
          <w:sz w:val="20"/>
        </w:rPr>
        <w:t>28:36  sawal poocha hai ke maulana sahab "How can we all be united under one shade?</w:t>
      </w:r>
      <w:r>
        <w:br/>
      </w:r>
      <w:r>
        <w:rPr>
          <w:sz w:val="20"/>
        </w:rPr>
        <w:t>28:42  What tips will you like to give to the Muslims?"</w:t>
      </w:r>
      <w:r>
        <w:br/>
      </w:r>
      <w:r>
        <w:rPr>
          <w:sz w:val="20"/>
        </w:rPr>
        <w:t>28:49  yeh bhi how ka kya sawal hai? peaceful tareeqay ke zariye? how ki baat kar rahe hain? dekhiye,</w:t>
      </w:r>
      <w:r>
        <w:br/>
      </w:r>
      <w:r>
        <w:rPr>
          <w:sz w:val="20"/>
        </w:rPr>
        <w:t>28:54  hamesha tashaddud hota hai.</w:t>
      </w:r>
      <w:r>
        <w:br/>
      </w:r>
      <w:r>
        <w:rPr>
          <w:sz w:val="20"/>
        </w:rPr>
        <w:t>28:59  extremist sochne ki rai alag alag ho, is se nahin aata.</w:t>
      </w:r>
      <w:r>
        <w:br/>
      </w:r>
      <w:r>
        <w:rPr>
          <w:sz w:val="20"/>
        </w:rPr>
        <w:t>29:04  sahaba mein sochne ki rai alag alag thi.</w:t>
      </w:r>
      <w:r>
        <w:br/>
      </w:r>
      <w:r>
        <w:rPr>
          <w:sz w:val="20"/>
        </w:rPr>
        <w:t>29:09  hata ke do peghambar ek waqt mein dunya mein the, tab bhi ikhtilaf rai ho jata tha.</w:t>
      </w:r>
      <w:r>
        <w:br/>
      </w:r>
      <w:r>
        <w:rPr>
          <w:sz w:val="20"/>
        </w:rPr>
        <w:t>29:14  jaise hazrat haroon</w:t>
      </w:r>
      <w:r>
        <w:br/>
      </w:r>
      <w:r>
        <w:rPr>
          <w:sz w:val="20"/>
        </w:rPr>
        <w:t>29:19  aur hazrat moosa.</w:t>
      </w:r>
      <w:r>
        <w:br/>
      </w:r>
      <w:r>
        <w:rPr>
          <w:sz w:val="20"/>
        </w:rPr>
        <w:t>29:22  to rai mein ikhtilaf se koi talluq nahi hai is ka.</w:t>
      </w:r>
      <w:r>
        <w:br/>
      </w:r>
      <w:r>
        <w:rPr>
          <w:sz w:val="20"/>
        </w:rPr>
        <w:t>29:26  is ka talluq hai extremism se.</w:t>
      </w:r>
      <w:r>
        <w:br/>
      </w:r>
      <w:r>
        <w:rPr>
          <w:sz w:val="20"/>
        </w:rPr>
        <w:t>29:29  is ko ghulu kaha gaya hai.</w:t>
      </w:r>
      <w:r>
        <w:br/>
      </w:r>
      <w:r>
        <w:rPr>
          <w:sz w:val="20"/>
        </w:rPr>
        <w:t>29:32  to asal masla yeh sab hai hi nahi ke masle ka ikhtilaf, rai ka ikhtilaf, misaal ka ikhtilaf,</w:t>
      </w:r>
      <w:r>
        <w:br/>
      </w:r>
      <w:r>
        <w:rPr>
          <w:sz w:val="20"/>
        </w:rPr>
        <w:t>29:36  yeh sab hai hi nahi.</w:t>
      </w:r>
      <w:r>
        <w:br/>
      </w:r>
      <w:r>
        <w:rPr>
          <w:sz w:val="20"/>
        </w:rPr>
        <w:t>29:39  masla hai tashaddud.</w:t>
      </w:r>
      <w:r>
        <w:br/>
      </w:r>
      <w:r>
        <w:rPr>
          <w:sz w:val="20"/>
        </w:rPr>
        <w:t>29:43  woh masla hai extremism, ghulu.</w:t>
      </w:r>
      <w:r>
        <w:br/>
      </w:r>
      <w:r>
        <w:rPr>
          <w:sz w:val="20"/>
        </w:rPr>
        <w:t>29:46  aap ghulu mat kijiye.</w:t>
      </w:r>
    </w:p>
    <w:p>
      <w:pPr>
        <w:pStyle w:val="Heading2"/>
      </w:pPr>
      <w:r>
        <w:t>Living in complaint culture because of high ego</w:t>
      </w:r>
    </w:p>
    <w:p>
      <w:r>
        <w:rPr>
          <w:color w:val="666666"/>
          <w:sz w:val="18"/>
        </w:rPr>
        <w:t>God in the Age of Science January 08, 2017 · 2m 34s · at 1:16:40 · https://youtu.be/au1bRdQDZ0U?t=4600</w:t>
      </w:r>
    </w:p>
    <w:p>
      <w:r>
        <w:rPr>
          <w:i/>
        </w:rPr>
        <w:t>“People usually live in complaint culture because people have high ego, so not to complain means to manage one's ego but...”</w:t>
      </w:r>
    </w:p>
    <w:p>
      <w:r>
        <w:rPr>
          <w:sz w:val="20"/>
        </w:rPr>
        <w:t>1:16:40  question bheja hai riyaz ahmed sahib ne kashmir se molana is se pehle ek aur sawal lena chahenge</w:t>
      </w:r>
      <w:r>
        <w:br/>
      </w:r>
      <w:r>
        <w:rPr>
          <w:sz w:val="20"/>
        </w:rPr>
        <w:t>1:16:48  ge jo furqan sahib ne bheja hai mumbai se unho ne likha hai molana sahib people usually live</w:t>
      </w:r>
      <w:r>
        <w:br/>
      </w:r>
      <w:r>
        <w:rPr>
          <w:sz w:val="20"/>
        </w:rPr>
        <w:t>1:16:56  in complaint culture because people have high ego so not to complain means to manage ones ego but</w:t>
      </w:r>
      <w:r>
        <w:br/>
      </w:r>
      <w:r>
        <w:rPr>
          <w:sz w:val="20"/>
        </w:rPr>
        <w:t>1:17:03  this is not an easy task please tell us how we can manage our ego issues dekhen ego</w:t>
      </w:r>
      <w:r>
        <w:br/>
      </w:r>
      <w:r>
        <w:rPr>
          <w:sz w:val="20"/>
        </w:rPr>
        <w:t>1:17:11  jo hai ego kya hai ego jo hai allah ki ki daryaft na hone ka naam hai ye</w:t>
      </w:r>
      <w:r>
        <w:br/>
      </w:r>
      <w:r>
        <w:rPr>
          <w:sz w:val="20"/>
        </w:rPr>
        <w:t>1:17:19  jitne ego phanse rehte hain wo sab unho ne allah ko daryaft nahi ki yani allah ki azmat</w:t>
      </w:r>
      <w:r>
        <w:br/>
      </w:r>
      <w:r>
        <w:rPr>
          <w:sz w:val="20"/>
        </w:rPr>
        <w:t>1:17:26  ko ap daryaft kar len to ap ka ego to nothing ho jayega agar ap allah ki</w:t>
      </w:r>
      <w:r>
        <w:br/>
      </w:r>
      <w:r>
        <w:rPr>
          <w:sz w:val="20"/>
        </w:rPr>
        <w:t>1:17:34  azmat ko daryaft kar len to ap ka ego nothing ho jayega main ek martaba ek ek</w:t>
      </w:r>
      <w:r>
        <w:br/>
      </w:r>
      <w:r>
        <w:rPr>
          <w:sz w:val="20"/>
        </w:rPr>
        <w:t>1:17:42  ek badshah ke darbar mein mujhe ittefaq hua tha baithne ka to wahan sab log the aur badshah</w:t>
      </w:r>
      <w:r>
        <w:br/>
      </w:r>
      <w:r>
        <w:rPr>
          <w:sz w:val="20"/>
        </w:rPr>
        <w:t>1:17:50  a kar baitha to itna zyada log apne ko sambhal ke rakhte the ke kapre ka yani zara</w:t>
      </w:r>
      <w:r>
        <w:br/>
      </w:r>
      <w:r>
        <w:rPr>
          <w:sz w:val="20"/>
        </w:rPr>
        <w:t>1:17:57  si awaz agar bhi nahi chahte the ke kapra hatane se awaz paida ho ek dam statue bane</w:t>
      </w:r>
      <w:r>
        <w:br/>
      </w:r>
      <w:r>
        <w:rPr>
          <w:sz w:val="20"/>
        </w:rPr>
        <w:t>1:18:05  hue admi baitha hua tha jo wahan log the bilkul statue bane hue baithe the hatta ke main</w:t>
      </w:r>
      <w:r>
        <w:br/>
      </w:r>
      <w:r>
        <w:rPr>
          <w:sz w:val="20"/>
        </w:rPr>
        <w:t>1:18:13  main ne karwat lena chaha to mana kiya mujh ko karwat badlijiye karwat lene se awaz paida hogi</w:t>
      </w:r>
      <w:r>
        <w:br/>
      </w:r>
      <w:r>
        <w:rPr>
          <w:sz w:val="20"/>
        </w:rPr>
        <w:t>1:18:20  to bataiye badshah ki haqeeqat kya hai badshah ke samne ho kar ke ap itna zyada theek thak</w:t>
      </w:r>
      <w:r>
        <w:br/>
      </w:r>
      <w:r>
        <w:rPr>
          <w:sz w:val="20"/>
        </w:rPr>
        <w:t>1:18:28  ho jate hain to agar mehsoos karen ke main allah rab ul alameen ke darbar mein hoon to kitna</w:t>
      </w:r>
      <w:r>
        <w:br/>
      </w:r>
      <w:r>
        <w:rPr>
          <w:sz w:val="20"/>
        </w:rPr>
        <w:t>1:18:36  theek ho jayenge to jo ego mein jeeta hai wo to qabil nafrat hai wo insan kyunke</w:t>
      </w:r>
      <w:r>
        <w:br/>
      </w:r>
      <w:r>
        <w:rPr>
          <w:sz w:val="20"/>
        </w:rPr>
        <w:t>1:18:44  allah ki azmat ko janta nahi wo yani jahan barhai sirf allah ko hasil ho wahan ap ego</w:t>
      </w:r>
      <w:r>
        <w:br/>
      </w:r>
      <w:r>
        <w:rPr>
          <w:sz w:val="20"/>
        </w:rPr>
        <w:t>1:18:51  dikhayen to is se zyada yani aham maqam baat kya ho sakti hai to sara mamla ye hua</w:t>
      </w:r>
      <w:r>
        <w:br/>
      </w:r>
      <w:r>
        <w:rPr>
          <w:sz w:val="20"/>
        </w:rPr>
        <w:t>1:18:59  hai ke logon ne allah ko daryaft nahi kiya wo islam ko bator culture liye hue hain bator</w:t>
      </w:r>
      <w:r>
        <w:br/>
      </w:r>
      <w:r>
        <w:rPr>
          <w:sz w:val="20"/>
        </w:rPr>
        <w:t>1:19:07  marifat nahi liye hue hain ek hai marifat wala islam marifat wala islam aur ek culture wala islam</w:t>
      </w:r>
    </w:p>
    <w:p>
      <w:pPr>
        <w:pStyle w:val="Heading2"/>
      </w:pPr>
      <w:r>
        <w:t>Feeling dejected despite working</w:t>
      </w:r>
    </w:p>
    <w:p>
      <w:r>
        <w:rPr>
          <w:color w:val="666666"/>
          <w:sz w:val="18"/>
        </w:rPr>
        <w:t>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Failing to pray despite CPS mission work</w:t>
      </w:r>
    </w:p>
    <w:p>
      <w:r>
        <w:rPr>
          <w:color w:val="666666"/>
          <w:sz w:val="18"/>
        </w:rPr>
        <w:t>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Message for diaspora in Arab countries</w:t>
      </w:r>
    </w:p>
    <w:p>
      <w:r>
        <w:rPr>
          <w:color w:val="666666"/>
          <w:sz w:val="18"/>
        </w:rPr>
        <w:t>Realistic Approach 30 March, 2014 · 2m 41s · at 1:00:19 · https://youtu.be/HIFxmWWiEG4?t=3619</w:t>
      </w:r>
    </w:p>
    <w:p>
      <w:r>
        <w:rPr>
          <w:i/>
        </w:rPr>
        <w:t>“MashaAllah, very comprehensive talk on realistic living. I request Maulana sahib to give a message for dias living in Arab countries.”</w:t>
      </w:r>
    </w:p>
    <w:p>
      <w:r>
        <w:rPr>
          <w:sz w:val="20"/>
        </w:rPr>
        <w:t>1:00:19  maulana, agla sawal dammam se hai. miss ummat ul muiz ne kiya hai. unhon ne likha hai: "Maashallah, very comprehensive talk on realistic living.</w:t>
      </w:r>
      <w:r>
        <w:br/>
      </w:r>
      <w:r>
        <w:rPr>
          <w:sz w:val="20"/>
        </w:rPr>
        <w:t>1:00:31  I request Maulana sahib to give a message for da'wah living in Arab countries."</w:t>
      </w:r>
      <w:r>
        <w:br/>
      </w:r>
      <w:r>
        <w:rPr>
          <w:sz w:val="20"/>
        </w:rPr>
        <w:t>1:00:43  dekhiye, arab countries mein aik bohat bari opportunity hai jis ko musalman avail nahi kar rahe hain. woh kya hai? arab countries mein tail ki daulat hai, wahan rozgar milta hai logon ko.</w:t>
      </w:r>
      <w:r>
        <w:br/>
      </w:r>
      <w:r>
        <w:rPr>
          <w:sz w:val="20"/>
        </w:rPr>
        <w:t>1:00:58  to bohat ziyada log aa rahe hain bahar se, bohat ziyada yani</w:t>
      </w:r>
      <w:r>
        <w:br/>
      </w:r>
      <w:r>
        <w:rPr>
          <w:sz w:val="20"/>
        </w:rPr>
        <w:t>1:01:05  ghair muslim, bohat ziyada aa rahe hain aur tourist yani wahan par job karne wale, business karne wale aur tourist rozana billion billion aate jate hain.</w:t>
      </w:r>
      <w:r>
        <w:br/>
      </w:r>
      <w:r>
        <w:rPr>
          <w:sz w:val="20"/>
        </w:rPr>
        <w:t>1:01:17  in mein aap literature distribute kijiye, da'wah literature un ke darmiyan distribute kijiye. is se ziyada aasan kaam konsa hai?</w:t>
      </w:r>
      <w:r>
        <w:br/>
      </w:r>
      <w:r>
        <w:rPr>
          <w:sz w:val="20"/>
        </w:rPr>
        <w:t>1:01:27  sab se aasan kaam yeh hai ke aap printed book aap ke paas hon, aap ke pocket mein, aap ke bag mein, aur jahan aap dekhen, kisi ko is ko dijiye.</w:t>
      </w:r>
      <w:r>
        <w:br/>
      </w:r>
      <w:r>
        <w:rPr>
          <w:sz w:val="20"/>
        </w:rPr>
        <w:t>1:01:37  is ko har jagah aap ko milenge aise log jo aap ke liye mad'u hain. asal cheez hai ke mad'u concept khatam ho gaya musalmanon se, warna arab dunya mein to bohat mawaqe hain, bohat mawaqe hain, bohat mawaqe hain.</w:t>
      </w:r>
      <w:r>
        <w:br/>
      </w:r>
      <w:r>
        <w:rPr>
          <w:sz w:val="20"/>
        </w:rPr>
        <w:t>1:01:53  misal ke taur par dekhiye, Egypt hai. Egypt mein bohat hi ziyada tourism tha kyunke wahan bohat hi yani ancient relation hoti thi wahan par aur bohat hi qadeem tareen wahan par monument hain.</w:t>
      </w:r>
      <w:r>
        <w:br/>
      </w:r>
      <w:r>
        <w:rPr>
          <w:sz w:val="20"/>
        </w:rPr>
        <w:t>1:02:08  bohat aate the, khwamkhwah milte hain, chala diya wahan par ladai bhidai chhod diya. agar yeh musalman ladai bhidai na chhodte to wahan to yani wohi surkh koton ko hath karne ka moqa tha.</w:t>
      </w:r>
      <w:r>
        <w:br/>
      </w:r>
      <w:r>
        <w:rPr>
          <w:sz w:val="20"/>
        </w:rPr>
        <w:t>1:02:22  yeh saare log jo aate hain bator tourist ke ya bator yani business ke, un ke darmiyan aap Islam phailaiye. Aur sab se aasan yeh hai ke printed books apne paas rakhein, un ko dete rahiye, dete rahiye, dete rahiye.</w:t>
      </w:r>
      <w:r>
        <w:br/>
      </w:r>
      <w:r>
        <w:rPr>
          <w:sz w:val="20"/>
        </w:rPr>
        <w:t>1:02:36  un ki zaban mein, har ek ki zaban mein tayyar kijiye kitaben. Asal mein asal cheez yeh hai ke logon ke andar dawat ka incentive nahi hai, dawat ka jazba nahi hai.</w:t>
      </w:r>
      <w:r>
        <w:br/>
      </w:r>
      <w:r>
        <w:rPr>
          <w:sz w:val="20"/>
        </w:rPr>
        <w:t>1:02:49  yani spirit of dawah leak kar rahi hai, na ke aap choti aap dawah. Yeh hai masla.</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How to stay positive amidst constant distractions?</w:t>
      </w:r>
    </w:p>
    <w:p>
      <w:r>
        <w:rPr>
          <w:color w:val="666666"/>
          <w:sz w:val="18"/>
        </w:rPr>
        <w:t>The Power of Remembering God Often September 26, 2010 · 7m 37s · at 59:53 · https://youtu.be/GMmwEr7Wt80?t=3593</w:t>
      </w:r>
    </w:p>
    <w:p>
      <w:r>
        <w:rPr>
          <w:i/>
        </w:rPr>
        <w:t>“How can I protect myself from distractions? I live in a place where there is constant musical noise, useless talk, and someone always eavesdropping at my door. How can I maintain a positive personality in this environment?”</w:t>
      </w:r>
    </w:p>
    <w:p>
      <w:r>
        <w:rPr>
          <w:sz w:val="20"/>
        </w:rPr>
        <w:t>59:53  maulana, yeh sawaal miss nozd bano ne kiya hai, mo madhya pradesh se. unhone likha hai keh khud ko distraction se kaise bachaya jaaye?</w:t>
      </w:r>
      <w:r>
        <w:br/>
      </w:r>
      <w:r>
        <w:rPr>
          <w:sz w:val="20"/>
        </w:rPr>
        <w:t>1:00:06  jis jagah aap reh rahe hon, ek dwa deewar bhar ka faasla ho, wahaan har waqt musical shor ho, fazool guftagu ho, aur har waqt koi aap ke darwaaze se kaan lagaaye rehta ho keh aap kya baatein kar rahe hain?</w:t>
      </w:r>
      <w:r>
        <w:br/>
      </w:r>
      <w:r>
        <w:rPr>
          <w:sz w:val="20"/>
        </w:rPr>
        <w:t>1:00:24  rehnnumai karein, main is in baaton ko bahut bura samajhti hoon. mujhe kya karna chahiye? main is mein, main is mahaul mein positive personality mein kaise rahoon?</w:t>
      </w:r>
      <w:r>
        <w:br/>
      </w:r>
      <w:r>
        <w:rPr>
          <w:sz w:val="20"/>
        </w:rPr>
        <w:t>1:00:38  dekhein, yeh kisi ek aadmi ki baat nahi, hum sab ki baat hai, hum sab ki baat hai.</w:t>
      </w:r>
      <w:r>
        <w:br/>
      </w:r>
      <w:r>
        <w:rPr>
          <w:sz w:val="20"/>
        </w:rPr>
        <w:t>1:00:47  jaise keh main dekhiye, yahaan par mera jo residence hai, us ke saamne lambi balcony hai, wahaan baithta hoon.</w:t>
      </w:r>
      <w:r>
        <w:br/>
      </w:r>
      <w:r>
        <w:rPr>
          <w:sz w:val="20"/>
        </w:rPr>
        <w:t>1:00:57  mujhe bahut achha lagta hai, wahaan mera spiritual tree hai, wahaan suraj chamakta hai, aasmaan aur hawaayein aur chidiyaan, yeh sab manaazir hon.</w:t>
      </w:r>
      <w:r>
        <w:br/>
      </w:r>
      <w:r>
        <w:rPr>
          <w:sz w:val="20"/>
        </w:rPr>
        <w:t>1:01:08  main bada achha lagta hai jaise keh khuda ke pados mein main hoon. itne mein ek gaadi aayegi aur tez horn bajaati hai, guzar jaayegi.</w:t>
      </w:r>
      <w:r>
        <w:br/>
      </w:r>
      <w:r>
        <w:rPr>
          <w:sz w:val="20"/>
        </w:rPr>
        <w:t>1:01:20  itne mein ek aadmi aayega aur zor zor se mobile par baat karta hoga.</w:t>
      </w:r>
      <w:r>
        <w:br/>
      </w:r>
      <w:r>
        <w:rPr>
          <w:sz w:val="20"/>
        </w:rPr>
        <w:t>1:01:28  is tarah ke waaqeaat har waqt pesh aate hain.</w:t>
      </w:r>
      <w:r>
        <w:br/>
      </w:r>
      <w:r>
        <w:rPr>
          <w:sz w:val="20"/>
        </w:rPr>
        <w:t>1:01:35  to main is se pehle disturb hota tha, ab Allah ke fazl se main disturb nahi hota.</w:t>
      </w:r>
      <w:r>
        <w:br/>
      </w:r>
      <w:r>
        <w:rPr>
          <w:sz w:val="20"/>
        </w:rPr>
        <w:t>1:01:46  is liye kyun? is ko main opportunity ke taur par lene laga.</w:t>
      </w:r>
      <w:r>
        <w:br/>
      </w:r>
      <w:r>
        <w:rPr>
          <w:sz w:val="20"/>
        </w:rPr>
        <w:t>1:01:50  pehley main leta tha is ko problem ke taur par, samsya ke taur par. ab main lene laga is ko opportunity ke taur par. woh kya?</w:t>
      </w:r>
      <w:r>
        <w:br/>
      </w:r>
      <w:r>
        <w:rPr>
          <w:sz w:val="20"/>
        </w:rPr>
        <w:t>1:02:02  main ne kaha keh yahi to woh mahaul hai jis mein mujhe stand karna hai, tabhi to jannat milegi? khuda pukaarega keh woh insaan kahan hai</w:t>
      </w:r>
      <w:r>
        <w:br/>
      </w:r>
      <w:r>
        <w:rPr>
          <w:sz w:val="20"/>
        </w:rPr>
        <w:t>1:02:16  jo shor sun kar bhi disturb nahi hue,</w:t>
      </w:r>
      <w:r>
        <w:br/>
      </w:r>
      <w:r>
        <w:rPr>
          <w:sz w:val="20"/>
        </w:rPr>
        <w:t>1:02:21  jo gaaliyan sun kar ke bhi jin ke dil mein mail nahi aaya, jo negative tajurbaat ke baad beech mein woh positive bane rahe?</w:t>
      </w:r>
      <w:r>
        <w:br/>
      </w:r>
      <w:r>
        <w:rPr>
          <w:sz w:val="20"/>
        </w:rPr>
        <w:t>1:02:30  kahan hai woh insaan</w:t>
      </w:r>
      <w:r>
        <w:br/>
      </w:r>
      <w:r>
        <w:rPr>
          <w:sz w:val="20"/>
        </w:rPr>
        <w:t>1:02:34  jin ko maine dala tha kaaton mein? woh phool ban kar rahe. kahan hai woh insaan? lao mere paas, bithao un ko.</w:t>
      </w:r>
      <w:r>
        <w:br/>
      </w:r>
      <w:r>
        <w:rPr>
          <w:sz w:val="20"/>
        </w:rPr>
        <w:t>1:02:45  tab se mujhe sukoon aa gaya</w:t>
      </w:r>
      <w:r>
        <w:br/>
      </w:r>
      <w:r>
        <w:rPr>
          <w:sz w:val="20"/>
        </w:rPr>
        <w:t>1:02:49  ke yahi to woh, yahi to haalaat hain jo mere liye, mujhe woh mauqa dete hain, woh opportunity dete hain ke main apne ko prove kar sakoon ke khudaaya mujhe bhi select kar le is majlis ke liye.</w:t>
      </w:r>
      <w:r>
        <w:br/>
      </w:r>
      <w:r>
        <w:rPr>
          <w:sz w:val="20"/>
        </w:rPr>
        <w:t>1:03:07  yeh to opportunity hai, opportunity hai, opportunity hai. yaad rakhiye,</w:t>
      </w:r>
      <w:r>
        <w:br/>
      </w:r>
      <w:r>
        <w:rPr>
          <w:sz w:val="20"/>
        </w:rPr>
        <w:t>1:03:12  agar yeh na ho to is mani hai ke aap jannat ka, yaani kaise saabit karein ke aap jannat ke deserve karte hain?</w:t>
      </w:r>
      <w:r>
        <w:br/>
      </w:r>
      <w:r>
        <w:rPr>
          <w:sz w:val="20"/>
        </w:rPr>
        <w:t>1:03:24  kaise aap saabit karenge ke aap jannat ke deserve karte hain? kaise farishte gawahi denge? kaise aap ke liye farishte gawahi denge?</w:t>
      </w:r>
      <w:r>
        <w:br/>
      </w:r>
      <w:r>
        <w:rPr>
          <w:sz w:val="20"/>
        </w:rPr>
        <w:t>1:03:33  Allah taala kis tarah hai? to khuda yeh woh banda hai jo deserve karta hai jannat ke liye.</w:t>
      </w:r>
      <w:r>
        <w:br/>
      </w:r>
      <w:r>
        <w:rPr>
          <w:sz w:val="20"/>
        </w:rPr>
        <w:t>1:03:42  yahi to, yahi to baat hai. har waqt hamare aas paas farishte hain, watch kar rahe hain hum ko, aur woh khuda ke haan gawahi dene wale hain.</w:t>
      </w:r>
      <w:r>
        <w:br/>
      </w:r>
      <w:r>
        <w:rPr>
          <w:sz w:val="20"/>
        </w:rPr>
        <w:t>1:03:52  woh kahein, khuda yeh woh banda hai, unique banda, unique banda</w:t>
      </w:r>
      <w:r>
        <w:br/>
      </w:r>
      <w:r>
        <w:rPr>
          <w:sz w:val="20"/>
        </w:rPr>
        <w:t>1:04:00  jisko teri yaad ne shaitan ki yaad bhula di.</w:t>
      </w:r>
      <w:r>
        <w:br/>
      </w:r>
      <w:r>
        <w:rPr>
          <w:sz w:val="20"/>
        </w:rPr>
        <w:t>1:04:04  jannat ke hirs mein jo kaaton ko bhool bhool gaya,</w:t>
      </w:r>
      <w:r>
        <w:br/>
      </w:r>
      <w:r>
        <w:rPr>
          <w:sz w:val="20"/>
        </w:rPr>
        <w:t>1:04:12  jis ne negativity ko positivity mein convert kiya, kya jannat free mil jayegi? aap samajhte hain jannat ki koi price deni padegi?</w:t>
      </w:r>
      <w:r>
        <w:br/>
      </w:r>
      <w:r>
        <w:rPr>
          <w:sz w:val="20"/>
        </w:rPr>
        <w:t>1:04:25  quran mein hai, zaalika jaza mun-tazaka. jannat milegi purified soul ke liye.</w:t>
      </w:r>
      <w:r>
        <w:br/>
      </w:r>
      <w:r>
        <w:rPr>
          <w:sz w:val="20"/>
        </w:rPr>
        <w:t>1:04:32  to soul ko purify karna kab hota hai? jab pollution ho, jab gandagi ho, tabhi to purify karna hai.</w:t>
      </w:r>
      <w:r>
        <w:br/>
      </w:r>
      <w:r>
        <w:rPr>
          <w:sz w:val="20"/>
        </w:rPr>
        <w:t>1:04:43  kya phool ko bhi aap purify kar sakte hain? phool ko kya purify karenge aap?</w:t>
      </w:r>
      <w:r>
        <w:br/>
      </w:r>
      <w:r>
        <w:rPr>
          <w:sz w:val="20"/>
        </w:rPr>
        <w:t>1:04:52  to yaad rakhiye, jin jin log shikayat karte hain, un ko bator opportunity ko discover kijiye. aap</w:t>
      </w:r>
      <w:r>
        <w:br/>
      </w:r>
      <w:r>
        <w:rPr>
          <w:sz w:val="20"/>
        </w:rPr>
        <w:t>1:05:01  woh shikayaton mein jiyenge, shikayaton mein marenge, aur jannat ki khushboo hi nahi milegi aap ko. khushboo, khushboo bhi nahi milne wali hai. yaad rakhiye, jin cheezon ko aap shikayat ke khaane mein daale hue hain,</w:t>
      </w:r>
      <w:r>
        <w:br/>
      </w:r>
      <w:r>
        <w:rPr>
          <w:sz w:val="20"/>
        </w:rPr>
        <w:t>1:05:14  us ko opportunity ke khaane mein daaliye.</w:t>
      </w:r>
      <w:r>
        <w:br/>
      </w:r>
      <w:r>
        <w:rPr>
          <w:sz w:val="20"/>
        </w:rPr>
        <w:t>1:05:20  opportunity ke khaane mein daaliye.</w:t>
      </w:r>
      <w:r>
        <w:br/>
      </w:r>
      <w:r>
        <w:rPr>
          <w:sz w:val="20"/>
        </w:rPr>
        <w:t>1:05:28  ek aadmi ek America gaye, wahan parhai wadhai ki. unhone wahan chhe degree li, unhone phir woh India aa gaye. to mujh se mile, woh</w:t>
      </w:r>
      <w:r>
        <w:br/>
      </w:r>
      <w:r>
        <w:rPr>
          <w:sz w:val="20"/>
        </w:rPr>
        <w:t>1:05:41  ek naujawan the. to kaha ke yahan main aaya hoon wapas. to har aadmi kehta hai ke tum yahan kyun aaye? India mein yahan kaun sa scope hai tumhare liye?</w:t>
      </w:r>
      <w:r>
        <w:br/>
      </w:r>
      <w:r>
        <w:rPr>
          <w:sz w:val="20"/>
        </w:rPr>
        <w:t>1:05:52  America chhod kar tum India mein aa gaye, yahan kahan scope hai?</w:t>
      </w:r>
      <w:r>
        <w:br/>
      </w:r>
      <w:r>
        <w:rPr>
          <w:sz w:val="20"/>
        </w:rPr>
        <w:t>1:05:57  to mein ne kaha ke iskoop nahi hai, tabhi to iskoop hai. aap iskoop na hona bhi aik iskoop hai.</w:t>
      </w:r>
      <w:r>
        <w:br/>
      </w:r>
      <w:r>
        <w:rPr>
          <w:sz w:val="20"/>
        </w:rPr>
        <w:t>1:06:07  woh kaise? bohat aasani se wahan aap dollar kama lete, aur aap animal ke animal rehte. aap amreeka mein aap earning animal bane rehte, earning animal.</w:t>
      </w:r>
      <w:r>
        <w:br/>
      </w:r>
      <w:r>
        <w:rPr>
          <w:sz w:val="20"/>
        </w:rPr>
        <w:t>1:06:18  koi experience nahi, koi seekh nahi, koi learning nahi.</w:t>
      </w:r>
      <w:r>
        <w:br/>
      </w:r>
      <w:r>
        <w:rPr>
          <w:sz w:val="20"/>
        </w:rPr>
        <w:t>1:06:23  yahan to qadam qadam par learning hai, qadam ko to seekh hai, qadam par to experience hai. mein 13 baar gaya amreeka mein, kaha sab ke sab wahan earning animal bane hue hain.</w:t>
      </w:r>
      <w:r>
        <w:br/>
      </w:r>
      <w:r>
        <w:rPr>
          <w:sz w:val="20"/>
        </w:rPr>
        <w:t>1:06:34  animal, animal, animal. koi wisdom nahi, koi high thinking nahi. kyun? aaram se kaam aate hain, aaram se dollar mil jata hai in ko.</w:t>
      </w:r>
      <w:r>
        <w:br/>
      </w:r>
      <w:r>
        <w:rPr>
          <w:sz w:val="20"/>
        </w:rPr>
        <w:t>1:06:44  lekin jab halaat ke mein aap ko dala jaye, sangharsh karna pare aap ko, to aap ko aik bohat bari cheez milti hai jo dollar se bhi bari hai.</w:t>
      </w:r>
      <w:r>
        <w:br/>
      </w:r>
      <w:r>
        <w:rPr>
          <w:sz w:val="20"/>
        </w:rPr>
        <w:t>1:06:55  dollar se bhi bari hai woh, woh experience, woh anubhav. to kaise log hain jo shikayatein karte hain?</w:t>
      </w:r>
      <w:r>
        <w:br/>
      </w:r>
      <w:r>
        <w:rPr>
          <w:sz w:val="20"/>
        </w:rPr>
        <w:t>1:07:04  wohi shikayatein hi to opportunity hain, wohi shikayatein hi to jannat ke ticket hain.</w:t>
      </w:r>
      <w:r>
        <w:br/>
      </w:r>
      <w:r>
        <w:rPr>
          <w:sz w:val="20"/>
        </w:rPr>
        <w:t>1:07:12  beh-haal, mein kahunga ke aap sab logon ko rethink karna chahiye, revise karna chahiye, muhasba karna chahiye, aur phir se discover karna chahiye sachai ko.</w:t>
      </w:r>
      <w:r>
        <w:br/>
      </w:r>
      <w:r>
        <w:rPr>
          <w:sz w:val="20"/>
        </w:rPr>
        <w:t>1:07:25  shikayaton se kuch nahi hone wala hai.</w:t>
      </w:r>
    </w:p>
    <w:p>
      <w:pPr>
        <w:pStyle w:val="Heading2"/>
      </w:pPr>
      <w:r>
        <w:t>Staying Positive Amidst Negative Situations</w:t>
      </w:r>
    </w:p>
    <w:p>
      <w:r>
        <w:rPr>
          <w:color w:val="666666"/>
          <w:sz w:val="18"/>
        </w:rPr>
        <w:t>Man and Paradise May 05, 2013 · 2m 54s · at 54:43 · https://youtu.be/VyFgim3pvts?t=3283</w:t>
      </w:r>
    </w:p>
    <w:p>
      <w:r>
        <w:rPr>
          <w:i/>
        </w:rPr>
        <w:t>“We are living in darul-qabz (a state of oppression), while striving towards day-to-day goals. How can we stay positive and give positive response in spite of negative situation?”</w:t>
      </w:r>
    </w:p>
    <w:p>
      <w:r>
        <w:rPr>
          <w:sz w:val="20"/>
        </w:rPr>
        <w:t>54:43  maulana, agla sawal dilli se hai, miss naghma siddiqui ka</w:t>
      </w:r>
      <w:r>
        <w:br/>
      </w:r>
      <w:r>
        <w:rPr>
          <w:sz w:val="20"/>
        </w:rPr>
        <w:t>54:47  . unhon ne likha hai: "we are living in darul qabz, while striving towards day to day goals.</w:t>
      </w:r>
      <w:r>
        <w:br/>
      </w:r>
      <w:r>
        <w:rPr>
          <w:sz w:val="20"/>
        </w:rPr>
        <w:t>54:56  how can we stay positive and give positive response in spite of negative situation?"</w:t>
      </w:r>
      <w:r>
        <w:br/>
      </w:r>
      <w:r>
        <w:rPr>
          <w:sz w:val="20"/>
        </w:rPr>
        <w:t>55:07  dekhen, yeh jo problem hai zindagi mein, woh na ho toh hamari personality ka development bhi na ho.</w:t>
      </w:r>
      <w:r>
        <w:br/>
      </w:r>
      <w:r>
        <w:rPr>
          <w:sz w:val="20"/>
        </w:rPr>
        <w:t>55:19  kabhi bhi yaad rakhiye, isبوت halaat mein insaan ke andar irtaqa nahi hota. jo log is ko yaani qabr ko evil samajhte hain, woh bohat bari bhool mein mubtala hain.</w:t>
      </w:r>
      <w:r>
        <w:br/>
      </w:r>
      <w:r>
        <w:rPr>
          <w:sz w:val="20"/>
        </w:rPr>
        <w:t>55:37  dunya mein jin logon ne bari bari taraqqiyat ki hain, bari bari taraqqiyat, woh sab wohi hain jo problem mein mubtala hue hain.</w:t>
      </w:r>
      <w:r>
        <w:br/>
      </w:r>
      <w:r>
        <w:rPr>
          <w:sz w:val="20"/>
        </w:rPr>
        <w:t>55:47  kal mein soch raha tha ek hadith ke baray mein ke hadith mein hai ke jis aadmi ki aankh le li gayi allah ta'ala ne aur us ne sabr kiya, toh us ko bohat bara reward milega.</w:t>
      </w:r>
      <w:r>
        <w:br/>
      </w:r>
      <w:r>
        <w:rPr>
          <w:sz w:val="20"/>
        </w:rPr>
        <w:t>56:02  daikhen, yeh sirf akhirat ki baat nahin hai,</w:t>
      </w:r>
      <w:r>
        <w:br/>
      </w:r>
      <w:r>
        <w:rPr>
          <w:sz w:val="20"/>
        </w:rPr>
        <w:t>56:05  sirf akhirat ki baat nahin hai. yani aankh jab le li jati hai to hamari kya hui hai? iski inside barh jati hai.</w:t>
      </w:r>
      <w:r>
        <w:br/>
      </w:r>
      <w:r>
        <w:rPr>
          <w:sz w:val="20"/>
        </w:rPr>
        <w:t>56:16  yeh jo zahiri aankh hai, agar nar hai to andar jo soch hai, us mein bohat izafa ho jata hai. super thinker ban jata hai aadmi.</w:t>
      </w:r>
      <w:r>
        <w:br/>
      </w:r>
      <w:r>
        <w:rPr>
          <w:sz w:val="20"/>
        </w:rPr>
        <w:t>56:28  super thinker,</w:t>
      </w:r>
      <w:r>
        <w:br/>
      </w:r>
      <w:r>
        <w:rPr>
          <w:sz w:val="20"/>
        </w:rPr>
        <w:t>56:29  super thinker, chunancha kai bohat bari bari baaten ki hain. kuch andhe logon ne, jaise Milton ne kitab likhi hai "Paradise Lost", jo andha ho gaya tha.</w:t>
      </w:r>
      <w:r>
        <w:br/>
      </w:r>
      <w:r>
        <w:rPr>
          <w:sz w:val="20"/>
        </w:rPr>
        <w:t>56:41  to andha hone ka matlab hai ke aap ki inner side jo hai, bohat barh jaye. aise hi dekhiye, Louis Braille jo tha, kitne hi bara kaam kiya us ne ke andhon ko parhne ka uth daryaft kiya us ne.</w:t>
      </w:r>
      <w:r>
        <w:br/>
      </w:r>
      <w:r>
        <w:rPr>
          <w:sz w:val="20"/>
        </w:rPr>
        <w:t>56:57  to dunya mein Allah taala ne agar problem na rakha hota to aap ki aap ki mind activate na hota, aap ki personality mein development na hota.</w:t>
      </w:r>
      <w:r>
        <w:br/>
      </w:r>
      <w:r>
        <w:rPr>
          <w:sz w:val="20"/>
        </w:rPr>
        <w:t>57:07  yeh saboot halaat mein ke koi taraqqi hoti hai. aap aise logon ko dekh rahe hain jo paida hote hi, un ko easy money mil gaya, baap ne un ko sab kuch de diya, to zindagi bhar woh bewakoof hi bewakoof rehte hain.</w:t>
      </w:r>
      <w:r>
        <w:br/>
      </w:r>
      <w:r>
        <w:rPr>
          <w:sz w:val="20"/>
        </w:rPr>
        <w:t>57:22  stupid jeete hain, stupid marte hain.</w:t>
      </w:r>
      <w:r>
        <w:br/>
      </w:r>
      <w:r>
        <w:rPr>
          <w:sz w:val="20"/>
        </w:rPr>
        <w:t>57:26  jin logon ko shauq lage, jin logon ko problem face karna pade, un ko challenge ka samna karna pade, wohi log taraqqi karte hain is dunya mein.</w:t>
      </w:r>
    </w:p>
    <w:p>
      <w:pPr>
        <w:pStyle w:val="Heading2"/>
      </w:pPr>
      <w:r>
        <w:t>Admitting Mistakes Before the Opposite Party</w:t>
      </w:r>
    </w:p>
    <w:p>
      <w:r>
        <w:rPr>
          <w:color w:val="666666"/>
          <w:sz w:val="18"/>
        </w:rPr>
        <w:t>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Overcoming shyness when giving Quran to non-Muslims</w:t>
      </w:r>
    </w:p>
    <w:p>
      <w:r>
        <w:rPr>
          <w:color w:val="666666"/>
          <w:sz w:val="18"/>
        </w:rPr>
        <w:t>Experience of Hyderabad CPS Meet December 1, 2013 · 1m 11s · at 54:26 · https://youtu.be/Y8mcxF2Lhyc?t=3266</w:t>
      </w:r>
    </w:p>
    <w:p>
      <w:r>
        <w:rPr>
          <w:i/>
        </w:rPr>
        <w:t>“I often distribute Quran to my non-Muslim friends. While doing this, I sometimes feel shy and nervous of giving it to my non-Muslim friends. Kindly advise me as to how I can overcome my weakness.”</w:t>
      </w:r>
    </w:p>
    <w:p>
      <w:r>
        <w:rPr>
          <w:sz w:val="20"/>
        </w:rPr>
        <w:t>54:26  maulana, agla sawal kashmir se hai aamir jan mehri sahib ka. unhon ne likha hai: "i often distribute quran to my non muslim friends.</w:t>
      </w:r>
      <w:r>
        <w:br/>
      </w:r>
      <w:r>
        <w:rPr>
          <w:sz w:val="20"/>
        </w:rPr>
        <w:t>54:38  while doing this, I sometimes feel shy or nervous of giving it to my non-Muslim friends. Kindly advise me as to how I can overcome my weakness." nahi to main samjha nahi, weakness jo hai,</w:t>
      </w:r>
      <w:r>
        <w:br/>
      </w:r>
      <w:r>
        <w:rPr>
          <w:sz w:val="20"/>
        </w:rPr>
        <w:t>54:56  isko kya? iska koi koi medical iska to ho nahi sakta hai. ji to thora sa apni soch ko manage kijiye.</w:t>
      </w:r>
      <w:r>
        <w:br/>
      </w:r>
      <w:r>
        <w:rPr>
          <w:sz w:val="20"/>
        </w:rPr>
        <w:t>55:07  hain bh</w:t>
      </w:r>
      <w:r>
        <w:br/>
      </w:r>
      <w:r>
        <w:rPr>
          <w:sz w:val="20"/>
        </w:rPr>
        <w:t>55:10  ee, samjhiye ke hum Allah ka kaam kar rahe hain, logon ko parioritize ka rasta dikha rahe hain. yeh isi soch ko apne andar develop kijiye.</w:t>
      </w:r>
      <w:r>
        <w:br/>
      </w:r>
      <w:r>
        <w:rPr>
          <w:sz w:val="20"/>
        </w:rPr>
        <w:t>55:21  jab yeh sochen ge aap ke hum to parioritize ka rasta dikha rahe hain, hum to Allah ka message pohncha rahe hain, to apne aap hi woh main samjhta hoon ke woh mindset khatam ho jaye ga.</w:t>
      </w:r>
      <w:r>
        <w:br/>
      </w:r>
      <w:r>
        <w:rPr>
          <w:sz w:val="20"/>
        </w:rPr>
        <w:t>55:34  ji ji theek hai.</w:t>
      </w:r>
    </w:p>
    <w:p>
      <w:pPr>
        <w:pStyle w:val="Heading1"/>
      </w:pPr>
      <w:r>
        <w:t>In the lectures (12)</w:t>
      </w:r>
    </w:p>
    <w:p>
      <w:pPr>
        <w:pStyle w:val="Heading2"/>
      </w:pPr>
      <w:r>
        <w:t>The Significance of Mosque in Islam 4 January, 2019</w:t>
      </w:r>
    </w:p>
    <w:p>
      <w:r>
        <w:rPr>
          <w:color w:val="666666"/>
          <w:sz w:val="18"/>
        </w:rPr>
        <w:t>12:40 · https://youtu.be/QnOj_KGHook?t=760</w:t>
      </w:r>
    </w:p>
    <w:p>
      <w:r>
        <w:rPr>
          <w:i/>
        </w:rPr>
        <w:t>“I will live as a peaceful member of societ”</w:t>
      </w:r>
    </w:p>
    <w:p>
      <w:pPr>
        <w:pStyle w:val="Heading2"/>
      </w:pPr>
      <w:r>
        <w:t>From The Spiritual Tree May 30, 2007</w:t>
      </w:r>
    </w:p>
    <w:p>
      <w:r>
        <w:rPr>
          <w:color w:val="666666"/>
          <w:sz w:val="18"/>
        </w:rPr>
        <w:t>7:19 · https://youtu.be/vGj_dsCMv-M?t=439</w:t>
      </w:r>
    </w:p>
    <w:p>
      <w:r>
        <w:rPr>
          <w:i/>
        </w:rPr>
        <w:t>“They are living as a cultural group rather than”</w:t>
      </w:r>
    </w:p>
    <w:p>
      <w:pPr>
        <w:pStyle w:val="Heading2"/>
      </w:pPr>
      <w:r>
        <w:t>Difference Management June 6, 2007 Maulana Wahiduddin Khan</w:t>
      </w:r>
    </w:p>
    <w:p>
      <w:r>
        <w:rPr>
          <w:color w:val="666666"/>
          <w:sz w:val="18"/>
        </w:rPr>
        <w:t>37:34 · https://youtu.be/Qcrm0lX88dA?t=2254</w:t>
      </w:r>
    </w:p>
    <w:p>
      <w:r>
        <w:rPr>
          <w:i/>
        </w:rPr>
        <w:t>“living in negativity.”</w:t>
      </w:r>
    </w:p>
    <w:p>
      <w:pPr>
        <w:pStyle w:val="Heading2"/>
      </w:pPr>
      <w:r>
        <w:t>Understanding Islam (In Conversation with Maulana)</w:t>
      </w:r>
    </w:p>
    <w:p>
      <w:r>
        <w:rPr>
          <w:color w:val="666666"/>
          <w:sz w:val="18"/>
        </w:rPr>
        <w:t>19:35 · https://youtu.be/tLTRyW1qhRw?t=1175</w:t>
      </w:r>
    </w:p>
    <w:p>
      <w:r>
        <w:rPr>
          <w:i/>
        </w:rPr>
        <w:t>“I have”</w:t>
      </w:r>
    </w:p>
    <w:p>
      <w:pPr>
        <w:pStyle w:val="Heading2"/>
      </w:pPr>
      <w:r>
        <w:t>Intellectual Poverty of Modern World December 17, 2006</w:t>
      </w:r>
    </w:p>
    <w:p>
      <w:r>
        <w:rPr>
          <w:color w:val="666666"/>
          <w:sz w:val="18"/>
        </w:rPr>
        <w:t>1:12:54 · https://youtu.be/GdhR0DoI1Ys?t=4374</w:t>
      </w:r>
    </w:p>
    <w:p>
      <w:r>
        <w:rPr>
          <w:i/>
        </w:rPr>
        <w:t>“میں اپنی صلاحیت کو کم استعمال کر رہا ہوں۔”</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Man and Matter July 30, 2006 Maulana Wahiduddin Khan</w:t>
      </w:r>
    </w:p>
    <w:p>
      <w:r>
        <w:rPr>
          <w:color w:val="666666"/>
          <w:sz w:val="18"/>
        </w:rPr>
        <w:t>10:41 · https://youtu.be/86wN7coqa94?t=641</w:t>
      </w:r>
    </w:p>
    <w:p>
      <w:r>
        <w:rPr>
          <w:i/>
        </w:rPr>
        <w:t>“ہم ایک لمیٹڈ دنیا میں رہتے ہیں۔”</w:t>
      </w:r>
    </w:p>
    <w:p>
      <w:pPr>
        <w:pStyle w:val="Heading2"/>
      </w:pPr>
      <w:r>
        <w:t>On Salah (Prayer) (Part 2) 22 Jan 2006 - Maulana Wahiduddin Khan</w:t>
      </w:r>
    </w:p>
    <w:p>
      <w:r>
        <w:rPr>
          <w:color w:val="666666"/>
          <w:sz w:val="18"/>
        </w:rPr>
        <w:t>35:32 · https://youtu.be/NL9OG_8LJVk?t=2132</w:t>
      </w:r>
    </w:p>
    <w:p>
      <w:r>
        <w:rPr>
          <w:i/>
        </w:rPr>
        <w:t>“دنیا میں modest بن کر رہوں گا۔”</w:t>
      </w:r>
    </w:p>
    <w:p>
      <w:pPr>
        <w:pStyle w:val="Heading2"/>
      </w:pPr>
      <w:r>
        <w:t>The Importance of Thinking November 10, 2013</w:t>
      </w:r>
    </w:p>
    <w:p>
      <w:r>
        <w:rPr>
          <w:color w:val="666666"/>
          <w:sz w:val="18"/>
        </w:rPr>
        <w:t>19:56 · https://youtu.be/y16CddTHoqE?t=1196</w:t>
      </w:r>
    </w:p>
    <w:p>
      <w:r>
        <w:rPr>
          <w:i/>
        </w:rPr>
        <w:t>“میں زیادہ ہوں، وہ کم ہے۔”</w:t>
      </w:r>
    </w:p>
    <w:p>
      <w:pPr>
        <w:pStyle w:val="Heading2"/>
      </w:pPr>
      <w:r>
        <w:t>The Importance of Thinking November 10, 2013 Maulana Wahiduddin Khan</w:t>
      </w:r>
    </w:p>
    <w:p>
      <w:r>
        <w:rPr>
          <w:color w:val="666666"/>
          <w:sz w:val="18"/>
        </w:rPr>
        <w:t>19:56 · https://youtu.be/dM9yTT9UlCs?t=1196</w:t>
      </w:r>
    </w:p>
    <w:p>
      <w:r>
        <w:rPr>
          <w:i/>
        </w:rPr>
        <w:t>“میں زیادہ ہوں، وہ کم ہے۔”</w:t>
      </w:r>
    </w:p>
    <w:p>
      <w:pPr>
        <w:pStyle w:val="Heading2"/>
      </w:pPr>
      <w:r>
        <w:t>Islamic Way of Life January 30, 2011 Maulana Wahiduddin Khan</w:t>
      </w:r>
    </w:p>
    <w:p>
      <w:r>
        <w:rPr>
          <w:color w:val="666666"/>
          <w:sz w:val="18"/>
        </w:rPr>
        <w:t>1:25:57 · https://youtu.be/et2qxSig9ik?t=5157</w:t>
      </w:r>
    </w:p>
    <w:p>
      <w:r>
        <w:rPr>
          <w:i/>
        </w:rPr>
        <w:t>“مثلاً میں ہوں، میں حکومت”</w:t>
      </w:r>
    </w:p>
    <w:p>
      <w:pPr>
        <w:pStyle w:val="Heading2"/>
      </w:pPr>
      <w:r>
        <w:t>Goodness in The Face of Evil (Sai Centre) August 20, 2008 Maulana Wahiduddin Khan</w:t>
      </w:r>
    </w:p>
    <w:p>
      <w:r>
        <w:rPr>
          <w:color w:val="666666"/>
          <w:sz w:val="18"/>
        </w:rPr>
        <w:t>0:45 · https://youtu.be/tTPaJXCbZ24?t=45</w:t>
      </w:r>
    </w:p>
    <w:p>
      <w:r>
        <w:rPr>
          <w:i/>
        </w:rPr>
        <w:t>“ہم ایک سوسائٹی میں رہتے ہیں،”</w:t>
      </w:r>
    </w:p>
    <w:p>
      <w:pPr>
        <w:pStyle w:val="Heading1"/>
      </w:pPr>
      <w:r>
        <w:t>Clips (6)</w:t>
      </w:r>
    </w:p>
    <w:p>
      <w:pPr>
        <w:pStyle w:val="Heading2"/>
      </w:pPr>
      <w:r>
        <w:t>Peaceful living after prayer</w:t>
      </w:r>
    </w:p>
    <w:p>
      <w:r>
        <w:rPr>
          <w:color w:val="666666"/>
          <w:sz w:val="18"/>
        </w:rPr>
        <w:t>The Significance of Mosque in Islam 4 January, 2019 · 41s · at 12:26 · https://youtu.be/QnOj_KGHook?t=746</w:t>
      </w:r>
    </w:p>
    <w:p>
      <w:r>
        <w:rPr>
          <w:i/>
        </w:rPr>
        <w:t>“So basically when he's turning to his right and turning to his left”</w:t>
      </w:r>
    </w:p>
    <w:p>
      <w:r>
        <w:rPr>
          <w:sz w:val="20"/>
        </w:rPr>
        <w:t>12:26  so basically when hes turning to hisright and hes turning to his left whats he doing is that hes trying to address all of humanity and hes telling all of humanity that oh people oh mankind you all are safe from me</w:t>
      </w:r>
      <w:r>
        <w:br/>
      </w:r>
      <w:r>
        <w:rPr>
          <w:sz w:val="20"/>
        </w:rPr>
        <w:t>12:40  i will live as a peaceful member of societ</w:t>
      </w:r>
      <w:r>
        <w:br/>
      </w:r>
      <w:r>
        <w:rPr>
          <w:sz w:val="20"/>
        </w:rPr>
        <w:t>12:43  y your lives your property your honor everything is safe from me so this is the last and the most important teaching that namaz gives to a worshipper that after having completed his namaz when he goes out in society he should live as a peaceful and positive member</w:t>
      </w:r>
      <w:r>
        <w:br/>
      </w:r>
      <w:r>
        <w:rPr>
          <w:sz w:val="20"/>
        </w:rPr>
        <w:t>12:59  and he should follow the teachings of namaz follow the spirit of namaz follow all that he has learned in the mosque in society</w:t>
      </w:r>
    </w:p>
    <w:p>
      <w:pPr>
        <w:pStyle w:val="Heading2"/>
      </w:pPr>
      <w:r>
        <w:t>Muslims have lost identity as witnesses</w:t>
      </w:r>
    </w:p>
    <w:p>
      <w:r>
        <w:rPr>
          <w:color w:val="666666"/>
          <w:sz w:val="18"/>
        </w:rPr>
        <w:t>From The Spiritual Tree May 30, 2007 · 1m 22s · at 6:14 · https://youtu.be/vGj_dsCMv-M?t=374</w:t>
      </w:r>
    </w:p>
    <w:p>
      <w:r>
        <w:rPr>
          <w:i/>
        </w:rPr>
        <w:t>“They have to bear witness before people.”</w:t>
      </w:r>
    </w:p>
    <w:p>
      <w:r>
        <w:rPr>
          <w:sz w:val="20"/>
        </w:rPr>
        <w:t>6:14  They have to bear witness before people. But Muslims have forgotten their identity.</w:t>
      </w:r>
      <w:r>
        <w:br/>
      </w:r>
      <w:r>
        <w:rPr>
          <w:sz w:val="20"/>
        </w:rPr>
        <w:t>6:27  They have lost, L-O-S-T lost, the sense of their duty.</w:t>
      </w:r>
      <w:r>
        <w:br/>
      </w:r>
      <w:r>
        <w:rPr>
          <w:sz w:val="20"/>
        </w:rPr>
        <w:t>6:41  It is a very dangerous situation.</w:t>
      </w:r>
      <w:r>
        <w:br/>
      </w:r>
      <w:r>
        <w:rPr>
          <w:sz w:val="20"/>
        </w:rPr>
        <w:t>6:46  At present, Muslims are living as a group, as a cultural group.</w:t>
      </w:r>
      <w:r>
        <w:br/>
      </w:r>
      <w:r>
        <w:rPr>
          <w:sz w:val="20"/>
        </w:rPr>
        <w:t>7:02  Their thinking is cultural thinking. Their targets are cultural targets. Their problems are cultural problems.</w:t>
      </w:r>
      <w:r>
        <w:br/>
      </w:r>
      <w:r>
        <w:rPr>
          <w:sz w:val="20"/>
        </w:rPr>
        <w:t>7:19  They are living as a cultural group rather than</w:t>
      </w:r>
      <w:r>
        <w:br/>
      </w:r>
      <w:r>
        <w:rPr>
          <w:sz w:val="20"/>
        </w:rPr>
        <w:t>7:25  a group of mission. This is a very dangerous situation.</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Salam: peace and safety for all</w:t>
      </w:r>
    </w:p>
    <w:p>
      <w:r>
        <w:rPr>
          <w:color w:val="666666"/>
          <w:sz w:val="18"/>
        </w:rPr>
        <w:t>On Salah (Prayer) (Part 2) 22 Jan 2006 - Maulana Wahiduddin Khan · 2m 44s · at 33:22 · https://youtu.be/NL9OG_8LJVk?t=2002</w:t>
      </w:r>
    </w:p>
    <w:p>
      <w:r>
        <w:rPr>
          <w:i/>
        </w:rPr>
        <w:t>“At the end of prayer, say peace be upon you all.”</w:t>
      </w:r>
    </w:p>
    <w:p>
      <w:r>
        <w:rPr>
          <w:sz w:val="20"/>
        </w:rPr>
        <w:t>33:22  aap aakhir mein apna sar dayen aur bayen mor kar kehte hain assalam-o-alaikum wa rahmatullah, assalam-o-alaikum wa rahmatullah.</w:t>
      </w:r>
      <w:r>
        <w:br/>
      </w:r>
      <w:r>
        <w:rPr>
          <w:sz w:val="20"/>
        </w:rPr>
        <w:t>33:35  yeh har namaz ke baad kaha jata hai.</w:t>
      </w:r>
      <w:r>
        <w:br/>
      </w:r>
      <w:r>
        <w:rPr>
          <w:sz w:val="20"/>
        </w:rPr>
        <w:t>33:40  peace be upon you. peace and blessing be upon you. you se kaun murad hai? sari duniya ke log.</w:t>
      </w:r>
      <w:r>
        <w:br/>
      </w:r>
      <w:r>
        <w:rPr>
          <w:sz w:val="20"/>
        </w:rPr>
        <w:t>33:50  yani east mein, west mein, south mein, north mein har taraf jo log hain un sab ke liye.</w:t>
      </w:r>
      <w:r>
        <w:br/>
      </w:r>
      <w:r>
        <w:rPr>
          <w:sz w:val="20"/>
        </w:rPr>
        <w:t>33:59  to sar jab ghumata hai, sar jab ghumata hai namaz parhne wala idhar aur udhar to sare woh insan jo globe par hain chahe east ke hon ya west ke hon, north ke hon, south ke hon un se keh raha hota hai aye logon!</w:t>
      </w:r>
      <w:r>
        <w:br/>
      </w:r>
      <w:r>
        <w:rPr>
          <w:sz w:val="20"/>
        </w:rPr>
        <w:t>34:16  assalam-o-alaikum wa rahmatullah. tumhare upar peace ho khuda ki, tumhare upar blessing ho khuda ki. is ko ek bohat bare scholar the un ka naam tha ibn owaynah.</w:t>
      </w:r>
      <w:r>
        <w:br/>
      </w:r>
      <w:r>
        <w:rPr>
          <w:sz w:val="20"/>
        </w:rPr>
        <w:t>34:30  ibn owaynah. to unhon ne is ko kaha yeh assalam-o-alaikum kehna kya hai?</w:t>
      </w:r>
      <w:r>
        <w:br/>
      </w:r>
      <w:r>
        <w:rPr>
          <w:sz w:val="20"/>
        </w:rPr>
        <w:t>34:40  to unhon ne kaha ke assalam</w:t>
      </w:r>
      <w:r>
        <w:br/>
      </w:r>
      <w:r>
        <w:rPr>
          <w:sz w:val="20"/>
        </w:rPr>
        <w:t>34:46  assalam kya tum jante ho ke assalam-o-alaikum jab kehta hai namazi to kya matlab hota hai is ka? woh kehta hai ke ant aamin minni, ant aamin minni.</w:t>
      </w:r>
      <w:r>
        <w:br/>
      </w:r>
      <w:r>
        <w:rPr>
          <w:sz w:val="20"/>
        </w:rPr>
        <w:t>35:02  kaisi anokhi baat hai dekhiye ant aamin minni, ant aamin minni.</w:t>
      </w:r>
      <w:r>
        <w:br/>
      </w:r>
      <w:r>
        <w:rPr>
          <w:sz w:val="20"/>
        </w:rPr>
        <w:t>35:09  a logon! tum mujh se safe ho, a logon! tum mujh se safe ho.</w:t>
      </w:r>
      <w:r>
        <w:br/>
      </w:r>
      <w:r>
        <w:rPr>
          <w:sz w:val="20"/>
        </w:rPr>
        <w:t>35:17  yani ab jo purify ho kar nikla hoon masjid se main, ab jo main khuda ki spirit le kar nikla hoon masjid se main to kya hoga?</w:t>
      </w:r>
      <w:r>
        <w:br/>
      </w:r>
      <w:r>
        <w:rPr>
          <w:sz w:val="20"/>
        </w:rPr>
        <w:t>35:32  duniya mein modest ban kar rahoon ga.</w:t>
      </w:r>
      <w:r>
        <w:br/>
      </w:r>
      <w:r>
        <w:rPr>
          <w:sz w:val="20"/>
        </w:rPr>
        <w:t>35:36  duniya mein khuda ko surrender kar ke rahoon ga. duniya mein</w:t>
      </w:r>
    </w:p>
    <w:p>
      <w:pPr>
        <w:pStyle w:val="Heading2"/>
      </w:pPr>
      <w:r>
        <w:t>remembering death and the full story of Iblis's pride</w:t>
      </w:r>
    </w:p>
    <w:p>
      <w:r>
        <w:rPr>
          <w:color w:val="666666"/>
          <w:sz w:val="18"/>
        </w:rPr>
        <w:t>The Importance of Thinking November 10, 2013 · 4m 35s · at 18:34 · https://youtu.be/y16CddTHoqE?t=1114</w:t>
      </w:r>
    </w:p>
    <w:p>
      <w:r>
        <w:rPr>
          <w:i/>
        </w:rPr>
        <w:t>“Ek bahut hi ajeeb hadith hai”</w:t>
      </w:r>
    </w:p>
    <w:p>
      <w:r>
        <w:rPr>
          <w:sz w:val="20"/>
        </w:rPr>
        <w:t>18:34  bahut hi, yaani</w:t>
      </w:r>
      <w:r>
        <w:br/>
      </w:r>
      <w:r>
        <w:rPr>
          <w:sz w:val="20"/>
        </w:rPr>
        <w:t>18:40  bahut hi ajeeb hadith hai.</w:t>
      </w:r>
      <w:r>
        <w:br/>
      </w:r>
      <w:r>
        <w:rPr>
          <w:sz w:val="20"/>
        </w:rPr>
        <w:t>18:50  akthuru dhikr hadd bil ladhdhatil maut. maut ko bahut zyada yaad karo, jo lazzaton ko utha dene wali hai.</w:t>
      </w:r>
      <w:r>
        <w:br/>
      </w:r>
      <w:r>
        <w:rPr>
          <w:sz w:val="20"/>
        </w:rPr>
        <w:t>19:03  ab is par main sochne laga ke lazzaton ko uthane ka matlab kya hai?</w:t>
      </w:r>
      <w:r>
        <w:br/>
      </w:r>
      <w:r>
        <w:rPr>
          <w:sz w:val="20"/>
        </w:rPr>
        <w:t>19:12  to ek malik, ek duniya mere zehan mein aagayi.</w:t>
      </w:r>
      <w:r>
        <w:br/>
      </w:r>
      <w:r>
        <w:rPr>
          <w:sz w:val="20"/>
        </w:rPr>
        <w:t>19:18  lazzat ka matlab sirf yeh nahin ke aap khana peena hai, is ko bhool jayen. khana peena bhool jayen. nahin, is mein hazaron baaten shamil hain.</w:t>
      </w:r>
      <w:r>
        <w:br/>
      </w:r>
      <w:r>
        <w:rPr>
          <w:sz w:val="20"/>
        </w:rPr>
        <w:t>19:32  misal ke taur par dekhen, ek aadmi ke andar kibr ka mizaj hai, arrogance ka mizaj hai, to arrogance mein us ko lazzat milti hai.</w:t>
      </w:r>
      <w:r>
        <w:br/>
      </w:r>
      <w:r>
        <w:rPr>
          <w:sz w:val="20"/>
        </w:rPr>
        <w:t>19:46  yani doosre ke muqable mein apne ko jo bara samajhta hai, to ek ajeeb o ghareeb lazzat milti hai us ko. main bara hoon, woh chota hai.</w:t>
      </w:r>
      <w:r>
        <w:br/>
      </w:r>
      <w:r>
        <w:rPr>
          <w:sz w:val="20"/>
        </w:rPr>
        <w:t>19:56  main zyada hoon, woh kam hai.</w:t>
      </w:r>
      <w:r>
        <w:br/>
      </w:r>
      <w:r>
        <w:rPr>
          <w:sz w:val="20"/>
        </w:rPr>
        <w:t>20:01  to yeh ajeeb, ek hi lazzat. main samajhta hoon ke tamam lazzaton se barh kar lazzat hai arrogance. yeh jo lazzatein hain, jo hotel mein ja ke aap khate peete hain, woh to kuch bhi nahin hain.</w:t>
      </w:r>
      <w:r>
        <w:br/>
      </w:r>
      <w:r>
        <w:rPr>
          <w:sz w:val="20"/>
        </w:rPr>
        <w:t>20:15  arrogance aur pride aur superiority, yeh to sab se bari lazzat hai.</w:t>
      </w:r>
      <w:r>
        <w:br/>
      </w:r>
      <w:r>
        <w:rPr>
          <w:sz w:val="20"/>
        </w:rPr>
        <w:t>20:26  yeh itni bari lazzat hai ke is iblis ne jahannum ke khatre ko, at the cost of jahannum, is lazzat mein mubtala hua.</w:t>
      </w:r>
      <w:r>
        <w:br/>
      </w:r>
      <w:r>
        <w:rPr>
          <w:sz w:val="20"/>
        </w:rPr>
        <w:t>20:34  woh aap ghore kijiye, bari ajeeb baat hai yeh.</w:t>
      </w:r>
      <w:r>
        <w:br/>
      </w:r>
      <w:r>
        <w:rPr>
          <w:sz w:val="20"/>
        </w:rPr>
        <w:t>20:41  bohat ajeeb baat hai.</w:t>
      </w:r>
      <w:r>
        <w:br/>
      </w:r>
      <w:r>
        <w:rPr>
          <w:sz w:val="20"/>
        </w:rPr>
        <w:t>20:45  yani Allah taala ne Adam ko paida kiya aur kaha ke sab log jhuk jao us ke aage. sare farishte. to is mein jinn bhi maujood tha us waqt.</w:t>
      </w:r>
      <w:r>
        <w:br/>
      </w:r>
      <w:r>
        <w:rPr>
          <w:sz w:val="20"/>
        </w:rPr>
        <w:t>20:56  iblis tha, jinon ka sardar tha. iblis akele ka muamla nahin hai. woh jinon ka sardar tha woh.</w:t>
      </w:r>
      <w:r>
        <w:br/>
      </w:r>
      <w:r>
        <w:rPr>
          <w:sz w:val="20"/>
        </w:rPr>
        <w:t>21:08  to us ne inkar kiya. to Allah ne poocha ke tum ne kyun inkar kiya</w:t>
      </w:r>
      <w:r>
        <w:br/>
      </w:r>
      <w:r>
        <w:rPr>
          <w:sz w:val="20"/>
        </w:rPr>
        <w:t>21:14  ? kyun nahin jhuka to? to us ne kya kaha? ana khairun minhu. main is se behtar hoon.</w:t>
      </w:r>
      <w:r>
        <w:br/>
      </w:r>
      <w:r>
        <w:rPr>
          <w:sz w:val="20"/>
        </w:rPr>
        <w:t>21:25  aap ghore kijiye, Allah ne kaha ke main tum ko jahannum mein dalunga. lekin shaitan phir bhi qaim raha apne us par.</w:t>
      </w:r>
      <w:r>
        <w:br/>
      </w:r>
      <w:r>
        <w:rPr>
          <w:sz w:val="20"/>
        </w:rPr>
        <w:t>21:39  main is se behtar hoon. main superior hoon.</w:t>
      </w:r>
      <w:r>
        <w:br/>
      </w:r>
      <w:r>
        <w:rPr>
          <w:sz w:val="20"/>
        </w:rPr>
        <w:t>21:44  is ke mani hain ke superiority ka ehsas mein itni lazzat hai, itni lazzat hai ke jahannum ka khatra mol le sakta aadmi. kaisi ajeeb baat hai.</w:t>
      </w:r>
      <w:r>
        <w:br/>
      </w:r>
      <w:r>
        <w:rPr>
          <w:sz w:val="20"/>
        </w:rPr>
        <w:t>21:54  iblis ne jahannum ka khatra mol le kar ke superiority ke ehsas mein apne ko jeeta raha woh. is mein lazzat leta raha.</w:t>
      </w:r>
      <w:r>
        <w:br/>
      </w:r>
      <w:r>
        <w:rPr>
          <w:sz w:val="20"/>
        </w:rPr>
        <w:t>22:06  aap is par ghore kijiye, kitna zyada yeh sochne ki baat hai.</w:t>
      </w:r>
      <w:r>
        <w:br/>
      </w:r>
      <w:r>
        <w:rPr>
          <w:sz w:val="20"/>
        </w:rPr>
        <w:t>22:13  yani iblis ko maloom tha ke main jab Allah ke hukum ko nahin maan raha hoon to nateeja kya hoga? jab qayamat aayegi to qayamat ke baad mujh ko jahannum mein dal diya jayega.</w:t>
      </w:r>
      <w:r>
        <w:br/>
      </w:r>
      <w:r>
        <w:rPr>
          <w:sz w:val="20"/>
        </w:rPr>
        <w:t>22:27  lekin itni lazzat thi is mein ke main superior hoon. main bara hoon. main is se zyada hoon. zyada important hoon.</w:t>
      </w:r>
      <w:r>
        <w:br/>
      </w:r>
      <w:r>
        <w:rPr>
          <w:sz w:val="20"/>
        </w:rPr>
        <w:t>22:38  kyun ke mujhe to ne paida kiya hai nar se, us ko paida kiya hai teen se.</w:t>
      </w:r>
      <w:r>
        <w:br/>
      </w:r>
      <w:r>
        <w:rPr>
          <w:sz w:val="20"/>
        </w:rPr>
        <w:t>22:47  to superiority complex jo hai, apne ek superior se banna itna pur lazzat hai, itna pur lazzat hai ke aadmi jahannum ke khatre ko bhi jante hue nazar andaz karta hai.</w:t>
      </w:r>
      <w:r>
        <w:br/>
      </w:r>
      <w:r>
        <w:rPr>
          <w:sz w:val="20"/>
        </w:rPr>
        <w:t>23:00  jab jab jahannum aayegi, dekha jayega. abhi to hum lazzat le lete hain apne ehsas bartari mein.</w:t>
      </w:r>
    </w:p>
    <w:p>
      <w:pPr>
        <w:pStyle w:val="Heading2"/>
      </w:pPr>
      <w:r>
        <w:t>Iblis's story: arrogance as the ultimate forbidden pleasure</w:t>
      </w:r>
    </w:p>
    <w:p>
      <w:r>
        <w:rPr>
          <w:color w:val="666666"/>
          <w:sz w:val="18"/>
        </w:rPr>
        <w:t>The Importance of Thinking November 10, 2013 Maulana Wahiduddin Khan · 5m 26s · at 18:40 · https://youtu.be/dM9yTT9UlCs?t=1120</w:t>
      </w:r>
    </w:p>
    <w:p>
      <w:r>
        <w:rPr>
          <w:i/>
        </w:rPr>
        <w:t>“Remember death often, the destroyer of all pleasures”</w:t>
      </w:r>
    </w:p>
    <w:p>
      <w:r>
        <w:rPr>
          <w:sz w:val="20"/>
        </w:rPr>
        <w:t>18:40  bahut hi ajeeb hadith hai.</w:t>
      </w:r>
      <w:r>
        <w:br/>
      </w:r>
      <w:r>
        <w:rPr>
          <w:sz w:val="20"/>
        </w:rPr>
        <w:t>18:50  aksar zikr hadd bil lazzat al maut. maut ko bahut zyada yaad karo jo lazzaton ko utha dene wali hai.</w:t>
      </w:r>
      <w:r>
        <w:br/>
      </w:r>
      <w:r>
        <w:rPr>
          <w:sz w:val="20"/>
        </w:rPr>
        <w:t>19:03  ab is par main sochne laga ke lazzaton ko uthane ka matlab kya hai?</w:t>
      </w:r>
      <w:r>
        <w:br/>
      </w:r>
      <w:r>
        <w:rPr>
          <w:sz w:val="20"/>
        </w:rPr>
        <w:t>19:12  to ek malik, ek duniya mere zehan mein aa gayi.</w:t>
      </w:r>
      <w:r>
        <w:br/>
      </w:r>
      <w:r>
        <w:rPr>
          <w:sz w:val="20"/>
        </w:rPr>
        <w:t>19:18  lazzat ka matlab sirf yeh nahin ke aap khana peena hai, is ko bhool jayen. khana peena bhool jayen. nahin, is mein hazaron baaten shamil hain.</w:t>
      </w:r>
      <w:r>
        <w:br/>
      </w:r>
      <w:r>
        <w:rPr>
          <w:sz w:val="20"/>
        </w:rPr>
        <w:t>19:32  misal ke taur par dekhen, ek aadmi ke andar kibr ka mizaj hai, arrogance ka mizaj hai, to arrogance mein us ko lazzat milti hai.</w:t>
      </w:r>
      <w:r>
        <w:br/>
      </w:r>
      <w:r>
        <w:rPr>
          <w:sz w:val="20"/>
        </w:rPr>
        <w:t>19:46  yani doosre ke muqable mein apne ko jo bara samajhta hai, to ek ajeeb o ghareeb lazzat milti hai is ko. Main bara hoon, woh chota hai.</w:t>
      </w:r>
      <w:r>
        <w:br/>
      </w:r>
      <w:r>
        <w:rPr>
          <w:sz w:val="20"/>
        </w:rPr>
        <w:t>19:56  Main zyada hoon, woh kam hai.</w:t>
      </w:r>
      <w:r>
        <w:br/>
      </w:r>
      <w:r>
        <w:rPr>
          <w:sz w:val="20"/>
        </w:rPr>
        <w:t>20:01  To yeh ajeeb ek hi lazzat. Main samajhta hoon ke tamam lazzaton se barh kar lazzat hai arrogance. Yeh jo lazzatein hain, jo hotel mein ja ke aap khate peete hain, woh to kuch bhi nahin hain.</w:t>
      </w:r>
      <w:r>
        <w:br/>
      </w:r>
      <w:r>
        <w:rPr>
          <w:sz w:val="20"/>
        </w:rPr>
        <w:t>20:15  Arrogance aur pride aur superiority, yeh to sab se bari lazzat hai.</w:t>
      </w:r>
      <w:r>
        <w:br/>
      </w:r>
      <w:r>
        <w:rPr>
          <w:sz w:val="20"/>
        </w:rPr>
        <w:t>20:26  Yeh itni bari lazzat hai ke is Iblees ne jahannum ke khatre ko, at the cost of jahannum, is lazzat mein mubtala hua.</w:t>
      </w:r>
      <w:r>
        <w:br/>
      </w:r>
      <w:r>
        <w:rPr>
          <w:sz w:val="20"/>
        </w:rPr>
        <w:t>20:34  Woh aap ghore kijiye, bari ajeeb baat hai yeh.</w:t>
      </w:r>
      <w:r>
        <w:br/>
      </w:r>
      <w:r>
        <w:rPr>
          <w:sz w:val="20"/>
        </w:rPr>
        <w:t>20:41  Bohat ajeeb baat hai.</w:t>
      </w:r>
      <w:r>
        <w:br/>
      </w:r>
      <w:r>
        <w:rPr>
          <w:sz w:val="20"/>
        </w:rPr>
        <w:t>20:45  Yani Allah taala ne Adam ko paida kiya aur kaha ke sab log jhuk jao is ke aage. Saare farishte. To is mein jinn bhi maujood tha us waqt.</w:t>
      </w:r>
      <w:r>
        <w:br/>
      </w:r>
      <w:r>
        <w:rPr>
          <w:sz w:val="20"/>
        </w:rPr>
        <w:t>20:56  Iblees tha, jinon ka sardar tha. Iblees akele ka muamla nahin hai. Woh jinon, jinon ka sardar tha.</w:t>
      </w:r>
      <w:r>
        <w:br/>
      </w:r>
      <w:r>
        <w:rPr>
          <w:sz w:val="20"/>
        </w:rPr>
        <w:t>21:06  Woh to is ne inkar kiya. To Allah ne poocha ke tum ne kyun inkar kiya</w:t>
      </w:r>
      <w:r>
        <w:br/>
      </w:r>
      <w:r>
        <w:rPr>
          <w:sz w:val="20"/>
        </w:rPr>
        <w:t>21:14  ? Kyun nahin jhuka tu? To is ne kya kaha? "Ana khairun minh". Main is se behtar hoon.</w:t>
      </w:r>
      <w:r>
        <w:br/>
      </w:r>
      <w:r>
        <w:rPr>
          <w:sz w:val="20"/>
        </w:rPr>
        <w:t>21:25  Aap ghore kijiye, Allah ne kaha ke main tum ko jahannum mein daalunga, lekin shaitan phir bhi qaim raha apne us par.</w:t>
      </w:r>
      <w:r>
        <w:br/>
      </w:r>
      <w:r>
        <w:rPr>
          <w:sz w:val="20"/>
        </w:rPr>
        <w:t>21:39  Main is se behtar hoon, main superior hoon.</w:t>
      </w:r>
      <w:r>
        <w:br/>
      </w:r>
      <w:r>
        <w:rPr>
          <w:sz w:val="20"/>
        </w:rPr>
        <w:t>21:44  Is ke maani hain ke superiority ka ehsas mein itni lazzat hai, itni lazzat hai ke jahannum ka khatra mol le sakta aadmi. Kaisi ajeeb baat hai!</w:t>
      </w:r>
      <w:r>
        <w:br/>
      </w:r>
      <w:r>
        <w:rPr>
          <w:sz w:val="20"/>
        </w:rPr>
        <w:t>21:54  Iblees ne jahannum ka khatra mol le kar ke superiority ke ehsas mein apne ko jeeta raha. Woh is mein lazzat leta raha.</w:t>
      </w:r>
      <w:r>
        <w:br/>
      </w:r>
      <w:r>
        <w:rPr>
          <w:sz w:val="20"/>
        </w:rPr>
        <w:t>22:06  Aap is par ghore kijiye, kitna zyada yeh sochne ki baat hai.</w:t>
      </w:r>
      <w:r>
        <w:br/>
      </w:r>
      <w:r>
        <w:rPr>
          <w:sz w:val="20"/>
        </w:rPr>
        <w:t>22:13  Yani Iblees ko maloom tha ke main jab Allah ke hukum ko nahin maan raha hoon to nateeja kya hoga? Jab qayamat aayegi to qayamat ke baad mujh ko jahannum mein daal diya jayega.</w:t>
      </w:r>
      <w:r>
        <w:br/>
      </w:r>
      <w:r>
        <w:rPr>
          <w:sz w:val="20"/>
        </w:rPr>
        <w:t>22:27  Lekin itni lazzat thi is mein ke main superior hoon, main bara hoon, main is se zyada hoon, zyada important hoon kyunke mujhe to ne paida kiya hai nar se, is ko paida kiya hai teen se.</w:t>
      </w:r>
      <w:r>
        <w:br/>
      </w:r>
      <w:r>
        <w:rPr>
          <w:sz w:val="20"/>
        </w:rPr>
        <w:t>22:47  To superiority complex jo hai, apne ek superior se banna itna pur-lazzat hai, itna pur-lazzat hai ke aadmi jahannum ke khatre ko bhi jante hue nazar andaz karta hai.</w:t>
      </w:r>
      <w:r>
        <w:br/>
      </w:r>
      <w:r>
        <w:rPr>
          <w:sz w:val="20"/>
        </w:rPr>
        <w:t>23:00  Jab jab jahannum aayegi, dekha jayega. Abhi to hum lazzat le lete hain apne ehsas-e-bartari mein.</w:t>
      </w:r>
      <w:r>
        <w:br/>
      </w:r>
      <w:r>
        <w:rPr>
          <w:sz w:val="20"/>
        </w:rPr>
        <w:t>23:10  To yeh main asal mein jo batana chahta hoon, woh yeh hai ke kis tarah se 700 guna banta hai</w:t>
      </w:r>
      <w:r>
        <w:br/>
      </w:r>
      <w:r>
        <w:rPr>
          <w:sz w:val="20"/>
        </w:rPr>
        <w:t>23:15  ke ek baar jab trigger ho gaya to chain reaction hota hai. Chain reaction ek ke baad doosri, doosri ke baad teesri, teesri ke baad chauthi. Yeh chain reaction aap ke qabl ko 700 guna tak</w:t>
      </w:r>
      <w:r>
        <w:br/>
      </w:r>
      <w:r>
        <w:rPr>
          <w:sz w:val="20"/>
        </w:rPr>
        <w:t>23:31  sawa ko pushte bana deta hai. Yani yani 700 item. Is ka matlab hai ke aap ke is amal mein 700 item shamil hote hain, balkeh is se bhi zyada.</w:t>
      </w:r>
      <w:r>
        <w:br/>
      </w:r>
      <w:r>
        <w:rPr>
          <w:sz w:val="20"/>
        </w:rPr>
        <w:t>23:50  Ab dekhen, phir mujhe ek hadith yaad aayi. Ek hadith hai ke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