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lost someone I love</w:t>
      </w:r>
    </w:p>
    <w:p>
      <w:r>
        <w:rPr>
          <w:sz w:val="18"/>
        </w:rPr>
        <w:t>Q&amp;A, lecture moments and clips · full transcripts with timestamps · exported 2026-09-21</w:t>
      </w:r>
    </w:p>
    <w:p>
      <w:pPr>
        <w:pStyle w:val="Heading1"/>
      </w:pPr>
      <w:r>
        <w:t>Maulana was asked (30)</w:t>
      </w:r>
    </w:p>
    <w:p>
      <w:pPr>
        <w:pStyle w:val="Heading2"/>
      </w:pPr>
      <w:r>
        <w:t>Question about losing the first something</w:t>
      </w:r>
    </w:p>
    <w:p>
      <w:r>
        <w:rPr>
          <w:color w:val="666666"/>
          <w:sz w:val="18"/>
        </w:rPr>
        <w:t>Dars-e-Quran, Chapter 2, Verse 37 | January  07, 2018 · 3m 09s · at 59:22 · https://youtu.be/ao6Cr57KuEM?t=3562</w:t>
      </w:r>
    </w:p>
    <w:p>
      <w:r>
        <w:rPr>
          <w:i/>
        </w:rPr>
        <w:t>“Is it right to say that when we have lost the first [something]?”</w:t>
      </w:r>
    </w:p>
    <w:p>
      <w:r>
        <w:rPr>
          <w:sz w:val="20"/>
        </w:rPr>
        <w:t>59:22  maulana, agla sawal kashmir se bheja hai raja</w:t>
      </w:r>
      <w:r>
        <w:br/>
      </w:r>
      <w:r>
        <w:rPr>
          <w:sz w:val="20"/>
        </w:rPr>
        <w:t>59:29  nisar sahib ne.</w:t>
      </w:r>
      <w:r>
        <w:br/>
      </w:r>
      <w:r>
        <w:rPr>
          <w:sz w:val="20"/>
        </w:rPr>
        <w:t>59:40  انہوں نے لکھا ہے: "مولانا صاحب، is it right to say that when we have lost the first</w:t>
      </w:r>
      <w:r>
        <w:br/>
      </w:r>
      <w:r>
        <w:rPr>
          <w:sz w:val="20"/>
        </w:rPr>
        <w:t>59:50  chance and after that we do self discovery, then that would lead to tauba nasuh? haan, nasuh ji. haan,</w:t>
      </w:r>
      <w:r>
        <w:br/>
      </w:r>
      <w:r>
        <w:rPr>
          <w:sz w:val="20"/>
        </w:rPr>
        <w:t>1:00:00  haan, yeh bhi theek hi hai yeh baat, apni jagah sahi hai. ji hmm, maulana riyaz bhat sahib ne kashmir se likha hai: "maulana sahib, is it correct that every human being has to discover his forbidden tree before his death, else he will not gain entry to paradise? further, will it be correct to say that repentance is actually</w:t>
      </w:r>
      <w:r>
        <w:br/>
      </w:r>
      <w:r>
        <w:rPr>
          <w:sz w:val="20"/>
        </w:rPr>
        <w:t>1:00:30  a U-turn from the wrong direction?" Bhai, mera jo experience hai zindagi ka, woh toh yahi hai.</w:t>
      </w:r>
      <w:r>
        <w:br/>
      </w:r>
      <w:r>
        <w:rPr>
          <w:sz w:val="20"/>
        </w:rPr>
        <w:t>1:00:36  اگر آپ یہ جانیں کہ I was right تو یہ کوئی بڑی بات نہیں ہے۔</w:t>
      </w:r>
      <w:r>
        <w:br/>
      </w:r>
      <w:r>
        <w:rPr>
          <w:sz w:val="20"/>
        </w:rPr>
        <w:t>1:00:42  بڑی بات یہ ہے کہ آپ یہ جانیں کہ I was wrong.</w:t>
      </w:r>
      <w:r>
        <w:br/>
      </w:r>
      <w:r>
        <w:rPr>
          <w:sz w:val="20"/>
        </w:rPr>
        <w:t>1:00:48  kyunke i was wrong se band darwaze khulte hain, aur i was right kehne se to koi darwaza</w:t>
      </w:r>
      <w:r>
        <w:br/>
      </w:r>
      <w:r>
        <w:rPr>
          <w:sz w:val="20"/>
        </w:rPr>
        <w:t>1:00:54  nahin khulta, waise hi khuli</w:t>
      </w:r>
      <w:r>
        <w:br/>
      </w:r>
      <w:r>
        <w:rPr>
          <w:sz w:val="20"/>
        </w:rPr>
        <w:t>1:01:00  rehta hai.</w:t>
      </w:r>
      <w:r>
        <w:br/>
      </w:r>
      <w:r>
        <w:rPr>
          <w:sz w:val="20"/>
        </w:rPr>
        <w:t>1:01:05  jo band hai, woh band hai.</w:t>
      </w:r>
      <w:r>
        <w:br/>
      </w:r>
      <w:r>
        <w:rPr>
          <w:sz w:val="20"/>
        </w:rPr>
        <w:t>1:01:10  یعنی اب I was right کہنے سے آپ جہاں ہیں، وہیں رہتے ہیں۔</w:t>
      </w:r>
      <w:r>
        <w:br/>
      </w:r>
      <w:r>
        <w:rPr>
          <w:sz w:val="20"/>
        </w:rPr>
        <w:t>1:01:15  lekin i was wrong kehne se aap ke liye naye rishte, naye darwaze khulte hain.</w:t>
      </w:r>
      <w:r>
        <w:br/>
      </w:r>
      <w:r>
        <w:rPr>
          <w:sz w:val="20"/>
        </w:rPr>
        <w:t>1:01:20  yeh to bahut zyada badi cheez hai, i was wrong kehna.</w:t>
      </w:r>
      <w:r>
        <w:br/>
      </w:r>
      <w:r>
        <w:rPr>
          <w:sz w:val="20"/>
        </w:rPr>
        <w:t>1:01:25  ji maulana shad hussain sahib ne kashmir se comment bheja hai, unhon ne likha hai</w:t>
      </w:r>
      <w:r>
        <w:br/>
      </w:r>
      <w:r>
        <w:rPr>
          <w:sz w:val="20"/>
        </w:rPr>
        <w:t>1:01:30  : "A great secret of personality building has been expounded.</w:t>
      </w:r>
      <w:r>
        <w:br/>
      </w:r>
      <w:r>
        <w:rPr>
          <w:sz w:val="20"/>
        </w:rPr>
        <w:t>1:01:36  Repentance opens door for intellectual development.</w:t>
      </w:r>
      <w:r>
        <w:br/>
      </w:r>
      <w:r>
        <w:rPr>
          <w:sz w:val="20"/>
        </w:rPr>
        <w:t>1:01:41  It is returning to the path of truth, which leads to paradise.</w:t>
      </w:r>
      <w:r>
        <w:br/>
      </w:r>
      <w:r>
        <w:rPr>
          <w:sz w:val="20"/>
        </w:rPr>
        <w:t>1:01:46  This second chance is the only way for salvation.</w:t>
      </w:r>
      <w:r>
        <w:br/>
      </w:r>
      <w:r>
        <w:rPr>
          <w:sz w:val="20"/>
        </w:rPr>
        <w:t>1:01:51  This is a great discovery, which has enlightened us.</w:t>
      </w:r>
      <w:r>
        <w:br/>
      </w:r>
      <w:r>
        <w:rPr>
          <w:sz w:val="20"/>
        </w:rPr>
        <w:t>1:01:56  we are indebted to Maulana sahib.</w:t>
      </w:r>
      <w:r>
        <w:br/>
      </w:r>
      <w:r>
        <w:rPr>
          <w:sz w:val="20"/>
        </w:rPr>
        <w:t>1:02:01  طارق جوہر صاحب نے کشمیر سے لکھا ہے: "Ego leads to intellectual stagnation, while wisdom leads us to</w:t>
      </w:r>
      <w:r>
        <w:br/>
      </w:r>
      <w:r>
        <w:rPr>
          <w:sz w:val="20"/>
        </w:rPr>
        <w:t>1:02:11  intellectual exploration." Qazi Nisar Saheb has written from Rajouri: "Maulana's interpretation of repentance is unique and thought</w:t>
      </w:r>
      <w:r>
        <w:br/>
      </w:r>
      <w:r>
        <w:rPr>
          <w:sz w:val="20"/>
        </w:rPr>
        <w:t>1:02:21  provoking, and is sufficient to start a new life with</w:t>
      </w:r>
    </w:p>
    <w:p>
      <w:pPr>
        <w:pStyle w:val="Heading2"/>
      </w:pPr>
      <w:r>
        <w:t>Crying over lost ones and patience</w:t>
      </w:r>
    </w:p>
    <w:p>
      <w:r>
        <w:rPr>
          <w:color w:val="666666"/>
          <w:sz w:val="18"/>
        </w:rPr>
        <w:t>Patience and Crisis 22 Dec 2019 - Maulana Wahiduddin Khan · 55s · at 47:36 · https://youtu.be/ddnUKbhEoCI?t=2856</w:t>
      </w:r>
    </w:p>
    <w:p>
      <w:r>
        <w:rPr>
          <w:i/>
        </w:rPr>
        <w:t>“Sometimes we remember someone whom we have lost and we often cry. Is it all a demonstration of lacking in patience?”</w:t>
      </w:r>
    </w:p>
    <w:p>
      <w:r>
        <w:rPr>
          <w:sz w:val="20"/>
        </w:rPr>
        <w:t>47:36  Maulana agla sawal Peshawar se Muhammad Tufail sahib ne likha hai. unhon ne aap se poocha hai: "some times we remember someone ah whom we have lost and we often cry.</w:t>
      </w:r>
      <w:r>
        <w:br/>
      </w:r>
      <w:r>
        <w:rPr>
          <w:sz w:val="20"/>
        </w:rPr>
        <w:t>47:50  is it all so a demonstration of lacking in sabr?" aap khud sochiye, main to samajhta hoon ke yeh hai isi isi tarah ki cheez hai.</w:t>
      </w:r>
      <w:r>
        <w:br/>
      </w:r>
      <w:r>
        <w:rPr>
          <w:sz w:val="20"/>
        </w:rPr>
        <w:t>48:05  aap khud sochiye ke aap ke jazbat us waqt kya hote hain.</w:t>
      </w:r>
      <w:r>
        <w:br/>
      </w:r>
      <w:r>
        <w:rPr>
          <w:sz w:val="20"/>
        </w:rPr>
        <w:t>48:18  Irshad Ali sahib ne Rampur se comment likha hai: "Maulana aaj aap ne bohat hi ahem baat batai hai. dunya ki zindagi hamare liye advance training hai jannat mein basne ke liye.</w:t>
      </w:r>
    </w:p>
    <w:p>
      <w:pPr>
        <w:pStyle w:val="Heading2"/>
      </w:pPr>
      <w:r>
        <w:t>Hatred from loss of loved ones</w:t>
      </w:r>
    </w:p>
    <w:p>
      <w:r>
        <w:rPr>
          <w:color w:val="666666"/>
          <w:sz w:val="18"/>
        </w:rPr>
        <w:t>Good News from Kashmir May 14, 2017 · 1m 48s · at 54:13 · https://youtu.be/2XwuYi_nH28?t=3253</w:t>
      </w:r>
    </w:p>
    <w:p>
      <w:r>
        <w:rPr>
          <w:i/>
        </w:rPr>
        <w:t>“There are many people who lost their near and dear ones in violence. This has led to developing of hatred in their hearts.”</w:t>
      </w:r>
    </w:p>
    <w:p>
      <w:r>
        <w:rPr>
          <w:sz w:val="20"/>
        </w:rPr>
        <w:t>54:13  abu dhabi se zubair sahab ne molana aap ke liye sawal bheja hai.</w:t>
      </w:r>
      <w:r>
        <w:br/>
      </w:r>
      <w:r>
        <w:rPr>
          <w:sz w:val="20"/>
        </w:rPr>
        <w:t>54:17  انہوں نے لکھا ہے: "مولانا، there are many people who lost their near and dear ones in violence.</w:t>
      </w:r>
      <w:r>
        <w:br/>
      </w:r>
      <w:r>
        <w:rPr>
          <w:sz w:val="20"/>
        </w:rPr>
        <w:t>54:21  This has led to developing of hatred in their hearts.</w:t>
      </w:r>
      <w:r>
        <w:br/>
      </w:r>
      <w:r>
        <w:rPr>
          <w:sz w:val="20"/>
        </w:rPr>
        <w:t>54:26  How can their hearts be comforted and what would you advise to them so that their hatred ends</w:t>
      </w:r>
      <w:r>
        <w:br/>
      </w:r>
      <w:r>
        <w:rPr>
          <w:sz w:val="20"/>
        </w:rPr>
        <w:t>54:32  and they do not become the reason for further violence? Please give your advice." Bhai, meri advice ki</w:t>
      </w:r>
      <w:r>
        <w:br/>
      </w:r>
      <w:r>
        <w:rPr>
          <w:sz w:val="20"/>
        </w:rPr>
        <w:t>54:38  zarurat nahi hai.</w:t>
      </w:r>
      <w:r>
        <w:br/>
      </w:r>
      <w:r>
        <w:rPr>
          <w:sz w:val="20"/>
        </w:rPr>
        <w:t>54:44  quran mein advice maujood hai ke uhud ke mauqay par yeh hua ke sahaba, sahaba jinka har</w:t>
      </w:r>
      <w:r>
        <w:br/>
      </w:r>
      <w:r>
        <w:rPr>
          <w:sz w:val="20"/>
        </w:rPr>
        <w:t>54:50  آدمی ہم سے billion times زیادہ تھا، کہ 70 آ</w:t>
      </w:r>
      <w:r>
        <w:br/>
      </w:r>
      <w:r>
        <w:rPr>
          <w:sz w:val="20"/>
        </w:rPr>
        <w:t>54:56  shakhs, taqreeban 70 aadmi mary gaye aur 70 aadmi zakhmi hue.</w:t>
      </w:r>
      <w:r>
        <w:br/>
      </w:r>
      <w:r>
        <w:rPr>
          <w:sz w:val="20"/>
        </w:rPr>
        <w:t>55:02  lekin quran ne kiya un ko hidayat di? "lakum tas'u ala wafatikum" to jo faut ho gaya, jo</w:t>
      </w:r>
      <w:r>
        <w:br/>
      </w:r>
      <w:r>
        <w:rPr>
          <w:sz w:val="20"/>
        </w:rPr>
        <w:t>55:08  khoya gaya, us par afsos mat karo.</w:t>
      </w:r>
      <w:r>
        <w:br/>
      </w:r>
      <w:r>
        <w:rPr>
          <w:sz w:val="20"/>
        </w:rPr>
        <w:t>55:14  yahi khud is ka matlab kiya hai? agar tum khoye par afsos karna chor do gay to allah</w:t>
      </w:r>
      <w:r>
        <w:br/>
      </w:r>
      <w:r>
        <w:rPr>
          <w:sz w:val="20"/>
        </w:rPr>
        <w:t>55:20  ta'ala kiya karega?</w:t>
      </w:r>
      <w:r>
        <w:br/>
      </w:r>
      <w:r>
        <w:rPr>
          <w:sz w:val="20"/>
        </w:rPr>
        <w:t>55:26  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r>
        <w:br/>
      </w:r>
      <w:r>
        <w:rPr>
          <w:sz w:val="20"/>
        </w:rPr>
        <w:t>55:56  zyada in ko de dega.</w:t>
      </w:r>
    </w:p>
    <w:p>
      <w:pPr>
        <w:pStyle w:val="Heading2"/>
      </w:pPr>
      <w:r>
        <w:t>Dealing with grief after losing children</w:t>
      </w:r>
    </w:p>
    <w:p>
      <w:r>
        <w:rPr>
          <w:color w:val="666666"/>
          <w:sz w:val="18"/>
        </w:rPr>
        <w:t>Realization of God May 07, 2017 Maulana Wahiduddin Khan · 1m 30s · at 50:55 · https://youtu.be/sXmJShRfWKs?t=3055</w:t>
      </w:r>
    </w:p>
    <w:p>
      <w:r>
        <w:rPr>
          <w:i/>
        </w:rPr>
        <w:t>“I am in great grief. I was educating and training four small children alone. When I got some peace, Allah took away two children together. Now from this grief, what should I do?”</w:t>
      </w:r>
    </w:p>
    <w:p>
      <w:r>
        <w:rPr>
          <w:sz w:val="20"/>
        </w:rPr>
        <w:t>50:55  molana agla sawal miss fardous shareef ne kiya hai unho ne location nahi likhi hai apni un ka</w:t>
      </w:r>
      <w:r>
        <w:br/>
      </w:r>
      <w:r>
        <w:rPr>
          <w:sz w:val="20"/>
        </w:rPr>
        <w:t>51:00  sawal yeh hai molana sahib mein bohat gham mein hoon char chote bachon ki akele taleem aur tarbiyat</w:t>
      </w:r>
      <w:r>
        <w:br/>
      </w:r>
      <w:r>
        <w:rPr>
          <w:sz w:val="20"/>
        </w:rPr>
        <w:t>51:09  ki jab kuch sukoon mila to do bachhe ek sath allah ne bula liye ab is gham se</w:t>
      </w:r>
      <w:r>
        <w:br/>
      </w:r>
      <w:r>
        <w:rPr>
          <w:sz w:val="20"/>
        </w:rPr>
        <w:t>51:17  kaise niklun mere charon bachhe bohat naik aur farmanbardar the ab do bachhon ke sath hoon</w:t>
      </w:r>
      <w:r>
        <w:br/>
      </w:r>
      <w:r>
        <w:rPr>
          <w:sz w:val="20"/>
        </w:rPr>
        <w:t>51:26  jo aap khud hi keh rahe hain ke allah ne bula liye tab bhi gham aap ko</w:t>
      </w:r>
      <w:r>
        <w:br/>
      </w:r>
      <w:r>
        <w:rPr>
          <w:sz w:val="20"/>
        </w:rPr>
        <w:t>51:30  yani bulane wala jo khuda hai to to khush hona chahiye gham kyu</w:t>
      </w:r>
      <w:r>
        <w:br/>
      </w:r>
      <w:r>
        <w:rPr>
          <w:sz w:val="20"/>
        </w:rPr>
        <w:t>51:37  contradiction zara dekhiye ek taraf to aap keh rahe hain ke Allah ne bula hai doosri taraf gham</w:t>
      </w:r>
      <w:r>
        <w:br/>
      </w:r>
      <w:r>
        <w:rPr>
          <w:sz w:val="20"/>
        </w:rPr>
        <w:t>51:45  khula hua contradiction hai</w:t>
      </w:r>
      <w:r>
        <w:br/>
      </w:r>
      <w:r>
        <w:rPr>
          <w:sz w:val="20"/>
        </w:rPr>
        <w:t>51:48  contradiction nahi hai to munafiqat hai</w:t>
      </w:r>
      <w:r>
        <w:br/>
      </w:r>
      <w:r>
        <w:rPr>
          <w:sz w:val="20"/>
        </w:rPr>
        <w:t>51:51  baat to yeh hai ke dil mein ke bete mar gaye lekin keh rahe hain ke khuda ne</w:t>
      </w:r>
      <w:r>
        <w:br/>
      </w:r>
      <w:r>
        <w:rPr>
          <w:sz w:val="20"/>
        </w:rPr>
        <w:t>51:55  bila lia yeh to munafiqat ki baat hai</w:t>
      </w:r>
      <w:r>
        <w:br/>
      </w:r>
      <w:r>
        <w:rPr>
          <w:sz w:val="20"/>
        </w:rPr>
        <w:t>51:59  to aap kam se kam is se nikliye munafqat se wahi kahiye jo aap ke dil mein hai</w:t>
      </w:r>
      <w:r>
        <w:br/>
      </w:r>
      <w:r>
        <w:rPr>
          <w:sz w:val="20"/>
        </w:rPr>
        <w:t>52:07  aap agar aap ke dil mein yeh hai ke Allah ne bila lia to gham mat kijiye</w:t>
      </w:r>
      <w:r>
        <w:br/>
      </w:r>
      <w:r>
        <w:rPr>
          <w:sz w:val="20"/>
        </w:rPr>
        <w:t>52:13  agar yeh dil mein nahi hai to kahiye ke mar gaye yeh kyun kehte hain ke bila lia</w:t>
      </w:r>
      <w:r>
        <w:br/>
      </w:r>
      <w:r>
        <w:rPr>
          <w:sz w:val="20"/>
        </w:rPr>
        <w:t>52:19  sab se pehle apni islaah kijiye</w:t>
      </w:r>
    </w:p>
    <w:p>
      <w:pPr>
        <w:pStyle w:val="Heading2"/>
      </w:pPr>
      <w:r>
        <w:t>Why attribute love to humans instead of God?</w:t>
      </w:r>
    </w:p>
    <w:p>
      <w:r>
        <w:rPr>
          <w:color w:val="666666"/>
          <w:sz w:val="18"/>
        </w:rPr>
        <w:t>Concept of Death in Islam 26th Aug 12 SLOW · 3m 41s · at 33:37 · https://youtu.be/8dsos0OBM6M?t=2017</w:t>
      </w:r>
    </w:p>
    <w:p>
      <w:r>
        <w:rPr>
          <w:i/>
        </w:rPr>
        <w:t>“Moulana, the news item with respect to Neil Armstrong's death said in one of the papers that he lived in the Cincinnati area with his wife Carol. We are heartbroken to share the news that Neil Armstrong has passed away. The family said in their statement, 'Neil was our loving husband, father, grandfather, brother, and friend.' In place of saying that God is our loving, it has been mentioned Neil was our loving. Why is this the case for every person? What does it mean?”</w:t>
      </w:r>
    </w:p>
    <w:p>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r>
        <w:br/>
      </w:r>
      <w:r>
        <w:rPr>
          <w:sz w:val="20"/>
        </w:rPr>
        <w:t>34:03  The family said in their statement, 'Neil was our loving husband, father, grandfather, brother, and friend.'" Maulana sahib, in place of saying that God is our loving, it has been mentioned Neil was our loving. yahi har aadmi ka case kyun hai? kya matlab hua?</w:t>
      </w:r>
      <w:r>
        <w:br/>
      </w:r>
      <w:r>
        <w:rPr>
          <w:sz w:val="20"/>
        </w:rPr>
        <w:t>34:25  Maulana, woh yeh poochna chah rahe hain ke jo news item mein likha tha ke Neil jo hamara ek loving husband, loving father, loving grandfather tha, he has passed away. to instead of saying ke Khuda hamara matlab mehboob hai, loving hai, us ki jagah mein likha hai ke Neil hamara loving hai. to yeh har ek insaan ka case hai, aisa aisa kyun hai?</w:t>
      </w:r>
      <w:r>
        <w:br/>
      </w:r>
      <w:r>
        <w:rPr>
          <w:sz w:val="20"/>
        </w:rPr>
        <w:t>34:49  ab is ki wajah hai ke jo cheez Allah se mili hui hai, us ko woh Allah se</w:t>
      </w:r>
      <w:r>
        <w:br/>
      </w:r>
      <w:r>
        <w:rPr>
          <w:sz w:val="20"/>
        </w:rPr>
        <w:t>34:55  attribute nahi kar pata.</w:t>
      </w:r>
      <w:r>
        <w:br/>
      </w:r>
      <w:r>
        <w:rPr>
          <w:sz w:val="20"/>
        </w:rPr>
        <w:t>35:01  ab dekhen, aik aadmi ka bachcha paida ho to maa aur baap isi mein gum ho jate hain.</w:t>
      </w:r>
      <w:r>
        <w:br/>
      </w:r>
      <w:r>
        <w:rPr>
          <w:sz w:val="20"/>
        </w:rPr>
        <w:t>35:07  kaun sochta hai ke Khuda ne paida kiya hai? main radio pe sunta hoon to aksar logon ke</w:t>
      </w:r>
      <w:r>
        <w:br/>
      </w:r>
      <w:r>
        <w:rPr>
          <w:sz w:val="20"/>
        </w:rPr>
        <w:t>35:13  is par aate rehte hain interview, to sab credit dete hain apne maa baap ko, apni family ko.</w:t>
      </w:r>
      <w:r>
        <w:br/>
      </w:r>
      <w:r>
        <w:rPr>
          <w:sz w:val="20"/>
        </w:rPr>
        <w:t>35:20  abhi jo player jo jeet kar aaye hain, maine unko suna, unka sab ne kaha</w:t>
      </w:r>
      <w:r>
        <w:br/>
      </w:r>
      <w:r>
        <w:rPr>
          <w:sz w:val="20"/>
        </w:rPr>
        <w:t>35:26  ke hamare parents, hamare parents, hamari family to family ko dete hain.</w:t>
      </w:r>
      <w:r>
        <w:br/>
      </w:r>
      <w:r>
        <w:rPr>
          <w:sz w:val="20"/>
        </w:rPr>
        <w:t>35:32  yeh yeh nahi sochta ke yeh yeh yeh haath aur yeh paon kis ne paida kiya, yeh aankh</w:t>
      </w:r>
      <w:r>
        <w:br/>
      </w:r>
      <w:r>
        <w:rPr>
          <w:sz w:val="20"/>
        </w:rPr>
        <w:t>35:38  kis ne paida ki, yeh dimagh kis ne paida kiya, yeh koi sochta hi nahin.</w:t>
      </w:r>
      <w:r>
        <w:br/>
      </w:r>
      <w:r>
        <w:rPr>
          <w:sz w:val="20"/>
        </w:rPr>
        <w:t>35:44  to yeh ek soch chali hui hai, ise sab log soch rahe hain.</w:t>
      </w:r>
      <w:r>
        <w:br/>
      </w:r>
      <w:r>
        <w:rPr>
          <w:sz w:val="20"/>
        </w:rPr>
        <w:t>35:51  alag se sochna yeh chali hui soch hai hazaron saal se ke log credit dete hain apne maa</w:t>
      </w:r>
      <w:r>
        <w:br/>
      </w:r>
      <w:r>
        <w:rPr>
          <w:sz w:val="20"/>
        </w:rPr>
        <w:t>35:57  baap ko, apni family ko.</w:t>
      </w:r>
      <w:r>
        <w:br/>
      </w:r>
      <w:r>
        <w:rPr>
          <w:sz w:val="20"/>
        </w:rPr>
        <w:t>36:03  to woh chala aa raha hai ek soch, to is se apne ko alag kar ke sochna hai.</w:t>
      </w:r>
      <w:r>
        <w:br/>
      </w:r>
      <w:r>
        <w:rPr>
          <w:sz w:val="20"/>
        </w:rPr>
        <w:t>36:09  جو کہا میں کہا کرتا ہوں، اس کو detracted thinking، اپنے کو detracted، detracted کر کے سوچنا، یہ</w:t>
      </w:r>
      <w:r>
        <w:br/>
      </w:r>
      <w:r>
        <w:rPr>
          <w:sz w:val="20"/>
        </w:rPr>
        <w:t>36:15  logon mein hota nahin hai ke is ke liye bohat zyada yaani bedar zehan darkar hai.</w:t>
      </w:r>
      <w:r>
        <w:br/>
      </w:r>
      <w:r>
        <w:rPr>
          <w:sz w:val="20"/>
        </w:rPr>
        <w:t>36:22  to yeh is yeh rawaji soch hai jo woh reporting jo hui hai, woh rawaji soch hai, woh</w:t>
      </w:r>
      <w:r>
        <w:br/>
      </w:r>
      <w:r>
        <w:rPr>
          <w:sz w:val="20"/>
        </w:rPr>
        <w:t>36:28  creative soch nahin hai.</w:t>
      </w:r>
      <w:r>
        <w:br/>
      </w:r>
      <w:r>
        <w:rPr>
          <w:sz w:val="20"/>
        </w:rPr>
        <w:t>36:34  yaad rakhiye, mazhab jo hai, woh creatives ke liye hai, woh rawaji soch walon ke liye nahin hai.</w:t>
      </w:r>
      <w:r>
        <w:br/>
      </w:r>
      <w:r>
        <w:rPr>
          <w:sz w:val="20"/>
        </w:rPr>
        <w:t>36:40  beshtar insaan jo hai, woh chalte hain riwaj par.</w:t>
      </w:r>
      <w:r>
        <w:br/>
      </w:r>
      <w:r>
        <w:rPr>
          <w:sz w:val="20"/>
        </w:rPr>
        <w:t>36:46  ba alfana alaih o awana jo chala aa raha hai, bas wahi pakad liya.</w:t>
      </w:r>
      <w:r>
        <w:br/>
      </w:r>
      <w:r>
        <w:rPr>
          <w:sz w:val="20"/>
        </w:rPr>
        <w:t>36:53  to creative thinking jis ke andar hoti hai na, woh sochta hai alag ho kar ke, apni aqal</w:t>
      </w:r>
      <w:r>
        <w:br/>
      </w:r>
      <w:r>
        <w:rPr>
          <w:sz w:val="20"/>
        </w:rPr>
        <w:t>36:59  se judge karta hai, aur phir jo sahi hai, us ko leta hai.</w:t>
      </w:r>
      <w:r>
        <w:br/>
      </w:r>
      <w:r>
        <w:rPr>
          <w:sz w:val="20"/>
        </w:rPr>
        <w:t>37:05  to hum ko yeh bhi yaani jaanna chahiye ke logon ko to creative paida kiya, creative thinking paida kijiye.</w:t>
      </w:r>
      <w:r>
        <w:br/>
      </w:r>
      <w:r>
        <w:rPr>
          <w:sz w:val="20"/>
        </w:rPr>
        <w:t>37:11  jab tak creative thinking nahin aayegi, log deen ki aur mazhab ki value ko nahin samjhenge.</w:t>
      </w:r>
      <w:r>
        <w:br/>
      </w:r>
      <w:r>
        <w:rPr>
          <w:sz w:val="20"/>
        </w:rPr>
        <w:t>37:18  maulana, agla sawal raipur se hai.</w:t>
      </w:r>
    </w:p>
    <w:p>
      <w:pPr>
        <w:pStyle w:val="Heading2"/>
      </w:pPr>
      <w:r>
        <w:t>Taking lessons from someone's death</w:t>
      </w:r>
    </w:p>
    <w:p>
      <w:r>
        <w:rPr>
          <w:color w:val="666666"/>
          <w:sz w:val="18"/>
        </w:rPr>
        <w:t>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How to regain ability to accept truth?</w:t>
      </w:r>
    </w:p>
    <w:p>
      <w:r>
        <w:rPr>
          <w:color w:val="666666"/>
          <w:sz w:val="18"/>
        </w:rPr>
        <w:t>Dars-e-Quran, Chapter 2, Verses 67-73, May 6, 2018 · 1m 23s · at 58:16 · https://youtu.be/JAsg4SpiVDU?t=3496</w:t>
      </w:r>
    </w:p>
    <w:p>
      <w:r>
        <w:rPr>
          <w:i/>
        </w:rPr>
        <w:t>“The ability to hear, understand, and accept the truth has decreased. What should we know? Please clarify.”</w:t>
      </w:r>
    </w:p>
    <w:p>
      <w:r>
        <w:rPr>
          <w:sz w:val="20"/>
        </w:rPr>
        <w:t>58:16  maulana, agla sawal rawalpindi se ansari sahib ne bheja hai. unhon ne aapse poocha hai ke maulana, sach ko sunne, samajhne aur manne ki salahiyat kam ho gayi hai.</w:t>
      </w:r>
      <w:r>
        <w:br/>
      </w:r>
      <w:r>
        <w:rPr>
          <w:sz w:val="20"/>
        </w:rPr>
        <w:t>58:30  kya kya janna chahiye hamein? is ko wazeh karen. ek hi baat:</w:t>
      </w:r>
      <w:r>
        <w:br/>
      </w:r>
      <w:r>
        <w:rPr>
          <w:sz w:val="20"/>
        </w:rPr>
        <w:t>58:38  quran ki ek ayat ko bar bar parhiye: "yom yaqoomu alnnasu lirabbi alAAalamina". bas aur kuch nahin. is ko yaad kijiye ke ek din aisa aane wala hai jab ke aap allah rabbul alameen ke samne khade honge:</w:t>
      </w:r>
      <w:r>
        <w:br/>
      </w:r>
      <w:r>
        <w:rPr>
          <w:sz w:val="20"/>
        </w:rPr>
        <w:t>58:53  "yom yaqoomu alnnasu lirabbi alAAalamina". bas isi se sab kuch theek ho jayega. mushkil yeh hai ke aaj kal log</w:t>
      </w:r>
      <w:r>
        <w:br/>
      </w:r>
      <w:r>
        <w:rPr>
          <w:sz w:val="20"/>
        </w:rPr>
        <w:t>59:06  khoob makharij ko durust karte hain aur makharij ko durust kar ke quran ki tilawat karte hain. yeh isi ko samajhte hain ke hum quran parh rahe hain.</w:t>
      </w:r>
      <w:r>
        <w:br/>
      </w:r>
      <w:r>
        <w:rPr>
          <w:sz w:val="20"/>
        </w:rPr>
        <w:t>59:18  yani sehat makharij ko samajhte hain ke hum ne quran ko parh liya.</w:t>
      </w:r>
      <w:r>
        <w:br/>
      </w:r>
      <w:r>
        <w:rPr>
          <w:sz w:val="20"/>
        </w:rPr>
        <w:t>59:24  quran ki meaning ko daryaft kijiye. quran ki meaning ko phir sab kuch theek ho jayega. muhammad rafiq sahib ne karnataka se comment bheja hai.</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Applying loss principle to personal life</w:t>
      </w:r>
    </w:p>
    <w:p>
      <w:r>
        <w:rPr>
          <w:color w:val="666666"/>
          <w:sz w:val="18"/>
        </w:rPr>
        <w:t>Principle of Loss May 31, 2015 · 1m 00s · at 47:21 · https://youtu.be/vM-CUyBiDkc?t=2841</w:t>
      </w:r>
    </w:p>
    <w:p>
      <w:r>
        <w:rPr>
          <w:i/>
        </w:rPr>
        <w:t>“I want to ask whether the same principle can be applied to individuals in their personal life.”</w:t>
      </w:r>
    </w:p>
    <w:p>
      <w:r>
        <w:rPr>
          <w:sz w:val="20"/>
        </w:rPr>
        <w:t>47:21  maulana, agla sawal doctor owais siddiqui ne dilli se kiya hai, aur unhon ne likha hai ke thank you maulana, you very well explain the loss, the law of loss, and the law of truncation.</w:t>
      </w:r>
      <w:r>
        <w:br/>
      </w:r>
      <w:r>
        <w:rPr>
          <w:sz w:val="20"/>
        </w:rPr>
        <w:t>47:36  i want to ask that if the whether the same principle can be applied to the individuals in their personal life. yeh to bohat universal hai, yeh individual ke liye hai, nation ke liye hai, sab ke liye hai,</w:t>
      </w:r>
      <w:r>
        <w:br/>
      </w:r>
      <w:r>
        <w:rPr>
          <w:sz w:val="20"/>
        </w:rPr>
        <w:t>47:51  mere liye hai, sab ke liye hai. yeh to universal law of nature hai, aur main kahoon to ke yeh sab bari wisdom hai jis ko janenge to success milenge, nahi janenge to stress, tension mein jiyenge, pressure mein jiyenge, mar jayenge.</w:t>
      </w:r>
      <w:r>
        <w:br/>
      </w:r>
      <w:r>
        <w:rPr>
          <w:sz w:val="20"/>
        </w:rPr>
        <w:t>48:12  greatest wisdom of life mere nazdeek yahi hai.</w:t>
      </w:r>
    </w:p>
    <w:p>
      <w:pPr>
        <w:pStyle w:val="Heading2"/>
      </w:pPr>
      <w:r>
        <w:t>Dealing with fear of losing motivation</w:t>
      </w:r>
    </w:p>
    <w:p>
      <w:r>
        <w:rPr>
          <w:color w:val="666666"/>
          <w:sz w:val="18"/>
        </w:rPr>
        <w:t>Islam Ideology, Team and Method October 09, 2011 · 2m 00s · at 1:35:46 · https://youtu.be/zRilc1fG6c0?t=5746</w:t>
      </w:r>
    </w:p>
    <w:p>
      <w:r>
        <w:rPr>
          <w:i/>
        </w:rPr>
        <w:t>“If there is a thing which motivates us and there is a fear of losing that thing, so what should we do if losing that thing causes destruction to the mind?”</w:t>
      </w:r>
    </w:p>
    <w:p>
      <w:r>
        <w:rPr>
          <w:sz w:val="20"/>
        </w:rPr>
        <w:t>1:35:46  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r>
        <w:br/>
      </w:r>
      <w:r>
        <w:rPr>
          <w:sz w:val="20"/>
        </w:rPr>
        <w:t>1:36:08  Am immature mind jo hai, yeh kaun se inke yeh sab fana hai? Immaturity jab tak aayegi, yeh sab khatam hote chale aayega.</w:t>
      </w:r>
      <w:r>
        <w:br/>
      </w:r>
      <w:r>
        <w:rPr>
          <w:sz w:val="20"/>
        </w:rPr>
        <w:t>1:36:17  mat kabhi sochta nahi. yeh sab mera yani concern hi nahi hai. yeh sab cheezein,</w:t>
      </w:r>
      <w:r>
        <w:br/>
      </w:r>
      <w:r>
        <w:rPr>
          <w:sz w:val="20"/>
        </w:rPr>
        <w:t>1:36:26  yeh sab mera</w:t>
      </w:r>
      <w:r>
        <w:br/>
      </w:r>
      <w:r>
        <w:rPr>
          <w:sz w:val="20"/>
        </w:rPr>
        <w:t>1:36:27  concern nahi hai. log jo hain, apne ko imechor nahi banate, zyada study nahi karte, zyada baaton ko guide se samajhte nahi, apne shaoor ki develop develop nahi karte.</w:t>
      </w:r>
      <w:r>
        <w:br/>
      </w:r>
      <w:r>
        <w:rPr>
          <w:sz w:val="20"/>
        </w:rPr>
        <w:t>1:36:40  to yeh sab baatein hoti hain.</w:t>
      </w:r>
      <w:r>
        <w:br/>
      </w:r>
      <w:r>
        <w:rPr>
          <w:sz w:val="20"/>
        </w:rPr>
        <w:t>1:36:47  you have to develop your mind, then all these yani things will disappear. yeh main kahunga.</w:t>
      </w:r>
    </w:p>
    <w:p>
      <w:pPr>
        <w:pStyle w:val="Heading2"/>
      </w:pPr>
      <w:r>
        <w:t>Obsession with human glories over God</w:t>
      </w:r>
    </w:p>
    <w:p>
      <w:r>
        <w:rPr>
          <w:color w:val="666666"/>
          <w:sz w:val="18"/>
        </w:rPr>
        <w:t>The Power of Remembering God Often September 26, 2010 · 2m 40s · at 1:24:54 · https://youtu.be/GMmwEr7Wt80?t=5094</w:t>
      </w:r>
    </w:p>
    <w:p>
      <w:r>
        <w:rPr>
          <w:i/>
        </w:rPr>
        <w:t>“I have invariably found that people are obsessed with human glories. Whenever they sit together, they talk of their greats in glowing terms. Why is it that we are lost in human glories and fail to find God, the true possessor of all glories?”</w:t>
      </w:r>
    </w:p>
    <w:p>
      <w:r>
        <w:rPr>
          <w:sz w:val="20"/>
        </w:rPr>
        <w:t>1:24:54  taake tumhare nasl generation ko is ki price na deni pade. maulana, agla sawal kya hai? doctor farida khanoom ne dilli se unhon ne likha hai ke "i have incredibly found that people are obsessed with human glories.</w:t>
      </w:r>
      <w:r>
        <w:br/>
      </w:r>
      <w:r>
        <w:rPr>
          <w:sz w:val="20"/>
        </w:rPr>
        <w:t>1:25:10  whenever they sit together, they talk of their greatness in glowing terms.</w:t>
      </w:r>
      <w:r>
        <w:br/>
      </w:r>
      <w:r>
        <w:rPr>
          <w:sz w:val="20"/>
        </w:rPr>
        <w:t>1:25:17  why is it that we are lost in human glories and fail to find god, the true possessor of all glories?" aakhir mein dekhen, yeh seen glory aur unseen glory ki baat hai.</w:t>
      </w:r>
      <w:r>
        <w:br/>
      </w:r>
      <w:r>
        <w:rPr>
          <w:sz w:val="20"/>
        </w:rPr>
        <w:t>1:25:31  yeh</w:t>
      </w:r>
      <w:r>
        <w:br/>
      </w:r>
      <w:r>
        <w:rPr>
          <w:sz w:val="20"/>
        </w:rPr>
        <w:t>1:25:35  khuda glory jo unseen glory hai, hamein to soch kar jaanna padta hai aur insaan ki glory to seen glory hai.</w:t>
      </w:r>
      <w:r>
        <w:br/>
      </w:r>
      <w:r>
        <w:rPr>
          <w:sz w:val="20"/>
        </w:rPr>
        <w:t>1:25:44  aap dekh kar dekhte hain aur foran aap jaan lete hain is ko. to yahan yaani aadmi sochega tab yeh jaane ga ke insaan ki jo great بڑai hai, woh bhi to khuda ki di hui hai.</w:t>
      </w:r>
      <w:r>
        <w:br/>
      </w:r>
      <w:r>
        <w:rPr>
          <w:sz w:val="20"/>
        </w:rPr>
        <w:t>1:26:02  kisi ko bohat bohat smart hai to khuda ne banaya hai is ko, kisi ka bari aqal hai to woh khuda ki di hui hai.</w:t>
      </w:r>
      <w:r>
        <w:br/>
      </w:r>
      <w:r>
        <w:rPr>
          <w:sz w:val="20"/>
        </w:rPr>
        <w:t>1:26:11  kuch bhi, koi bhi بڑai kisi insaan ke paas agar hai to woh khuda ki di hui hai. to khuda glory ek unseen glory hai aur jo insaan ki glory hai, woh seen glory hai.</w:t>
      </w:r>
      <w:r>
        <w:br/>
      </w:r>
      <w:r>
        <w:rPr>
          <w:sz w:val="20"/>
        </w:rPr>
        <w:t>1:26:27  to aadmi is ko jaan leta hai aur is ko nahi jaan pata. lekin yahi test hai. yaad rakhiye, yahi test hai. yaani insaan ki glory mein khuda ki glory ko daryaft karna ke giver to khuda hai, insaan to taker hai.</w:t>
      </w:r>
      <w:r>
        <w:br/>
      </w:r>
      <w:r>
        <w:rPr>
          <w:sz w:val="20"/>
        </w:rPr>
        <w:t>1:26:47  to yeh yeh to rahega, yeh khatm nahi ho sakta. yeh kyunke is ka talluq test se juda hua hai, is ka talluq test se juda hua hai.</w:t>
      </w:r>
      <w:r>
        <w:br/>
      </w:r>
      <w:r>
        <w:rPr>
          <w:sz w:val="20"/>
        </w:rPr>
        <w:t>1:26:59  agar yeh na ho to phir test ke ke halaat hi nahi honge. kaise insaan azmaish kaise hogi? insaan ka imtehan kaise hoga?</w:t>
      </w:r>
      <w:r>
        <w:br/>
      </w:r>
      <w:r>
        <w:rPr>
          <w:sz w:val="20"/>
        </w:rPr>
        <w:t>1:27:09  to hamein insaan ki seen glory mein yeh daryaft karna hai ke yeh to in seen god ka karishma hai, in seen god ka mamla hai.</w:t>
      </w:r>
      <w:r>
        <w:br/>
      </w:r>
      <w:r>
        <w:rPr>
          <w:sz w:val="20"/>
        </w:rPr>
        <w:t>1:27:19  insaan to tekar hai, giver to khuda hai. to is ko daryaft karne hi mein insaan ko test pe stand karta hai.</w:t>
      </w:r>
      <w:r>
        <w:br/>
      </w:r>
      <w:r>
        <w:rPr>
          <w:sz w:val="20"/>
        </w:rPr>
        <w:t>1:27:29  aadmi</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Things that derail from love of God</w:t>
      </w:r>
    </w:p>
    <w:p>
      <w:r>
        <w:rPr>
          <w:color w:val="666666"/>
          <w:sz w:val="18"/>
        </w:rPr>
        <w:t>Love of God 19 Sept 2021 - Prof. Farida Khanam · 3m 43s · at 33:44 · https://youtu.be/mpGeGz_Cfrw?t=2024</w:t>
      </w:r>
    </w:p>
    <w:p>
      <w:r>
        <w:rPr>
          <w:i/>
        </w:rPr>
        <w:t>“What can derail a person from love of God? What is your opinion?”</w:t>
      </w:r>
    </w:p>
    <w:p>
      <w:r>
        <w:rPr>
          <w:sz w:val="20"/>
        </w:rPr>
        <w:t>33:44  ah, apa yeh sawal merit se bheja hai Khalid sahib ne.</w:t>
      </w:r>
      <w:r>
        <w:br/>
      </w:r>
      <w:r>
        <w:rPr>
          <w:sz w:val="20"/>
        </w:rPr>
        <w:t>33:50  انہوں نے لکھا ہے کہ: "اہ، what can derail a person from love of God؟" What is your</w:t>
      </w:r>
      <w:r>
        <w:br/>
      </w:r>
      <w:r>
        <w:rPr>
          <w:sz w:val="20"/>
        </w:rPr>
        <w:t>33:56  opinion in this?</w:t>
      </w:r>
      <w:r>
        <w:br/>
      </w:r>
      <w:r>
        <w:rPr>
          <w:sz w:val="20"/>
        </w:rPr>
        <w:t>34:02  ab derailment zyada yahi hai ke hamare apne interest, hamari desires, is mein hum hamara diversion ho jata hai.</w:t>
      </w:r>
      <w:r>
        <w:br/>
      </w:r>
      <w:r>
        <w:rPr>
          <w:sz w:val="20"/>
        </w:rPr>
        <w:t>34:08  hum kisi cheez mein bohat zyada hamara concern badh jata hai.</w:t>
      </w:r>
      <w:r>
        <w:br/>
      </w:r>
      <w:r>
        <w:rPr>
          <w:sz w:val="20"/>
        </w:rPr>
        <w:t>34:14  jaise koi jo job karta hai, us ke liye sab se bari cheez career ho jati hai, aur</w:t>
      </w:r>
      <w:r>
        <w:br/>
      </w:r>
      <w:r>
        <w:rPr>
          <w:sz w:val="20"/>
        </w:rPr>
        <w:t>34:20  business karta hai to woh apne business ko aur zyada aur zyada karna chahta hai.</w:t>
      </w:r>
      <w:r>
        <w:br/>
      </w:r>
      <w:r>
        <w:rPr>
          <w:sz w:val="20"/>
        </w:rPr>
        <w:t>34:26  ya koi leader hai to woh apni popularity</w:t>
      </w:r>
      <w:r>
        <w:br/>
      </w:r>
      <w:r>
        <w:rPr>
          <w:sz w:val="20"/>
        </w:rPr>
        <w:t>34:32  ke chakkar mein bohat zyada aage badh jata hai, aur woh khuda se taalluq is ka kam ho jata hai.</w:t>
      </w:r>
      <w:r>
        <w:br/>
      </w:r>
      <w:r>
        <w:rPr>
          <w:sz w:val="20"/>
        </w:rPr>
        <w:t>34:37  to yahi sab derailment hai.</w:t>
      </w:r>
      <w:r>
        <w:br/>
      </w:r>
      <w:r>
        <w:rPr>
          <w:sz w:val="20"/>
        </w:rPr>
        <w:t>34:41  yani duniya jo hai, yeh bohat bara deception hai.</w:t>
      </w:r>
      <w:r>
        <w:br/>
      </w:r>
      <w:r>
        <w:rPr>
          <w:sz w:val="20"/>
        </w:rPr>
        <w:t>34:45  is deception se hamein aage badhna hai, aur tamam veil ko phaad kar ke khuda se taalluq qaim karna hai.</w:t>
      </w:r>
      <w:r>
        <w:br/>
      </w:r>
      <w:r>
        <w:rPr>
          <w:sz w:val="20"/>
        </w:rPr>
        <w:t>34:50  is mein sab se bari baat yeh hai ke hum yeh samjhen ke yeh duniya jo hai, yeh</w:t>
      </w:r>
      <w:r>
        <w:br/>
      </w:r>
      <w:r>
        <w:rPr>
          <w:sz w:val="20"/>
        </w:rPr>
        <w:t>34:54  ek temporary aboard hai.</w:t>
      </w:r>
      <w:r>
        <w:br/>
      </w:r>
      <w:r>
        <w:rPr>
          <w:sz w:val="20"/>
        </w:rPr>
        <w:t>34:58  yeh creation plan jab tak hum apne samne</w:t>
      </w:r>
      <w:r>
        <w:br/>
      </w:r>
      <w:r>
        <w:rPr>
          <w:sz w:val="20"/>
        </w:rPr>
        <w:t>35:03  nahin rakhenge to hum duniya mein phanse rahenge.</w:t>
      </w:r>
      <w:r>
        <w:br/>
      </w:r>
      <w:r>
        <w:rPr>
          <w:sz w:val="20"/>
        </w:rPr>
        <w:t>35:06  kyunke duniya hum ko ek dam real lagti hai.</w:t>
      </w:r>
      <w:r>
        <w:br/>
      </w:r>
      <w:r>
        <w:rPr>
          <w:sz w:val="20"/>
        </w:rPr>
        <w:t>35:10  to hum ko apna creation plan apne samne rakhna hai, aur yeh samajhna hai ke hamari jo ek</w:t>
      </w:r>
      <w:r>
        <w:br/>
      </w:r>
      <w:r>
        <w:rPr>
          <w:sz w:val="20"/>
        </w:rPr>
        <w:t>35:14  eternal life hai, yeh chand din ki dunya hai.</w:t>
      </w:r>
      <w:r>
        <w:br/>
      </w:r>
      <w:r>
        <w:rPr>
          <w:sz w:val="20"/>
        </w:rPr>
        <w:t>35:18  is mein sirf zaroorat ki had tak involve karen, aur baqi jo hai sab kuch jo hai akhirat</w:t>
      </w:r>
      <w:r>
        <w:br/>
      </w:r>
      <w:r>
        <w:rPr>
          <w:sz w:val="20"/>
        </w:rPr>
        <w:t>35:21  ke liye tayyari karen.</w:t>
      </w:r>
      <w:r>
        <w:br/>
      </w:r>
      <w:r>
        <w:rPr>
          <w:sz w:val="20"/>
        </w:rPr>
        <w:t>35:25  kyun ke asal eternal abode hamara wohi hai.</w:t>
      </w:r>
      <w:r>
        <w:br/>
      </w:r>
      <w:r>
        <w:rPr>
          <w:sz w:val="20"/>
        </w:rPr>
        <w:t>35:29  in fact, apa</w:t>
      </w:r>
      <w:r>
        <w:br/>
      </w:r>
      <w:r>
        <w:rPr>
          <w:sz w:val="20"/>
        </w:rPr>
        <w:t>35:33  just to add in what you said, there is also a hadith with respect to this, and there</w:t>
      </w:r>
      <w:r>
        <w:br/>
      </w:r>
      <w:r>
        <w:rPr>
          <w:sz w:val="20"/>
        </w:rPr>
        <w:t>35:39  as a warning as well as glad tiding in that hadith.</w:t>
      </w:r>
      <w:r>
        <w:br/>
      </w:r>
      <w:r>
        <w:rPr>
          <w:sz w:val="20"/>
        </w:rPr>
        <w:t>35:45  And Muadh ibn Jabal narrated that the Prophet once said that you are on a wide and broad road</w:t>
      </w:r>
      <w:r>
        <w:br/>
      </w:r>
      <w:r>
        <w:rPr>
          <w:sz w:val="20"/>
        </w:rPr>
        <w:t>35:51  of God till you are overtaken by two intoxicants.</w:t>
      </w:r>
      <w:r>
        <w:br/>
      </w:r>
      <w:r>
        <w:rPr>
          <w:sz w:val="20"/>
        </w:rPr>
        <w:t>35:57  The first intoxicant is ignorance, and the second intoxicant is a love of</w:t>
      </w:r>
      <w:r>
        <w:br/>
      </w:r>
      <w:r>
        <w:rPr>
          <w:sz w:val="20"/>
        </w:rPr>
        <w:t>36:03  luxury and ease.</w:t>
      </w:r>
      <w:r>
        <w:br/>
      </w:r>
      <w:r>
        <w:rPr>
          <w:sz w:val="20"/>
        </w:rPr>
        <w:t>36:07  Ah so, and then he said that you will continue, you will continue to order to do good</w:t>
      </w:r>
      <w:r>
        <w:br/>
      </w:r>
      <w:r>
        <w:rPr>
          <w:sz w:val="20"/>
        </w:rPr>
        <w:t>36:12  to people, and you will ask them to shun evil.</w:t>
      </w:r>
      <w:r>
        <w:br/>
      </w:r>
      <w:r>
        <w:rPr>
          <w:sz w:val="20"/>
        </w:rPr>
        <w:t>36:16  Ah, but then you will be overtaken by the love of this world, and when you will be</w:t>
      </w:r>
      <w:r>
        <w:br/>
      </w:r>
      <w:r>
        <w:rPr>
          <w:sz w:val="20"/>
        </w:rPr>
        <w:t>36:20  overtaken by the love of this world, like you mentioned, then you will stop ordering people to do</w:t>
      </w:r>
      <w:r>
        <w:br/>
      </w:r>
      <w:r>
        <w:rPr>
          <w:sz w:val="20"/>
        </w:rPr>
        <w:t>36:24  good, or you will not tell them to, you know, check.</w:t>
      </w:r>
      <w:r>
        <w:br/>
      </w:r>
      <w:r>
        <w:rPr>
          <w:sz w:val="20"/>
        </w:rPr>
        <w:t>36:29  you will not check the</w:t>
      </w:r>
      <w:r>
        <w:br/>
      </w:r>
      <w:r>
        <w:rPr>
          <w:sz w:val="20"/>
        </w:rPr>
        <w:t>36:33  them in evil.</w:t>
      </w:r>
      <w:r>
        <w:br/>
      </w:r>
      <w:r>
        <w:rPr>
          <w:sz w:val="20"/>
        </w:rPr>
        <w:t>36:38  so then here he also gives a glad tiding.</w:t>
      </w:r>
      <w:r>
        <w:br/>
      </w:r>
      <w:r>
        <w:rPr>
          <w:sz w:val="20"/>
        </w:rPr>
        <w:t>36:43  he says that if at that time you act according to the book and the sunnah, then it</w:t>
      </w:r>
      <w:r>
        <w:br/>
      </w:r>
      <w:r>
        <w:rPr>
          <w:sz w:val="20"/>
        </w:rPr>
        <w:t>36:48  is like you will be in an in in the league of the earlier muhajir and the ansar.</w:t>
      </w:r>
      <w:r>
        <w:br/>
      </w:r>
      <w:r>
        <w:rPr>
          <w:sz w:val="20"/>
        </w:rPr>
        <w:t>36:53  so this is a, this is a great, you know, sort of tiding for everyone that if</w:t>
      </w:r>
      <w:r>
        <w:br/>
      </w:r>
      <w:r>
        <w:rPr>
          <w:sz w:val="20"/>
        </w:rPr>
        <w:t>36:58  we can some how manage, like apa also mentioned that is</w:t>
      </w:r>
      <w:r>
        <w:br/>
      </w:r>
      <w:r>
        <w:rPr>
          <w:sz w:val="20"/>
        </w:rPr>
        <w:t>37:04  dunya se bachna hai, whether it is, you know, position, love, fame, children, your wealth.</w:t>
      </w:r>
      <w:r>
        <w:br/>
      </w:r>
      <w:r>
        <w:rPr>
          <w:sz w:val="20"/>
        </w:rPr>
        <w:t>37:10  then you can actually be in the league of the ansar and the muhajir, and they were the</w:t>
      </w:r>
      <w:r>
        <w:br/>
      </w:r>
      <w:r>
        <w:rPr>
          <w:sz w:val="20"/>
        </w:rPr>
        <w:t>37:16  companions of the prophet.</w:t>
      </w:r>
      <w:r>
        <w:br/>
      </w:r>
      <w:r>
        <w:rPr>
          <w:sz w:val="20"/>
        </w:rPr>
        <w:t>37:22  so its, its a, its a wonderful hadith that I came across.</w:t>
      </w:r>
    </w:p>
    <w:p>
      <w:pPr>
        <w:pStyle w:val="Heading2"/>
      </w:pPr>
      <w:r>
        <w:t>Why grieve for what is not ours</w:t>
      </w:r>
    </w:p>
    <w:p>
      <w:r>
        <w:rPr>
          <w:color w:val="666666"/>
          <w:sz w:val="18"/>
        </w:rPr>
        <w:t>Islam Ideology, Team and Method October 09, 2011 · 3m 08s · at 1:32:38 · https://youtu.be/zRilc1fG6c0?t=5558</w:t>
      </w:r>
    </w:p>
    <w:p>
      <w:r>
        <w:rPr>
          <w:i/>
        </w:rPr>
        <w:t>“Why do we grieve for something which is not even ours? Why are we afraid to lose something which was never ours?”</w:t>
      </w:r>
    </w:p>
    <w:p>
      <w:r>
        <w:rPr>
          <w:sz w:val="20"/>
        </w:rPr>
        <w:t>1:32:38  maulana, yeh sawal aaya hai miss akansha dash ka delhi se. unhon ne likha hai ke un ka bohat hi general level pe sawal</w:t>
      </w:r>
      <w:r>
        <w:br/>
      </w:r>
      <w:r>
        <w:rPr>
          <w:sz w:val="20"/>
        </w:rPr>
        <w:t>1:32:46  hai. maulana, unhon ne likha hai ke: "sir, please tell me, why do we grieve for something which is not even ours? why are we afraid to lose something which was never ours?" kindly comment.</w:t>
      </w:r>
      <w:r>
        <w:br/>
      </w:r>
      <w:r>
        <w:rPr>
          <w:sz w:val="20"/>
        </w:rPr>
        <w:t>1:32:59  kya kya matlab hua ke hamein kisi cheez ko khone se kyun dar lagta hai jo jo cheez hamari nahi hai? ya hamein kyun dukh hota hai kisi cheez ko le ke jab woh hamari kabhi nahi thi?</w:t>
      </w:r>
      <w:r>
        <w:br/>
      </w:r>
      <w:r>
        <w:rPr>
          <w:sz w:val="20"/>
        </w:rPr>
        <w:t>1:33:10  to bohat hi general level pe molana, unhon ne am immature</w:t>
      </w:r>
      <w:r>
        <w:br/>
      </w:r>
      <w:r>
        <w:rPr>
          <w:sz w:val="20"/>
        </w:rPr>
        <w:t>1:33:13  ti ek hi lafz mein. beshtar log jo hain, immature nahi hote. yeh sab am immaturity ka faraham hai. aap study kijiye, aap zyada apne soch ko develop kijiye to apne aap ko khatam ho jata hai.</w:t>
      </w:r>
      <w:r>
        <w:br/>
      </w:r>
      <w:r>
        <w:rPr>
          <w:sz w:val="20"/>
        </w:rPr>
        <w:t>1:33:32  yeh sara jo hai, is tarah ka mamla hai. a immaturity ka phenomenon hai.</w:t>
      </w:r>
      <w:r>
        <w:br/>
      </w:r>
      <w:r>
        <w:rPr>
          <w:sz w:val="20"/>
        </w:rPr>
        <w:t>1:33:41  Maulana, yeh Qatar se aaya hai sawal.</w:t>
      </w:r>
      <w:r>
        <w:br/>
      </w:r>
      <w:r>
        <w:rPr>
          <w:sz w:val="20"/>
        </w:rPr>
        <w:t>1:33:44  Miss Reshma Khanam Abdul Basit ne kara hai.</w:t>
      </w:r>
      <w:r>
        <w:br/>
      </w:r>
      <w:r>
        <w:rPr>
          <w:sz w:val="20"/>
        </w:rPr>
        <w:t>1:33:47  unhon ne likha hai ke: "Maulana, maine apni ek saheli se Quran ko dawah work mein dene</w:t>
      </w:r>
      <w:r>
        <w:br/>
      </w:r>
      <w:r>
        <w:rPr>
          <w:sz w:val="20"/>
        </w:rPr>
        <w:t>1:33:53  ke bare mein kaha to unhon ne kaha ke theek hai, lekin ek baat yeh hai ke agar</w:t>
      </w:r>
      <w:r>
        <w:br/>
      </w:r>
      <w:r>
        <w:rPr>
          <w:sz w:val="20"/>
        </w:rPr>
        <w:t>1:34:00  woh quran ki be adabi karen, is ko phenken to maulana, is baray mein batayen ke hum kya</w:t>
      </w:r>
      <w:r>
        <w:br/>
      </w:r>
      <w:r>
        <w:rPr>
          <w:sz w:val="20"/>
        </w:rPr>
        <w:t>1:34:08  jawab den?" dekhiye, be adabi aur be hurmati ke alfaaz sab bidat hain.</w:t>
      </w:r>
      <w:r>
        <w:br/>
      </w:r>
      <w:r>
        <w:rPr>
          <w:sz w:val="20"/>
        </w:rPr>
        <w:t>1:34:14  bidat mubtadaana alfaaz hain.</w:t>
      </w:r>
      <w:r>
        <w:br/>
      </w:r>
      <w:r>
        <w:rPr>
          <w:sz w:val="20"/>
        </w:rPr>
        <w:t>1:34:17  musalmanon ne bana rakha hai. koi mujhe bataye, quran majeed ne kaha yeh tasawwur hai be adabi aur be hurmati? yeh to musalmanon ne bana rakha hai.</w:t>
      </w:r>
      <w:r>
        <w:br/>
      </w:r>
      <w:r>
        <w:rPr>
          <w:sz w:val="20"/>
        </w:rPr>
        <w:t>1:34:28  to musalmanon ne jo bana rakha hai, us ka hum zimmedar nahi hain. musalmanon ne bohat sare be adabi gaar rakhe hain, to kya is ka hum zimmedar banenge?</w:t>
      </w:r>
      <w:r>
        <w:br/>
      </w:r>
      <w:r>
        <w:rPr>
          <w:sz w:val="20"/>
        </w:rPr>
        <w:t>1:34:41  koi mujhe quran ka reference de, hadith ka reference de ke be hurmati aur be adabi bhi koi cheez hai islam mein? woh is doosre concern aap concern nahi hain.</w:t>
      </w:r>
      <w:r>
        <w:br/>
      </w:r>
      <w:r>
        <w:rPr>
          <w:sz w:val="20"/>
        </w:rPr>
        <w:t>1:34:51  aap ne de diya to aap ne zimmedari poori kar di. ab woh doosra kya karega? woh allah jaane, woh jaane. aap is mamle ko khud kyun lete hain apne zame?</w:t>
      </w:r>
      <w:r>
        <w:br/>
      </w:r>
      <w:r>
        <w:rPr>
          <w:sz w:val="20"/>
        </w:rPr>
        <w:t>1:35:01  doosre pe daliye, doosre pe daliye ke woh jaisa karega to allah kahan uska jawab responsible hai is ke liye?</w:t>
      </w:r>
      <w:r>
        <w:br/>
      </w:r>
      <w:r>
        <w:rPr>
          <w:sz w:val="20"/>
        </w:rPr>
        <w:t>1:35:11  yani beshtar log yeh kehte hain ke khuda ke domain mein jo cheez hai, woh is is waqt khuda ki seat pe qabza karne ki koshish karte hain. yani khuda, yeh khuda ki seat pe ja ke baithna hai.</w:t>
      </w:r>
      <w:r>
        <w:br/>
      </w:r>
      <w:r>
        <w:rPr>
          <w:sz w:val="20"/>
        </w:rPr>
        <w:t>1:35:23  yeh khuda janta hai ke is ne be hurmati ki ya nahi ki, aur khuda hi is se poochega. aap ko, aap ko is ki zimmedari nahi dali allah taala ne. aap se koi matlab is ka nahi hai.</w:t>
      </w:r>
      <w:r>
        <w:br/>
      </w:r>
      <w:r>
        <w:rPr>
          <w:sz w:val="20"/>
        </w:rPr>
        <w:t>1:35:35  behhal, main is ko mubtadaana tasawwur samajhta hoon.</w:t>
      </w:r>
      <w:r>
        <w:br/>
      </w:r>
      <w:r>
        <w:rPr>
          <w:sz w:val="20"/>
        </w:rPr>
        <w:t>1:35:39  hoon. yani innovation, is ko islam se koi ta'alluq nahi hai.</w:t>
      </w:r>
    </w:p>
    <w:p>
      <w:pPr>
        <w:pStyle w:val="Heading2"/>
      </w:pPr>
      <w:r>
        <w:t>Will my son be with me on Judgment Day?</w:t>
      </w:r>
    </w:p>
    <w:p>
      <w:r>
        <w:rPr>
          <w:color w:val="666666"/>
          <w:sz w:val="18"/>
        </w:rPr>
        <w:t>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Closing the door of repentance</w:t>
      </w:r>
    </w:p>
    <w:p>
      <w:r>
        <w:rPr>
          <w:color w:val="666666"/>
          <w:sz w:val="18"/>
        </w:rPr>
        <w:t>Don't Be Angry Culture January 15, 2012 Maulana Wahiduddin Khan · 1m 46s · at 1:15:17 · https://youtu.be/rY1Ikwmwwdk?t=4517</w:t>
      </w:r>
    </w:p>
    <w:p>
      <w:r>
        <w:rPr>
          <w:i/>
        </w:rPr>
        <w:t>“Can we close the door of repentance for anyone?”</w:t>
      </w:r>
    </w:p>
    <w:p>
      <w:r>
        <w:rPr>
          <w:sz w:val="20"/>
        </w:rPr>
        <w:t>1:15:17  Thank you, Maulana sahib, for your generous service to the society." Maulana, agla sawal lete hain jo aaya hai Chennai se Maulana Israr ul Hassan sahib ka.</w:t>
      </w:r>
      <w:r>
        <w:br/>
      </w:r>
      <w:r>
        <w:rPr>
          <w:sz w:val="20"/>
        </w:rPr>
        <w:t>1:15:28  unhone likha hai: "Maulana, kya tauba ka darwaza kisi ke liye hum band kar sakte hain?" yeh to sochana bhi kufr hai ke hum band kar sakte hain.</w:t>
      </w:r>
      <w:r>
        <w:br/>
      </w:r>
      <w:r>
        <w:rPr>
          <w:sz w:val="20"/>
        </w:rPr>
        <w:t>1:15:41  y</w:t>
      </w:r>
      <w:r>
        <w:br/>
      </w:r>
      <w:r>
        <w:rPr>
          <w:sz w:val="20"/>
        </w:rPr>
        <w:t>1:15:42  yani khuda ke domain mein dakhil hona hai. yeh kaise koi himmat karta hai yeh kehne ki?</w:t>
      </w:r>
      <w:r>
        <w:br/>
      </w:r>
      <w:r>
        <w:rPr>
          <w:sz w:val="20"/>
        </w:rPr>
        <w:t>1:15:50  tauba ka darwaza kholna aur band karna dono Allah ke ikhtiyar mein hai. hamare ikhtiyar mein nahi hai. aaj kal ke log bohat aasani se dakhil ho jate hain khuda ke domain mein.</w:t>
      </w:r>
      <w:r>
        <w:br/>
      </w:r>
      <w:r>
        <w:rPr>
          <w:sz w:val="20"/>
        </w:rPr>
        <w:t>1:16:03  misalan fatwa dete hain, takfeer ka fatwa. main adiq ke khuda ke domain mein dakhil hona hai.</w:t>
      </w:r>
      <w:r>
        <w:br/>
      </w:r>
      <w:r>
        <w:rPr>
          <w:sz w:val="20"/>
        </w:rPr>
        <w:t>1:16:08  aap ko haq nahi hai takfeer ka fatwa dene ka. yeh kafir hai, yeh munafiq hai, yeh fasiq hai, yeh dushman hai. aap ko kya haq hai kehne ka? yaad rakhiye, yeh sab khuda ke domain mein dakhil hona hai.</w:t>
      </w:r>
      <w:r>
        <w:br/>
      </w:r>
      <w:r>
        <w:rPr>
          <w:sz w:val="20"/>
        </w:rPr>
        <w:t>1:16:23  aap ke haq, aap ko kya karna hai? dawat, naseehat, talqeen, waaz. bas. nahi to dua.</w:t>
      </w:r>
      <w:r>
        <w:br/>
      </w:r>
      <w:r>
        <w:rPr>
          <w:sz w:val="20"/>
        </w:rPr>
        <w:t>1:16:34  yani dawat aur naseehat ke baad agar aap samajhte hain kuch aur karna to woh dua kijiye. baqi fatwe dena, ladna bhidna aur statement jari karna,</w:t>
      </w:r>
      <w:r>
        <w:br/>
      </w:r>
      <w:r>
        <w:rPr>
          <w:sz w:val="20"/>
        </w:rPr>
        <w:t>1:16:49  yeh sab khuda ke domain mein dakhil hona hai. jis ki ijazat kisi ko nahi</w:t>
      </w:r>
      <w:r>
        <w:br/>
      </w:r>
      <w:r>
        <w:rPr>
          <w:sz w:val="20"/>
        </w:rPr>
        <w:t>1:16:54  hai. paighambar ko bhi nahi hai ke khuda ke domain mein dakhil ho jaye woh. aur doosre logon ko kaise ho sakti hai?</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Hobby as an Excuse for Wasting Precious Time</w:t>
      </w:r>
    </w:p>
    <w:p>
      <w:r>
        <w:rPr>
          <w:color w:val="666666"/>
          <w:sz w:val="18"/>
        </w:rPr>
        <w:t>The Companions and the Hadith Scholars June 24, 2012 · 1m 38s · at 1:06:21 · https://youtu.be/Dj4QiYnxgBs?t=3981</w:t>
      </w:r>
    </w:p>
    <w:p>
      <w:r>
        <w:rPr>
          <w:i/>
        </w:rPr>
        <w:t>“I told a woman that keeping birds is a source of distraction and her precious time is being wasted in caring for them. She replied that it is both her hobby and her business, and she is compelled by her hobby. Please comment.”</w:t>
      </w:r>
    </w:p>
    <w:p>
      <w:r>
        <w:rPr>
          <w:sz w:val="20"/>
        </w:rPr>
        <w:t>1:06:21  yeh matlab hai is ka. Maulana, agla sawal Karachi, Pakistan se hai, Abdul Latif sahib ka.</w:t>
      </w:r>
      <w:r>
        <w:br/>
      </w:r>
      <w:r>
        <w:rPr>
          <w:sz w:val="20"/>
        </w:rPr>
        <w:t>1:06:30  unho ne likha hai: "Ek da'i ko mein ne kaha ke aap ne parinday paal rakhe hain jo aap ke liye distraction ka zariya hain, aur aap ka qeemti waqt is ki dekh bhaal mein sarf ho raha hai.</w:t>
      </w:r>
      <w:r>
        <w:br/>
      </w:r>
      <w:r>
        <w:rPr>
          <w:sz w:val="20"/>
        </w:rPr>
        <w:t>1:06:44  to unho ne kaha ke yeh yeh to mera shauq bhi hai aur karobar bhi hai, aur mein shauq ke hathon majboor hoon.</w:t>
      </w:r>
      <w:r>
        <w:br/>
      </w:r>
      <w:r>
        <w:rPr>
          <w:sz w:val="20"/>
        </w:rPr>
        <w:t>1:06:53  Maulana sahib, ek ba-maqsad insaan is dunya mein koi aisa shauq rakh sakta hai jo is ke liye distraction ka sabab ho?</w:t>
      </w:r>
      <w:r>
        <w:br/>
      </w:r>
      <w:r>
        <w:rPr>
          <w:sz w:val="20"/>
        </w:rPr>
        <w:t>1:07:05  is ke baray mein bataein." zahir hai ke yeh koi woh halaal halaal ka masla nahi hai, na qanoon ka masla hai.</w:t>
      </w:r>
      <w:r>
        <w:br/>
      </w:r>
      <w:r>
        <w:rPr>
          <w:sz w:val="20"/>
        </w:rPr>
        <w:t>1:07:15  is aadmi ko aap samjhaiye ke sab se pehle yeh mutayyan karo ke What is the purpose of life?</w:t>
      </w:r>
      <w:r>
        <w:br/>
      </w:r>
      <w:r>
        <w:rPr>
          <w:sz w:val="20"/>
        </w:rPr>
        <w:t>1:07:24  What is the goal of life? phir is ke lihaaz se jaanchon ke is se distraction hai ke nahi.</w:t>
      </w:r>
      <w:r>
        <w:br/>
      </w:r>
      <w:r>
        <w:rPr>
          <w:sz w:val="20"/>
        </w:rPr>
        <w:t>1:07:32  distraction hai jo goal hai, is se agar yeh sab cheezein aap ko hatati hain to bilashubah woh qabil-e-ijtinab hai, is ko chhodna chahiye.</w:t>
      </w:r>
      <w:r>
        <w:br/>
      </w:r>
      <w:r>
        <w:rPr>
          <w:sz w:val="20"/>
        </w:rPr>
        <w:t>1:07:44  to yeh cheezein aisi nahi, is ko jis ko koi fatwa de ya koi qanoon nafiz kare, jo samjhane bujhane ki baatein hain. to is aadmi ko masla yahi samjhana chahiye ke sab se pehle jano ke tumhari zindagi ka maqsad kya hai, tab ja kar ke woh tayyar hoga,</w:t>
      </w:r>
    </w:p>
    <w:p>
      <w:pPr>
        <w:pStyle w:val="Heading2"/>
      </w:pPr>
      <w:r>
        <w:t>Why do people forget disasters so quickly</w:t>
      </w:r>
    </w:p>
    <w:p>
      <w:r>
        <w:rPr>
          <w:color w:val="666666"/>
          <w:sz w:val="18"/>
        </w:rPr>
        <w:t>Paradise as A Goal April 26, 2015 · 3m 47s · at 1:06:11 · https://youtu.be/4IWLd2SIBkw?t=3971</w:t>
      </w:r>
    </w:p>
    <w:p>
      <w:r>
        <w:rPr>
          <w:i/>
        </w:rPr>
        <w:t>“Yesterday when earthquake came, I saw many people running out of their houses to save their life, but when it was all over, they went back to normal within minutes, despite hundreds of people dying in their neighboring country. How come man has become so insincere that it takes them barely few minutes to forget everything?”</w:t>
      </w:r>
    </w:p>
    <w:p>
      <w:r>
        <w:rPr>
          <w:sz w:val="20"/>
        </w:rPr>
        <w:t>1:06:11  Maulana, yeh agla sawal kiya hai Dr. Musleh Siddiqui ne Delhi se. Maulana sahib, yesterday when earthquake came, I saw many people running out of their houses to save their lives,</w:t>
      </w:r>
      <w:r>
        <w:br/>
      </w:r>
      <w:r>
        <w:rPr>
          <w:sz w:val="20"/>
        </w:rPr>
        <w:t>1:06:26  but but when it was all over, they went back to normal within minutes, despite hundreds of people dying in their neighboring country.</w:t>
      </w:r>
      <w:r>
        <w:br/>
      </w:r>
      <w:r>
        <w:rPr>
          <w:sz w:val="20"/>
        </w:rPr>
        <w:t>1:06:37  Maulana sahib, how come man has become so insensitive that it took them barely few minutes to forget everything? wahi hai ke jo maine arz kiya ke sabak nahi lete waqiat se.</w:t>
      </w:r>
      <w:r>
        <w:br/>
      </w:r>
      <w:r>
        <w:rPr>
          <w:sz w:val="20"/>
        </w:rPr>
        <w:t>1:06:53  jaise main apne bare mein batata hoon ke main kal baitha hua tha, Maria se main kuch likhwa raha tha to hilne laga. to Maria ne kaha: "yeh to yeh to earthquake hai!"</w:t>
      </w:r>
      <w:r>
        <w:br/>
      </w:r>
      <w:r>
        <w:rPr>
          <w:sz w:val="20"/>
        </w:rPr>
        <w:t>1:07:05  " to main ne kaha: "haan, yeh to earthquake hai!" to kaha jata hai ke jaldi se bhago bahar. yani yeh sikhaya jata hai ke earthquake ho, jaldi bahar bhago, kyunke chhat gir padegi to us mein aadmi mar jata hai.</w:t>
      </w:r>
      <w:r>
        <w:br/>
      </w:r>
      <w:r>
        <w:rPr>
          <w:sz w:val="20"/>
        </w:rPr>
        <w:t>1:07:20  lekin main ek dam apni koshish se chipak chipak gaya. kyun? main ne socha ke yahan bhi main us ki zad mein hoon, wahan bhi us ki zad mein hoon.</w:t>
      </w:r>
      <w:r>
        <w:br/>
      </w:r>
      <w:r>
        <w:rPr>
          <w:sz w:val="20"/>
        </w:rPr>
        <w:t>1:07:32  yahan agar chhat girne ka dar hai to wahan zameen phatne ka dar hai. to main dua karta raha, dua karta raha, bajaye bhagne ke, main dua karta raha.</w:t>
      </w:r>
      <w:r>
        <w:br/>
      </w:r>
      <w:r>
        <w:rPr>
          <w:sz w:val="20"/>
        </w:rPr>
        <w:t>1:07:42  to logon ke andar chunke sahi zehen nahi hai, sahi mizaj nahi hai, to aise hi karte hain. woh kya kiya jaye? kisi ne un ko bataya nahi.</w:t>
      </w:r>
      <w:r>
        <w:br/>
      </w:r>
      <w:r>
        <w:rPr>
          <w:sz w:val="20"/>
        </w:rPr>
        <w:t>1:07:52  batane wale to zyada tar yeh batate hain ke sahib, woh azab aaya hai un ke upar. halanke bilkul galat baat yeh hai.</w:t>
      </w:r>
      <w:r>
        <w:br/>
      </w:r>
      <w:r>
        <w:rPr>
          <w:sz w:val="20"/>
        </w:rPr>
        <w:t>1:08:01  azab keh kar ke kya hota hai? ke aap us ko jahan aaya hai, us se mutalliq kar dete hain. lekin agar aap warning ke bare mein lesson ke bare mein to aap us ko generalize karenge, apne liye bhi lenge.</w:t>
      </w:r>
      <w:r>
        <w:br/>
      </w:r>
      <w:r>
        <w:rPr>
          <w:sz w:val="20"/>
        </w:rPr>
        <w:t>1:08:17  mujhe pata hai ke India mein kuch, India mein har jagah aisi kuch, yani deeni jamaatein hain jo dhar se keh deti hain ke un par azab aaya hai.</w:t>
      </w:r>
      <w:r>
        <w:br/>
      </w:r>
      <w:r>
        <w:rPr>
          <w:sz w:val="20"/>
        </w:rPr>
        <w:t>1:08:28  yeh bohat galat tareeqa hai.</w:t>
      </w:r>
      <w:r>
        <w:br/>
      </w:r>
      <w:r>
        <w:rPr>
          <w:sz w:val="20"/>
        </w:rPr>
        <w:t>1:08:30  azaab keh kar ke aap ne is ko doosre ke oopar daal diya. Dekhein, jab aap is ko kahengay warning ya tanbeeh to apne ko shareek kar lenge aap ke mujhe bhi is se sabaq lena hai.</w:t>
      </w:r>
      <w:r>
        <w:br/>
      </w:r>
      <w:r>
        <w:rPr>
          <w:sz w:val="20"/>
        </w:rPr>
        <w:t>1:08:44  to logon ko zehni nahi banayega sahi. To kya kiya jaye?</w:t>
      </w:r>
      <w:r>
        <w:br/>
      </w:r>
      <w:r>
        <w:rPr>
          <w:sz w:val="20"/>
        </w:rPr>
        <w:t>1:08:48  Maulana, kal jo earthquake aaya, us ke baray mein raat ko ek report aayi thi ke yeh earthquake jo tha, it was due, but is se ek bohat bara earthquake aana abhi bhi due hai, which is going to be thirty times stronger than this one,</w:t>
      </w:r>
      <w:r>
        <w:br/>
      </w:r>
      <w:r>
        <w:rPr>
          <w:sz w:val="20"/>
        </w:rPr>
        <w:t>1:09:05  and man is not prepared for it.</w:t>
      </w:r>
      <w:r>
        <w:br/>
      </w:r>
      <w:r>
        <w:rPr>
          <w:sz w:val="20"/>
        </w:rPr>
        <w:t>1:09:12  Yeh sahi hai. Ab kya kiya jayegi? To Allah ke ikhtiyar mein hai. Hum to sirf dua hi kar sakte hain, sirf dua kar sakte hain.</w:t>
      </w:r>
      <w:r>
        <w:br/>
      </w:r>
      <w:r>
        <w:rPr>
          <w:sz w:val="20"/>
        </w:rPr>
        <w:t>1:09:23  Insaan ka is is mamle mein koi bas nahi hai. Earthquake jo hai, aisi cheez hai ke is ka attack unilateral hota hai, ek tarfa attack hota hai.</w:t>
      </w:r>
      <w:r>
        <w:br/>
      </w:r>
      <w:r>
        <w:rPr>
          <w:sz w:val="20"/>
        </w:rPr>
        <w:t>1:09:35  Hamara is mein koi hissa nahi hai. To hamare p</w:t>
      </w:r>
      <w:r>
        <w:br/>
      </w:r>
      <w:r>
        <w:rPr>
          <w:sz w:val="20"/>
        </w:rPr>
        <w:t>1:09:39  is kya hai? Sirf dua karna, sirf dua karna. Jaise kal mein bilkul koshish se chipak gaya aur mein dua karne laga, kyunke maine samjha ke mein helpless hoon.</w:t>
      </w:r>
      <w:r>
        <w:br/>
      </w:r>
      <w:r>
        <w:rPr>
          <w:sz w:val="20"/>
        </w:rPr>
        <w:t>1:09:50  Yahan rahoon tab bhi is ki zad mein hoon, bahar jaon tab bhi is ki zad mein hoon.</w:t>
      </w:r>
    </w:p>
    <w:p>
      <w:pPr>
        <w:pStyle w:val="Heading2"/>
      </w:pPr>
      <w:r>
        <w:t>Explaining Peace to War Victims</w:t>
      </w:r>
    </w:p>
    <w:p>
      <w:r>
        <w:rPr>
          <w:color w:val="666666"/>
          <w:sz w:val="18"/>
        </w:rPr>
        <w:t>Importance of Peace August 17, 2014 · 2m 41s · at 1:13:23 · https://youtu.be/ifxSwh2Jckw?t=4403</w:t>
      </w:r>
    </w:p>
    <w:p>
      <w:r>
        <w:rPr>
          <w:i/>
        </w:rPr>
        <w:t>“How can the concept of peace be explained to those who have lost their loved ones in war or violence?”</w:t>
      </w:r>
    </w:p>
    <w:p>
      <w:r>
        <w:rPr>
          <w:sz w:val="20"/>
        </w:rPr>
        <w:t>1:13:23  yeh maine is mamle mein bohat socha hai. meri kitab maujood hai, aap parh lijiye. "Dawn over Kashmir" woh parh lijiye aap. Maulana, agla sawal Bhuvaneshwar se aaya hai, Salman sahib ka.</w:t>
      </w:r>
      <w:r>
        <w:br/>
      </w:r>
      <w:r>
        <w:rPr>
          <w:sz w:val="20"/>
        </w:rPr>
        <w:t>1:13:37  aur aaj ke lecture ko le ke unhon ne sawal kiya hai.</w:t>
      </w:r>
      <w:r>
        <w:br/>
      </w:r>
      <w:r>
        <w:rPr>
          <w:sz w:val="20"/>
        </w:rPr>
        <w:t>1:13:41  unhon ne likha hai ke: "Moulana sahib, how can concept of peace be explained to those who have lost their loved ones in war or violence?</w:t>
      </w:r>
      <w:r>
        <w:br/>
      </w:r>
      <w:r>
        <w:rPr>
          <w:sz w:val="20"/>
        </w:rPr>
        <w:t>1:13:52  They say that they have lost everything and they want to take revenge. So how can peace be explained to them as they have nothing more to lose and are full of enmity?" bhai yahi psychology to change war paida karti hai.</w:t>
      </w:r>
      <w:r>
        <w:br/>
      </w:r>
      <w:r>
        <w:rPr>
          <w:sz w:val="20"/>
        </w:rPr>
        <w:t>1:14:11  yahi dekhiye, Rasool Allah ke zamane mein ek jang hui thi, Uhud ki jang kaha jata hai is ko. is mein satar sahaba shaheed hue the.</w:t>
      </w:r>
      <w:r>
        <w:br/>
      </w:r>
      <w:r>
        <w:rPr>
          <w:sz w:val="20"/>
        </w:rPr>
        <w:t>1:14:22  ek ek sahabi jo hai, kitna qeemti tha aap maan lijiye. to satar sahaba shaheed hue the. to sahaba ke andar wohi pata ho jo aap keh rahe hain ke satar, satar apno ki satar qeemti janon ko kaise bhula dein hum?</w:t>
      </w:r>
      <w:r>
        <w:br/>
      </w:r>
      <w:r>
        <w:rPr>
          <w:sz w:val="20"/>
        </w:rPr>
        <w:t>1:14:41  humein ladna hai. to is waqt quran mein yeh ayat utri thi ke fa in asabakum qarhun faqad bakhsa al qawma qarhahum mithlahu wa tilka al ayyamu nadharun lahu binan nas yani pas ko bhulao.</w:t>
      </w:r>
      <w:r>
        <w:br/>
      </w:r>
      <w:r>
        <w:rPr>
          <w:sz w:val="20"/>
        </w:rPr>
        <w:t>1:14:55  to sahaba ne pas ko bhula diya. jo log pas ko na bhulayein to un ke liye kya? ab graveyard hai. pas ko na bhulane ke baad jo cheez milti hai woh graveyard hai.</w:t>
      </w:r>
      <w:r>
        <w:br/>
      </w:r>
      <w:r>
        <w:rPr>
          <w:sz w:val="20"/>
        </w:rPr>
        <w:t>1:15:06  wo jeet nahi milti. yaad rakhiye,</w:t>
      </w:r>
      <w:r>
        <w:br/>
      </w:r>
      <w:r>
        <w:rPr>
          <w:sz w:val="20"/>
        </w:rPr>
        <w:t>1:15:10  sahaba ne uhud mein jo un ko hui thi itni zabardast nuqsan, us ko bhulaya to fateh makka un ke hisse mein aaya. to yaad rakhiye, yeh law of nature hai, yeh corruption of god hai, yeh tareekh ka qanoon hai ke jo log pas ko na bhulayein,</w:t>
      </w:r>
      <w:r>
        <w:br/>
      </w:r>
      <w:r>
        <w:rPr>
          <w:sz w:val="20"/>
        </w:rPr>
        <w:t>1:15:30  wo jahan pohnchein ge woh graveyard hoga.</w:t>
      </w:r>
      <w:r>
        <w:br/>
      </w:r>
      <w:r>
        <w:rPr>
          <w:sz w:val="20"/>
        </w:rPr>
        <w:t>1:15:34  wo koi bagh nahi, koi fateh ka bagh nahi hoga. aap ek agar aap chahte hain ke aap is ko na manein to phir ek nai kainat create kijiye, ek naya universe banaiye.</w:t>
      </w:r>
      <w:r>
        <w:br/>
      </w:r>
      <w:r>
        <w:rPr>
          <w:sz w:val="20"/>
        </w:rPr>
        <w:t>1:15:50  is universe mein to aisa hone wala nahi hai. khuda ki banai hui duniya mein to yahi hoga jo ho raha hai ke agar aap pas ko nahi bhulayenge to jaiye apne qabristan mein, apne ko halak kijiye.</w:t>
      </w:r>
    </w:p>
    <w:p>
      <w:pPr>
        <w:pStyle w:val="Heading2"/>
      </w:pPr>
      <w:r>
        <w:t>Dealing with loss of patience</w:t>
      </w:r>
    </w:p>
    <w:p>
      <w:r>
        <w:rPr>
          <w:color w:val="666666"/>
          <w:sz w:val="18"/>
        </w:rPr>
        <w:t>Islam in A New Age March 18, 2012 · 1m 07s · at 1:19:31 · https://youtu.be/P5hzq_NheY0?t=4771</w:t>
      </w:r>
    </w:p>
    <w:p>
      <w:r>
        <w:rPr>
          <w:i/>
        </w:rPr>
        <w:t>“Do patience is one of the greatest virtues, but what should we do if at some point of time we feel that we are on the verge of losing patience? Kindly elaborate on my question.”</w:t>
      </w:r>
    </w:p>
    <w:p>
      <w:r>
        <w:rPr>
          <w:sz w:val="20"/>
        </w:rPr>
        <w:t>1:19:31  nahin, yeh Musalmanon ka yani apne mahol se asar le kar ke aisa hua hai. Maulana, agla sawal bhi Dilli se hai, Miss Nida Malik ka.</w:t>
      </w:r>
      <w:r>
        <w:br/>
      </w:r>
      <w:r>
        <w:rPr>
          <w:sz w:val="20"/>
        </w:rPr>
        <w:t>1:19:40  unhon ne likha hai ke Do patience is one of the greatest virtues, but what should we do if at some point of time we feel that we are on the verge of losing patience?</w:t>
      </w:r>
      <w:r>
        <w:br/>
      </w:r>
      <w:r>
        <w:rPr>
          <w:sz w:val="20"/>
        </w:rPr>
        <w:t>1:19:53  Maulana sahib, kindly elaborate on my question. aisa kabhi nahin hota.</w:t>
      </w:r>
      <w:r>
        <w:br/>
      </w:r>
      <w:r>
        <w:rPr>
          <w:sz w:val="20"/>
        </w:rPr>
        <w:t>1:19:59  yeh to woh log hote hain jo sochi samjhi zindagi na guzarte hon. Animal-like. yeh to animal behavior hai.</w:t>
      </w:r>
      <w:r>
        <w:br/>
      </w:r>
      <w:r>
        <w:rPr>
          <w:sz w:val="20"/>
        </w:rPr>
        <w:t>1:20:09  Mind your thinking, animal. to apni thinking ko develop kijiye. jo log thinking ko develop nahin karte, unhi ke sab yeh sab problem hote hain.</w:t>
      </w:r>
      <w:r>
        <w:br/>
      </w:r>
      <w:r>
        <w:rPr>
          <w:sz w:val="20"/>
        </w:rPr>
        <w:t>1:20:21  main apne tajrube ki bina par keh sakta hoon ke apni thinking ko develop kijiye aur yeh sab masle apne aap khatam ho jayenge. is tarah ka problem un mein aata hai jinhon ne apni thinking ko develop na kiya ho.</w:t>
      </w:r>
    </w:p>
    <w:p>
      <w:pPr>
        <w:pStyle w:val="Heading2"/>
      </w:pPr>
      <w:r>
        <w:t>Handling hurt sentiments and reactions</w:t>
      </w:r>
    </w:p>
    <w:p>
      <w:r>
        <w:rPr>
          <w:color w:val="666666"/>
          <w:sz w:val="18"/>
        </w:rPr>
        <w:t>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Meeting someone given Prophet of Peace</w:t>
      </w:r>
    </w:p>
    <w:p>
      <w:r>
        <w:rPr>
          <w:color w:val="666666"/>
          <w:sz w:val="18"/>
        </w:rPr>
        <w:t>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Recognizing and addressing obsession</w:t>
      </w:r>
    </w:p>
    <w:p>
      <w:r>
        <w:rPr>
          <w:color w:val="666666"/>
          <w:sz w:val="18"/>
        </w:rPr>
        <w:t>Revival of Muslims March 08, 2015 · 1m 59s · at 1:07:34 · https://youtu.be/8ShFcr8YozI?t=4054</w:t>
      </w:r>
    </w:p>
    <w:p>
      <w:r>
        <w:rPr>
          <w:i/>
        </w:rPr>
        <w:t>“How do I know that I have an obsession? And secondly, if I come across a person who has an obsession, how can I make him realize that he has an obsession?”</w:t>
      </w:r>
    </w:p>
    <w:p>
      <w:r>
        <w:rPr>
          <w:sz w:val="20"/>
        </w:rPr>
        <w:t>1:07:34  Maulana, agla sawal Idris Sahab ne kiya hai Raipur se aur unhon ne likha hai ke Maulana, how do I know that I have an obsession?</w:t>
      </w:r>
      <w:r>
        <w:br/>
      </w:r>
      <w:r>
        <w:rPr>
          <w:sz w:val="20"/>
        </w:rPr>
        <w:t>1:07:45  And secondly, if I come across a person who has an obsession, how can I make him realize that he has an obsession?</w:t>
      </w:r>
      <w:r>
        <w:br/>
      </w:r>
      <w:r>
        <w:rPr>
          <w:sz w:val="20"/>
        </w:rPr>
        <w:t>1:07:54  Dekhen, har cheez ka talluq jo hai, contemplation se hai, soch se hai, tadabbur se hai. Koi bhi cheez ho, aap aadmi job ke mamle mein sochta hai, tab baaton ko samajhta hai.</w:t>
      </w:r>
      <w:r>
        <w:br/>
      </w:r>
      <w:r>
        <w:rPr>
          <w:sz w:val="20"/>
        </w:rPr>
        <w:t>1:08:08  Business ke bare mein sochta hai, tab baaton ko samajhta hai. Aadmi apne bachon ko padhana hai to kahan padhaye, woh bhi sochta hai to samajhta</w:t>
      </w:r>
      <w:r>
        <w:br/>
      </w:r>
      <w:r>
        <w:rPr>
          <w:sz w:val="20"/>
        </w:rPr>
        <w:t>1:08:16  hai. Aise hi yahan bhi hai. Soch ko janiye is ko. Soch ko jante hue istemal karenge, hote jaane ke.</w:t>
      </w:r>
      <w:r>
        <w:br/>
      </w:r>
      <w:r>
        <w:rPr>
          <w:sz w:val="20"/>
        </w:rPr>
        <w:t>1:08:25  Lekin soch ko objective andaaz mein istemal karna. Jis tarah shadi ka mamla hai, bachon ki taleem ka mamla hai, wahan khoob objective ban jata hai aadmi.</w:t>
      </w:r>
      <w:r>
        <w:br/>
      </w:r>
      <w:r>
        <w:rPr>
          <w:sz w:val="20"/>
        </w:rPr>
        <w:t>1:08:34  Woh aise hi yahan bhi ban jayega.</w:t>
      </w:r>
      <w:r>
        <w:br/>
      </w:r>
      <w:r>
        <w:rPr>
          <w:sz w:val="20"/>
        </w:rPr>
        <w:t>1:08:40  Maulana, agla ek comment aur question hai doctor Safina Tabassum ne bheja hai Ajmer se.</w:t>
      </w:r>
      <w:r>
        <w:br/>
      </w:r>
      <w:r>
        <w:rPr>
          <w:sz w:val="20"/>
        </w:rPr>
        <w:t>1:08:46  Unhon ne jo comment likha hai, woh is tarah hai ke Maulana, for deconditioning of the Muslim community, the first step should be to increase their interaction with other communities and take them out of their ghetto mentality.</w:t>
      </w:r>
      <w:r>
        <w:br/>
      </w:r>
      <w:r>
        <w:rPr>
          <w:sz w:val="20"/>
        </w:rPr>
        <w:t>1:09:03  Maulana, am I right in my thinking?</w:t>
      </w:r>
      <w:r>
        <w:br/>
      </w:r>
      <w:r>
        <w:rPr>
          <w:sz w:val="20"/>
        </w:rPr>
        <w:t>1:09:09  Kya matlab?</w:t>
      </w:r>
      <w:r>
        <w:br/>
      </w:r>
      <w:r>
        <w:rPr>
          <w:sz w:val="20"/>
        </w:rPr>
        <w:t>1:09:11  Maulana, woh yeh keh rahi hain ke Muslim community ki deconditioning ke liye sab se zyada aham cheez jo hai, woh hai ke interaction ho doosri communities ke sath.</w:t>
      </w:r>
      <w:r>
        <w:br/>
      </w:r>
      <w:r>
        <w:rPr>
          <w:sz w:val="20"/>
        </w:rPr>
        <w:t>1:09:21  Isi se ghetto mentality se bahar aayenge woh. Haan, interaction ho, log padhen. Padhna bhi bohat zaroori hai.</w:t>
      </w:r>
      <w:r>
        <w:br/>
      </w:r>
      <w:r>
        <w:rPr>
          <w:sz w:val="20"/>
        </w:rPr>
        <w:t>1:09:31  Study aur interaction dono equ</w:t>
      </w:r>
    </w:p>
    <w:p>
      <w:pPr>
        <w:pStyle w:val="Heading1"/>
      </w:pPr>
      <w:r>
        <w:t>In the lectures (20)</w:t>
      </w:r>
    </w:p>
    <w:p>
      <w:pPr>
        <w:pStyle w:val="Heading2"/>
      </w:pPr>
      <w:r>
        <w:t>From The Spiritual Tree May 30, 2007</w:t>
      </w:r>
    </w:p>
    <w:p>
      <w:r>
        <w:rPr>
          <w:color w:val="666666"/>
          <w:sz w:val="18"/>
        </w:rPr>
        <w:t>24:17 · https://youtu.be/vGj_dsCMv-M?t=1457</w:t>
      </w:r>
    </w:p>
    <w:p>
      <w:r>
        <w:rPr>
          <w:i/>
        </w:rPr>
        <w:t>“lost the”</w:t>
      </w:r>
    </w:p>
    <w:p>
      <w:pPr>
        <w:pStyle w:val="Heading2"/>
      </w:pPr>
      <w:r>
        <w:t>The Reality Behind The Political Interpretation of Islam November 25, 2024</w:t>
      </w:r>
    </w:p>
    <w:p>
      <w:r>
        <w:rPr>
          <w:color w:val="666666"/>
          <w:sz w:val="18"/>
        </w:rPr>
        <w:t>39:41 · https://youtu.be/E6CIcDXuQLQ?t=2381</w:t>
      </w:r>
    </w:p>
    <w:p>
      <w:r>
        <w:rPr>
          <w:i/>
        </w:rPr>
        <w:t>“میں نے کچھ کھو دیا ہے۔ اور وہ جو ہے سمجھ نہیں پا رہا ہے کہ وہ اس کی”</w:t>
      </w:r>
    </w:p>
    <w:p>
      <w:pPr>
        <w:pStyle w:val="Heading2"/>
      </w:pPr>
      <w:r>
        <w:t>Shab-e-Qadr October 7, 2007 Maulana Wahiduddin Khan</w:t>
      </w:r>
    </w:p>
    <w:p>
      <w:r>
        <w:rPr>
          <w:color w:val="666666"/>
          <w:sz w:val="18"/>
        </w:rPr>
        <w:t>15:07 · https://youtu.be/zt3RAKDBu7E?t=907</w:t>
      </w:r>
    </w:p>
    <w:p>
      <w:r>
        <w:rPr>
          <w:i/>
        </w:rPr>
        <w:t>“تو میں بہت زیادہ، مجھے ایک احساس ہوا کہ دیکھو میرا ایک جاننے والا اس دنیا سے چلا گیا۔”</w:t>
      </w:r>
    </w:p>
    <w:p>
      <w:pPr>
        <w:pStyle w:val="Heading2"/>
      </w:pPr>
      <w:r>
        <w:t>Discovering God June 30, 2019 Maulana Wahiduddin Khan</w:t>
      </w:r>
    </w:p>
    <w:p>
      <w:r>
        <w:rPr>
          <w:color w:val="666666"/>
          <w:sz w:val="18"/>
        </w:rPr>
        <w:t>1:17:52 · https://youtu.be/Yt1-eX7XzYU?t=4672</w:t>
      </w:r>
    </w:p>
    <w:p>
      <w:r>
        <w:rPr>
          <w:i/>
        </w:rPr>
        <w:t>“کھویا ہوا انسان۔”</w:t>
      </w:r>
    </w:p>
    <w:p>
      <w:pPr>
        <w:pStyle w:val="Heading2"/>
      </w:pPr>
      <w:r>
        <w:t>Realization of God March 16, 2014 Maulana Wahiduddin Khan</w:t>
      </w:r>
    </w:p>
    <w:p>
      <w:r>
        <w:rPr>
          <w:color w:val="666666"/>
          <w:sz w:val="18"/>
        </w:rPr>
        <w:t>47:21 · https://youtu.be/OA8Apjhruag?t=2841</w:t>
      </w:r>
    </w:p>
    <w:p>
      <w:r>
        <w:rPr>
          <w:i/>
        </w:rPr>
        <w:t>“کیسا عجیب chance تھا جو میں نے کھو دیا۔”</w:t>
      </w:r>
    </w:p>
    <w:p>
      <w:pPr>
        <w:pStyle w:val="Heading2"/>
      </w:pPr>
      <w:r>
        <w:t>From The Spiritual Tree May 30, 2007</w:t>
      </w:r>
    </w:p>
    <w:p>
      <w:r>
        <w:rPr>
          <w:color w:val="666666"/>
          <w:sz w:val="18"/>
        </w:rPr>
        <w:t>9:19 · https://youtu.be/vGj_dsCMv-M?t=559</w:t>
      </w:r>
    </w:p>
    <w:p>
      <w:r>
        <w:rPr>
          <w:i/>
        </w:rPr>
        <w:t>“lose his identity.”</w:t>
      </w:r>
    </w:p>
    <w:p>
      <w:pPr>
        <w:pStyle w:val="Heading2"/>
      </w:pPr>
      <w:r>
        <w:t>Islma A Religion of Peace (English) January 7, 2010</w:t>
      </w:r>
    </w:p>
    <w:p>
      <w:r>
        <w:rPr>
          <w:color w:val="666666"/>
          <w:sz w:val="18"/>
        </w:rPr>
        <w:t>48:35 · https://youtu.be/YKg_GJj8Hvg?t=2915</w:t>
      </w:r>
    </w:p>
    <w:p>
      <w:r>
        <w:rPr>
          <w:i/>
        </w:rPr>
        <w:t>“I feel great sorrow about that.”</w:t>
      </w:r>
    </w:p>
    <w:p>
      <w:pPr>
        <w:pStyle w:val="Heading2"/>
      </w:pPr>
      <w:r>
        <w:t>Islam A Religion of Peace January 7, 2010 Maulana Wahiduddin Khan</w:t>
      </w:r>
    </w:p>
    <w:p>
      <w:r>
        <w:rPr>
          <w:color w:val="666666"/>
          <w:sz w:val="18"/>
        </w:rPr>
        <w:t>48:48 · https://youtu.be/L3qaWEfRY6o?t=2928</w:t>
      </w:r>
    </w:p>
    <w:p>
      <w:r>
        <w:rPr>
          <w:i/>
        </w:rPr>
        <w:t>“I feel great sorrow about that.”</w:t>
      </w:r>
    </w:p>
    <w:p>
      <w:pPr>
        <w:pStyle w:val="Heading2"/>
      </w:pPr>
      <w:r>
        <w:t>On Death June 08, 2014</w:t>
      </w:r>
    </w:p>
    <w:p>
      <w:r>
        <w:rPr>
          <w:color w:val="666666"/>
          <w:sz w:val="18"/>
        </w:rPr>
        <w:t>35:04 · https://youtu.be/p0lSKQ0edmw?t=2104</w:t>
      </w:r>
    </w:p>
    <w:p>
      <w:r>
        <w:rPr>
          <w:i/>
        </w:rPr>
        <w:t>“آہ، کیسا عجیب چانس میں نے کھو دیا۔”</w:t>
      </w:r>
    </w:p>
    <w:p>
      <w:pPr>
        <w:pStyle w:val="Heading2"/>
      </w:pPr>
      <w:r>
        <w:t>The Nigh of Destiny (Shab-e-Qadr) October 7, 2007</w:t>
      </w:r>
    </w:p>
    <w:p>
      <w:r>
        <w:rPr>
          <w:color w:val="666666"/>
          <w:sz w:val="18"/>
        </w:rPr>
        <w:t>14:37 · https://youtu.be/SsDv69B_uDk?t=877</w:t>
      </w:r>
    </w:p>
    <w:p>
      <w:r>
        <w:rPr>
          <w:i/>
        </w:rPr>
        <w:t>“تو میں نے سوچا کہ دیکھیں میرا ایک قریبی جاننے والا آدمی آج مجھ سے چھوٹ گیا۔”</w:t>
      </w:r>
    </w:p>
    <w:p>
      <w:pPr>
        <w:pStyle w:val="Heading2"/>
      </w:pPr>
      <w:r>
        <w:t>Shab-e-Qadr October 7, 2007 Maulana Wahiduddin Khan</w:t>
      </w:r>
    </w:p>
    <w:p>
      <w:r>
        <w:rPr>
          <w:color w:val="666666"/>
          <w:sz w:val="18"/>
        </w:rPr>
        <w:t>14:31 · https://youtu.be/zt3RAKDBu7E?t=871</w:t>
      </w:r>
    </w:p>
    <w:p>
      <w:r>
        <w:rPr>
          <w:i/>
        </w:rPr>
        <w:t>“تو میں نے سوچا کہ دیکھیں میرا ایک قریبی جاننے والا آدمی آج مجھ سے چھوٹ گیا۔”</w:t>
      </w:r>
    </w:p>
    <w:p>
      <w:pPr>
        <w:pStyle w:val="Heading2"/>
      </w:pPr>
      <w:r>
        <w:t>The Belief System of Islam August 01, 2007</w:t>
      </w:r>
    </w:p>
    <w:p>
      <w:r>
        <w:rPr>
          <w:color w:val="666666"/>
          <w:sz w:val="18"/>
        </w:rPr>
        <w:t>35:23 · https://youtu.be/5pdnwRaPfmY?t=2123</w:t>
      </w:r>
    </w:p>
    <w:p>
      <w:r>
        <w:rPr>
          <w:i/>
        </w:rPr>
        <w:t>“Everyone is living with this feeling that I was deprived of happiness.”</w:t>
      </w:r>
    </w:p>
    <w:p>
      <w:pPr>
        <w:pStyle w:val="Heading2"/>
      </w:pPr>
      <w:r>
        <w:t>On World Religions Diversity not Dissension March 9, 2013</w:t>
      </w:r>
    </w:p>
    <w:p>
      <w:r>
        <w:rPr>
          <w:color w:val="666666"/>
          <w:sz w:val="18"/>
        </w:rPr>
        <w:t>9:51 · https://youtu.be/8enJoTTAH5k?t=591</w:t>
      </w:r>
    </w:p>
    <w:p>
      <w:r>
        <w:rPr>
          <w:i/>
        </w:rPr>
        <w:t>“It was a very tragic moment for me.”</w:t>
      </w:r>
    </w:p>
    <w:p>
      <w:pPr>
        <w:pStyle w:val="Heading2"/>
      </w:pPr>
      <w:r>
        <w:t>Why People live in Despair September 2, 2007</w:t>
      </w:r>
    </w:p>
    <w:p>
      <w:r>
        <w:rPr>
          <w:color w:val="666666"/>
          <w:sz w:val="18"/>
        </w:rPr>
        <w:t>41:03 · https://youtu.be/BHfgOfzXf00?t=2463</w:t>
      </w:r>
    </w:p>
    <w:p>
      <w:r>
        <w:rPr>
          <w:i/>
        </w:rPr>
        <w:t>“ایک بہت بڑی اپرچونیٹی کھو رہے ہیں لوگ، میں یہ کہنا چاہتا ہوں۔”</w:t>
      </w:r>
    </w:p>
    <w:p>
      <w:pPr>
        <w:pStyle w:val="Heading2"/>
      </w:pPr>
      <w:r>
        <w:t>Divine Personality April 2, 2014 Maulana Wahiduddin Khan</w:t>
      </w:r>
    </w:p>
    <w:p>
      <w:r>
        <w:rPr>
          <w:color w:val="666666"/>
          <w:sz w:val="18"/>
        </w:rPr>
        <w:t>15:44 · https://youtu.be/4F-V__KFzpA?t=944</w:t>
      </w:r>
    </w:p>
    <w:p>
      <w:r>
        <w:rPr>
          <w:i/>
        </w:rPr>
        <w:t>“there are some sad experiences.”</w:t>
      </w:r>
    </w:p>
    <w:p>
      <w:pPr>
        <w:pStyle w:val="Heading2"/>
      </w:pPr>
      <w:r>
        <w:t>In Conversation with Maulana Wahiduddin Khan English</w:t>
      </w:r>
    </w:p>
    <w:p>
      <w:r>
        <w:rPr>
          <w:color w:val="666666"/>
          <w:sz w:val="18"/>
        </w:rPr>
        <w:t>32:01 · https://youtu.be/QZrkP8Z3Fv8?t=1921</w:t>
      </w:r>
    </w:p>
    <w:p>
      <w:r>
        <w:rPr>
          <w:i/>
        </w:rPr>
        <w:t>“lost their purity.”</w:t>
      </w:r>
    </w:p>
    <w:p>
      <w:pPr>
        <w:pStyle w:val="Heading2"/>
      </w:pPr>
      <w:r>
        <w:t>Why People Live in Despair September 2, 2007 Maulana Wahiduddin Khan</w:t>
      </w:r>
    </w:p>
    <w:p>
      <w:r>
        <w:rPr>
          <w:color w:val="666666"/>
          <w:sz w:val="18"/>
        </w:rPr>
        <w:t>41:14 · https://youtu.be/1Wxz28OJh9c?t=2474</w:t>
      </w:r>
    </w:p>
    <w:p>
      <w:r>
        <w:rPr>
          <w:i/>
        </w:rPr>
        <w:t>“ایک بہت بڑی opportunity کھو رہے ہیں لوگ، میں یہ کہنا چاہتا ہوں۔”</w:t>
      </w:r>
    </w:p>
    <w:p>
      <w:pPr>
        <w:pStyle w:val="Heading2"/>
      </w:pPr>
      <w:r>
        <w:t>Q&amp;A 09 Mar 2008 Maulana Wahiduddin Khan</w:t>
      </w:r>
    </w:p>
    <w:p>
      <w:r>
        <w:rPr>
          <w:color w:val="666666"/>
          <w:sz w:val="18"/>
        </w:rPr>
        <w:t>20:08 · https://youtu.be/qE__fts05yw?t=1208</w:t>
      </w:r>
    </w:p>
    <w:p>
      <w:r>
        <w:rPr>
          <w:i/>
        </w:rPr>
        <w:t>“تو یہ ہے انسان سے سمپتھی ہم نے کھو دی ہے۔”</w:t>
      </w:r>
    </w:p>
    <w:p>
      <w:pPr>
        <w:pStyle w:val="Heading2"/>
      </w:pPr>
      <w:r>
        <w:t>Man with A Mission June 5, 2007</w:t>
      </w:r>
    </w:p>
    <w:p>
      <w:r>
        <w:rPr>
          <w:color w:val="666666"/>
          <w:sz w:val="18"/>
        </w:rPr>
        <w:t>55:03 · https://youtu.be/k9ynSc1YB8o?t=3303</w:t>
      </w:r>
    </w:p>
    <w:p>
      <w:r>
        <w:rPr>
          <w:i/>
        </w:rPr>
        <w:t>“یہ گم ہو گیا۔”</w:t>
      </w:r>
    </w:p>
    <w:p>
      <w:pPr>
        <w:pStyle w:val="Heading2"/>
      </w:pPr>
      <w:r>
        <w:t>Story of the Prophet Yusuf May 11, 2014 Maulana Wahiduddin Khan</w:t>
      </w:r>
    </w:p>
    <w:p>
      <w:r>
        <w:rPr>
          <w:color w:val="666666"/>
          <w:sz w:val="18"/>
        </w:rPr>
        <w:t>44:44 · https://youtu.be/2alsBthUWhw?t=2684</w:t>
      </w:r>
    </w:p>
    <w:p>
      <w:r>
        <w:rPr>
          <w:i/>
        </w:rPr>
        <w:t>“mine was a case of missed opportunity۔”</w:t>
      </w:r>
    </w:p>
    <w:p>
      <w:pPr>
        <w:pStyle w:val="Heading1"/>
      </w:pPr>
      <w:r>
        <w:t>Clips (13)</w:t>
      </w:r>
    </w:p>
    <w:p>
      <w:pPr>
        <w:pStyle w:val="Heading2"/>
      </w:pPr>
      <w:r>
        <w:t>Modern man's spiritual crisis and the real missing link</w:t>
      </w:r>
    </w:p>
    <w:p>
      <w:r>
        <w:rPr>
          <w:color w:val="666666"/>
          <w:sz w:val="18"/>
        </w:rPr>
        <w:t>The Reality Behind The Political Interpretation of Islam November 25, 2024 · 3m 30s · at 37:29 · https://youtu.be/E6CIcDXuQLQ?t=2249</w:t>
      </w:r>
    </w:p>
    <w:p>
      <w:r>
        <w:rPr>
          <w:i/>
        </w:rPr>
        <w:t>“Modern comforts came, but something is still deeply missing”</w:t>
      </w:r>
    </w:p>
    <w:p>
      <w:r>
        <w:rPr>
          <w:sz w:val="20"/>
        </w:rPr>
        <w:t>37:29  aur non muslim world mein jo hai in par pabandiyan laga di gayeen. to poori dunya ke muslim state ho ya non muslim state, wahan par aap dekhen naujawanon ki aik</w:t>
      </w:r>
      <w:r>
        <w:br/>
      </w:r>
      <w:r>
        <w:rPr>
          <w:sz w:val="20"/>
        </w:rPr>
        <w:t>37:38  aisay naujawanon ki aik bari bheer hai jinhon ne is political ta'abeer ke liye kaam kiya. pehlay to unhon ne khuda ko khoya, us ke baad apni family ko bhi khoya.</w:t>
      </w:r>
      <w:r>
        <w:br/>
      </w:r>
      <w:r>
        <w:rPr>
          <w:sz w:val="20"/>
        </w:rPr>
        <w:t>37:47  aur apni job ko bhi khoya. aur jo hai koi bees saal, koi tees saal se jo hai jailon mein paray huay hain. arab world mein bhi aisay hi hai aur doosray mulkon mein bhi yeh hai. to yeh to khusrat dunya wal akhirat jis ko quran mein kaha gaya keh dunya bhi gayi aur akhirat bhi gayi.</w:t>
      </w:r>
      <w:r>
        <w:br/>
      </w:r>
      <w:r>
        <w:rPr>
          <w:sz w:val="20"/>
        </w:rPr>
        <w:t>38:00  yaani na khuda hi mila, na wasal sanam. yeh un ka maamla ho gaya. to ab bohat ziyada jo hai is baat ko samajhnay ki zaroorat hai.</w:t>
      </w:r>
      <w:r>
        <w:br/>
      </w:r>
      <w:r>
        <w:rPr>
          <w:sz w:val="20"/>
        </w:rPr>
        <w:t>38:08  haalaat</w:t>
      </w:r>
      <w:r>
        <w:br/>
      </w:r>
      <w:r>
        <w:rPr>
          <w:sz w:val="20"/>
        </w:rPr>
        <w:t>38:09  yeh bata rahay hain keh jab tak is ko disown na kiya jaye aur musalmanon ko yeh na bataya jaye keh yeh political ta'abeer tumhari dunya aur akhirat ke liye kitni ziyada harmful hai, kitna ziyada is ka nuqsaan hai.</w:t>
      </w:r>
      <w:r>
        <w:br/>
      </w:r>
      <w:r>
        <w:rPr>
          <w:sz w:val="20"/>
        </w:rPr>
        <w:t>38:22  aik to jo hai muslim world jo hai</w:t>
      </w:r>
      <w:r>
        <w:br/>
      </w:r>
      <w:r>
        <w:rPr>
          <w:sz w:val="20"/>
        </w:rPr>
        <w:t>38:25  d-establish hota hai is se. aur non Muslim world ke andar Islam ka aik bad message jata hai aur Islamic activities jo hai wahan par aik taboo ban jati hain.</w:t>
      </w:r>
      <w:r>
        <w:br/>
      </w:r>
      <w:r>
        <w:rPr>
          <w:sz w:val="20"/>
        </w:rPr>
        <w:t>38:33  to log yeh samajhte hain ke harmony kharab ho jayegi. yeh log jo hai california ko jo hai khilifornia kehte hain. is ke hamilin yeh kehte hain ke california jo hai asal mein khilifornia yani yeh khilafat ka aik yeh hai shehar hai.</w:t>
      </w:r>
      <w:r>
        <w:br/>
      </w:r>
      <w:r>
        <w:rPr>
          <w:sz w:val="20"/>
        </w:rPr>
        <w:t>38:46  asal mein woh California tha. is had tak jo hai in ka madness peh</w:t>
      </w:r>
      <w:r>
        <w:br/>
      </w:r>
      <w:r>
        <w:rPr>
          <w:sz w:val="20"/>
        </w:rPr>
        <w:t>38:50  chata hai. to ab dunya ke andar jo hai islam ka jo matlab hai political hamla logon par, jo log political seat par qaim hain, un ko hata kar jo hai apna wahan par maqam banana.</w:t>
      </w:r>
      <w:r>
        <w:br/>
      </w:r>
      <w:r>
        <w:rPr>
          <w:sz w:val="20"/>
        </w:rPr>
        <w:t>39:06  yeh hi jo hai islam ka mafhoom samjha jata hai. halanke dunya ab jis daur mein dakhil ho chuki hai woh spiritual crisis hai. rohani zarooraton mein insan jo hai poori tarah jo hai ab is ki zaroorat mehsoos kar raha hai.</w:t>
      </w:r>
      <w:r>
        <w:br/>
      </w:r>
      <w:r>
        <w:rPr>
          <w:sz w:val="20"/>
        </w:rPr>
        <w:t>39:19  yani insanon ko jo hai jaisa ke maine shuru mein bataya ke modern communities milein, behtareen un ko ghar mile, behtareen vehicles mile, behtareen un ko jo hai education mili.</w:t>
      </w:r>
      <w:r>
        <w:br/>
      </w:r>
      <w:r>
        <w:rPr>
          <w:sz w:val="20"/>
        </w:rPr>
        <w:t>39:31  har cheez ki nematon mein insan jo hai ab nahaya hua hai. to is nahaye hue insan ko jo sab se zyada zaroorat mehsoos ho rahi hai woh jo miss kar raha hai, missing link is ka jo hai woh miss hai.</w:t>
      </w:r>
      <w:r>
        <w:br/>
      </w:r>
      <w:r>
        <w:rPr>
          <w:sz w:val="20"/>
        </w:rPr>
        <w:t>39:41  maine kuch kho diya hai. aur woh jo hai samajh nahi pa raha hai ke woh is ki</w:t>
      </w:r>
      <w:r>
        <w:br/>
      </w:r>
      <w:r>
        <w:rPr>
          <w:sz w:val="20"/>
        </w:rPr>
        <w:t>39:46  missing kya hai. woh hai khuda se walhana taluq, khuda ke deen ka ilm aur khuda se jo hai lagao, creation plan se waqifiyat, jannat ko jo hai apna goal banana.</w:t>
      </w:r>
      <w:r>
        <w:br/>
      </w:r>
      <w:r>
        <w:rPr>
          <w:sz w:val="20"/>
        </w:rPr>
        <w:t>39:57  aah insan jo hai jannat ke baghair aah aise hi hai jaise machhli pani ke bahar. to insan jo hai sari nematon ke bawajood aaj jo hai machhli ki tarah aah tar</w:t>
      </w:r>
      <w:r>
        <w:br/>
      </w:r>
      <w:r>
        <w:rPr>
          <w:sz w:val="20"/>
        </w:rPr>
        <w:t>40:08  par raha hai. to is political taabeer ki wajah se log yeh samajhte hain ke so and so movement mein shayad hamara jawab hai. aur woh jo hai aisi tehrikon aur aise organizations mein jo hai apna jawab talash karne mein in ki wandering barhti ja rahi hai.</w:t>
      </w:r>
      <w:r>
        <w:br/>
      </w:r>
      <w:r>
        <w:rPr>
          <w:sz w:val="20"/>
        </w:rPr>
        <w:t>40:22  to ab zaroorat yeh hai ke insan ke is spiritual crisis ko address kiya jaye. aur un ko bataya jaye ke aap aah itni modern amenities ke beech mein aah pareshan kyun hain</w:t>
      </w:r>
      <w:r>
        <w:br/>
      </w:r>
      <w:r>
        <w:rPr>
          <w:sz w:val="20"/>
        </w:rPr>
        <w:t>40:33  ? is pareshani ko khatam karne ka wahid zariya yeh hai ke khuda se in ka link joda jaye aur un ko creation plan aur paradise un ki destination hai.</w:t>
      </w:r>
      <w:r>
        <w:br/>
      </w:r>
      <w:r>
        <w:rPr>
          <w:sz w:val="20"/>
        </w:rPr>
        <w:t>40:41  is se waqif karaya jaye. is ke ilawa hum jo bhi karein ge sirf aur sirf jo hai muslim world aur non muslim world dono ko jo hai bohat hi aah backward aur jo hai bohat hi buri halat tak woh pohncha dene wala hai.</w:t>
      </w:r>
      <w:r>
        <w:br/>
      </w:r>
      <w:r>
        <w:rPr>
          <w:sz w:val="20"/>
        </w:rPr>
        <w:t>40:56  to main samajhta hoon ke jo hai aap ka sawal address ho gaya hoga.</w:t>
      </w:r>
    </w:p>
    <w:p>
      <w:pPr>
        <w:pStyle w:val="Heading2"/>
      </w:pPr>
      <w:r>
        <w:t>Price of paradise and missed opportunity</w:t>
      </w:r>
    </w:p>
    <w:p>
      <w:r>
        <w:rPr>
          <w:color w:val="666666"/>
          <w:sz w:val="18"/>
        </w:rPr>
        <w:t>Realization of God March 16, 2014 Maulana Wahiduddin Khan · 5m 52s · at 41:37 · https://youtu.be/OA8Apjhruag?t=2497</w:t>
      </w:r>
    </w:p>
    <w:p>
      <w:r>
        <w:rPr>
          <w:i/>
        </w:rPr>
        <w:t>“جنت کے بارے میں آتا ہے کہ قرآن میں کسی انسان کو”</w:t>
      </w:r>
    </w:p>
    <w:p>
      <w:r>
        <w:rPr>
          <w:sz w:val="20"/>
        </w:rPr>
        <w:t>41:37  jannat ke baray mein aata hai.</w:t>
      </w:r>
      <w:r>
        <w:br/>
      </w:r>
      <w:r>
        <w:rPr>
          <w:sz w:val="20"/>
        </w:rPr>
        <w:t>41:43  ke quran mein</w:t>
      </w:r>
      <w:r>
        <w:br/>
      </w:r>
      <w:r>
        <w:rPr>
          <w:sz w:val="20"/>
        </w:rPr>
        <w:t>41:54  kisi insan ko khabar nahi ke kya jannat mein thandak rakhi gayi hai. Aap ghor kijiye ke aisi dunya jo ideal world ho jis mein har cheez perfect ho woh kaisi ajeeb o ghareeb cheez hogi.</w:t>
      </w:r>
      <w:r>
        <w:br/>
      </w:r>
      <w:r>
        <w:rPr>
          <w:sz w:val="20"/>
        </w:rPr>
        <w:t>42:07  hadith mein aata hai ke la</w:t>
      </w:r>
      <w:r>
        <w:br/>
      </w:r>
      <w:r>
        <w:rPr>
          <w:sz w:val="20"/>
        </w:rPr>
        <w:t>42:14  jis jis ko kisi ne dekha nahi kisi ne socha nahi. To main soch raha tha ke itni qeemti cheez jo jannat hai us ki qeemat kya hai? Kaise milegi insan ko?</w:t>
      </w:r>
      <w:r>
        <w:br/>
      </w:r>
      <w:r>
        <w:rPr>
          <w:sz w:val="20"/>
        </w:rPr>
        <w:t>42:26  hamare paas to koi is ka price dene ke liye koi cheez nahi hai. To kaise hum jannat payenge? Yeh main soch raha tha.</w:t>
      </w:r>
      <w:r>
        <w:br/>
      </w:r>
      <w:r>
        <w:rPr>
          <w:sz w:val="20"/>
        </w:rPr>
        <w:t>42:37  yani what is the price of paradise?</w:t>
      </w:r>
      <w:r>
        <w:br/>
      </w:r>
      <w:r>
        <w:rPr>
          <w:sz w:val="20"/>
        </w:rPr>
        <w:t>42:43  To quran ki ek ayat mein mujhe is ka jawab mila.</w:t>
      </w:r>
      <w:r>
        <w:br/>
      </w:r>
      <w:r>
        <w:rPr>
          <w:sz w:val="20"/>
        </w:rPr>
        <w:t>42:56  yani jannat mein dakhila un ko milega jinhon ne jannat ki marifat hasil ki ho. Aur jannat ki marifat ka matlab kya hai? Jannat ke khaliq ki marifat.</w:t>
      </w:r>
      <w:r>
        <w:br/>
      </w:r>
      <w:r>
        <w:rPr>
          <w:sz w:val="20"/>
        </w:rPr>
        <w:t>43:06  Jannat ki marifat kya hai? Agar khaliq na ho to jannat ka koi wajood nahi. Khaliq hai to jannat hai.</w:t>
      </w:r>
      <w:r>
        <w:br/>
      </w:r>
      <w:r>
        <w:rPr>
          <w:sz w:val="20"/>
        </w:rPr>
        <w:t>43:15  Khaliq nahi hai to jannat bhi nahi. Yani jannat ko wajood mein lane ke liye ek khaliq chahiye. Phir jannat ko baqi rakhne ke liye bhi ek khaliq chahiye.</w:t>
      </w:r>
      <w:r>
        <w:br/>
      </w:r>
      <w:r>
        <w:rPr>
          <w:sz w:val="20"/>
        </w:rPr>
        <w:t>43:26  Jannat jo eternally maujood hai to us ke liye ek khaliq chahiye. Rab ul alameen chahiye.</w:t>
      </w:r>
      <w:r>
        <w:br/>
      </w:r>
      <w:r>
        <w:rPr>
          <w:sz w:val="20"/>
        </w:rPr>
        <w:t>43:38  Yani khaliq ke baghair jannat nahi. To jannat ki marifat jo kara di hai jannat ki marifat ke maani kya hain?</w:t>
      </w:r>
      <w:r>
        <w:br/>
      </w:r>
      <w:r>
        <w:rPr>
          <w:sz w:val="20"/>
        </w:rPr>
        <w:t>43:46  Khaliq hai jannat ki marifat.</w:t>
      </w:r>
      <w:r>
        <w:br/>
      </w:r>
      <w:r>
        <w:rPr>
          <w:sz w:val="20"/>
        </w:rPr>
        <w:t>43:52  To yeh jo maine baatein arz keen. Yeh yeh baatein jo arz keen ke yeh dunya Allah taala ne banai hai apne taaruf ke liye ke dunya mein pehchano Rab ul alameen ko.</w:t>
      </w:r>
      <w:r>
        <w:br/>
      </w:r>
      <w:r>
        <w:rPr>
          <w:sz w:val="20"/>
        </w:rPr>
        <w:t>44:06  Aur marifat hasil karo. Yahi tumhari jannat ka ticket hai.</w:t>
      </w:r>
      <w:r>
        <w:br/>
      </w:r>
      <w:r>
        <w:rPr>
          <w:sz w:val="20"/>
        </w:rPr>
        <w:t>44:14  Logon ne ajeeb ghareeb bana rakha hai. Koi samajhta hai ke saat tasbeeh parh lo to jannat hai. Koi samajhta hai ke kisi ka daman phaar sambhal pakad lo to jannat hai.</w:t>
      </w:r>
      <w:r>
        <w:br/>
      </w:r>
      <w:r>
        <w:rPr>
          <w:sz w:val="20"/>
        </w:rPr>
        <w:t>44:28  Ajeeb ghareeb qism ki cheezon ko logon ne sambhal rakha hai ke aisa kar do jannat waisa kar do jannat. Yaad rakhiye jannat ki qeemat sirf yeh hai.</w:t>
      </w:r>
      <w:r>
        <w:br/>
      </w:r>
      <w:r>
        <w:rPr>
          <w:sz w:val="20"/>
        </w:rPr>
        <w:t>44:37  Ek hai woh hai Allah ki marifat.</w:t>
      </w:r>
      <w:r>
        <w:br/>
      </w:r>
      <w:r>
        <w:rPr>
          <w:sz w:val="20"/>
        </w:rPr>
        <w:t>44:43  Aur koi jannat ki qeemat nahi hai.</w:t>
      </w:r>
      <w:r>
        <w:br/>
      </w:r>
      <w:r>
        <w:rPr>
          <w:sz w:val="20"/>
        </w:rPr>
        <w:t>44:51  Man kan fiha ama fawfi al-akhirah ama ka matlab kya hai? Jisko dunya mein yani yani word of creation jo hai yeh is mein creator ki marifat hasil nahi hui.</w:t>
      </w:r>
      <w:r>
        <w:br/>
      </w:r>
      <w:r>
        <w:rPr>
          <w:sz w:val="20"/>
        </w:rPr>
        <w:t>45:03  To wahan woh andha behra hoga. Us ke liye na jannat hai na kuch hai na kuch hai. To sab se bari cheez jannat hai. Aur aur jannat ka khaliq jo hai us ki marifat hogi tab jannat milegi.</w:t>
      </w:r>
      <w:r>
        <w:br/>
      </w:r>
      <w:r>
        <w:rPr>
          <w:sz w:val="20"/>
        </w:rPr>
        <w:t>45:20  Ab main aap ko isi taraf phir le jata hoon jo maine shuru mein kaha tha. Ke apne aap ko itna prepare kijiye. Ke aap ka mind trigger ho sake.</w:t>
      </w:r>
      <w:r>
        <w:br/>
      </w:r>
      <w:r>
        <w:rPr>
          <w:sz w:val="20"/>
        </w:rPr>
        <w:t>45:34  Kyunke har subah shaam har lamha aise waqiat paish aate hain.</w:t>
      </w:r>
      <w:r>
        <w:br/>
      </w:r>
      <w:r>
        <w:rPr>
          <w:sz w:val="20"/>
        </w:rPr>
        <w:t>45:42  Jin mein agar aap ka mind trigger ho jaye. To ajeeb ghareeb tareeqe par aap ko marifat hasil ho jayegi.</w:t>
      </w:r>
      <w:r>
        <w:br/>
      </w:r>
      <w:r>
        <w:rPr>
          <w:sz w:val="20"/>
        </w:rPr>
        <w:t>45:53  Ek arab shayar ne kaha tha ke wa fi kulli shay'in lahu ayatun tadullu 'ala annahu al-wahid yani har cheez mein nishani hai jo batati hai ke Allah ek hai.</w:t>
      </w:r>
      <w:r>
        <w:br/>
      </w:r>
      <w:r>
        <w:rPr>
          <w:sz w:val="20"/>
        </w:rPr>
        <w:t>46:07  lekin woh nishani bol to nahi rahi.</w:t>
      </w:r>
      <w:r>
        <w:br/>
      </w:r>
      <w:r>
        <w:rPr>
          <w:sz w:val="20"/>
        </w:rPr>
        <w:t>46:12  koi cheez bol to nahi rahi hai. aap is se extract karte hain. aap ise nikalte hain.</w:t>
      </w:r>
      <w:r>
        <w:br/>
      </w:r>
      <w:r>
        <w:rPr>
          <w:sz w:val="20"/>
        </w:rPr>
        <w:t>46:22  lekin extract kab kar payenge aap? jab aap itna prepare hon aap ke aap ka mind trigger ho sake. to apne andar</w:t>
      </w:r>
      <w:r>
        <w:br/>
      </w:r>
      <w:r>
        <w:rPr>
          <w:sz w:val="20"/>
        </w:rPr>
        <w:t>46:34  yeh sab cheezein paida kijiye.</w:t>
      </w:r>
      <w:r>
        <w:br/>
      </w:r>
      <w:r>
        <w:rPr>
          <w:sz w:val="20"/>
        </w:rPr>
        <w:t>46:42  meri dua hai ke Allah taala</w:t>
      </w:r>
      <w:r>
        <w:br/>
      </w:r>
      <w:r>
        <w:rPr>
          <w:sz w:val="20"/>
        </w:rPr>
        <w:t>46:48  hamari madad farmaye. main aksar sochta hoon ke itni ajeeb ghareeb duniya hamein di hai Allah taala ne. jis mein marifat ka saman tha. is mein rohani irtaqa ka saman tha.</w:t>
      </w:r>
      <w:r>
        <w:br/>
      </w:r>
      <w:r>
        <w:rPr>
          <w:sz w:val="20"/>
        </w:rPr>
        <w:t>47:02  aur is mein hum bekhabari mein jee rahe hain. to marne ke baad main aksar sochta hoon ke har aadmi kya sochega?</w:t>
      </w:r>
      <w:r>
        <w:br/>
      </w:r>
      <w:r>
        <w:rPr>
          <w:sz w:val="20"/>
        </w:rPr>
        <w:t>47:11  har aadmi yeh sochega ke mind was a case of missed opportunity. mind was a case of missed opportunity.</w:t>
      </w:r>
      <w:r>
        <w:br/>
      </w:r>
      <w:r>
        <w:rPr>
          <w:sz w:val="20"/>
        </w:rPr>
        <w:t>47:21  kaisa ajeeb chance tha jo maine kho diya.</w:t>
      </w:r>
    </w:p>
    <w:p>
      <w:pPr>
        <w:pStyle w:val="Heading2"/>
      </w:pPr>
      <w:r>
        <w:t>The regret of a missed opportunity after death</w:t>
      </w:r>
    </w:p>
    <w:p>
      <w:r>
        <w:rPr>
          <w:color w:val="666666"/>
          <w:sz w:val="18"/>
        </w:rPr>
        <w:t>On Death June 08, 2014 · 36s · at 34:50 · https://youtu.be/p0lSKQ0edmw?t=2090</w:t>
      </w:r>
    </w:p>
    <w:p>
      <w:r>
        <w:rPr>
          <w:i/>
        </w:rPr>
        <w:t>“Aah, kaisa ajeeb chance maine kho diya”</w:t>
      </w:r>
    </w:p>
    <w:p>
      <w:r>
        <w:rPr>
          <w:sz w:val="20"/>
        </w:rPr>
        <w:t>34:50  to is hasrat ko aap billion time badhaiye, trillion time badhaiye. tab aap samajh payenge ke maut ke baad insaan ko hasrat hogi.</w:t>
      </w:r>
      <w:r>
        <w:br/>
      </w:r>
      <w:r>
        <w:rPr>
          <w:sz w:val="20"/>
        </w:rPr>
        <w:t>35:04  aah, kaisa ajeeb chance maine kho diya.</w:t>
      </w:r>
      <w:r>
        <w:br/>
      </w:r>
      <w:r>
        <w:rPr>
          <w:sz w:val="20"/>
        </w:rPr>
        <w:t>35:10  to mein aksar yeh sochta rehta hoon ke aadmi kahega ke "Mine was a case of missed opportunity."</w:t>
      </w:r>
      <w:r>
        <w:br/>
      </w:r>
      <w:r>
        <w:rPr>
          <w:sz w:val="20"/>
        </w:rPr>
        <w:t>35:20  "Mine was a case of missed opportunity."</w:t>
      </w:r>
    </w:p>
    <w:p>
      <w:pPr>
        <w:pStyle w:val="Heading2"/>
      </w:pPr>
      <w:r>
        <w:t>Maulana's journey from doubt to choosing Islam</w:t>
      </w:r>
    </w:p>
    <w:p>
      <w:r>
        <w:rPr>
          <w:color w:val="666666"/>
          <w:sz w:val="18"/>
        </w:rPr>
        <w:t>On World Religions Diversity not Dissension March 9, 2013 · 2m 47s · at 9:03 · https://youtu.be/8enJoTTAH5k?t=543</w:t>
      </w:r>
    </w:p>
    <w:p>
      <w:r>
        <w:rPr>
          <w:i/>
        </w:rPr>
        <w:t>“I was born in a Muslim family, but I had doubts”</w:t>
      </w:r>
    </w:p>
    <w:p>
      <w:r>
        <w:rPr>
          <w:sz w:val="20"/>
        </w:rPr>
        <w:t>9:03  I was born in a Muslim family. My education, my upbringing, was on the traditional lines.</w:t>
      </w:r>
      <w:r>
        <w:br/>
      </w:r>
      <w:r>
        <w:rPr>
          <w:sz w:val="20"/>
        </w:rPr>
        <w:t>9:22  But when I reached the age of maturity, I developed doubts. I discovered that I am a seeker and was sad with that version of Islam that</w:t>
      </w:r>
      <w:r>
        <w:br/>
      </w:r>
      <w:r>
        <w:rPr>
          <w:sz w:val="20"/>
        </w:rPr>
        <w:t>9:45  I experienced in masjid, in madrasa, and in Muslim society.</w:t>
      </w:r>
      <w:r>
        <w:br/>
      </w:r>
      <w:r>
        <w:rPr>
          <w:sz w:val="20"/>
        </w:rPr>
        <w:t>9:51  It was a very tragic moment for me.</w:t>
      </w:r>
      <w:r>
        <w:br/>
      </w:r>
      <w:r>
        <w:rPr>
          <w:sz w:val="20"/>
        </w:rPr>
        <w:t>10:00  Then, unbelievably, an event happened.</w:t>
      </w:r>
      <w:r>
        <w:br/>
      </w:r>
      <w:r>
        <w:rPr>
          <w:sz w:val="20"/>
        </w:rPr>
        <w:t>10:10  At that time, I decided to study all those details about religion, spirituality, philosophy, to discover the answer of my natu</w:t>
      </w:r>
      <w:r>
        <w:br/>
      </w:r>
      <w:r>
        <w:rPr>
          <w:sz w:val="20"/>
        </w:rPr>
        <w:t>10:29  re. It is very interesting that at this juncture, I read some of Swami Gandha's work, especially letters of Swami Vivekananda.</w:t>
      </w:r>
      <w:r>
        <w:br/>
      </w:r>
      <w:r>
        <w:rPr>
          <w:sz w:val="20"/>
        </w:rPr>
        <w:t>10:49  In this book, there is a letter number 175</w:t>
      </w:r>
      <w:r>
        <w:br/>
      </w:r>
      <w:r>
        <w:rPr>
          <w:sz w:val="20"/>
        </w:rPr>
        <w:t>10:57  . In this letter, Swamiji had mentioned Islam in very shiny words.</w:t>
      </w:r>
      <w:r>
        <w:br/>
      </w:r>
      <w:r>
        <w:rPr>
          <w:sz w:val="20"/>
        </w:rPr>
        <w:t>11:07  This triggered my mind.</w:t>
      </w:r>
      <w:r>
        <w:br/>
      </w:r>
      <w:r>
        <w:rPr>
          <w:sz w:val="20"/>
        </w:rPr>
        <w:t>11:13  This mention of Swami Vivekananda triggered my mind. I decided to restudy Islam.</w:t>
      </w:r>
      <w:r>
        <w:br/>
      </w:r>
      <w:r>
        <w:rPr>
          <w:sz w:val="20"/>
        </w:rPr>
        <w:t>11:21  It was a very interesting study.</w:t>
      </w:r>
      <w:r>
        <w:br/>
      </w:r>
      <w:r>
        <w:rPr>
          <w:sz w:val="20"/>
        </w:rPr>
        <w:t>11:25  So what happened after a long study of Quran and Sunnah, another relevant teacher, I discovered that Islam was my choice, although it was not my birth religion.</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why Islam is the only preserved authentic religion</w:t>
      </w:r>
    </w:p>
    <w:p>
      <w:r>
        <w:rPr>
          <w:color w:val="666666"/>
          <w:sz w:val="18"/>
        </w:rPr>
        <w:t>In Conversation with Maulana Wahiduddin Khan English · 2m 32s · at 31:08 · https://youtu.be/QZrkP8Z3Fv8?t=1868</w:t>
      </w:r>
    </w:p>
    <w:p>
      <w:r>
        <w:rPr>
          <w:i/>
        </w:rPr>
        <w:t>“It is not a question of only Islam”</w:t>
      </w:r>
    </w:p>
    <w:p>
      <w:r>
        <w:rPr>
          <w:sz w:val="20"/>
        </w:rPr>
        <w:t>31:08  Maulana, all religions teach their followers to do good deeds. Then, why should a person follow only</w:t>
      </w:r>
      <w:r>
        <w:br/>
      </w:r>
      <w:r>
        <w:rPr>
          <w:sz w:val="20"/>
        </w:rPr>
        <w:t>31:14  Islam? Can he not follow any religion? It is not a question of only Islam. It is a question of authentic religion.</w:t>
      </w:r>
      <w:r>
        <w:br/>
      </w:r>
      <w:r>
        <w:rPr>
          <w:sz w:val="20"/>
        </w:rPr>
        <w:t>31:27  You know, according to the Islamic teachings, all religions are equal.</w:t>
      </w:r>
      <w:r>
        <w:br/>
      </w:r>
      <w:r>
        <w:rPr>
          <w:sz w:val="20"/>
        </w:rPr>
        <w:t>31:37  Originally,</w:t>
      </w:r>
      <w:r>
        <w:br/>
      </w:r>
      <w:r>
        <w:rPr>
          <w:sz w:val="20"/>
        </w:rPr>
        <w:t>31:42  every religion was one and the same. But what happened? In the later days, there were some perversions, some alterations.</w:t>
      </w:r>
      <w:r>
        <w:br/>
      </w:r>
      <w:r>
        <w:rPr>
          <w:sz w:val="20"/>
        </w:rPr>
        <w:t>31:57  So, other religions</w:t>
      </w:r>
      <w:r>
        <w:br/>
      </w:r>
      <w:r>
        <w:rPr>
          <w:sz w:val="20"/>
        </w:rPr>
        <w:t>32:01  lost their purity.</w:t>
      </w:r>
      <w:r>
        <w:br/>
      </w:r>
      <w:r>
        <w:rPr>
          <w:sz w:val="20"/>
        </w:rPr>
        <w:t>32:05  So, now only Islam is preserved in its original form. No religion other than Islam is preserved in its original form.</w:t>
      </w:r>
      <w:r>
        <w:br/>
      </w:r>
      <w:r>
        <w:rPr>
          <w:sz w:val="20"/>
        </w:rPr>
        <w:t>32:20  So, Islam is the source of authentic guidance. So, Islam is the only authentic relig</w:t>
      </w:r>
      <w:r>
        <w:br/>
      </w:r>
      <w:r>
        <w:rPr>
          <w:sz w:val="20"/>
        </w:rPr>
        <w:t>32:30  ion. So, everyone who wants to know what was the divine guidance, so he has no choice other than to study the Qur'an.</w:t>
      </w:r>
      <w:r>
        <w:br/>
      </w:r>
      <w:r>
        <w:rPr>
          <w:sz w:val="20"/>
        </w:rPr>
        <w:t>32:43  Because the Qur'an is the only book, the only divine book, the only revealed book that is preserved in its original form.</w:t>
      </w:r>
      <w:r>
        <w:br/>
      </w:r>
      <w:r>
        <w:rPr>
          <w:sz w:val="20"/>
        </w:rPr>
        <w:t>32:52  So, this question is not superior. This question is only a question of historical authenticity.</w:t>
      </w:r>
      <w:r>
        <w:br/>
      </w:r>
      <w:r>
        <w:rPr>
          <w:sz w:val="20"/>
        </w:rPr>
        <w:t>33:05  As it is a fact that</w:t>
      </w:r>
      <w:r>
        <w:br/>
      </w:r>
      <w:r>
        <w:rPr>
          <w:sz w:val="20"/>
        </w:rPr>
        <w:t>33:11  Islamic text is preserved in its original form,</w:t>
      </w:r>
      <w:r>
        <w:br/>
      </w:r>
      <w:r>
        <w:rPr>
          <w:sz w:val="20"/>
        </w:rPr>
        <w:t>33:16  so I can say that the Qur'an is the only authentic book. The authentic book.</w:t>
      </w:r>
      <w:r>
        <w:br/>
      </w:r>
      <w:r>
        <w:rPr>
          <w:sz w:val="20"/>
        </w:rPr>
        <w:t>33:25  Other books are not authentic. So, this is the reason. The reason is based on authenticity rather than anything else.</w:t>
      </w:r>
    </w:p>
    <w:p>
      <w:pPr>
        <w:pStyle w:val="Heading2"/>
      </w:pPr>
      <w:r>
        <w:t>Simple living is the price of real conversation</w:t>
      </w:r>
    </w:p>
    <w:p>
      <w:r>
        <w:rPr>
          <w:color w:val="666666"/>
          <w:sz w:val="18"/>
        </w:rPr>
        <w:t>Why People Live in Despair September 2, 2007 Maulana Wahiduddin Khan · 1m 43s · at 39:56 · https://youtu.be/1Wxz28OJh9c?t=2396</w:t>
      </w:r>
    </w:p>
    <w:p>
      <w:r>
        <w:rPr>
          <w:i/>
        </w:rPr>
        <w:t>“فیملی کو intellectual partner بنانے کی ایک شرط ہے”</w:t>
      </w:r>
    </w:p>
    <w:p>
      <w:r>
        <w:rPr>
          <w:sz w:val="20"/>
        </w:rPr>
        <w:t>39:56  maine un se ye bhi kaha ke dekhiye, family ke members ko apna intellectual partner banane ke liye ek ek bohat hi yani ek ek condition hai.</w:t>
      </w:r>
      <w:r>
        <w:br/>
      </w:r>
      <w:r>
        <w:rPr>
          <w:sz w:val="20"/>
        </w:rPr>
        <w:t>40:10  woh condition kya hai? Simplicity, simple living. agar aap is par razi nahi hain to kabhi bhi aap exchange nahi kar sakenge.</w:t>
      </w:r>
      <w:r>
        <w:br/>
      </w:r>
      <w:r>
        <w:rPr>
          <w:sz w:val="20"/>
        </w:rPr>
        <w:t>40:23  sanjeeda topic par.</w:t>
      </w:r>
      <w:r>
        <w:br/>
      </w:r>
      <w:r>
        <w:rPr>
          <w:sz w:val="20"/>
        </w:rPr>
        <w:t>40:25  kyonke jaise hi aap log ikattha honge, are bhai ye furniture bada purana ho gaya hai, jo ek naya furniture late hain. bhai ye aaj ka aap item pakaoge, aaj to ye pakna chahiye.</w:t>
      </w:r>
      <w:r>
        <w:br/>
      </w:r>
      <w:r>
        <w:rPr>
          <w:sz w:val="20"/>
        </w:rPr>
        <w:t>40:38  yani isi qisam ki baatein. Falan jagah shaadi hai, wahan chalna hai, bhai kaun sa kapra pehan ke chalna hai wahan par. Yeh yeh aaj kal model naya aa gaya hai</w:t>
      </w:r>
      <w:r>
        <w:br/>
      </w:r>
      <w:r>
        <w:rPr>
          <w:sz w:val="20"/>
        </w:rPr>
        <w:t>40:49  gaari ka. Ab yeh log kehte hain ki bhai chhoti kaar to</w:t>
      </w:r>
      <w:r>
        <w:br/>
      </w:r>
      <w:r>
        <w:rPr>
          <w:sz w:val="20"/>
        </w:rPr>
        <w:t>40:54  ka zamana hi khatam ho gaya, aap koi badi kaar khareedna hai. Yani intihai absurd qism ke baaton mein log rehte hain ghar wale, family wale.</w:t>
      </w:r>
      <w:r>
        <w:br/>
      </w:r>
      <w:r>
        <w:rPr>
          <w:sz w:val="20"/>
        </w:rPr>
        <w:t>41:05  Sari family, one to all. There is no exception. Jo mazhabi daadhi wale hain, woh bhi. Be daadhi wale hain, woh bhi.</w:t>
      </w:r>
      <w:r>
        <w:br/>
      </w:r>
      <w:r>
        <w:rPr>
          <w:sz w:val="20"/>
        </w:rPr>
        <w:t>41:14  Aik bohat badi opportunity kho rahe hain log, main yeh kehna chahta hoon.</w:t>
      </w:r>
      <w:r>
        <w:br/>
      </w:r>
      <w:r>
        <w:rPr>
          <w:sz w:val="20"/>
        </w:rPr>
        <w:t>41:20  Yani family ke zariye khuda ne aap ko aik opportunity di hai ki aap apne qareebi logon ko apna intellectual partner bana kar ke apna intellectual development karte rahein.</w:t>
      </w:r>
      <w:r>
        <w:br/>
      </w:r>
      <w:r>
        <w:rPr>
          <w:sz w:val="20"/>
        </w:rPr>
        <w:t>41:32  Kitna bada yeh mauqa hai.</w:t>
      </w:r>
    </w:p>
    <w:p>
      <w:pPr>
        <w:pStyle w:val="Heading2"/>
      </w:pPr>
      <w:r>
        <w:t>Loss of sympathy and self-interest as root cause</w:t>
      </w:r>
    </w:p>
    <w:p>
      <w:r>
        <w:rPr>
          <w:color w:val="666666"/>
          <w:sz w:val="18"/>
        </w:rPr>
        <w:t>Q&amp;A 09 Mar 2008 Maulana Wahiduddin Khan · 2m 36s · at 18:52 · https://youtu.be/qE__fts05yw?t=1132</w:t>
      </w:r>
    </w:p>
    <w:p>
      <w:r>
        <w:rPr>
          <w:i/>
        </w:rPr>
        <w:t>“We have lost sympathy for others”</w:t>
      </w:r>
    </w:p>
    <w:p>
      <w:r>
        <w:rPr>
          <w:sz w:val="20"/>
        </w:rPr>
        <w:t>18:52  hum doosre se sympathy kho diya hai hum ne. hamare bachpan mein</w:t>
      </w:r>
      <w:r>
        <w:br/>
      </w:r>
      <w:r>
        <w:rPr>
          <w:sz w:val="20"/>
        </w:rPr>
        <w:t>18:57  yeh tha ke doosre se sympathetic hua karte the hum. main apne bachpan mein gaon mein rehta tha, UP mein. to abhi tak mujhe yaad hai ke wahan par agar ek ghar mein ek aadmi aa jaye, guest, to poore gaon guest hota tha woh.</w:t>
      </w:r>
      <w:r>
        <w:br/>
      </w:r>
      <w:r>
        <w:rPr>
          <w:sz w:val="20"/>
        </w:rPr>
        <w:t>19:18  jaise ke mere ghar mein aa gaya, mere paas doodh nahi hai, jahan jaunga woh free woh doodh de dega. mere paas shakar le, jahan jaunga woh free woh shakar de dega.</w:t>
      </w:r>
      <w:r>
        <w:br/>
      </w:r>
      <w:r>
        <w:rPr>
          <w:sz w:val="20"/>
        </w:rPr>
        <w:t>19:28  bari khushi se. to ek ghar ka guest sab ke ghar ka guest mana jata tha. yeh sympathy thi.</w:t>
      </w:r>
      <w:r>
        <w:br/>
      </w:r>
      <w:r>
        <w:rPr>
          <w:sz w:val="20"/>
        </w:rPr>
        <w:t>19:37  mujhe ab tak aankhon mein saamne woh naqsha hai ke ek sahib ka khaliyan jal gaya. saal bhar ka jo anaaj tha, us ko khaliyan jo kaha jata hai, bohat barhe barhe sab the khaliyan un ke.</w:t>
      </w:r>
      <w:r>
        <w:br/>
      </w:r>
      <w:r>
        <w:rPr>
          <w:sz w:val="20"/>
        </w:rPr>
        <w:t>19:53  aag lagi, sab ka sab jal gaya.</w:t>
      </w:r>
      <w:r>
        <w:br/>
      </w:r>
      <w:r>
        <w:rPr>
          <w:sz w:val="20"/>
        </w:rPr>
        <w:t>19:56  to un ke jo relative the, itna bheja, itna bheja free mein. Allah ke jitna un ko paida hua tha, us se bhi zyada ghar mein un ke aa gaya. ab kaun free bhi deta hai, bataiye?</w:t>
      </w:r>
      <w:r>
        <w:br/>
      </w:r>
      <w:r>
        <w:rPr>
          <w:sz w:val="20"/>
        </w:rPr>
        <w:t>20:08  to yeh hai insaan se sympathy hum ne kho di hai.</w:t>
      </w:r>
      <w:r>
        <w:br/>
      </w:r>
      <w:r>
        <w:rPr>
          <w:sz w:val="20"/>
        </w:rPr>
        <w:t>20:12  ab sirf self interest mein jeete hain hum log. self interest hi ki wajah se yeh sab isi ka phenomena hai. yeh basic jo kami hai, woh hai ke hum insaan se sympathy hum ne kho diya hai.</w:t>
      </w:r>
      <w:r>
        <w:br/>
      </w:r>
      <w:r>
        <w:rPr>
          <w:sz w:val="20"/>
        </w:rPr>
        <w:t>20:27  ab self interest hi reh gaya hai sab kuch.</w:t>
      </w:r>
      <w:r>
        <w:br/>
      </w:r>
      <w:r>
        <w:rPr>
          <w:sz w:val="20"/>
        </w:rPr>
        <w:t>20:30  bas mujhe ab, ab mujhe apni, apne bank balance ko barhana hai. apne bachon ko mein america bhej kar parhwana hai.</w:t>
      </w:r>
      <w:r>
        <w:br/>
      </w:r>
      <w:r>
        <w:rPr>
          <w:sz w:val="20"/>
        </w:rPr>
        <w:t>20:43  apne ghar mein kai kai car mujhe rakhna hai.</w:t>
      </w:r>
      <w:r>
        <w:br/>
      </w:r>
      <w:r>
        <w:rPr>
          <w:sz w:val="20"/>
        </w:rPr>
        <w:t>20:46  apni building ko sab se ooncha banana hai. to aaj ka jo culture hai, woh self interest par base karta hai. isi se sab cheezein nikalti hain. sari buraiyan.</w:t>
      </w:r>
      <w:r>
        <w:br/>
      </w:r>
      <w:r>
        <w:rPr>
          <w:sz w:val="20"/>
        </w:rPr>
        <w:t>20:56  to corruption hai, woh kyun</w:t>
      </w:r>
      <w:r>
        <w:br/>
      </w:r>
      <w:r>
        <w:rPr>
          <w:sz w:val="20"/>
        </w:rPr>
        <w:t>20:57  hai? isi liye. dialogue kyun nahi mante log? isi liye. sab self interest ka yeh mamla hai.</w:t>
      </w:r>
      <w:r>
        <w:br/>
      </w:r>
      <w:r>
        <w:rPr>
          <w:sz w:val="20"/>
        </w:rPr>
        <w:t>21:06  is self interest ko kill karna hai. hamara jo mission hai, is mission ka ek aspect yeh bhi hai ke hum self interest ko khatam karna chahte hain.</w:t>
      </w:r>
      <w:r>
        <w:br/>
      </w:r>
      <w:r>
        <w:rPr>
          <w:sz w:val="20"/>
        </w:rPr>
        <w:t>21:16  isi liye hum kehte hain ke god oriented life. hamara jo samajh hai, woh yeh hai ke ek hai self oriented life.</w:t>
      </w:r>
    </w:p>
    <w:p>
      <w:pPr>
        <w:pStyle w:val="Heading2"/>
      </w:pPr>
      <w:r>
        <w:t>Quran: history is a witness man is in loss</w:t>
      </w:r>
    </w:p>
    <w:p>
      <w:r>
        <w:rPr>
          <w:color w:val="666666"/>
          <w:sz w:val="18"/>
        </w:rPr>
        <w:t>Right Man at Wrong Place May 18, 2008 · 31s · at 14:10 · https://youtu.be/sKwAjR3OAGo?t=850</w:t>
      </w:r>
    </w:p>
    <w:p>
      <w:r>
        <w:rPr>
          <w:i/>
        </w:rPr>
        <w:t>“History is a witness that man is in loss”</w:t>
      </w:r>
    </w:p>
    <w:p>
      <w:r>
        <w:rPr>
          <w:sz w:val="20"/>
        </w:rPr>
        <w:t>14:10  poori poori history mein yahi hua hai. walasridnal insanu ala fihi khusrun yani poori poori history ke baray mein quran kehta hai. poori poori history ke baray mein.</w:t>
      </w:r>
      <w:r>
        <w:br/>
      </w:r>
      <w:r>
        <w:rPr>
          <w:sz w:val="20"/>
        </w:rPr>
        <w:t>14:23  History is a witness that man is in loss.</w:t>
      </w:r>
      <w:r>
        <w:br/>
      </w:r>
      <w:r>
        <w:rPr>
          <w:sz w:val="20"/>
        </w:rPr>
        <w:t>14:27  poori poori history, chahe woh king hon, chahe woh wild log hon, chahe jin ko bari bari fame mili hui ho, aakhir kar woh marte hain frustration mein, tension mein jeete hain, stress mein jeete hain.</w:t>
      </w:r>
    </w:p>
    <w:p>
      <w:pPr>
        <w:pStyle w:val="Heading2"/>
      </w:pPr>
      <w:r>
        <w:t>Angel guide with torch in field</w:t>
      </w:r>
    </w:p>
    <w:p>
      <w:r>
        <w:rPr>
          <w:color w:val="666666"/>
          <w:sz w:val="18"/>
        </w:rPr>
        <w:t>Angels on Earth 29 June, 2019 - Maulana Wahiduddin Khan · 2m 56s · at 7:11 · https://youtu.be/WNzxofHh_Dw?t=431</w:t>
      </w:r>
    </w:p>
    <w:p>
      <w:r>
        <w:rPr>
          <w:i/>
        </w:rPr>
        <w:t>“تو جب میں پہنچا وہاں تو وہاں ایک آدمی کھڑا ہوا تھا”</w:t>
      </w:r>
    </w:p>
    <w:p>
      <w:r>
        <w:rPr>
          <w:sz w:val="20"/>
        </w:rPr>
        <w:t>7:11  to jab main pohancha wahan to wahan ek ek aadmi khara hua tha ke hath jiske hath mein torch thi.</w:t>
      </w:r>
      <w:r>
        <w:br/>
      </w:r>
      <w:r>
        <w:rPr>
          <w:sz w:val="20"/>
        </w:rPr>
        <w:t>7:22  aap log shayad is torch ko na jante hon. Pehle zamane mein lambi lambi torch hoti thi, itni lambi, aur is mein bohat sare cell lage hote the,</w:t>
      </w:r>
      <w:r>
        <w:br/>
      </w:r>
      <w:r>
        <w:rPr>
          <w:sz w:val="20"/>
        </w:rPr>
        <w:t>7:37  bohat sare cell. To cell kai cell hote the, is liye lambi torch hoti thi. Woh mere khayal mein aap logon ne is ko dekha nahi hoga, shayad main ne dekha hai.</w:t>
      </w:r>
      <w:r>
        <w:br/>
      </w:r>
      <w:r>
        <w:rPr>
          <w:sz w:val="20"/>
        </w:rPr>
        <w:t>7:50  woh to ek choti torch hoti thi, ek lambi torch. To woh aadmi lambi torch liye hue, unusual tor par lambi, wahan khara tha.</w:t>
      </w:r>
      <w:r>
        <w:br/>
      </w:r>
      <w:r>
        <w:rPr>
          <w:sz w:val="20"/>
        </w:rPr>
        <w:t>8:04  kai</w:t>
      </w:r>
      <w:r>
        <w:br/>
      </w:r>
      <w:r>
        <w:rPr>
          <w:sz w:val="20"/>
        </w:rPr>
        <w:t>8:07  kai cell jis mein hote the, is ka matlab yeh tha ke is mein roshni bohat zyada hai. Ek cell hai, do cell hain to roshni kam hoti thi, lekin kai cell jab hain to zyada roshni hoti thi.</w:t>
      </w:r>
      <w:r>
        <w:br/>
      </w:r>
      <w:r>
        <w:rPr>
          <w:sz w:val="20"/>
        </w:rPr>
        <w:t>8:23  to woh aadmi jo khara tha, woh kai cell wali lambi torch liye tha.</w:t>
      </w:r>
      <w:r>
        <w:br/>
      </w:r>
      <w:r>
        <w:rPr>
          <w:sz w:val="20"/>
        </w:rPr>
        <w:t>8:34  to woh kuch bola nahi, bas torch liye khara tha.</w:t>
      </w:r>
      <w:r>
        <w:br/>
      </w:r>
      <w:r>
        <w:rPr>
          <w:sz w:val="20"/>
        </w:rPr>
        <w:t>8:41  to main ne kaha ke main</w:t>
      </w:r>
      <w:r>
        <w:br/>
      </w:r>
      <w:r>
        <w:rPr>
          <w:sz w:val="20"/>
        </w:rPr>
        <w:t>8:45  jana chahta hoon pul ke pas. Pul tak pohanch jaon to main apne gaon ka rasta pa loon ga.</w:t>
      </w:r>
      <w:r>
        <w:br/>
      </w:r>
      <w:r>
        <w:rPr>
          <w:sz w:val="20"/>
        </w:rPr>
        <w:t>8:54  to kya aap mujhe pul tak pohancha sakte hain? Tab bhi kuch bola nahi woh aadmi. Woh chalne laga torch le kar.</w:t>
      </w:r>
      <w:r>
        <w:br/>
      </w:r>
      <w:r>
        <w:rPr>
          <w:sz w:val="20"/>
        </w:rPr>
        <w:t>9:06  ab main is ke peeche chal para. To makkhe ke khet har taraf the, janglaat ki tarah.</w:t>
      </w:r>
      <w:r>
        <w:br/>
      </w:r>
      <w:r>
        <w:rPr>
          <w:sz w:val="20"/>
        </w:rPr>
        <w:t>9:18  janglaat ki taraf. To is janglaat ke, is janglaat mein main is ke sath dakhil ho gaya. Woh aage aage, main peeche peeche.</w:t>
      </w:r>
      <w:r>
        <w:br/>
      </w:r>
      <w:r>
        <w:rPr>
          <w:sz w:val="20"/>
        </w:rPr>
        <w:t>9:31  to chalte chalte woh mujhe ek jagah pohanchaya us ne jahan aage naddi thi, wahan pul, ek chota sa pul hota tha.</w:t>
      </w:r>
      <w:r>
        <w:br/>
      </w:r>
      <w:r>
        <w:rPr>
          <w:sz w:val="20"/>
        </w:rPr>
        <w:t>9:42  woh pul tha. To main ne us se kaha ke bas ab main chala jaon ga. Ab main chala jaon ga.</w:t>
      </w:r>
      <w:r>
        <w:br/>
      </w:r>
      <w:r>
        <w:rPr>
          <w:sz w:val="20"/>
        </w:rPr>
        <w:t>9:52  is ke baad main aage barha pul ki taraf. Jab main chand qadam aage barha aur peeche ki taraf dekha main ne to aadmi ghayab tha.</w:t>
      </w:r>
    </w:p>
    <w:p>
      <w:pPr>
        <w:pStyle w:val="Heading2"/>
      </w:pPr>
      <w:r>
        <w:t>Why the whole world lives in tension and frustration</w:t>
      </w:r>
    </w:p>
    <w:p>
      <w:r>
        <w:rPr>
          <w:color w:val="666666"/>
          <w:sz w:val="18"/>
        </w:rPr>
        <w:t>Science of Life Sep 10, 2006 Maulana Wahiduddin Khan · 1m 56s · at 7:34 · https://youtu.be/9ZRasJA7jTw?t=454</w:t>
      </w:r>
    </w:p>
    <w:p>
      <w:r>
        <w:rPr>
          <w:i/>
        </w:rPr>
        <w:t>“Isi liye tension hai, saari duniya tension mein ji rahi hai”</w:t>
      </w:r>
    </w:p>
    <w:p>
      <w:r>
        <w:rPr>
          <w:sz w:val="20"/>
        </w:rPr>
        <w:t>7:33  is</w:t>
      </w:r>
      <w:r>
        <w:br/>
      </w:r>
      <w:r>
        <w:rPr>
          <w:sz w:val="20"/>
        </w:rPr>
        <w:t>7:34  liye tension hai. sari dunya aap dekhen, tension mein jee rahi hai, frustration mein jee rahi hai.</w:t>
      </w:r>
      <w:r>
        <w:br/>
      </w:r>
      <w:r>
        <w:rPr>
          <w:sz w:val="20"/>
        </w:rPr>
        <w:t>7:42  har aik ka yeh ehsas hota hai ke jo main chahta tha, woh main nahi pa saka. is ehsas ke baghair woh mar raha hai.</w:t>
      </w:r>
      <w:r>
        <w:br/>
      </w:r>
      <w:r>
        <w:rPr>
          <w:sz w:val="20"/>
        </w:rPr>
        <w:t>7:51  to main samajhta hoon ke</w:t>
      </w:r>
      <w:r>
        <w:br/>
      </w:r>
      <w:r>
        <w:rPr>
          <w:sz w:val="20"/>
        </w:rPr>
        <w:t>7:56  better life ke liye jo master formula hai, woh yeh hai.</w:t>
      </w:r>
      <w:r>
        <w:br/>
      </w:r>
      <w:r>
        <w:rPr>
          <w:sz w:val="20"/>
        </w:rPr>
        <w:t>8:02  master formula kya hai? woh yeh hai ke hum is wisdom ko janen, is creation plan jo hai God ka, is ko janen,</w:t>
      </w:r>
      <w:r>
        <w:br/>
      </w:r>
      <w:r>
        <w:rPr>
          <w:sz w:val="20"/>
        </w:rPr>
        <w:t>8:18  aur yeh hamare dil mein yeh conviction aa jaye ke my future is better than the present.</w:t>
      </w:r>
      <w:r>
        <w:br/>
      </w:r>
      <w:r>
        <w:rPr>
          <w:sz w:val="20"/>
        </w:rPr>
        <w:t>8:32  yehi master formula hai.</w:t>
      </w:r>
      <w:r>
        <w:br/>
      </w:r>
      <w:r>
        <w:rPr>
          <w:sz w:val="20"/>
        </w:rPr>
        <w:t>8:36  future ke liye aik hope aap ko mil jaye to future ke hope pe aap jee sakte hain, kyunke present mein to milna hi nahi hai.</w:t>
      </w:r>
      <w:r>
        <w:br/>
      </w:r>
      <w:r>
        <w:rPr>
          <w:sz w:val="20"/>
        </w:rPr>
        <w:t>8:48  aap dekhiye ke kisi ko bhi dekh lijiye, student ko dekhiye, businessman ko dekhiye, jab tak woh apne goal ko pa nahi chuka hota hai, tab tak samajhta hai ke jab mujhe apna goal mil jaye ga,</w:t>
      </w:r>
      <w:r>
        <w:br/>
      </w:r>
      <w:r>
        <w:rPr>
          <w:sz w:val="20"/>
        </w:rPr>
        <w:t>9:04  matlab is student ko job mil jaye ga, businessman ko aik aik factory laga laga chuka hoga, aik aik politician ko ministry mil jaye gi, to samajhta hai ke main bohat hi happiness mein rahoon</w:t>
      </w:r>
      <w:r>
        <w:br/>
      </w:r>
      <w:r>
        <w:rPr>
          <w:sz w:val="20"/>
        </w:rPr>
        <w:t>9:19  ga. lekin kisi ke bhi dil ko toliye aap to koi bhi aaj ki dunya mein happiness mein nahi jee raha hai.</w:t>
      </w:r>
    </w:p>
    <w:p>
      <w:pPr>
        <w:pStyle w:val="Heading2"/>
      </w:pPr>
      <w:r>
        <w:t>Speech repeatability proves afterlife</w:t>
      </w:r>
    </w:p>
    <w:p>
      <w:r>
        <w:rPr>
          <w:color w:val="666666"/>
          <w:sz w:val="18"/>
        </w:rPr>
        <w:t>Life after Death I 22nd Jan. 2012 Maulana Wahiduddin Khan · 6m 03s · at 31:21 · https://youtu.be/Pa8c09DFrkA?t=1881</w:t>
      </w:r>
    </w:p>
    <w:p>
      <w:r>
        <w:rPr>
          <w:i/>
        </w:rPr>
        <w:t>“Another example is given in the Quran”</w:t>
      </w:r>
    </w:p>
    <w:p>
      <w:r>
        <w:rPr>
          <w:sz w:val="20"/>
        </w:rPr>
        <w:t>31:21  is mein bhi ek ek tamseel di gayi hai. innahu lahaqqun mithlu ma an qumtattaqun. innahu lahaqqun mithlu ma an qumtattaqun.</w:t>
      </w:r>
      <w:r>
        <w:br/>
      </w:r>
      <w:r>
        <w:rPr>
          <w:sz w:val="20"/>
        </w:rPr>
        <w:t>31:37  wo haq hai isi tarah jis tarah tum bolte ho.</w:t>
      </w:r>
      <w:r>
        <w:br/>
      </w:r>
      <w:r>
        <w:rPr>
          <w:sz w:val="20"/>
        </w:rPr>
        <w:t>31:44  is hadith, is ayat mein kya baat kahi gayi hai? yani bolna jo hai, nutq, yeh speech kis tarah is baat ka saboot hai ke aadmi maut ke baad mar nahi jata, maut ke baad wo zinda rehta hai.</w:t>
      </w:r>
      <w:r>
        <w:br/>
      </w:r>
      <w:r>
        <w:rPr>
          <w:sz w:val="20"/>
        </w:rPr>
        <w:t>31:58  yani bas ba'd al maut jo hai,</w:t>
      </w:r>
      <w:r>
        <w:br/>
      </w:r>
      <w:r>
        <w:rPr>
          <w:sz w:val="20"/>
        </w:rPr>
        <w:t>32:01  life after death jo hai, uske liye saboot diya gaya innahu lahaqqun mithlu ma an qumtattaqun. ke wo barhaq hai, wo reality hai jis tarah tum bolte ho.</w:t>
      </w:r>
      <w:r>
        <w:br/>
      </w:r>
      <w:r>
        <w:rPr>
          <w:sz w:val="20"/>
        </w:rPr>
        <w:t>32:19  is ka matlab kya hai?</w:t>
      </w:r>
      <w:r>
        <w:br/>
      </w:r>
      <w:r>
        <w:rPr>
          <w:sz w:val="20"/>
        </w:rPr>
        <w:t>32:25  chand din pehle mein radio sun raha tha. ke ek shakhs jo mar chuka hai,</w:t>
      </w:r>
      <w:r>
        <w:br/>
      </w:r>
      <w:r>
        <w:rPr>
          <w:sz w:val="20"/>
        </w:rPr>
        <w:t>32:36  us ki taqreer maine suni thi stage par. us ki awaz, us ka lehja, us ka tone.</w:t>
      </w:r>
      <w:r>
        <w:br/>
      </w:r>
      <w:r>
        <w:rPr>
          <w:sz w:val="20"/>
        </w:rPr>
        <w:t>32:45  to wo mar chuka hai. to us ki yaad mein ek program aa raha tha radio par. to achaanak us ne wahan us ke paas, us ka tape hoga, us ne tape on kiya aur achaanak mein us ki awaz sunne laga.</w:t>
      </w:r>
      <w:r>
        <w:br/>
      </w:r>
      <w:r>
        <w:rPr>
          <w:sz w:val="20"/>
        </w:rPr>
        <w:t>33:06  waise hi awaz jo ke jaisi ke maine us ki zindagi mein suni thi.</w:t>
      </w:r>
      <w:r>
        <w:br/>
      </w:r>
      <w:r>
        <w:rPr>
          <w:sz w:val="20"/>
        </w:rPr>
        <w:t>33:13  mujhe laga ke dobara bol raha hai wo. to meri samajh mein aaya ke is ayat ka matlab kya hai. is ayat mein ek phenomenon ko refer kiya gaya hai.</w:t>
      </w:r>
      <w:r>
        <w:br/>
      </w:r>
      <w:r>
        <w:rPr>
          <w:sz w:val="20"/>
        </w:rPr>
        <w:t>33:28  ek zahira</w:t>
      </w:r>
      <w:r>
        <w:br/>
      </w:r>
      <w:r>
        <w:rPr>
          <w:sz w:val="20"/>
        </w:rPr>
        <w:t>33:30  ko ka hawala de kar ke bataya gaya hai ke dekho insan ki speech repeatable hai, qabil e aada hai. insan ka nutq hai, jo speech us ki hai wo qabil e aada hai.</w:t>
      </w:r>
      <w:r>
        <w:br/>
      </w:r>
      <w:r>
        <w:rPr>
          <w:sz w:val="20"/>
        </w:rPr>
        <w:t>33:46  wo repeatable hai. us ke kaha is se kya nikla? ke kam az kam ek insan ki personality ke ek ek juz ko, ek part ko aap isi duniya mein tajurba kar rahe hain.</w:t>
      </w:r>
      <w:r>
        <w:br/>
      </w:r>
      <w:r>
        <w:rPr>
          <w:sz w:val="20"/>
        </w:rPr>
        <w:t>34:01  aakhirat se aane se pehle.</w:t>
      </w:r>
      <w:r>
        <w:br/>
      </w:r>
      <w:r>
        <w:rPr>
          <w:sz w:val="20"/>
        </w:rPr>
        <w:t>34:05  insan ki jo personality hai, isi ka ek hissa hai yeh speech, nutq, goyai.</w:t>
      </w:r>
      <w:r>
        <w:br/>
      </w:r>
      <w:r>
        <w:rPr>
          <w:sz w:val="20"/>
        </w:rPr>
        <w:t>34:14  isi ka hissa hai. to insan ki personality ke ek juz ko aaj bhi tum tajurba kar rahe ho ke wo repeat hua, wo repeatable tha.</w:t>
      </w:r>
      <w:r>
        <w:br/>
      </w:r>
      <w:r>
        <w:rPr>
          <w:sz w:val="20"/>
        </w:rPr>
        <w:t>34:26  to poori personality repeatable nahi. agar juz repeatable hai to bilashuba poori poori personality bhi repeatable hai.</w:t>
      </w:r>
      <w:r>
        <w:br/>
      </w:r>
      <w:r>
        <w:rPr>
          <w:sz w:val="20"/>
        </w:rPr>
        <w:t>34:39  kaisi ajeeb yeh daleel hai Quran majeed mein. misaal ke taur par is zamane mein yeh jo ayat hai, Quran ke bare mein aap jante hain ek hadith hai ke la tanqadi ajaibuhu.</w:t>
      </w:r>
      <w:r>
        <w:br/>
      </w:r>
      <w:r>
        <w:rPr>
          <w:sz w:val="20"/>
        </w:rPr>
        <w:t>34:54  us ke ajaib kabhi khatam na honge.</w:t>
      </w:r>
      <w:r>
        <w:br/>
      </w:r>
      <w:r>
        <w:rPr>
          <w:sz w:val="20"/>
        </w:rPr>
        <w:t>34:57  yani baad ki haqiqaten Quran ki baton ko confirm karti rahengi, us ki tasdeeq karti rahengi.</w:t>
      </w:r>
      <w:r>
        <w:br/>
      </w:r>
      <w:r>
        <w:rPr>
          <w:sz w:val="20"/>
        </w:rPr>
        <w:t>35:07  la tanqadi ajaibuhu. abadi kitab hai, aalim al ghaib ki kitab hai. to baad tak ke haqaiq ko cover kiye hue hai.</w:t>
      </w:r>
      <w:r>
        <w:br/>
      </w:r>
      <w:r>
        <w:rPr>
          <w:sz w:val="20"/>
        </w:rPr>
        <w:t>35:19  to jis waqt yeh ayat utri, us waqt is ka ek saada mafhoom logon ne liya. aaj jab ke awaz ki recording ka zamana aa gaya.</w:t>
      </w:r>
      <w:r>
        <w:br/>
      </w:r>
      <w:r>
        <w:rPr>
          <w:sz w:val="20"/>
        </w:rPr>
        <w:t>35:31  aap jante hain ke aaj awaz ki recording, mein yahan bol raha hoon, yeh bhi preserve rahega, save rahega. is ko aap sun sakte hain kal parson, narsoun, kabhi bhi.</w:t>
      </w:r>
      <w:r>
        <w:br/>
      </w:r>
      <w:r>
        <w:rPr>
          <w:sz w:val="20"/>
        </w:rPr>
        <w:t>35:42  to pehle insan, yeh modern technology se pehle, modern technology se pehle insan nahi janta tha ke insan ki awaz jo hai woh repeatable hai.</w:t>
      </w:r>
      <w:r>
        <w:br/>
      </w:r>
      <w:r>
        <w:rPr>
          <w:sz w:val="20"/>
        </w:rPr>
        <w:t>35:56  aaj yeh baat la tanqazi ajaib. ka ek ek misaal yeh bhi hai ke jo baat quran mein kahi gayi thi, aaj woh poori tarah se mushahde mein aa gayi,</w:t>
      </w:r>
      <w:r>
        <w:br/>
      </w:r>
      <w:r>
        <w:rPr>
          <w:sz w:val="20"/>
        </w:rPr>
        <w:t>36:09  tajrube mein aa gayi. bohat ajeeb yeh cheez hai.</w:t>
      </w:r>
      <w:r>
        <w:br/>
      </w:r>
      <w:r>
        <w:rPr>
          <w:sz w:val="20"/>
        </w:rPr>
        <w:t>36:16  innahu lahaqqun mithlu ma an-kum tattaqun. yani ba's ba'dal maut isi tarah haq hai jis tarah tum bolte ho.</w:t>
      </w:r>
      <w:r>
        <w:br/>
      </w:r>
      <w:r>
        <w:rPr>
          <w:sz w:val="20"/>
        </w:rPr>
        <w:t>36:28  yani life after death isi tarah ek reality hai, yahi tum bolte ho.</w:t>
      </w:r>
      <w:r>
        <w:br/>
      </w:r>
      <w:r>
        <w:rPr>
          <w:sz w:val="20"/>
        </w:rPr>
        <w:t>36:33  yani is speech ko ya nutq ko yahan suboot mein pesh kiya gaya. to modern technology ne sabit kiya ke yeh speech kya hai, yeh speech hamari hasti ka, hamari hamari zindagi ka ek hissa hai.</w:t>
      </w:r>
      <w:r>
        <w:br/>
      </w:r>
      <w:r>
        <w:rPr>
          <w:sz w:val="20"/>
        </w:rPr>
        <w:t>36:49  hamari personality ka ek juz hai.</w:t>
      </w:r>
      <w:r>
        <w:br/>
      </w:r>
      <w:r>
        <w:rPr>
          <w:sz w:val="20"/>
        </w:rPr>
        <w:t>36:55  to agar insan ki personality ka ek juz repeatable hai to poori personality repeatable nahi. aap ghor kijiye.</w:t>
      </w:r>
      <w:r>
        <w:br/>
      </w:r>
      <w:r>
        <w:rPr>
          <w:sz w:val="20"/>
        </w:rPr>
        <w:t>37:06  insan ki personality ka ek juz, ek part agar repeatable hai</w:t>
      </w:r>
      <w:r>
        <w:br/>
      </w:r>
      <w:r>
        <w:rPr>
          <w:sz w:val="20"/>
        </w:rPr>
        <w:t>37:13  to iski poori personality ka repeatable hona, repeatable hona apne aap sabit ho jata hai.</w:t>
      </w:r>
    </w:p>
    <w:p>
      <w:pPr>
        <w:pStyle w:val="Heading2"/>
      </w:pPr>
      <w:r>
        <w:t>Spiritual experience and secret of patience</w:t>
      </w:r>
    </w:p>
    <w:p>
      <w:r>
        <w:rPr>
          <w:color w:val="666666"/>
          <w:sz w:val="18"/>
        </w:rPr>
        <w:t>The Spiritual Message of Fasting April 29, 2020 Maulana Wahiduddin Khan · 4m 06s · at 37:12 · https://youtu.be/QCqKrVhGUF0?t=2232</w:t>
      </w:r>
    </w:p>
    <w:p>
      <w:r>
        <w:rPr>
          <w:i/>
        </w:rPr>
        <w:t>“Aaj hi main apne ek din ko yaad kar raha tha”</w:t>
      </w:r>
    </w:p>
    <w:p>
      <w:r>
        <w:rPr>
          <w:sz w:val="20"/>
        </w:rPr>
        <w:t>37:12  wohi sachi dua hai. aaj hi mein apne aik din ko yaad kar raha tha jo adam garh mein guzra tha.</w:t>
      </w:r>
      <w:r>
        <w:br/>
      </w:r>
      <w:r>
        <w:rPr>
          <w:sz w:val="20"/>
        </w:rPr>
        <w:t>37:25  adam garh up ka shehar.</w:t>
      </w:r>
      <w:r>
        <w:br/>
      </w:r>
      <w:r>
        <w:rPr>
          <w:sz w:val="20"/>
        </w:rPr>
        <w:t>37:31  wahan mere bare bhai ka ghar tha. is ke qareeb hi jamia masjid thi.</w:t>
      </w:r>
      <w:r>
        <w:br/>
      </w:r>
      <w:r>
        <w:rPr>
          <w:sz w:val="20"/>
        </w:rPr>
        <w:t>37:44  to aik din mein wahan gaya aur us waqt koi namaz ka waqt nahi tha kuch nahi tha to bilkul sunata tha us waqt.</w:t>
      </w:r>
      <w:r>
        <w:br/>
      </w:r>
      <w:r>
        <w:rPr>
          <w:sz w:val="20"/>
        </w:rPr>
        <w:t>37:58  to mein andar gaya to wahan aik papite ka aik peir</w:t>
      </w:r>
      <w:r>
        <w:br/>
      </w:r>
      <w:r>
        <w:rPr>
          <w:sz w:val="20"/>
        </w:rPr>
        <w:t>38:04  tha jis se phool jhad rahe the. is ko dekh kar mein ro para.</w:t>
      </w:r>
      <w:r>
        <w:br/>
      </w:r>
      <w:r>
        <w:rPr>
          <w:sz w:val="20"/>
        </w:rPr>
        <w:t>38:16  to papite ke peir se phool jhad rahe the aur meri aankh se aansu</w:t>
      </w:r>
      <w:r>
        <w:br/>
      </w:r>
      <w:r>
        <w:rPr>
          <w:sz w:val="20"/>
        </w:rPr>
        <w:t>38:23  gir rahe the. us waqt be tazgi ke andaaz mein bilkul mere liye un ki kaise yeh alfaaz nikle ke khudawand tu kab aaye ga mein kab tak tera tere aane ka intezar karoon.</w:t>
      </w:r>
      <w:r>
        <w:br/>
      </w:r>
      <w:r>
        <w:rPr>
          <w:sz w:val="20"/>
        </w:rPr>
        <w:t>38:41  Khawand to kab aaye ga mein kab tak tere aanay ka intezar karoon.</w:t>
      </w:r>
      <w:r>
        <w:br/>
      </w:r>
      <w:r>
        <w:rPr>
          <w:sz w:val="20"/>
        </w:rPr>
        <w:t>38:49  to jab aap</w:t>
      </w:r>
      <w:r>
        <w:br/>
      </w:r>
      <w:r>
        <w:rPr>
          <w:sz w:val="20"/>
        </w:rPr>
        <w:t>38:51  apne aap ko jab doob jatay hain aap sachai mein to aap ko is qism ke tajrubay hotay</w:t>
      </w:r>
      <w:r>
        <w:br/>
      </w:r>
      <w:r>
        <w:rPr>
          <w:sz w:val="20"/>
        </w:rPr>
        <w:t>38:57  hain.</w:t>
      </w:r>
      <w:r>
        <w:br/>
      </w:r>
      <w:r>
        <w:rPr>
          <w:sz w:val="20"/>
        </w:rPr>
        <w:t>39:13  sahib ahmad likhte hain maulana sahib you and javed gandhi both deserve more praise than what you got in the muslim world yet both of you are extremely positive and optimistic about the world what is the secret of your sabr.</w:t>
      </w:r>
      <w:r>
        <w:br/>
      </w:r>
      <w:r>
        <w:rPr>
          <w:sz w:val="20"/>
        </w:rPr>
        <w:t>39:42  bhai mera secret to yahi hai ke mein allah mein jeene wala insan hoon.</w:t>
      </w:r>
      <w:r>
        <w:br/>
      </w:r>
      <w:r>
        <w:rPr>
          <w:sz w:val="20"/>
        </w:rPr>
        <w:t>39:52  kisi ko mein</w:t>
      </w:r>
      <w:r>
        <w:br/>
      </w:r>
      <w:r>
        <w:rPr>
          <w:sz w:val="20"/>
        </w:rPr>
        <w:t>39:59  kisi ko mein apna</w:t>
      </w:r>
      <w:r>
        <w:br/>
      </w:r>
      <w:r>
        <w:rPr>
          <w:sz w:val="20"/>
        </w:rPr>
        <w:t>40:08  bara nahi samajhta. mein sirf allah ko apna bara samajhta hoon.</w:t>
      </w:r>
      <w:r>
        <w:br/>
      </w:r>
      <w:r>
        <w:rPr>
          <w:sz w:val="20"/>
        </w:rPr>
        <w:t>40:18  bas yahi meri zindagi hai.</w:t>
      </w:r>
      <w:r>
        <w:br/>
      </w:r>
      <w:r>
        <w:rPr>
          <w:sz w:val="20"/>
        </w:rPr>
        <w:t>40:22  wo keh rahe hain ke logon ne aap ko woh ahmiyat nahi di jo aap ko milni chahiye thi phir bhi aap ke andar bohat ziyada sabr hai aur positive hain to is ka secret kya hai?</w:t>
      </w:r>
      <w:r>
        <w:br/>
      </w:r>
      <w:r>
        <w:rPr>
          <w:sz w:val="20"/>
        </w:rPr>
        <w:t>40:34  mujhe is ka iqdar hi nahi ke koi mujhe darja de. yahi yahi sabr yahi is ka secret hai.</w:t>
      </w:r>
      <w:r>
        <w:br/>
      </w:r>
      <w:r>
        <w:rPr>
          <w:sz w:val="20"/>
        </w:rPr>
        <w:t>40:45  kisi insaniyat kisi insan ke appreciation ka mujhe intezar hi nahi hai.</w:t>
      </w:r>
      <w:r>
        <w:br/>
      </w:r>
      <w:r>
        <w:rPr>
          <w:sz w:val="20"/>
        </w:rPr>
        <w:t>40:55  allah rab ul alameen ko mein ne discover kar liya yahi mera sab se bara سرمایہ hai.</w:t>
      </w:r>
      <w:r>
        <w:br/>
      </w:r>
      <w:r>
        <w:rPr>
          <w:sz w:val="20"/>
        </w:rPr>
        <w:t>41:06  sab se bara.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