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I need patience</w:t>
      </w:r>
    </w:p>
    <w:p>
      <w:r>
        <w:rPr>
          <w:sz w:val="18"/>
        </w:rPr>
        <w:t>Q&amp;A, lecture moments and clips · full transcripts with timestamps · exported 2026-09-21</w:t>
      </w:r>
    </w:p>
    <w:p>
      <w:pPr>
        <w:pStyle w:val="Heading1"/>
      </w:pPr>
      <w:r>
        <w:t>Maulana was asked (30)</w:t>
      </w:r>
    </w:p>
    <w:p>
      <w:pPr>
        <w:pStyle w:val="Heading2"/>
      </w:pPr>
      <w:r>
        <w:t>Practical tips for maintaining patience in daily life</w:t>
      </w:r>
    </w:p>
    <w:p>
      <w:r>
        <w:rPr>
          <w:color w:val="666666"/>
          <w:sz w:val="18"/>
        </w:rPr>
        <w:t>Importance of Patience (Sabr) January 8, 2023 · 22m 41s · at 37:51 · https://youtu.be/JaJX3jrl3R8?t=2271</w:t>
      </w:r>
    </w:p>
    <w:p>
      <w:r>
        <w:rPr>
          <w:i/>
        </w:rPr>
        <w:t>“What are some practical tips for maintaining strong patience in daily life, especially in the face of challenging or difficult situations?”</w:t>
      </w:r>
    </w:p>
    <w:p>
      <w:r>
        <w:rPr>
          <w:sz w:val="20"/>
        </w:rPr>
        <w:t>37:51  Aapa yeh comment aur sawal Muhammad Gul Sahab ne bheja hai Dubai se. Unhon</w:t>
      </w:r>
      <w:r>
        <w:br/>
      </w:r>
      <w:r>
        <w:rPr>
          <w:sz w:val="20"/>
        </w:rPr>
        <w:t>37:55  ne likha hai ke "This program is amazing, and it charges me for the whole week." Unka sawal yeh hai ke "What are some practical tips for maintaining strong patience in daily life, especially in the face of challenging or difficult situations?" To is ke bare mein bataein.</w:t>
      </w:r>
      <w:r>
        <w:br/>
      </w:r>
      <w:r>
        <w:rPr>
          <w:sz w:val="20"/>
        </w:rPr>
        <w:t>38:18  Practical yahi hai ke waqti tor par ghussa aata hai.</w:t>
      </w:r>
      <w:r>
        <w:br/>
      </w:r>
      <w:r>
        <w:rPr>
          <w:sz w:val="20"/>
        </w:rPr>
        <w:t>38:23  Jaise BP shoot kar jaata hai to ghussa aa jaata hai. Waqti tor par aata hai to bas khamosh ho jaen. Maulana jo hain wo bilkul khamosh ho jaate thay aur apni jagah ko badal dein.</w:t>
      </w:r>
      <w:r>
        <w:br/>
      </w:r>
      <w:r>
        <w:rPr>
          <w:sz w:val="20"/>
        </w:rPr>
        <w:t>38:35  Jaise hum baithe hain to walk karne lagen aur is is ek ek kamre mein baithe hain to doosre kamre mein chale jaen.</w:t>
      </w:r>
      <w:r>
        <w:br/>
      </w:r>
      <w:r>
        <w:rPr>
          <w:sz w:val="20"/>
        </w:rPr>
        <w:t>38:44  To is se farq padta hai. Agar wahin baithe rahen aur wahi sochte rahen to ghussa badhta chala jaata</w:t>
      </w:r>
      <w:r>
        <w:br/>
      </w:r>
      <w:r>
        <w:rPr>
          <w:sz w:val="20"/>
        </w:rPr>
        <w:t>38:49  hai. To apni is ko thoda sa posture ko badal lein aur thoda sa walk karna shuru kar dein. To thoda sa apne aap ko thodi der ke liye ghussa aata hai.</w:t>
      </w:r>
      <w:r>
        <w:br/>
      </w:r>
      <w:r>
        <w:rPr>
          <w:sz w:val="20"/>
        </w:rPr>
        <w:t>39:01  To thodi der ke baad phir aadmi sochna shuru kar deta hai ke is ka is ka result kya hai. Foran yeh sochein ke is ka result kya hai.</w:t>
      </w:r>
      <w:r>
        <w:br/>
      </w:r>
      <w:r>
        <w:rPr>
          <w:sz w:val="20"/>
        </w:rPr>
        <w:t>39:11  Ghussa karna to bada acha lagta hai lekin wahi pachtawa, wo jaise criminals hote hain, pachtawa zindagi bhar ka hota hai.</w:t>
      </w:r>
      <w:r>
        <w:br/>
      </w:r>
      <w:r>
        <w:rPr>
          <w:sz w:val="20"/>
        </w:rPr>
        <w:t>39:19  To result sochein aur apni jagah ko badal dein. To is se thodi der mein wo ghussa utar jaata hai. Ji, aur log ek aur tareeqa log karte hain ke thanda pani.</w:t>
      </w:r>
      <w:r>
        <w:br/>
      </w:r>
      <w:r>
        <w:rPr>
          <w:sz w:val="20"/>
        </w:rPr>
        <w:t>39:31  Hamare ek colleague hain to un ko jab ghussa aata hai, Pathan hain wo, to ghussa aata hai to un ki biwi jo hain un ko thanda pani la ke deti hain.</w:t>
      </w:r>
      <w:r>
        <w:br/>
      </w:r>
      <w:r>
        <w:rPr>
          <w:sz w:val="20"/>
        </w:rPr>
        <w:t>39:41  Ji, to wo kehte hain pani peete peete ghussa utar jaata hai. To is tareeqe ki kai cheezein hain jo aadmi is ko kar sakta hai apne hisab se.</w:t>
      </w:r>
      <w:r>
        <w:br/>
      </w:r>
      <w:r>
        <w:rPr>
          <w:sz w:val="20"/>
        </w:rPr>
        <w:t>39:51  Acha Aapa ek aur sawal isi se jodna chahunga</w:t>
      </w:r>
      <w:r>
        <w:br/>
      </w:r>
      <w:r>
        <w:rPr>
          <w:sz w:val="20"/>
        </w:rPr>
        <w:t>39:54  ke sabr wala amal jo hai wo result oriented hota hai hamesha. To is ko thoda sa aap wazeh karein. To sabr jo hai wahi be sabri jo hai uska koi result nahin.</w:t>
      </w:r>
      <w:r>
        <w:br/>
      </w:r>
      <w:r>
        <w:rPr>
          <w:sz w:val="20"/>
        </w:rPr>
        <w:t>40:08  Is ka result to destruction hai. Aur sabr ka jo hai wo saare hi achhe result jo hain wo sabr se hi hain.</w:t>
      </w:r>
      <w:r>
        <w:br/>
      </w:r>
      <w:r>
        <w:rPr>
          <w:sz w:val="20"/>
        </w:rPr>
        <w:t>40:17  Kyunke agar Rasool Allah Sal Allahu Alaihi Wasallam ne aap sochiye ke sabr na kiya hota to kya hota? Makka hi mein sab khatam ho gaye hote. Makka mein jang ho jaati aur itne kam tadad mein log thay, resources thay nahin, wahin ke wahin khatam ho jaate.</w:t>
      </w:r>
      <w:r>
        <w:br/>
      </w:r>
      <w:r>
        <w:rPr>
          <w:sz w:val="20"/>
        </w:rPr>
        <w:t>40:32  Lekin poori zindagi aap ki sabr ki hai. Ab sabr karne se kya hua ke wo jo Michael Hart ne kitaab likhi hai "H</w:t>
      </w:r>
      <w:r>
        <w:br/>
      </w:r>
      <w:r>
        <w:rPr>
          <w:sz w:val="20"/>
        </w:rPr>
        <w:t>40:41  undred Men" par to aap ko sab se zyada poori duniya ka sab se zyada kamyab insaan bataya hai. To wo sabr ki wajah se hai. Har mauqe par aap ne sabr kiya aur yeh sochne lage ke is is ko kaise counter karein.</w:t>
      </w:r>
      <w:r>
        <w:br/>
      </w:r>
      <w:r>
        <w:rPr>
          <w:sz w:val="20"/>
        </w:rPr>
        <w:t>40:57  Counter strategy kya hai? Agar enemy kuch kar raha hai to us ko hum kaise defeat karein enemy ko jang ke baghair.</w:t>
      </w:r>
      <w:r>
        <w:br/>
      </w:r>
      <w:r>
        <w:rPr>
          <w:sz w:val="20"/>
        </w:rPr>
        <w:t>41:04  To is tareeqe se yahi result oriented hai ke hum sochein. Sab se badi cheez jo Allah Ta'ala ne diya hai wo insaan ko dimaag diya hai.</w:t>
      </w:r>
      <w:r>
        <w:br/>
      </w:r>
      <w:r>
        <w:rPr>
          <w:sz w:val="20"/>
        </w:rPr>
        <w:t>41:14  To wo foran dimaag jo hai wo sochna shuru kar deta hai ke ab yeh halaat aise hue hain, ab kya karein? Phir us hamare sab se us ke baad jo hai wo aap hidayat lijiye Quran se, Hadees se, Rasool Allah Sal Allahu Alaihi Wasallam ki zindagi se.</w:t>
      </w:r>
      <w:r>
        <w:br/>
      </w:r>
      <w:r>
        <w:rPr>
          <w:sz w:val="20"/>
        </w:rPr>
        <w:t>41:29  Aur aap yeh sab cheezon ko baar baar padhte rahi</w:t>
      </w:r>
      <w:r>
        <w:br/>
      </w:r>
      <w:r>
        <w:rPr>
          <w:sz w:val="20"/>
        </w:rPr>
        <w:t>41:32  e, apni zindagi mein apply karte rahiye. To is se aap ko yaad rehna chahiye. Jaise Maulana Sahab ko sab yaad rehta tha.</w:t>
      </w:r>
      <w:r>
        <w:br/>
      </w:r>
      <w:r>
        <w:rPr>
          <w:sz w:val="20"/>
        </w:rPr>
        <w:t>41:40  jaise koi moqa aata tha, un ko foran woh verse yaad aa jati thi: wasta'inu bis sabri was salati yeh second chapter mein hai ke tum sabr se aur salat se khuda se madad mango.</w:t>
      </w:r>
      <w:r>
        <w:br/>
      </w:r>
      <w:r>
        <w:rPr>
          <w:sz w:val="20"/>
        </w:rPr>
        <w:t>41:53  to jab aap ko yeh yaad aa jaye ga na, phir aap is par sochne lagen ge. aap ja ke tafseer parhein ge, thora aur detail hasil karein ge is ki. to</w:t>
      </w:r>
      <w:r>
        <w:br/>
      </w:r>
      <w:r>
        <w:rPr>
          <w:sz w:val="20"/>
        </w:rPr>
        <w:t>42:01  lekin sabr ko yak tarfa hona chahiye. kyunke agar enemy aap ka strong hai, aap ka jo opponent hai woh strong hai to woh kabhi bhi sabr karne ke liye tayyar nahi ho ga.</w:t>
      </w:r>
      <w:r>
        <w:br/>
      </w:r>
      <w:r>
        <w:rPr>
          <w:sz w:val="20"/>
        </w:rPr>
        <w:t>42:14  to sabr aap hi ko karna pare ga. to yeh yak tarfa hona chahiye. aur is aur rasool Allah sal Allah alaihi wasallam ne hamesha yak tarfa tor par sabr kiya hai.</w:t>
      </w:r>
      <w:r>
        <w:br/>
      </w:r>
      <w:r>
        <w:rPr>
          <w:sz w:val="20"/>
        </w:rPr>
        <w:t>42:24  to aur doosre yeh ke Allah taala ne insan ko qabar mein paida hi kiya gaya hai. aur yeh dunya jo hai woh darul imtihan hai.</w:t>
      </w:r>
      <w:r>
        <w:br/>
      </w:r>
      <w:r>
        <w:rPr>
          <w:sz w:val="20"/>
        </w:rPr>
        <w:t>42:33  to is dunya mein is se chhutti hi nahi hai ke hum sabr karein. agar matlab agar hum ko kamyabi hasil karni hai to hamein sabr karna hai.</w:t>
      </w:r>
      <w:r>
        <w:br/>
      </w:r>
      <w:r>
        <w:rPr>
          <w:sz w:val="20"/>
        </w:rPr>
        <w:t>42:43  agar hum ko apne ko destroy karna hai to hum ko sabr ki koi zaroorat nahi hai.</w:t>
      </w:r>
      <w:r>
        <w:br/>
      </w:r>
      <w:r>
        <w:rPr>
          <w:sz w:val="20"/>
        </w:rPr>
        <w:t>42:49  ek hadith hai: inna an nasra ma as sabri to sabr hi ke sath kamyabi hai. to is liye yeh hamare liye bilkul clear hai ke hum ko agar kamyabi hasil karni hai to hamein sabr karna hai.</w:t>
      </w:r>
      <w:r>
        <w:br/>
      </w:r>
      <w:r>
        <w:rPr>
          <w:sz w:val="20"/>
        </w:rPr>
        <w:t>43:04  to bar bar ayatein bhi hain aur bar bar rasool Allah sal Allah alaihi wasallam ne apne ashaab se fermaya. kyunke ashaab ko bhi tamam quraish ke log pareshan karte the.</w:t>
      </w:r>
      <w:r>
        <w:br/>
      </w:r>
      <w:r>
        <w:rPr>
          <w:sz w:val="20"/>
        </w:rPr>
        <w:t>43:15  to aap un ko kehte the: sabr karo, sabr karo.</w:t>
      </w:r>
      <w:r>
        <w:br/>
      </w:r>
      <w:r>
        <w:rPr>
          <w:sz w:val="20"/>
        </w:rPr>
        <w:t>43:20  quran ki ek ayat hai chapter al imran mein ke: aey logon! sabr karo ta ke tum falah pao. to aap dekh rahe hain ke besabri ka jo amal hai woh counter productive hai.</w:t>
      </w:r>
      <w:r>
        <w:br/>
      </w:r>
      <w:r>
        <w:rPr>
          <w:sz w:val="20"/>
        </w:rPr>
        <w:t>43:33  is se kuch nateeja nahi nikalne wala hai. aur sabr wale amal se jo bhi nateeja aap nikalna chahte hain woh nikal sakta hai.</w:t>
      </w:r>
      <w:r>
        <w:br/>
      </w:r>
      <w:r>
        <w:rPr>
          <w:sz w:val="20"/>
        </w:rPr>
        <w:t>43:41  kyunke Allah taala ne yahi nizam hi rakha hai ke sabr ke wala jo amal hai usi mein Allah ki madad madad mile gi.</w:t>
      </w:r>
      <w:r>
        <w:br/>
      </w:r>
      <w:r>
        <w:rPr>
          <w:sz w:val="20"/>
        </w:rPr>
        <w:t>43:50  to hamein yeh sab baatein apni zindagi mein apply karna chahiye. soch samajh kar apni zindagi ko ko har kaam karna chahiye.</w:t>
      </w:r>
      <w:r>
        <w:br/>
      </w:r>
      <w:r>
        <w:rPr>
          <w:sz w:val="20"/>
        </w:rPr>
        <w:t>44:00  acha apa agar quran mein dekhein to ek ayat mein aya hai ke: "Those who believe, forgive when they are angry." lekin aksar hum dekhte hain ke log confrontation mein aa jate hain.</w:t>
      </w:r>
      <w:r>
        <w:br/>
      </w:r>
      <w:r>
        <w:rPr>
          <w:sz w:val="20"/>
        </w:rPr>
        <w:t>44:12  woh i'raaz yaani avoidance ke principle ko nahi jante.</w:t>
      </w:r>
      <w:r>
        <w:br/>
      </w:r>
      <w:r>
        <w:rPr>
          <w:sz w:val="20"/>
        </w:rPr>
        <w:t>44:17  jabke agar hum dekhein ke quran mein sau dafa se ziyada i'raaz aur sabr ke baray mein zikr kiya gaya hai. to dono mein kya taluq hai sabr aur i'raaz mein?</w:t>
      </w:r>
      <w:r>
        <w:br/>
      </w:r>
      <w:r>
        <w:rPr>
          <w:sz w:val="20"/>
        </w:rPr>
        <w:t>44:29  is ke baray mein bataein. dono related hi hain. Avoidance aur sabr dono ek hi coin ke jaise do aspect hote hain na.</w:t>
      </w:r>
      <w:r>
        <w:br/>
      </w:r>
      <w:r>
        <w:rPr>
          <w:sz w:val="20"/>
        </w:rPr>
        <w:t>44:41  ji to isi tarah se hai. avoid karte hain.</w:t>
      </w:r>
      <w:r>
        <w:br/>
      </w:r>
      <w:r>
        <w:rPr>
          <w:sz w:val="20"/>
        </w:rPr>
        <w:t>44:47  avoid karne ka matlab bhi sabri karna hai aur sabr karne ka matlab bhi avoid hi karna hai. dono mein bohat ziyada farq nahi hai. to bohat sare alfaaz hote hain na ek hi haqeeqat ko batane ke liye.</w:t>
      </w:r>
      <w:r>
        <w:br/>
      </w:r>
      <w:r>
        <w:rPr>
          <w:sz w:val="20"/>
        </w:rPr>
        <w:t>45:00  to quran mein aya hai: "wa'riz anil jahileen" i'raaz karo. to i'raaz karo yaani jo jahil logon ka matlab hai ke jo baaton ko nahi samajhte.</w:t>
      </w:r>
      <w:r>
        <w:br/>
      </w:r>
      <w:r>
        <w:rPr>
          <w:sz w:val="20"/>
        </w:rPr>
        <w:t>45:10  to baaton ko samajh nahi rahe hain is wajah se woh mukhalifat kar rah</w:t>
      </w:r>
      <w:r>
        <w:br/>
      </w:r>
      <w:r>
        <w:rPr>
          <w:sz w:val="20"/>
        </w:rPr>
        <w:t>45:13  e hain. to un ko thora sa time lage ga baaton ko samajhne mein. to is liye un ko time dena chahiye. aur yeh bilkul psychology ke mutabiq hai insan ki.</w:t>
      </w:r>
      <w:r>
        <w:br/>
      </w:r>
      <w:r>
        <w:rPr>
          <w:sz w:val="20"/>
        </w:rPr>
        <w:t>45:23  ke insan ko baaton ko samajhne mein time lagta hai. jab woh ek conditioned mind hota hai, mature ho chuka hota hai to us ko samajhne mein baat ko time lagta hai.</w:t>
      </w:r>
      <w:r>
        <w:br/>
      </w:r>
      <w:r>
        <w:rPr>
          <w:sz w:val="20"/>
        </w:rPr>
        <w:t>45:34  to hamein is is is haqeeqat se ab adjust karna hai. ke logon ko time dena hai, un ko tarah tarah se samjhane ki koshish karna hai.</w:t>
      </w:r>
      <w:r>
        <w:br/>
      </w:r>
      <w:r>
        <w:rPr>
          <w:sz w:val="20"/>
        </w:rPr>
        <w:t>45:44  aur isi tareeqe se woh ek din aisa hoga. aur tamam paighambaron ko dekhiye shuru mein logon ne mukhalifat ki. lekin baad mein unhon ne inhi logon ne samajh.</w:t>
      </w:r>
      <w:r>
        <w:br/>
      </w:r>
      <w:r>
        <w:rPr>
          <w:sz w:val="20"/>
        </w:rPr>
        <w:t>45:54  aur khaas taur par rasool Allah sal Allah alaihi wasallam. to is ko jab time un ko mila to dheere dheere un ko baat samajh mein aane lagi.</w:t>
      </w:r>
      <w:r>
        <w:br/>
      </w:r>
      <w:r>
        <w:rPr>
          <w:sz w:val="20"/>
        </w:rPr>
        <w:t>46:04  aur is mein khaas taur par hazrat yoon</w:t>
      </w:r>
      <w:r>
        <w:br/>
      </w:r>
      <w:r>
        <w:rPr>
          <w:sz w:val="20"/>
        </w:rPr>
        <w:t>46:07  s dekhiye. hazrat yunus ne bohat dinon tak apne logon ko Khuda ka paigham pohanchaya. aur woh baaton ko samajh nahi rahe the. phir woh chhod kar chale gaye.</w:t>
      </w:r>
      <w:r>
        <w:br/>
      </w:r>
      <w:r>
        <w:rPr>
          <w:sz w:val="20"/>
        </w:rPr>
        <w:t>46:16  phir unhon ne is ne machhli ne un ko nigal liya. phir un ko ehsas hua ke unhon ne ghalati ki hai. phir woh dobara gaye.</w:t>
      </w:r>
      <w:r>
        <w:br/>
      </w:r>
      <w:r>
        <w:rPr>
          <w:sz w:val="20"/>
        </w:rPr>
        <w:t>46:25  phir inhi logon ne saare ke saare logon ne un ki baat ko maan liya. un ke follower ban gaye. to yeh hai. dekhiye dunya mein adjustment to har halat mein karna hi padta hai.</w:t>
      </w:r>
      <w:r>
        <w:br/>
      </w:r>
      <w:r>
        <w:rPr>
          <w:sz w:val="20"/>
        </w:rPr>
        <w:t>46:37  to adjustment agar hum apne interest ke liye karein to bas is ka faida dunya mein hi milega. aur agar hum adjustment akhirat ke liye karein, adjustment Khuda ka paigham pohanchane ke liye karein to is se hamein bohat bara faida milega.</w:t>
      </w:r>
      <w:r>
        <w:br/>
      </w:r>
      <w:r>
        <w:rPr>
          <w:sz w:val="20"/>
        </w:rPr>
        <w:t>46:54  Allah taala ki madad milegi aur Allah ki blessings milengi. aur jo hai mahol normal ho j</w:t>
      </w:r>
      <w:r>
        <w:br/>
      </w:r>
      <w:r>
        <w:rPr>
          <w:sz w:val="20"/>
        </w:rPr>
        <w:t>47:01  aye ga. mahol normal ho jayega to bohat aasani se hum Khuda ki baaton ko doosron tak pohancha sakte hain. jo ke hamari zimmedari hai.</w:t>
      </w:r>
      <w:r>
        <w:br/>
      </w:r>
      <w:r>
        <w:rPr>
          <w:sz w:val="20"/>
        </w:rPr>
        <w:t>47:11  ek misaal aap ko deti hoon. bohat sari misalein hain. jab rasool Allah sal Allah alaihi wasallam ke zamane mein jab ek badu masjid mein aa gaya tha, us ne masjid gandi kar di thi.</w:t>
      </w:r>
      <w:r>
        <w:br/>
      </w:r>
      <w:r>
        <w:rPr>
          <w:sz w:val="20"/>
        </w:rPr>
        <w:t>47:23  to sahaba daude is ke is ko marne ke liye</w:t>
      </w:r>
      <w:r>
        <w:br/>
      </w:r>
      <w:r>
        <w:rPr>
          <w:sz w:val="20"/>
        </w:rPr>
        <w:t>47:26  e. to rasool Allah sal Allah alaihi wasallam ne kaha ke woh jagah saaf kar do pani se, ek dol ke pani se. aur is ko koi kuch nahi kaha.</w:t>
      </w:r>
      <w:r>
        <w:br/>
      </w:r>
      <w:r>
        <w:rPr>
          <w:sz w:val="20"/>
        </w:rPr>
        <w:t>47:35  ab woh isi par itna mutasir ho gaya. apne qabile mein ja ke sab se kehta hai ke dekho maine un ki masjid ko, un ki ibadat gah ko ganda kar diya tha.</w:t>
      </w:r>
      <w:r>
        <w:br/>
      </w:r>
      <w:r>
        <w:rPr>
          <w:sz w:val="20"/>
        </w:rPr>
        <w:t>47:44  unhon ne mujhe kuch nahi kaha, mujhe jharaka nahi aur mujhe is tareeqe se jaane diya baghair kuch kahe hue.</w:t>
      </w:r>
      <w:r>
        <w:br/>
      </w:r>
      <w:r>
        <w:rPr>
          <w:sz w:val="20"/>
        </w:rPr>
        <w:t>47:51  to woh sab se kehta hai ke Muhammad itne achhe aadmi hain. phir yahan tak ke poora poora qabila rasool Allah sal Allah alaihi wasallam ka follower ban gaya.</w:t>
      </w:r>
      <w:r>
        <w:br/>
      </w:r>
      <w:r>
        <w:rPr>
          <w:sz w:val="20"/>
        </w:rPr>
        <w:t>48:00  to yeh jo hai hamare tamam masail jo hai hal karta hai. adjust</w:t>
      </w:r>
      <w:r>
        <w:br/>
      </w:r>
      <w:r>
        <w:rPr>
          <w:sz w:val="20"/>
        </w:rPr>
        <w:t>48:06  ment dunya ke bhi aur akhirat ke bhi. agar hum Khuda ke liye karenge, koi bhi kaam jab hum Khuda ke liye karte hain to is mein bohat zyada is ka ajar milta hai hamein.</w:t>
      </w:r>
      <w:r>
        <w:br/>
      </w:r>
      <w:r>
        <w:rPr>
          <w:sz w:val="20"/>
        </w:rPr>
        <w:t>48:17  aur dunya mein karte hain to dunya ki kamyabi is mein milti hai. to khaas taur par hum chuki hamara mission jo hai is ke hisab se hamein Khuda ka paigham logon tak pohanchana hai.</w:t>
      </w:r>
      <w:r>
        <w:br/>
      </w:r>
      <w:r>
        <w:rPr>
          <w:sz w:val="20"/>
        </w:rPr>
        <w:t>48:28  to hamein is baat ka khaas khayal rakhna hai ke hamein har hal mein adjust karna hai.</w:t>
      </w:r>
      <w:r>
        <w:br/>
      </w:r>
      <w:r>
        <w:rPr>
          <w:sz w:val="20"/>
        </w:rPr>
        <w:t>48:35  dawati maslehat ki wajah se. log to adjust kar hi rahe hain lekin woh un ke andar jo log bahar rehte hain to dawati maslehat un ko woh nahi samajhte.</w:t>
      </w:r>
      <w:r>
        <w:br/>
      </w:r>
      <w:r>
        <w:rPr>
          <w:sz w:val="20"/>
        </w:rPr>
        <w:t>48:46  apne apne mafaadat ki wajah se woh adjust karte hain. to is se is mein koi un ko is ka ajar nahi milega. to yeh hai.</w:t>
      </w:r>
      <w:r>
        <w:br/>
      </w:r>
      <w:r>
        <w:rPr>
          <w:sz w:val="20"/>
        </w:rPr>
        <w:t>48:55  adjustment jo hai na bohat zyada zaroori hai. ji jazak Allah aap ka. apa aakhri sawal poochne se pehle yeh teen comments padhna chahoon ga</w:t>
      </w:r>
      <w:r>
        <w:br/>
      </w:r>
      <w:r>
        <w:rPr>
          <w:sz w:val="20"/>
        </w:rPr>
        <w:t>49:03  a. kafi comments aa rahe hain lekin ab waqt bhi ho gaya hai. yeh comment bheja hai Imran Ahmed sahab ne dilli se. unhon ne likha hai: "Mashallah Apa, sabr usool ke tehat apni zindagi mein shamil karna bohat aham baat hai.</w:t>
      </w:r>
      <w:r>
        <w:br/>
      </w:r>
      <w:r>
        <w:rPr>
          <w:sz w:val="20"/>
        </w:rPr>
        <w:t>49:18  majboori ke tehat to log sabr karte hi hain lekin ideal yeh hai ke hum apne usool banayein ke hum taqat rakhte hue bhi sabr karein." Jazak Allah Apa.</w:t>
      </w:r>
      <w:r>
        <w:br/>
      </w:r>
      <w:r>
        <w:rPr>
          <w:sz w:val="20"/>
        </w:rPr>
        <w:t>49:30  Muhammad Yaqoob Umri sahab ne likha hai: "Jazak Allah Apa for the valuable lecture on sabr. sabr means supporting the creation plan of God.</w:t>
      </w:r>
      <w:r>
        <w:br/>
      </w:r>
      <w:r>
        <w:rPr>
          <w:sz w:val="20"/>
        </w:rPr>
        <w:t>49:40  This is an important point about sabr." Khalid Ansari sahib ne Dilli se likha hai: "Practicing sabr gives enough time to take corrective decisions.</w:t>
      </w:r>
      <w:r>
        <w:br/>
      </w:r>
      <w:r>
        <w:rPr>
          <w:sz w:val="20"/>
        </w:rPr>
        <w:t>49:49  Time is a big healer and practicing sabr saves one from hectic decisions."</w:t>
      </w:r>
      <w:r>
        <w:br/>
      </w:r>
      <w:r>
        <w:rPr>
          <w:sz w:val="20"/>
        </w:rPr>
        <w:t>49:55  Aapa aakhri sawal mera yeh hai ke Maulana Wahiduddin Khan sahib ne to bohat zyada emphasize kiya hai sabr par. Unhon ne articles bhi likhe hain.</w:t>
      </w:r>
      <w:r>
        <w:br/>
      </w:r>
      <w:r>
        <w:rPr>
          <w:sz w:val="20"/>
        </w:rPr>
        <w:t>50:03  To unhon ne yeh bhi kaha tha ek dafa ke social life mein jo sabr kare, logon ke yani logon ke darmiyan rehte hue, to uska sawab kai zyada hai.</w:t>
      </w:r>
      <w:r>
        <w:br/>
      </w:r>
      <w:r>
        <w:rPr>
          <w:sz w:val="20"/>
        </w:rPr>
        <w:t>50:15  To aisa kyun kaha unhon ne? Ya iske bare mein thoda sa bataein hum sab ko.</w:t>
      </w:r>
      <w:r>
        <w:br/>
      </w:r>
      <w:r>
        <w:rPr>
          <w:sz w:val="20"/>
        </w:rPr>
        <w:t>50:20  Asal mein aadmi jab apne ghar mein rehta hai to itna zyada usko sabr karne ki zaroorat hi nahi parti hai. Uski marzi ke mutabiq sab kaam hota rehta hai.</w:t>
      </w:r>
      <w:r>
        <w:br/>
      </w:r>
      <w:r>
        <w:rPr>
          <w:sz w:val="20"/>
        </w:rPr>
        <w:t>50:31  Lekin jab ijtimaiyat jo hoti hai, jab sab logon ke sath mil kar kaam karna hota hai, jaise hamara mission hai, mil kar kaam karna hota hai, to wahan par sabr ki zyada zaroorat hoti hai.</w:t>
      </w:r>
      <w:r>
        <w:br/>
      </w:r>
      <w:r>
        <w:rPr>
          <w:sz w:val="20"/>
        </w:rPr>
        <w:t>50:43  To tarah tarah se isko aisa lagta hai ke uska appreciation nahi ho raha hai, usko ignore kiya ja raha hai,</w:t>
      </w:r>
      <w:r>
        <w:br/>
      </w:r>
      <w:r>
        <w:rPr>
          <w:sz w:val="20"/>
        </w:rPr>
        <w:t>50:50  usko ahmiyat nahi di ja rahi hai. Koi baat se woh offend ho jata hai. To har aadmi itna soch samajh ke baat nahi karta. Kuch baat keh diya to woh offend ho gaya.</w:t>
      </w:r>
      <w:r>
        <w:br/>
      </w:r>
      <w:r>
        <w:rPr>
          <w:sz w:val="20"/>
        </w:rPr>
        <w:t>50:59  To yeh sari cheezein jo hain bar bar woh bar bar usko tajurba hota rehta hai. To us waqt agar woh Allah ki khatir sabr kare to yeh bohat bari baat hai.</w:t>
      </w:r>
      <w:r>
        <w:br/>
      </w:r>
      <w:r>
        <w:rPr>
          <w:sz w:val="20"/>
        </w:rPr>
        <w:t>51:11  Kyunke agar woh family mein apni sabr karega to woh to apni family ko unite rakhne ke liye, family ke interest ke liye sabr kare</w:t>
      </w:r>
      <w:r>
        <w:br/>
      </w:r>
      <w:r>
        <w:rPr>
          <w:sz w:val="20"/>
        </w:rPr>
        <w:t>51:19  ga na. Lekin agar bahar sabr kar raha hai aur kuch jo ijtimaiyat hoti hai, jahan koi social life hoti hai ya hakoomat hoti hai, us mein bhi bohat kuch sabr karna parta hai.</w:t>
      </w:r>
      <w:r>
        <w:br/>
      </w:r>
      <w:r>
        <w:rPr>
          <w:sz w:val="20"/>
        </w:rPr>
        <w:t>51:32  Mission chal rahe hote hain, us mein sabr karna parta hai. Aur woh phir woh Allah ki khatir sabr kare to woh jo hai woh bohat zyada important hota hai.</w:t>
      </w:r>
      <w:r>
        <w:br/>
      </w:r>
      <w:r>
        <w:rPr>
          <w:sz w:val="20"/>
        </w:rPr>
        <w:t>51:41  To jitna zyada usko is mein takleef hoti hai to utna hi zyada us us ko is mein sabr milta hai.</w:t>
      </w:r>
      <w:r>
        <w:br/>
      </w:r>
      <w:r>
        <w:rPr>
          <w:sz w:val="20"/>
        </w:rPr>
        <w:t>51:48  To yeh khaas baat hai Islam ki ke agar hamein koi bhi takleef pohanchti hai, kehte hain ke ek kaanta bhi chubhta hai to phir hamein uska ajr milta hai, uska sawab Allah taala dete hain.</w:t>
      </w:r>
      <w:r>
        <w:br/>
      </w:r>
      <w:r>
        <w:rPr>
          <w:sz w:val="20"/>
        </w:rPr>
        <w:t>52:00  To hamein har waqt bas Khuda ko yaad rakhna hai aur Khuda ki marzi ke mutabiq apna har kaam karna hai. To uska sawab hamein har amal ka sawab milega.</w:t>
      </w:r>
      <w:r>
        <w:br/>
      </w:r>
      <w:r>
        <w:rPr>
          <w:sz w:val="20"/>
        </w:rPr>
        <w:t>52:10  Sirf aisa nahi hai ke sirf namazi roze ka sawab milega.</w:t>
      </w:r>
      <w:r>
        <w:br/>
      </w:r>
      <w:r>
        <w:rPr>
          <w:sz w:val="20"/>
        </w:rPr>
        <w:t>52:16  To apne apne imaan ki hifazat ke liye insaan ko chahiye ke woh be masla, be shikayat insaan ban jaye. Jisko Maulana kehte the "no problem person." To no problem person ban jana yeh hamare apne liye acha hai.</w:t>
      </w:r>
      <w:r>
        <w:br/>
      </w:r>
      <w:r>
        <w:rPr>
          <w:sz w:val="20"/>
        </w:rPr>
        <w:t>52:30  Kyunke hum hamara ek goal hona chahiye aur us goal mein koi distraction nahi hona chahiye. To yeh sari cheezein distract karti hain. Ab maine kai bar dekha hai ke jo jahil log hote hain, jahil aurtein hot</w:t>
      </w:r>
      <w:r>
        <w:br/>
      </w:r>
      <w:r>
        <w:rPr>
          <w:sz w:val="20"/>
        </w:rPr>
        <w:t>52:43  hain, ab woh har waqt unki shikayat, unki shikayat baith ke karti rehti hain. To woh uski wajah se kya hai ke woh improve apne aap ko nahi karti.</w:t>
      </w:r>
      <w:r>
        <w:br/>
      </w:r>
      <w:r>
        <w:rPr>
          <w:sz w:val="20"/>
        </w:rPr>
        <w:t>52:53  Bas jo unko jitna aata hai kaam, bas utna hi aata hai. Kyunke woh har waqt doosron ki shikayaton mein lagi rah</w:t>
      </w:r>
      <w:r>
        <w:br/>
      </w:r>
      <w:r>
        <w:rPr>
          <w:sz w:val="20"/>
        </w:rPr>
        <w:t>52:59  ti hain. To agar hum bhi educated log bhi yahi karein ke har waqt doosron ki shikayat mein lage rahein, doosre ke khilaf plan karte rahein, to hum apne potentials ko awaken nahi kar sakein ge, apne potential ko realize nahi kar sakein ge, actualize nahi kar sakein ge.</w:t>
      </w:r>
      <w:r>
        <w:br/>
      </w:r>
      <w:r>
        <w:rPr>
          <w:sz w:val="20"/>
        </w:rPr>
        <w:t>53:17  To is liye bohat zyada zaroori hai ke hum apne aap ko bachayein. "Save yourself." Jo Maulana kehte the, yeh bohat zyada zaroori hai.</w:t>
      </w:r>
      <w:r>
        <w:br/>
      </w:r>
      <w:r>
        <w:rPr>
          <w:sz w:val="20"/>
        </w:rPr>
        <w:t>53:26  To is ke liye hamein apni negativity to dekhiye aaye gi. Insaan aam taur par bohat sensitive hota hai. Zara zara si baat mein usko takleef pohanch jati hai.</w:t>
      </w:r>
      <w:r>
        <w:br/>
      </w:r>
      <w:r>
        <w:rPr>
          <w:sz w:val="20"/>
        </w:rPr>
        <w:t>53:36  To woh jo negativity hai, us ko hamein positivity mein convert karna hai. Tarah tarah se us ko reason out kar ke convert karna hai taake woh jo hai woh negativity ko khatam kar d</w:t>
      </w:r>
      <w:r>
        <w:br/>
      </w:r>
      <w:r>
        <w:rPr>
          <w:sz w:val="20"/>
        </w:rPr>
        <w:t>53:49  ev. Maulana ka to bohat hi oonchi darja tha, woh to woh negative negative baat ko suntay hi nahi thay. Hum log to suntay hain, to hum suntay hain to phir hum us ko chahiye kay hum us ko reason out kar kay negativity ko convert karain positivity mein.</w:t>
      </w:r>
      <w:r>
        <w:br/>
      </w:r>
      <w:r>
        <w:rPr>
          <w:sz w:val="20"/>
        </w:rPr>
        <w:t>54:06  Misal kay tor par agar kisi say aik takleef ho gayi hai humein to us ki bohat sari achi baatein hongi, woh hum us ko yaad karain kay us nay humaray sath itna sari achay kaam kiye hain.</w:t>
      </w:r>
      <w:r>
        <w:br/>
      </w:r>
      <w:r>
        <w:rPr>
          <w:sz w:val="20"/>
        </w:rPr>
        <w:t>54:16  To bohat tareeqay say hum us ko reason out kar saktay hain.</w:t>
      </w:r>
      <w:r>
        <w:br/>
      </w:r>
      <w:r>
        <w:rPr>
          <w:sz w:val="20"/>
        </w:rPr>
        <w:t>54:19  Yahi karain kay agar hum negative ho jayain gay to hamari personality apni, apna hamara nuqsan hoga. To yeh hai kay us ko har cheez ko hum Allah kay khane mein dalain.</w:t>
      </w:r>
      <w:r>
        <w:br/>
      </w:r>
      <w:r>
        <w:rPr>
          <w:sz w:val="20"/>
        </w:rPr>
        <w:t>54:30  Hum yeh sochay kay Allah nay yahi dunya banai hai, yahi to Allah ki marzi kay mutabiq hi humay is dunya mein rehna hai. Jab Allah keh raha hai kay tum positive insan bano, apna tazkiya karo, to hum humay yahi karna hai.</w:t>
      </w:r>
      <w:r>
        <w:br/>
      </w:r>
      <w:r>
        <w:rPr>
          <w:sz w:val="20"/>
        </w:rPr>
        <w:t>54:42  To is tareeqay say hum apnay aap ko, apni negativity ko apna hum khatam kar saktay hain aur aik dam complaint free insan ban saktay hain. To yahan phir mein wahi yaad dilaoongi aik qissa kay aik bar Rasool Allah Sal Allah o Alaihe Wasallam nay kisi insan, koi sahabi ja rahay thay rastay mein, kaha kay yeh jannati insan hai jabkay jannati to bataya nahi jata tha kay kon jannati hai, kon jannati nahi hai.</w:t>
      </w:r>
      <w:r>
        <w:br/>
      </w:r>
      <w:r>
        <w:rPr>
          <w:sz w:val="20"/>
        </w:rPr>
        <w:t>55:08  To ab logon ko bari curiosity hui kay kyun is is kay baray mein aap nay kaha kay woh jannati hai. Log gay wahan par maloom karnay kay liye to teen din us kay pas rahay.</w:t>
      </w:r>
      <w:r>
        <w:br/>
      </w:r>
      <w:r>
        <w:rPr>
          <w:sz w:val="20"/>
        </w:rPr>
        <w:t>55:20  Kyunkay pehlay zamanay mein teen din koi bhi kisi kay ghar bhi mehman reh sakta tha. Woh us say poocha nahi, poochay gay to pata nahi us ki samajh mein ayega kiya bataye, kiya na bataye.</w:t>
      </w:r>
      <w:r>
        <w:br/>
      </w:r>
      <w:r>
        <w:rPr>
          <w:sz w:val="20"/>
        </w:rPr>
        <w:t>55:30  Us ko dekhnay gay kay aakhir woh aisa kon sa amal karta hai kay us ki wajah say us ko jannati bataya gaya hai.</w:t>
      </w:r>
      <w:r>
        <w:br/>
      </w:r>
      <w:r>
        <w:rPr>
          <w:sz w:val="20"/>
        </w:rPr>
        <w:t>55:37  To dekha kay wahi namaz roza jo sab kartay thay, wahi woh bhi karta tha. To jab teen din ho gaya to us nay poocha kay aakhir aap aaye thay to koi maqsad raha hoga aap kay aanay ka?</w:t>
      </w:r>
      <w:r>
        <w:br/>
      </w:r>
      <w:r>
        <w:rPr>
          <w:sz w:val="20"/>
        </w:rPr>
        <w:t>55:49  To to ab unhonay bataya kay mein nay aisa peghambar say suna tha, to wahi mein dekhnay aaya tha. To yahan to mein nay kuch khaas extraordinary cheez pai nahi.</w:t>
      </w:r>
      <w:r>
        <w:br/>
      </w:r>
      <w:r>
        <w:rPr>
          <w:sz w:val="20"/>
        </w:rPr>
        <w:t>55:59  To us nay yeh kaha kay mein apnay andar, us nay kaha mein amal to wahi hai, namaz roza wahi sab sab kartay hain,</w:t>
      </w:r>
      <w:r>
        <w:br/>
      </w:r>
      <w:r>
        <w:rPr>
          <w:sz w:val="20"/>
        </w:rPr>
        <w:t>56:06  Wahi mein bhi karta hoon, lekin mein apnay andar kisi kay liye koi ghil, jis ko hum malice keh saktay hain, koi ghil nahi pata.</w:t>
      </w:r>
      <w:r>
        <w:br/>
      </w:r>
      <w:r>
        <w:rPr>
          <w:sz w:val="20"/>
        </w:rPr>
        <w:t>56:15  To humay apnay andar say malice ko jo kisi bhi wajah say par jaye, to woh usay woh nikal nikal kay, kharch kharch kay, us ko phenk dena hai.</w:t>
      </w:r>
      <w:r>
        <w:br/>
      </w:r>
      <w:r>
        <w:rPr>
          <w:sz w:val="20"/>
        </w:rPr>
        <w:t>56:24  To is tareeqay say hum apna mukammal tazkiya kar payain gay. Aur tazkiya jo hai, bohat ziyada zaroori hai.</w:t>
      </w:r>
      <w:r>
        <w:br/>
      </w:r>
      <w:r>
        <w:rPr>
          <w:sz w:val="20"/>
        </w:rPr>
        <w:t>56:32  Tazkiya kay baray mein Maulana nay likha hai kay purified personality jo hai, woh akhirat mein us kay liye jannat kay darwazay apnay aap khultay chalay jayain gay.</w:t>
      </w:r>
      <w:r>
        <w:br/>
      </w:r>
      <w:r>
        <w:rPr>
          <w:sz w:val="20"/>
        </w:rPr>
        <w:t>56:44  Jaisay remote control system hota hai na, aaj kal bari bari buildingon mein darwazay khultay chalay jatay hain, to aisay hi us kay liye jannat kay darwazay khultay chalay jayain gay.</w:t>
      </w:r>
      <w:r>
        <w:br/>
      </w:r>
      <w:r>
        <w:rPr>
          <w:sz w:val="20"/>
        </w:rPr>
        <w:t>56:53  To tazkiya aap samajh saktay hain kay kitna ziyada zaroori hai</w:t>
      </w:r>
      <w:r>
        <w:br/>
      </w:r>
      <w:r>
        <w:rPr>
          <w:sz w:val="20"/>
        </w:rPr>
        <w:t>56:58  Humay apna tazkiya karna. Aur tazkiya jo hai, us kay liye sabar zaroori hai. To ijtamai zindagi mein dekhiye, aik to mil jul kar kaam karna jo hai bohat ziyada zaroori hai.</w:t>
      </w:r>
      <w:r>
        <w:br/>
      </w:r>
      <w:r>
        <w:rPr>
          <w:sz w:val="20"/>
        </w:rPr>
        <w:t>57:11  Kyunkay agar aik mission chal raha hai to yeh zimmedari hoti hai kay sab log us ko support karain.</w:t>
      </w:r>
      <w:r>
        <w:br/>
      </w:r>
      <w:r>
        <w:rPr>
          <w:sz w:val="20"/>
        </w:rPr>
        <w:t>57:18  To us mein mein aik misal doongi Saad Ibn Ubadah ki kay jab Rasool Allah Sal Allah o Alaihe Wasallam Madina gay aur wahan logon nay aap ko sardar bana liya to yeh jo hain qabailay kay sardar thay, yeh</w:t>
      </w:r>
      <w:r>
        <w:br/>
      </w:r>
      <w:r>
        <w:rPr>
          <w:sz w:val="20"/>
        </w:rPr>
        <w:t>57:32  To un logon ko aasani say un logon nay accept nahi kiya. Lekin us waqt to chounkay ab Rasool Allah thay to maan liya.</w:t>
      </w:r>
      <w:r>
        <w:br/>
      </w:r>
      <w:r>
        <w:rPr>
          <w:sz w:val="20"/>
        </w:rPr>
        <w:t>57:41  Lekin baad mein jab Hazrat Abu Bakr khaleefa huay, tab Hazrat Abu Bakr aur Hazrat Umar khaleefa huay to un ko yeh baat jo hai bohat ziyada shock lagi ho kay yeh woh to leader thay qabailay kay aur bohat hi un ka bara qabaila tha.</w:t>
      </w:r>
      <w:r>
        <w:br/>
      </w:r>
      <w:r>
        <w:rPr>
          <w:sz w:val="20"/>
        </w:rPr>
        <w:t>57:59  To woh sham chalay</w:t>
      </w:r>
      <w:r>
        <w:br/>
      </w:r>
      <w:r>
        <w:rPr>
          <w:sz w:val="20"/>
        </w:rPr>
        <w:t>58:01  Gay. Unhonay support karnay kay bajaye Hazrat Abu Bakr ka zamanay, Hazrat Umar ka zamanay jo tha, us mein Hazrat Abu Bakr kay zamanay mein to khaas tor par bohat ziyada halaat kharab thay.</w:t>
      </w:r>
      <w:r>
        <w:br/>
      </w:r>
      <w:r>
        <w:rPr>
          <w:sz w:val="20"/>
        </w:rPr>
        <w:t>58:12  to un ko support karne ke bajaye unhon ne woh sham chale gaye. to woh yeh cheez jo hai bilkul hi acceptable nahi hai.</w:t>
      </w:r>
      <w:r>
        <w:br/>
      </w:r>
      <w:r>
        <w:rPr>
          <w:sz w:val="20"/>
        </w:rPr>
        <w:t>58:21  ek divine mission jab chal raha ho to to kehte hain ke un ke jab intaqal hua to logon ne yeh awaz suni:</w:t>
      </w:r>
      <w:r>
        <w:br/>
      </w:r>
      <w:r>
        <w:rPr>
          <w:sz w:val="20"/>
        </w:rPr>
        <w:t>58:29  "hum ne khazraj ke sardar sa'd ibn ibada ko qatl kiya hai." to ab yeh awaz suni to Maulana ne kahin likha hai ke shayad jinnu ki awaz thi yeh.</w:t>
      </w:r>
      <w:r>
        <w:br/>
      </w:r>
      <w:r>
        <w:rPr>
          <w:sz w:val="20"/>
        </w:rPr>
        <w:t>58:41  to yeh bohat zyada ghalat baat hai ke agar hum ek divine mission chal raha hai to us ko koi na koi pretext par ke kisi ne humein yeh keh diya, kisi ne humein woh keh diya, ya humein jo hai ignore kiya ja raha hai, humein appreciation nahi mil raha hai, yeh keh ke alag hona hi jo hai bohat bohat bara risk log le rahe hain.</w:t>
      </w:r>
      <w:r>
        <w:br/>
      </w:r>
      <w:r>
        <w:rPr>
          <w:sz w:val="20"/>
        </w:rPr>
        <w:t>59:05  kisi halat mein bhi koi mission is tarah ka chal raha ho, dawah mission to us ko us mein jo laga hua hai, us ko alag nahi hona chahiye balkeh bardasht karna chahiye.</w:t>
      </w:r>
      <w:r>
        <w:br/>
      </w:r>
      <w:r>
        <w:rPr>
          <w:sz w:val="20"/>
        </w:rPr>
        <w:t>59:16  aur jo sabr bardasht ka jo ajr hai, us par nazar honi chahiye ke dunya mein bhi woh us ko ajr milega aur akhirat mein us ke badle mein jannat milegi.</w:t>
      </w:r>
      <w:r>
        <w:br/>
      </w:r>
      <w:r>
        <w:rPr>
          <w:sz w:val="20"/>
        </w:rPr>
        <w:t>59:28  jazak Allah apa, thank you for doing this important session today.</w:t>
      </w:r>
      <w:r>
        <w:br/>
      </w:r>
      <w:r>
        <w:rPr>
          <w:sz w:val="20"/>
        </w:rPr>
        <w:t>59:32  so, we we'll end today session and we'll be back next Sunday 10:30 am. thank you.</w:t>
      </w:r>
    </w:p>
    <w:p>
      <w:pPr>
        <w:pStyle w:val="Heading2"/>
      </w:pPr>
      <w:r>
        <w:t>Advising a Short-Tempered Son to Be Patient</w:t>
      </w:r>
    </w:p>
    <w:p>
      <w:r>
        <w:rPr>
          <w:color w:val="666666"/>
          <w:sz w:val="18"/>
        </w:rPr>
        <w:t>Dars-e-Quran, Chapter 2, Verses 44-46, January 28, 2018 · 2m 33s · at 59:38 · https://youtu.be/3Kd5InuBtFA?t=3578</w:t>
      </w:r>
    </w:p>
    <w:p>
      <w:r>
        <w:rPr>
          <w:i/>
        </w:rPr>
        <w:t>“Moulana sahab, my son is fifteen years old and a very short-tempered boy. Even though I try my best to teach him to be patient, he does not listen. I want your advice on how to convey to him that keeping patience is like inviting God's help.”</w:t>
      </w:r>
    </w:p>
    <w:p>
      <w:r>
        <w:rPr>
          <w:sz w:val="20"/>
        </w:rPr>
        <w:t>59:38  maz ko makkah aur madinah ke dawah dawati mahol mein samajhna hai. jazak allah." maulana, agla sawal lete hain jo doctor arsalan ne bheja hai lucknow se. unhone likha hai: "maulana sahab! my son is fifteen years old and a very short tempered boy. even though i try my best to teach him to be patient, b</w:t>
      </w:r>
      <w:r>
        <w:br/>
      </w:r>
      <w:r>
        <w:rPr>
          <w:sz w:val="20"/>
        </w:rPr>
        <w:t>1:00:08  t hi does not listen.</w:t>
      </w:r>
      <w:r>
        <w:br/>
      </w:r>
      <w:r>
        <w:rPr>
          <w:sz w:val="20"/>
        </w:rPr>
        <w:t>1:00:13  I want your advice as to how to convey him that keeping patience is like inviting God's help.</w:t>
      </w:r>
      <w:r>
        <w:br/>
      </w:r>
      <w:r>
        <w:rPr>
          <w:sz w:val="20"/>
        </w:rPr>
        <w:t>1:00:18  how can he be changed? dekhiye, is ko change nahi karna hai.</w:t>
      </w:r>
      <w:r>
        <w:br/>
      </w:r>
      <w:r>
        <w:rPr>
          <w:sz w:val="20"/>
        </w:rPr>
        <w:t>1:00:23  aap log apne aap ko change kijiye.</w:t>
      </w:r>
      <w:r>
        <w:br/>
      </w:r>
      <w:r>
        <w:rPr>
          <w:sz w:val="20"/>
        </w:rPr>
        <w:t>1:00:28  jittne aise bachche hote hain, woh maa baap ki pampering se bante hain.</w:t>
      </w:r>
      <w:r>
        <w:br/>
      </w:r>
      <w:r>
        <w:rPr>
          <w:sz w:val="20"/>
        </w:rPr>
        <w:t>1:00:33  woh aap aur aap ki</w:t>
      </w:r>
      <w:r>
        <w:br/>
      </w:r>
      <w:r>
        <w:rPr>
          <w:sz w:val="20"/>
        </w:rPr>
        <w:t>1:00:38  aliya apni pampering ko khatm kijiye.</w:t>
      </w:r>
      <w:r>
        <w:br/>
      </w:r>
      <w:r>
        <w:rPr>
          <w:sz w:val="20"/>
        </w:rPr>
        <w:t>1:00:44  ghalti aap ki taraf hai aur is ko aap lagate hain beti ki taraf.</w:t>
      </w:r>
      <w:r>
        <w:br/>
      </w:r>
      <w:r>
        <w:rPr>
          <w:sz w:val="20"/>
        </w:rPr>
        <w:t>1:00:49  is mein koi shaq nahi, koi shaq nahi ke aap aur aap ki biwi ki pampering ne bachchon</w:t>
      </w:r>
      <w:r>
        <w:br/>
      </w:r>
      <w:r>
        <w:rPr>
          <w:sz w:val="20"/>
        </w:rPr>
        <w:t>1:00:54  ko aisa banaya hai.</w:t>
      </w:r>
      <w:r>
        <w:br/>
      </w:r>
      <w:r>
        <w:rPr>
          <w:sz w:val="20"/>
        </w:rPr>
        <w:t>1:01:00  is mein mein yeh add karunga ke maa baap ko nazar hi nahi aata.</w:t>
      </w:r>
      <w:r>
        <w:br/>
      </w:r>
      <w:r>
        <w:rPr>
          <w:sz w:val="20"/>
        </w:rPr>
        <w:t>1:01:05  mein aise maa baap ko jaanta hoon</w:t>
      </w:r>
      <w:r>
        <w:br/>
      </w:r>
      <w:r>
        <w:rPr>
          <w:sz w:val="20"/>
        </w:rPr>
        <w:t>1:01:10  jo apne bachchon ki pampering karte the aur jab un ko toka gaya to kaha: nahi, mein to</w:t>
      </w:r>
      <w:r>
        <w:br/>
      </w:r>
      <w:r>
        <w:rPr>
          <w:sz w:val="20"/>
        </w:rPr>
        <w:t>1:01:18  kuch nahi karta. khud ba khud mere baap, mere jo baap the, meri pampering karte the.</w:t>
      </w:r>
      <w:r>
        <w:br/>
      </w:r>
      <w:r>
        <w:rPr>
          <w:sz w:val="20"/>
        </w:rPr>
        <w:t>1:01:26  khud mere baap mere phupha ko rokte the to woh samajhte the ke mein to kuch nahi karta.</w:t>
      </w:r>
      <w:r>
        <w:br/>
      </w:r>
      <w:r>
        <w:rPr>
          <w:sz w:val="20"/>
        </w:rPr>
        <w:t>1:01:33  mere baap ki death ho gayi jab mein</w:t>
      </w:r>
      <w:r>
        <w:br/>
      </w:r>
      <w:r>
        <w:rPr>
          <w:sz w:val="20"/>
        </w:rPr>
        <w:t>1:01:41  chhe saal ka tha. ab bilkul pampered baap bana hua tha. main main khud pampered baap bana hua tha. to mere baap ki death ho gayi, tab mere andar nayi zindagi shuru hui. aap ghalati aap karte hain, ab dalte hain bachche ke upar: "your boy is pampered boy. is ko khatm kijiye, phir sab kuch theek</w:t>
      </w:r>
    </w:p>
    <w:p>
      <w:pPr>
        <w:pStyle w:val="Heading2"/>
      </w:pPr>
      <w:r>
        <w:t>How to practice patience and earn reward?</w:t>
      </w:r>
    </w:p>
    <w:p>
      <w:r>
        <w:rPr>
          <w:color w:val="666666"/>
          <w:sz w:val="18"/>
        </w:rPr>
        <w:t>Problem and Shukr March 15, 2015 · 3m 22s · at 55:51 · https://youtu.be/SPBsXjH1hzM?t=3351</w:t>
      </w:r>
    </w:p>
    <w:p>
      <w:r>
        <w:rPr>
          <w:i/>
        </w:rPr>
        <w:t>“I agree with you in what you said today, that we should accept Allah's plan and be patient towards men and thankful towards Allah. But practically, when I try to implement this, I lose patience in certain situations, even though mentally I want to follow. How can I correct myself to exercise patience and earn the reward of Allah?”</w:t>
      </w:r>
    </w:p>
    <w:p>
      <w:r>
        <w:rPr>
          <w:sz w:val="20"/>
        </w:rPr>
        <w:t>55:51  Maulana, agla sawal kya hai? Adil Muhammad Sahib ne Muradabad se, aur unhon ne likha hai ke Maulana, I agree with you in what you said today, that we should accept Allah's plan and be patient towards men and thankful towards Allah.</w:t>
      </w:r>
      <w:r>
        <w:br/>
      </w:r>
      <w:r>
        <w:rPr>
          <w:sz w:val="20"/>
        </w:rPr>
        <w:t>56:10  baat Maulana, practically, when I try to implement this, then I lose patience in certain situations,</w:t>
      </w:r>
      <w:r>
        <w:br/>
      </w:r>
      <w:r>
        <w:rPr>
          <w:sz w:val="20"/>
        </w:rPr>
        <w:t>56:19  I want to follow and agree with what you just said today. How can I correct myself as I want to exercise patience and earn the reward of Allah?</w:t>
      </w:r>
      <w:r>
        <w:br/>
      </w:r>
      <w:r>
        <w:rPr>
          <w:sz w:val="20"/>
        </w:rPr>
        <w:t>56:32  please guide me from where to begin, as i really want to change myself. dekhiye, patience jo hai, wahi to prize hai.</w:t>
      </w:r>
      <w:r>
        <w:br/>
      </w:r>
      <w:r>
        <w:rPr>
          <w:sz w:val="20"/>
        </w:rPr>
        <w:t>56:41  patience jo hai, wahi price hai dunya mein hamd aur shukr ke sath jeene ke liye. to aap price nahi denge to cheez milegi kaise aap ko?</w:t>
      </w:r>
      <w:r>
        <w:br/>
      </w:r>
      <w:r>
        <w:rPr>
          <w:sz w:val="20"/>
        </w:rPr>
        <w:t>56:52  aap ko ek car khareedna hai to kya aap baghair price diye car mil jayegi aap ko?</w:t>
      </w:r>
      <w:r>
        <w:br/>
      </w:r>
      <w:r>
        <w:rPr>
          <w:sz w:val="20"/>
        </w:rPr>
        <w:t>56:59  to woh to price hai, kyunke dunya mein qabt hi rahega, problem hi rahega, challenge hi rahenge, in in unbounded situation hi rahegi.</w:t>
      </w:r>
      <w:r>
        <w:br/>
      </w:r>
      <w:r>
        <w:rPr>
          <w:sz w:val="20"/>
        </w:rPr>
        <w:t>57:10  achha, is ko aap badal nahi sakte, kyunke woh to Khuda ke God given yani freedom ki wajah se hai. to patience jo price hai, is price ko diye baghair aap ko kabhi bhi apne andar positive personality nahi bana payenge.</w:t>
      </w:r>
      <w:r>
        <w:br/>
      </w:r>
      <w:r>
        <w:rPr>
          <w:sz w:val="20"/>
        </w:rPr>
        <w:t>57:26  aap</w:t>
      </w:r>
      <w:r>
        <w:br/>
      </w:r>
      <w:r>
        <w:rPr>
          <w:sz w:val="20"/>
        </w:rPr>
        <w:t>57:27  jab positive personality nahi bana payenge to na shukr hoga na hamd hoga. to is ke to aap ko kuch aur dhoondna hi nahi hai.</w:t>
      </w:r>
      <w:r>
        <w:br/>
      </w:r>
      <w:r>
        <w:rPr>
          <w:sz w:val="20"/>
        </w:rPr>
        <w:t>57:36  is ko yeh samajh kar ada karna hai ke jo price hai, jo mujhe dena hi dena hai, jis tarah car khareedne ke liye mujhe price deni padti hai, tab mujhe car milti hai.</w:t>
      </w:r>
      <w:r>
        <w:br/>
      </w:r>
      <w:r>
        <w:rPr>
          <w:sz w:val="20"/>
        </w:rPr>
        <w:t>57:46  aise hi price yahan bhi ek muamla hai. patience ki price to deni hi padegi. is ka koi doosra shortcut nahi hai.</w:t>
      </w:r>
      <w:r>
        <w:br/>
      </w:r>
      <w:r>
        <w:rPr>
          <w:sz w:val="20"/>
        </w:rPr>
        <w:t>57:54  is ka</w:t>
      </w:r>
      <w:r>
        <w:br/>
      </w:r>
      <w:r>
        <w:rPr>
          <w:sz w:val="20"/>
        </w:rPr>
        <w:t>57:58  Maulana, agla comment aaya hai Kashmir se Shad Hussain sahib ka, aur unhone likha hai ke Maulana, thank you for unfolding the meanings of hamd and qabt in a wonderful contrast.</w:t>
      </w:r>
      <w:r>
        <w:br/>
      </w:r>
      <w:r>
        <w:rPr>
          <w:sz w:val="20"/>
        </w:rPr>
        <w:t>58:13  your explanation gives us thrilling perception about Quranic terms. may God reward you.</w:t>
      </w:r>
    </w:p>
    <w:p>
      <w:pPr>
        <w:pStyle w:val="Heading2"/>
      </w:pPr>
      <w:r>
        <w:t>Teaching patience to today's youth</w:t>
      </w:r>
    </w:p>
    <w:p>
      <w:r>
        <w:rPr>
          <w:color w:val="666666"/>
          <w:sz w:val="18"/>
        </w:rPr>
        <w:t>Understanding the Quran April 7, 2019 · 2m 10s · at 37:56 · https://youtu.be/m_Om5MtQJz4?t=2276</w:t>
      </w:r>
    </w:p>
    <w:p>
      <w:r>
        <w:rPr>
          <w:i/>
        </w:rPr>
        <w:t>“Maulana saheb, to be satisfied with less and to plan for the future requires a lot of patience. Today's youth does not have that patience because they always live in the psychology of haste, and due to this they make mistake after mistake, and become a victim of depression. My question is: how can we make the youth of today understand the virtue of patience?”</w:t>
      </w:r>
    </w:p>
    <w:p>
      <w:r>
        <w:rPr>
          <w:sz w:val="20"/>
        </w:rPr>
        <w:t>37:56  Maulana, agla sawal lete hain. Yeh sawal bheja hai Sadiq Khan sahab ne Ahmedabad se. Unhone likha hai: "Maulana sahab, kaam pe satisfied hona aur aage ke liye planning karne ke liye bohat sabr karna padta hai.</w:t>
      </w:r>
      <w:r>
        <w:br/>
      </w:r>
      <w:r>
        <w:rPr>
          <w:sz w:val="20"/>
        </w:rPr>
        <w:t>38:16  aaj ka youth itna sabr nahi karta kyunke hamesha woh jaldi ki psychology mein rehta hai, aur isi wajah se ghalati par ghalati karta hai, aur depression ka shikar ho jata hai.</w:t>
      </w:r>
      <w:r>
        <w:br/>
      </w:r>
      <w:r>
        <w:rPr>
          <w:sz w:val="20"/>
        </w:rPr>
        <w:t>38:29  mera sawal yeh hai ke: "How can we make the youth of today understand the virtue of sabr?" dekhiye, sabr koi mamooli baat nahi hai.</w:t>
      </w:r>
      <w:r>
        <w:br/>
      </w:r>
      <w:r>
        <w:rPr>
          <w:sz w:val="20"/>
        </w:rPr>
        <w:t>38:46  sabr koi mamooli baat nahi hai. sabr ka matlab hai apni tanhai ko khatam kar ke Allah ko apne sath le laina.</w:t>
      </w:r>
      <w:r>
        <w:br/>
      </w:r>
      <w:r>
        <w:rPr>
          <w:sz w:val="20"/>
        </w:rPr>
        <w:t>38:59  aap ghor kijiye ke sabr koi mamooli baat hai. sabr ke mani hain ke Allah ko apne sath le lena, Rab ul Alameen ko apne sath le lena, sari kainat ke malik ko apne sath le lena.</w:t>
      </w:r>
      <w:r>
        <w:br/>
      </w:r>
      <w:r>
        <w:rPr>
          <w:sz w:val="20"/>
        </w:rPr>
        <w:t>39:14  bataiye, is mani mein sabr to is se bari to koi cheez hi nahi. is se bari to koi cheez hi nahi.</w:t>
      </w:r>
      <w:r>
        <w:br/>
      </w:r>
      <w:r>
        <w:rPr>
          <w:sz w:val="20"/>
        </w:rPr>
        <w:t>39:28  maulana, doctor naghma siddiqui ne dilli se likha hai: "maulana, I understood clearly today that we have to restudy and discover the meaning of the Quran and apply it to our lives.</w:t>
      </w:r>
      <w:r>
        <w:br/>
      </w:r>
      <w:r>
        <w:rPr>
          <w:sz w:val="20"/>
        </w:rPr>
        <w:t>39:41  And in today's age of peace, all aspects of Islam have to be reinterpreted on peaceful lines. It is very, very important.</w:t>
      </w:r>
      <w:r>
        <w:br/>
      </w:r>
      <w:r>
        <w:rPr>
          <w:sz w:val="20"/>
        </w:rPr>
        <w:t>39:52  May God help us to do this and apply it in our life and as a part of teamwork in the Quran mission۔" mashallah.</w:t>
      </w:r>
    </w:p>
    <w:p>
      <w:pPr>
        <w:pStyle w:val="Heading2"/>
      </w:pPr>
      <w:r>
        <w:t>Strengthening patience in oneself</w:t>
      </w:r>
    </w:p>
    <w:p>
      <w:r>
        <w:rPr>
          <w:color w:val="666666"/>
          <w:sz w:val="18"/>
        </w:rPr>
        <w:t>How to Manage Controversy 10 Nov 2019 - Maulana Wahiduddin Khan · 47s · at 51:20 · https://youtu.be/UafTzJXHrSA?t=3080</w:t>
      </w:r>
    </w:p>
    <w:p>
      <w:r>
        <w:rPr>
          <w:i/>
        </w:rPr>
        <w:t>“How can we strengthen the quality of patience in ourselves? Please guide us on this point.”</w:t>
      </w:r>
    </w:p>
    <w:p>
      <w:r>
        <w:rPr>
          <w:sz w:val="20"/>
        </w:rPr>
        <w:t>51:20  org. you can download the pdf of all these books and read it you know whenever you have time. Maulana, agla sawal lete hain.</w:t>
      </w:r>
      <w:r>
        <w:br/>
      </w:r>
      <w:r>
        <w:rPr>
          <w:sz w:val="20"/>
        </w:rPr>
        <w:t>51:31  yeh sawal bheja hai Ms Daniya Mustafa ne Karachi se. unhon ne likha hai: "Maulana sahib, how can we strengthen the quality of patience in our self</w:t>
      </w:r>
      <w:r>
        <w:br/>
      </w:r>
      <w:r>
        <w:rPr>
          <w:sz w:val="20"/>
        </w:rPr>
        <w:t>51:43  ? please guide us on this point."</w:t>
      </w:r>
      <w:r>
        <w:br/>
      </w:r>
      <w:r>
        <w:rPr>
          <w:sz w:val="20"/>
        </w:rPr>
        <w:t>51:51  bas wohi kijiye. Hazrat Umar ko mein ne kaise bataya ke Quran ki ayat parhiye, bas apne aap sab thanda ho jayega.</w:t>
      </w:r>
    </w:p>
    <w:p>
      <w:pPr>
        <w:pStyle w:val="Heading2"/>
      </w:pPr>
      <w:r>
        <w:t>Dealing with loss of patience</w:t>
      </w:r>
    </w:p>
    <w:p>
      <w:r>
        <w:rPr>
          <w:color w:val="666666"/>
          <w:sz w:val="18"/>
        </w:rPr>
        <w:t>Islam in A New Age March 18, 2012 · 1m 07s · at 1:19:31 · https://youtu.be/P5hzq_NheY0?t=4771</w:t>
      </w:r>
    </w:p>
    <w:p>
      <w:r>
        <w:rPr>
          <w:i/>
        </w:rPr>
        <w:t>“Do patience is one of the greatest virtues, but what should we do if at some point of time we feel that we are on the verge of losing patience? Kindly elaborate on my question.”</w:t>
      </w:r>
    </w:p>
    <w:p>
      <w:r>
        <w:rPr>
          <w:sz w:val="20"/>
        </w:rPr>
        <w:t>1:19:31  nahin, yeh Musalmanon ka yani apne mahol se asar le kar ke aisa hua hai. Maulana, agla sawal bhi Dilli se hai, Miss Nida Malik ka.</w:t>
      </w:r>
      <w:r>
        <w:br/>
      </w:r>
      <w:r>
        <w:rPr>
          <w:sz w:val="20"/>
        </w:rPr>
        <w:t>1:19:40  unhon ne likha hai ke Do patience is one of the greatest virtues, but what should we do if at some point of time we feel that we are on the verge of losing patience?</w:t>
      </w:r>
      <w:r>
        <w:br/>
      </w:r>
      <w:r>
        <w:rPr>
          <w:sz w:val="20"/>
        </w:rPr>
        <w:t>1:19:53  Maulana sahib, kindly elaborate on my question. aisa kabhi nahin hota.</w:t>
      </w:r>
      <w:r>
        <w:br/>
      </w:r>
      <w:r>
        <w:rPr>
          <w:sz w:val="20"/>
        </w:rPr>
        <w:t>1:19:59  yeh to woh log hote hain jo sochi samjhi zindagi na guzarte hon. Animal-like. yeh to animal behavior hai.</w:t>
      </w:r>
      <w:r>
        <w:br/>
      </w:r>
      <w:r>
        <w:rPr>
          <w:sz w:val="20"/>
        </w:rPr>
        <w:t>1:20:09  Mind your thinking, animal. to apni thinking ko develop kijiye. jo log thinking ko develop nahin karte, unhi ke sab yeh sab problem hote hain.</w:t>
      </w:r>
      <w:r>
        <w:br/>
      </w:r>
      <w:r>
        <w:rPr>
          <w:sz w:val="20"/>
        </w:rPr>
        <w:t>1:20:21  main apne tajrube ki bina par keh sakta hoon ke apni thinking ko develop kijiye aur yeh sab masle apne aap khatam ho jayenge. is tarah ka problem un mein aata hai jinhon ne apni thinking ko develop na kiya ho.</w:t>
      </w:r>
    </w:p>
    <w:p>
      <w:pPr>
        <w:pStyle w:val="Heading2"/>
      </w:pPr>
      <w:r>
        <w:t>Elaboration on patience with reflection</w:t>
      </w:r>
    </w:p>
    <w:p>
      <w:r>
        <w:rPr>
          <w:color w:val="666666"/>
          <w:sz w:val="18"/>
        </w:rPr>
        <w:t>Patience and Crisis 22 Dec 2019 - Maulana Wahiduddin Khan · 2m 39s · at 43:26 · https://youtu.be/ddnUKbhEoCI?t=2606</w:t>
      </w:r>
    </w:p>
    <w:p>
      <w:r>
        <w:rPr>
          <w:i/>
        </w:rPr>
        <w:t>“Thank you for giving such a clear lecture on the importance of patience and advanced training for paradise. Yesterday you said patience with reflection is the best thing. Can you please elaborate on patience with reflection?”</w:t>
      </w:r>
    </w:p>
    <w:p>
      <w:r>
        <w:rPr>
          <w:sz w:val="20"/>
        </w:rPr>
        <w:t>43:26  maulana agla comment aur sawal dilli se aaya hai doctor naghma siddiqui ka. unhone likha hai: "maulana jazak allah for giving such a clear lecture on the importance of sabr aur advance training for jannat.</w:t>
      </w:r>
      <w:r>
        <w:br/>
      </w:r>
      <w:r>
        <w:rPr>
          <w:sz w:val="20"/>
        </w:rPr>
        <w:t>43:43  yesterday maulana you had said sabr with tadabbur is the best thing. can you please elaborate on this?"</w:t>
      </w:r>
      <w:r>
        <w:br/>
      </w:r>
      <w:r>
        <w:rPr>
          <w:sz w:val="20"/>
        </w:rPr>
        <w:t>43:57  sabr with tadabbur. ji. ji.</w:t>
      </w:r>
      <w:r>
        <w:br/>
      </w:r>
      <w:r>
        <w:rPr>
          <w:sz w:val="20"/>
        </w:rPr>
        <w:t>44:04  main toh samajhta hoon ke sabr aur tadabbur dono laazim malzoom hain. sabr ke baghair tadabbur nahi, tadabbur ke baghair sabr nahi.</w:t>
      </w:r>
      <w:r>
        <w:br/>
      </w:r>
      <w:r>
        <w:rPr>
          <w:sz w:val="20"/>
        </w:rPr>
        <w:t>44:18  aap ko apne aap ko sambhalna padta hai, apne aap ko thamna padta hai. tab aap sabr kar payenge, tab aap tadabbur kar payenge.</w:t>
      </w:r>
      <w:r>
        <w:br/>
      </w:r>
      <w:r>
        <w:rPr>
          <w:sz w:val="20"/>
        </w:rPr>
        <w:t>44:32  apne aap ko thamna.</w:t>
      </w:r>
      <w:r>
        <w:br/>
      </w:r>
      <w:r>
        <w:rPr>
          <w:sz w:val="20"/>
        </w:rPr>
        <w:t>44:38  toh yeh bataiye toh aap ke liye khushi ka lamha hona chahiye, na ke ghusse ka lamha.</w:t>
      </w:r>
      <w:r>
        <w:br/>
      </w:r>
      <w:r>
        <w:rPr>
          <w:sz w:val="20"/>
        </w:rPr>
        <w:t>44:51  maulana ah agla comment bheja hai tampa florida se tariq ali sahib ne. unhone likha hai: "maulana i hope you would agree if i say that patience during difficult times in fact allows the mind to function in an efficient manner during the times of crisis,</w:t>
      </w:r>
      <w:r>
        <w:br/>
      </w:r>
      <w:r>
        <w:rPr>
          <w:sz w:val="20"/>
        </w:rPr>
        <w:t>45:14  because this ensures good decision making. in addition it leads to the development of human faculties to their fullest, to their full capacity in order to face all kinds of situations in life.</w:t>
      </w:r>
      <w:r>
        <w:br/>
      </w:r>
      <w:r>
        <w:rPr>
          <w:sz w:val="20"/>
        </w:rPr>
        <w:t>45:30  most of all it helps in discovering god's wonders and accepting his will." bahut achha explain kiya aap ne, bahut achha explain kiya aap ne.</w:t>
      </w:r>
      <w:r>
        <w:br/>
      </w:r>
      <w:r>
        <w:rPr>
          <w:sz w:val="20"/>
        </w:rPr>
        <w:t>45:43  jazakum allah. miss tuti malhotra ne dilli se likha hai: "maulana today the importance of patience has been very clearly explained.</w:t>
      </w:r>
      <w:r>
        <w:br/>
      </w:r>
      <w:r>
        <w:rPr>
          <w:sz w:val="20"/>
        </w:rPr>
        <w:t>45:55  at answers the questions when people ask the limit of observing patience. if there is no limit to paradise, then there is no limit to patience.</w:t>
      </w:r>
    </w:p>
    <w:p>
      <w:pPr>
        <w:pStyle w:val="Heading2"/>
      </w:pPr>
      <w:r>
        <w:t>Knowing God's approval after patience</w:t>
      </w:r>
    </w:p>
    <w:p>
      <w:r>
        <w:rPr>
          <w:color w:val="666666"/>
          <w:sz w:val="18"/>
        </w:rPr>
        <w:t>Divine Help March 31, 2019 Maulana Wahiduddin Khan · 2m 25s · at 33:34 · https://youtu.be/o5-R5Rjs5Cw?t=2014</w:t>
      </w:r>
    </w:p>
    <w:p>
      <w:r>
        <w:rPr>
          <w:i/>
        </w:rPr>
        <w:t>“Molana, you said today that patience is buying time. This is such an amazing explanation. My question is that after keeping patience, if we don't get desired result, then how do we know whether God approves my plan or not?”</w:t>
      </w:r>
    </w:p>
    <w:p>
      <w:r>
        <w:rPr>
          <w:sz w:val="20"/>
        </w:rPr>
        <w:t>33:34  allah hamare saath hai aur sab dekh raha hai, beshak." maulana, aap sawal lena chahenge? yeh sawal, yeh sawal bheja hai ahmedabad se abdul majid sahib ne, unhon ne likha hai:</w:t>
      </w:r>
      <w:r>
        <w:br/>
      </w:r>
      <w:r>
        <w:rPr>
          <w:sz w:val="20"/>
        </w:rPr>
        <w:t>33:49  "molana, you said today that patience is buying time. this is such an amazing explanation. my question is that after keeping patience, if we don't get desired result,</w:t>
      </w:r>
      <w:r>
        <w:br/>
      </w:r>
      <w:r>
        <w:rPr>
          <w:sz w:val="20"/>
        </w:rPr>
        <w:t>34:04  then how do we know whether god approves my plan or not?</w:t>
      </w:r>
      <w:r>
        <w:br/>
      </w:r>
      <w:r>
        <w:rPr>
          <w:sz w:val="20"/>
        </w:rPr>
        <w:t>34:09  is there a way to find out so we can move to the second or the third option and not keep waiting in patience forever?"</w:t>
      </w:r>
      <w:r>
        <w:br/>
      </w:r>
      <w:r>
        <w:rPr>
          <w:sz w:val="20"/>
        </w:rPr>
        <w:t>34:21  dekhiye, patience ki koi limit nahin hoti. main apne bare mein keh sakta hoon ke abhi kal ki baat hai ke mujhe kuch aisi baatein samajh aayin jis mein poori umar meri beet gayi,</w:t>
      </w:r>
      <w:r>
        <w:br/>
      </w:r>
      <w:r>
        <w:rPr>
          <w:sz w:val="20"/>
        </w:rPr>
        <w:t>34:39  poori umar beet gayi. yaani poori umar mein main sochta raha koi baat ke yahan allah ta'ala ki madad is duniya mein nahin mil rahi.</w:t>
      </w:r>
      <w:r>
        <w:br/>
      </w:r>
      <w:r>
        <w:rPr>
          <w:sz w:val="20"/>
        </w:rPr>
        <w:t>34:51  abhi kal mujhe bar bar kaha allah ta'ala ne to hamare paas allah badi madad de dijiye. to patience ki koi limit mat sochiye, woh sari umar chal sakti hai.</w:t>
      </w:r>
      <w:r>
        <w:br/>
      </w:r>
      <w:r>
        <w:rPr>
          <w:sz w:val="20"/>
        </w:rPr>
        <w:t>35:04  khud rasool allah ke nazdeek sari umar patience chala, tab natija nikla.</w:t>
      </w:r>
      <w:r>
        <w:br/>
      </w:r>
      <w:r>
        <w:rPr>
          <w:sz w:val="20"/>
        </w:rPr>
        <w:t>35:12  patience ko patience falsafe ka patience patience yaani sabr, falsafe ka sabr. is ki koi limit mat apne apne zehan se banaiye.</w:t>
      </w:r>
      <w:r>
        <w:br/>
      </w:r>
      <w:r>
        <w:rPr>
          <w:sz w:val="20"/>
        </w:rPr>
        <w:t>35:26  is ki is ki soorat yeh hai ke aap patience ko ibadat samjhein.</w:t>
      </w:r>
      <w:r>
        <w:br/>
      </w:r>
      <w:r>
        <w:rPr>
          <w:sz w:val="20"/>
        </w:rPr>
        <w:t>35:33  afzal al-ibadat intizar al-faraj yeh afzal ibadat hai. patience afzal ibadat hai. is zehan ke sath aap sabr ko ikhtiyar kijiye, tab aap qaim rahenge aur tabhi yeh mumkin hua ke aap ko badi badi nusrat mile allah ta'ala ki.</w:t>
      </w:r>
      <w:r>
        <w:br/>
      </w:r>
      <w:r>
        <w:rPr>
          <w:sz w:val="20"/>
        </w:rPr>
        <w:t>35:54  aisa nahin ho sakta.</w:t>
      </w:r>
    </w:p>
    <w:p>
      <w:pPr>
        <w:pStyle w:val="Heading2"/>
      </w:pPr>
      <w:r>
        <w:t>Patience and maintaining the status quo</w:t>
      </w:r>
    </w:p>
    <w:p>
      <w:r>
        <w:rPr>
          <w:color w:val="666666"/>
          <w:sz w:val="18"/>
        </w:rPr>
        <w:t>How to Manage Controversy 10 Nov 2019 - Maulana Wahiduddin Khan · 1m 07s · at 46:49 · https://youtu.be/UafTzJXHrSA?t=2809</w:t>
      </w:r>
    </w:p>
    <w:p>
      <w:r>
        <w:rPr>
          <w:i/>
        </w:rPr>
        <w:t>“What is the relationship between patience and maintaining the status quo?”</w:t>
      </w:r>
    </w:p>
    <w:p>
      <w:r>
        <w:rPr>
          <w:sz w:val="20"/>
        </w:rPr>
        <w:t>46:49  azhar mubarak sahib ne bhagalpur se sawal bheja hai. unhon ne aap se poocha hai ke: "what is the relationship between patience and maintaining of the status quo?</w:t>
      </w:r>
      <w:r>
        <w:br/>
      </w:r>
      <w:r>
        <w:rPr>
          <w:sz w:val="20"/>
        </w:rPr>
        <w:t>47:02  " is ke bare mein batayein.</w:t>
      </w:r>
      <w:r>
        <w:br/>
      </w:r>
      <w:r>
        <w:rPr>
          <w:sz w:val="20"/>
        </w:rPr>
        <w:t>47:10  bhai, aap ka to agar</w:t>
      </w:r>
      <w:r>
        <w:br/>
      </w:r>
      <w:r>
        <w:rPr>
          <w:sz w:val="20"/>
        </w:rPr>
        <w:t>47:14  sensitivity hogi, tabhi aap status quo maintain karna ki koshish karenge.</w:t>
      </w:r>
      <w:r>
        <w:br/>
      </w:r>
      <w:r>
        <w:rPr>
          <w:sz w:val="20"/>
        </w:rPr>
        <w:t>47:26  to sensitivity to lazim hai, sensitive comes the first.</w:t>
      </w:r>
      <w:r>
        <w:br/>
      </w:r>
      <w:r>
        <w:rPr>
          <w:sz w:val="20"/>
        </w:rPr>
        <w:t>47:43  maulana yaqoob umri ne delhi se comment bheja hai. unhon ne likha hai: "managing the issue without controversy means continuing our mission without interruption.</w:t>
      </w:r>
      <w:r>
        <w:br/>
      </w:r>
      <w:r>
        <w:rPr>
          <w:sz w:val="20"/>
        </w:rPr>
        <w:t>47:55  this is great guidance, maulana sa</w:t>
      </w:r>
      <w:r>
        <w:br/>
      </w:r>
      <w:r>
        <w:rPr>
          <w:sz w:val="20"/>
        </w:rPr>
        <w:t>47:57  hib, jazaak allah." mashallah. maulana, agla sawal chennai se bheja hai maulana iqbal umri ne. unhon ne aap se poocha hai ke: "qanooni karwai ya qanoon ka hawala de kar jo nizam jari rakhna chahte hain, woh log kya maghalta rakhte hain?</w:t>
      </w:r>
    </w:p>
    <w:p>
      <w:pPr>
        <w:pStyle w:val="Heading2"/>
      </w:pPr>
      <w:r>
        <w:t>Waiting for divine help and patience</w:t>
      </w:r>
    </w:p>
    <w:p>
      <w:r>
        <w:rPr>
          <w:color w:val="666666"/>
          <w:sz w:val="18"/>
        </w:rPr>
        <w:t>Divine Help March 31, 2019 Maulana Wahiduddin Khan · 30s · at 39:07 · https://youtu.be/o5-R5Rjs5Cw?t=2347</w:t>
      </w:r>
    </w:p>
    <w:p>
      <w:r>
        <w:rPr>
          <w:i/>
        </w:rPr>
        <w:t>“Does waiting for divine help mean we keep patience till some opportunities open and then we avail of them in the hope that God will get them done through His angels? Rest we do dua.”</w:t>
      </w:r>
    </w:p>
    <w:p>
      <w:r>
        <w:rPr>
          <w:sz w:val="20"/>
        </w:rPr>
        <w:t>39:07  maulana, agla sawal dilli se bheja hai doctor naghma siddiqui ne, unhon ne likha hai: "Does waiting for divine help mean we keep patience till some opportunities open and then we avail of them in the hope that God will get them done through His angels?</w:t>
      </w:r>
      <w:r>
        <w:br/>
      </w:r>
      <w:r>
        <w:rPr>
          <w:sz w:val="20"/>
        </w:rPr>
        <w:t>39:27  Rest we do dua." sahi hai, sahi hai.</w:t>
      </w:r>
    </w:p>
    <w:p>
      <w:pPr>
        <w:pStyle w:val="Heading2"/>
      </w:pPr>
      <w:r>
        <w:t>Importance of forgiveness in patience</w:t>
      </w:r>
    </w:p>
    <w:p>
      <w:r>
        <w:rPr>
          <w:color w:val="666666"/>
          <w:sz w:val="18"/>
        </w:rPr>
        <w:t>Problem and Shukr March 15, 2015 · 2m 50s · at 45:49 · https://youtu.be/O4gfXHtntcc?t=2749</w:t>
      </w:r>
    </w:p>
    <w:p>
      <w:r>
        <w:rPr>
          <w:i/>
        </w:rPr>
        <w:t>“How important is forgiveness in keeping patience and positivity?”</w:t>
      </w:r>
    </w:p>
    <w:p>
      <w:r>
        <w:rPr>
          <w:sz w:val="20"/>
        </w:rPr>
        <w:t>45:49  maulana agla sawal miss naghma siddiqui ka hai dilli se aur unhon ne aap se poocha hai ke</w:t>
      </w:r>
      <w:r>
        <w:br/>
      </w:r>
      <w:r>
        <w:rPr>
          <w:sz w:val="20"/>
        </w:rPr>
        <w:t>45:57  How important is it, how important is forgiveness in keeping patience and</w:t>
      </w:r>
      <w:r>
        <w:br/>
      </w:r>
      <w:r>
        <w:rPr>
          <w:sz w:val="20"/>
        </w:rPr>
        <w:t>46:04  positivity dekhiye forgiveness ke baghair to</w:t>
      </w:r>
      <w:r>
        <w:br/>
      </w:r>
      <w:r>
        <w:rPr>
          <w:sz w:val="20"/>
        </w:rPr>
        <w:t>46:08  sab kuch kho deta hai aadmi kyun ke dunya mein to insan ki taraf se aap ko</w:t>
      </w:r>
      <w:r>
        <w:br/>
      </w:r>
      <w:r>
        <w:rPr>
          <w:sz w:val="20"/>
        </w:rPr>
        <w:t>46:15  unpleasant cheezein pesh aayengi aayengi yeh to bilkul mumkin nahi ke sab kuch smooth ho</w:t>
      </w:r>
      <w:r>
        <w:br/>
      </w:r>
      <w:r>
        <w:rPr>
          <w:sz w:val="20"/>
        </w:rPr>
        <w:t>46:21  jaye to forgiveness to bilkul must hai is baat ke liye ke aap ke andar shukr ka jazba</w:t>
      </w:r>
      <w:r>
        <w:br/>
      </w:r>
      <w:r>
        <w:rPr>
          <w:sz w:val="20"/>
        </w:rPr>
        <w:t>46:31  baqi rahe aur aur positive thinking baqi rahe baghair forgiveness ke kuch bhi nahi ho sakta</w:t>
      </w:r>
      <w:r>
        <w:br/>
      </w:r>
      <w:r>
        <w:rPr>
          <w:sz w:val="20"/>
        </w:rPr>
        <w:t>46:39  islam ka aik usool yeh bhi hai</w:t>
      </w:r>
      <w:r>
        <w:br/>
      </w:r>
      <w:r>
        <w:rPr>
          <w:sz w:val="20"/>
        </w:rPr>
        <w:t>46:43  ke living evil ke baray mein islam koi</w:t>
      </w:r>
      <w:r>
        <w:br/>
      </w:r>
      <w:r>
        <w:rPr>
          <w:sz w:val="20"/>
        </w:rPr>
        <w:t>46:49  ikhtitam karta hai living evil lekin dead evil par koi is ka nahi hota islam ka ikhtitam aik</w:t>
      </w:r>
      <w:r>
        <w:br/>
      </w:r>
      <w:r>
        <w:rPr>
          <w:sz w:val="20"/>
        </w:rPr>
        <w:t>46:58  hai living evil aik hai dead evil mein aap ko misaal deta hoon</w:t>
      </w:r>
      <w:r>
        <w:br/>
      </w:r>
      <w:r>
        <w:rPr>
          <w:sz w:val="20"/>
        </w:rPr>
        <w:t>47:04  keh rasool Allah ne jab makkah fatah kiya aur kaaba par aap ko poora ikhtiyar hasil ho gaya</w:t>
      </w:r>
      <w:r>
        <w:br/>
      </w:r>
      <w:r>
        <w:rPr>
          <w:sz w:val="20"/>
        </w:rPr>
        <w:t>47:11  to us waqt kaaba ke ooper ek parda dala hua tha ek parda yeh parda mushrikeen ne dala</w:t>
      </w:r>
      <w:r>
        <w:br/>
      </w:r>
      <w:r>
        <w:rPr>
          <w:sz w:val="20"/>
        </w:rPr>
        <w:t>47:20  tha yani mushrikeen ka paisa mushrikeen ki sab kuch mushrikeen ka tha woh us dala hua tha aaj</w:t>
      </w:r>
      <w:r>
        <w:br/>
      </w:r>
      <w:r>
        <w:rPr>
          <w:sz w:val="20"/>
        </w:rPr>
        <w:t>47:28  kal jo mizaj hai musalmanon ka woh kya kahenge yeh mushrikeen ka parda hai is ko hatao</w:t>
      </w:r>
      <w:r>
        <w:br/>
      </w:r>
      <w:r>
        <w:rPr>
          <w:sz w:val="20"/>
        </w:rPr>
        <w:t>47:34  rasool Allah ne nahi hataya is ko</w:t>
      </w:r>
      <w:r>
        <w:br/>
      </w:r>
      <w:r>
        <w:rPr>
          <w:sz w:val="20"/>
        </w:rPr>
        <w:t>47:36  kyunkeh ab woh ab woh un ka iqtadar khatm ho gaya tha ab woh koi living problem nahi</w:t>
      </w:r>
      <w:r>
        <w:br/>
      </w:r>
      <w:r>
        <w:rPr>
          <w:sz w:val="20"/>
        </w:rPr>
        <w:t>47:42  tha woh parda</w:t>
      </w:r>
      <w:r>
        <w:br/>
      </w:r>
      <w:r>
        <w:rPr>
          <w:sz w:val="20"/>
        </w:rPr>
        <w:t>47:44  baad ko kya hua keh ek aurat wahan par woh jo dhon dena woh loban jala kar kya</w:t>
      </w:r>
      <w:r>
        <w:br/>
      </w:r>
      <w:r>
        <w:rPr>
          <w:sz w:val="20"/>
        </w:rPr>
        <w:t>47:51  karte hain woh wahan kar rahi thi is se parde mein aag lag gayi to parda jal gaya</w:t>
      </w:r>
      <w:r>
        <w:br/>
      </w:r>
      <w:r>
        <w:rPr>
          <w:sz w:val="20"/>
        </w:rPr>
        <w:t>47:59  to ab ek ek ek real problem ban gaya keh parde ko doosre replace kiya jaye to jab</w:t>
      </w:r>
      <w:r>
        <w:br/>
      </w:r>
      <w:r>
        <w:rPr>
          <w:sz w:val="20"/>
        </w:rPr>
        <w:t>48:07  tak parda koi yani koi living evil nahi tha us waqt aap ne is baqi rakha aur jab</w:t>
      </w:r>
      <w:r>
        <w:br/>
      </w:r>
      <w:r>
        <w:rPr>
          <w:sz w:val="20"/>
        </w:rPr>
        <w:t>48:13  dekha keh parda to jal gaya to ab ek naya parda dalna hai to phir aap ne wahan</w:t>
      </w:r>
      <w:r>
        <w:br/>
      </w:r>
      <w:r>
        <w:rPr>
          <w:sz w:val="20"/>
        </w:rPr>
        <w:t>48:18  par ek naya parda dhalwaya</w:t>
      </w:r>
      <w:r>
        <w:br/>
      </w:r>
      <w:r>
        <w:rPr>
          <w:sz w:val="20"/>
        </w:rPr>
        <w:t>48:20  to is baat ko bohat yani aur bhi misalein hain is ki keh Islam living</w:t>
      </w:r>
      <w:r>
        <w:br/>
      </w:r>
      <w:r>
        <w:rPr>
          <w:sz w:val="20"/>
        </w:rPr>
        <w:t>48:28  living evil ko problem samajhta hai dead evil ko Islam problem nahi samajhta</w:t>
      </w:r>
      <w:r>
        <w:br/>
      </w:r>
      <w:r>
        <w:rPr>
          <w:sz w:val="20"/>
        </w:rPr>
        <w:t>48:34  dead evil ko nazar andaz karna yeh Islam ka tareeqa hai aur living evil ke bare mein sochna</w:t>
      </w:r>
    </w:p>
    <w:p>
      <w:pPr>
        <w:pStyle w:val="Heading2"/>
      </w:pPr>
      <w:r>
        <w:t>Role of patience in availing history</w:t>
      </w:r>
    </w:p>
    <w:p>
      <w:r>
        <w:rPr>
          <w:color w:val="666666"/>
          <w:sz w:val="18"/>
        </w:rPr>
        <w:t>History of Kaaba March 19, 2017 · 56s · at 58:00 · https://youtu.be/HPvWnoueeqg?t=3480</w:t>
      </w:r>
    </w:p>
    <w:p>
      <w:r>
        <w:rPr>
          <w:i/>
        </w:rPr>
        <w:t>“We can avail history by not confronting with it to reshape it. This can be done by adjusting with situations and availing the opportunities we find. My question is: what is the role of patience and صبر in this?”</w:t>
      </w:r>
    </w:p>
    <w:p>
      <w:r>
        <w:rPr>
          <w:sz w:val="20"/>
        </w:rPr>
        <w:t>58:00  ji maulana agla sawal miss naghma siddiqui ne bheja hai dilli se unhon ne likha hai we can avail history by not confronting with it to reshape it</w:t>
      </w:r>
      <w:r>
        <w:br/>
      </w:r>
      <w:r>
        <w:rPr>
          <w:sz w:val="20"/>
        </w:rPr>
        <w:t>58:13  this can be done by adjusting with situations and availing the opportunities we find my question is what is the role of patience aur sabr in this</w:t>
      </w:r>
      <w:r>
        <w:br/>
      </w:r>
      <w:r>
        <w:rPr>
          <w:sz w:val="20"/>
        </w:rPr>
        <w:t>58:27  is ka to role hundred percent hai rasool allah salallaho alaihe wasallam ne kaha kitna bada sabr kiya hoga ke but rakhe hue hain kaba mein tab us ko avail kar paye sabr ke baghair aur patience ke baghair to ho hi nahi sakta koi koi kaam hi nahi ho sakta har bada kaam jo hai wo sabr ke baad hota hai</w:t>
      </w:r>
    </w:p>
    <w:p>
      <w:pPr>
        <w:pStyle w:val="Heading2"/>
      </w:pPr>
      <w:r>
        <w:t>How forgiveness helps maintain patience and positivity</w:t>
      </w:r>
    </w:p>
    <w:p>
      <w:r>
        <w:rPr>
          <w:color w:val="666666"/>
          <w:sz w:val="18"/>
        </w:rPr>
        <w:t>Problem and Shukr March 15, 2015 · 52s · at 46:30 · https://youtu.be/SPBsXjH1hzM?t=2790</w:t>
      </w:r>
    </w:p>
    <w:p>
      <w:r>
        <w:rPr>
          <w:i/>
        </w:rPr>
        <w:t>“How important is it? How important is forgiveness in keeping patience and positivity?”</w:t>
      </w:r>
    </w:p>
    <w:p>
      <w:r>
        <w:rPr>
          <w:sz w:val="20"/>
        </w:rPr>
        <w:t>46:30  Maulana. Agla sawal Miss Naghma Siddiqui ka hai Delhi se, aur unhone aap se poocha hai ke "How important is it?</w:t>
      </w:r>
      <w:r>
        <w:br/>
      </w:r>
      <w:r>
        <w:rPr>
          <w:sz w:val="20"/>
        </w:rPr>
        <w:t>46:39  How important is forgiveness in keeping patience and positive</w:t>
      </w:r>
      <w:r>
        <w:br/>
      </w:r>
      <w:r>
        <w:rPr>
          <w:sz w:val="20"/>
        </w:rPr>
        <w:t>46:45  ty?" Ji, forgiveness ke baghair to sab kuch kho deta hai aadmi, kyunke duniya mein to insan ki taraf se aap ko unpleasant cheezein pesh aayengi, aayengi.</w:t>
      </w:r>
      <w:r>
        <w:br/>
      </w:r>
      <w:r>
        <w:rPr>
          <w:sz w:val="20"/>
        </w:rPr>
        <w:t>46:59  yeh to bilkul mumkin nahi ke sab kuch smooth ho jaye.</w:t>
      </w:r>
      <w:r>
        <w:br/>
      </w:r>
      <w:r>
        <w:rPr>
          <w:sz w:val="20"/>
        </w:rPr>
        <w:t>47:03  to forgiveness to bilkul must hai is baat ke liye ke aap ke andar shukr ka jazba baqar hai aur aur positive thinking baqar hai.</w:t>
      </w:r>
      <w:r>
        <w:br/>
      </w:r>
      <w:r>
        <w:rPr>
          <w:sz w:val="20"/>
        </w:rPr>
        <w:t>47:16  baghair forgiveness ke kuch bhi nahi ho sakta.</w:t>
      </w:r>
    </w:p>
    <w:p>
      <w:pPr>
        <w:pStyle w:val="Heading2"/>
      </w:pPr>
      <w:r>
        <w:t>Practicing patience by trusting God</w:t>
      </w:r>
    </w:p>
    <w:p>
      <w:r>
        <w:rPr>
          <w:color w:val="666666"/>
          <w:sz w:val="18"/>
        </w:rPr>
        <w:t>Importance of Peace August 17, 2014 · 2m 53s · at 1:07:36 · https://youtu.be/ifxSwh2Jckw?t=4056</w:t>
      </w:r>
    </w:p>
    <w:p>
      <w:r>
        <w:rPr>
          <w:i/>
        </w:rPr>
        <w:t>“Sabr is very important in Islam. How can we be patient by placing everything in God's domain?”</w:t>
      </w:r>
    </w:p>
    <w:p>
      <w:r>
        <w:rPr>
          <w:sz w:val="20"/>
        </w:rPr>
        <w:t>1:07:36  maulana, agla sawal Miss Nagma Siddiqui ka hai, dilli se. aur unhon ne likha hai ke "Sabr is very important in Islam.</w:t>
      </w:r>
      <w:r>
        <w:br/>
      </w:r>
      <w:r>
        <w:rPr>
          <w:sz w:val="20"/>
        </w:rPr>
        <w:t>1:07:46  How can we be patient by placing everything in God's domain?" hum to har cheez ko khuda ke naam daal dete hain.</w:t>
      </w:r>
      <w:r>
        <w:br/>
      </w:r>
      <w:r>
        <w:rPr>
          <w:sz w:val="20"/>
        </w:rPr>
        <w:t>1:07:55  isi waqt foran ka foran. yeh mushkil kya hai is mein? mushkilat kya hai is mein?</w:t>
      </w:r>
      <w:r>
        <w:br/>
      </w:r>
      <w:r>
        <w:rPr>
          <w:sz w:val="20"/>
        </w:rPr>
        <w:t>1:08:04  rozana mujhe bhi tarah tarah ki baatein pesh aati hain. main din andar is ko khuda ke naam daalta hoon. to is tarah se jo main ne kaha na, by time strategy, woh mera formula hai.</w:t>
      </w:r>
      <w:r>
        <w:br/>
      </w:r>
      <w:r>
        <w:rPr>
          <w:sz w:val="20"/>
        </w:rPr>
        <w:t>1:08:18  fe foran mera time bach jata hai. khwah makhwah mein badal is mein kyun padoon? to aap is ko apnaieye.</w:t>
      </w:r>
      <w:r>
        <w:br/>
      </w:r>
      <w:r>
        <w:rPr>
          <w:sz w:val="20"/>
        </w:rPr>
        <w:t>1:08:29  by time strategy jo hai, bohat hi umda formula hai yeh.</w:t>
      </w:r>
      <w:r>
        <w:br/>
      </w:r>
      <w:r>
        <w:rPr>
          <w:sz w:val="20"/>
        </w:rPr>
        <w:t>1:08:33  jab aap sabr na karein to apne time ko waste karte hain. dekhiye, sabr jab aadmi karta hai to samajhta hai main kisi insaan ke muqable mein kar raha hoon.</w:t>
      </w:r>
      <w:r>
        <w:br/>
      </w:r>
      <w:r>
        <w:rPr>
          <w:sz w:val="20"/>
        </w:rPr>
        <w:t>1:08:43  kisi insaan ke liye kar raha hoon. apne liye kar raha hoon main. apne time bachane ke liye. apne aap ko tension free karne ke liye. bazahir sabr kisi aur ke khilaf hota hai.</w:t>
      </w:r>
      <w:r>
        <w:br/>
      </w:r>
      <w:r>
        <w:rPr>
          <w:sz w:val="20"/>
        </w:rPr>
        <w:t>1:08:54  lekin sabr sara ka faida apne ko milta hai is ka. main cheezon ko hamesha apne lehaz se dekhta hoon.</w:t>
      </w:r>
      <w:r>
        <w:br/>
      </w:r>
      <w:r>
        <w:rPr>
          <w:sz w:val="20"/>
        </w:rPr>
        <w:t>1:09:02  kal main ne ek sahib se kaha, har cheez ko main apne lehaz se dekhta hoon. kal main ne ek sahib se kaha ke dekhiye, offices mein yeh kaha jata hai ke waqt par aao.</w:t>
      </w:r>
      <w:r>
        <w:br/>
      </w:r>
      <w:r>
        <w:rPr>
          <w:sz w:val="20"/>
        </w:rPr>
        <w:t>1:09:15  waqt par aao. to log samajhte hain ke falan office jo hai, bohat sakht hai is muamle mein ke waqt par kehta hai ke sab log pahunchna hai waqt par.</w:t>
      </w:r>
      <w:r>
        <w:br/>
      </w:r>
      <w:r>
        <w:rPr>
          <w:sz w:val="20"/>
        </w:rPr>
        <w:t>1:09:25  to main ne kaha yeh office ki baat nahi hai.</w:t>
      </w:r>
      <w:r>
        <w:br/>
      </w:r>
      <w:r>
        <w:rPr>
          <w:sz w:val="20"/>
        </w:rPr>
        <w:t>1:09:30  office gover ki baat hai yeh.</w:t>
      </w:r>
      <w:r>
        <w:br/>
      </w:r>
      <w:r>
        <w:rPr>
          <w:sz w:val="20"/>
        </w:rPr>
        <w:t>1:09:33  yani time ki pabandi karna yeh office ki baat nahi hai. office gover ki baat hai. yani agar aap time ki pabandi karein ge to aap ke andar aik aik personality develop kare gi.</w:t>
      </w:r>
      <w:r>
        <w:br/>
      </w:r>
      <w:r>
        <w:rPr>
          <w:sz w:val="20"/>
        </w:rPr>
        <w:t>1:09:48  bohat hi aik aisi personality jo bohat hi punctual ho, bohat hi disciplined ho. jis ki soch mein bohat hi munazzam soch jis ke andar ho.</w:t>
      </w:r>
      <w:r>
        <w:br/>
      </w:r>
      <w:r>
        <w:rPr>
          <w:sz w:val="20"/>
        </w:rPr>
        <w:t>1:10:01  to aap bazahir to doosre ke liye time ki pabandi karte hain. faida apne ko milta hai. aap ke andar aik discipline aata hai.</w:t>
      </w:r>
      <w:r>
        <w:br/>
      </w:r>
      <w:r>
        <w:rPr>
          <w:sz w:val="20"/>
        </w:rPr>
        <w:t>1:10:14  disciplined thinking aati hai. disciplined character banta hai. to main to har cheez ko apne lehaz se dekhta hoon. har cheez ko.</w:t>
      </w:r>
      <w:r>
        <w:br/>
      </w:r>
      <w:r>
        <w:rPr>
          <w:sz w:val="20"/>
        </w:rPr>
        <w:t>1:10:24  aur is sabr ko bhi apne lehaz se dekhta hoon.</w:t>
      </w:r>
    </w:p>
    <w:p>
      <w:pPr>
        <w:pStyle w:val="Heading2"/>
      </w:pPr>
      <w:r>
        <w:t>Understanding Sabr as U-Turn</w:t>
      </w:r>
    </w:p>
    <w:p>
      <w:r>
        <w:rPr>
          <w:color w:val="666666"/>
          <w:sz w:val="18"/>
        </w:rPr>
        <w:t>The Method of Planning August 14, 2016 · 3m 48s · at 1:00:28 · https://youtu.be/84WV8NS2VKQ?t=3628</w:t>
      </w:r>
    </w:p>
    <w:p>
      <w:r>
        <w:rPr>
          <w:i/>
        </w:rPr>
        <w:t>“You said in today's lecture that patience (sabr) is taking a U-turn. I did not understand it.”</w:t>
      </w:r>
    </w:p>
    <w:p>
      <w:r>
        <w:rPr>
          <w:sz w:val="20"/>
        </w:rPr>
        <w:t>1:00:28  maulana, agla sawal bangalore se kya hai javed sahab ne, aur unhon ne likha hai ke maulana, you</w:t>
      </w:r>
      <w:r>
        <w:br/>
      </w:r>
      <w:r>
        <w:rPr>
          <w:sz w:val="20"/>
        </w:rPr>
        <w:t>1:00:34  said in today's lecture that sabr is taking a U-turn.</w:t>
      </w:r>
      <w:r>
        <w:br/>
      </w:r>
      <w:r>
        <w:rPr>
          <w:sz w:val="20"/>
        </w:rPr>
        <w:t>1:00:40  I did not understand it.</w:t>
      </w:r>
      <w:r>
        <w:br/>
      </w:r>
      <w:r>
        <w:rPr>
          <w:sz w:val="20"/>
        </w:rPr>
        <w:t>1:00:46  Can you elaborate as to how sabr means taking a U-turn?</w:t>
      </w:r>
      <w:r>
        <w:br/>
      </w:r>
      <w:r>
        <w:rPr>
          <w:sz w:val="20"/>
        </w:rPr>
        <w:t>1:00:51  dikhye, sabr ka matlab kya hai? Patience, tahammul, yani react na karna.</w:t>
      </w:r>
      <w:r>
        <w:br/>
      </w:r>
      <w:r>
        <w:rPr>
          <w:sz w:val="20"/>
        </w:rPr>
        <w:t>1:00:57  sabr ka matlab hai react na karte hue sochna.</w:t>
      </w:r>
      <w:r>
        <w:br/>
      </w:r>
      <w:r>
        <w:rPr>
          <w:sz w:val="20"/>
        </w:rPr>
        <w:t>1:01:03  yani koi soorat-e-haal pesh aayi to aadmi kya karta hai? Foran react karta hai.</w:t>
      </w:r>
      <w:r>
        <w:br/>
      </w:r>
      <w:r>
        <w:rPr>
          <w:sz w:val="20"/>
        </w:rPr>
        <w:t>1:01:09  koi bhi soorat-e-haal pesh aaye, mushtael ho jata hai, ghussa ho jata hai, react karta hai.</w:t>
      </w:r>
      <w:r>
        <w:br/>
      </w:r>
      <w:r>
        <w:rPr>
          <w:sz w:val="20"/>
        </w:rPr>
        <w:t>1:01:15  to is ka jo ulta hai, woh sabr hai.</w:t>
      </w:r>
      <w:r>
        <w:br/>
      </w:r>
      <w:r>
        <w:rPr>
          <w:sz w:val="20"/>
        </w:rPr>
        <w:t>1:01:20  is ka ulta jo hai, woh sabr hai.</w:t>
      </w:r>
      <w:r>
        <w:br/>
      </w:r>
      <w:r>
        <w:rPr>
          <w:sz w:val="20"/>
        </w:rPr>
        <w:t>1:01:26  to is ka maani hai ke jo instinct jo aata hai aadmi ke mind mein, jo baat hai,</w:t>
      </w:r>
      <w:r>
        <w:br/>
      </w:r>
      <w:r>
        <w:rPr>
          <w:sz w:val="20"/>
        </w:rPr>
        <w:t>1:01:32  isko na is se mutasir na ho kar ke doosra U-turn lene wala.</w:t>
      </w:r>
      <w:r>
        <w:br/>
      </w:r>
      <w:r>
        <w:rPr>
          <w:sz w:val="20"/>
        </w:rPr>
        <w:t>1:01:38  to practical tor par dekhen, yeh to U-turn hai.</w:t>
      </w:r>
      <w:r>
        <w:br/>
      </w:r>
      <w:r>
        <w:rPr>
          <w:sz w:val="20"/>
        </w:rPr>
        <w:t>1:01:44  aap chal rahe hain, chal rahe hain, society bombing kar rahe hain aur political activity chala rahe hain,</w:t>
      </w:r>
      <w:r>
        <w:br/>
      </w:r>
      <w:r>
        <w:rPr>
          <w:sz w:val="20"/>
        </w:rPr>
        <w:t>1:01:49  lekin koi result nahi nikalta.</w:t>
      </w:r>
      <w:r>
        <w:br/>
      </w:r>
      <w:r>
        <w:rPr>
          <w:sz w:val="20"/>
        </w:rPr>
        <w:t>1:01:55  to sabr karna padega, tab sochenge aap.</w:t>
      </w:r>
      <w:r>
        <w:br/>
      </w:r>
      <w:r>
        <w:rPr>
          <w:sz w:val="20"/>
        </w:rPr>
        <w:t>1:02:01  yani logon ko bharkane ko bhulana padega, nuksan ko bhulana padega, logon ke sazishon ko bhulana padega.</w:t>
      </w:r>
      <w:r>
        <w:br/>
      </w:r>
      <w:r>
        <w:rPr>
          <w:sz w:val="20"/>
        </w:rPr>
        <w:t>1:02:07  It requires patience.</w:t>
      </w:r>
      <w:r>
        <w:br/>
      </w:r>
      <w:r>
        <w:rPr>
          <w:sz w:val="20"/>
        </w:rPr>
        <w:t>1:02:13  to jab tak aap sabr nahi karenge, aap ke andar tahammul nahi aayega, aap ke andar</w:t>
      </w:r>
      <w:r>
        <w:br/>
      </w:r>
      <w:r>
        <w:rPr>
          <w:sz w:val="20"/>
        </w:rPr>
        <w:t>1:02:18  positive thinking nahi aayegi, aap objective andaaz mein assess nahi kar payenge.</w:t>
      </w:r>
      <w:r>
        <w:br/>
      </w:r>
      <w:r>
        <w:rPr>
          <w:sz w:val="20"/>
        </w:rPr>
        <w:t>1:02:24  yahi to sabr hai, aur kya hai? Quran mein dekhiye, ek aayat hai fasbir kama sabara uli al-awliya</w:t>
      </w:r>
      <w:r>
        <w:br/>
      </w:r>
      <w:r>
        <w:rPr>
          <w:sz w:val="20"/>
        </w:rPr>
        <w:t>1:02:30  min rusulim la ta'ajjil lahum.</w:t>
      </w:r>
      <w:r>
        <w:br/>
      </w:r>
      <w:r>
        <w:rPr>
          <w:sz w:val="20"/>
        </w:rPr>
        <w:t>1:02:36  to Quran mein sabr ka ulta ajlat bataya gaya hai.</w:t>
      </w:r>
      <w:r>
        <w:br/>
      </w:r>
      <w:r>
        <w:rPr>
          <w:sz w:val="20"/>
        </w:rPr>
        <w:t>1:02:42  sabr ka ulta ajlat, jald bazi.</w:t>
      </w:r>
      <w:r>
        <w:br/>
      </w:r>
      <w:r>
        <w:rPr>
          <w:sz w:val="20"/>
        </w:rPr>
        <w:t>1:02:47  to jald bazi kia hai? Reaction hai.</w:t>
      </w:r>
      <w:r>
        <w:br/>
      </w:r>
      <w:r>
        <w:rPr>
          <w:sz w:val="20"/>
        </w:rPr>
        <w:t>1:02:53  to reaction ka ulta kia hai? Positive thinking hai.</w:t>
      </w:r>
      <w:r>
        <w:br/>
      </w:r>
      <w:r>
        <w:rPr>
          <w:sz w:val="20"/>
        </w:rPr>
        <w:t>1:02:59  to aap ghor kariye, to amalan sabr ka matlab yahi hota hai.</w:t>
      </w:r>
      <w:r>
        <w:br/>
      </w:r>
      <w:r>
        <w:rPr>
          <w:sz w:val="20"/>
        </w:rPr>
        <w:t>1:03:05  aap khud ghor karenge to aap ko aap par clear ho jayegi yeh baat.</w:t>
      </w:r>
      <w:r>
        <w:br/>
      </w:r>
      <w:r>
        <w:rPr>
          <w:sz w:val="20"/>
        </w:rPr>
        <w:t>1:03:11  Okay, so we will end this session now.</w:t>
      </w:r>
      <w:r>
        <w:br/>
      </w:r>
      <w:r>
        <w:rPr>
          <w:sz w:val="20"/>
        </w:rPr>
        <w:t>1:03:17  If you want to join CPS Peace and Dawah initiatives or you want to be a Quran distributor in your local area, then kindly write to us at info@cpsglobal.org. We will be back next Sunday, same time at 10:30 AM. Thank you.</w:t>
      </w:r>
    </w:p>
    <w:p>
      <w:pPr>
        <w:pStyle w:val="Heading2"/>
      </w:pPr>
      <w:r>
        <w:t>Example of tolerance and patience bringing positive results</w:t>
      </w:r>
    </w:p>
    <w:p>
      <w:r>
        <w:rPr>
          <w:color w:val="666666"/>
          <w:sz w:val="18"/>
        </w:rPr>
        <w:t>Pillars of Western Thought October 6, 2013 · 1m 39s · at 1:01:34 · https://youtu.be/o4WfPvju5_M?t=3694</w:t>
      </w:r>
    </w:p>
    <w:p>
      <w:r>
        <w:rPr>
          <w:i/>
        </w:rPr>
        <w:t>“Tolerance and patience are words which are always found in your writings and speeches. I think that these are theoretical formulas and not practical at all. Please give one example as to how tolerance and patience have brought positive result.”</w:t>
      </w:r>
    </w:p>
    <w:p>
      <w:r>
        <w:rPr>
          <w:sz w:val="20"/>
        </w:rPr>
        <w:t>1:01:34  maulana, agla sawal lete hain. agla sawal aaya hai mumbai se tabrez sahab ka. unhon ne likha hai: "maulana sahab, tolerance and patience are words which are always found in your writings and speeches.</w:t>
      </w:r>
      <w:r>
        <w:br/>
      </w:r>
      <w:r>
        <w:rPr>
          <w:sz w:val="20"/>
        </w:rPr>
        <w:t>1:01:49  i think that these are theoretical formulas and not practical at all. please give one example as to how tolerance and patience have brought positive results." rasool allah hudaybiyah kya tha?</w:t>
      </w:r>
      <w:r>
        <w:br/>
      </w:r>
      <w:r>
        <w:rPr>
          <w:sz w:val="20"/>
        </w:rPr>
        <w:t>1:02:03  woh tolerance thi tha aur kya tha? ladai ladai ko aap ne, woh log ladai pe tade hue the. aap ne un se muahida kar ke aap madina wapas aa gaye.</w:t>
      </w:r>
      <w:r>
        <w:br/>
      </w:r>
      <w:r>
        <w:rPr>
          <w:sz w:val="20"/>
        </w:rPr>
        <w:t>1:02:14  sir rasool allah ki poori zindagi toleration par mabni hai, patience par mabni hai.</w:t>
      </w:r>
      <w:r>
        <w:br/>
      </w:r>
      <w:r>
        <w:rPr>
          <w:sz w:val="20"/>
        </w:rPr>
        <w:t>1:02:19  quran sabr se bhara hua hai. yeh is mein misaal hai. janna hai aap ko to sehat ki kitabein padhiye. rasool allah ki poori zindagi mabni par sabr, mabni par tolerance, mabni par patience hai.</w:t>
      </w:r>
      <w:r>
        <w:br/>
      </w:r>
      <w:r>
        <w:rPr>
          <w:sz w:val="20"/>
        </w:rPr>
        <w:t>1:02:32  poori zindagi</w:t>
      </w:r>
      <w:r>
        <w:br/>
      </w:r>
      <w:r>
        <w:rPr>
          <w:sz w:val="20"/>
        </w:rPr>
        <w:t>1:02:36  umri kitabein, chaar kitabein meri seerat par hain, is ko padh li</w:t>
      </w:r>
      <w:r>
        <w:br/>
      </w:r>
      <w:r>
        <w:rPr>
          <w:sz w:val="20"/>
        </w:rPr>
        <w:t>1:02:39  jiye aap: "ghabr-e-islam" aur "mutala-e-seerat" aur "seerat-e-rasool".</w:t>
      </w:r>
      <w:r>
        <w:br/>
      </w:r>
      <w:r>
        <w:rPr>
          <w:sz w:val="20"/>
        </w:rPr>
        <w:t>1:02:50  "ghabr-e-islam" ji, is ko padhiye aap. mujhe nahin maloom ke aap kaun si kitab padh rakhi hain aap ne. aur angrezi mein padhna chahein aap to hamari kitab hai "Prophet of Peace".</w:t>
      </w:r>
      <w:r>
        <w:br/>
      </w:r>
      <w:r>
        <w:rPr>
          <w:sz w:val="20"/>
        </w:rPr>
        <w:t>1:03:02  rasool allah ki poori zindagi peace hai.</w:t>
      </w:r>
      <w:r>
        <w:br/>
      </w:r>
      <w:r>
        <w:rPr>
          <w:sz w:val="20"/>
        </w:rPr>
        <w:t>1:03:06  aap is ko parhiye. parhne ke baad agar aap ko sawal ho to agle sunday ko kijiye aap.</w:t>
      </w:r>
    </w:p>
    <w:p>
      <w:pPr>
        <w:pStyle w:val="Heading2"/>
      </w:pPr>
      <w:r>
        <w:t>To what extent should we remain silent</w:t>
      </w:r>
    </w:p>
    <w:p>
      <w:r>
        <w:rPr>
          <w:color w:val="666666"/>
          <w:sz w:val="18"/>
        </w:rPr>
        <w:t>Discovery of God (In Conversation with Maulana) December 25, 2011 · 5m 56s · at 30:00 · https://youtu.be/-1c1d7cFj0s?t=1800</w:t>
      </w:r>
    </w:p>
    <w:p>
      <w:r>
        <w:rPr>
          <w:i/>
        </w:rPr>
        <w:t>“I am very impressed with you from my childhood. You often talk about patience and non-violence. To what extent will we keep mum?”</w:t>
      </w:r>
    </w:p>
    <w:p>
      <w:r>
        <w:rPr>
          <w:sz w:val="20"/>
        </w:rPr>
        <w:t>30:00  maulana, agla sawal aaya hai kashmir se mr hilal ahmad ka. unhone likha hai ke "i am very impressed with you right from my very childhood when i was in class seventh.</w:t>
      </w:r>
      <w:r>
        <w:br/>
      </w:r>
      <w:r>
        <w:rPr>
          <w:sz w:val="20"/>
        </w:rPr>
        <w:t>30:15  i am a continuous reader of your books and monthly al-uswa. most of the times you talk about patience and non-violence.</w:t>
      </w:r>
      <w:r>
        <w:br/>
      </w:r>
      <w:r>
        <w:rPr>
          <w:sz w:val="20"/>
        </w:rPr>
        <w:t>30:25  but i want to ask you something: to what extent we will keep mum?</w:t>
      </w:r>
      <w:r>
        <w:br/>
      </w:r>
      <w:r>
        <w:rPr>
          <w:sz w:val="20"/>
        </w:rPr>
        <w:t>30:32  to what extent we will keep mum? hum kab tak chup rahenge? kis extent tak? what will you do when somebody will come and kill your dear ones?</w:t>
      </w:r>
      <w:r>
        <w:br/>
      </w:r>
      <w:r>
        <w:rPr>
          <w:sz w:val="20"/>
        </w:rPr>
        <w:t>30:43  example in kashmir: what will you do when somebody will come from outside and will throw you away from your home? example in palestine: what will you do when your brothers would be put behind the bars for years together for no reason?</w:t>
      </w:r>
      <w:r>
        <w:br/>
      </w:r>
      <w:r>
        <w:rPr>
          <w:sz w:val="20"/>
        </w:rPr>
        <w:t>31:01  what will you do when somebody will abuse your mother in front of your eyes? maulana, after all, we are human beings, not angels.</w:t>
      </w:r>
      <w:r>
        <w:br/>
      </w:r>
      <w:r>
        <w:rPr>
          <w:sz w:val="20"/>
        </w:rPr>
        <w:t>31:12  everything has a limit. please do explain.</w:t>
      </w:r>
      <w:r>
        <w:br/>
      </w:r>
      <w:r>
        <w:rPr>
          <w:sz w:val="20"/>
        </w:rPr>
        <w:t>31:16  dekhiye, is mein sab se badi ghalati jo hai, woh ek hai ke without reason. yeh fallacy hai, fallacy. yeh main aap ko palestine aur kashmir ki misaal deta hoon.</w:t>
      </w:r>
      <w:r>
        <w:br/>
      </w:r>
      <w:r>
        <w:rPr>
          <w:sz w:val="20"/>
        </w:rPr>
        <w:t>31:27  yeh saari duniya jhoot bhi jeeti hai, jhoot bhi jeeti hai. palestine mein kya hua? 1948 mein partition hua.</w:t>
      </w:r>
      <w:r>
        <w:br/>
      </w:r>
      <w:r>
        <w:rPr>
          <w:sz w:val="20"/>
        </w:rPr>
        <w:t>31:38  partition mein lines chair mila tha arbon ko. unhone inkar kar diya ke hum nahi lete, aur ladai shuru kar di unhone ke hum sarami ko full bahar, hum tum ko thuke denge samandar mein.</w:t>
      </w:r>
      <w:r>
        <w:br/>
      </w:r>
      <w:r>
        <w:rPr>
          <w:sz w:val="20"/>
        </w:rPr>
        <w:t>31:50  toh unhone shuru kiya, woh badu ko, woh bol raha hai. toh jab unhone jawab diya, retaliation ko woh samajhte hain ke woh action tha har jagah, yani israel react kar, retaliate karta hai.</w:t>
      </w:r>
      <w:r>
        <w:br/>
      </w:r>
      <w:r>
        <w:rPr>
          <w:sz w:val="20"/>
        </w:rPr>
        <w:t>32:06  toh zahir hai ke woh kyun nahi? aap pathar marenge, woh goli marega. aap ne kaha ke tum ko hum palestine mein nahi rehne denge, toh samandar mein thuke denge.</w:t>
      </w:r>
      <w:r>
        <w:br/>
      </w:r>
      <w:r>
        <w:rPr>
          <w:sz w:val="20"/>
        </w:rPr>
        <w:t>32:14  unhone kaha ke hum tum ko thuke lenge. yeh without reason mamla nahi hai. yeh reason paida kiya aap ne, accept na kar ke.</w:t>
      </w:r>
      <w:r>
        <w:br/>
      </w:r>
      <w:r>
        <w:rPr>
          <w:sz w:val="20"/>
        </w:rPr>
        <w:t>32:25  ab kya hai? ab kuch bhi nahi un ke paas hai. kashmir mein dekhiye, 1989 se pehle, yani october 1989 mein wahan military shuru hui.</w:t>
      </w:r>
      <w:r>
        <w:br/>
      </w:r>
      <w:r>
        <w:rPr>
          <w:sz w:val="20"/>
        </w:rPr>
        <w:t>32:37  uske pehle peace tha, mukammal peace tha. main bar bar gaya hoon kashmir mein. jhoot hai, agar koi kahe ke is se pehle wahan kuch hota tha. sar tabah jhoot hai.</w:t>
      </w:r>
      <w:r>
        <w:br/>
      </w:r>
      <w:r>
        <w:rPr>
          <w:sz w:val="20"/>
        </w:rPr>
        <w:t>32:47  lekin jab aap ne bomb mara toh wahi marenge. kaise nahi marenge? woh jo kuch hua hai, yeh yeh sab retaliation hai. kashmir mein retaliation hai, palestine mein retaliation hai.</w:t>
      </w:r>
      <w:r>
        <w:br/>
      </w:r>
      <w:r>
        <w:rPr>
          <w:sz w:val="20"/>
        </w:rPr>
        <w:t>32:58  aap kehte hain without reason,</w:t>
      </w:r>
      <w:r>
        <w:br/>
      </w:r>
      <w:r>
        <w:rPr>
          <w:sz w:val="20"/>
        </w:rPr>
        <w:t>33:02  khula hua reason maujood hai dono jagah.</w:t>
      </w:r>
      <w:r>
        <w:br/>
      </w:r>
      <w:r>
        <w:rPr>
          <w:sz w:val="20"/>
        </w:rPr>
        <w:t>33:08  quran majeed mein hai, dekhiye, surah woh saba ka qissa ke malika saba jo thi, usko unka woh mila letter hazrat sulaiman ka, jo king the, ke tum surrender karo, nahi toh hum apni fauj le kar aa jayenge.</w:t>
      </w:r>
      <w:r>
        <w:br/>
      </w:r>
      <w:r>
        <w:rPr>
          <w:sz w:val="20"/>
        </w:rPr>
        <w:t>33:24  toh</w:t>
      </w:r>
      <w:r>
        <w:br/>
      </w:r>
      <w:r>
        <w:rPr>
          <w:sz w:val="20"/>
        </w:rPr>
        <w:t>33:27  us ne apne durbariyon se mashwara kiya. durbariyon ne kaha ke nahi, hum laren ge. to malika saba ne kaha ke nahi, laren ge to woh woh gating evil hoga hamare liye.</w:t>
      </w:r>
      <w:r>
        <w:br/>
      </w:r>
      <w:r>
        <w:rPr>
          <w:sz w:val="20"/>
        </w:rPr>
        <w:t>33:39  kyunke is ne quran majeed mein ayat hai is silsile mein ke "in al muluk dakhil afsadu wa jalu ahl azlat".</w:t>
      </w:r>
      <w:r>
        <w:br/>
      </w:r>
      <w:r>
        <w:rPr>
          <w:sz w:val="20"/>
        </w:rPr>
        <w:t>33:51  yani wahi jo aap keh rahe hain ke wahan hua, wahi is ne kaha ke yeh ho gaya "wa kadhalik yafalun". woh bhi aise hi karenge, yani agarche woh paighambar hain, tab bhi yahi karenge.</w:t>
      </w:r>
      <w:r>
        <w:br/>
      </w:r>
      <w:r>
        <w:rPr>
          <w:sz w:val="20"/>
        </w:rPr>
        <w:t>34:03  to is ne kiya kiya? musalehat kar li. to aap larr rahe hain, woh kehte hain ke is ka hum ko prize na deni pare, chahe falasteen ho, chahe kashmir ho, har jagah musalman apni military ki prize de rahe hain, peace ki prize nahi de rahe.</w:t>
      </w:r>
      <w:r>
        <w:br/>
      </w:r>
      <w:r>
        <w:rPr>
          <w:sz w:val="20"/>
        </w:rPr>
        <w:t>34:19  ghalti, yeh ghalt, bohat bari ghalat fehmi hai, bohat bari, yani yani woh hai felasi hai. kya aap samajhte hain ke yak tarfa ho raha hai?</w:t>
      </w:r>
      <w:r>
        <w:br/>
      </w:r>
      <w:r>
        <w:rPr>
          <w:sz w:val="20"/>
        </w:rPr>
        <w:t>34:27  yeh na falasteen mein yak tarfa hai, na kashmir mein yak tarfa hai. woh to retaliation hai. jab tak arab peace par thay, to unhein peace mila hua tha.</w:t>
      </w:r>
      <w:r>
        <w:br/>
      </w:r>
      <w:r>
        <w:rPr>
          <w:sz w:val="20"/>
        </w:rPr>
        <w:t>34:39  jab unhon ne military shuru kar di, to unhein military mil rahi hai. aise kashmir mein hua to kaisi ajeeb baat hai ke musalman is raat ko bhi nahi jaan sake ke jo kuch ho raha hai, without reason nahi ho raha hai.</w:t>
      </w:r>
      <w:r>
        <w:br/>
      </w:r>
      <w:r>
        <w:rPr>
          <w:sz w:val="20"/>
        </w:rPr>
        <w:t>34:53  woh to retaliation ho raha hai. aur main bilashuba is mein samajhta hoon ke is mein, is mein jo hai, musalmanon ko reassessment ka time hai.</w:t>
      </w:r>
      <w:r>
        <w:br/>
      </w:r>
      <w:r>
        <w:rPr>
          <w:sz w:val="20"/>
        </w:rPr>
        <w:t>35:02  is qism ki baatein karne ka time nahi hai. agar woh reassessment nahi karenge to phir yeh silsila jaari rahega. yeh duniya dekhiye, duniya mein har aadmi ko azadi hai.</w:t>
      </w:r>
      <w:r>
        <w:br/>
      </w:r>
      <w:r>
        <w:rPr>
          <w:sz w:val="20"/>
        </w:rPr>
        <w:t>35:14  aap kisi azadi ki abalish nahi kar sakte. to aap karenge to woh bhi karega. woh kyun nahi karega? bataiye. jab aap ne October 89 mein military shuru ki kashmir mein, to kya samajhte hain ke arab bhi chup chap baithe rahenge?</w:t>
      </w:r>
      <w:r>
        <w:br/>
      </w:r>
      <w:r>
        <w:rPr>
          <w:sz w:val="20"/>
        </w:rPr>
        <w:t>35:27  woh kyun nahi shuru karenge? woh bhi karenge. jo aap ke paas hai, woh aap karenge. woh jo woh karenge. yeh bilkul hi ghalt hai yeh soch ke without reason ho raha hai.</w:t>
      </w:r>
      <w:r>
        <w:br/>
      </w:r>
      <w:r>
        <w:rPr>
          <w:sz w:val="20"/>
        </w:rPr>
        <w:t>35:41  yeh har giz aisa nahi ho raha hai. woh bator retaliation ka ho raha hai. isi cheez ko samajhne mein masle ka hal hai.</w:t>
      </w:r>
      <w:r>
        <w:br/>
      </w:r>
      <w:r>
        <w:rPr>
          <w:sz w:val="20"/>
        </w:rPr>
        <w:t>35:49  jo jo log is ko na samjhein, to kabhi masla hal nahi kar sakenge.</w:t>
      </w:r>
    </w:p>
    <w:p>
      <w:pPr>
        <w:pStyle w:val="Heading2"/>
      </w:pPr>
      <w:r>
        <w:t>Patience vs responding to oppression</w:t>
      </w:r>
    </w:p>
    <w:p>
      <w:r>
        <w:rPr>
          <w:color w:val="666666"/>
          <w:sz w:val="18"/>
        </w:rPr>
        <w:t>Patience and Crisis 22 Dec 2019 - Maulana Wahiduddin Khan · 1m 30s · at 46:05 · https://youtu.be/ddnUKbhEoCI?t=2765</w:t>
      </w:r>
    </w:p>
    <w:p>
      <w:r>
        <w:rPr>
          <w:i/>
        </w:rPr>
        <w:t>“If we practice patience and do not react, oppressors will get encouraged and think we have surrendered. Why should we not respond when wrong is done to our community? We are not cowards.”</w:t>
      </w:r>
    </w:p>
    <w:p>
      <w:r>
        <w:rPr>
          <w:sz w:val="20"/>
        </w:rPr>
        <w:t>46:05  jazak allah Maulana for emphasizing the importance of patience." Maulana agla ah sawal ah bheja hai Kanpur se Jamshed Ali sahib ne.</w:t>
      </w:r>
      <w:r>
        <w:br/>
      </w:r>
      <w:r>
        <w:rPr>
          <w:sz w:val="20"/>
        </w:rPr>
        <w:t>46:19  unhon ne likha hai: "Maulana my simple question to you that if we do sabr and do not react, then the oppressors would get more encouraged and we will think that we have surrendered and we do not have any objection on their committing injustices on us.</w:t>
      </w:r>
      <w:r>
        <w:br/>
      </w:r>
      <w:r>
        <w:rPr>
          <w:sz w:val="20"/>
        </w:rPr>
        <w:t>46:41  why should we not respond when something wrong is being done on our community? we are not cowards." yani apni community aur doosri community yeh yeh koi insani soch hai.</w:t>
      </w:r>
      <w:r>
        <w:br/>
      </w:r>
      <w:r>
        <w:rPr>
          <w:sz w:val="20"/>
        </w:rPr>
        <w:t>46:57  har community hamari community hai, har insan hamara bhai hai, har har family hamari family hai. yeh community mein baantna yeh to hamari samajh hai.</w:t>
      </w:r>
      <w:r>
        <w:br/>
      </w:r>
      <w:r>
        <w:rPr>
          <w:sz w:val="20"/>
        </w:rPr>
        <w:t>47:11  is se oopar uth ke sochiye, is se oopar uth ke jeene wale baniye.</w:t>
      </w:r>
      <w:r>
        <w:br/>
      </w:r>
      <w:r>
        <w:rPr>
          <w:sz w:val="20"/>
        </w:rPr>
        <w:t>47:23  Peshawar se Muhammad Tufail sahib ne likha hai: "yeh yeh jo yani my community right or wrong, yeh to hawani soch hai." haan farmayiye.</w:t>
      </w:r>
    </w:p>
    <w:p>
      <w:pPr>
        <w:pStyle w:val="Heading2"/>
      </w:pPr>
      <w:r>
        <w:t>Managing sensitivity and trivial upsets</w:t>
      </w:r>
    </w:p>
    <w:p>
      <w:r>
        <w:rPr>
          <w:color w:val="666666"/>
          <w:sz w:val="18"/>
        </w:rPr>
        <w:t>Realization of God September 15, 2013 · 1m 33s · at 1:13:15 · https://youtu.be/CNEEeM5uyi8?t=4395</w:t>
      </w:r>
    </w:p>
    <w:p>
      <w:r>
        <w:rPr>
          <w:i/>
        </w:rPr>
        <w:t>“I am by nature a very sensitive person and I often get upset in small trivial things. I want guidance from you as to how I can manage my sensitivity.”</w:t>
      </w:r>
    </w:p>
    <w:p>
      <w:r>
        <w:rPr>
          <w:sz w:val="20"/>
        </w:rPr>
        <w:t>1:13:15  Maulana, agla sawal Bangalore se hai, Vikram Sharma</w:t>
      </w:r>
      <w:r>
        <w:br/>
      </w:r>
      <w:r>
        <w:rPr>
          <w:sz w:val="20"/>
        </w:rPr>
        <w:t>1:13:19  ka. unhone aapse poocha hai: "Maulana sahib, i am by nature a very sensitive person and i often get upset in small small travel things.</w:t>
      </w:r>
      <w:r>
        <w:br/>
      </w:r>
      <w:r>
        <w:rPr>
          <w:sz w:val="20"/>
        </w:rPr>
        <w:t>1:13:31  i want guidance from you as to how i can manage my sensitivity." dekhein, koi birth se koi sensitive nahi hota, conditionings hota hai.</w:t>
      </w:r>
      <w:r>
        <w:br/>
      </w:r>
      <w:r>
        <w:rPr>
          <w:sz w:val="20"/>
        </w:rPr>
        <w:t>1:13:45  yaad rakhiye, Allah taala ne kisi ko bhi by birth yani galat nahi paida kar diya hai. by birth har aadmi sahi paida</w:t>
      </w:r>
      <w:r>
        <w:br/>
      </w:r>
      <w:r>
        <w:rPr>
          <w:sz w:val="20"/>
        </w:rPr>
        <w:t>1:13:56  hota hai, kal al fitr. lekin conditioning jo hai, yani aap jis ghar mein paida huin, jis mahaul mein rahin, us ne aap ko sensitive bana diya.</w:t>
      </w:r>
      <w:r>
        <w:br/>
      </w:r>
      <w:r>
        <w:rPr>
          <w:sz w:val="20"/>
        </w:rPr>
        <w:t>1:14:07  aur aaj kal to sab se bara jo masla hai, maa baap ki pampering. maa baap ki pampering se log sensitive ho jate hain. to by birth kuch bhi nahi hota.</w:t>
      </w:r>
      <w:r>
        <w:br/>
      </w:r>
      <w:r>
        <w:rPr>
          <w:sz w:val="20"/>
        </w:rPr>
        <w:t>1:14:17  apni conditioning ko todiye, is ko deconditioning kijiye, phir aap bilkul ek normal insaan ban jayenge.</w:t>
      </w:r>
      <w:r>
        <w:br/>
      </w:r>
      <w:r>
        <w:rPr>
          <w:sz w:val="20"/>
        </w:rPr>
        <w:t>1:14:25  main is ko nahi manta ke koi by birth koi aisa hota hai, balkeh ghar ke halaat, maa baap ki pampering, in cheezon se log aise ban jate hain.</w:t>
      </w:r>
      <w:r>
        <w:br/>
      </w:r>
      <w:r>
        <w:rPr>
          <w:sz w:val="20"/>
        </w:rPr>
        <w:t>1:14:36  yeh sab is ko isi ko kaha jata hai conditioning. to aap ko apni conditioning ko todna hai, apne aap ko decondition karna hai. is ke baad sab kuch theek ho jayega, sab kuch normal ho jayega.</w:t>
      </w:r>
    </w:p>
    <w:p>
      <w:pPr>
        <w:pStyle w:val="Heading2"/>
      </w:pPr>
      <w:r>
        <w:t>Silence and patience in anger management</w:t>
      </w:r>
    </w:p>
    <w:p>
      <w:r>
        <w:rPr>
          <w:color w:val="666666"/>
          <w:sz w:val="18"/>
        </w:rPr>
        <w:t>Self Correction November 09, 2014 · 2m 42s · at 1:16:30 · https://youtu.be/EgAukdSfGRU?t=4590</w:t>
      </w:r>
    </w:p>
    <w:p>
      <w:r>
        <w:rPr>
          <w:i/>
        </w:rPr>
        <w:t>“What role does silence play when one is angry? Many people think if you keep patience or observe silence, then the opposite party may feel that they have succeeded over you. This may lead to further exploitation. What is your advice?”</w:t>
      </w:r>
    </w:p>
    <w:p>
      <w:r>
        <w:rPr>
          <w:sz w:val="20"/>
        </w:rPr>
        <w:t>1:16:30  Maulana, agla sawal Bhopal se aaya hai Farhan Sahab ka aur unhone likha hai ke Maulana, what role does silence play when one is angry?</w:t>
      </w:r>
      <w:r>
        <w:br/>
      </w:r>
      <w:r>
        <w:rPr>
          <w:sz w:val="20"/>
        </w:rPr>
        <w:t>1:16:42  Many people think if you keep patience or observe silence, then the opposite party may feel that they have succeeded over you.</w:t>
      </w:r>
      <w:r>
        <w:br/>
      </w:r>
      <w:r>
        <w:rPr>
          <w:sz w:val="20"/>
        </w:rPr>
        <w:t>1:16:51  This may lead to further exploitation. What is your advice? Isse zyada jhooti baat aur koi bhi nahi.</w:t>
      </w:r>
      <w:r>
        <w:br/>
      </w:r>
      <w:r>
        <w:rPr>
          <w:sz w:val="20"/>
        </w:rPr>
        <w:t>1:17:01  isi jhoot mein musalman jee rahe hain. Sari duniya ke musalman isi mein jee rahe hain. Aur nateeja nahi dekh rahe, nateeja kya nikal raha hai?</w:t>
      </w:r>
      <w:r>
        <w:br/>
      </w:r>
      <w:r>
        <w:rPr>
          <w:sz w:val="20"/>
        </w:rPr>
        <w:t>1:17:10  tabahi mein izafa. Tabahi mein izafa yeh nahi ke koi sochta. Yani musalman yahi to kar rahe hain ke chup rehne ko tayyar nahi.</w:t>
      </w:r>
      <w:r>
        <w:br/>
      </w:r>
      <w:r>
        <w:rPr>
          <w:sz w:val="20"/>
        </w:rPr>
        <w:t>1:17:20  to nateeja kya nikalta hai? Woh yani in terms of results, iska jaiza lein. Ki</w:t>
      </w:r>
      <w:r>
        <w:br/>
      </w:r>
      <w:r>
        <w:rPr>
          <w:sz w:val="20"/>
        </w:rPr>
        <w:t>1:17:28  kisi ajib ghareeb baat hai ke chup na rehne ki policy mein chal rahe hain musalman. Aur tabah ho rahe hain har jagah. Kaisi ajib baat hai ke musalmanon ke andar yani apna revise karne ka madah khatam ho gaya.</w:t>
      </w:r>
      <w:r>
        <w:br/>
      </w:r>
      <w:r>
        <w:rPr>
          <w:sz w:val="20"/>
        </w:rPr>
        <w:t>1:17:43  reassessment ka maada khatm ho gaya. har jagah yahi to ho raha hai. falasteen mein aap dekhiye, kya chup ho gaye woh?</w:t>
      </w:r>
      <w:r>
        <w:br/>
      </w:r>
      <w:r>
        <w:rPr>
          <w:sz w:val="20"/>
        </w:rPr>
        <w:t>1:17:53  chup nahi hain woh. lekin kya hota hai? yeh pathar maarte hain, woh bam maarta hai.</w:t>
      </w:r>
      <w:r>
        <w:br/>
      </w:r>
      <w:r>
        <w:rPr>
          <w:sz w:val="20"/>
        </w:rPr>
        <w:t>1:17:58  yeh india mein aap dekh lijiye, yeh fasaad hote hain. isi mein hota hai ke musalman chup nahi rehte. action lete hain.</w:t>
      </w:r>
      <w:r>
        <w:br/>
      </w:r>
      <w:r>
        <w:rPr>
          <w:sz w:val="20"/>
        </w:rPr>
        <w:t>1:18:13  to chup na rehne ki qeemat musalman do sau saal se bhi ada kar rahe hain aur abhi tak unke andar reassessment nahi aaya.</w:t>
      </w:r>
      <w:r>
        <w:br/>
      </w:r>
      <w:r>
        <w:rPr>
          <w:sz w:val="20"/>
        </w:rPr>
        <w:t>1:18:24  har jagah jitne fasaadaat hain aur jitne bhi duniya mein jahan jisko kehte hain ke hamare saath zulm ho raha hai, har kahin bhi musalman chup nahi hain.</w:t>
      </w:r>
      <w:r>
        <w:br/>
      </w:r>
      <w:r>
        <w:rPr>
          <w:sz w:val="20"/>
        </w:rPr>
        <w:t>1:18:34  har jagah yaani apna chala rahe hain.</w:t>
      </w:r>
      <w:r>
        <w:br/>
      </w:r>
      <w:r>
        <w:rPr>
          <w:sz w:val="20"/>
        </w:rPr>
        <w:t>1:18:41  to kam az kam ab to sochein, ab to tajurba karein chup rehne ka. yaani chup rehne ka tajurba hi nahi kiya musalmanon ne.</w:t>
      </w:r>
      <w:r>
        <w:br/>
      </w:r>
      <w:r>
        <w:rPr>
          <w:sz w:val="20"/>
        </w:rPr>
        <w:t>1:18:50  aur sawal karte hain. hamare mashriq mein pehli baar chup rehne ka tajurba kiya gaya hai aur Allah ke fazl se is se bohat faiday hue hain.</w:t>
      </w:r>
      <w:r>
        <w:br/>
      </w:r>
      <w:r>
        <w:rPr>
          <w:sz w:val="20"/>
        </w:rPr>
        <w:t>1:18:59  hamare mashriq ke bahar to koi hai hi nahi jisne chup rehne ka tajurba kiya ho do sau saal mein. to yeh sab sawal to mujhe bohat ajeeb maloom hote hain.</w:t>
      </w:r>
    </w:p>
    <w:p>
      <w:pPr>
        <w:pStyle w:val="Heading2"/>
      </w:pPr>
      <w:r>
        <w:t>Limit to patience and when to retaliate</w:t>
      </w:r>
    </w:p>
    <w:p>
      <w:r>
        <w:rPr>
          <w:color w:val="666666"/>
          <w:sz w:val="18"/>
        </w:rPr>
        <w:t>Dars-e-Quran, Chapter 2, Verses 44-46, January 28, 2018 · 3m 35s · at 1:10:22 · https://youtu.be/3Kd5InuBtFA?t=4222</w:t>
      </w:r>
    </w:p>
    <w:p>
      <w:r>
        <w:rPr>
          <w:i/>
        </w:rPr>
        <w:t>“Is there a limit to patience? What if some community takes advantage of your situation just because we are being patient? Till when should we not retaliate?”</w:t>
      </w:r>
    </w:p>
    <w:p>
      <w:r>
        <w:rPr>
          <w:sz w:val="20"/>
        </w:rPr>
        <w:t>1:10:22  , dawat yani dawat mission mein jinho ne struggle kiya, woh Allah ki mohabbat se kharij hain. tab mein ne samjha ke yahan yeh murad larai hai hi nahi, is is struggle murad hai. struggle koshish. Maulana, agla sawal gwalior se hai irfan ali sahib ka. unho ne likha hai: "Maulana sahib! az der ul mit to</w:t>
      </w:r>
      <w:r>
        <w:br/>
      </w:r>
      <w:r>
        <w:rPr>
          <w:sz w:val="20"/>
        </w:rPr>
        <w:t>1:10:52  Patience? What if some community takes advantage of your situation just because we are being patient? Till when?</w:t>
      </w:r>
      <w:r>
        <w:br/>
      </w:r>
      <w:r>
        <w:rPr>
          <w:sz w:val="20"/>
        </w:rPr>
        <w:t>1:11:00  should we not retaliate?" bhai, patience to ibadat hai.</w:t>
      </w:r>
      <w:r>
        <w:br/>
      </w:r>
      <w:r>
        <w:rPr>
          <w:sz w:val="20"/>
        </w:rPr>
        <w:t>1:11:08  limit kis liye? aap kahenge Khuda ki yaad ke liye limit hai? kaise ajeeb ghareeb log hain</w:t>
      </w:r>
      <w:r>
        <w:br/>
      </w:r>
      <w:r>
        <w:rPr>
          <w:sz w:val="20"/>
        </w:rPr>
        <w:t>1:11:16  jo jante nahi ke sabr ko Quran mein sab se bari bataya gaya hai? ibadat,</w:t>
      </w:r>
      <w:r>
        <w:br/>
      </w:r>
      <w:r>
        <w:rPr>
          <w:sz w:val="20"/>
        </w:rPr>
        <w:t>1:11:24  sab se bari ibadat, us ki bhi limit rahe gi? patience ki limit hi nahi koi hai. woh to sari zindagi ke liye "inma sabir ujru" baghair hisab. yeh Quran ki ayat hai. sab se bari bekhabri yeh hai ke log jante hi nahi ke sabr, sabr amal hai. yeh yaad</w:t>
      </w:r>
      <w:r>
        <w:br/>
      </w:r>
      <w:r>
        <w:rPr>
          <w:sz w:val="20"/>
        </w:rPr>
        <w:t>1:11:54  rakhein, yeh jo lafz hai ke baghair hisab, yani roze ke liye, namaz ke liye, na Umrah ke</w:t>
      </w:r>
      <w:r>
        <w:br/>
      </w:r>
      <w:r>
        <w:rPr>
          <w:sz w:val="20"/>
        </w:rPr>
        <w:t>1:12:00  liye, na haj ke liye, sirf sabr ke liye hai.</w:t>
      </w:r>
      <w:r>
        <w:br/>
      </w:r>
      <w:r>
        <w:rPr>
          <w:sz w:val="20"/>
        </w:rPr>
        <w:t>1:12:06  log umra ke liye toot pade hain.</w:t>
      </w:r>
      <w:r>
        <w:br/>
      </w:r>
      <w:r>
        <w:rPr>
          <w:sz w:val="20"/>
        </w:rPr>
        <w:t>1:12:12  makka mein jayen to sare sir saal wahan bheed rehti hai.</w:t>
      </w:r>
      <w:r>
        <w:br/>
      </w:r>
      <w:r>
        <w:rPr>
          <w:sz w:val="20"/>
        </w:rPr>
        <w:t>1:12:18  to kahan quran mein likha hua hai ke jo umra karenge, unko bila hisab kitab haj mile</w:t>
      </w:r>
      <w:r>
        <w:br/>
      </w:r>
      <w:r>
        <w:rPr>
          <w:sz w:val="20"/>
        </w:rPr>
        <w:t>1:12:24  ga? kahan likha hai? kahan likha hai? sab se bada sabr quran mein bataya gaya hai patience ke liye.</w:t>
      </w:r>
      <w:r>
        <w:br/>
      </w:r>
      <w:r>
        <w:rPr>
          <w:sz w:val="20"/>
        </w:rPr>
        <w:t>1:12:34  to sirf had kya hai? koi had hi nahi is ki.</w:t>
      </w:r>
      <w:r>
        <w:br/>
      </w:r>
      <w:r>
        <w:rPr>
          <w:sz w:val="20"/>
        </w:rPr>
        <w:t>1:12:44  دیکھیے، اصل بات کیا ہے؟ لوگوں کا معیار یعنی criterion بدل گیا ہے۔ patience</w:t>
      </w:r>
      <w:r>
        <w:br/>
      </w:r>
      <w:r>
        <w:rPr>
          <w:sz w:val="20"/>
        </w:rPr>
        <w:t>1:12:55  ka matlab hai process, process of personality development.</w:t>
      </w:r>
      <w:r>
        <w:br/>
      </w:r>
      <w:r>
        <w:rPr>
          <w:sz w:val="20"/>
        </w:rPr>
        <w:t>1:13:02  پیشنس کا مطلب ہے process of personality development.</w:t>
      </w:r>
      <w:r>
        <w:br/>
      </w:r>
      <w:r>
        <w:rPr>
          <w:sz w:val="20"/>
        </w:rPr>
        <w:t>1:13:10  to shakhsi irtiqaa, wo to hamesha jaari rahega, hamesha jaari rahega.</w:t>
      </w:r>
      <w:r>
        <w:br/>
      </w:r>
      <w:r>
        <w:rPr>
          <w:sz w:val="20"/>
        </w:rPr>
        <w:t>1:13:17  تو یاد رکھیے، patience جو ہے، یا صبر جو ہے، کوئی علیحدہ چ</w:t>
      </w:r>
      <w:r>
        <w:br/>
      </w:r>
      <w:r>
        <w:rPr>
          <w:sz w:val="20"/>
        </w:rPr>
        <w:t>1:13:25  yaz nahi hai, hamari zindagi ka part hai.</w:t>
      </w:r>
      <w:r>
        <w:br/>
      </w:r>
      <w:r>
        <w:rPr>
          <w:sz w:val="20"/>
        </w:rPr>
        <w:t>1:13:33  اور اس کا مطلب ہے process of intellectual development, جو process of personality development, اس کی کوئی حد</w:t>
      </w:r>
      <w:r>
        <w:br/>
      </w:r>
      <w:r>
        <w:rPr>
          <w:sz w:val="20"/>
        </w:rPr>
        <w:t>1:13:41  hi nahi hai.</w:t>
      </w:r>
      <w:r>
        <w:br/>
      </w:r>
      <w:r>
        <w:rPr>
          <w:sz w:val="20"/>
        </w:rPr>
        <w:t>1:13:49  wo to karna hi karna hai apni, kyunke personality development ka kaam to sari sari zindagi jaari rahega.</w:t>
      </w:r>
    </w:p>
    <w:p>
      <w:pPr>
        <w:pStyle w:val="Heading2"/>
      </w:pPr>
      <w:r>
        <w:t>Problem in striving to please Creator</w:t>
      </w:r>
    </w:p>
    <w:p>
      <w:r>
        <w:rPr>
          <w:color w:val="666666"/>
          <w:sz w:val="18"/>
        </w:rPr>
        <w:t>Dars-e-Quran, Chapter 2, Verse 255 | December 24, 2017 · 1m 30s · at 59:13 · https://youtu.be/tKX0KUhUMnw?t=3553</w:t>
      </w:r>
    </w:p>
    <w:p>
      <w:r>
        <w:rPr>
          <w:i/>
        </w:rPr>
        <w:t>“I try to become a good person so that my Creator is pleased with me, but I have developed a problem: all the time I feel I am...”</w:t>
      </w:r>
    </w:p>
    <w:p>
      <w:r>
        <w:rPr>
          <w:sz w:val="20"/>
        </w:rPr>
        <w:t>59:13  maulana, agla sawal lete hain jo lucknow se bheja hai rashid sahib ne.</w:t>
      </w:r>
      <w:r>
        <w:br/>
      </w:r>
      <w:r>
        <w:rPr>
          <w:sz w:val="20"/>
        </w:rPr>
        <w:t>59:19  انہوں نے لکھا ہے: "مولانا، I try to become a good person so that my Creator is pleased</w:t>
      </w:r>
      <w:r>
        <w:br/>
      </w:r>
      <w:r>
        <w:rPr>
          <w:sz w:val="20"/>
        </w:rPr>
        <w:t>59:25  with me, but I have developed a problem, which is that all the time I feel I am</w:t>
      </w:r>
      <w:r>
        <w:br/>
      </w:r>
      <w:r>
        <w:rPr>
          <w:sz w:val="20"/>
        </w:rPr>
        <w:t>59:31  falling short of God's expectations, and that He wants me to do more.</w:t>
      </w:r>
      <w:r>
        <w:br/>
      </w:r>
      <w:r>
        <w:rPr>
          <w:sz w:val="20"/>
        </w:rPr>
        <w:t>59:37  das mix me feel</w:t>
      </w:r>
      <w:r>
        <w:br/>
      </w:r>
      <w:r>
        <w:rPr>
          <w:sz w:val="20"/>
        </w:rPr>
        <w:t>59:43  galti al da time.</w:t>
      </w:r>
      <w:r>
        <w:br/>
      </w:r>
      <w:r>
        <w:rPr>
          <w:sz w:val="20"/>
        </w:rPr>
        <w:t>59:49  Maulana, is such a feeling normal, or am I developing some sort of a complex? Please guide me.</w:t>
      </w:r>
      <w:r>
        <w:br/>
      </w:r>
      <w:r>
        <w:rPr>
          <w:sz w:val="20"/>
        </w:rPr>
        <w:t>59:55  so that i can develop right attitude and right thinking." dekhiye, yeh to sahaba ki sunnat hai.</w:t>
      </w:r>
      <w:r>
        <w:br/>
      </w:r>
      <w:r>
        <w:rPr>
          <w:sz w:val="20"/>
        </w:rPr>
        <w:t>1:00:01  saare sahaba isi tarah ke ehsaas mein rehte the.</w:t>
      </w:r>
      <w:r>
        <w:br/>
      </w:r>
      <w:r>
        <w:rPr>
          <w:sz w:val="20"/>
        </w:rPr>
        <w:t>1:00:07  kami ka ehsaas, kami ka ehsaas, to kami ka ehsaas</w:t>
      </w:r>
      <w:r>
        <w:br/>
      </w:r>
      <w:r>
        <w:rPr>
          <w:sz w:val="20"/>
        </w:rPr>
        <w:t>1:00:13  to sunnat sahaba hai. kami ka ehsas hi se to aap ke andar ek motivation aata hai, motivation ke mujhe aur karna hai, aur karna hai, aur karna hai. agar kami ka ehsas na ho to to phir to life mein halt aa jayega, aur taraqqi ruk jayegi.</w:t>
      </w:r>
    </w:p>
    <w:p>
      <w:pPr>
        <w:pStyle w:val="Heading2"/>
      </w:pPr>
      <w:r>
        <w:t>Importance of patience in Islam and development</w:t>
      </w:r>
    </w:p>
    <w:p>
      <w:r>
        <w:rPr>
          <w:color w:val="666666"/>
          <w:sz w:val="18"/>
        </w:rPr>
        <w:t>Divine Law of Success 14th October 2012 Slow · 2m 14s · at 1:12:04 · https://youtu.be/2zXfZhIf1jA?t=4324</w:t>
      </w:r>
    </w:p>
    <w:p>
      <w:r>
        <w:rPr>
          <w:i/>
        </w:rPr>
        <w:t>“Why in Islam is great importance attached to patience? Please guide us as to how we can develop the quality of patience in ourselves.”</w:t>
      </w:r>
    </w:p>
    <w:p>
      <w:r>
        <w:rPr>
          <w:sz w:val="20"/>
        </w:rPr>
        <w:t>1:12:04  maulana, agla sawal roorkee se hai, mr. sajid anwar sahib ka.</w:t>
      </w:r>
      <w:r>
        <w:br/>
      </w:r>
      <w:r>
        <w:rPr>
          <w:sz w:val="20"/>
        </w:rPr>
        <w:t>1:12:10  unhon ne likha hai: "Molana, why in Islam a great importance is attached to صبر?</w:t>
      </w:r>
      <w:r>
        <w:br/>
      </w:r>
      <w:r>
        <w:rPr>
          <w:sz w:val="20"/>
        </w:rPr>
        <w:t>1:12:17  dekhie, sabr ka</w:t>
      </w:r>
      <w:r>
        <w:br/>
      </w:r>
      <w:r>
        <w:rPr>
          <w:sz w:val="20"/>
        </w:rPr>
        <w:t>1:12:23  matlab jo hai, sabr koi passive attitude ka naam nahi hai.</w:t>
      </w:r>
      <w:r>
        <w:br/>
      </w:r>
      <w:r>
        <w:rPr>
          <w:sz w:val="20"/>
        </w:rPr>
        <w:t>1:12:29  sabr ka matlab hai Allah ka jo, jo abhi mein ne kaha ke jo divine plan hai, jo</w:t>
      </w:r>
      <w:r>
        <w:br/>
      </w:r>
      <w:r>
        <w:rPr>
          <w:sz w:val="20"/>
        </w:rPr>
        <w:t>1:12:35  divine scheme of things hai, us se mutabiqat karna.</w:t>
      </w:r>
      <w:r>
        <w:br/>
      </w:r>
      <w:r>
        <w:rPr>
          <w:sz w:val="20"/>
        </w:rPr>
        <w:t>1:12:41  jab bhi hamare muwafiq koi baat hai, us se mutabiqat karna.</w:t>
      </w:r>
      <w:r>
        <w:br/>
      </w:r>
      <w:r>
        <w:rPr>
          <w:sz w:val="20"/>
        </w:rPr>
        <w:t>1:12:47  misal ke taur par, har aadmi azaad hai, aap ki azaadi ko misuse karta hai.</w:t>
      </w:r>
      <w:r>
        <w:br/>
      </w:r>
      <w:r>
        <w:rPr>
          <w:sz w:val="20"/>
        </w:rPr>
        <w:t>1:12:53  iska misuse karna hamein bura lagta hai, hamein takleef hoti hai.</w:t>
      </w:r>
      <w:r>
        <w:br/>
      </w:r>
      <w:r>
        <w:rPr>
          <w:sz w:val="20"/>
        </w:rPr>
        <w:t>1:12:59  to hamein sabr karna parega, kyunke woh jo kar raha hai, woh to Allah ke di hui</w:t>
      </w:r>
      <w:r>
        <w:br/>
      </w:r>
      <w:r>
        <w:rPr>
          <w:sz w:val="20"/>
        </w:rPr>
        <w:t>1:13:05  azaadi ki bina par kar raha hai.</w:t>
      </w:r>
      <w:r>
        <w:br/>
      </w:r>
      <w:r>
        <w:rPr>
          <w:sz w:val="20"/>
        </w:rPr>
        <w:t>1:13:11  hum uski azaadi ko waris nahi kar sakte.</w:t>
      </w:r>
      <w:r>
        <w:br/>
      </w:r>
      <w:r>
        <w:rPr>
          <w:sz w:val="20"/>
        </w:rPr>
        <w:t>1:13:17  to sabr ka matlab hai Allah ke, Allah ke muqarrar kiye hue nizam.</w:t>
      </w:r>
      <w:r>
        <w:br/>
      </w:r>
      <w:r>
        <w:rPr>
          <w:sz w:val="20"/>
        </w:rPr>
        <w:t>1:13:23  agar hamein kahin hamare muwafiq nahi aa raha to phir sabr karna.</w:t>
      </w:r>
      <w:r>
        <w:br/>
      </w:r>
      <w:r>
        <w:rPr>
          <w:sz w:val="20"/>
        </w:rPr>
        <w:t>1:13:29  to wa ma sabr ka illa billah Quran mein aata hai.</w:t>
      </w:r>
      <w:r>
        <w:br/>
      </w:r>
      <w:r>
        <w:rPr>
          <w:sz w:val="20"/>
        </w:rPr>
        <w:t>1:13:35  isi liye fassbir kama wa ma sabr ka illa billah sabr karo, kyunke tumhara sabr Allah ke liye nizam</w:t>
      </w:r>
      <w:r>
        <w:br/>
      </w:r>
      <w:r>
        <w:rPr>
          <w:sz w:val="20"/>
        </w:rPr>
        <w:t>1:13:41  khudawandi se muwafqat jo aap karenge, to aap ko sabr hi karna parega.</w:t>
      </w:r>
      <w:r>
        <w:br/>
      </w:r>
      <w:r>
        <w:rPr>
          <w:sz w:val="20"/>
        </w:rPr>
        <w:t>1:13:47  kyunke woh aap ka ikhtiyar mein nahi hai ke nizam khudawandi ke banayein apne hisab se.</w:t>
      </w:r>
      <w:r>
        <w:br/>
      </w:r>
      <w:r>
        <w:rPr>
          <w:sz w:val="20"/>
        </w:rPr>
        <w:t>1:13:53  woh to Allah ne apne hisab se bana rakha hai.</w:t>
      </w:r>
      <w:r>
        <w:br/>
      </w:r>
      <w:r>
        <w:rPr>
          <w:sz w:val="20"/>
        </w:rPr>
        <w:t>1:13:59  to sabr jo hai, Allah ke jo creation, Allah ka jo creation plan hai, Allah ka jo jo</w:t>
      </w:r>
      <w:r>
        <w:br/>
      </w:r>
      <w:r>
        <w:rPr>
          <w:sz w:val="20"/>
        </w:rPr>
        <w:t>1:14:06  divine scheme of things hai, us se apne ko mutabiq karna, us se adjust karna apne aap ko,</w:t>
      </w:r>
      <w:r>
        <w:br/>
      </w:r>
      <w:r>
        <w:rPr>
          <w:sz w:val="20"/>
        </w:rPr>
        <w:t>1:14:12  isi ka naam sabr hai.</w:t>
      </w:r>
    </w:p>
    <w:p>
      <w:pPr>
        <w:pStyle w:val="Heading2"/>
      </w:pPr>
      <w:r>
        <w:t>Crying over lost ones and patience</w:t>
      </w:r>
    </w:p>
    <w:p>
      <w:r>
        <w:rPr>
          <w:color w:val="666666"/>
          <w:sz w:val="18"/>
        </w:rPr>
        <w:t>Patience and Crisis 22 Dec 2019 - Maulana Wahiduddin Khan · 55s · at 47:36 · https://youtu.be/ddnUKbhEoCI?t=2856</w:t>
      </w:r>
    </w:p>
    <w:p>
      <w:r>
        <w:rPr>
          <w:i/>
        </w:rPr>
        <w:t>“Sometimes we remember someone whom we have lost and we often cry. Is it all a demonstration of lacking in patience?”</w:t>
      </w:r>
    </w:p>
    <w:p>
      <w:r>
        <w:rPr>
          <w:sz w:val="20"/>
        </w:rPr>
        <w:t>47:36  Maulana agla sawal Peshawar se Muhammad Tufail sahib ne likha hai. unhon ne aap se poocha hai: "some times we remember someone ah whom we have lost and we often cry.</w:t>
      </w:r>
      <w:r>
        <w:br/>
      </w:r>
      <w:r>
        <w:rPr>
          <w:sz w:val="20"/>
        </w:rPr>
        <w:t>47:50  is it all so a demonstration of lacking in sabr?" aap khud sochiye, main to samajhta hoon ke yeh hai isi isi tarah ki cheez hai.</w:t>
      </w:r>
      <w:r>
        <w:br/>
      </w:r>
      <w:r>
        <w:rPr>
          <w:sz w:val="20"/>
        </w:rPr>
        <w:t>48:05  aap khud sochiye ke aap ke jazbat us waqt kya hote hain.</w:t>
      </w:r>
      <w:r>
        <w:br/>
      </w:r>
      <w:r>
        <w:rPr>
          <w:sz w:val="20"/>
        </w:rPr>
        <w:t>48:18  Irshad Ali sahib ne Rampur se comment likha hai: "Maulana aaj aap ne bohat hi ahem baat batai hai. dunya ki zindagi hamare liye advance training hai jannat mein basne ke liye.</w:t>
      </w:r>
    </w:p>
    <w:p>
      <w:pPr>
        <w:pStyle w:val="Heading2"/>
      </w:pPr>
      <w:r>
        <w:t>How to maintain positivity in face of problems?</w:t>
      </w:r>
    </w:p>
    <w:p>
      <w:r>
        <w:rPr>
          <w:color w:val="666666"/>
          <w:sz w:val="18"/>
        </w:rPr>
        <w:t>Importance of Creative Thinking December 11, 2011 · 1m 06s · at 1:09:07 · https://youtu.be/jfML9Arb0S4?t=4147</w:t>
      </w:r>
    </w:p>
    <w:p>
      <w:r>
        <w:rPr>
          <w:i/>
        </w:rPr>
        <w:t>“I realize problems need to be taken as challenges, but at many times we are not able to maintain our positivity. What to do? Kindly guide.”</w:t>
      </w:r>
    </w:p>
    <w:p>
      <w:r>
        <w:rPr>
          <w:sz w:val="20"/>
        </w:rPr>
        <w:t>1:09:07  maulana, agla sawal aaya hai miss naghma siddiqui ka dilli se.</w:t>
      </w:r>
      <w:r>
        <w:br/>
      </w:r>
      <w:r>
        <w:rPr>
          <w:sz w:val="20"/>
        </w:rPr>
        <w:t>1:09:12  unho ne likha hai: "i realize problems need to be taken as challenges, but at many times we are not able to maintain our positivity.</w:t>
      </w:r>
      <w:r>
        <w:br/>
      </w:r>
      <w:r>
        <w:rPr>
          <w:sz w:val="20"/>
        </w:rPr>
        <w:t>1:09:23  what to do? kindly guide." bhai, yahi to test hai ke dunya mein yahi to test hai ke hum apni positivity ko maintain kar saken.</w:t>
      </w:r>
      <w:r>
        <w:br/>
      </w:r>
      <w:r>
        <w:rPr>
          <w:sz w:val="20"/>
        </w:rPr>
        <w:t>1:09:39  yeh to karna hi karna hai.</w:t>
      </w:r>
      <w:r>
        <w:br/>
      </w:r>
      <w:r>
        <w:rPr>
          <w:sz w:val="20"/>
        </w:rPr>
        <w:t>1:09:42  apni health ko jis aadmi maintain karta hai, har aadmi jo hai health conscious ho gaya hai. apni health ko maintain karne ke liye kya kya karta hai, woh kuch to aisi intellectual health ka mamla bhi hai.</w:t>
      </w:r>
      <w:r>
        <w:br/>
      </w:r>
      <w:r>
        <w:rPr>
          <w:sz w:val="20"/>
        </w:rPr>
        <w:t>1:09:54  yani physical health ko acha banane ke liye jis tarah se log bohat care karte hain, bohat zyada planning karte hain, wahi intellectual health ke liye bhi karna parega hum ko.</w:t>
      </w:r>
      <w:r>
        <w:br/>
      </w:r>
      <w:r>
        <w:rPr>
          <w:sz w:val="20"/>
        </w:rPr>
        <w:t>1:10:07  is mein koi doosra yani koi aur cheez possible nahi hai.</w:t>
      </w:r>
    </w:p>
    <w:p>
      <w:pPr>
        <w:pStyle w:val="Heading2"/>
      </w:pPr>
      <w:r>
        <w:t>Team members waiting for others to take initiative</w:t>
      </w:r>
    </w:p>
    <w:p>
      <w:r>
        <w:rPr>
          <w:color w:val="666666"/>
          <w:sz w:val="18"/>
        </w:rPr>
        <w:t>Experience of Hyderabad CPS Meet December 1, 2013 · 1m 28s · at 1:15:49 · https://youtu.be/Y8mcxF2Lhyc?t=4549</w:t>
      </w:r>
    </w:p>
    <w:p>
      <w:r>
        <w:rPr>
          <w:i/>
        </w:rPr>
        <w:t>“Moulana, at times it happens that team members wait for other people to take initiative, because they find it easier to follow. What is your comment and advice in this?”</w:t>
      </w:r>
    </w:p>
    <w:p>
      <w:r>
        <w:rPr>
          <w:sz w:val="20"/>
        </w:rPr>
        <w:t>1:15:49  Maulana, Delhi se Junaid sahib ne sawal kiya hai. unhon ne likha hai:</w:t>
      </w:r>
      <w:r>
        <w:br/>
      </w:r>
      <w:r>
        <w:rPr>
          <w:sz w:val="20"/>
        </w:rPr>
        <w:t>1:15:55  "Maulana, at times it happens that team members wait for other people to take initiative, because they find it easier to follow it." What is your comment or advice on this?</w:t>
      </w:r>
      <w:r>
        <w:br/>
      </w:r>
      <w:r>
        <w:rPr>
          <w:sz w:val="20"/>
        </w:rPr>
        <w:t>1:16:17  ab pata hai, mujhe to is ki misaal nahi maloom ke kis kis kis situation ko le kar ek sawal qaim hua hai.</w:t>
      </w:r>
      <w:r>
        <w:br/>
      </w:r>
      <w:r>
        <w:rPr>
          <w:sz w:val="20"/>
        </w:rPr>
        <w:t>1:16:25  mein to nahin janta is ko, lekin mein yahi kahoon ga ke aap har aadmi apna zimmedaar hai khud. aap wait kis liye karein doosre ka? quran se saabit hai ke har aadmi apna zimmedaar khud hai.</w:t>
      </w:r>
      <w:r>
        <w:br/>
      </w:r>
      <w:r>
        <w:rPr>
          <w:sz w:val="20"/>
        </w:rPr>
        <w:t>1:16:40  yeh koi excuse nahin banega ke doosra aadmi kare to hum karein ge. yeh excuse nahin hai.</w:t>
      </w:r>
      <w:r>
        <w:br/>
      </w:r>
      <w:r>
        <w:rPr>
          <w:sz w:val="20"/>
        </w:rPr>
        <w:t>1:16:46  har aadmi ko khud sochna hai, khud is ko janna hai, khud apna role tay karna hai, aur phir is mein is ko aage barhna hai.</w:t>
      </w:r>
      <w:r>
        <w:br/>
      </w:r>
      <w:r>
        <w:rPr>
          <w:sz w:val="20"/>
        </w:rPr>
        <w:t>1:16:59  yeh to meri samajh nahin aa rahi ke kaun kaun log hain. mujhe abhi tak mere saamne aisi misaalain nahin hain kaun log hain jo wait karte rehte hain, karte rehte hain doosre ka.</w:t>
      </w:r>
      <w:r>
        <w:br/>
      </w:r>
      <w:r>
        <w:rPr>
          <w:sz w:val="20"/>
        </w:rPr>
        <w:t>1:17:10  yeh mujhe abhi aik abstract lagta hai, mere ilm ke mutabiq abhi tak mujhe abstract lagta hai. yeh</w:t>
      </w:r>
    </w:p>
    <w:p>
      <w:pPr>
        <w:pStyle w:val="Heading2"/>
      </w:pPr>
      <w:r>
        <w:t>Developing the virtue of gratitude</w:t>
      </w:r>
    </w:p>
    <w:p>
      <w:r>
        <w:rPr>
          <w:color w:val="666666"/>
          <w:sz w:val="18"/>
        </w:rPr>
        <w:t>Wisdom of Hadith Maulana Wahiduddin Khan February 23, 2014 · 1m 13s · at 1:18:32 · https://youtu.be/5E_MIQpToK4?t=4712</w:t>
      </w:r>
    </w:p>
    <w:p>
      <w:r>
        <w:rPr>
          <w:i/>
        </w:rPr>
        <w:t>“I like the spirit of gratitude, please guide me how I can develop this virtue.”</w:t>
      </w:r>
    </w:p>
    <w:p>
      <w:r>
        <w:rPr>
          <w:sz w:val="20"/>
        </w:rPr>
        <w:t>1:18:32  maulana, agla sawal roorkee se hai sajid anwar sahib ka.</w:t>
      </w:r>
      <w:r>
        <w:br/>
      </w:r>
      <w:r>
        <w:rPr>
          <w:sz w:val="20"/>
        </w:rPr>
        <w:t>1:18:36  انہوں نے لکھا ہے: "مولانا، I like the جذبہ شکر، please guide me how I can develop this</w:t>
      </w:r>
      <w:r>
        <w:br/>
      </w:r>
      <w:r>
        <w:rPr>
          <w:sz w:val="20"/>
        </w:rPr>
        <w:t>1:18:44  virtue." mera khayal hai ke baat yeh hai ke log cheezon ko for granted le lete hain, for</w:t>
      </w:r>
      <w:r>
        <w:br/>
      </w:r>
      <w:r>
        <w:rPr>
          <w:sz w:val="20"/>
        </w:rPr>
        <w:t>1:18:52  granted sochte nahi hain.</w:t>
      </w:r>
      <w:r>
        <w:br/>
      </w:r>
      <w:r>
        <w:rPr>
          <w:sz w:val="20"/>
        </w:rPr>
        <w:t>1:18:53  jaise pani piya aap ne to for granted le gaye, to pani hai.</w:t>
      </w:r>
      <w:r>
        <w:br/>
      </w:r>
      <w:r>
        <w:rPr>
          <w:sz w:val="20"/>
        </w:rPr>
        <w:t>1:18:59  agar aap sochen ke pani se pehle gases theen, do gases ekatha hogaeen to woh liquid ban gae,</w:t>
      </w:r>
      <w:r>
        <w:br/>
      </w:r>
      <w:r>
        <w:rPr>
          <w:sz w:val="20"/>
        </w:rPr>
        <w:t>1:19:07  woh itni mufeed hamare liye ho gae ke hum us ko istemal karte hain.</w:t>
      </w:r>
      <w:r>
        <w:br/>
      </w:r>
      <w:r>
        <w:rPr>
          <w:sz w:val="20"/>
        </w:rPr>
        <w:t>1:19:13  yani to baaton ko sochte hain to shukr hi shukr aega.</w:t>
      </w:r>
      <w:r>
        <w:br/>
      </w:r>
      <w:r>
        <w:rPr>
          <w:sz w:val="20"/>
        </w:rPr>
        <w:t>1:19:18  to cheezon ko for granted na lena balkeh shukr sochna, is se farq is ke bare mein yahi</w:t>
      </w:r>
      <w:r>
        <w:br/>
      </w:r>
      <w:r>
        <w:rPr>
          <w:sz w:val="20"/>
        </w:rPr>
        <w:t>1:19:25  hai.</w:t>
      </w:r>
      <w:r>
        <w:br/>
      </w:r>
      <w:r>
        <w:rPr>
          <w:sz w:val="20"/>
        </w:rPr>
        <w:t>1:19:27  main samajhta hoon ke shukr ka yani isi se shukr aata hai.</w:t>
      </w:r>
      <w:r>
        <w:br/>
      </w:r>
      <w:r>
        <w:rPr>
          <w:sz w:val="20"/>
        </w:rPr>
        <w:t>1:19:32  agar aap for granted lete rahen to shukr nahin aega.</w:t>
      </w:r>
      <w:r>
        <w:br/>
      </w:r>
      <w:r>
        <w:rPr>
          <w:sz w:val="20"/>
        </w:rPr>
        <w:t>1:19:37  aur jab sochen aur us ko daryaft karen to to shukr aana lazmi hai.</w:t>
      </w:r>
      <w:r>
        <w:br/>
      </w:r>
      <w:r>
        <w:rPr>
          <w:sz w:val="20"/>
        </w:rPr>
        <w:t>1:19:43  aap shukr ke baghair nahin reh sakte.</w:t>
      </w:r>
    </w:p>
    <w:p>
      <w:pPr>
        <w:pStyle w:val="Heading2"/>
      </w:pPr>
      <w:r>
        <w:t>Judging one's capacity before accepting work</w:t>
      </w:r>
    </w:p>
    <w:p>
      <w:r>
        <w:rPr>
          <w:color w:val="666666"/>
          <w:sz w:val="18"/>
        </w:rPr>
        <w:t>The Concept of Help Feb 9, 2020—Maulana Wahiduddin Khan · 9m 54s · at 42:07 · https://youtu.be/WScXmduh1AQ?t=2527</w:t>
      </w:r>
    </w:p>
    <w:p>
      <w:r>
        <w:rPr>
          <w:i/>
        </w:rPr>
        <w:t>“Today I could understand the link between adversity, patience and Allah's reward. Most people make the mistake of overestimating themselves and as a result they fall into frustration. My question is: How to find out and judge before accepting any work whether the work is within one's capacity or beyond one's capacity?”</w:t>
      </w:r>
    </w:p>
    <w:p>
      <w:r>
        <w:rPr>
          <w:sz w:val="20"/>
        </w:rPr>
        <w:t>42:07  Today I could understand the link between adversity, patience and Allah reward. May Allah guide us to right path for attaining comfort in hereafter." Maulana, agla sawal bheja hai Lucknow se Amanatullah sahib ne.</w:t>
      </w:r>
      <w:r>
        <w:br/>
      </w:r>
      <w:r>
        <w:rPr>
          <w:sz w:val="20"/>
        </w:rPr>
        <w:t>42:27  Unhon ne likha hai: "Maulana sahib, most people make the mistake of over estimating one self and as a result they fall in frustration.</w:t>
      </w:r>
      <w:r>
        <w:br/>
      </w:r>
      <w:r>
        <w:rPr>
          <w:sz w:val="20"/>
        </w:rPr>
        <w:t>42:41  My question is how to find out or judge before accepting any work that whether the work is within one's capacity or beyond one's capacity.</w:t>
      </w:r>
      <w:r>
        <w:br/>
      </w:r>
      <w:r>
        <w:rPr>
          <w:sz w:val="20"/>
        </w:rPr>
        <w:t>42:54  Please guide us in that."</w:t>
      </w:r>
      <w:r>
        <w:br/>
      </w:r>
      <w:r>
        <w:rPr>
          <w:sz w:val="20"/>
        </w:rPr>
        <w:t>43:00  main samajhta hoon ke hamare yaani is area mein jo log basta hain, jo musalman, un ki sab se bari, sab se bara disadvantage yeh tha ke un ko Iqbal mil gaya,</w:t>
      </w:r>
      <w:r>
        <w:br/>
      </w:r>
      <w:r>
        <w:rPr>
          <w:sz w:val="20"/>
        </w:rPr>
        <w:t>43:13  jise khudhi ka falsafa bataya. Yeh nashe ka falsafa tha, khudhi ka. To Iqbal ne apna le liya. Khudhi, khudhi, khudhi, khudhi to ek tawakkun nazariya hai.</w:t>
      </w:r>
      <w:r>
        <w:br/>
      </w:r>
      <w:r>
        <w:rPr>
          <w:sz w:val="20"/>
        </w:rPr>
        <w:t>43:28  Khudhi nahi, anti, anti khudhi. Self, anti self se taraqqiyan hoti hain. Isi liye Iqbal ki qaum kuch taraqqi nahi kar saki.</w:t>
      </w:r>
      <w:r>
        <w:br/>
      </w:r>
      <w:r>
        <w:rPr>
          <w:sz w:val="20"/>
        </w:rPr>
        <w:t>43:43  Meri baat mein bohat so'n ko dhakka lage ga, bura bura maloom hoga. Lekin main isi liye kehta hoon ke mujhe koi lady, lady, lady nahi karna hai.</w:t>
      </w:r>
      <w:r>
        <w:br/>
      </w:r>
      <w:r>
        <w:rPr>
          <w:sz w:val="20"/>
        </w:rPr>
        <w:t>43:54  Mujhe koi ledaery ka shauq nahi hai. Main sachai ko bayan karne ke liye zinda hoon. Sachai musalmanon ko chahiye ke woh Iqbal ko chhoden.</w:t>
      </w:r>
      <w:r>
        <w:br/>
      </w:r>
      <w:r>
        <w:rPr>
          <w:sz w:val="20"/>
        </w:rPr>
        <w:t>44:05  Jab tak Iqbal ko shehar mein rahen ge na, shehar mein tab tak taraqqi nahi kar sakte woh. Jab tak Iqbal ko jis masjid dekhiye, jis madrasay pe dekhiye, Iqbal ka ashaar parhe ja rahe hain.</w:t>
      </w:r>
      <w:r>
        <w:br/>
      </w:r>
      <w:r>
        <w:rPr>
          <w:sz w:val="20"/>
        </w:rPr>
        <w:t>44:19  Bataiye, koi kaam hai? Iqbal ne to qaum ko yaani meethi, meethay zehar ki meethi goliyan di hain.</w:t>
      </w:r>
      <w:r>
        <w:br/>
      </w:r>
      <w:r>
        <w:rPr>
          <w:sz w:val="20"/>
        </w:rPr>
        <w:t>44:29  Zehar ki meethi goliyan. To main jaanta hoon ke bohat se log ghussa, ghussa ho jayen ge. Lekin main chahta hoon ke yeh baat un ko bata doon marne se pehle, kyun ke hum sab ka saamna hone wala hai hajj, hajj ke maidan mein.</w:t>
      </w:r>
      <w:r>
        <w:br/>
      </w:r>
      <w:r>
        <w:rPr>
          <w:sz w:val="20"/>
        </w:rPr>
        <w:t>44:49  Aur India mein is se doori misguide karne wala koi nahi tha. Misguide karna isi ki ek cheez hai ke qoumiyat ke maamle mein saare musalman baqi bhi hain.</w:t>
      </w:r>
      <w:r>
        <w:br/>
      </w:r>
      <w:r>
        <w:rPr>
          <w:sz w:val="20"/>
        </w:rPr>
        <w:t>45:05  Qoumiyat ka nazariya jo tha, us ke liye unhon ne negative baaten kahi hain. Isi liye zamanay ko pehchan nahi sake.</w:t>
      </w:r>
      <w:r>
        <w:br/>
      </w:r>
      <w:r>
        <w:rPr>
          <w:sz w:val="20"/>
        </w:rPr>
        <w:t>45:18  Zamanay ko pehchan nahi sake. Aaj duniya mein ek hi qaum aisi hai jo zamanay ko pehchan nahi saki. Choti choti qaumon ne pehchan liya zamanay ko aur taraqqiyan keen.</w:t>
      </w:r>
      <w:r>
        <w:br/>
      </w:r>
      <w:r>
        <w:rPr>
          <w:sz w:val="20"/>
        </w:rPr>
        <w:t>45:32  Lekin yeh musalmanon ki ajeeb haalat hai ke aisa shayar unhon ne paida kiya jis shayar ne un ko yaani sirf mis lead kiya.</w:t>
      </w:r>
      <w:r>
        <w:br/>
      </w:r>
      <w:r>
        <w:rPr>
          <w:sz w:val="20"/>
        </w:rPr>
        <w:t>45:46  Main jaanta hoon ke hazaron log mujh se ghussa ho jayen ge, lekin koi ghussa hota rahe. Mujhe to sachi baat karna hai.</w:t>
      </w:r>
      <w:r>
        <w:br/>
      </w:r>
      <w:r>
        <w:rPr>
          <w:sz w:val="20"/>
        </w:rPr>
        <w:t>45:57  Sachi baat karni hai mujhe. Main, main, main manta hoon ke self thinking tawakkun hai. Sahi thinking hai, anti self thinking.</w:t>
      </w:r>
      <w:r>
        <w:br/>
      </w:r>
      <w:r>
        <w:rPr>
          <w:sz w:val="20"/>
        </w:rPr>
        <w:t>46:09  Aap ke andar anti self thinking develop ho, us se aap taraqqi karen ge. Self thinking se aap kabhi taraqqi nahi kar sakte. Maulana, agla comment parhna chahen ge.</w:t>
      </w:r>
      <w:r>
        <w:br/>
      </w:r>
      <w:r>
        <w:rPr>
          <w:sz w:val="20"/>
        </w:rPr>
        <w:t>46:20  Yeh bheja hai Maulana Yaqoob Umri ne Delhi se. Unhon ne likha hai: "Maulana, I agree with you hundred percent on the concept of helping other that you explained very well today.</w:t>
      </w:r>
      <w:r>
        <w:br/>
      </w:r>
      <w:r>
        <w:rPr>
          <w:sz w:val="20"/>
        </w:rPr>
        <w:t>46:34  Teaching wisdom is real help and giving money is killing their potential. Jazak Allah." Maulana, Maulana, agla comment aur sawal aaya hai Miss Samina ka Delhi se.</w:t>
      </w:r>
      <w:r>
        <w:br/>
      </w:r>
      <w:r>
        <w:rPr>
          <w:sz w:val="20"/>
        </w:rPr>
        <w:t>46:48  Unhon ne likha hai: "Maulana, you are a blessing for my family. You are a blessing for my family and me, and I think my brother Khurram for that Allah use her khushi se un ko nawazay." Aise, I also want to thank Farida Apa and Naghma Apa for their support and encouragement to do translation work.</w:t>
      </w:r>
      <w:r>
        <w:br/>
      </w:r>
      <w:r>
        <w:rPr>
          <w:sz w:val="20"/>
        </w:rPr>
        <w:t>47:17  i have a question: "last week i saw you giving your blessings to a girl who was apparently going through depression.</w:t>
      </w:r>
      <w:r>
        <w:br/>
      </w:r>
      <w:r>
        <w:rPr>
          <w:sz w:val="20"/>
        </w:rPr>
        <w:t>47:27  these days so many people are going through stress and depression and are committing suicides. the reason vary from financial, personal and many more.</w:t>
      </w:r>
      <w:r>
        <w:br/>
      </w:r>
      <w:r>
        <w:rPr>
          <w:sz w:val="20"/>
        </w:rPr>
        <w:t>47:38  my daughter marvi's class mate, uh who was in second year, was going through depression and was taking therapy from psychologist.</w:t>
      </w:r>
      <w:r>
        <w:br/>
      </w:r>
      <w:r>
        <w:rPr>
          <w:sz w:val="20"/>
        </w:rPr>
        <w:t>47:50  still he ended his life. all the batch mates are in extreme trauma as they were the ones to break open the door and take out his body, not hanging from the fan but from the cupboard.</w:t>
      </w:r>
      <w:r>
        <w:br/>
      </w:r>
      <w:r>
        <w:rPr>
          <w:sz w:val="20"/>
        </w:rPr>
        <w:t>48:04  he was extremely good in studies and he had no financial issues, but the parents were in jharkhand and he was staying alone in a pg.</w:t>
      </w:r>
      <w:r>
        <w:br/>
      </w:r>
      <w:r>
        <w:rPr>
          <w:sz w:val="20"/>
        </w:rPr>
        <w:t>48:16  my question is as parents and teachers, how can we help these students or people in our contact? because most of the time what they need is simply talking to someone to share their worries, anxieties and fears.</w:t>
      </w:r>
      <w:r>
        <w:br/>
      </w:r>
      <w:r>
        <w:rPr>
          <w:sz w:val="20"/>
        </w:rPr>
        <w:t>48:33  maulana sahib, please advise." dekhiye, main apna experience aap ko batata hoon. main gaya tha pakistan, kai saal pehle ki baat hai.</w:t>
      </w:r>
      <w:r>
        <w:br/>
      </w:r>
      <w:r>
        <w:rPr>
          <w:sz w:val="20"/>
        </w:rPr>
        <w:t>48:47  to lahore ke airport par ek naujawan mujhe receive karne ke liye aaya aur kai log thay.</w:t>
      </w:r>
      <w:r>
        <w:br/>
      </w:r>
      <w:r>
        <w:rPr>
          <w:sz w:val="20"/>
        </w:rPr>
        <w:t>48:57  to woh naujawan main pehchane pehchanta nahi tha. us ko main us ko arabi nazar se dekha to us ne kaha ke aap us ko pehchanta nahi honge lekin main aap ko janta hoon.</w:t>
      </w:r>
      <w:r>
        <w:br/>
      </w:r>
      <w:r>
        <w:rPr>
          <w:sz w:val="20"/>
        </w:rPr>
        <w:t>49:11  to phir us ne apni story batai. us ne kaha ke main bohat zabardast depression ka shikar ho chuka tha. depression to yahan par koi hospital hai jo depression ka ilaj karta hai.</w:t>
      </w:r>
      <w:r>
        <w:br/>
      </w:r>
      <w:r>
        <w:rPr>
          <w:sz w:val="20"/>
        </w:rPr>
        <w:t>49:28  wahan woh daakhil kar diye gaye. to wahan par under treatment thay woh aur kuch faida nahi ho raha tha. to phir ek aadmi wahan mile un se, un ko meri kitab "raaz-e-hayat" de di.</w:t>
      </w:r>
      <w:r>
        <w:br/>
      </w:r>
      <w:r>
        <w:rPr>
          <w:sz w:val="20"/>
        </w:rPr>
        <w:t>49:44  "raaz-e-hayat"</w:t>
      </w:r>
      <w:r>
        <w:br/>
      </w:r>
      <w:r>
        <w:rPr>
          <w:sz w:val="20"/>
        </w:rPr>
        <w:t>49:49  to us ko unhon ne hospital mein parha. us ke baad doctor sahib ne kaha ke aap mujhe chutti de dijiye.</w:t>
      </w:r>
      <w:r>
        <w:br/>
      </w:r>
      <w:r>
        <w:rPr>
          <w:sz w:val="20"/>
        </w:rPr>
        <w:t>49:58  unhon ne kaha kyun? unhon ne kaha bhai to acha ho gaya. kaha ke nahi, abhi to aap under treatment hain. kaha ke nahi, main acha ho gaya. is kitab ko parh kar woh bilkul theek ho gaye.</w:t>
      </w:r>
      <w:r>
        <w:br/>
      </w:r>
      <w:r>
        <w:rPr>
          <w:sz w:val="20"/>
        </w:rPr>
        <w:t>50:11  depression khatam ho gaya aur phir zindagi mein kaabil ho gaya. to logon ko paisa mat dijiye, madad mat kijiye.</w:t>
      </w:r>
      <w:r>
        <w:br/>
      </w:r>
      <w:r>
        <w:rPr>
          <w:sz w:val="20"/>
        </w:rPr>
        <w:t>50:24  un ko wisdom dijiye. paisa dena un ke apni potential ko kill karna hai aur wisdom dena un ke potential ko jagana hai.</w:t>
      </w:r>
      <w:r>
        <w:br/>
      </w:r>
      <w:r>
        <w:rPr>
          <w:sz w:val="20"/>
        </w:rPr>
        <w:t>50:40  main phir kahunga ke paisa dena logon ki potential ko kill karna hai</w:t>
      </w:r>
      <w:r>
        <w:br/>
      </w:r>
      <w:r>
        <w:rPr>
          <w:sz w:val="20"/>
        </w:rPr>
        <w:t>50:51  aur wisdom dena logon ke wisdom ko potential ko jagana hai. yeh mera tajurba hai aur main bas kehta hoon ke hamare haan jo leader paida hui hai, woh zyada tar aisay log thay jinhon ne is raat ko jaana hi nahi.</w:t>
      </w:r>
      <w:r>
        <w:br/>
      </w:r>
      <w:r>
        <w:rPr>
          <w:sz w:val="20"/>
        </w:rPr>
        <w:t>51:13  is raat ko jaana hi nahi. unhon ne potential ko jagana yeh asal raaz hai. yeh jaana nahi hai. potential ko kill ko woh hai misguide karte rahay.</w:t>
      </w:r>
      <w:r>
        <w:br/>
      </w:r>
      <w:r>
        <w:rPr>
          <w:sz w:val="20"/>
        </w:rPr>
        <w:t>51:33  to jin logon ko is maslay mein jaanna ho, meri kitab parhein. urdu mein "raaz-e-hayat" hai, english mein woh hai kya naam hai uska?</w:t>
      </w:r>
      <w:r>
        <w:br/>
      </w:r>
      <w:r>
        <w:rPr>
          <w:sz w:val="20"/>
        </w:rPr>
        <w:t>51:46  "the secret of success". "the secret of success" english mein naam hai "the secret of success" aur urdu mein is ka naam hai "raaz-e-hayat".</w:t>
      </w:r>
    </w:p>
    <w:p>
      <w:pPr>
        <w:pStyle w:val="Heading2"/>
      </w:pPr>
      <w:r>
        <w:t>Knowing and maintaining self-correction process</w:t>
      </w:r>
    </w:p>
    <w:p>
      <w:r>
        <w:rPr>
          <w:color w:val="666666"/>
          <w:sz w:val="18"/>
        </w:rPr>
        <w:t>The Role of Suffering 31 Aug, 2019 - Maulana Wahiduddin Khan · 17m 38s · at 33:58 · https://youtu.be/y4B5iBknSpk?t=2038</w:t>
      </w:r>
    </w:p>
    <w:p>
      <w:r>
        <w:rPr>
          <w:i/>
        </w:rPr>
        <w:t>“How can I understand that the self-correction process has started within me and how to maintain it?”</w:t>
      </w:r>
    </w:p>
    <w:p>
      <w:r>
        <w:rPr>
          <w:sz w:val="20"/>
        </w:rPr>
        <w:t>33:58  Maulana Mahboob bhai ka Mumbai se sawal hai. unhone likha hai: "Maulana, main yeh kaise samjhun ke mere andar self-correction process jaari ho chuka hai aur usko kaise barkarar rakha jaaye?"</w:t>
      </w:r>
      <w:r>
        <w:br/>
      </w:r>
      <w:r>
        <w:rPr>
          <w:sz w:val="20"/>
        </w:rPr>
        <w:t>34:15  Yeh sab dekhne ki zaroorat nahi hai. Yeh ek process jaanna hai. Aap process ko jaanen ge, aap jo ho raha hai woh woh wahan tak toh sirf angel ki pahunch hoti hai, farishton ki.</w:t>
      </w:r>
      <w:r>
        <w:br/>
      </w:r>
      <w:r>
        <w:rPr>
          <w:sz w:val="20"/>
        </w:rPr>
        <w:t>34:32  Bas</w:t>
      </w:r>
      <w:r>
        <w:br/>
      </w:r>
      <w:r>
        <w:rPr>
          <w:sz w:val="20"/>
        </w:rPr>
        <w:t>34:39  batar news, batar khabar ko laani nahi. Aap ki pahunch yahin tak hai ke batar khabar ke janne ho.</w:t>
      </w:r>
      <w:r>
        <w:br/>
      </w:r>
      <w:r>
        <w:rPr>
          <w:sz w:val="20"/>
        </w:rPr>
        <w:t>34:59  Maulana, kya yeh keh sakte hain hum ke ah pre ah Muhammad era mein zyada it is to be physical torture suffering and not is more mental suffering?</w:t>
      </w:r>
      <w:r>
        <w:br/>
      </w:r>
      <w:r>
        <w:rPr>
          <w:sz w:val="20"/>
        </w:rPr>
        <w:t>35:12  Can we say that people suffered more physically in the dows times pre ah pre Muhammad period? Aisa kuch keh sakte hain? Maulana sahib, abhi aaj kal mental suffering zyada hai.</w:t>
      </w:r>
      <w:r>
        <w:br/>
      </w:r>
      <w:r>
        <w:rPr>
          <w:sz w:val="20"/>
        </w:rPr>
        <w:t>35:25  mein samjha, mein samjha nahin.</w:t>
      </w:r>
      <w:r>
        <w:br/>
      </w:r>
      <w:r>
        <w:rPr>
          <w:sz w:val="20"/>
        </w:rPr>
        <w:t>35:27  woh priya ka sawal yeh hai ke ah prophet se jo pehle ka daur tha, us daur mein physical suffering zyada thi aur aaj ke daur mein mental suffering zyada hai.</w:t>
      </w:r>
      <w:r>
        <w:br/>
      </w:r>
      <w:r>
        <w:rPr>
          <w:sz w:val="20"/>
        </w:rPr>
        <w:t>35:40  toh kya is ko aise kaha ja sakta hai? kya yeh sahi hai kehna?</w:t>
      </w:r>
      <w:r>
        <w:br/>
      </w:r>
      <w:r>
        <w:rPr>
          <w:sz w:val="20"/>
        </w:rPr>
        <w:t>35:48  partial sense mein se ho sakta hai, partial sense mein. kyunke sara mamla yeh hai ke aap kitna apne kuch mein involve karte hain.</w:t>
      </w:r>
      <w:r>
        <w:br/>
      </w:r>
      <w:r>
        <w:rPr>
          <w:sz w:val="20"/>
        </w:rPr>
        <w:t>36:01  involve kijiye toh physical suffering aa jayegi. jaise aap dekhiye, hussain thay makka mein rehte thay toh khabar suni unhon ne kufa ki toh rawana ho gaye.</w:t>
      </w:r>
      <w:r>
        <w:br/>
      </w:r>
      <w:r>
        <w:rPr>
          <w:sz w:val="20"/>
        </w:rPr>
        <w:t>36:17  rastay mein farazdaq mila, aik aik aadmi tha farazdaq. us ne kaha aap mat jaiye, woh kufa wale aise hotay hain. phir bhi woh gaye toh jab wahan pohanchay toh waqai woh hua jo jo farazdaq ne kar rakha tha.</w:t>
      </w:r>
      <w:r>
        <w:br/>
      </w:r>
      <w:r>
        <w:rPr>
          <w:sz w:val="20"/>
        </w:rPr>
        <w:t>36:34  toh toh apne ko khud hi jhonkna hai. pehle bhi aisa hota tha ke aadmi na jhuke, aaj bhi aisa hota hai ke aadmi na jhuke.</w:t>
      </w:r>
      <w:r>
        <w:br/>
      </w:r>
      <w:r>
        <w:rPr>
          <w:sz w:val="20"/>
        </w:rPr>
        <w:t>36:44  misalan india mein dekhiye, sare log wahan bjp, mein toh kuch bhi nahin, mein sirf phir parha tha, waise ab bhi hoon, mujhe koi pareshani nahin hai.</w:t>
      </w:r>
      <w:r>
        <w:br/>
      </w:r>
      <w:r>
        <w:rPr>
          <w:sz w:val="20"/>
        </w:rPr>
        <w:t>36:59  yeh yeh yeh aik relative yaani baat hai, yeh is ko real nahin samjhiye.</w:t>
      </w:r>
      <w:r>
        <w:br/>
      </w:r>
      <w:r>
        <w:rPr>
          <w:sz w:val="20"/>
        </w:rPr>
        <w:t>37:08  hain nafs ammara kya hota hai? nafs ammara, nafs ammara aur nafs al-lawwamah koi mysterious baat nahin hai,</w:t>
      </w:r>
      <w:r>
        <w:br/>
      </w:r>
      <w:r>
        <w:rPr>
          <w:sz w:val="20"/>
        </w:rPr>
        <w:t>37:23  mysterious baat nahin hai. dekhiye, aadmi rozana mukhtalif qism ke cheezon ke darmiyan guzarta hai toh nafs al-lawwamah jo hai,</w:t>
      </w:r>
      <w:r>
        <w:br/>
      </w:r>
      <w:r>
        <w:rPr>
          <w:sz w:val="20"/>
        </w:rPr>
        <w:t>37:37  woh right direction mein aap ko woh karta hai,</w:t>
      </w:r>
      <w:r>
        <w:br/>
      </w:r>
      <w:r>
        <w:rPr>
          <w:sz w:val="20"/>
        </w:rPr>
        <w:t>37:44  guide karta hai, tawajjuh dilata hai. aur nafs al-lawwamah jo hai, ghalat direction mein, matlab woh woh farishte ke asar se hota hai ya shaitan ke asar se hota hai.</w:t>
      </w:r>
      <w:r>
        <w:br/>
      </w:r>
      <w:r>
        <w:rPr>
          <w:sz w:val="20"/>
        </w:rPr>
        <w:t>37:57  yeh bohat hi yeh koi mysterious baat nahin hai, koi mysterious baat nahin hai. yeh yeh common aik common se experience ki baat hai.</w:t>
      </w:r>
      <w:r>
        <w:br/>
      </w:r>
      <w:r>
        <w:rPr>
          <w:sz w:val="20"/>
        </w:rPr>
        <w:t>38:17  maulana, you said that our mind gets activated when we are hit with some sad experience.</w:t>
      </w:r>
      <w:r>
        <w:br/>
      </w:r>
      <w:r>
        <w:rPr>
          <w:sz w:val="20"/>
        </w:rPr>
        <w:t>38:28  can it be that at that time we feel helpless and that is why inspiration comes from god?</w:t>
      </w:r>
      <w:r>
        <w:br/>
      </w:r>
      <w:r>
        <w:rPr>
          <w:sz w:val="20"/>
        </w:rPr>
        <w:t>38:37  if we are able to take that situation positively and not react to it? rajab,</w:t>
      </w:r>
      <w:r>
        <w:br/>
      </w:r>
      <w:r>
        <w:rPr>
          <w:sz w:val="20"/>
        </w:rPr>
        <w:t>38:50  kya kaha? say inspiration aati hai. maulana, woh yeh keh rahi hain ke jo aap ne bataya ke jab aik insaan suffering ko face karta hai toh us time pe woh helpless ho jata hai aur isi wajah se nahin, yeh yeh ghalat nikala hai.</w:t>
      </w:r>
      <w:r>
        <w:br/>
      </w:r>
      <w:r>
        <w:rPr>
          <w:sz w:val="20"/>
        </w:rPr>
        <w:t>39:14  aap ne helpless ho jata hai, zyada sensitive ho jata hai. yeh kahiye ji,</w:t>
      </w:r>
      <w:r>
        <w:br/>
      </w:r>
      <w:r>
        <w:rPr>
          <w:sz w:val="20"/>
        </w:rPr>
        <w:t>39:19  helpless hua. haan, hum hum ne toh bohat suffering uthai, uthai hai, bohat suffer.</w:t>
      </w:r>
      <w:r>
        <w:br/>
      </w:r>
      <w:r>
        <w:rPr>
          <w:sz w:val="20"/>
        </w:rPr>
        <w:t>39:30  aaj aaj ki baat batata hoon mein ke itni bari mujhe suffering hui thi, aaj hi, aaj hi ke maine kaha khudaaya, mein jannat ka mustahiq nahin hoon, mujhe toh sirf aik aik aik nazar khuda ko dekh lena hai,</w:t>
      </w:r>
      <w:r>
        <w:br/>
      </w:r>
      <w:r>
        <w:rPr>
          <w:sz w:val="20"/>
        </w:rPr>
        <w:t>39:47  bas dekh loon, bas qissa khatam. aaj ki baat karta hoon, itni zyada mujhe mujhe aaj kuch baat hui thi, experience ke mein ne kaha bhai, mein jannat ka ki price nahin de sakta, mere bas mein nahin hai,</w:t>
      </w:r>
      <w:r>
        <w:br/>
      </w:r>
      <w:r>
        <w:rPr>
          <w:sz w:val="20"/>
        </w:rPr>
        <w:t>40:06  toh mein jannat ka mustahiq nahin hoon. lekin yeh toh woh jis ne mujhe paida kiya, woh kaisa hoga,</w:t>
      </w:r>
      <w:r>
        <w:br/>
      </w:r>
      <w:r>
        <w:rPr>
          <w:sz w:val="20"/>
        </w:rPr>
        <w:t>40:18  bas yeh baat janna chahta hoon. aik aik jhalak dekhna chahta hoon, yeh aaj ka tajurba batata hoon aap ko.</w:t>
      </w:r>
      <w:r>
        <w:br/>
      </w:r>
      <w:r>
        <w:rPr>
          <w:sz w:val="20"/>
        </w:rPr>
        <w:t>40:33  aaj mein ne dua ki ke khudaaya, mujhe apni aik jhalak dikha de, aik glimpse, glimpse, us waqt mujhe khatam kar de,</w:t>
      </w:r>
      <w:r>
        <w:br/>
      </w:r>
      <w:r>
        <w:rPr>
          <w:sz w:val="20"/>
        </w:rPr>
        <w:t>40:46  is se zyada ka mustahiq nahi hoon. main</w:t>
      </w:r>
      <w:r>
        <w:br/>
      </w:r>
      <w:r>
        <w:rPr>
          <w:sz w:val="20"/>
        </w:rPr>
        <w:t>40:59  Maulana, jo aap ne kaha ke suffering yeh God realization ke liye ek</w:t>
      </w:r>
      <w:r>
        <w:br/>
      </w:r>
      <w:r>
        <w:rPr>
          <w:sz w:val="20"/>
        </w:rPr>
        <w:t>41:10  bohat hi ahem mor hota hai, jahan se aadmi Khuda ki taraf mutawajjah hota hai. to Maulana, is ke liye Ashab-e-Kahf ka waqia bhi Quran mein Allah ne naqal kar ke kaha tha, kaha hai:</w:t>
      </w:r>
      <w:r>
        <w:br/>
      </w:r>
      <w:r>
        <w:rPr>
          <w:sz w:val="20"/>
        </w:rPr>
        <w:t>41:27  "Innahum fityatun aamanoo birabbihim wa zidnahum huda" ke Khuda ne kaha ke in logon ko jo religious persecution ko face karna pada, to is ki is ki wajah se un ke imaan mein aur bhi izafa ho gaya.</w:t>
      </w:r>
      <w:r>
        <w:br/>
      </w:r>
      <w:r>
        <w:rPr>
          <w:sz w:val="20"/>
        </w:rPr>
        <w:t>41:49  to Maulana, yeh baat aap jo keh rahe hain, bohat hi mukhtalif waqiat se yeh baat bohat achi tarah sabit hoti hai. Maulana, to yeh bohat hi hamare liye positive baat hai aur encouraging hai.</w:t>
      </w:r>
      <w:r>
        <w:br/>
      </w:r>
      <w:r>
        <w:rPr>
          <w:sz w:val="20"/>
        </w:rPr>
        <w:t>42:02  negative situations ko ke hum is ko imaan mein izafe ka sabab banayein.</w:t>
      </w:r>
      <w:r>
        <w:br/>
      </w:r>
      <w:r>
        <w:rPr>
          <w:sz w:val="20"/>
        </w:rPr>
        <w:t>42:09  Bhai, bhai, samjha nahi. Maulana yaar bhai, hain Yaqoob sahib, yeh keh rahe hain ke aap ne yeh jo kaha ke aadmi jab suffering mein aata hai to us ko God, aadmi jab suffering mein aata hai to us ko God realization hota hai.</w:t>
      </w:r>
      <w:r>
        <w:br/>
      </w:r>
      <w:r>
        <w:rPr>
          <w:sz w:val="20"/>
        </w:rPr>
        <w:t>42:25  to unhon ne kaha hai ke yeh cheez bohat a</w:t>
      </w:r>
      <w:r>
        <w:br/>
      </w:r>
      <w:r>
        <w:rPr>
          <w:sz w:val="20"/>
        </w:rPr>
        <w:t>42:28  ham hai aur dekhiye, suffering apne aap nahi, main ne kaha hai apne aap nahi ke dard ho raha hai yahan par to realize ho jayega.</w:t>
      </w:r>
      <w:r>
        <w:br/>
      </w:r>
      <w:r>
        <w:rPr>
          <w:sz w:val="20"/>
        </w:rPr>
        <w:t>42:40  yeh main ne nahi kaha hai, suffering ko main ne kaha hai ke inner core jo hai insaan ka, us ko hila deti hai.</w:t>
      </w:r>
      <w:r>
        <w:br/>
      </w:r>
      <w:r>
        <w:rPr>
          <w:sz w:val="20"/>
        </w:rPr>
        <w:t>42:49  wo jis tarah se main ne kaha hai, aap ke mind ka jo inner core hai, spirituality ka jo inner core hai, aap ke personality ka jo inner core hai, wo to hil jata hai, itna kisi khushi se nahi hilta.</w:t>
      </w:r>
      <w:r>
        <w:br/>
      </w:r>
      <w:r>
        <w:rPr>
          <w:sz w:val="20"/>
        </w:rPr>
        <w:t>43:06  aap khush hon to aap ka inner core hilega.</w:t>
      </w:r>
      <w:r>
        <w:br/>
      </w:r>
      <w:r>
        <w:rPr>
          <w:sz w:val="20"/>
        </w:rPr>
        <w:t>43:13  to main ne wo kiya cheez ki hai ke insaan ke potential ka jaag uthna, jis tarah unhon ne kaha hai, insaan ke potential jo hai, wo aakhir had tak jaag uthte hain.</w:t>
      </w:r>
      <w:r>
        <w:br/>
      </w:r>
      <w:r>
        <w:rPr>
          <w:sz w:val="20"/>
        </w:rPr>
        <w:t>43:28  suffering jab hoti hai jo khushi mein nahi jaagte, yeh main ne kaha hai.</w:t>
      </w:r>
      <w:r>
        <w:br/>
      </w:r>
      <w:r>
        <w:rPr>
          <w:sz w:val="20"/>
        </w:rPr>
        <w:t>43:42  Maulana to keh sakte hain ke jin ko Khuda pyar karta hai, un ko zyada suffering milti hai. hain, wo keh rahi hain ke kya Priya keh rahi hain ke kya yeh keh sakte hain ke Allah jis ko pyar zyada karta hai, us ko suffering milti hai?</w:t>
      </w:r>
      <w:r>
        <w:br/>
      </w:r>
      <w:r>
        <w:rPr>
          <w:sz w:val="20"/>
        </w:rPr>
        <w:t>44:02  pyar karta hai? kya Allah mein koi lath pyar ka wahan culture hai? yeh sab nahi hai, matlab nahi hai. jo zyada apne aap ko competent sabit karta hai,</w:t>
      </w:r>
      <w:r>
        <w:br/>
      </w:r>
      <w:r>
        <w:rPr>
          <w:sz w:val="20"/>
        </w:rPr>
        <w:t>44:16  yeh matlab hai. yeh nahi ke wahan koi lath pyar chalta hai, wahan love affair chalta hai. wo yeh love affair ki baat nahi hai, yeh yaad rakhiye, wo competence ki baat hai.</w:t>
      </w:r>
      <w:r>
        <w:br/>
      </w:r>
      <w:r>
        <w:rPr>
          <w:sz w:val="20"/>
        </w:rPr>
        <w:t>44:38  Rajat, there is a question that Saleem asked and I think it didn't get answered or didn't get conveyed. The question was that mental suffering and physical suffering, they both stimulate the brain in a similar manner.</w:t>
      </w:r>
      <w:r>
        <w:br/>
      </w:r>
      <w:r>
        <w:rPr>
          <w:sz w:val="20"/>
        </w:rPr>
        <w:t>44:53  So his question was that, uh, he believes therefore that, uh, hell is actually mental suffering.</w:t>
      </w:r>
      <w:r>
        <w:br/>
      </w:r>
      <w:r>
        <w:rPr>
          <w:sz w:val="20"/>
        </w:rPr>
        <w:t>45:03  It's a state of mind where in you are suffering mentally. It is not a physical place where you'll be burning, burning, etc. It's a state where in you'll be suffering mentally.</w:t>
      </w:r>
      <w:r>
        <w:br/>
      </w:r>
      <w:r>
        <w:rPr>
          <w:sz w:val="20"/>
        </w:rPr>
        <w:t>45:14  Is that right? Or what is Maulana's view on this?</w:t>
      </w:r>
      <w:r>
        <w:br/>
      </w:r>
      <w:r>
        <w:rPr>
          <w:sz w:val="20"/>
        </w:rPr>
        <w:t>45:18  Maulana, aap ne jab aaj desires ka ek sawal aaya tha ke desire kabhi khatam nahi honge, aap ne kaha insaan ke andar, to desire ko control kar sakte hain.</w:t>
      </w:r>
      <w:r>
        <w:br/>
      </w:r>
      <w:r>
        <w:rPr>
          <w:sz w:val="20"/>
        </w:rPr>
        <w:t>45:32  to Maulana, kaise control kar sakte hain desires ko?</w:t>
      </w:r>
      <w:r>
        <w:br/>
      </w:r>
      <w:r>
        <w:rPr>
          <w:sz w:val="20"/>
        </w:rPr>
        <w:t>45:39  Desire ka koi khali cheez hai? yeh to Buddhism mein desire ko burai bana diya. koi burai hai hi nahi, wo desire koi burai hai hi nahi.</w:t>
      </w:r>
      <w:r>
        <w:br/>
      </w:r>
      <w:r>
        <w:rPr>
          <w:sz w:val="20"/>
        </w:rPr>
        <w:t>45:51  wo</w:t>
      </w:r>
      <w:r>
        <w:br/>
      </w:r>
      <w:r>
        <w:rPr>
          <w:sz w:val="20"/>
        </w:rPr>
        <w:t>45:54  desire to ek bohat high class ki yani insani sifat hai.</w:t>
      </w:r>
      <w:r>
        <w:br/>
      </w:r>
      <w:r>
        <w:rPr>
          <w:sz w:val="20"/>
        </w:rPr>
        <w:t>46:10  yeh to hai ke desire koi buri cheez hai.</w:t>
      </w:r>
      <w:r>
        <w:br/>
      </w:r>
      <w:r>
        <w:rPr>
          <w:sz w:val="20"/>
        </w:rPr>
        <w:t>46:17  misal ke taur par, maine yeh desire paida hui ke main jannat ka mustahiq to banai hoon, lekin Allah ka ek jhalak mujhe dikhana dekhne ko mil jaye.</w:t>
      </w:r>
      <w:r>
        <w:br/>
      </w:r>
      <w:r>
        <w:rPr>
          <w:sz w:val="20"/>
        </w:rPr>
        <w:t>46:30  ek glimpse yeh desire thi, to kya desire koi galat nahi hai?</w:t>
      </w:r>
      <w:r>
        <w:br/>
      </w:r>
      <w:r>
        <w:rPr>
          <w:sz w:val="20"/>
        </w:rPr>
        <w:t>46:43  Maulana, mera yeh sawal hai ke jab Allah hum se naraz ho jata hai to kya woh hum se naik kaam yani ke achhe kaam lene chhod deta hai?</w:t>
      </w:r>
      <w:r>
        <w:br/>
      </w:r>
      <w:r>
        <w:rPr>
          <w:sz w:val="20"/>
        </w:rPr>
        <w:t>47:00  Maulana, sawal yeh hai ke jab Allah hum se naraz ho jata hai to kya woh hum se naik kaam lena chhod deta hai?</w:t>
      </w:r>
      <w:r>
        <w:br/>
      </w:r>
      <w:r>
        <w:rPr>
          <w:sz w:val="20"/>
        </w:rPr>
        <w:t>47:10  Zaroor nahi, chhodna nahi, chhodta nahi. Hum lautein, tauba naseeb karein. Yeh to bohat zyada likha hua hai Quran mein ke Allah taala lautne walon ko bohat pasand karta hai.</w:t>
      </w:r>
      <w:r>
        <w:br/>
      </w:r>
      <w:r>
        <w:rPr>
          <w:sz w:val="20"/>
        </w:rPr>
        <w:t>47:26  Phir sahib ji,</w:t>
      </w:r>
      <w:r>
        <w:br/>
      </w:r>
      <w:r>
        <w:rPr>
          <w:sz w:val="20"/>
        </w:rPr>
        <w:t>47:30  lautne wala jo hai, woh to Allah ka most wanted insan hai jo laute.</w:t>
      </w:r>
      <w:r>
        <w:br/>
      </w:r>
      <w:r>
        <w:rPr>
          <w:sz w:val="20"/>
        </w:rPr>
        <w:t>47:40  Sachhe tareeqe se log lautate nahi. Lautein to lautna yani tauba to bohat bada yeh rewardable amal hai.</w:t>
      </w:r>
      <w:r>
        <w:br/>
      </w:r>
      <w:r>
        <w:rPr>
          <w:sz w:val="20"/>
        </w:rPr>
        <w:t>47:51  yeh</w:t>
      </w:r>
      <w:r>
        <w:br/>
      </w:r>
      <w:r>
        <w:rPr>
          <w:sz w:val="20"/>
        </w:rPr>
        <w:t>47:58  Lekin sachha lautna kya cheez hai jis ko tauba naseeb kaha gaya hai?</w:t>
      </w:r>
      <w:r>
        <w:br/>
      </w:r>
      <w:r>
        <w:rPr>
          <w:sz w:val="20"/>
        </w:rPr>
        <w:t>48:07  Is par Allah ki inayatein hain. Ah,</w:t>
      </w:r>
      <w:r>
        <w:br/>
      </w:r>
      <w:r>
        <w:rPr>
          <w:sz w:val="20"/>
        </w:rPr>
        <w:t>48:15  Maulana, ek ek hadith hai. Hain, ek hadith hai: "Azam al-nas hamman al-mu'min alladhi yahtammu bi-amri dunya wa amri akhiratihi" ke logon mein sab se zyada plan karne wala momin hota hai.</w:t>
      </w:r>
      <w:r>
        <w:br/>
      </w:r>
      <w:r>
        <w:rPr>
          <w:sz w:val="20"/>
        </w:rPr>
        <w:t>48:33  Logon mein sab se zyada plan karne wala momin hota hai. Woh apne duniya ke mamlaat ki planning karta hai aur apne akhirat ke mamlaat ki planning karta hai.</w:t>
      </w:r>
      <w:r>
        <w:br/>
      </w:r>
      <w:r>
        <w:rPr>
          <w:sz w:val="20"/>
        </w:rPr>
        <w:t>48:42  Hmm, to momin ke liye to yeh wazeh hai ke woh akhirat ke mamlaat ki planning karta hai. Duniya ke mamlaat ki planning kya hai momin ke liye?</w:t>
      </w:r>
      <w:r>
        <w:br/>
      </w:r>
      <w:r>
        <w:rPr>
          <w:sz w:val="20"/>
        </w:rPr>
        <w:t>48:51  Yahan isi ma'ne mein hai ke momin bohat zyada sensitive insan hota hai. Sara ma'mla sensitivity ka hai.</w:t>
      </w:r>
      <w:r>
        <w:br/>
      </w:r>
      <w:r>
        <w:rPr>
          <w:sz w:val="20"/>
        </w:rPr>
        <w:t>49:00  Yeh momin yani kalma padhne wale ka nahi hai. Yani jo kalma padh le, woh aisa ho jayega nahi.</w:t>
      </w:r>
      <w:r>
        <w:br/>
      </w:r>
      <w:r>
        <w:rPr>
          <w:sz w:val="20"/>
        </w:rPr>
        <w:t>49:14  Jo waqai is ma'amle mein momin bada hai, sensitivity ke momin hain, to us ki har cheez mein uska izhaar hoga.</w:t>
      </w:r>
      <w:r>
        <w:br/>
      </w:r>
      <w:r>
        <w:rPr>
          <w:sz w:val="20"/>
        </w:rPr>
        <w:t>49:24  Ji ji, Maulana, mera ek aakhri sawal hai aaj ke discussion ka. Woh that's based on the concept of Iblis, Satan.</w:t>
      </w:r>
      <w:r>
        <w:br/>
      </w:r>
      <w:r>
        <w:rPr>
          <w:sz w:val="20"/>
        </w:rPr>
        <w:t>49:34  Ah, maine kahin padha tha ke Satan was extremely in love with God and he still is. Unko Allah se bohat mohabbat thi, unhone Allah ki har jagah pe ibadat ki thi.</w:t>
      </w:r>
      <w:r>
        <w:br/>
      </w:r>
      <w:r>
        <w:rPr>
          <w:sz w:val="20"/>
        </w:rPr>
        <w:t>49:45  Haan, to woh aaj bhi he is in love with God. But jab Allah taala ne unko Adam ko sajda karne ke liye kaha to unse woh baat rahi nahi gayi, because he was given a competitor for his love with God.</w:t>
      </w:r>
      <w:r>
        <w:br/>
      </w:r>
      <w:r>
        <w:rPr>
          <w:sz w:val="20"/>
        </w:rPr>
        <w:t>49:58  To woh aaj bhi hum ko Allah se door karne pe ade hue hain. Jab whenever we want to go close to God, he or he makes us repel and woh hum ko Allah se door kar dete hain.</w:t>
      </w:r>
      <w:r>
        <w:br/>
      </w:r>
      <w:r>
        <w:rPr>
          <w:sz w:val="20"/>
        </w:rPr>
        <w:t>50:10  Kya hum ko Iblis se nafrat rakhna kya hai is hisab se sahi hai ke g</w:t>
      </w:r>
      <w:r>
        <w:br/>
      </w:r>
      <w:r>
        <w:rPr>
          <w:sz w:val="20"/>
        </w:rPr>
        <w:t>50:15  Ghalat hai? Nahi, kyun ke nafrat kyun? Nafrat kyun? Apne se nafrat karo ke hum kyun uska shikar ban jate hain? Rasool Allah se aisi koi hadith to nahi ke Rasool Allah Iblis se nafrat karte the?</w:t>
      </w:r>
      <w:r>
        <w:br/>
      </w:r>
      <w:r>
        <w:rPr>
          <w:sz w:val="20"/>
        </w:rPr>
        <w:t>50:30  apne sath nafrat karo ke hum kyun shikar ban jate hain?</w:t>
      </w:r>
      <w:r>
        <w:br/>
      </w:r>
      <w:r>
        <w:rPr>
          <w:sz w:val="20"/>
        </w:rPr>
        <w:t>50:37  nafrat to yeh yeh thi yani yeh jo bigre hue in</w:t>
      </w:r>
    </w:p>
    <w:p>
      <w:pPr>
        <w:pStyle w:val="Heading2"/>
      </w:pPr>
      <w:r>
        <w:t>Formula for peace of mind</w:t>
      </w:r>
    </w:p>
    <w:p>
      <w:r>
        <w:rPr>
          <w:color w:val="666666"/>
          <w:sz w:val="18"/>
        </w:rPr>
        <w:t>On Death June 08, 2014 · 1m 09s · at 49:15 · https://youtu.be/p0lSKQ0edmw?t=2955</w:t>
      </w:r>
    </w:p>
    <w:p>
      <w:r>
        <w:rPr>
          <w:i/>
        </w:rPr>
        <w:t>“I am usually distracted, restless and not at peace. Please give me a master formula so that I can achieve peace of mind.”</w:t>
      </w:r>
    </w:p>
    <w:p>
      <w:r>
        <w:rPr>
          <w:sz w:val="20"/>
        </w:rPr>
        <w:t>49:15  maulana, agla sawal aaya hai Indore se. Abdul sahib ne kiya hai. unhon ne likha hai ke "Moulana am usually distracted, restless and not at peace</w:t>
      </w:r>
      <w:r>
        <w:br/>
      </w:r>
      <w:r>
        <w:rPr>
          <w:sz w:val="20"/>
        </w:rPr>
        <w:t>49:28  . Please give me a master formula so that I can achieve peace of mind." Kya matlab? Maulana, unhon ne example to nahin diya, but kaha hai ke woh usually bohat ziyada restless rehte hain.</w:t>
      </w:r>
      <w:r>
        <w:br/>
      </w:r>
      <w:r>
        <w:rPr>
          <w:sz w:val="20"/>
        </w:rPr>
        <w:t>49:41  Peace of mind nahin hai. to koi aap un ko aisa koi formula bataen jis se... Bhai, dekhiye, is tarah ke jo question hain, to jab tak specific taur par aadmi na bataye ke kahan woh distract ho raha hai, to hum kya bataenge?</w:t>
      </w:r>
      <w:r>
        <w:br/>
      </w:r>
      <w:r>
        <w:rPr>
          <w:sz w:val="20"/>
        </w:rPr>
        <w:t>49:57  General taur par to hum bata chuke. General taur par to hum bata chuke. Ab is aadmi ka case specific sense mein kya hai, woh us ko batana parega.</w:t>
      </w:r>
      <w:r>
        <w:br/>
      </w:r>
      <w:r>
        <w:rPr>
          <w:sz w:val="20"/>
        </w:rPr>
        <w:t>50:11  tab hum bataenge ke woh kaise apnay aap ko is se bachaye. Warna jahan tak general sense mein batane ki baat hai, woh to hum bata chuke.</w:t>
      </w:r>
    </w:p>
    <w:p>
      <w:pPr>
        <w:pStyle w:val="Heading1"/>
      </w:pPr>
      <w:r>
        <w:t>In the lectures (20)</w:t>
      </w:r>
    </w:p>
    <w:p>
      <w:pPr>
        <w:pStyle w:val="Heading2"/>
      </w:pPr>
      <w:r>
        <w:t>Art of War and Islam</w:t>
      </w:r>
    </w:p>
    <w:p>
      <w:r>
        <w:rPr>
          <w:color w:val="666666"/>
          <w:sz w:val="18"/>
        </w:rPr>
        <w:t>44:56 · https://youtu.be/LvYP_pf17S0?t=2696</w:t>
      </w:r>
    </w:p>
    <w:p>
      <w:r>
        <w:rPr>
          <w:i/>
        </w:rPr>
        <w:t>“it is necessary to be patient.”</w:t>
      </w:r>
    </w:p>
    <w:p>
      <w:pPr>
        <w:pStyle w:val="Heading2"/>
      </w:pPr>
      <w:r>
        <w:t>Adjustment the Only Option September 19, 2010 Maulana Wahiduddin Khan</w:t>
      </w:r>
    </w:p>
    <w:p>
      <w:r>
        <w:rPr>
          <w:color w:val="666666"/>
          <w:sz w:val="18"/>
        </w:rPr>
        <w:t>30:01 · https://youtu.be/o5wG_ONm76s?t=1801</w:t>
      </w:r>
    </w:p>
    <w:p>
      <w:r>
        <w:rPr>
          <w:i/>
        </w:rPr>
        <w:t>“بھلانے کے لیے patience چاہیے۔”</w:t>
      </w:r>
    </w:p>
    <w:p>
      <w:pPr>
        <w:pStyle w:val="Heading2"/>
      </w:pPr>
      <w:r>
        <w:t>Art of War and Islam</w:t>
      </w:r>
    </w:p>
    <w:p>
      <w:r>
        <w:rPr>
          <w:color w:val="666666"/>
          <w:sz w:val="18"/>
        </w:rPr>
        <w:t>50:12 · https://youtu.be/LvYP_pf17S0?t=3012</w:t>
      </w:r>
    </w:p>
    <w:p>
      <w:r>
        <w:rPr>
          <w:i/>
        </w:rPr>
        <w:t>“the importance of patience.”</w:t>
      </w:r>
    </w:p>
    <w:p>
      <w:pPr>
        <w:pStyle w:val="Heading2"/>
      </w:pPr>
      <w:r>
        <w:t>From The Spiritual Tree May 30, 2007</w:t>
      </w:r>
    </w:p>
    <w:p>
      <w:r>
        <w:rPr>
          <w:color w:val="666666"/>
          <w:sz w:val="18"/>
        </w:rPr>
        <w:t>22:43 · https://youtu.be/vGj_dsCMv-M?t=1363</w:t>
      </w:r>
    </w:p>
    <w:p>
      <w:r>
        <w:rPr>
          <w:i/>
        </w:rPr>
        <w:t>“We have to tolerate. We have to be patient.”</w:t>
      </w:r>
    </w:p>
    <w:p>
      <w:pPr>
        <w:pStyle w:val="Heading2"/>
      </w:pPr>
      <w:r>
        <w:t>Fasting A Source of Spiritual Empowerment August 21, 2011 Maulana Wahiduddin Khan</w:t>
      </w:r>
    </w:p>
    <w:p>
      <w:r>
        <w:rPr>
          <w:color w:val="666666"/>
          <w:sz w:val="18"/>
        </w:rPr>
        <w:t>36:37 · https://youtu.be/Z0EbPlujcf0?t=2197</w:t>
      </w:r>
    </w:p>
    <w:p>
      <w:r>
        <w:rPr>
          <w:i/>
        </w:rPr>
        <w:t>“Patience۔”</w:t>
      </w:r>
    </w:p>
    <w:p>
      <w:pPr>
        <w:pStyle w:val="Heading2"/>
      </w:pPr>
      <w:r>
        <w:t>Dars-e-Quran June 25, 2007</w:t>
      </w:r>
    </w:p>
    <w:p>
      <w:r>
        <w:rPr>
          <w:color w:val="666666"/>
          <w:sz w:val="18"/>
        </w:rPr>
        <w:t>29:46 · https://youtu.be/nrgQNgSemyo?t=1786</w:t>
      </w:r>
    </w:p>
    <w:p>
      <w:r>
        <w:rPr>
          <w:i/>
        </w:rPr>
        <w:t>“مجھے صبر کا رسپانس دینا ہے،”</w:t>
      </w:r>
    </w:p>
    <w:p>
      <w:pPr>
        <w:pStyle w:val="Heading2"/>
      </w:pPr>
      <w:r>
        <w:t>Jihad in Islam (English) June 12, 2007 Maulana Wahiduddin Khan</w:t>
      </w:r>
    </w:p>
    <w:p>
      <w:r>
        <w:rPr>
          <w:color w:val="666666"/>
          <w:sz w:val="18"/>
        </w:rPr>
        <w:t>20:13 · https://youtu.be/4_Qe6ZZ6c7o?t=1213</w:t>
      </w:r>
    </w:p>
    <w:p>
      <w:r>
        <w:rPr>
          <w:i/>
        </w:rPr>
        <w:t>“truth and enjoy patience.”</w:t>
      </w:r>
    </w:p>
    <w:p>
      <w:pPr>
        <w:pStyle w:val="Heading2"/>
      </w:pPr>
      <w:r>
        <w:t>Art of War and Islam</w:t>
      </w:r>
    </w:p>
    <w:p>
      <w:r>
        <w:rPr>
          <w:color w:val="666666"/>
          <w:sz w:val="18"/>
        </w:rPr>
        <w:t>44:03 · https://youtu.be/LvYP_pf17S0?t=2643</w:t>
      </w:r>
    </w:p>
    <w:p>
      <w:r>
        <w:rPr>
          <w:i/>
        </w:rPr>
        <w:t>“So only through patience. You have to be patient.”</w:t>
      </w:r>
    </w:p>
    <w:p>
      <w:pPr>
        <w:pStyle w:val="Heading2"/>
      </w:pPr>
      <w:r>
        <w:t>Divine Personality April 2, 2014 Maulana Wahiduddin Khan</w:t>
      </w:r>
    </w:p>
    <w:p>
      <w:r>
        <w:rPr>
          <w:color w:val="666666"/>
          <w:sz w:val="18"/>
        </w:rPr>
        <w:t>29:52 · https://youtu.be/4F-V__KFzpA?t=1792</w:t>
      </w:r>
    </w:p>
    <w:p>
      <w:r>
        <w:rPr>
          <w:i/>
        </w:rPr>
        <w:t>“You have to listen to their point with patience.”</w:t>
      </w:r>
    </w:p>
    <w:p>
      <w:pPr>
        <w:pStyle w:val="Heading2"/>
      </w:pPr>
      <w:r>
        <w:t>Islam A Religion of Peace January 8, 2007 Maulana Wahiduddin Khan</w:t>
      </w:r>
    </w:p>
    <w:p>
      <w:r>
        <w:rPr>
          <w:color w:val="666666"/>
          <w:sz w:val="18"/>
        </w:rPr>
        <w:t>21:11 · https://youtu.be/N1-IgG2ycKw?t=1271</w:t>
      </w:r>
    </w:p>
    <w:p>
      <w:r>
        <w:rPr>
          <w:i/>
        </w:rPr>
        <w:t>“صبر کے ساتھ رہ سکیں۔”</w:t>
      </w:r>
    </w:p>
    <w:p>
      <w:pPr>
        <w:pStyle w:val="Heading2"/>
      </w:pPr>
      <w:r>
        <w:t>The Concept of Justice in Islam May 03, 2007</w:t>
      </w:r>
    </w:p>
    <w:p>
      <w:r>
        <w:rPr>
          <w:color w:val="666666"/>
          <w:sz w:val="18"/>
        </w:rPr>
        <w:t>53:08 · https://youtu.be/DY5SY8H554c?t=3188</w:t>
      </w:r>
    </w:p>
    <w:p>
      <w:r>
        <w:rPr>
          <w:i/>
        </w:rPr>
        <w:t>“You have to keep patience. You have to forgive people. You have to tolerate people.”</w:t>
      </w:r>
    </w:p>
    <w:p>
      <w:pPr>
        <w:pStyle w:val="Heading2"/>
      </w:pPr>
      <w:r>
        <w:t>Why Have Muslims Turned Violent December 14, 2008</w:t>
      </w:r>
    </w:p>
    <w:p>
      <w:r>
        <w:rPr>
          <w:color w:val="666666"/>
          <w:sz w:val="18"/>
        </w:rPr>
        <w:t>1:10:52 · https://youtu.be/TYLK8Jwz8EE?t=4252</w:t>
      </w:r>
    </w:p>
    <w:p>
      <w:r>
        <w:rPr>
          <w:i/>
        </w:rPr>
        <w:t>“تو میں میں ابھی بھی مانتا ہوں کہ کہ صبر کرنا ہی کرنا ہے، ان لمیٹڈ صبر ہے۔”</w:t>
      </w:r>
    </w:p>
    <w:p>
      <w:pPr>
        <w:pStyle w:val="Heading2"/>
      </w:pPr>
      <w:r>
        <w:t>Importance of Patience (Sabr) January 8, 2023</w:t>
      </w:r>
    </w:p>
    <w:p>
      <w:r>
        <w:rPr>
          <w:color w:val="666666"/>
          <w:sz w:val="18"/>
        </w:rPr>
        <w:t>33:09 · https://youtu.be/JaJX3jrl3R8?t=1989</w:t>
      </w:r>
    </w:p>
    <w:p>
      <w:r>
        <w:rPr>
          <w:i/>
        </w:rPr>
        <w:t>“تو وہ تھوڑا سا صبر کی ضرورت ہوتی ہے۔”</w:t>
      </w:r>
    </w:p>
    <w:p>
      <w:pPr>
        <w:pStyle w:val="Heading2"/>
      </w:pPr>
      <w:r>
        <w:t>Patience and Crisis 22 Dec 2019 - Maulana Wahiduddin Khan</w:t>
      </w:r>
    </w:p>
    <w:p>
      <w:r>
        <w:rPr>
          <w:color w:val="666666"/>
          <w:sz w:val="18"/>
        </w:rPr>
        <w:t>25:36 · https://youtu.be/ddnUKbhEoCI?t=1536</w:t>
      </w:r>
    </w:p>
    <w:p>
      <w:r>
        <w:rPr>
          <w:i/>
        </w:rPr>
        <w:t>“صبر کرنا پڑتا ہے۔ کوئی بھی ایکٹیویٹی ہو، اس کو صبر کرنا پڑتا ہے۔”</w:t>
      </w:r>
    </w:p>
    <w:p>
      <w:pPr>
        <w:pStyle w:val="Heading2"/>
      </w:pPr>
      <w:r>
        <w:t>Patience and Tolerance 7 April 2007 - Maulana Wahiduddin Khan</w:t>
      </w:r>
    </w:p>
    <w:p>
      <w:r>
        <w:rPr>
          <w:color w:val="666666"/>
          <w:sz w:val="18"/>
        </w:rPr>
        <w:t>0:49 · https://youtu.be/ZZ3eaEIskmU?t=49</w:t>
      </w:r>
    </w:p>
    <w:p>
      <w:r>
        <w:rPr>
          <w:i/>
        </w:rPr>
        <w:t>“یعنی patience and tolerance۔”</w:t>
      </w:r>
    </w:p>
    <w:p>
      <w:pPr>
        <w:pStyle w:val="Heading2"/>
      </w:pPr>
      <w:r>
        <w:t>The Road to Paradise December 30, 2012 Maulana Wahiduddin Khan</w:t>
      </w:r>
    </w:p>
    <w:p>
      <w:r>
        <w:rPr>
          <w:color w:val="666666"/>
          <w:sz w:val="18"/>
        </w:rPr>
        <w:t>15:40 · https://youtu.be/vUiaPsYF4Tk?t=940</w:t>
      </w:r>
    </w:p>
    <w:p>
      <w:r>
        <w:rPr>
          <w:i/>
        </w:rPr>
        <w:t>“، پیشنس، تحمل۔ یہ چیز چاہیے۔”</w:t>
      </w:r>
    </w:p>
    <w:p>
      <w:pPr>
        <w:pStyle w:val="Heading2"/>
      </w:pPr>
      <w:r>
        <w:t>Difference Management June 6, 2007 Maulana Wahiduddin Khan</w:t>
      </w:r>
    </w:p>
    <w:p>
      <w:r>
        <w:rPr>
          <w:color w:val="666666"/>
          <w:sz w:val="18"/>
        </w:rPr>
        <w:t>45:30 · https://youtu.be/Qcrm0lX88dA?t=2730</w:t>
      </w:r>
    </w:p>
    <w:p>
      <w:r>
        <w:rPr>
          <w:i/>
        </w:rPr>
        <w:t>“We have to be tolerant.”</w:t>
      </w:r>
    </w:p>
    <w:p>
      <w:pPr>
        <w:pStyle w:val="Heading2"/>
      </w:pPr>
      <w:r>
        <w:t>The Road to Paradise December 30, 2012 Maulana Wahiduddin Khan</w:t>
      </w:r>
    </w:p>
    <w:p>
      <w:r>
        <w:rPr>
          <w:color w:val="666666"/>
          <w:sz w:val="18"/>
        </w:rPr>
        <w:t>15:39 · https://youtu.be/vUiaPsYF4Tk?t=939</w:t>
      </w:r>
    </w:p>
    <w:p>
      <w:r>
        <w:rPr>
          <w:i/>
        </w:rPr>
        <w:t>“صبر”</w:t>
      </w:r>
    </w:p>
    <w:p>
      <w:pPr>
        <w:pStyle w:val="Heading2"/>
      </w:pPr>
      <w:r>
        <w:t>Become Alert at Satan's Negative Influence Dec 14 2019 - Maulana Wahiduddin Khan</w:t>
      </w:r>
    </w:p>
    <w:p>
      <w:r>
        <w:rPr>
          <w:color w:val="666666"/>
          <w:sz w:val="18"/>
        </w:rPr>
        <w:t>2:45 · https://youtu.be/njCxCpiLQ60?t=165</w:t>
      </w:r>
    </w:p>
    <w:p>
      <w:r>
        <w:rPr>
          <w:i/>
        </w:rPr>
        <w:t>“صبر”</w:t>
      </w:r>
    </w:p>
    <w:p>
      <w:pPr>
        <w:pStyle w:val="Heading2"/>
      </w:pPr>
      <w:r>
        <w:t>Art of War and Islam</w:t>
      </w:r>
    </w:p>
    <w:p>
      <w:r>
        <w:rPr>
          <w:color w:val="666666"/>
          <w:sz w:val="18"/>
        </w:rPr>
        <w:t>9:48 · https://youtu.be/LvYP_pf17S0?t=588</w:t>
      </w:r>
    </w:p>
    <w:p>
      <w:r>
        <w:rPr>
          <w:i/>
        </w:rPr>
        <w:t>“patient of anger.”</w:t>
      </w:r>
    </w:p>
    <w:p>
      <w:pPr>
        <w:pStyle w:val="Heading1"/>
      </w:pPr>
      <w:r>
        <w:t>Clips (8)</w:t>
      </w:r>
    </w:p>
    <w:p>
      <w:pPr>
        <w:pStyle w:val="Heading2"/>
      </w:pPr>
      <w:r>
        <w:t>Patience is basis of compassion</w:t>
      </w:r>
    </w:p>
    <w:p>
      <w:r>
        <w:rPr>
          <w:color w:val="666666"/>
          <w:sz w:val="18"/>
        </w:rPr>
        <w:t>Art of War and Islam · 6m 26s · at 41:41 · https://youtu.be/LvYP_pf17S0?t=2501</w:t>
      </w:r>
    </w:p>
    <w:p>
      <w:r>
        <w:rPr>
          <w:i/>
        </w:rPr>
        <w:t>“Wa tawaso bi-sabre, wa tawaso bil-marhamah”</w:t>
      </w:r>
    </w:p>
    <w:p>
      <w:r>
        <w:rPr>
          <w:sz w:val="20"/>
        </w:rPr>
        <w:t>41:41  words that is, "Wa tawaso bi-sabre, wa tawaso bil-marham."</w:t>
      </w:r>
      <w:r>
        <w:br/>
      </w:r>
      <w:r>
        <w:rPr>
          <w:sz w:val="20"/>
        </w:rPr>
        <w:t>41:58  It means that true believers it gives us the ways of true believers.</w:t>
      </w:r>
      <w:r>
        <w:br/>
      </w:r>
      <w:r>
        <w:rPr>
          <w:sz w:val="20"/>
        </w:rPr>
        <w:t>42:07  It gives us the character of true believers towards other people.</w:t>
      </w:r>
      <w:r>
        <w:br/>
      </w:r>
      <w:r>
        <w:rPr>
          <w:sz w:val="20"/>
        </w:rPr>
        <w:t>42:16  And that is they keep patience. "Wa tawaso bi-sabre." They keep patience and</w:t>
      </w:r>
      <w:r>
        <w:br/>
      </w:r>
      <w:r>
        <w:rPr>
          <w:sz w:val="20"/>
        </w:rPr>
        <w:t>42:30  they show compassion towards other human beings. So it is a two-point formula.</w:t>
      </w:r>
      <w:r>
        <w:br/>
      </w:r>
      <w:r>
        <w:rPr>
          <w:sz w:val="20"/>
        </w:rPr>
        <w:t>42:45  One, patience. And the second, compassion.</w:t>
      </w:r>
      <w:r>
        <w:br/>
      </w:r>
      <w:r>
        <w:rPr>
          <w:sz w:val="20"/>
        </w:rPr>
        <w:t>42:54  Now the question is what is the relationship between these two principles?</w:t>
      </w:r>
      <w:r>
        <w:br/>
      </w:r>
      <w:r>
        <w:rPr>
          <w:sz w:val="20"/>
        </w:rPr>
        <w:t>43:01  Why is patience needed? Because the reason is that if you have no patience, you cannot keep compassion.</w:t>
      </w:r>
      <w:r>
        <w:br/>
      </w:r>
      <w:r>
        <w:rPr>
          <w:sz w:val="20"/>
        </w:rPr>
        <w:t>43:18  You cannot follow the principle of compassion.</w:t>
      </w:r>
      <w:r>
        <w:br/>
      </w:r>
      <w:r>
        <w:rPr>
          <w:sz w:val="20"/>
        </w:rPr>
        <w:t>43:24  If you have no patience, then it is impossible to follow the way of compassion.</w:t>
      </w:r>
      <w:r>
        <w:br/>
      </w:r>
      <w:r>
        <w:rPr>
          <w:sz w:val="20"/>
        </w:rPr>
        <w:t>43:35  Why</w:t>
      </w:r>
      <w:r>
        <w:br/>
      </w:r>
      <w:r>
        <w:rPr>
          <w:sz w:val="20"/>
        </w:rPr>
        <w:t>43:36  ? Because in this world, every time there are</w:t>
      </w:r>
      <w:r>
        <w:br/>
      </w:r>
      <w:r>
        <w:rPr>
          <w:sz w:val="20"/>
        </w:rPr>
        <w:t>43:42  sad experiences, every time there are negative experiences.</w:t>
      </w:r>
      <w:r>
        <w:br/>
      </w:r>
      <w:r>
        <w:rPr>
          <w:sz w:val="20"/>
        </w:rPr>
        <w:t>43:51  So how you can in such a situation, how you can follow the principle of compassion towards others?</w:t>
      </w:r>
      <w:r>
        <w:br/>
      </w:r>
      <w:r>
        <w:rPr>
          <w:sz w:val="20"/>
        </w:rPr>
        <w:t>44:03  So only through patience. You have to be patient.</w:t>
      </w:r>
      <w:r>
        <w:br/>
      </w:r>
      <w:r>
        <w:rPr>
          <w:sz w:val="20"/>
        </w:rPr>
        <w:t>44:13  So your formula so the formula is that although others give you some sad experience,</w:t>
      </w:r>
      <w:r>
        <w:br/>
      </w:r>
      <w:r>
        <w:rPr>
          <w:sz w:val="20"/>
        </w:rPr>
        <w:t>44:29  but you have to keep compassion towards others.</w:t>
      </w:r>
      <w:r>
        <w:br/>
      </w:r>
      <w:r>
        <w:rPr>
          <w:sz w:val="20"/>
        </w:rPr>
        <w:t>44:37  Compassion without reward. Compassion without any return.</w:t>
      </w:r>
      <w:r>
        <w:br/>
      </w:r>
      <w:r>
        <w:rPr>
          <w:sz w:val="20"/>
        </w:rPr>
        <w:t>44:47  This kind of compassion for this kind of compassion,</w:t>
      </w:r>
      <w:r>
        <w:br/>
      </w:r>
      <w:r>
        <w:rPr>
          <w:sz w:val="20"/>
        </w:rPr>
        <w:t>44:56  it is necessary to be patient.</w:t>
      </w:r>
      <w:r>
        <w:br/>
      </w:r>
      <w:r>
        <w:rPr>
          <w:sz w:val="20"/>
        </w:rPr>
        <w:t>45:01  It requires unilateral ethics. It requires unilateral kind of compassion.</w:t>
      </w:r>
      <w:r>
        <w:br/>
      </w:r>
      <w:r>
        <w:rPr>
          <w:sz w:val="20"/>
        </w:rPr>
        <w:t>45:14  You are living in thorns. Our world is a world of thorns. Every time we have experience of bushes, experience of thorns.</w:t>
      </w:r>
      <w:r>
        <w:br/>
      </w:r>
      <w:r>
        <w:rPr>
          <w:sz w:val="20"/>
        </w:rPr>
        <w:t>45:30  So how one can live as a flower</w:t>
      </w:r>
      <w:r>
        <w:br/>
      </w:r>
      <w:r>
        <w:rPr>
          <w:sz w:val="20"/>
        </w:rPr>
        <w:t>45:34  ? Only through ignorance, through patience. You have to ignore the presence of thorns.</w:t>
      </w:r>
      <w:r>
        <w:br/>
      </w:r>
      <w:r>
        <w:rPr>
          <w:sz w:val="20"/>
        </w:rPr>
        <w:t>45:46  You have to ignore the presence of bushes. Then it is possible to live as a flower.</w:t>
      </w:r>
      <w:r>
        <w:br/>
      </w:r>
      <w:r>
        <w:rPr>
          <w:sz w:val="20"/>
        </w:rPr>
        <w:t>46:00  So moral behavior means living in your society like a flower.</w:t>
      </w:r>
      <w:r>
        <w:br/>
      </w:r>
      <w:r>
        <w:rPr>
          <w:sz w:val="20"/>
        </w:rPr>
        <w:t>46:11  So you have to ignore all those thorns. Otherwise, you cannot follow this principle.</w:t>
      </w:r>
      <w:r>
        <w:br/>
      </w:r>
      <w:r>
        <w:rPr>
          <w:sz w:val="20"/>
        </w:rPr>
        <w:t>46:22  So the Qur'an says, "Wa tawaso bi-sabre, wa tawaso bil-marhamah." Believers are those who kept patience and</w:t>
      </w:r>
      <w:r>
        <w:br/>
      </w:r>
      <w:r>
        <w:rPr>
          <w:sz w:val="20"/>
        </w:rPr>
        <w:t>46:43  followed the way of compassion.</w:t>
      </w:r>
      <w:r>
        <w:br/>
      </w:r>
      <w:r>
        <w:rPr>
          <w:sz w:val="20"/>
        </w:rPr>
        <w:t>46:50  So patience is very much part of the compassion, just like a flower. A flower is a part of a thorn.</w:t>
      </w:r>
      <w:r>
        <w:br/>
      </w:r>
      <w:r>
        <w:rPr>
          <w:sz w:val="20"/>
        </w:rPr>
        <w:t>47:02  Where there is a flower, there are thorns. Where there is a thorn, there are flowers.</w:t>
      </w:r>
      <w:r>
        <w:br/>
      </w:r>
      <w:r>
        <w:rPr>
          <w:sz w:val="20"/>
        </w:rPr>
        <w:t>47:10  So thorn is also an integral part of a flower. So living as a flower means</w:t>
      </w:r>
      <w:r>
        <w:br/>
      </w:r>
      <w:r>
        <w:rPr>
          <w:sz w:val="20"/>
        </w:rPr>
        <w:t>47:24  tolerating without tolerance, you cannot live as a flower. This is the formula of life.</w:t>
      </w:r>
      <w:r>
        <w:br/>
      </w:r>
      <w:r>
        <w:rPr>
          <w:sz w:val="20"/>
        </w:rPr>
        <w:t>47:33  This is the art of life.</w:t>
      </w:r>
      <w:r>
        <w:br/>
      </w:r>
      <w:r>
        <w:rPr>
          <w:sz w:val="20"/>
        </w:rPr>
        <w:t>47:39  So the Qur'an says, "Wa tawaso bi-sabre, wa tawaso bil-marhamah." True believers are those who keep patience,</w:t>
      </w:r>
      <w:r>
        <w:br/>
      </w:r>
      <w:r>
        <w:rPr>
          <w:sz w:val="20"/>
        </w:rPr>
        <w:t>47:53  who forgive people, who tolerate people, who ignore all those nuisance,</w:t>
      </w:r>
    </w:p>
    <w:p>
      <w:pPr>
        <w:pStyle w:val="Heading2"/>
      </w:pPr>
      <w:r>
        <w:t>What great artists and scientists share is patience</w:t>
      </w:r>
    </w:p>
    <w:p>
      <w:r>
        <w:rPr>
          <w:color w:val="666666"/>
          <w:sz w:val="18"/>
        </w:rPr>
        <w:t>Fasting A Source of Spiritual Empowerment August 21, 2011 Maulana Wahiduddin Khan · 2m 32s · at 36:16 · https://youtu.be/Z0EbPlujcf0?t=2176</w:t>
      </w:r>
    </w:p>
    <w:p>
      <w:r>
        <w:rPr>
          <w:i/>
        </w:rPr>
        <w:t>“Roze ko hadith mein kaha gaya hai Shahr-us-Sabr”</w:t>
      </w:r>
    </w:p>
    <w:p>
      <w:r>
        <w:rPr>
          <w:sz w:val="20"/>
        </w:rPr>
        <w:t>36:16  Phir dekhiye roze ko hadith mein kaha gaya hai shahr al sabr. Sabr ka mahina. Sabr ka matlab hai Patience.</w:t>
      </w:r>
      <w:r>
        <w:br/>
      </w:r>
      <w:r>
        <w:rPr>
          <w:sz w:val="20"/>
        </w:rPr>
        <w:t>36:28  Patience ka mahina. Dekhiye Patience jo hai zindagi mein yani sab se bari cheez hai.</w:t>
      </w:r>
      <w:r>
        <w:br/>
      </w:r>
      <w:r>
        <w:rPr>
          <w:sz w:val="20"/>
        </w:rPr>
        <w:t>36:37  Patience.</w:t>
      </w:r>
      <w:r>
        <w:br/>
      </w:r>
      <w:r>
        <w:rPr>
          <w:sz w:val="20"/>
        </w:rPr>
        <w:t>36:40  aaj subah mein radio par sun raha tha. to aik aik artist ka interview aa raha tha.</w:t>
      </w:r>
      <w:r>
        <w:br/>
      </w:r>
      <w:r>
        <w:rPr>
          <w:sz w:val="20"/>
        </w:rPr>
        <w:t>36:51  aaj hi subah ki baat hai.</w:t>
      </w:r>
      <w:r>
        <w:br/>
      </w:r>
      <w:r>
        <w:rPr>
          <w:sz w:val="20"/>
        </w:rPr>
        <w:t>36:55  aal india radio par. to is se poocha gaya is artist se.</w:t>
      </w:r>
      <w:r>
        <w:br/>
      </w:r>
      <w:r>
        <w:rPr>
          <w:sz w:val="20"/>
        </w:rPr>
        <w:t>37:06  ke what makes an artist a great artist?</w:t>
      </w:r>
      <w:r>
        <w:br/>
      </w:r>
      <w:r>
        <w:rPr>
          <w:sz w:val="20"/>
        </w:rPr>
        <w:t>37:11  koi artist bara artist kaise banta hai?</w:t>
      </w:r>
      <w:r>
        <w:br/>
      </w:r>
      <w:r>
        <w:rPr>
          <w:sz w:val="20"/>
        </w:rPr>
        <w:t>37:18  is ne kaha in a single word patience. patience sabr tahammul bardasht.</w:t>
      </w:r>
      <w:r>
        <w:br/>
      </w:r>
      <w:r>
        <w:rPr>
          <w:sz w:val="20"/>
        </w:rPr>
        <w:t>37:31  yani artist ko bara artist banne ke liye sab se bari cheez jo chahiye woh hai sabr tahammul bardasht. kyun?</w:t>
      </w:r>
      <w:r>
        <w:br/>
      </w:r>
      <w:r>
        <w:rPr>
          <w:sz w:val="20"/>
        </w:rPr>
        <w:t>37:42  aik lambi koshish karni parti hai.</w:t>
      </w:r>
      <w:r>
        <w:br/>
      </w:r>
      <w:r>
        <w:rPr>
          <w:sz w:val="20"/>
        </w:rPr>
        <w:t>37:47  kitne saare distractions se apne ko bachana parta hai. kitne mauqe par apne emotions ko kill karna parta hai. tab ja kar aap aik acha artist bante hain.</w:t>
      </w:r>
      <w:r>
        <w:br/>
      </w:r>
      <w:r>
        <w:rPr>
          <w:sz w:val="20"/>
        </w:rPr>
        <w:t>38:03  yeh baat poochi gayi newton se.</w:t>
      </w:r>
      <w:r>
        <w:br/>
      </w:r>
      <w:r>
        <w:rPr>
          <w:sz w:val="20"/>
        </w:rPr>
        <w:t>38:08  to is ne kaha ke acha scientist banne ke liye is ne bhi yeh kaha tha ke patience.</w:t>
      </w:r>
      <w:r>
        <w:br/>
      </w:r>
      <w:r>
        <w:rPr>
          <w:sz w:val="20"/>
        </w:rPr>
        <w:t>38:16  apne bare mein is ne kaha tha ke i have no special sagacity only the power of patient thought</w:t>
      </w:r>
      <w:r>
        <w:br/>
      </w:r>
      <w:r>
        <w:rPr>
          <w:sz w:val="20"/>
        </w:rPr>
        <w:t>38:25  . to dekhiye chahe art ka mamla ho. chahe science ka mamla ho. aur chahe deen ka mamla ho.</w:t>
      </w:r>
      <w:r>
        <w:br/>
      </w:r>
      <w:r>
        <w:rPr>
          <w:sz w:val="20"/>
        </w:rPr>
        <w:t>38:37  har mamle mein</w:t>
      </w:r>
      <w:r>
        <w:br/>
      </w:r>
      <w:r>
        <w:rPr>
          <w:sz w:val="20"/>
        </w:rPr>
        <w:t>38:41  aala darje tak pahunchne ke liye jo sab se bari cheez darkar hai woh hai patience</w:t>
      </w:r>
    </w:p>
    <w:p>
      <w:pPr>
        <w:pStyle w:val="Heading2"/>
      </w:pPr>
      <w:r>
        <w:t>Every hardship is a test, not an excuse</w:t>
      </w:r>
    </w:p>
    <w:p>
      <w:r>
        <w:rPr>
          <w:color w:val="666666"/>
          <w:sz w:val="18"/>
        </w:rPr>
        <w:t>Dars-e-Quran June 25, 2007 · 56s · at 29:27 · https://youtu.be/nrgQNgSemyo?t=1767</w:t>
      </w:r>
    </w:p>
    <w:p>
      <w:r>
        <w:rPr>
          <w:i/>
        </w:rPr>
        <w:t>“Yeh test hai, ise excuse mat banaiye”</w:t>
      </w:r>
    </w:p>
    <w:p>
      <w:r>
        <w:rPr>
          <w:sz w:val="20"/>
        </w:rPr>
        <w:t>29:26  ye sab kya hai</w:t>
      </w:r>
      <w:r>
        <w:br/>
      </w:r>
      <w:r>
        <w:rPr>
          <w:sz w:val="20"/>
        </w:rPr>
        <w:t>29:27  ? ye test hai. yani aise aisi situation mein jab aap apne ko payein to us waqt us ko excuse na banaiye, ye sochiye ke ye to test ka mauqa hai,</w:t>
      </w:r>
      <w:r>
        <w:br/>
      </w:r>
      <w:r>
        <w:rPr>
          <w:sz w:val="20"/>
        </w:rPr>
        <w:t>29:46  mujhe sabar ka response dena hai,</w:t>
      </w:r>
      <w:r>
        <w:br/>
      </w:r>
      <w:r>
        <w:rPr>
          <w:sz w:val="20"/>
        </w:rPr>
        <w:t>29:52  sabar ka, patience ka, tolerance ka response dena hai mujhe. to jo musbat response de, yani negative situation create hui,</w:t>
      </w:r>
      <w:r>
        <w:br/>
      </w:r>
      <w:r>
        <w:rPr>
          <w:sz w:val="20"/>
        </w:rPr>
        <w:t>30:07  aur jis ne negative response diya, wo fail ho gaya test mein. aur jis ka haal ye tha ke negative situation create hui to us ne musbat response diya,</w:t>
      </w:r>
      <w:r>
        <w:br/>
      </w:r>
      <w:r>
        <w:rPr>
          <w:sz w:val="20"/>
        </w:rPr>
        <w:t>30:22  wahi test mein kamyab hua</w:t>
      </w:r>
    </w:p>
    <w:p>
      <w:pPr>
        <w:pStyle w:val="Heading2"/>
      </w:pPr>
      <w:r>
        <w:t>You must be hate-free to do real da'wah</w:t>
      </w:r>
    </w:p>
    <w:p>
      <w:r>
        <w:rPr>
          <w:color w:val="666666"/>
          <w:sz w:val="18"/>
        </w:rPr>
        <w:t>Divine Personality April 2, 2014 Maulana Wahiduddin Khan · 54s · at 29:24 · https://youtu.be/4F-V__KFzpA?t=1764</w:t>
      </w:r>
    </w:p>
    <w:p>
      <w:r>
        <w:rPr>
          <w:i/>
        </w:rPr>
        <w:t>“Those living in the West must abandon all kinds of hate.”</w:t>
      </w:r>
    </w:p>
    <w:p>
      <w:r>
        <w:rPr>
          <w:sz w:val="20"/>
        </w:rPr>
        <w:t>29:24  especially those people who are living in the West they must abandon all kinds of hate. Without making yourself free of hate you cannot do da'wah work.</w:t>
      </w:r>
      <w:r>
        <w:br/>
      </w:r>
      <w:r>
        <w:rPr>
          <w:sz w:val="20"/>
        </w:rPr>
        <w:t>29:39  Because all the Muslims hate Western people. These people cannot do da'wah work. Because you have to be well-wisher you have to make da'wah.</w:t>
      </w:r>
      <w:r>
        <w:br/>
      </w:r>
      <w:r>
        <w:rPr>
          <w:sz w:val="20"/>
        </w:rPr>
        <w:t>29:52  You have to listen to their point with patience.</w:t>
      </w:r>
      <w:r>
        <w:br/>
      </w:r>
      <w:r>
        <w:rPr>
          <w:sz w:val="20"/>
        </w:rPr>
        <w:t>29:59  All these things require compassion, well-wishing. So this is a very important condition that you must be hate-free towards your Madhu.</w:t>
      </w:r>
    </w:p>
    <w:p>
      <w:pPr>
        <w:pStyle w:val="Heading2"/>
      </w:pPr>
      <w:r>
        <w:t>Sabr as wisdom, self-development, and gateway to paradise</w:t>
      </w:r>
    </w:p>
    <w:p>
      <w:r>
        <w:rPr>
          <w:color w:val="666666"/>
          <w:sz w:val="18"/>
        </w:rPr>
        <w:t>Importance of Patience (Sabr) January 8, 2023 · 4m 47s · at 28:38 · https://youtu.be/JaJX3jrl3R8?t=1718</w:t>
      </w:r>
    </w:p>
    <w:p>
      <w:r>
        <w:rPr>
          <w:i/>
        </w:rPr>
        <w:t>“Sabr ko log yeh samajhte honge ke yeh koi mazhabi baat hai”</w:t>
      </w:r>
    </w:p>
    <w:p>
      <w:r>
        <w:rPr>
          <w:sz w:val="20"/>
        </w:rPr>
        <w:t>28:38  toh foran react karna woh be sabri hai aur soch samajh kar apni planning karna woh sabr hai. toh sabr ko log yeh samajhte honge ke yeh toh bilkul kuch mazhabi baat hai.</w:t>
      </w:r>
      <w:r>
        <w:br/>
      </w:r>
      <w:r>
        <w:rPr>
          <w:sz w:val="20"/>
        </w:rPr>
        <w:t>28:51  yeh sirf mazhabi baat nahi hai, balkeh yeh hikmat-e-amli hai, yeh wisdom ki baat hai. Kyunke isi se hum apni dunya ko behtar bana sakte hain aur akhirat ko bhi.</w:t>
      </w:r>
      <w:r>
        <w:br/>
      </w:r>
      <w:r>
        <w:rPr>
          <w:sz w:val="20"/>
        </w:rPr>
        <w:t>29:04  To waqti taur par ek baar ek wakeel ne Maulana se bataya tha ke wakeel ne kaha ke koi bhi criminal is ko aisa nahi mila jis ne jis ko shadeed regret na hua ho apne amal ka.</w:t>
      </w:r>
      <w:r>
        <w:br/>
      </w:r>
      <w:r>
        <w:rPr>
          <w:sz w:val="20"/>
        </w:rPr>
        <w:t>29:15  Kyunke woh waqti taur par bhark kar ghusse mein woh kar dalta hai jo bhi crime karna hota hai us ko aur phir zindagi bhar pachhtata hai.</w:t>
      </w:r>
      <w:r>
        <w:br/>
      </w:r>
      <w:r>
        <w:rPr>
          <w:sz w:val="20"/>
        </w:rPr>
        <w:t>29:25  To sabr hum ko zindagi bhar ke pachhtane se humein bachata hai.</w:t>
      </w:r>
      <w:r>
        <w:br/>
      </w:r>
      <w:r>
        <w:rPr>
          <w:sz w:val="20"/>
        </w:rPr>
        <w:t>29:30  To yeh nafrat hai, ghussa hai, ishtia'al mein mushtael ho jana hai, manfi soch hai. Yeh sab jo hain hamare goal se humein distract karti hain.</w:t>
      </w:r>
      <w:r>
        <w:br/>
      </w:r>
      <w:r>
        <w:rPr>
          <w:sz w:val="20"/>
        </w:rPr>
        <w:t>29:39  Hamara goal jo hai, woh hai tazkiya. Apni personality ka ka tazkiya karna. Apne andar jo bhi manfi baatein hain, us ko nikalna.</w:t>
      </w:r>
      <w:r>
        <w:br/>
      </w:r>
      <w:r>
        <w:rPr>
          <w:sz w:val="20"/>
        </w:rPr>
        <w:t>29:49  Jo bhi aisi baat hai jo Khuda ki marzi ke khilaf hamare andar hai, to us ko khatam karna. To hamara ek zindagi ka ek maqsad hai aur hamare paas bohat thoda sa time hai.</w:t>
      </w:r>
      <w:r>
        <w:br/>
      </w:r>
      <w:r>
        <w:rPr>
          <w:sz w:val="20"/>
        </w:rPr>
        <w:t>30:00  To humein is time ko zyada se zyada apna tazkiya karne mein, apna personality development karne mein to is is ko lagana hai.</w:t>
      </w:r>
      <w:r>
        <w:br/>
      </w:r>
      <w:r>
        <w:rPr>
          <w:sz w:val="20"/>
        </w:rPr>
        <w:t>30:11  Aur tabhi hum apne aap ko is qabil bana payenge ke hum jannat mein dakhle ke</w:t>
      </w:r>
      <w:r>
        <w:br/>
      </w:r>
      <w:r>
        <w:rPr>
          <w:sz w:val="20"/>
        </w:rPr>
        <w:t>30:20  mustahiq thehrein. Ji, aur apa aap ne bohat hi achhi baat batayi ke jannat sabr ke is paar hai jo Maulana sahib ne likha hai.</w:t>
      </w:r>
      <w:r>
        <w:br/>
      </w:r>
      <w:r>
        <w:rPr>
          <w:sz w:val="20"/>
        </w:rPr>
        <w:t>30:29  Aur apa yeh yahan pe jannat ko samajhna bhi itna zyada important hai.</w:t>
      </w:r>
      <w:r>
        <w:br/>
      </w:r>
      <w:r>
        <w:rPr>
          <w:sz w:val="20"/>
        </w:rPr>
        <w:t>30:35  Yeh hum is hadith se bhi andaza laga sakte hain ke Rasool Allah ne ek martaba farmaya ke "There are hundred levels in paradise, and the distance between each level and the next is like the distance between the earth and the heaven.</w:t>
      </w:r>
      <w:r>
        <w:br/>
      </w:r>
      <w:r>
        <w:rPr>
          <w:sz w:val="20"/>
        </w:rPr>
        <w:t>30:50  And fardos is the highest level of paradise from where the four rivers of paradise will flow." To sabr hi is ka ek price</w:t>
      </w:r>
      <w:r>
        <w:br/>
      </w:r>
      <w:r>
        <w:rPr>
          <w:sz w:val="20"/>
        </w:rPr>
        <w:t>30:59  hai. Itne zyada levels hain paradise mein. To agar ek insan is ko samajh le to woh har lamha, har situation mein woh sabr karne ke liye tayyar ho jayega.</w:t>
      </w:r>
      <w:r>
        <w:br/>
      </w:r>
      <w:r>
        <w:rPr>
          <w:sz w:val="20"/>
        </w:rPr>
        <w:t>31:07  To sabr karne mein hi hikmat hai. Apa to sabr ko yeh bhi kaha jata hai ke yeh wisdom ka doosra naam hai. To is ke bare mein bhi apa hum sab ko batayein. Jo aap ne bataya to akhirat mein ek aadmi hoga jis ko dunya mein bohat zyada takleef pahunchi hogi.</w:t>
      </w:r>
      <w:r>
        <w:br/>
      </w:r>
      <w:r>
        <w:rPr>
          <w:sz w:val="20"/>
        </w:rPr>
        <w:t>31:27  To us ko us ka itna bara badla, itna bara badla jannat ki shakal mein milega. To woh dekh ke kahega ke maine to samjha nahi tha ke mere amal ka itna bara badla hai.</w:t>
      </w:r>
      <w:r>
        <w:br/>
      </w:r>
      <w:r>
        <w:rPr>
          <w:sz w:val="20"/>
        </w:rPr>
        <w:t>31:39  To mujhe to phir dunya mein jana hota aur main phir woh sari jo unpleasant situations woh jheel kar main aata aur phir aur mujhe is ka badla</w:t>
      </w:r>
      <w:r>
        <w:br/>
      </w:r>
      <w:r>
        <w:rPr>
          <w:sz w:val="20"/>
        </w:rPr>
        <w:t>31:49  milta. To is dunya mein hum asal mein samajh nahi rahe hain ke hamari jo yeh sabr wali jo hamara jo sabr, sabr karne ki jo salahiyat hai, hum jis sabr karte hain is ka kitna bara badla hamein akhirat mein milega.</w:t>
      </w:r>
      <w:r>
        <w:br/>
      </w:r>
      <w:r>
        <w:rPr>
          <w:sz w:val="20"/>
        </w:rPr>
        <w:t>32:04  To yeh sab soch soch kar hum apne aap ko, hum apne andar yeh inculcate karein taake hamare jo amal mein woh is ka reflection ho.</w:t>
      </w:r>
      <w:r>
        <w:br/>
      </w:r>
      <w:r>
        <w:rPr>
          <w:sz w:val="20"/>
        </w:rPr>
        <w:t>32:18  To sabr jo hai woh wisdom ki baat hai. Asal mein log kai baar aisa samajhte hain na ke yeh to koi mazhabi baat hai. Ab jo log hum educated log hote hain woh samajhte hain ke is is yeh yeh hamare liye nahi hai.</w:t>
      </w:r>
      <w:r>
        <w:br/>
      </w:r>
      <w:r>
        <w:rPr>
          <w:sz w:val="20"/>
        </w:rPr>
        <w:t>32:33  Lekin sabr jo hai woh wisdom ki baat hai. Jis ko kehte hain Maulana ne bohat likha hai "Ignore the problem, feed the opportunities</w:t>
      </w:r>
      <w:r>
        <w:br/>
      </w:r>
      <w:r>
        <w:rPr>
          <w:sz w:val="20"/>
        </w:rPr>
        <w:t>32:42  ". To problem ko ignore karna yahi sabr hai. Aur problem jo hai woh bohat kam hote hain zindagi mein.</w:t>
      </w:r>
      <w:r>
        <w:br/>
      </w:r>
      <w:r>
        <w:rPr>
          <w:sz w:val="20"/>
        </w:rPr>
        <w:t>32:51  Opportunities bohat zyada hoti hain. To hum jo hain thoda sa agar hum wait karenge, sabr karenge to hamare liye bohat sare doosre mawaqe aa jayenge aur hum is mawaqe ko istemal kar ke apni ek nayi zindagi bana payenge.</w:t>
      </w:r>
      <w:r>
        <w:br/>
      </w:r>
      <w:r>
        <w:rPr>
          <w:sz w:val="20"/>
        </w:rPr>
        <w:t>33:09  To woh thoda sa sabr ki zaroorat hoti hai.</w:t>
      </w:r>
      <w:r>
        <w:br/>
      </w:r>
      <w:r>
        <w:rPr>
          <w:sz w:val="20"/>
        </w:rPr>
        <w:t>33:12  To aur baqi jo hai sab kaam Khuda ki taraf se ho jata hai. To yahi hakimana tadbeer hai jis ko sabr aur a'iraz waghera kaha jata hai.</w:t>
      </w:r>
    </w:p>
    <w:p>
      <w:pPr>
        <w:pStyle w:val="Heading2"/>
      </w:pPr>
      <w:r>
        <w:t>Sabr is the only price for paradise</w:t>
      </w:r>
    </w:p>
    <w:p>
      <w:r>
        <w:rPr>
          <w:color w:val="666666"/>
          <w:sz w:val="18"/>
        </w:rPr>
        <w:t>The Road to Paradise December 30, 2012 Maulana Wahiduddin Khan · 5m 20s · at 10:30 · https://youtu.be/vUiaPsYF4Tk?t=630</w:t>
      </w:r>
    </w:p>
    <w:p>
      <w:r>
        <w:rPr>
          <w:i/>
        </w:rPr>
        <w:t>“Paradise is bracketed with patience”</w:t>
      </w:r>
    </w:p>
    <w:p>
      <w:r>
        <w:rPr>
          <w:sz w:val="20"/>
        </w:rPr>
        <w:t>10:30  main chahta hoon ke aap is is moamle ko quran ki roshni mein dekhen ke jannat kis ke liye hai. ek bohat important baat hai ke jannat ko ALLAH taala ne sabr ke sath bracket kiya hai.</w:t>
      </w:r>
      <w:r>
        <w:br/>
      </w:r>
      <w:r>
        <w:rPr>
          <w:sz w:val="20"/>
        </w:rPr>
        <w:t>10:48  bohat si ayaten aur hadeesen hain jis mein yeh baat kahi gayi hai. misaal ke taur par, zalik jazaahum bima sabroo.</w:t>
      </w:r>
      <w:r>
        <w:br/>
      </w:r>
      <w:r>
        <w:rPr>
          <w:sz w:val="20"/>
        </w:rPr>
        <w:t>11:02  jannat hum ne diya un ko is liye ke unhon ne sabr kiya.</w:t>
      </w:r>
      <w:r>
        <w:br/>
      </w:r>
      <w:r>
        <w:rPr>
          <w:sz w:val="20"/>
        </w:rPr>
        <w:t>11:08  is tarah ki bohat si ayaten hain jis se maloom hota hai ke jannat sabr par hai.</w:t>
      </w:r>
      <w:r>
        <w:br/>
      </w:r>
      <w:r>
        <w:rPr>
          <w:sz w:val="20"/>
        </w:rPr>
        <w:t>11:16  yani sabr hi wahid price hai jannat mein dakhle ki. ab ghaur kijiye ke sabr kya cheez hai?</w:t>
      </w:r>
      <w:r>
        <w:br/>
      </w:r>
      <w:r>
        <w:rPr>
          <w:sz w:val="20"/>
        </w:rPr>
        <w:t>11:26  quran mein dekhiye, sabr ke bare mein ek ayat hai jis se maloom hota hai ke ALLAH ke nazdeek sabr sab se bari ibadat hai.</w:t>
      </w:r>
      <w:r>
        <w:br/>
      </w:r>
      <w:r>
        <w:rPr>
          <w:sz w:val="20"/>
        </w:rPr>
        <w:t>11:37  innama yuwaffa sabiroo ujurhum bighair hisaab.</w:t>
      </w:r>
      <w:r>
        <w:br/>
      </w:r>
      <w:r>
        <w:rPr>
          <w:sz w:val="20"/>
        </w:rPr>
        <w:t>11:46  sabr karne wale bila hisaab inaam payen ge. to sabr mein kya cheez hai? is sabr mein kyun hai itna bara?</w:t>
      </w:r>
      <w:r>
        <w:br/>
      </w:r>
      <w:r>
        <w:rPr>
          <w:sz w:val="20"/>
        </w:rPr>
        <w:t>11:57  sabr ki value itni zyada kyun hai? is ko sochne ki zaroorat hai.</w:t>
      </w:r>
      <w:r>
        <w:br/>
      </w:r>
      <w:r>
        <w:rPr>
          <w:sz w:val="20"/>
        </w:rPr>
        <w:t>12:05  yeh baat is waqt samajh mein aati hai jab aap yeh jannen ke ALLAH taala ne jo paida kiya insaan ko duniya mein. to purpose of life kya hai?</w:t>
      </w:r>
      <w:r>
        <w:br/>
      </w:r>
      <w:r>
        <w:rPr>
          <w:sz w:val="20"/>
        </w:rPr>
        <w:t>12:17  ALLAH ka creation plan kya hai? is ko jab aap janen ge tab samajh mein aayega ke sabr ki itni zyada ahmiyat kyun hai. aam taur par log sabr ko negative sense mein lete hain.</w:t>
      </w:r>
      <w:r>
        <w:br/>
      </w:r>
      <w:r>
        <w:rPr>
          <w:sz w:val="20"/>
        </w:rPr>
        <w:t>12:31  yeh bilkul galat hai.</w:t>
      </w:r>
      <w:r>
        <w:br/>
      </w:r>
      <w:r>
        <w:rPr>
          <w:sz w:val="20"/>
        </w:rPr>
        <w:t>12:34  sabr sab se bari positive cheez hai. sab se bari positive cheez. kyun ke sabr ke sath juda hua hai jannat.</w:t>
      </w:r>
      <w:r>
        <w:br/>
      </w:r>
      <w:r>
        <w:rPr>
          <w:sz w:val="20"/>
        </w:rPr>
        <w:t>12:42  to zahir hai ke sabr se zyada positive aur kya ho sakta hai?</w:t>
      </w:r>
      <w:r>
        <w:br/>
      </w:r>
      <w:r>
        <w:rPr>
          <w:sz w:val="20"/>
        </w:rPr>
        <w:t>12:49  to sabr kyun price hai jannat ki? is ko samajhne ki zaroorat hai. is ka raaz yeh hai ke ALLAH taala ne duniya ko is tarah paida</w:t>
      </w:r>
      <w:r>
        <w:br/>
      </w:r>
      <w:r>
        <w:rPr>
          <w:sz w:val="20"/>
        </w:rPr>
        <w:t>13:02  kiya hai ke yahan par problem hai, hardship hai, masail hain.</w:t>
      </w:r>
      <w:r>
        <w:br/>
      </w:r>
      <w:r>
        <w:rPr>
          <w:sz w:val="20"/>
        </w:rPr>
        <w:t>13:10  misal ke taur par dekhiye, quran mein likha hua hai: "laqad khalaqal insana fi kabd". hum ne insaan ko paida kiya hardship mein ya problem mein.</w:t>
      </w:r>
      <w:r>
        <w:br/>
      </w:r>
      <w:r>
        <w:rPr>
          <w:sz w:val="20"/>
        </w:rPr>
        <w:t>13:25  doosre ka hai ke:</w:t>
      </w:r>
      <w:r>
        <w:br/>
      </w:r>
      <w:r>
        <w:rPr>
          <w:sz w:val="20"/>
        </w:rPr>
        <w:t>13:31  "laqad khalaqal insana fi ahsani taqweem". thumma radadna asfala safileen. insaan ko paida kiya bohat hi aala makhlooq ke hasiyat se.</w:t>
      </w:r>
      <w:r>
        <w:br/>
      </w:r>
      <w:r>
        <w:rPr>
          <w:sz w:val="20"/>
        </w:rPr>
        <w:t>13:44  phir is ko daal diya bilkul nichon se neech.</w:t>
      </w:r>
      <w:r>
        <w:br/>
      </w:r>
      <w:r>
        <w:rPr>
          <w:sz w:val="20"/>
        </w:rPr>
        <w:t>13:50  bohat hi neeche daal diya is ko.</w:t>
      </w:r>
      <w:r>
        <w:br/>
      </w:r>
      <w:r>
        <w:rPr>
          <w:sz w:val="20"/>
        </w:rPr>
        <w:t>13:55  is ka matlab kya hai? aise hi dekhiye ke: "walsar in al-lisan fi khusr". insan ghaate mein hai, insan loss mein hai.</w:t>
      </w:r>
      <w:r>
        <w:br/>
      </w:r>
      <w:r>
        <w:rPr>
          <w:sz w:val="20"/>
        </w:rPr>
        <w:t>14:04  is sab aayaton ko le kar log is ko samajhte hain ke dunya yeh museebat ki dunya hai. aur philosophers yeh kehte hain ke dunya to yaani evil se bhari hui hai.</w:t>
      </w:r>
      <w:r>
        <w:br/>
      </w:r>
      <w:r>
        <w:rPr>
          <w:sz w:val="20"/>
        </w:rPr>
        <w:t>14:20  philosophers ke nazdeek sab se bara suboot Allah ke na hone ka yeh hai ke yahan par evil kyun hai? agar Allah all right hai to evil kyun yahan par hai?</w:t>
      </w:r>
      <w:r>
        <w:br/>
      </w:r>
      <w:r>
        <w:rPr>
          <w:sz w:val="20"/>
        </w:rPr>
        <w:t>14:33  all powerful hai to evil kyun yahan par hai? dekhiye, yeh evil nahi hai.</w:t>
      </w:r>
      <w:r>
        <w:br/>
      </w:r>
      <w:r>
        <w:rPr>
          <w:sz w:val="20"/>
        </w:rPr>
        <w:t>14:40  aap in cheezon ko yaani problem ko, kabad ko aur masail ko</w:t>
      </w:r>
      <w:r>
        <w:br/>
      </w:r>
      <w:r>
        <w:rPr>
          <w:sz w:val="20"/>
        </w:rPr>
        <w:t>14:50  negative lafz diye hue hain. as a question of nomenclature, nomenclature. aap is ko negative word diye hue hain yaani problem ka word.</w:t>
      </w:r>
      <w:r>
        <w:br/>
      </w:r>
      <w:r>
        <w:rPr>
          <w:sz w:val="20"/>
        </w:rPr>
        <w:t>15:01  aap is ko positive word dijiye. woh hai challenge. yeh saari cheezein challenge hain. challenge.</w:t>
      </w:r>
      <w:r>
        <w:br/>
      </w:r>
      <w:r>
        <w:rPr>
          <w:sz w:val="20"/>
        </w:rPr>
        <w:t>15:10  hardship bhi ek challenge hai. problem bhi ek challenge hai. in water situation bhi ek challenge hai.</w:t>
      </w:r>
      <w:r>
        <w:br/>
      </w:r>
      <w:r>
        <w:rPr>
          <w:sz w:val="20"/>
        </w:rPr>
        <w:t>15:22  to Allah taala ne jannat ke raaste mein challenges rakh diye.</w:t>
      </w:r>
      <w:r>
        <w:br/>
      </w:r>
      <w:r>
        <w:rPr>
          <w:sz w:val="20"/>
        </w:rPr>
        <w:t>15:30  jannat ke raaste mein challenges rakh diye. in challenges ko jo face kare wahi pahunchega jannat tak. aur face karne ke liye kya cheez chahiye?</w:t>
      </w:r>
      <w:r>
        <w:br/>
      </w:r>
      <w:r>
        <w:rPr>
          <w:sz w:val="20"/>
        </w:rPr>
        <w:t>15:39  sabr</w:t>
      </w:r>
      <w:r>
        <w:br/>
      </w:r>
      <w:r>
        <w:rPr>
          <w:sz w:val="20"/>
        </w:rPr>
        <w:t>15:40  , patience, tahammul. yeh cheez chahiye.</w:t>
      </w:r>
    </w:p>
    <w:p>
      <w:pPr>
        <w:pStyle w:val="Heading2"/>
      </w:pPr>
      <w:r>
        <w:t>Two aspects of Islamic life</w:t>
      </w:r>
    </w:p>
    <w:p>
      <w:r>
        <w:rPr>
          <w:color w:val="666666"/>
          <w:sz w:val="18"/>
        </w:rPr>
        <w:t>Difference Management June 6, 2007 Maulana Wahiduddin Khan · 1m 30s · at 44:13 · https://youtu.be/Qcrm0lX88dA?t=2653</w:t>
      </w:r>
    </w:p>
    <w:p>
      <w:r>
        <w:rPr>
          <w:i/>
        </w:rPr>
        <w:t>“I think there are two aspects of life.”</w:t>
      </w:r>
    </w:p>
    <w:p>
      <w:r>
        <w:rPr>
          <w:sz w:val="20"/>
        </w:rPr>
        <w:t>44:13  I think there are two aspects of life. One is that we were created by God, so we have to acknowledge God</w:t>
      </w:r>
      <w:r>
        <w:br/>
      </w:r>
      <w:r>
        <w:rPr>
          <w:sz w:val="20"/>
        </w:rPr>
        <w:t>44:26  . We have to accept God as our God, as our Sustainer, as our Lord. This is called worship.</w:t>
      </w:r>
      <w:r>
        <w:br/>
      </w:r>
      <w:r>
        <w:rPr>
          <w:sz w:val="20"/>
        </w:rPr>
        <w:t>44:39  So one aspect of our life is to be a worshipper of God, to acknowledge God.</w:t>
      </w:r>
      <w:r>
        <w:br/>
      </w:r>
      <w:r>
        <w:rPr>
          <w:sz w:val="20"/>
        </w:rPr>
        <w:t>44:49  The other aspect is that we are living in a society. We are living among people.</w:t>
      </w:r>
      <w:r>
        <w:br/>
      </w:r>
      <w:r>
        <w:rPr>
          <w:sz w:val="20"/>
        </w:rPr>
        <w:t>44:59  And here, we have to adopt this formula, the formula of management. We have to learn the art of difference management</w:t>
      </w:r>
      <w:r>
        <w:br/>
      </w:r>
      <w:r>
        <w:rPr>
          <w:sz w:val="20"/>
        </w:rPr>
        <w:t>45:10  . So in</w:t>
      </w:r>
      <w:r>
        <w:br/>
      </w:r>
      <w:r>
        <w:rPr>
          <w:sz w:val="20"/>
        </w:rPr>
        <w:t>45:16  one aspect of life, we have to be a worshipper of God. And the other aspect of life, that is the social aspect, we have to be patient.</w:t>
      </w:r>
      <w:r>
        <w:br/>
      </w:r>
      <w:r>
        <w:rPr>
          <w:sz w:val="20"/>
        </w:rPr>
        <w:t>45:30  We have to be tolerant.</w:t>
      </w:r>
      <w:r>
        <w:br/>
      </w:r>
      <w:r>
        <w:rPr>
          <w:sz w:val="20"/>
        </w:rPr>
        <w:t>45:36  Otherwise, everything will be destroyed.</w:t>
      </w:r>
    </w:p>
    <w:p>
      <w:pPr>
        <w:pStyle w:val="Heading2"/>
      </w:pPr>
      <w:r>
        <w:t>Sabr as entry point for tazkiyah</w:t>
      </w:r>
    </w:p>
    <w:p>
      <w:r>
        <w:rPr>
          <w:color w:val="666666"/>
          <w:sz w:val="18"/>
        </w:rPr>
        <w:t>Become Alert at Satan's Negative Influence Dec 14 2019 - Maulana Wahiduddin Khan · 25s · at 2:36 · https://youtu.be/njCxCpiLQ60?t=156</w:t>
      </w:r>
    </w:p>
    <w:p>
      <w:r>
        <w:rPr>
          <w:i/>
        </w:rPr>
        <w:t>“Dekhiye, meri samajh ke mutabiq”</w:t>
      </w:r>
    </w:p>
    <w:p>
      <w:r>
        <w:rPr>
          <w:sz w:val="20"/>
        </w:rPr>
        <w:t>2:36  dekhein, meri samajh ke mutabiq</w:t>
      </w:r>
      <w:r>
        <w:br/>
      </w:r>
      <w:r>
        <w:rPr>
          <w:sz w:val="20"/>
        </w:rPr>
        <w:t>2:45  sabr</w:t>
      </w:r>
      <w:r>
        <w:br/>
      </w:r>
      <w:r>
        <w:rPr>
          <w:sz w:val="20"/>
        </w:rPr>
        <w:t>2:50  tazkiya ka entry point hai.</w:t>
      </w:r>
      <w:r>
        <w:br/>
      </w:r>
      <w:r>
        <w:rPr>
          <w:sz w:val="20"/>
        </w:rPr>
        <w:t>2:56  sabr hai to tazkiya nahi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