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pray but feel nothing</w:t>
      </w:r>
    </w:p>
    <w:p>
      <w:r>
        <w:rPr>
          <w:sz w:val="18"/>
        </w:rPr>
        <w:t>Q&amp;A, lecture moments and clips · full transcripts with timestamps · exported 2026-09-21</w:t>
      </w:r>
    </w:p>
    <w:p>
      <w:pPr>
        <w:pStyle w:val="Heading1"/>
      </w:pPr>
      <w:r>
        <w:t>Maulana was asked (30)</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Dealing with distractions during prayer</w:t>
      </w:r>
    </w:p>
    <w:p>
      <w:r>
        <w:rPr>
          <w:color w:val="666666"/>
          <w:sz w:val="18"/>
        </w:rPr>
        <w:t>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Why no positive change from prayers?</w:t>
      </w:r>
    </w:p>
    <w:p>
      <w:r>
        <w:rPr>
          <w:color w:val="666666"/>
          <w:sz w:val="18"/>
        </w:rPr>
        <w:t>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Why does God not answer prayers</w:t>
      </w:r>
    </w:p>
    <w:p>
      <w:r>
        <w:rPr>
          <w:color w:val="666666"/>
          <w:sz w:val="18"/>
        </w:rPr>
        <w:t>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Unanswered prayers and deeds</w:t>
      </w:r>
    </w:p>
    <w:p>
      <w:r>
        <w:rPr>
          <w:color w:val="666666"/>
          <w:sz w:val="18"/>
        </w:rPr>
        <w:t>Importance of Ijtihad December 21,2014 · 1m 56s · at 49:22 · https://youtu.be/6AgisKQ8V7s?t=2962</w:t>
      </w:r>
    </w:p>
    <w:p>
      <w:r>
        <w:rPr>
          <w:i/>
        </w:rPr>
        <w:t>“If a person's prayer is not accepted for a long time, what should he think? Is all his deeds wasted or something else?”</w:t>
      </w:r>
    </w:p>
    <w:p>
      <w:r>
        <w:rPr>
          <w:sz w:val="20"/>
        </w:rPr>
        <w:t>49:22  maulana, ab sawal lete hain jo Jameel Akhtar sahib ne Delhi se bheja hai aur unhon ne likha</w:t>
      </w:r>
      <w:r>
        <w:br/>
      </w:r>
      <w:r>
        <w:rPr>
          <w:sz w:val="20"/>
        </w:rPr>
        <w:t>49:28  hai ke agar kisi shakhs ki dua lambe arse tak qabool na hoti hai to woh kya soche?</w:t>
      </w:r>
      <w:r>
        <w:br/>
      </w:r>
      <w:r>
        <w:rPr>
          <w:sz w:val="20"/>
        </w:rPr>
        <w:t>49:34  kya is ka sara amal bekar hai ya kuch aur? dekhiye, dua ke mamle mein hadith mein aya</w:t>
      </w:r>
      <w:r>
        <w:br/>
      </w:r>
      <w:r>
        <w:rPr>
          <w:sz w:val="20"/>
        </w:rPr>
        <w:t>49:40  hai ke dua ka matlab yeh nahi ke jo aap dua karen woh poora ho jaye.</w:t>
      </w:r>
      <w:r>
        <w:br/>
      </w:r>
      <w:r>
        <w:rPr>
          <w:sz w:val="20"/>
        </w:rPr>
        <w:t>49:46  hamesha aisa hoga ke dua according to law of nature qabool hogi.</w:t>
      </w:r>
      <w:r>
        <w:br/>
      </w:r>
      <w:r>
        <w:rPr>
          <w:sz w:val="20"/>
        </w:rPr>
        <w:t>49:51  mein dua karoon ke yeh building jo hai sone ki building ho jaye to hazar saal tak bhi</w:t>
      </w:r>
      <w:r>
        <w:br/>
      </w:r>
      <w:r>
        <w:rPr>
          <w:sz w:val="20"/>
        </w:rPr>
        <w:t>49:57  nahi hogi, woh nahi hogi, kabhi bhi nahi hogi.</w:t>
      </w:r>
      <w:r>
        <w:br/>
      </w:r>
      <w:r>
        <w:rPr>
          <w:sz w:val="20"/>
        </w:rPr>
        <w:t>50:03  maine apne bete ko papering kar ke bigad rakha hai, ab mein dua karoon mera beta jo</w:t>
      </w:r>
      <w:r>
        <w:br/>
      </w:r>
      <w:r>
        <w:rPr>
          <w:sz w:val="20"/>
        </w:rPr>
        <w:t>50:09  hai abubakar siddique ban jaye to kabhi qabool nahi hogi.</w:t>
      </w:r>
      <w:r>
        <w:br/>
      </w:r>
      <w:r>
        <w:rPr>
          <w:sz w:val="20"/>
        </w:rPr>
        <w:t>50:15  agar mein galat tareeqe se business kar raha hoon aur business mera chal nahi raha to aap dua</w:t>
      </w:r>
      <w:r>
        <w:br/>
      </w:r>
      <w:r>
        <w:rPr>
          <w:sz w:val="20"/>
        </w:rPr>
        <w:t>50:21  karoon to kabhi bhi nahi chalega.</w:t>
      </w:r>
      <w:r>
        <w:br/>
      </w:r>
      <w:r>
        <w:rPr>
          <w:sz w:val="20"/>
        </w:rPr>
        <w:t>50:26  woh toh yaad rakhiye, dua jo hai hamesha according to law of nature qabool hoti hai.</w:t>
      </w:r>
      <w:r>
        <w:br/>
      </w:r>
      <w:r>
        <w:rPr>
          <w:sz w:val="20"/>
        </w:rPr>
        <w:t>50:32  toh jab bhi dua qabool na ho rahi ho toh aap yeh mat samjhiye ke Allah ne qabool nahi kiya.</w:t>
      </w:r>
      <w:r>
        <w:br/>
      </w:r>
      <w:r>
        <w:rPr>
          <w:sz w:val="20"/>
        </w:rPr>
        <w:t>50:38  yeh samjhiye ke aap ne dua hi galat kar rakhi hai.</w:t>
      </w:r>
      <w:r>
        <w:br/>
      </w:r>
      <w:r>
        <w:rPr>
          <w:sz w:val="20"/>
        </w:rPr>
        <w:t>50:44  isko discover kijiye.</w:t>
      </w:r>
      <w:r>
        <w:br/>
      </w:r>
      <w:r>
        <w:rPr>
          <w:sz w:val="20"/>
        </w:rPr>
        <w:t>50:50  agar yeh batate hain is mein ke woh dua kya kar rakhi hai unhone toh mein batata,</w:t>
      </w:r>
      <w:r>
        <w:br/>
      </w:r>
      <w:r>
        <w:rPr>
          <w:sz w:val="20"/>
        </w:rPr>
        <w:t>50:56  yeh toh bataya nahi.</w:t>
      </w:r>
      <w:r>
        <w:br/>
      </w:r>
      <w:r>
        <w:rPr>
          <w:sz w:val="20"/>
        </w:rPr>
        <w:t>51:02  toh mein as a principle bata sakta hoon, phir woh batayein mujhe ke dua kya kya tha jo</w:t>
      </w:r>
      <w:r>
        <w:br/>
      </w:r>
      <w:r>
        <w:rPr>
          <w:sz w:val="20"/>
        </w:rPr>
        <w:t>51:07  qabool nahi hui.</w:t>
      </w:r>
      <w:r>
        <w:br/>
      </w:r>
      <w:r>
        <w:rPr>
          <w:sz w:val="20"/>
        </w:rPr>
        <w:t>51:13  toh mein abhi bataunga isi waqt ke unhone dua hi galat kar rakhi hogi.</w:t>
      </w:r>
    </w:p>
    <w:p>
      <w:pPr>
        <w:pStyle w:val="Heading2"/>
      </w:pPr>
      <w:r>
        <w:t>Comment on namaz without concentration</w:t>
      </w:r>
    </w:p>
    <w:p>
      <w:r>
        <w:rPr>
          <w:color w:val="666666"/>
          <w:sz w:val="18"/>
        </w:rPr>
        <w:t>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Why is prayer concentration not achieved?</w:t>
      </w:r>
    </w:p>
    <w:p>
      <w:r>
        <w:rPr>
          <w:color w:val="666666"/>
          <w:sz w:val="18"/>
        </w:rPr>
        <w:t>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Why Quran reading yields no guidance</w:t>
      </w:r>
    </w:p>
    <w:p>
      <w:r>
        <w:rPr>
          <w:color w:val="666666"/>
          <w:sz w:val="18"/>
        </w:rPr>
        <w:t>Quran A Miracle June 01, 2014 · 1m 02s · at 1:07:34 · https://youtu.be/8KM3lDsj4PY?t=4054</w:t>
      </w:r>
    </w:p>
    <w:p>
      <w:r>
        <w:rPr>
          <w:i/>
        </w:rPr>
        <w:t>“Some people read the Quran with its meaning and tafsir but they do not get anything from it as guidance. Why is this so?”</w:t>
      </w:r>
    </w:p>
    <w:p>
      <w:r>
        <w:rPr>
          <w:sz w:val="20"/>
        </w:rPr>
        <w:t>1:07:34  molana agla sawal dilli se kiya hai ans sahib ne. unhon ne likha hai ke molana some people read quran with its meaning and tafsir but they do not get anything from it as guidance.</w:t>
      </w:r>
      <w:r>
        <w:br/>
      </w:r>
      <w:r>
        <w:rPr>
          <w:sz w:val="20"/>
        </w:rPr>
        <w:t>1:07:49  why is this so? ab bhi mein yeh keh sakta hoon ke bhai bar bar parha jaye bar bar parha jaye. aur jo supportive literature hai wahi parha jaye.</w:t>
      </w:r>
      <w:r>
        <w:br/>
      </w:r>
      <w:r>
        <w:rPr>
          <w:sz w:val="20"/>
        </w:rPr>
        <w:t>1:08:00  dekhiye sirf quran ka tarjuma parhna kafi nahin hai. supportive literature bhi zaroori hai ke logon ko parhaya jaye. dono sath sath hona chahiye.</w:t>
      </w:r>
      <w:r>
        <w:br/>
      </w:r>
      <w:r>
        <w:rPr>
          <w:sz w:val="20"/>
        </w:rPr>
        <w:t>1:08:10  jaise hamare haan se tarjume chhap rahe hain har zaban mein. to woh tabligh aam ke liye bohat acha kaam hai. lekin sath sath zaroori hai ke supportive literature jo hai hamare haan se is ko bhi logon ko diya jaye.</w:t>
      </w:r>
      <w:r>
        <w:br/>
      </w:r>
      <w:r>
        <w:rPr>
          <w:sz w:val="20"/>
        </w:rPr>
        <w:t>1:08:24  tab ja kar is ka sahi andaz mein woh samajh payein ge quran ko.</w:t>
      </w:r>
    </w:p>
    <w:p>
      <w:pPr>
        <w:pStyle w:val="Heading2"/>
      </w:pPr>
      <w:r>
        <w:t>World's worth and unanswered prayers</w:t>
      </w:r>
    </w:p>
    <w:p>
      <w:r>
        <w:rPr>
          <w:color w:val="666666"/>
          <w:sz w:val="18"/>
        </w:rPr>
        <w:t>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p>
      <w:pPr>
        <w:pStyle w:val="Heading2"/>
      </w:pPr>
      <w:r>
        <w:t>How to pray amidst fear and despair</w:t>
      </w:r>
    </w:p>
    <w:p>
      <w:r>
        <w:rPr>
          <w:color w:val="666666"/>
          <w:sz w:val="18"/>
        </w:rPr>
        <w:t>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Spirit of God's presence in prayer</w:t>
      </w:r>
    </w:p>
    <w:p>
      <w:r>
        <w:rPr>
          <w:color w:val="666666"/>
          <w:sz w:val="18"/>
        </w:rPr>
        <w:t>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Origin of human prayer</w:t>
      </w:r>
    </w:p>
    <w:p>
      <w:r>
        <w:rPr>
          <w:color w:val="666666"/>
          <w:sz w:val="18"/>
        </w:rPr>
        <w:t>The Discovery of God IIC Prog (Maulana Talk) November 2, 2019 · 4m 38s · at 32:22 · https://youtu.be/u24tYGW6tCM?t=1942</w:t>
      </w:r>
    </w:p>
    <w:p>
      <w:r>
        <w:rPr>
          <w:i/>
        </w:rPr>
        <w:t>“When did humans begin to pray?”</w:t>
      </w:r>
    </w:p>
    <w:p>
      <w:r>
        <w:rPr>
          <w:sz w:val="20"/>
        </w:rPr>
        <w:t>32:22  maulana, yeh sawal subhash verma ji ka hai. unhon ne aap se poocha hai ke "When did humans begin to pray?" is ke bare mein bataein.</w:t>
      </w:r>
      <w:r>
        <w:br/>
      </w:r>
      <w:r>
        <w:rPr>
          <w:sz w:val="20"/>
        </w:rPr>
        <w:t>32:34  dekhein, maine ek kitab padhi thi bohat pehle ke is kitab ka title tha ke "Gyan ka aaghaz kab hua?" "Gyan ka aaghaz kab hua?"</w:t>
      </w:r>
      <w:r>
        <w:br/>
      </w:r>
      <w:r>
        <w:rPr>
          <w:sz w:val="20"/>
        </w:rPr>
        <w:t>32:52  is mein likha tha ke jab insan is zameen par aaya aur yahan par shuru ke zamane mein jis ko hum kehte hain stone age, yeh stone age ki baat hai,</w:t>
      </w:r>
      <w:r>
        <w:br/>
      </w:r>
      <w:r>
        <w:rPr>
          <w:sz w:val="20"/>
        </w:rPr>
        <w:t>33:07  to do aadmi kisi baat par ghussa ho gaye. yaani pathar un ke hathon mein tha, to dono ne ek doosre ko pathar se mara.</w:t>
      </w:r>
      <w:r>
        <w:br/>
      </w:r>
      <w:r>
        <w:rPr>
          <w:sz w:val="20"/>
        </w:rPr>
        <w:t>33:20  un ke paas wahi tha. yeh baat hai stone age ki. to jab woh pathar takraya to sparking hui.</w:t>
      </w:r>
      <w:r>
        <w:br/>
      </w:r>
      <w:r>
        <w:rPr>
          <w:sz w:val="20"/>
        </w:rPr>
        <w:t>33:32  jab sparking hui to dono ke ghussa khatam ho gaye. woh lage dekhne ke is pathar mein kahin koi hai, aag aag hai koi. to dono ke dono pathar ko le kar sparking ko talash karne lage.</w:t>
      </w:r>
      <w:r>
        <w:br/>
      </w:r>
      <w:r>
        <w:rPr>
          <w:sz w:val="20"/>
        </w:rPr>
        <w:t>33:49  aaj hum jante hain ke khud pathar mein sparking nahi thi, balkeh hawa mein oxygen hai, is ke takrane se sparking hoti hai.</w:t>
      </w:r>
      <w:r>
        <w:br/>
      </w:r>
      <w:r>
        <w:rPr>
          <w:sz w:val="20"/>
        </w:rPr>
        <w:t>34:04  to yahan se shuru hua sochna. is kitab mein yeh bataya gaya tha ke yahan se sochna shuru hua.</w:t>
      </w:r>
      <w:r>
        <w:br/>
      </w:r>
      <w:r>
        <w:rPr>
          <w:sz w:val="20"/>
        </w:rPr>
        <w:t>34:16  to is ne yahan tak pohancha ke koi koi hasti mujh se bari hai. koi hasti mujh se bari hai.</w:t>
      </w:r>
      <w:r>
        <w:br/>
      </w:r>
      <w:r>
        <w:rPr>
          <w:sz w:val="20"/>
        </w:rPr>
        <w:t>34:27  yahan se ibadat ka tasawwur paida hua. yeh secular interpretation hai. lekin jo mazhabi interpretation hai Islam ke mutabiq, yeh to yeh hai ke paighambar aaye,</w:t>
      </w:r>
      <w:r>
        <w:br/>
      </w:r>
      <w:r>
        <w:rPr>
          <w:sz w:val="20"/>
        </w:rPr>
        <w:t>34:40  prophet aaye, unhon ne bataya ke ek God hai, us ki parastish karo. woh malik hai tumhara.</w:t>
      </w:r>
      <w:r>
        <w:br/>
      </w:r>
      <w:r>
        <w:rPr>
          <w:sz w:val="20"/>
        </w:rPr>
        <w:t>34:50  to secular interpretation mein to woh hai, aur jo mazhabi interpretation hai us mein bhi yahi hai.</w:t>
      </w:r>
      <w:r>
        <w:br/>
      </w:r>
      <w:r>
        <w:rPr>
          <w:sz w:val="20"/>
        </w:rPr>
        <w:t>35:00  maulana, this question is from Miss priya malik. unhon ne aap se poocha hai "What is the concept of God as per Islam?" is ke bare mein bataein.</w:t>
      </w:r>
      <w:r>
        <w:br/>
      </w:r>
      <w:r>
        <w:rPr>
          <w:sz w:val="20"/>
        </w:rPr>
        <w:t>35:11  woh to wahi hai jo maine arz kiya. pehle woh belief tha, belief. ab mere nazdeek scientific discoveries jo hui hain, is mein yeh cheez reality ban chuki hai.</w:t>
      </w:r>
      <w:r>
        <w:br/>
      </w:r>
      <w:r>
        <w:rPr>
          <w:sz w:val="20"/>
        </w:rPr>
        <w:t>35:25  mera jo manna hai, jo maine arz kiya, woh scientific language mein Islami ka belief tha, woh scientific language mein.</w:t>
      </w:r>
      <w:r>
        <w:br/>
      </w:r>
      <w:r>
        <w:rPr>
          <w:sz w:val="20"/>
        </w:rPr>
        <w:t>35:37  is par maine ek kitab likhi hai jo "Discovery of God" aur bohat si kitabein meri hain is mozu par. to main samajhta hoon ke nietzsche ne jo kaha tha ke "God is dead,</w:t>
      </w:r>
      <w:r>
        <w:br/>
      </w:r>
      <w:r>
        <w:rPr>
          <w:sz w:val="20"/>
        </w:rPr>
        <w:t>35:51  that was a challenge."</w:t>
      </w:r>
      <w:r>
        <w:br/>
      </w:r>
      <w:r>
        <w:rPr>
          <w:sz w:val="20"/>
        </w:rPr>
        <w:t>35:53  ab is woh challenge ka jawab diya ja chuka hai. aur bohat si scientific theories hain, un mein se do ka maine samajh diya aap ko ke ek tha big bang aur doosra hai quantum physics.</w:t>
      </w:r>
      <w:r>
        <w:br/>
      </w:r>
      <w:r>
        <w:rPr>
          <w:sz w:val="20"/>
        </w:rPr>
        <w:t>36:12  koi bhi shakhs jo sincere ho, uska study kare. main khud apne bare mein bataoon aap ko ke bhai jo study thi na, woh yahi se</w:t>
      </w:r>
      <w:r>
        <w:br/>
      </w:r>
      <w:r>
        <w:rPr>
          <w:sz w:val="20"/>
        </w:rPr>
        <w:t>36:22  thi ke main pehle Khuda ko nahi manta tha. Khuda hai to mujhe dikhai dena chahiye. main khud apne bachpan mein aisa hi tha.</w:t>
      </w:r>
      <w:r>
        <w:br/>
      </w:r>
      <w:r>
        <w:rPr>
          <w:sz w:val="20"/>
        </w:rPr>
        <w:t>36:34  to meri jo seeking spirit jaagi hai, woh yahi se jaagi hai ke Khuda hai to mujhe janna chahiye ke Khuda hai.</w:t>
      </w:r>
      <w:r>
        <w:br/>
      </w:r>
      <w:r>
        <w:rPr>
          <w:sz w:val="20"/>
        </w:rPr>
        <w:t>36:45  to jo woh awaz mere andar se nikli, "Khawand, tu kab aaye</w:t>
      </w:r>
      <w:r>
        <w:br/>
      </w:r>
      <w:r>
        <w:rPr>
          <w:sz w:val="20"/>
        </w:rPr>
        <w:t>36:50  ga? main kab tak tere aane ka intezar karoon?" to meri mere andar jo ek insan hai, woh bol pada tha.</w:t>
      </w:r>
    </w:p>
    <w:p>
      <w:pPr>
        <w:pStyle w:val="Heading2"/>
      </w:pPr>
      <w:r>
        <w:t>Developing strong connection with God</w:t>
      </w:r>
    </w:p>
    <w:p>
      <w:r>
        <w:rPr>
          <w:color w:val="666666"/>
          <w:sz w:val="18"/>
        </w:rPr>
        <w:t>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Form vs spirit in prayer?</w:t>
      </w:r>
    </w:p>
    <w:p>
      <w:r>
        <w:rPr>
          <w:color w:val="666666"/>
          <w:sz w:val="18"/>
        </w:rPr>
        <w:t>Age of Peace November 18, 2012 · 4m 15s · at 58:10 · https://youtu.be/Y9nkQnBqbrs?t=3490</w:t>
      </w:r>
    </w:p>
    <w:p>
      <w:r>
        <w:rPr>
          <w:i/>
        </w:rPr>
        <w:t>“The form of prayer varies from one group to another. Every group claims that their form is the correct one. I have heard of you saying that it is the spirit of prayer which matters and not the form. Would it be correct to ignore the form and concentrate on spirit only? What is your comment?”</w:t>
      </w:r>
    </w:p>
    <w:p>
      <w:r>
        <w:rPr>
          <w:sz w:val="20"/>
        </w:rPr>
        <w:t>58:10  Maulana, yeh sawal aaya hai Kashmir se Aamir Jan sahib ka. Unhone likha hai: "form of a prayer varies from one group to another.</w:t>
      </w:r>
      <w:r>
        <w:br/>
      </w:r>
      <w:r>
        <w:rPr>
          <w:sz w:val="20"/>
        </w:rPr>
        <w:t>58:23  Every group claims that their form is the correct one." Maulana sahib, I have heard of you saying that it is the spirit of namaz which matters and not the form.</w:t>
      </w:r>
      <w:r>
        <w:br/>
      </w:r>
      <w:r>
        <w:rPr>
          <w:sz w:val="20"/>
        </w:rPr>
        <w:t>58:35  wud it bi correct to ignore da form and concentrate on spirit only? what is your comment? dekhiye, form mein farq ka matlab yeh nahi ke poore form mein farq hai.</w:t>
      </w:r>
      <w:r>
        <w:br/>
      </w:r>
      <w:r>
        <w:rPr>
          <w:sz w:val="20"/>
        </w:rPr>
        <w:t>58:49  kuchh bahut hi travel cheezon mein farq hai, juzwi cheezon mein. maslan yeh ke haath niyat baandh yahan rakhein, yeh yahan rakhein.</w:t>
      </w:r>
      <w:r>
        <w:br/>
      </w:r>
      <w:r>
        <w:rPr>
          <w:sz w:val="20"/>
        </w:rPr>
        <w:t>59:01  yeh to bilkul travel baat hai, bahut hi juzwi baat hai.</w:t>
      </w:r>
      <w:r>
        <w:br/>
      </w:r>
      <w:r>
        <w:rPr>
          <w:sz w:val="20"/>
        </w:rPr>
        <w:t>59:07  to isi tarah ki kuchh cheezon hain jo bahut hi juzwi hain, un mein farq hai. yaani ke poore poore form mein farq hai.</w:t>
      </w:r>
      <w:r>
        <w:br/>
      </w:r>
      <w:r>
        <w:rPr>
          <w:sz w:val="20"/>
        </w:rPr>
        <w:t>59:18  to is liye farq hai woh juzwi cheezon mein. khud sahaba ke darmiyan mein yeh farq maujood tha. aisa nahi ke baad ke logon ne is ko ejaad kar liya hai, ejaad nahi kiya hai.</w:t>
      </w:r>
      <w:r>
        <w:br/>
      </w:r>
      <w:r>
        <w:rPr>
          <w:sz w:val="20"/>
        </w:rPr>
        <w:t>59:32  sirf yeh hai ke unhon ne ke unhon ne israr kiya ke yeh sahi hai, woh nahi</w:t>
      </w:r>
      <w:r>
        <w:br/>
      </w:r>
      <w:r>
        <w:rPr>
          <w:sz w:val="20"/>
        </w:rPr>
        <w:t>59:36  sahi hai. matlab yeh, yahan yahan haath baandhna sahi hai, yahan baandhna galat hai. israr mein logon ne izafa kiya hai, khud form mein nahi.</w:t>
      </w:r>
      <w:r>
        <w:br/>
      </w:r>
      <w:r>
        <w:rPr>
          <w:sz w:val="20"/>
        </w:rPr>
        <w:t>59:46  yeh baat samajh lijiye aap ke sahaba jo thay, jo taqreeban do lakh ki tadad thi un ki, to rasool Allah ko dekha tha unhon ne.</w:t>
      </w:r>
      <w:r>
        <w:br/>
      </w:r>
      <w:r>
        <w:rPr>
          <w:sz w:val="20"/>
        </w:rPr>
        <w:t>59:59  to baad ke zamane mein logon ne paya hai ke sahaba jab namaz parhte hain to basically to form ek hi hota hai, basically. lekin kuchh juzwi cheezon mein farq hota hai.</w:t>
      </w:r>
      <w:r>
        <w:br/>
      </w:r>
      <w:r>
        <w:rPr>
          <w:sz w:val="20"/>
        </w:rPr>
        <w:t>1:00:12  is juzwi cheezon ko le kar ke lage behas karne lagay. halankeh hadith maujood thi ke ashabi kanzum biayham iqtadayt ijtahadt.</w:t>
      </w:r>
      <w:r>
        <w:br/>
      </w:r>
      <w:r>
        <w:rPr>
          <w:sz w:val="20"/>
        </w:rPr>
        <w:t>1:00:25  mere sahabi jo hain, sab ke sab sitaron ke manind hain, un mein se jis ki pairwi karoge to hidayat par raho ge.</w:t>
      </w:r>
      <w:r>
        <w:br/>
      </w:r>
      <w:r>
        <w:rPr>
          <w:sz w:val="20"/>
        </w:rPr>
        <w:t>1:00:33  to woh is mein behas karne tha hi nahi. woh samjhe yeh bhi theek hai, woh bhi theek hai. yahan baandh lo tab bhi theek hai, yahan baandh lo tab bhi theek hai.</w:t>
      </w:r>
      <w:r>
        <w:br/>
      </w:r>
      <w:r>
        <w:rPr>
          <w:sz w:val="20"/>
        </w:rPr>
        <w:t>1:00:44  haath uthao tab bhi theek hai, na uthao tab bhi theek hai. kuchh juzwi cheezon mein farq tha. yeh masla yeh hai ke saare form mein farq tha aur khwamkhwah ki behas chhod di.</w:t>
      </w:r>
      <w:r>
        <w:br/>
      </w:r>
      <w:r>
        <w:rPr>
          <w:sz w:val="20"/>
        </w:rPr>
        <w:t>1:00:56  yeh to form mein farq galat nahi tha.</w:t>
      </w:r>
      <w:r>
        <w:br/>
      </w:r>
      <w:r>
        <w:rPr>
          <w:sz w:val="20"/>
        </w:rPr>
        <w:t>1:01:00  form mein yeh behas nikalna galat tha ke bas yahi sahi hai, woh nahi theek hai. jaise namaz mein khade hote hain to aise hi hanafi log jo hain, aise khade hote hain seedhe, aur aur jo salafi log hain, woh paon phailate hain.</w:t>
      </w:r>
      <w:r>
        <w:br/>
      </w:r>
      <w:r>
        <w:rPr>
          <w:sz w:val="20"/>
        </w:rPr>
        <w:t>1:01:18  to yeh bhi theek hai, woh bhi theek hai. is mein kya hai? paon phailao to namaz ho gayi, na phailao to nahi hui. to chhoti chhoti baat, chhoti chhoti baaton ko logon ne is ko itna itna ahmiyat diya ke to yeh hai ghulu,</w:t>
      </w:r>
      <w:r>
        <w:br/>
      </w:r>
      <w:r>
        <w:rPr>
          <w:sz w:val="20"/>
        </w:rPr>
        <w:t>1:01:34  extremism.</w:t>
      </w:r>
      <w:r>
        <w:br/>
      </w:r>
      <w:r>
        <w:rPr>
          <w:sz w:val="20"/>
        </w:rPr>
        <w:t>1:01:36  to farq galat nahi hai, extremes galat hai. ghulu karna</w:t>
      </w:r>
      <w:r>
        <w:br/>
      </w:r>
      <w:r>
        <w:rPr>
          <w:sz w:val="20"/>
        </w:rPr>
        <w:t>1:01:43  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r>
        <w:br/>
      </w:r>
      <w:r>
        <w:rPr>
          <w:sz w:val="20"/>
        </w:rPr>
        <w:t>1:02:04  kuchh aur ulama thay, woh kehte hain yeh bhi theek hai, woh bhi theek hai. to wohi ulama sahi thay jinhon ne kaha ke yeh bhi theek hai, woh bhi theek hai. to jhagda is liye nahi hai ke form mein farq hai, jhagda is liye hai ke logon ne ghulu kiya.</w:t>
      </w:r>
      <w:r>
        <w:br/>
      </w:r>
      <w:r>
        <w:rPr>
          <w:sz w:val="20"/>
        </w:rPr>
        <w:t>1:02:20  ghulu na kiye to koi masla hi nahi hai.</w:t>
      </w:r>
    </w:p>
    <w:p>
      <w:pPr>
        <w:pStyle w:val="Heading2"/>
      </w:pPr>
      <w:r>
        <w:t>Source of conviction for purification</w:t>
      </w:r>
    </w:p>
    <w:p>
      <w:r>
        <w:rPr>
          <w:color w:val="666666"/>
          <w:sz w:val="18"/>
        </w:rPr>
        <w:t>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Reason for Saying Without Farida Apa Nothing</w:t>
      </w:r>
    </w:p>
    <w:p>
      <w:r>
        <w:rPr>
          <w:color w:val="666666"/>
          <w:sz w:val="18"/>
        </w:rPr>
        <w:t>Opportunities of the Modern Age | March 05, 2017 · 4m 53s · at 1:00:26 · https://youtu.be/Cv8QEwvQ_fY?t=3626</w:t>
      </w:r>
    </w:p>
    <w:p>
      <w:r>
        <w:rPr>
          <w:i/>
        </w:rPr>
        <w:t>“We have always heard you saying that without Farida Apa you are nothing. We all want to know why you say this.”</w:t>
      </w:r>
    </w:p>
    <w:p>
      <w:r>
        <w:rPr>
          <w:sz w:val="20"/>
        </w:rPr>
        <w:t>1:00:26  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r>
        <w:br/>
      </w:r>
      <w:r>
        <w:rPr>
          <w:sz w:val="20"/>
        </w:rPr>
        <w:t>1:00:56  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r>
        <w:br/>
      </w:r>
      <w:r>
        <w:rPr>
          <w:sz w:val="20"/>
        </w:rPr>
        <w:t>1:01:26  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r>
        <w:br/>
      </w:r>
      <w:r>
        <w:rPr>
          <w:sz w:val="20"/>
        </w:rPr>
        <w:t>1:01:56  ta hoon mujh se zyada hai woh hatta ke choti ko bhi jata hoon mujh se zyada samajhta</w:t>
      </w:r>
      <w:r>
        <w:br/>
      </w:r>
      <w:r>
        <w:rPr>
          <w:sz w:val="20"/>
        </w:rPr>
        <w:t>1:02:03  ہوں اپنی ministry کو establish کرنا پڑتا ہے آپ کو تو کوئی بھی dearness آپ کے پاس ہو</w:t>
      </w:r>
      <w:r>
        <w:br/>
      </w:r>
      <w:r>
        <w:rPr>
          <w:sz w:val="20"/>
        </w:rPr>
        <w:t>1:02:11  isi ko maan lijiye ke maslan jo husband wife ke jo jhagde hote hain is ki wajah kya</w:t>
      </w:r>
      <w:r>
        <w:br/>
      </w:r>
      <w:r>
        <w:rPr>
          <w:sz w:val="20"/>
        </w:rPr>
        <w:t>1:02:18  ہے مسٹری نہیں ہے سمجھتا ہوں کہ آپ یہ مان لیجئے کہ without my Mrs. I am nothing</w:t>
      </w:r>
      <w:r>
        <w:br/>
      </w:r>
      <w:r>
        <w:rPr>
          <w:sz w:val="20"/>
        </w:rPr>
        <w:t>1:02:26  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r>
        <w:br/>
      </w:r>
      <w:r>
        <w:rPr>
          <w:sz w:val="20"/>
        </w:rPr>
        <w:t>1:02:56  hie kitna taraqqi hoti hai aap ki aap ghaten ge nahi aap barhen ge na kyunke aap aap</w:t>
      </w:r>
      <w:r>
        <w:br/>
      </w:r>
      <w:r>
        <w:rPr>
          <w:sz w:val="20"/>
        </w:rPr>
        <w:t>1:03:03  نے اس طرح کہا کہ monastery کو establish کیا یہ wisdom کی بات ہے wisdom کی بات میں</w:t>
      </w:r>
      <w:r>
        <w:br/>
      </w:r>
      <w:r>
        <w:rPr>
          <w:sz w:val="20"/>
        </w:rPr>
        <w:t>1:03:11  کہتا ہوں کچھ نہ ملے آپ کو تو ایک لڑکی کھمبے کو کہیے کہ اس سے without</w:t>
      </w:r>
      <w:r>
        <w:br/>
      </w:r>
      <w:r>
        <w:rPr>
          <w:sz w:val="20"/>
        </w:rPr>
        <w:t>1:03:18  This I am nothing, masla hai apni</w:t>
      </w:r>
      <w:r>
        <w:br/>
      </w:r>
      <w:r>
        <w:rPr>
          <w:sz w:val="20"/>
        </w:rPr>
        <w:t>1:03:26  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r>
        <w:br/>
      </w:r>
      <w:r>
        <w:rPr>
          <w:sz w:val="20"/>
        </w:rPr>
        <w:t>1:03:56  atun ka nahi hai aap ka apne aap apni apne aap ko modesty pe lane ka hai kyunke</w:t>
      </w:r>
      <w:r>
        <w:br/>
      </w:r>
      <w:r>
        <w:rPr>
          <w:sz w:val="20"/>
        </w:rPr>
        <w:t>1:04:04  dekhiye mein quran o hadith se yeh samjha hai ke jab tak aap apne aap ko modesty na</w:t>
      </w:r>
      <w:r>
        <w:br/>
      </w:r>
      <w:r>
        <w:rPr>
          <w:sz w:val="20"/>
        </w:rPr>
        <w:t>1:04:11  banayein to bohat sari cheezein chupi aap ki ruki rehti hain allah ka inspiration nahi aata farishton ka</w:t>
      </w:r>
      <w:r>
        <w:br/>
      </w:r>
      <w:r>
        <w:rPr>
          <w:sz w:val="20"/>
        </w:rPr>
        <w:t>1:04:19  madad aap ko nahi milti aap ke mind ke window nahi khulte</w:t>
      </w:r>
      <w:r>
        <w:br/>
      </w:r>
      <w:r>
        <w:rPr>
          <w:sz w:val="20"/>
        </w:rPr>
        <w:t>1:04:26  logon se aap ka ta'alluq sahi buniyad par qaim nahi hota to modesty is the beginning of all</w:t>
      </w:r>
      <w:r>
        <w:br/>
      </w:r>
      <w:r>
        <w:rPr>
          <w:sz w:val="20"/>
        </w:rPr>
        <w:t>1:04:36  kind of development to kisi ko bhi bana lijiye apna apna apni modesty ko establish karne ke liye</w:t>
      </w:r>
      <w:r>
        <w:br/>
      </w:r>
      <w:r>
        <w:rPr>
          <w:sz w:val="20"/>
        </w:rPr>
        <w:t>1:04:46  aur kahiye ke without this i am nothing mera yeh tajruba yeh hai ke modesty ke baghair kuch nahi</w:t>
      </w:r>
      <w:r>
        <w:br/>
      </w:r>
      <w:r>
        <w:rPr>
          <w:sz w:val="20"/>
        </w:rPr>
        <w:t>1:04:56  aur leader jo fail ho rahe hain isi liye ke un ki modesty nahi hai leader jo fail</w:t>
      </w:r>
      <w:r>
        <w:br/>
      </w:r>
      <w:r>
        <w:rPr>
          <w:sz w:val="20"/>
        </w:rPr>
        <w:t>1:05:04  ho rahe hain isi liye fail ho rahe hain kyunke modesty un ke andar nahi hai to modesty</w:t>
      </w:r>
      <w:r>
        <w:br/>
      </w:r>
      <w:r>
        <w:rPr>
          <w:sz w:val="20"/>
        </w:rPr>
        <w:t>1:05:11  kisi ne sahi kaha ke modesty is the beginning of knowledge modesty baniye tab aap ki taraqqi shuru</w:t>
      </w:r>
    </w:p>
    <w:p>
      <w:pPr>
        <w:pStyle w:val="Heading2"/>
      </w:pPr>
      <w:r>
        <w:t>Eliminating desires for simple living</w:t>
      </w:r>
    </w:p>
    <w:p>
      <w:r>
        <w:rPr>
          <w:color w:val="666666"/>
          <w:sz w:val="18"/>
        </w:rPr>
        <w:t>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Advice for those upset by unanswered prayers</w:t>
      </w:r>
    </w:p>
    <w:p>
      <w:r>
        <w:rPr>
          <w:color w:val="666666"/>
          <w:sz w:val="18"/>
        </w:rPr>
        <w:t>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Islam's stand on praying without head cover</w:t>
      </w:r>
    </w:p>
    <w:p>
      <w:r>
        <w:rPr>
          <w:color w:val="666666"/>
          <w:sz w:val="18"/>
        </w:rPr>
        <w:t>Realization of God September 15, 2013 · 1m 57s · at 55:13 · https://youtu.be/CNEEeM5uyi8?t=3313</w:t>
      </w:r>
    </w:p>
    <w:p>
      <w:r>
        <w:rPr>
          <w:i/>
        </w:rPr>
        <w:t>“These days more and more people are undergoing prayer without covering their heads, which seems a little bit awkward and undisciplined. Please advise the stand of Islam in such matters.”</w:t>
      </w:r>
    </w:p>
    <w:p>
      <w:r>
        <w:rPr>
          <w:sz w:val="20"/>
        </w:rPr>
        <w:t>55:13  Maulana, un ka doosra sawal yeh hai, unhon ne likha hai: "these days more and more people are undergoing prayer without covering their heads, which seems a little bit awkward and undisciplined.</w:t>
      </w:r>
      <w:r>
        <w:br/>
      </w:r>
      <w:r>
        <w:rPr>
          <w:sz w:val="20"/>
        </w:rPr>
        <w:t>55:27  please advise the stand of Islam in such matters." dekhein, namaz ka ta'alluq sar dhakne se nahi hai. yeh bohat bari bhool hai ke agar aap samjhein ke sar dhak liya to namaz ho gayi,</w:t>
      </w:r>
      <w:r>
        <w:br/>
      </w:r>
      <w:r>
        <w:rPr>
          <w:sz w:val="20"/>
        </w:rPr>
        <w:t>55:40  nahi dhaka to namaz nahi hui. yeh namaz ko understatement karna hai, yeh namaz ko understatement karna hai ke sar dhak liya to namaz ho gayi, aur nahi dhaka to namaz nahi hui.</w:t>
      </w:r>
      <w:r>
        <w:br/>
      </w:r>
      <w:r>
        <w:rPr>
          <w:sz w:val="20"/>
        </w:rPr>
        <w:t>55:55  bilkul aise log jo hain, namaz ka lafz bolne ka haq nahi rakhte. woh</w:t>
      </w:r>
      <w:r>
        <w:br/>
      </w:r>
      <w:r>
        <w:rPr>
          <w:sz w:val="20"/>
        </w:rPr>
        <w:t>56:01  dekhiye, hadith mein aata hai ke: "la salata liman la tukhshaa." is ki namaz, namaz nahi jis ke andar khushu na ho.</w:t>
      </w:r>
      <w:r>
        <w:br/>
      </w:r>
      <w:r>
        <w:rPr>
          <w:sz w:val="20"/>
        </w:rPr>
        <w:t>56:11  to masla topi ka nahi hai, balkeh khushu ka hai.</w:t>
      </w:r>
      <w:r>
        <w:br/>
      </w:r>
      <w:r>
        <w:rPr>
          <w:sz w:val="20"/>
        </w:rPr>
        <w:t>56:17  "la salata liman la tukhshaa" bohat bara yeh ek ek fitna hai. main samjhta hoon ke bas topi sar par hai to namaz ho gayi, paaon paaon ooncha hai to namaz ho gayi,</w:t>
      </w:r>
      <w:r>
        <w:br/>
      </w:r>
      <w:r>
        <w:rPr>
          <w:sz w:val="20"/>
        </w:rPr>
        <w:t>56:29  harghiz nahi. khushu hai to namaz hui, nahi to nahi hui. "la salata liman la tukhshaa"</w:t>
      </w:r>
      <w:r>
        <w:br/>
      </w:r>
      <w:r>
        <w:rPr>
          <w:sz w:val="20"/>
        </w:rPr>
        <w:t>56:39  aur bohat si hadith hain, is ki tafseel mein jaane ki zarurat nahi hai. khulasa yeh main kahunga ke paajaon, pajama ooncha hai, neecha hai, sar par topi hai, nahi topi hai, is se namaz ke hone ya na hone ka koi ta'alluq nahi hai.</w:t>
      </w:r>
      <w:r>
        <w:br/>
      </w:r>
      <w:r>
        <w:rPr>
          <w:sz w:val="20"/>
        </w:rPr>
        <w:t>56:56  namaz hone na hone ka ta'alluq yeh hai ke dil mein khushu hai ya nahi,</w:t>
      </w:r>
      <w:r>
        <w:br/>
      </w:r>
      <w:r>
        <w:rPr>
          <w:sz w:val="20"/>
        </w:rPr>
        <w:t>57:03  is se namaz ke hone ya na hone ka ta'alluq hai.</w:t>
      </w:r>
    </w:p>
    <w:p>
      <w:pPr>
        <w:pStyle w:val="Heading2"/>
      </w:pPr>
      <w:r>
        <w:t>Why people lack repentance?</w:t>
      </w:r>
    </w:p>
    <w:p>
      <w:r>
        <w:rPr>
          <w:color w:val="666666"/>
          <w:sz w:val="18"/>
        </w:rPr>
        <w:t>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1"/>
      </w:pPr>
      <w:r>
        <w:t>In the lectures (20)</w:t>
      </w:r>
    </w:p>
    <w:p>
      <w:pPr>
        <w:pStyle w:val="Heading2"/>
      </w:pPr>
      <w:r>
        <w:t>Divine Help September 22, 2015</w:t>
      </w:r>
    </w:p>
    <w:p>
      <w:r>
        <w:rPr>
          <w:color w:val="666666"/>
          <w:sz w:val="18"/>
        </w:rPr>
        <w:t>50:03 · https://youtu.be/sozrNCif0Gg?t=3003</w:t>
      </w:r>
    </w:p>
    <w:p>
      <w:r>
        <w:rPr>
          <w:i/>
        </w:rPr>
        <w:t>“میں ہرگز نہیں سمجھتا۔ کوئی رٹے ہوئے الفاظ دعا نہیں ہیں۔”</w:t>
      </w:r>
    </w:p>
    <w:p>
      <w:pPr>
        <w:pStyle w:val="Heading2"/>
      </w:pPr>
      <w:r>
        <w:t>Fasting Training for Discipline August 16, 2009</w:t>
      </w:r>
    </w:p>
    <w:p>
      <w:r>
        <w:rPr>
          <w:color w:val="666666"/>
          <w:sz w:val="18"/>
        </w:rPr>
        <w:t>48:10 · https://youtu.be/sZw-RIqkF1c?t=2890</w:t>
      </w:r>
    </w:p>
    <w:p>
      <w:r>
        <w:rPr>
          <w:i/>
        </w:rPr>
        <w:t>“خدا سے دعا کرنا۔ انسان کے پاس کوئی طاقت نہیں ہے”</w:t>
      </w:r>
    </w:p>
    <w:p>
      <w:pPr>
        <w:pStyle w:val="Heading2"/>
      </w:pPr>
      <w:r>
        <w:t>Message of the Quran August 20, 2017</w:t>
      </w:r>
    </w:p>
    <w:p>
      <w:r>
        <w:rPr>
          <w:color w:val="666666"/>
          <w:sz w:val="18"/>
        </w:rPr>
        <w:t>5:50 · https://youtu.be/BrbrZxP37pk?t=350</w:t>
      </w:r>
    </w:p>
    <w:p>
      <w:r>
        <w:rPr>
          <w:i/>
        </w:rPr>
        <w:t>“بس بتاؤں کہ میں، میرے پاس جو کچھ ہے وہ صرف دعا ہے، دعا، اور کچھ میرے پاس نہیں ہے۔”</w:t>
      </w:r>
    </w:p>
    <w:p>
      <w:pPr>
        <w:pStyle w:val="Heading2"/>
      </w:pPr>
      <w:r>
        <w:t>Interaction with umries 24 july, 2019 - Maulana Wahiduddin Khan</w:t>
      </w:r>
    </w:p>
    <w:p>
      <w:r>
        <w:rPr>
          <w:color w:val="666666"/>
          <w:sz w:val="18"/>
        </w:rPr>
        <w:t>36:27 · https://youtu.be/8d1GN1f_oMs?t=2187</w:t>
      </w:r>
    </w:p>
    <w:p>
      <w:r>
        <w:rPr>
          <w:i/>
        </w:rPr>
        <w:t>“مجھے اس میں مجھے کچھ یعنی روحانیت محسوس نہیں ہوتی۔ تو نماز کیوں؟”</w:t>
      </w:r>
    </w:p>
    <w:p>
      <w:pPr>
        <w:pStyle w:val="Heading2"/>
      </w:pPr>
      <w:r>
        <w:t>Realization of God November 26, 2024</w:t>
      </w:r>
    </w:p>
    <w:p>
      <w:r>
        <w:rPr>
          <w:color w:val="666666"/>
          <w:sz w:val="18"/>
        </w:rPr>
        <w:t>8:05 · https://youtu.be/AG1gtOdLvGs?t=485</w:t>
      </w:r>
    </w:p>
    <w:p>
      <w:r>
        <w:rPr>
          <w:i/>
        </w:rPr>
        <w:t>“یہ احساس ہوتا ہے کہ میں کچھ نہیں ہوں، میری کوئی حیثیت نہیں ہے۔”</w:t>
      </w:r>
    </w:p>
    <w:p>
      <w:pPr>
        <w:pStyle w:val="Heading2"/>
      </w:pPr>
      <w:r>
        <w:t>The Oneness of God 19 July, 2009</w:t>
      </w:r>
    </w:p>
    <w:p>
      <w:r>
        <w:rPr>
          <w:color w:val="666666"/>
          <w:sz w:val="18"/>
        </w:rPr>
        <w:t>1:40:32 · https://youtu.be/dAjxTrRiz0g?t=6032</w:t>
      </w:r>
    </w:p>
    <w:p>
      <w:r>
        <w:rPr>
          <w:i/>
        </w:rPr>
        <w:t>“میں سمجھتا ہوں کہ دعا سے تو بڑی کوئی چیز ہی نہیں۔ میں اپنا ایک تجربہ عرض کرتا ہوں آپ کو۔”</w:t>
      </w:r>
    </w:p>
    <w:p>
      <w:pPr>
        <w:pStyle w:val="Heading2"/>
      </w:pPr>
      <w:r>
        <w:t>Darkness at Noon May 11, 2008 Maulana Wahiduddin Khan</w:t>
      </w:r>
    </w:p>
    <w:p>
      <w:r>
        <w:rPr>
          <w:color w:val="666666"/>
          <w:sz w:val="18"/>
        </w:rPr>
        <w:t>51:20 · https://youtu.be/dHDBJ60V6J8?t=3080</w:t>
      </w:r>
    </w:p>
    <w:p>
      <w:r>
        <w:rPr>
          <w:i/>
        </w:rPr>
        <w:t>“دعا میں ذہن سے کوئی کام اچھا نہیں ہو جاتا۔”</w:t>
      </w:r>
    </w:p>
    <w:p>
      <w:pPr>
        <w:pStyle w:val="Heading2"/>
      </w:pPr>
      <w:r>
        <w:t>From The Spiritual Tree May 30, 2007</w:t>
      </w:r>
    </w:p>
    <w:p>
      <w:r>
        <w:rPr>
          <w:color w:val="666666"/>
          <w:sz w:val="18"/>
        </w:rPr>
        <w:t>40:38 · https://youtu.be/vGj_dsCMv-M?t=2438</w:t>
      </w:r>
    </w:p>
    <w:p>
      <w:r>
        <w:rPr>
          <w:i/>
        </w:rPr>
        <w:t>“The spirit is absent.”</w:t>
      </w:r>
    </w:p>
    <w:p>
      <w:pPr>
        <w:pStyle w:val="Heading2"/>
      </w:pPr>
      <w:r>
        <w:t>Spirit of Namaz (In Conversation with Maulana) July 17, 2010</w:t>
      </w:r>
    </w:p>
    <w:p>
      <w:r>
        <w:rPr>
          <w:color w:val="666666"/>
          <w:sz w:val="18"/>
        </w:rPr>
        <w:t>38:17 · https://youtu.be/5TNbNdhwmBQ?t=2297</w:t>
      </w:r>
    </w:p>
    <w:p>
      <w:r>
        <w:rPr>
          <w:i/>
        </w:rPr>
        <w:t>“دیکھیں، میری طاقت دعا ہے۔ میں چوبیس گھنٹے دعا میں جیتا ہوں۔ اور میرے پاس کچھ بھی نہیں ہے۔”</w:t>
      </w:r>
    </w:p>
    <w:p>
      <w:pPr>
        <w:pStyle w:val="Heading2"/>
      </w:pPr>
      <w:r>
        <w:t>The Concept of Divine Help June 16, 2013</w:t>
      </w:r>
    </w:p>
    <w:p>
      <w:r>
        <w:rPr>
          <w:color w:val="666666"/>
          <w:sz w:val="18"/>
        </w:rPr>
        <w:t>39:38 · https://youtu.be/b0QaxGSnAOI?t=2378</w:t>
      </w:r>
    </w:p>
    <w:p>
      <w:r>
        <w:rPr>
          <w:i/>
        </w:rPr>
        <w:t>“میں تو صرف ان کے لیے دعا کرتا رہتا ہوں۔ بس میں اپنے آفس میں کرسی پہ بیٹھا ہوا صرف دعا کرتا رہتا ہوں۔ نہ میری کوئی ڈائریکشن ہے، نہ میرے کوئی پلان ہے، نہ کچھ نہیں۔”</w:t>
      </w:r>
    </w:p>
    <w:p>
      <w:pPr>
        <w:pStyle w:val="Heading2"/>
      </w:pPr>
      <w:r>
        <w:t>What is Dua April 26, 2009</w:t>
      </w:r>
    </w:p>
    <w:p>
      <w:r>
        <w:rPr>
          <w:color w:val="666666"/>
          <w:sz w:val="18"/>
        </w:rPr>
        <w:t>9:06 · https://youtu.be/ROQR2zNew1I?t=546</w:t>
      </w:r>
    </w:p>
    <w:p>
      <w:r>
        <w:rPr>
          <w:i/>
        </w:rPr>
        <w:t>“ورنہ وہ دعا کیا ہوگی؟ کچھ بھی نہیں ہوگی۔ وہ”</w:t>
      </w:r>
    </w:p>
    <w:p>
      <w:pPr>
        <w:pStyle w:val="Heading2"/>
      </w:pPr>
      <w:r>
        <w:t>What is Dua (Only Lecture) April 26, 2009 Maulana Wahiduddin Khan</w:t>
      </w:r>
    </w:p>
    <w:p>
      <w:r>
        <w:rPr>
          <w:color w:val="666666"/>
          <w:sz w:val="18"/>
        </w:rPr>
        <w:t>9:06 · https://youtu.be/JxIR0o_C7GM?t=546</w:t>
      </w:r>
    </w:p>
    <w:p>
      <w:r>
        <w:rPr>
          <w:i/>
        </w:rPr>
        <w:t>“ورنہ وہ دعا کیا ہوگی؟ کچھ بھی نہیں ہوگی۔ وہ”</w:t>
      </w:r>
    </w:p>
    <w:p>
      <w:pPr>
        <w:pStyle w:val="Heading2"/>
      </w:pPr>
      <w:r>
        <w:t>Paradise as A Goal April 26, 2015</w:t>
      </w:r>
    </w:p>
    <w:p>
      <w:r>
        <w:rPr>
          <w:color w:val="666666"/>
          <w:sz w:val="18"/>
        </w:rPr>
        <w:t>1:09:39 · https://youtu.be/4IWLd2SIBkw?t=4179</w:t>
      </w:r>
    </w:p>
    <w:p>
      <w:r>
        <w:rPr>
          <w:i/>
        </w:rPr>
        <w:t>“اس کیا ہے؟ صرف دعا کرنا، صرف دعا کرنا۔ جیسے کل میں بالکل کوشش سے چپک گیا اور میں دعا کرنے لگا، کیونکہ میں نے سمجھا کہ میں ہیلپ لیس ہوں۔”</w:t>
      </w:r>
    </w:p>
    <w:p>
      <w:pPr>
        <w:pStyle w:val="Heading2"/>
      </w:pPr>
      <w:r>
        <w:t>The Oneness of God 19 July, 2009</w:t>
      </w:r>
    </w:p>
    <w:p>
      <w:r>
        <w:rPr>
          <w:color w:val="666666"/>
          <w:sz w:val="18"/>
        </w:rPr>
        <w:t>1:45:20 · https://youtu.be/dAjxTrRiz0g?t=6320</w:t>
      </w:r>
    </w:p>
    <w:p>
      <w:r>
        <w:rPr>
          <w:i/>
        </w:rPr>
        <w:t>“میں ہر جگہ گیا ہوں، ہر مذہب میں میں گیا ہوں، ہر مذہب کے عبادت خانوں میں گیا ہوں، کہیں بھی میں نے نہیں پایا کہ یہ لیونگ دعا جو ہے، لیونگ دعا، ایک زندہ دعا مجھے کہیں ملی نہیں۔”</w:t>
      </w:r>
    </w:p>
    <w:p>
      <w:pPr>
        <w:pStyle w:val="Heading2"/>
      </w:pPr>
      <w:r>
        <w:t>How to Remove Tension February 11, 2007 Maulana Wahiduddin Khan</w:t>
      </w:r>
    </w:p>
    <w:p>
      <w:r>
        <w:rPr>
          <w:color w:val="666666"/>
          <w:sz w:val="18"/>
        </w:rPr>
        <w:t>1:02:43 · https://youtu.be/_PB2YOm8cV8?t=3763</w:t>
      </w:r>
    </w:p>
    <w:p>
      <w:r>
        <w:rPr>
          <w:i/>
        </w:rPr>
        <w:t>“دعا کیجیے۔ کچھ اور کہنے کو نہیں تھا ان کے پاس۔”</w:t>
      </w:r>
    </w:p>
    <w:p>
      <w:pPr>
        <w:pStyle w:val="Heading2"/>
      </w:pPr>
      <w:r>
        <w:t>Role Of Ikhwan-e-Rasool 2 April 2011</w:t>
      </w:r>
    </w:p>
    <w:p>
      <w:r>
        <w:rPr>
          <w:color w:val="666666"/>
          <w:sz w:val="18"/>
        </w:rPr>
        <w:t>1:16:29 · https://youtu.be/I9Tc1YwhAkA?t=4589</w:t>
      </w:r>
    </w:p>
    <w:p>
      <w:r>
        <w:rPr>
          <w:i/>
        </w:rPr>
        <w:t>“تو دعا کے جذبات اس کے اندر نہیں پیدا ہوں گے۔”</w:t>
      </w:r>
    </w:p>
    <w:p>
      <w:pPr>
        <w:pStyle w:val="Heading2"/>
      </w:pPr>
      <w:r>
        <w:t>Ramadan and The Quran 14 oct 2005 - Maulana Wahiduddin Khan</w:t>
      </w:r>
    </w:p>
    <w:p>
      <w:r>
        <w:rPr>
          <w:color w:val="666666"/>
          <w:sz w:val="18"/>
        </w:rPr>
        <w:t>1:18:29 · https://youtu.be/t_Ciia8JlBk?t=4709</w:t>
      </w:r>
    </w:p>
    <w:p>
      <w:r>
        <w:rPr>
          <w:i/>
        </w:rPr>
        <w:t>“کوئی آپ کو بتا نہیں سکتا کہ دعا کیا ہے۔”</w:t>
      </w:r>
    </w:p>
    <w:p>
      <w:pPr>
        <w:pStyle w:val="Heading2"/>
      </w:pPr>
      <w:r>
        <w:t>Divine Ideology of Life I 11 July 2010</w:t>
      </w:r>
    </w:p>
    <w:p>
      <w:r>
        <w:rPr>
          <w:color w:val="666666"/>
          <w:sz w:val="18"/>
        </w:rPr>
        <w:t>1:07:25 · https://youtu.be/wOmHVfyjMJY?t=4045</w:t>
      </w:r>
    </w:p>
    <w:p>
      <w:r>
        <w:rPr>
          <w:i/>
        </w:rPr>
        <w:t>“It is nothing.”</w:t>
      </w:r>
    </w:p>
    <w:p>
      <w:pPr>
        <w:pStyle w:val="Heading2"/>
      </w:pPr>
      <w:r>
        <w:t>Role Of Ikhwan-e-Rasool 2 April 2011</w:t>
      </w:r>
    </w:p>
    <w:p>
      <w:r>
        <w:rPr>
          <w:color w:val="666666"/>
          <w:sz w:val="18"/>
        </w:rPr>
        <w:t>1:16:42 · https://youtu.be/I9Tc1YwhAkA?t=4602</w:t>
      </w:r>
    </w:p>
    <w:p>
      <w:r>
        <w:rPr>
          <w:i/>
        </w:rPr>
        <w:t>“تو دعا کا جذبہ میرے اندر نہیں پیدا ہوگا۔ اکیلے میں پڑ جاؤں گا، خود ہی کر پاؤں تو کر پاؤں، نہیں تو نہیں تو میں ناکام ہوں۔”</w:t>
      </w:r>
    </w:p>
    <w:p>
      <w:pPr>
        <w:pStyle w:val="Heading2"/>
      </w:pPr>
      <w:r>
        <w:t>Islam in A New Age March 18, 2012</w:t>
      </w:r>
    </w:p>
    <w:p>
      <w:r>
        <w:rPr>
          <w:color w:val="666666"/>
          <w:sz w:val="18"/>
        </w:rPr>
        <w:t>1:02:45 · https://youtu.be/P5hzq_NheY0?t=3765</w:t>
      </w:r>
    </w:p>
    <w:p>
      <w:r>
        <w:rPr>
          <w:i/>
        </w:rPr>
        <w:t>“طرح طرح کی ٹیکنیک نکالتے ہیں لوگ، کچھ نہیں۔ سوچیے اور دعا کیجیے، سوچیے اور”</w:t>
      </w:r>
    </w:p>
    <w:p>
      <w:pPr>
        <w:pStyle w:val="Heading1"/>
      </w:pPr>
      <w:r>
        <w:t>Clips (24)</w:t>
      </w:r>
    </w:p>
    <w:p>
      <w:pPr>
        <w:pStyle w:val="Heading2"/>
      </w:pPr>
      <w:r>
        <w:t>Worship is the result of true recognition of God</w:t>
      </w:r>
    </w:p>
    <w:p>
      <w:r>
        <w:rPr>
          <w:color w:val="666666"/>
          <w:sz w:val="18"/>
        </w:rPr>
        <w:t>Realization of God November 26, 2024 · 31s · at 7:38 · https://youtu.be/AG1gtOdLvGs?t=458</w:t>
      </w:r>
    </w:p>
    <w:p>
      <w:r>
        <w:rPr>
          <w:i/>
        </w:rPr>
        <w:t>“Asal mein ibadat nateeja hai marifat ka.”</w:t>
      </w:r>
    </w:p>
    <w:p>
      <w:r>
        <w:rPr>
          <w:sz w:val="20"/>
        </w:rPr>
        <w:t>7:38  Dekhiye, yahan Quran mein ibaadat ka lafz hai aur Ibn Abbas ne jo hai na, maarfat ka lafz istemal kiya. Asal mein ibaadat nateeja hai maarfat ka.</w:t>
      </w:r>
      <w:r>
        <w:br/>
      </w:r>
      <w:r>
        <w:rPr>
          <w:sz w:val="20"/>
        </w:rPr>
        <w:t>7:52  Jab ek insaan ko sachche ma'ano mein Allah ki daryaft hoti hai, Allah ki sachi pehchan hasil hoti hai to us ke nateeje ke taur par insaan ke andar apni aajizi ka ehsas hota hai.</w:t>
      </w:r>
      <w:r>
        <w:br/>
      </w:r>
      <w:r>
        <w:rPr>
          <w:sz w:val="20"/>
        </w:rPr>
        <w:t>8:05  Yeh ehsas hota hai ke main kuch nahi hoon, meri koi hesiyat nahi hai.</w:t>
      </w:r>
    </w:p>
    <w:p>
      <w:pPr>
        <w:pStyle w:val="Heading2"/>
      </w:pPr>
      <w:r>
        <w:t>Why a living God makes prayer real, with Moses's stutter</w:t>
      </w:r>
    </w:p>
    <w:p>
      <w:r>
        <w:rPr>
          <w:color w:val="666666"/>
          <w:sz w:val="18"/>
        </w:rPr>
        <w:t>The Oneness of God 19 July, 2009 · 6m 15s · at 1:38:35 · https://youtu.be/dAjxTrRiz0g?t=5915</w:t>
      </w:r>
    </w:p>
    <w:p>
      <w:r>
        <w:rPr>
          <w:i/>
        </w:rPr>
        <w:t>“Dekhiye, main samajhta hoon ke dua hi sub kuch hai”</w:t>
      </w:r>
    </w:p>
    <w:p>
      <w:r>
        <w:rPr>
          <w:sz w:val="20"/>
        </w:rPr>
        <w:t>1:38:35  dekhein, main samajhta hoon ke dua hi sab kuch hai.</w:t>
      </w:r>
      <w:r>
        <w:br/>
      </w:r>
      <w:r>
        <w:rPr>
          <w:sz w:val="20"/>
        </w:rPr>
        <w:t>1:38:42  dua ka concept sirf Islam mein hai, yeh ajeeb baat hai. pata nahi kaise har mazhab mein dua ka concept bigad gaya. sahi tasawwur concept ka dua ka nahi hai.</w:t>
      </w:r>
      <w:r>
        <w:br/>
      </w:r>
      <w:r>
        <w:rPr>
          <w:sz w:val="20"/>
        </w:rPr>
        <w:t>1:38:53  misal ke taur par kahin dua nahi hai, wahan sirf ja kar ke phool chada dein ge aur Khuda ko phool chada dein ge to us ko samajhte hain ke woh sab kuch aap ban gaya.</w:t>
      </w:r>
      <w:r>
        <w:br/>
      </w:r>
      <w:r>
        <w:rPr>
          <w:sz w:val="20"/>
        </w:rPr>
        <w:t>1:39:02  un ka kahin koi beech ka hai, ek beech ka koi wasta hai, usay kahin ke meri meri yeh dua Khuda tak pahuncha do.</w:t>
      </w:r>
      <w:r>
        <w:br/>
      </w:r>
      <w:r>
        <w:rPr>
          <w:sz w:val="20"/>
        </w:rPr>
        <w:t>1:39:12  gharz yeh ke dua ka jo concept Islam mein hai, woh kahin maine paya hi nahi.</w:t>
      </w:r>
      <w:r>
        <w:br/>
      </w:r>
      <w:r>
        <w:rPr>
          <w:sz w:val="20"/>
        </w:rPr>
        <w:t>1:39:19  Islam mein Khuda ka dua ka concept hai waidha sa'alaka 'ibadi 'inni fa'inni qareeb 'ujeebu da'wata al-da'i yani bande jab poochein mere bare mein to keh do ke main un ke qareeb hi hoon,</w:t>
      </w:r>
      <w:r>
        <w:br/>
      </w:r>
      <w:r>
        <w:rPr>
          <w:sz w:val="20"/>
        </w:rPr>
        <w:t>1:39:34  un ki pukar ko sunta hoon.</w:t>
      </w:r>
      <w:r>
        <w:br/>
      </w:r>
      <w:r>
        <w:rPr>
          <w:sz w:val="20"/>
        </w:rPr>
        <w:t>1:39:39  yeh jo concept hai ke Khuda sunne wala hai, tumhare paas hai aur sunne wala bhi hai, woh koi pathar nahi hai.</w:t>
      </w:r>
      <w:r>
        <w:br/>
      </w:r>
      <w:r>
        <w:rPr>
          <w:sz w:val="20"/>
        </w:rPr>
        <w:t>1:39:48  woh</w:t>
      </w:r>
      <w:r>
        <w:br/>
      </w:r>
      <w:r>
        <w:rPr>
          <w:sz w:val="20"/>
        </w:rPr>
        <w:t>1:39:49  to pukaro, woh sune ga aur tumhari baat poori kare ga.</w:t>
      </w:r>
      <w:r>
        <w:br/>
      </w:r>
      <w:r>
        <w:rPr>
          <w:sz w:val="20"/>
        </w:rPr>
        <w:t>1:39:57  dekhen, yeh baat material sense mein nahin hai ke mera muqadma farz kiya ke adalat mein hai to mein dua karoon Khuda mein muqadma jeet jaon. Yeh sab third class ki baatein hain, yeh sab third class ki baatein hain.</w:t>
      </w:r>
      <w:r>
        <w:br/>
      </w:r>
      <w:r>
        <w:rPr>
          <w:sz w:val="20"/>
        </w:rPr>
        <w:t>1:40:10  mein jo baat kar raha hoon, woh rohani safar ki baat kar raha hoon. Mein</w:t>
      </w:r>
      <w:r>
        <w:br/>
      </w:r>
      <w:r>
        <w:rPr>
          <w:sz w:val="20"/>
        </w:rPr>
        <w:t>1:40:15  spiritual journey, intellectual journey, personality development, yeh jo hai, is mein Khuda ki madad,</w:t>
      </w:r>
      <w:r>
        <w:br/>
      </w:r>
      <w:r>
        <w:rPr>
          <w:sz w:val="20"/>
        </w:rPr>
        <w:t>1:40:27  the work, is mein Khuda ki madad.</w:t>
      </w:r>
      <w:r>
        <w:br/>
      </w:r>
      <w:r>
        <w:rPr>
          <w:sz w:val="20"/>
        </w:rPr>
        <w:t>1:40:32  mein samajhta hoon ke dua se to bari koi cheez hi nahin. Mein apna aik tajruba arz karta hoon aap ko.</w:t>
      </w:r>
      <w:r>
        <w:br/>
      </w:r>
      <w:r>
        <w:rPr>
          <w:sz w:val="20"/>
        </w:rPr>
        <w:t>1:40:40  jab mein Adam Garh mein tha to wahan par aik town hai, Anjaan Shaheed. Wahan par aik jalsa tha to wahan par mein gaya tha.</w:t>
      </w:r>
      <w:r>
        <w:br/>
      </w:r>
      <w:r>
        <w:rPr>
          <w:sz w:val="20"/>
        </w:rPr>
        <w:t>1:40:52  is waqt tak mein taqreer nahin karta tha, taqreer karna mujhe aata hi nahin tha. Bilkul dil dehalta tha aur kapkapi taari hoti thi, dimagh hilne lagta tha mein stage par aate hi.</w:t>
      </w:r>
      <w:r>
        <w:br/>
      </w:r>
      <w:r>
        <w:rPr>
          <w:sz w:val="20"/>
        </w:rPr>
        <w:t>1:41:06  lekin logon ne mujhe, kuch logon ne khara kar diya.</w:t>
      </w:r>
      <w:r>
        <w:br/>
      </w:r>
      <w:r>
        <w:rPr>
          <w:sz w:val="20"/>
        </w:rPr>
        <w:t>1:41:10  mein unhon ne taqreer karen ge yeh to mein stage par aaya jab ke mein taqreer karna nahin janta tha. Is waqt tak likhta tha, bas likhta tha.</w:t>
      </w:r>
      <w:r>
        <w:br/>
      </w:r>
      <w:r>
        <w:rPr>
          <w:sz w:val="20"/>
        </w:rPr>
        <w:t>1:41:21  to aik ajeeb mein deewangi ki taari hui, meri deewangi ki taari hui meri.</w:t>
      </w:r>
      <w:r>
        <w:br/>
      </w:r>
      <w:r>
        <w:rPr>
          <w:sz w:val="20"/>
        </w:rPr>
        <w:t>1:41:28  aur mujhe woh yaad aaya ke Hazrat Musa (AS) ne kaha tha Allah taala se ke Khuda mujhe taqreer karna nahin aata. Qad ari'u wa yusallim li lisani</w:t>
      </w:r>
      <w:r>
        <w:br/>
      </w:r>
      <w:r>
        <w:rPr>
          <w:sz w:val="20"/>
        </w:rPr>
        <w:t>1:41:41  Hazrat Musa se jab Allah taala ne farmaya ke jao Firoun ke paas dawat pohnchao to unhon ne yeh kaha tha ke Khudaaya mera seena tang hota hai, meri zuban chalti nahin.</w:t>
      </w:r>
      <w:r>
        <w:br/>
      </w:r>
      <w:r>
        <w:rPr>
          <w:sz w:val="20"/>
        </w:rPr>
        <w:t>1:41:55  Qad ari'u wa yusallim li lisani to mein deewangi ke alam mein khara ho gaya.</w:t>
      </w:r>
      <w:r>
        <w:br/>
      </w:r>
      <w:r>
        <w:rPr>
          <w:sz w:val="20"/>
        </w:rPr>
        <w:t>1:42:03  mein ne kaha Quran Majeed mein is tarah ke jo cheezein hain, woh aik story nahin hai, woh historical sense mein nahin hai ke kabhi aisa ho gaya tha.</w:t>
      </w:r>
      <w:r>
        <w:br/>
      </w:r>
      <w:r>
        <w:rPr>
          <w:sz w:val="20"/>
        </w:rPr>
        <w:t>1:42:15  aaj bhi in ka relevance hai, aaj bhi. To isi deewangi mein mein ne kaha ke aaj bhi koi Khuda ka banda koi khara ho, koi kahe ke Allah</w:t>
      </w:r>
      <w:r>
        <w:br/>
      </w:r>
      <w:r>
        <w:rPr>
          <w:sz w:val="20"/>
        </w:rPr>
        <w:t>1:42:30  to aaj bhi awaz aaye gi Khuda ki taraf se. Laqad</w:t>
      </w:r>
      <w:r>
        <w:br/>
      </w:r>
      <w:r>
        <w:rPr>
          <w:sz w:val="20"/>
        </w:rPr>
        <w:t>1:42:33  ootee rasooluka ya Moosa Quran Majeed mein hai ke Allah taala ne farmaya Laqad ootee rasooluka ya Moosa aey Musa jo tu ne manga woh hum ne de diya tujh ko.</w:t>
      </w:r>
      <w:r>
        <w:br/>
      </w:r>
      <w:r>
        <w:rPr>
          <w:sz w:val="20"/>
        </w:rPr>
        <w:t>1:42:45  to mein deewangi ke alam mein hi mein ne kaha yeh baat ke agar aaj bhi koi Khuda ka banda khara ho aur yeh kahe Allahumma yassir sadri wa la tusallim li lisani to aaj bhi Khuda ki taraf se awaz aaye gi</w:t>
      </w:r>
      <w:r>
        <w:br/>
      </w:r>
      <w:r>
        <w:rPr>
          <w:sz w:val="20"/>
        </w:rPr>
        <w:t>1:43:01  Laqad ootee rasooluka ya Moosa aey mere bande mein ne tujh ko de diya woh cheez jo tu ne manga.</w:t>
      </w:r>
      <w:r>
        <w:br/>
      </w:r>
      <w:r>
        <w:rPr>
          <w:sz w:val="20"/>
        </w:rPr>
        <w:t>1:43:10  is sense mein mein keh raha hoon to yeh jo dua ka jo concept hai, yeh to Islam ke siwa kahin bhi nahin. Khuda aik zinda hasti hai, woh dekhne wala hai, sunne wala hai, janne wala hai, poora karne wala hai.</w:t>
      </w:r>
      <w:r>
        <w:br/>
      </w:r>
      <w:r>
        <w:rPr>
          <w:sz w:val="20"/>
        </w:rPr>
        <w:t>1:43:24  woh God Almighty hai. Woh to</w:t>
      </w:r>
      <w:r>
        <w:br/>
      </w:r>
      <w:r>
        <w:rPr>
          <w:sz w:val="20"/>
        </w:rPr>
        <w:t>1:43:28  jab yeh tasawwur hai, tabhi to aap Khuda se dua karenge. Patthar se kaise dua karenge aap? To dua ka jo jo living concept hai, living concept woh sirf Islam mein hai kyunke Islam mein sachi tauheed hai.</w:t>
      </w:r>
      <w:r>
        <w:br/>
      </w:r>
      <w:r>
        <w:rPr>
          <w:sz w:val="20"/>
        </w:rPr>
        <w:t>1:43:48  woh jo mein ne qissa bataya aap ko, koi larki ne jo kaha tha ke my father is captain of this ship, he is not going to let it sink</w:t>
      </w:r>
      <w:r>
        <w:br/>
      </w:r>
      <w:r>
        <w:rPr>
          <w:sz w:val="20"/>
        </w:rPr>
        <w:t>1:43:57  to woh jo bepanah yaqeen tha us bachi ko, woh bepanah yaqeen aap ko hasil ho jata hai Khuda ke baray mein million time ziyada. Lekin kab hoga?</w:t>
      </w:r>
      <w:r>
        <w:br/>
      </w:r>
      <w:r>
        <w:rPr>
          <w:sz w:val="20"/>
        </w:rPr>
        <w:t>1:44:07  bachi janti thi ke mera aik baap hai, woh captain hai, woh insan hai, woh woh woh woh technology janta hai jahaz chalane ke liye.</w:t>
      </w:r>
      <w:r>
        <w:br/>
      </w:r>
      <w:r>
        <w:rPr>
          <w:sz w:val="20"/>
        </w:rPr>
        <w:t>1:44:17  is ke paas mind hai, yaani ek poori living hasti hai. is ki</w:t>
      </w:r>
      <w:r>
        <w:br/>
      </w:r>
      <w:r>
        <w:rPr>
          <w:sz w:val="20"/>
        </w:rPr>
        <w:t>1:44:22  agar samajhti woh ke mera baap jo hai ek ek pathar ki taraf kahin rakha hua hai, tab nahi keh sakti thi awaz. tab nahi keh sakti thi woh ek lakri ka statue hota to kya woh keh sakti thi bachche is tarah is ke bare mein?</w:t>
      </w:r>
      <w:r>
        <w:br/>
      </w:r>
      <w:r>
        <w:rPr>
          <w:sz w:val="20"/>
        </w:rPr>
        <w:t>1:44:39  to jis tarah se ek living baap tha, is ka living baap aise ek living god chahiye hum ko. tab hum yeh keh sakte hain</w:t>
      </w:r>
    </w:p>
    <w:p>
      <w:pPr>
        <w:pStyle w:val="Heading2"/>
      </w:pPr>
      <w:r>
        <w:t>Islam is religion of peace based on Tawhid</w:t>
      </w:r>
    </w:p>
    <w:p>
      <w:r>
        <w:rPr>
          <w:color w:val="666666"/>
          <w:sz w:val="18"/>
        </w:rPr>
        <w:t>Hajj and Its Application in Daily Life October 20, 2007 Maulana Wahiduddin Khan · 5m 34s · at 23:59 · https://youtu.be/z_FspKZhl5s?t=1439</w:t>
      </w:r>
    </w:p>
    <w:p>
      <w:r>
        <w:rPr>
          <w:i/>
        </w:rPr>
        <w:t>“Allahumma antas salam wa minka salam”</w:t>
      </w:r>
    </w:p>
    <w:p>
      <w:r>
        <w:rPr>
          <w:sz w:val="20"/>
        </w:rPr>
        <w:t>23:59  he said, "Allahumma antas salam wa minka salam, hayyuna Rabbana bislam wa adhkhilla darika daras salam." Just after seeing Kaaba, the Prophet said,</w:t>
      </w:r>
      <w:r>
        <w:br/>
      </w:r>
      <w:r>
        <w:rPr>
          <w:sz w:val="20"/>
        </w:rPr>
        <w:t>24:16  "It means, O God, You are peace</w:t>
      </w:r>
      <w:r>
        <w:br/>
      </w:r>
      <w:r>
        <w:rPr>
          <w:sz w:val="20"/>
        </w:rPr>
        <w:t>24:24  . Peace comes from You. Peace returns to You. O God, let us live the life of peace.</w:t>
      </w:r>
      <w:r>
        <w:br/>
      </w:r>
      <w:r>
        <w:rPr>
          <w:sz w:val="20"/>
        </w:rPr>
        <w:t>24:38  O God, enter us into the home of peace." Do you know what is the home of peace?</w:t>
      </w:r>
      <w:r>
        <w:br/>
      </w:r>
      <w:r>
        <w:rPr>
          <w:sz w:val="20"/>
        </w:rPr>
        <w:t>24:53  There are the verses in the Quran, "Wallahu yadu ila daris salam," and God calls to the home of peace.</w:t>
      </w:r>
      <w:r>
        <w:br/>
      </w:r>
      <w:r>
        <w:rPr>
          <w:sz w:val="20"/>
        </w:rPr>
        <w:t>25:05  So Paradise is the home of peace. Kعبہ is the center of peace. God Himself is peace.</w:t>
      </w:r>
      <w:r>
        <w:br/>
      </w:r>
      <w:r>
        <w:rPr>
          <w:sz w:val="20"/>
        </w:rPr>
        <w:t>25:16  It means that the religion of Islam is the religion of peace.</w:t>
      </w:r>
      <w:r>
        <w:br/>
      </w:r>
      <w:r>
        <w:rPr>
          <w:sz w:val="20"/>
        </w:rPr>
        <w:t>25:22  Islam is a culture of peace. Every part of Islam is based on peace. Why?</w:t>
      </w:r>
      <w:r>
        <w:br/>
      </w:r>
      <w:r>
        <w:rPr>
          <w:sz w:val="20"/>
        </w:rPr>
        <w:t>25:37  I can say that there are two parts of Islam: Tawhid and peace. Tawhid means oneness of God.</w:t>
      </w:r>
      <w:r>
        <w:br/>
      </w:r>
      <w:r>
        <w:rPr>
          <w:sz w:val="20"/>
        </w:rPr>
        <w:t>25:49  Oneness of God is not simply a numerical sense, just like glass. Glass is one, so God is one.</w:t>
      </w:r>
      <w:r>
        <w:br/>
      </w:r>
      <w:r>
        <w:rPr>
          <w:sz w:val="20"/>
        </w:rPr>
        <w:t>25:58  No, it is not simply a numerical sense. God is one means God is unique in every sense of the word.</w:t>
      </w:r>
      <w:r>
        <w:br/>
      </w:r>
      <w:r>
        <w:rPr>
          <w:sz w:val="20"/>
        </w:rPr>
        <w:t>26:16  God is the only Creator</w:t>
      </w:r>
      <w:r>
        <w:br/>
      </w:r>
      <w:r>
        <w:rPr>
          <w:sz w:val="20"/>
        </w:rPr>
        <w:t>26:18  . God is the only Sustainer. God is the only Lord of the Day of Judgment. God is everything.</w:t>
      </w:r>
      <w:r>
        <w:br/>
      </w:r>
      <w:r>
        <w:rPr>
          <w:sz w:val="20"/>
        </w:rPr>
        <w:t>26:28  We are nothing.</w:t>
      </w:r>
      <w:r>
        <w:br/>
      </w:r>
      <w:r>
        <w:rPr>
          <w:sz w:val="20"/>
        </w:rPr>
        <w:t>26:34  So all the life must be centered towards God</w:t>
      </w:r>
      <w:r>
        <w:br/>
      </w:r>
      <w:r>
        <w:rPr>
          <w:sz w:val="20"/>
        </w:rPr>
        <w:t>26:42  . So one aspect of Islam and the basic aspect of Islam is Tawhid.</w:t>
      </w:r>
      <w:r>
        <w:br/>
      </w:r>
      <w:r>
        <w:rPr>
          <w:sz w:val="20"/>
        </w:rPr>
        <w:t>26:53  Then the other aspect is peace. Tawhid is</w:t>
      </w:r>
      <w:r>
        <w:br/>
      </w:r>
      <w:r>
        <w:rPr>
          <w:sz w:val="20"/>
        </w:rPr>
        <w:t>27:03  the ideological aspect of Islam.</w:t>
      </w:r>
      <w:r>
        <w:br/>
      </w:r>
      <w:r>
        <w:rPr>
          <w:sz w:val="20"/>
        </w:rPr>
        <w:t>27:07  Tawhid is the ideological part of Islam and peace is the practical part of Islam.</w:t>
      </w:r>
      <w:r>
        <w:br/>
      </w:r>
      <w:r>
        <w:rPr>
          <w:sz w:val="20"/>
        </w:rPr>
        <w:t>27:18  The ideology of Islam is based on Tawhid. It is true, but without peace, you cannot practice Tawhid.</w:t>
      </w:r>
      <w:r>
        <w:br/>
      </w:r>
      <w:r>
        <w:rPr>
          <w:sz w:val="20"/>
        </w:rPr>
        <w:t>27:31  You are living in a society. You are not living in some island or in a vacuum.</w:t>
      </w:r>
      <w:r>
        <w:br/>
      </w:r>
      <w:r>
        <w:rPr>
          <w:sz w:val="20"/>
        </w:rPr>
        <w:t>27:42  You are living in a society, in a family, in a country. So there are other people.</w:t>
      </w:r>
      <w:r>
        <w:br/>
      </w:r>
      <w:r>
        <w:rPr>
          <w:sz w:val="20"/>
        </w:rPr>
        <w:t>27:50  So</w:t>
      </w:r>
      <w:r>
        <w:br/>
      </w:r>
      <w:r>
        <w:rPr>
          <w:sz w:val="20"/>
        </w:rPr>
        <w:t>27:51  it is a must to establish peace. Otherwise, you cannot live according to the ideology of peace.</w:t>
      </w:r>
      <w:r>
        <w:br/>
      </w:r>
      <w:r>
        <w:rPr>
          <w:sz w:val="20"/>
        </w:rPr>
        <w:t>28:01  Now, it is Muslims' duty to establish peace on an irregular basis.</w:t>
      </w:r>
      <w:r>
        <w:br/>
      </w:r>
      <w:r>
        <w:rPr>
          <w:sz w:val="20"/>
        </w:rPr>
        <w:t>28:14  You know, when you are in Hajj, in Makkah, so during Hajj, you cannot kill anything.</w:t>
      </w:r>
      <w:r>
        <w:br/>
      </w:r>
      <w:r>
        <w:rPr>
          <w:sz w:val="20"/>
        </w:rPr>
        <w:t>28:24  Even a mosquito, even an ant, you are not allowed to kill anything. Why?</w:t>
      </w:r>
      <w:r>
        <w:br/>
      </w:r>
      <w:r>
        <w:rPr>
          <w:sz w:val="20"/>
        </w:rPr>
        <w:t>28:35  Because Hajj is a lesson, a training, a preparation that you must live in peace.</w:t>
      </w:r>
      <w:r>
        <w:br/>
      </w:r>
      <w:r>
        <w:rPr>
          <w:sz w:val="20"/>
        </w:rPr>
        <w:t>28:46  You must establish peace on an irregular basis. Why?</w:t>
      </w:r>
      <w:r>
        <w:br/>
      </w:r>
      <w:r>
        <w:rPr>
          <w:sz w:val="20"/>
        </w:rPr>
        <w:t>28:53  Because without peace, you cannot do anything.</w:t>
      </w:r>
      <w:r>
        <w:br/>
      </w:r>
      <w:r>
        <w:rPr>
          <w:sz w:val="20"/>
        </w:rPr>
        <w:t>29:02  Tawhid or ibadat or akhlaq, all those parts, all those Islamic parts</w:t>
      </w:r>
      <w:r>
        <w:br/>
      </w:r>
      <w:r>
        <w:rPr>
          <w:sz w:val="20"/>
        </w:rPr>
        <w:t>29:14  are not practicable without peace.</w:t>
      </w:r>
      <w:r>
        <w:br/>
      </w:r>
      <w:r>
        <w:rPr>
          <w:sz w:val="20"/>
        </w:rPr>
        <w:t>29:21  So peace is a practical need of Islam and Tawhid is the ideological aspect of Islam.</w:t>
      </w:r>
    </w:p>
    <w:p>
      <w:pPr>
        <w:pStyle w:val="Heading2"/>
      </w:pPr>
      <w:r>
        <w:t>Sandal strap story shows prayer finds solution</w:t>
      </w:r>
    </w:p>
    <w:p>
      <w:r>
        <w:rPr>
          <w:color w:val="666666"/>
          <w:sz w:val="18"/>
        </w:rPr>
        <w:t>Stress Management Jan 25, 2020 - Maulana Wahiduddin Khan · 5m 48s · at 4:57 · https://youtu.be/oK-oYmN2YVA?t=297</w:t>
      </w:r>
    </w:p>
    <w:p>
      <w:r>
        <w:rPr>
          <w:i/>
        </w:rPr>
        <w:t>“Misaal mein ek chhota sa tajriba apna batata hoon”</w:t>
      </w:r>
    </w:p>
    <w:p>
      <w:r>
        <w:rPr>
          <w:sz w:val="20"/>
        </w:rPr>
        <w:t>4:57  misalan mein ek ek chhota sa tajurba apna batata hoon. hai to bohat chhota sa, woh lekin meri zindagi ke mein woh bohat anokha waqea tha.</w:t>
      </w:r>
      <w:r>
        <w:br/>
      </w:r>
      <w:r>
        <w:rPr>
          <w:sz w:val="20"/>
        </w:rPr>
        <w:t>5:12  mein jahan rehta tha, jis gaon mein, us gaon ke</w:t>
      </w:r>
      <w:r>
        <w:br/>
      </w:r>
      <w:r>
        <w:rPr>
          <w:sz w:val="20"/>
        </w:rPr>
        <w:t>5:23  is se taqreeban do mil ke faasle par bazaar tha, sarabir ka bazaar. to hum kabhi kabhi wahan jate thay apne kaam se.</w:t>
      </w:r>
      <w:r>
        <w:br/>
      </w:r>
      <w:r>
        <w:rPr>
          <w:sz w:val="20"/>
        </w:rPr>
        <w:t>5:40  to ek baar ka tajurba woh tha, anokha, woh batata hoon aap ko. ke hamare jo bare bete hain, zafar salam, un ko le kar mein rawana hua apne gaon se</w:t>
      </w:r>
      <w:r>
        <w:br/>
      </w:r>
      <w:r>
        <w:rPr>
          <w:sz w:val="20"/>
        </w:rPr>
        <w:t>6:02  bazaar ki taraf, sarabir ki taraf. to hamare jo bete thay, woh ek chappal pehne hue thay jab hum ja rahe thay, to ek chappal.</w:t>
      </w:r>
      <w:r>
        <w:br/>
      </w:r>
      <w:r>
        <w:rPr>
          <w:sz w:val="20"/>
        </w:rPr>
        <w:t>6:16  beech mein parti thi ek nadi. nadi ke paas jab pohanche to kisi wajah se us ki woh toot gayi.</w:t>
      </w:r>
      <w:r>
        <w:br/>
      </w:r>
      <w:r>
        <w:rPr>
          <w:sz w:val="20"/>
        </w:rPr>
        <w:t>6:29  exactly is ka jo</w:t>
      </w:r>
      <w:r>
        <w:br/>
      </w:r>
      <w:r>
        <w:rPr>
          <w:sz w:val="20"/>
        </w:rPr>
        <w:t>6:33  naam hai, woh mujhe yaad nahi aa raha. baharhal hua yeh ke jab hum woh dono pohanche nadi ke paas, nadi paar kar ke hamein jana tha sarabir, to woh woh jo thi,</w:t>
      </w:r>
      <w:r>
        <w:br/>
      </w:r>
      <w:r>
        <w:rPr>
          <w:sz w:val="20"/>
        </w:rPr>
        <w:t>6:53  woh toot gayi.</w:t>
      </w:r>
      <w:r>
        <w:br/>
      </w:r>
      <w:r>
        <w:rPr>
          <w:sz w:val="20"/>
        </w:rPr>
        <w:t>6:57  ab woh jab toot jaye, strap toot gaya. to ab woh jab toot gaya, woh jab toot jaye to angothe ki pakad mein nahi rehta woh, angotha alag ho jata hai.</w:t>
      </w:r>
      <w:r>
        <w:br/>
      </w:r>
      <w:r>
        <w:rPr>
          <w:sz w:val="20"/>
        </w:rPr>
        <w:t>7:12  woh</w:t>
      </w:r>
      <w:r>
        <w:br/>
      </w:r>
      <w:r>
        <w:rPr>
          <w:sz w:val="20"/>
        </w:rPr>
        <w:t>7:16  to mujhe jana tha sarabir, aur jane ke liye koi wahan koi sazan nahi tha.</w:t>
      </w:r>
      <w:r>
        <w:br/>
      </w:r>
      <w:r>
        <w:rPr>
          <w:sz w:val="20"/>
        </w:rPr>
        <w:t>7:26  na koi</w:t>
      </w:r>
      <w:r>
        <w:br/>
      </w:r>
      <w:r>
        <w:rPr>
          <w:sz w:val="20"/>
        </w:rPr>
        <w:t>7:30  is zamane mein wahan kuch aisa nahi tha ke wahan kuch koi sazan ho. road nahi thi.</w:t>
      </w:r>
      <w:r>
        <w:br/>
      </w:r>
      <w:r>
        <w:rPr>
          <w:sz w:val="20"/>
        </w:rPr>
        <w:t>7:43  to woh alag ho gaya, woh alag ho gaya. to ab mere mind par ek stress pada ke ab kya hoga, ab kaise yahan se sarabir tak jayenge hum.</w:t>
      </w:r>
      <w:r>
        <w:br/>
      </w:r>
      <w:r>
        <w:rPr>
          <w:sz w:val="20"/>
        </w:rPr>
        <w:t>8:02  to ek hadith hai, ek hadith hai ke Allah se mango, yahan tak ke agar tumhare joote ka kya hai woh hadith?</w:t>
      </w:r>
      <w:r>
        <w:br/>
      </w:r>
      <w:r>
        <w:rPr>
          <w:sz w:val="20"/>
        </w:rPr>
        <w:t>8:20  tasma. hatta shsaana aleh. tasma. haan? tasma. haan, tasma. hatta ke tasma toot jaaye to us ko hi maango. matlab woh to mochi ke paas jaana padta hai.</w:t>
      </w:r>
      <w:r>
        <w:br/>
      </w:r>
      <w:r>
        <w:rPr>
          <w:sz w:val="20"/>
        </w:rPr>
        <w:t>8:31  yeh hadees mein hai ke maango. to mujhe woh yeh hadees yaad aayi. aur maine dua karna shuru kiya ke khuda main kya karoon, yahan to koi moti nahi,</w:t>
      </w:r>
      <w:r>
        <w:br/>
      </w:r>
      <w:r>
        <w:rPr>
          <w:sz w:val="20"/>
        </w:rPr>
        <w:t>8:46  koi aadmi nahi.</w:t>
      </w:r>
      <w:r>
        <w:br/>
      </w:r>
      <w:r>
        <w:rPr>
          <w:sz w:val="20"/>
        </w:rPr>
        <w:t>8:51  to zafarsalam ne kya kiya? maine un se kuch kaha nahi, main to dua karta tha ke khuda hai, tasma toot gaya, ab kya karoon?</w:t>
      </w:r>
      <w:r>
        <w:br/>
      </w:r>
      <w:r>
        <w:rPr>
          <w:sz w:val="20"/>
        </w:rPr>
        <w:t>9:02  beech raaste mein. to zafarsalam ne kya kiya ke un ke dil mein kuch aaya hoga, to chappal jo tha woh haath mein le liya.</w:t>
      </w:r>
      <w:r>
        <w:br/>
      </w:r>
      <w:r>
        <w:rPr>
          <w:sz w:val="20"/>
        </w:rPr>
        <w:t>9:16  haath mein. yaani nange paon ho gaye aur chappal haath mein le liya. aur chalne lage.</w:t>
      </w:r>
      <w:r>
        <w:br/>
      </w:r>
      <w:r>
        <w:rPr>
          <w:sz w:val="20"/>
        </w:rPr>
        <w:t>9:28  to maine unhein kuch toka nahi, kyunke main kuch karne ki position mein tha nahi. to hum log isi tarah chalte chalte chalte sarabeer pahunche.</w:t>
      </w:r>
      <w:r>
        <w:br/>
      </w:r>
      <w:r>
        <w:rPr>
          <w:sz w:val="20"/>
        </w:rPr>
        <w:t>9:43  sarabeer pahunche. jo wahan se taqreeban shayad do meel ke faasle par tha.</w:t>
      </w:r>
      <w:r>
        <w:br/>
      </w:r>
      <w:r>
        <w:rPr>
          <w:sz w:val="20"/>
        </w:rPr>
        <w:t>9:54  to yeh ek tajurba hai ke jab stress pada mere mind par to maine kuch kiya nahi, bas dua karne laga. to dua us waqt shuru se ban gayi.</w:t>
      </w:r>
      <w:r>
        <w:br/>
      </w:r>
      <w:r>
        <w:rPr>
          <w:sz w:val="20"/>
        </w:rPr>
        <w:t>10:07  is ka yeh matlab nahi hai ke hamesha aadmi yahi kare, yeh aisa nahi hai.</w:t>
      </w:r>
      <w:r>
        <w:br/>
      </w:r>
      <w:r>
        <w:rPr>
          <w:sz w:val="20"/>
        </w:rPr>
        <w:t>10:19  to un ke dil mein aa gaya bas, yaani joote ka tasma ke aasman se tapka nahi.</w:t>
      </w:r>
      <w:r>
        <w:br/>
      </w:r>
      <w:r>
        <w:rPr>
          <w:sz w:val="20"/>
        </w:rPr>
        <w:t>10:29  un ke dil dil mein aa gaya ke chalo bhai thodi der chalayein, haath mein le lete hain, wahan to mochi mil jayega. yeh bhi ek solution hai.</w:t>
      </w:r>
    </w:p>
    <w:p>
      <w:pPr>
        <w:pStyle w:val="Heading2"/>
      </w:pPr>
      <w:r>
        <w:t>Fear in dawah work, answered by dua and angels' help</w:t>
      </w:r>
    </w:p>
    <w:p>
      <w:r>
        <w:rPr>
          <w:color w:val="666666"/>
          <w:sz w:val="18"/>
        </w:rPr>
        <w:t>Kashmir Dwah Meet November 27, 2011 · 3m 05s · at 1:15:23 · https://youtu.be/1eNX-LJ65so?t=4523</w:t>
      </w:r>
    </w:p>
    <w:p>
      <w:r>
        <w:rPr>
          <w:i/>
        </w:rPr>
        <w:t>“Dawat ke kaam mein mujhko khauf mehsoos hota hai”</w:t>
      </w:r>
    </w:p>
    <w:p>
      <w:r>
        <w:rPr>
          <w:sz w:val="20"/>
        </w:rPr>
        <w:t>1:15:23  maulana, yeh sawal aaya hai Mr. Shafeeq Dar ka</w:t>
      </w:r>
      <w:r>
        <w:br/>
      </w:r>
      <w:r>
        <w:rPr>
          <w:sz w:val="20"/>
        </w:rPr>
        <w:t>1:15:27  Kashmir se. unhon ne likha hai: "dawah ke kaam mein mujh ko kabhi kabhaar bohat khauf mehsoos hota hai, mera dimaagh distract ho jata hai.</w:t>
      </w:r>
      <w:r>
        <w:br/>
      </w:r>
      <w:r>
        <w:rPr>
          <w:sz w:val="20"/>
        </w:rPr>
        <w:t>1:15:38  aisi haalat mein ek da'ee ko kya karna chahiye?" dua, dua, bas aur kuch nahi,</w:t>
      </w:r>
      <w:r>
        <w:br/>
      </w:r>
      <w:r>
        <w:rPr>
          <w:sz w:val="20"/>
        </w:rPr>
        <w:t>1:15:51  aur kuch nahi.</w:t>
      </w:r>
      <w:r>
        <w:br/>
      </w:r>
      <w:r>
        <w:rPr>
          <w:sz w:val="20"/>
        </w:rPr>
        <w:t>1:15:58  da'wah ka jo kaam hai, dua ke baghair nahi ho sakta.</w:t>
      </w:r>
      <w:r>
        <w:br/>
      </w:r>
      <w:r>
        <w:rPr>
          <w:sz w:val="20"/>
        </w:rPr>
        <w:t>1:16:05  har da'ee jo hai, us ko jaan na chahiye ke is ka,</w:t>
      </w:r>
      <w:r>
        <w:br/>
      </w:r>
      <w:r>
        <w:rPr>
          <w:sz w:val="20"/>
        </w:rPr>
        <w:t>1:16:16  is ka da'wati, is ki, is ka da'wati mission jo hai, sirf chal sakta hai us waqt jab farishton ki madad aap ko haasil ho.</w:t>
      </w:r>
      <w:r>
        <w:br/>
      </w:r>
      <w:r>
        <w:rPr>
          <w:sz w:val="20"/>
        </w:rPr>
        <w:t>1:16:28  us ke baad nahi chal sakta,</w:t>
      </w:r>
      <w:r>
        <w:br/>
      </w:r>
      <w:r>
        <w:rPr>
          <w:sz w:val="20"/>
        </w:rPr>
        <w:t>1:16:32  us ke baad mumkin hi nahi hai.</w:t>
      </w:r>
      <w:r>
        <w:br/>
      </w:r>
      <w:r>
        <w:rPr>
          <w:sz w:val="20"/>
        </w:rPr>
        <w:t>1:16:36  to farishton ki madad kab aayegi? jab Allah taala ka hukum hoga. to dua ka matlab hai ke: "Ae Khuda, tu farishton ko mera saathi bana de."</w:t>
      </w:r>
      <w:r>
        <w:br/>
      </w:r>
      <w:r>
        <w:rPr>
          <w:sz w:val="20"/>
        </w:rPr>
        <w:t>1:16:50  hamare jo kaam kar rahe hain, jo log, un ko baar baar yeh tajurba hota hai ke anokhe taur par ek kaam ho gaya. to kis ne kiya? farishton ne kiya.</w:t>
      </w:r>
      <w:r>
        <w:br/>
      </w:r>
      <w:r>
        <w:rPr>
          <w:sz w:val="20"/>
        </w:rPr>
        <w:t>1:16:59  abhi yahan par ek sahib ne apna qissa bataya tha ke airport par woh dakhil hue, waqt kam tha</w:t>
      </w:r>
      <w:r>
        <w:br/>
      </w:r>
      <w:r>
        <w:rPr>
          <w:sz w:val="20"/>
        </w:rPr>
        <w:t>1:17:05  , to ajeeb o ghareeb taur par har ek ne kaha ke: "jaldi aao, jaldi aao!" aur yeh kahan waqea hua? Srinagar ke airport par.</w:t>
      </w:r>
      <w:r>
        <w:br/>
      </w:r>
      <w:r>
        <w:rPr>
          <w:sz w:val="20"/>
        </w:rPr>
        <w:t>1:17:14  mujh se ab tak log batate thay ke Srinagar ke airport par bari checking hoti hai, bohat checking hoti hai. un ko checking ke baghair kehte kehte gaye log, jo wahan par staff tha, aage jaldi jao, waqt kam hai.</w:t>
      </w:r>
      <w:r>
        <w:br/>
      </w:r>
      <w:r>
        <w:rPr>
          <w:sz w:val="20"/>
        </w:rPr>
        <w:t>1:17:28  to is ka kaun kara raha tha? yeh farishte kara rahe thay.</w:t>
      </w:r>
      <w:r>
        <w:br/>
      </w:r>
      <w:r>
        <w:rPr>
          <w:sz w:val="20"/>
        </w:rPr>
        <w:t>1:17:36  aise bohat se waqiat hain hamare sathiyon ke sath ke un usual tor par kaam ban gaya, un usual tor par.</w:t>
      </w:r>
      <w:r>
        <w:br/>
      </w:r>
      <w:r>
        <w:rPr>
          <w:sz w:val="20"/>
        </w:rPr>
        <w:t>1:17:45  woh kaise bana? farishton ki madad se. toh yaad rakhiye, daao work Allah ki nusrat hi se hota hai.</w:t>
      </w:r>
      <w:r>
        <w:br/>
      </w:r>
      <w:r>
        <w:rPr>
          <w:sz w:val="20"/>
        </w:rPr>
        <w:t>1:17:55  Allah ki nusrat ka matlab yeh hai ke farishton ki madad se hota hai. toh jahan bhi aap ko rukawat ho, da</w:t>
      </w:r>
      <w:r>
        <w:br/>
      </w:r>
      <w:r>
        <w:rPr>
          <w:sz w:val="20"/>
        </w:rPr>
        <w:t>1:18:05  ua kijiye. jahan bhi rukawat ho, dua kijiye.</w:t>
      </w:r>
      <w:r>
        <w:br/>
      </w:r>
      <w:r>
        <w:rPr>
          <w:sz w:val="20"/>
        </w:rPr>
        <w:t>1:18:10  yeh yahi is is ka jawab hai. Maulana, yeh sawal kya hai Mukhtar Sahab ne Shopein Kashmir se. unhon ne poocha hai ke: "dawat haqeeqi amal hai ya ibadat?" dawat ibadat hai,</w:t>
      </w:r>
    </w:p>
    <w:p>
      <w:pPr>
        <w:pStyle w:val="Heading2"/>
      </w:pPr>
      <w:r>
        <w:t>Losing followers after the Babri Masjid stance, reciting grief</w:t>
      </w:r>
    </w:p>
    <w:p>
      <w:r>
        <w:rPr>
          <w:color w:val="666666"/>
          <w:sz w:val="18"/>
        </w:rPr>
        <w:t>The Importance of Dua December 15, 2006 · 5m 21s · at 20:37 · https://youtu.be/u4cSEoh_mfY?t=1237</w:t>
      </w:r>
    </w:p>
    <w:p>
      <w:r>
        <w:rPr>
          <w:i/>
        </w:rPr>
        <w:t>“People left me, angry, after the Babri Masjid stance”</w:t>
      </w:r>
    </w:p>
    <w:p>
      <w:r>
        <w:rPr>
          <w:sz w:val="20"/>
        </w:rPr>
        <w:t>20:37  phir ek waqt aaya ke logon ne, bohat se logon ne mera saath chhod diya. Mujh se gussa ho gaye.</w:t>
      </w:r>
      <w:r>
        <w:br/>
      </w:r>
      <w:r>
        <w:rPr>
          <w:sz w:val="20"/>
        </w:rPr>
        <w:t>20:49  khaas tor par us waqt yeh hua jabke Babri Masjid, yaani 6 December 1992 ko jo Babri Masjid dhaai gayi, aur mein ne kaha ke Musalman is par koi protest na karein, sadkon par na aayein,</w:t>
      </w:r>
      <w:r>
        <w:br/>
      </w:r>
      <w:r>
        <w:rPr>
          <w:sz w:val="20"/>
        </w:rPr>
        <w:t>21:05  is maamle ko jalsa juloos ka masla na banayein, to ek taraf se log gussa aa gaye, ghusse mein aa gaye.</w:t>
      </w:r>
      <w:r>
        <w:br/>
      </w:r>
      <w:r>
        <w:rPr>
          <w:sz w:val="20"/>
        </w:rPr>
        <w:t>21:16  to kya hua ke bohat zabardast ek ek daur mera guzra hai chand saal ka, jabke mein lagta tha ke mein akela ho gaya hoon.</w:t>
      </w:r>
      <w:r>
        <w:br/>
      </w:r>
      <w:r>
        <w:rPr>
          <w:sz w:val="20"/>
        </w:rPr>
        <w:t>21:31  kuch log mar gaye the, kuch logon ne saath chhod diya tha, kuch gussa ho gaye the.</w:t>
      </w:r>
      <w:r>
        <w:br/>
      </w:r>
      <w:r>
        <w:rPr>
          <w:sz w:val="20"/>
        </w:rPr>
        <w:t>21:43  to yeh ek waqt mere upar guzra hai. Zaahir hai ke us waqt mein dua karta tha apne mission ke liye ke woh phir se zinda ho, phir se woh log, woh saathi mujhe mil jayein, aur phir se pehle ki tarah se yeh gaadi chal pade.</w:t>
      </w:r>
      <w:r>
        <w:br/>
      </w:r>
      <w:r>
        <w:rPr>
          <w:sz w:val="20"/>
        </w:rPr>
        <w:t>21:59  zaahir hai ke mein subah shaam yeh dua karta tha, lekin lagta tha ke yeh dua qabool nahi ho rahi hai.</w:t>
      </w:r>
      <w:r>
        <w:br/>
      </w:r>
      <w:r>
        <w:rPr>
          <w:sz w:val="20"/>
        </w:rPr>
        <w:t>22:08  yeh dua qabool nahi ho rahi hai.</w:t>
      </w:r>
      <w:r>
        <w:br/>
      </w:r>
      <w:r>
        <w:rPr>
          <w:sz w:val="20"/>
        </w:rPr>
        <w:t>22:13  kyunke jo log mujh se gussa ho gaye the, woh gussa hi rahe. Shayad un mein se koi aadmi phir lauta nahi.</w:t>
      </w:r>
      <w:r>
        <w:br/>
      </w:r>
      <w:r>
        <w:rPr>
          <w:sz w:val="20"/>
        </w:rPr>
        <w:t>22:21  ya to koi mar gaya, koi kahin chala gaya, koi kya hua, kya hua.</w:t>
      </w:r>
      <w:r>
        <w:br/>
      </w:r>
      <w:r>
        <w:rPr>
          <w:sz w:val="20"/>
        </w:rPr>
        <w:t>22:26  bohat hi achhe achhe zehan, bohat achhe achhe log mere saath akatha ho gaye the us waqt, aur sab ne saath chhod diya. Aur mein akela ho gaya.</w:t>
      </w:r>
      <w:r>
        <w:br/>
      </w:r>
      <w:r>
        <w:rPr>
          <w:sz w:val="20"/>
        </w:rPr>
        <w:t>22:36  is zamane mein mein kya karta tha, apni tanhai mein, apne akele mein ek nazm padha karta tha mein. Woh mein batana chahunga aap ko.</w:t>
      </w:r>
      <w:r>
        <w:br/>
      </w:r>
      <w:r>
        <w:rPr>
          <w:sz w:val="20"/>
        </w:rPr>
        <w:t>22:49  dekhiye, ek Irish poet hai, uska naam hai Thomas Moore. Thomas Moore, M O O R E.</w:t>
      </w:r>
      <w:r>
        <w:br/>
      </w:r>
      <w:r>
        <w:rPr>
          <w:sz w:val="20"/>
        </w:rPr>
        <w:t>23:00  uski maut hui hai 1852 mein. Yeh bohat hi well known Irish poet hai, Thomas Moore.</w:t>
      </w:r>
      <w:r>
        <w:br/>
      </w:r>
      <w:r>
        <w:rPr>
          <w:sz w:val="20"/>
        </w:rPr>
        <w:t>23:13  uski ek, uski ek nazm hai, uska naam hai "The</w:t>
      </w:r>
      <w:r>
        <w:br/>
      </w:r>
      <w:r>
        <w:rPr>
          <w:sz w:val="20"/>
        </w:rPr>
        <w:t>23:19  Last Rose of Summer". "The Last Rose of Summer". Is nazm ka</w:t>
      </w:r>
      <w:r>
        <w:br/>
      </w:r>
      <w:r>
        <w:rPr>
          <w:sz w:val="20"/>
        </w:rPr>
        <w:t>23:29  translation kiya tha ek ek Urdu shayar ne. To woh mein padha karta tha.</w:t>
      </w:r>
      <w:r>
        <w:br/>
      </w:r>
      <w:r>
        <w:rPr>
          <w:sz w:val="20"/>
        </w:rPr>
        <w:t>23:40  pehley aap sunein uski asal line ko. Aap zara yeh yeh padh kar suna dijiye, ghira hua hai jo. It is the last rose of summer, left blooming alone.</w:t>
      </w:r>
      <w:r>
        <w:br/>
      </w:r>
      <w:r>
        <w:rPr>
          <w:sz w:val="20"/>
        </w:rPr>
        <w:t>23:52  All her lovely companions are faded and gone. No flower of her kindred, no rosebud is nigh, to reflect back her blushes, to give side for side.</w:t>
      </w:r>
      <w:r>
        <w:br/>
      </w:r>
      <w:r>
        <w:rPr>
          <w:sz w:val="20"/>
        </w:rPr>
        <w:t>24:09  is ka jo Urdu translation tha, woh yeh tha</w:t>
      </w:r>
      <w:r>
        <w:br/>
      </w:r>
      <w:r>
        <w:rPr>
          <w:sz w:val="20"/>
        </w:rPr>
        <w:t>24:16  jo mein padha karta tha. Yeh khula hai khat mein bahaar par, jo chaman ka ghuncha aakhri hai.</w:t>
      </w:r>
      <w:r>
        <w:br/>
      </w:r>
      <w:r>
        <w:rPr>
          <w:sz w:val="20"/>
        </w:rPr>
        <w:t>24:27  ajeeb manzar be kasi, koi gham gusar na hum nashin.</w:t>
      </w:r>
      <w:r>
        <w:br/>
      </w:r>
      <w:r>
        <w:rPr>
          <w:sz w:val="20"/>
        </w:rPr>
        <w:t>24:35  jo khule the phool, woh jhad gaye.</w:t>
      </w:r>
      <w:r>
        <w:br/>
      </w:r>
      <w:r>
        <w:rPr>
          <w:sz w:val="20"/>
        </w:rPr>
        <w:t>24:40  jo khule the phool, woh jhad gaye. jo rafiq the, woh bichhad gaye.</w:t>
      </w:r>
      <w:r>
        <w:br/>
      </w:r>
      <w:r>
        <w:rPr>
          <w:sz w:val="20"/>
        </w:rPr>
        <w:t>24:48  gul na shagufta koi nahin, koi na shagufta kali nahin.</w:t>
      </w:r>
      <w:r>
        <w:br/>
      </w:r>
      <w:r>
        <w:rPr>
          <w:sz w:val="20"/>
        </w:rPr>
        <w:t>24:54  tu ajeeb dard se main is ko parha karta tha. aur main samajhta tha ke my role is over aur main finish ho gaya.</w:t>
      </w:r>
      <w:r>
        <w:br/>
      </w:r>
      <w:r>
        <w:rPr>
          <w:sz w:val="20"/>
        </w:rPr>
        <w:t>25:08  main yeh samajhta tha ke main finish ho gaya. aur main samajhta tha ke meri duaen jo hain, qubool nahin huien.</w:t>
      </w:r>
      <w:r>
        <w:br/>
      </w:r>
      <w:r>
        <w:rPr>
          <w:sz w:val="20"/>
        </w:rPr>
        <w:t>25:21  is dua mein jo log jante hain mujh ko, woh jante hain ke kaisa ajeeb daur tha mera. ke bilkul yahi jo is mein hai,</w:t>
      </w:r>
      <w:r>
        <w:br/>
      </w:r>
      <w:r>
        <w:rPr>
          <w:sz w:val="20"/>
        </w:rPr>
        <w:t>25:33  yeh khula hai khat mein bahaar par, jo chaman ka ghuncha aakhri hai. ajeeb manzar be kasi, koi gham gusar na hum nashin.</w:t>
      </w:r>
      <w:r>
        <w:br/>
      </w:r>
      <w:r>
        <w:rPr>
          <w:sz w:val="20"/>
        </w:rPr>
        <w:t>25:42  jo khule the phool, woh jhad gaye. jo rafiq the, woh bichhad gaye.</w:t>
      </w:r>
      <w:r>
        <w:br/>
      </w:r>
      <w:r>
        <w:rPr>
          <w:sz w:val="20"/>
        </w:rPr>
        <w:t>25:49  gul na shagufta koi nahin, koi na shagufta kali nahin.</w:t>
      </w:r>
      <w:r>
        <w:br/>
      </w:r>
      <w:r>
        <w:rPr>
          <w:sz w:val="20"/>
        </w:rPr>
        <w:t>25:56  lekin</w:t>
      </w:r>
    </w:p>
    <w:p>
      <w:pPr>
        <w:pStyle w:val="Heading2"/>
      </w:pPr>
      <w:r>
        <w:t>Knowledge requires study, not prayer alone</w:t>
      </w:r>
    </w:p>
    <w:p>
      <w:r>
        <w:rPr>
          <w:color w:val="666666"/>
          <w:sz w:val="18"/>
        </w:rPr>
        <w:t>Islam in 21st Century April 3, 2011 · 30s · at 1:08:59 · https://youtu.be/nEyNMORoPc4?t=4139</w:t>
      </w:r>
    </w:p>
    <w:p>
      <w:r>
        <w:rPr>
          <w:i/>
        </w:rPr>
        <w:t>“Sirf dua karte rahen toh ilm nahi aa jayega”</w:t>
      </w:r>
    </w:p>
    <w:p>
      <w:r>
        <w:rPr>
          <w:sz w:val="20"/>
        </w:rPr>
        <w:t>1:08:59  Aap dua karte rahein toh ilm nahin aa jayega.</w:t>
      </w:r>
      <w:r>
        <w:br/>
      </w:r>
      <w:r>
        <w:rPr>
          <w:sz w:val="20"/>
        </w:rPr>
        <w:t>1:09:04  Aap</w:t>
      </w:r>
      <w:r>
        <w:br/>
      </w:r>
      <w:r>
        <w:rPr>
          <w:sz w:val="20"/>
        </w:rPr>
        <w:t>1:09:05  ko study karni padegi, aap ko mehnat karni padegi, aap ko subah se apne ko paak karna padega, apni decoration karni padegi, phir dua karni hai.</w:t>
      </w:r>
      <w:r>
        <w:br/>
      </w:r>
      <w:r>
        <w:rPr>
          <w:sz w:val="20"/>
        </w:rPr>
        <w:t>1:09:16  Aur hadith mein aata hai ke "iqla fat wa kull". Oont ko pehle bandho, phir Allah se jo kehna hai, kaho.</w:t>
      </w:r>
    </w:p>
    <w:p>
      <w:pPr>
        <w:pStyle w:val="Heading2"/>
      </w:pPr>
      <w:r>
        <w:t>Noah's perseverance in spreading truth</w:t>
      </w:r>
    </w:p>
    <w:p>
      <w:r>
        <w:rPr>
          <w:color w:val="666666"/>
          <w:sz w:val="18"/>
        </w:rPr>
        <w:t>Muslims in The Modern Age February 18, 2007 Maulana Wahiduddin Khan · 1m 44s · at 15:23 · https://youtu.be/uaGVfipgIo8?t=923</w:t>
      </w:r>
    </w:p>
    <w:p>
      <w:r>
        <w:rPr>
          <w:i/>
        </w:rPr>
        <w:t>“Prophet Noah lived 950 years spreading the truth.”</w:t>
      </w:r>
    </w:p>
    <w:p>
      <w:r>
        <w:rPr>
          <w:sz w:val="20"/>
        </w:rPr>
        <w:t>15:23  phir aap dekhiye, Hazrat Nuh ka zamana aata hai. Hazrat Nuh jo prophet the, saade nau sau saal tak woh dunya mein rahe.</w:t>
      </w:r>
      <w:r>
        <w:br/>
      </w:r>
      <w:r>
        <w:rPr>
          <w:sz w:val="20"/>
        </w:rPr>
        <w:t>15:35  aur logon ko sachai ki baat batate rahe saade nau sau saal tak. is mein ata himmat milti hai.</w:t>
      </w:r>
      <w:r>
        <w:br/>
      </w:r>
      <w:r>
        <w:rPr>
          <w:sz w:val="20"/>
        </w:rPr>
        <w:t>15:45  ata karj milti hai. ke sainkaron saal tak bhi agar mujhe zindagi mile to mujhe sachai ki baat phailate rehna hai, phailate rehna hai, phailate rehna hai.</w:t>
      </w:r>
      <w:r>
        <w:br/>
      </w:r>
      <w:r>
        <w:rPr>
          <w:sz w:val="20"/>
        </w:rPr>
        <w:t>15:56  kabhi kabhi bhi frustration mein nahin padna hai. kabhi nirasha mein nahin padna hai.</w:t>
      </w:r>
      <w:r>
        <w:br/>
      </w:r>
      <w:r>
        <w:rPr>
          <w:sz w:val="20"/>
        </w:rPr>
        <w:t>16:04  bataiye? nirasha koi sawal nahin. frustration koi sawal nahin. sachai ki baat ko phailate raho, phailate raho, phailate raho.</w:t>
      </w:r>
      <w:r>
        <w:br/>
      </w:r>
      <w:r>
        <w:rPr>
          <w:sz w:val="20"/>
        </w:rPr>
        <w:t>16:12  chahe sainkaron saal beet jayen. kya is se bari koi bakshish ho sakti hai bataiye? jo hadon kya milta hai hamein?</w:t>
      </w:r>
      <w:r>
        <w:br/>
      </w:r>
      <w:r>
        <w:rPr>
          <w:sz w:val="20"/>
        </w:rPr>
        <w:t>16:21  is Allah ke bande ne saade nau sau saal tak aap zara gaur kijiye. sachai ka paigham phailata raha woh.</w:t>
      </w:r>
      <w:r>
        <w:br/>
      </w:r>
      <w:r>
        <w:rPr>
          <w:sz w:val="20"/>
        </w:rPr>
        <w:t>16:30  dua karta raha.</w:t>
      </w:r>
      <w:r>
        <w:br/>
      </w:r>
      <w:r>
        <w:rPr>
          <w:sz w:val="20"/>
        </w:rPr>
        <w:t>16:36  woh banda Khuda kehta hai ke maine in ko public mein kaha, private mein kaha. har jagah kaha, har jagah bataya, samjhaya un ko.</w:t>
      </w:r>
      <w:r>
        <w:br/>
      </w:r>
      <w:r>
        <w:rPr>
          <w:sz w:val="20"/>
        </w:rPr>
        <w:t>16:46  to is mein hum ko ek kitni bari roshni milti hai ke sachai ke message aisi cheez nahin ke aap chhod dein do char din ke andar aur nirasha mein pad jayen.</w:t>
      </w:r>
      <w:r>
        <w:br/>
      </w:r>
      <w:r>
        <w:rPr>
          <w:sz w:val="20"/>
        </w:rPr>
        <w:t>16:56  phailate rahiye, phailate rahiye, phailate rahiye. chahe saade nau sau saal beet jayen. kitna bara message hai jo Hazrat Nuh ke haan milta hai hum ko.</w:t>
      </w:r>
    </w:p>
    <w:p>
      <w:pPr>
        <w:pStyle w:val="Heading2"/>
      </w:pPr>
      <w:r>
        <w:t>practical dawa work through time management and pamphlet distribution</w:t>
      </w:r>
    </w:p>
    <w:p>
      <w:r>
        <w:rPr>
          <w:color w:val="666666"/>
          <w:sz w:val="18"/>
        </w:rPr>
        <w:t>The Age of Deceiving Philosophies I 21 June 2009 · 5m 20s · at 1:58:05 · https://youtu.be/RZCs_8AtCTM?t=7085</w:t>
      </w:r>
    </w:p>
    <w:p>
      <w:r>
        <w:rPr>
          <w:i/>
        </w:rPr>
        <w:t>“You have to learn the art of time management”</w:t>
      </w:r>
    </w:p>
    <w:p>
      <w:r>
        <w:rPr>
          <w:sz w:val="20"/>
        </w:rPr>
        <w:t>1:58:05  to basic cheez jo hai ke you have to learn the art of time management yeh asal cheez hai. doosri baat yeh hai ke aap samajhte hain ke dua koi professional, woh dawah koi professional cheez hai.</w:t>
      </w:r>
      <w:r>
        <w:br/>
      </w:r>
      <w:r>
        <w:rPr>
          <w:sz w:val="20"/>
        </w:rPr>
        <w:t>1:58:18  professional har waqt dua, woh har waqt dawah. dua work ek aisa kaam hai jo har waqt aap kar sakte hain.</w:t>
      </w:r>
      <w:r>
        <w:br/>
      </w:r>
      <w:r>
        <w:rPr>
          <w:sz w:val="20"/>
        </w:rPr>
        <w:t>1:58:28  woh kaise? apne pas ek pamphlet rakh li jiye. hamare chhote chhote, hamare chhote chhote pamphlet chhape hue hain, rakh li jiye.</w:t>
      </w:r>
      <w:r>
        <w:br/>
      </w:r>
      <w:r>
        <w:rPr>
          <w:sz w:val="20"/>
        </w:rPr>
        <w:t>1:58:35  koi milne ayega aap ko, us ko de di jiye. kahin gaye aap, wahan de di jiye. aap market mein gaye, aap bazaar gaye, aap kahin bhi gaye.</w:t>
      </w:r>
      <w:r>
        <w:br/>
      </w:r>
      <w:r>
        <w:rPr>
          <w:sz w:val="20"/>
        </w:rPr>
        <w:t>1:58:47  isi colony mein hum sochte the ke kaise dawah phailai jaye. to hamare ghar ki khawateen ne kya kiya? ghar ki jo aurtein kaam karti hain, un ko de diya.</w:t>
      </w:r>
      <w:r>
        <w:br/>
      </w:r>
      <w:r>
        <w:rPr>
          <w:sz w:val="20"/>
        </w:rPr>
        <w:t>1:58:57  woh ja ke ghar bant rahi hain. to ek mujhe ek nayi discovery ho gayi</w:t>
      </w:r>
      <w:r>
        <w:br/>
      </w:r>
      <w:r>
        <w:rPr>
          <w:sz w:val="20"/>
        </w:rPr>
        <w:t>1:59:01  ۔ discovery yeh ho gayi ke yeh jo kaam karti hain auratain, un mein jhijhak nahi hoti. jhijhak</w:t>
      </w:r>
      <w:r>
        <w:br/>
      </w:r>
      <w:r>
        <w:rPr>
          <w:sz w:val="20"/>
        </w:rPr>
        <w:t>1:59:09  aur jo safed posh log hotay hain, un mein jhijhak hoti hai. to woh aap beshak ja ke un ko de diya, un ko de diya, un ko diya, un ko de diya. to dua work kiya samajhte hain aap?</w:t>
      </w:r>
      <w:r>
        <w:br/>
      </w:r>
      <w:r>
        <w:rPr>
          <w:sz w:val="20"/>
        </w:rPr>
        <w:t>1:59:21  dua work kahin bhi kar sakte hain aap, kahin bhi.</w:t>
      </w:r>
      <w:r>
        <w:br/>
      </w:r>
      <w:r>
        <w:rPr>
          <w:sz w:val="20"/>
        </w:rPr>
        <w:t>1:59:25  aur jab sab cheez chhup ke aa chuki hai kitabon ki shakal mein, to aap bilkul aap apne pocket mein rakh lijiye, apne mez pe rakh lijiye, aur jis se mulaqat hogi, dete rahiye.</w:t>
      </w:r>
      <w:r>
        <w:br/>
      </w:r>
      <w:r>
        <w:rPr>
          <w:sz w:val="20"/>
        </w:rPr>
        <w:t>1:59:36  bas dua work ho gaya.</w:t>
      </w:r>
      <w:r>
        <w:br/>
      </w:r>
      <w:r>
        <w:rPr>
          <w:sz w:val="20"/>
        </w:rPr>
        <w:t>1:59:42  log samajhte hain ke dua work koi bohat hi, yaani koi mysterious cheez hai. mysterious cheez nahi hai.</w:t>
      </w:r>
      <w:r>
        <w:br/>
      </w:r>
      <w:r>
        <w:rPr>
          <w:sz w:val="20"/>
        </w:rPr>
        <w:t>1:59:50  yeh idea mujhe aap se bohat pehle, shayad ba-khatar 70 saal pehle ki baat hogi, ghaliban bohat pehle ki baat. mein Kerala gaya tha ek baar, bohat pehle, yaani azadi se pehle ki baat hai.</w:t>
      </w:r>
      <w:r>
        <w:br/>
      </w:r>
      <w:r>
        <w:rPr>
          <w:sz w:val="20"/>
        </w:rPr>
        <w:t>2:00:03  yeh azadi ko 60 baras ho gaye, yeh waqea azadi se pehle ka hai. to mein gaya Kerala train se safar kar ke, kisi station pe mein utra.</w:t>
      </w:r>
      <w:r>
        <w:br/>
      </w:r>
      <w:r>
        <w:rPr>
          <w:sz w:val="20"/>
        </w:rPr>
        <w:t>2:00:16  mujhe kisi town mein jana tha.</w:t>
      </w:r>
      <w:r>
        <w:br/>
      </w:r>
      <w:r>
        <w:rPr>
          <w:sz w:val="20"/>
        </w:rPr>
        <w:t>2:00:19  hamare baray bhai ka business tha, us business ke liye mujhe wahan bheja tha unhon ne. to mein jab station se utar ke chala to wahan par paidal jana tha, sawari waghera nahi thi.</w:t>
      </w:r>
      <w:r>
        <w:br/>
      </w:r>
      <w:r>
        <w:rPr>
          <w:sz w:val="20"/>
        </w:rPr>
        <w:t>2:00:28  aaj kal ki, aaj to sawari bohat zyada barh gayi hai. to ek customer mere sath, do hum log, do aadmi ho gaye.</w:t>
      </w:r>
      <w:r>
        <w:br/>
      </w:r>
      <w:r>
        <w:rPr>
          <w:sz w:val="20"/>
        </w:rPr>
        <w:t>2:00:38  to baat karte hue hum ja rahe thay. to</w:t>
      </w:r>
      <w:r>
        <w:br/>
      </w:r>
      <w:r>
        <w:rPr>
          <w:sz w:val="20"/>
        </w:rPr>
        <w:t>2:00:43  ek jagah aayi jahan ke road jo hai, idhar jati thi, idhar jati thi. to us ko idhar jana tha, mujhe idhar jana tha. to us ne apne bag mein se ek ek bohat hi beautiful chhupa hua woh nikala,</w:t>
      </w:r>
      <w:r>
        <w:br/>
      </w:r>
      <w:r>
        <w:rPr>
          <w:sz w:val="20"/>
        </w:rPr>
        <w:t>2:00:56  ek chhota sa leaflet mujhe de diya. de kar bhi chala gaya woh. us waqt mere idea thay, mere mind mein tha ke kitna acha tareeqa hai dawat ka</w:t>
      </w:r>
      <w:r>
        <w:br/>
      </w:r>
      <w:r>
        <w:rPr>
          <w:sz w:val="20"/>
        </w:rPr>
        <w:t>2:01:07  ke apne pocket mein, apne bag mein woh rakhe raho aur de do kisi ko. us waqt hamare paas leaflet nahi hua karte thay, booklet bhi nahi hotay thay, hamare paas digital nahi hua karta tha.</w:t>
      </w:r>
      <w:r>
        <w:br/>
      </w:r>
      <w:r>
        <w:rPr>
          <w:sz w:val="20"/>
        </w:rPr>
        <w:t>2:01:19  ab Khuda ki fazl se digital ban gaya hai aur bohat acha chhupa hua maujood hai. to bas aap rakhein apne sath, jo mile us ko dete rahiye, jo mile us ko dete rahiye.</w:t>
      </w:r>
      <w:r>
        <w:br/>
      </w:r>
      <w:r>
        <w:rPr>
          <w:sz w:val="20"/>
        </w:rPr>
        <w:t>2:01:29  matlab distributor ban jaiye, distributor. is se zyada asan kiya ho sakta hai? is se zyada asan to koi cheez nahi hai.</w:t>
      </w:r>
      <w:r>
        <w:br/>
      </w:r>
      <w:r>
        <w:rPr>
          <w:sz w:val="20"/>
        </w:rPr>
        <w:t>2:01:37  to dua work ko dekhiye, printing press ke zamanay mein jab koi aisa literature tayar ho chuka hai to dua work bilkul asan ho gaya hai.</w:t>
      </w:r>
      <w:r>
        <w:br/>
      </w:r>
      <w:r>
        <w:rPr>
          <w:sz w:val="20"/>
        </w:rPr>
        <w:t>2:01:47  kisi ke paas koi excuse nahi hai, koi excuse kisi ke paas nahi. no excuse what so ever. yeh mein apni, yaani mujhe is mein zara bhi shaq nahi ke aaj kisi bhi shakhs ke liye dua work karne ke liye koi excuse baqi nahi hai.</w:t>
      </w:r>
      <w:r>
        <w:br/>
      </w:r>
      <w:r>
        <w:rPr>
          <w:sz w:val="20"/>
        </w:rPr>
        <w:t>2:02:08  kyun ke communication hai, printing press hai, chhupa hua literature hai. to aap ko excuse kis baat ka? kis baat ka excuse bataiye?</w:t>
      </w:r>
      <w:r>
        <w:br/>
      </w:r>
      <w:r>
        <w:rPr>
          <w:sz w:val="20"/>
        </w:rPr>
        <w:t>2:02:21  hamara jo ladki, jo bilkul jahil hai, kuch bilkul illiterate hai, bilkul. to aap ne us ko kar diya ke ja ke woh banto, kitab hai usi colony mein.</w:t>
      </w:r>
      <w:r>
        <w:br/>
      </w:r>
      <w:r>
        <w:rPr>
          <w:sz w:val="20"/>
        </w:rPr>
        <w:t>2:02:35  to kal us ko dream aaya ke woh ek bagh mein hai jahan khoob har taraf woh hain, phal phal hain, do do tod rahi hai us us us us peed se, us peed se.</w:t>
      </w:r>
      <w:r>
        <w:br/>
      </w:r>
      <w:r>
        <w:rPr>
          <w:sz w:val="20"/>
        </w:rPr>
        <w:t>2:02:47  to is ka interpretation mein ne samjha ke ke yahi dua work jo kar rahi hai, wahi wahi hai ke ek bagh hai, yeh jis mein itnay saray ghar hain, har ghar mein ja ja ke woh distribute kar rahi hai dua o kitab.</w:t>
      </w:r>
      <w:r>
        <w:br/>
      </w:r>
      <w:r>
        <w:rPr>
          <w:sz w:val="20"/>
        </w:rPr>
        <w:t>2:03:00  to dawat ek bagh hai, dua work ek bagh</w:t>
      </w:r>
      <w:r>
        <w:br/>
      </w:r>
      <w:r>
        <w:rPr>
          <w:sz w:val="20"/>
        </w:rPr>
        <w:t>2:03:03  hai, bagh ke phalon ko chun lijiye. khula hua bagh hai, ek khula hua garden hai. bas mujhe yeh khwab is ka bohat pasand aaya, bohat acha laga mujhe ke dua work kiya hai ek khulay hue bagh mein.</w:t>
      </w:r>
      <w:r>
        <w:br/>
      </w:r>
      <w:r>
        <w:rPr>
          <w:sz w:val="20"/>
        </w:rPr>
        <w:t>2:03:17  ab aap hain, har taraf phaldar darakht hain, is is is darakht ka phal le lijiye, is darakht ka phal le lijie. simple si baat hai ke aap distributor ban jaiye.</w:t>
      </w:r>
    </w:p>
    <w:p>
      <w:pPr>
        <w:pStyle w:val="Heading2"/>
      </w:pPr>
      <w:r>
        <w:t>Q&amp;A: nothing benefits the dead except their own deeds</w:t>
      </w:r>
    </w:p>
    <w:p>
      <w:r>
        <w:rPr>
          <w:color w:val="666666"/>
          <w:sz w:val="18"/>
        </w:rPr>
        <w:t>Hamd in Action October 19, 2014 · 1m 58s · at 1:09:10 · https://youtu.be/8CnKWzV8aBY?t=4150</w:t>
      </w:r>
    </w:p>
    <w:p>
      <w:r>
        <w:rPr>
          <w:i/>
        </w:rPr>
        <w:t>“Zinda rehne wala mare hue logon ki kuch nahi kar sakta”</w:t>
      </w:r>
    </w:p>
    <w:p>
      <w:r>
        <w:rPr>
          <w:sz w:val="20"/>
        </w:rPr>
        <w:t>1:09:10  maulana, yeh agla question aaya hai miss shahnaz bashir ka karachi pakistan se: "maulana, jo insan is dunya se chala jata hai, to kya hum un ke liye phir kuch nahi kar sakte?" sahi hai,</w:t>
      </w:r>
      <w:r>
        <w:br/>
      </w:r>
      <w:r>
        <w:rPr>
          <w:sz w:val="20"/>
        </w:rPr>
        <w:t>1:09:27  zinda rehne wala mure hue logon ki kuch nahi kar sakta. musalmano, jo esal-e-sawab ka nazariya hai, woh bilkul sar-ta-pa bid'at hai, bilkul absurd hai</w:t>
      </w:r>
      <w:r>
        <w:br/>
      </w:r>
      <w:r>
        <w:rPr>
          <w:sz w:val="20"/>
        </w:rPr>
        <w:t>1:09:40  ke yahan se aap quran khwani karein ya kuch karein to woh esal-e-sawab kehte hain. us ko un ka wahan sawab pahunch gaya ke bilkul bila shifa hai, bilkul hi yaani baseless hai, bid'at hai.</w:t>
      </w:r>
      <w:r>
        <w:br/>
      </w:r>
      <w:r>
        <w:rPr>
          <w:sz w:val="20"/>
        </w:rPr>
        <w:t>1:09:55  aadmi ne maut se pehle jo kuch kiya hai, wahi us ko milega. bas "laysa lilinsani illa ma so" yaani aadmi ke liye wahi hai jis ko jo khud us ne kiya ho.</w:t>
      </w:r>
      <w:r>
        <w:br/>
      </w:r>
      <w:r>
        <w:rPr>
          <w:sz w:val="20"/>
        </w:rPr>
        <w:t>1:10:07  khud</w:t>
      </w:r>
      <w:r>
        <w:br/>
      </w:r>
      <w:r>
        <w:rPr>
          <w:sz w:val="20"/>
        </w:rPr>
        <w:t>1:10:08  "laysa lilinsani illa ma so" yaani aadmi ne khud jo kiya apne liye, wahi us ka hai. baqi aur kuch us ko nahi milne wala hai.</w:t>
      </w:r>
      <w:r>
        <w:br/>
      </w:r>
      <w:r>
        <w:rPr>
          <w:sz w:val="20"/>
        </w:rPr>
        <w:t>1:10:22  to behal, mein poore yaqeen ke sath kehta hoon ke esal-e-sawab ka nazariya sar-ta-pa bid'at hai. is se kuch bhi marne wale ko kuch nahi milta,</w:t>
      </w:r>
      <w:r>
        <w:br/>
      </w:r>
      <w:r>
        <w:rPr>
          <w:sz w:val="20"/>
        </w:rPr>
        <w:t>1:10:36  kuch bhi nahi milta.</w:t>
      </w:r>
      <w:r>
        <w:br/>
      </w:r>
      <w:r>
        <w:rPr>
          <w:sz w:val="20"/>
        </w:rPr>
        <w:t>1:10:38  aap ko agar dard hai to dawat kijiye, esal-e-sawab mat kijiye, dawat kijiye, logon ko jagaiye, logon ko amal par ubhariye, logon ko bataiye ke unhein zindagi ko kis tarah ba-maqsad banana hai.</w:t>
      </w:r>
      <w:r>
        <w:br/>
      </w:r>
      <w:r>
        <w:rPr>
          <w:sz w:val="20"/>
        </w:rPr>
        <w:t>1:10:53  yeh us ka kaam kijiye. esal-e-sawab ke wali se karna yeh koi kaam nahi hai, dawat asal kaam hai, logon ko jagana, logon ko sachai ka ilm dena.</w:t>
      </w:r>
    </w:p>
    <w:p>
      <w:pPr>
        <w:pStyle w:val="Heading2"/>
      </w:pPr>
      <w:r>
        <w:t>Dawah is duty for both men and women</w:t>
      </w:r>
    </w:p>
    <w:p>
      <w:r>
        <w:rPr>
          <w:color w:val="666666"/>
          <w:sz w:val="18"/>
        </w:rPr>
        <w:t>Love of God, Question and Answer 03 May 2009 · 2m 55s · at 4:22 · https://youtu.be/iwHKsGnU7gg?t=262</w:t>
      </w:r>
    </w:p>
    <w:p>
      <w:r>
        <w:rPr>
          <w:i/>
        </w:rPr>
        <w:t>“اسلام میں جہاں تک دعویٰ work کی بات ہے تو عورت مرد کا کوئی فرق نہیں ہے”</w:t>
      </w:r>
    </w:p>
    <w:p>
      <w:r>
        <w:rPr>
          <w:sz w:val="20"/>
        </w:rPr>
        <w:t>4:22  dekhen islam mein jahan tak دعویٰ work ki baat hai to aurat mard ka koi farq nahi hai. ek hi kaam hai jo dono ko karna hai.</w:t>
      </w:r>
      <w:r>
        <w:br/>
      </w:r>
      <w:r>
        <w:rPr>
          <w:sz w:val="20"/>
        </w:rPr>
        <w:t>4:33  apne apne capacity ke mutabiq. jis ki jitni capacity hai</w:t>
      </w:r>
      <w:r>
        <w:br/>
      </w:r>
      <w:r>
        <w:rPr>
          <w:sz w:val="20"/>
        </w:rPr>
        <w:t>4:39  hoti hai us ki zimmedari hai. اتقوا الله ما استطعتم to yeh aadmi khud apne aap yani koi aurat ho ya mard woh khud aas paas ya apne halaat ko soch kar</w:t>
      </w:r>
      <w:r>
        <w:br/>
      </w:r>
      <w:r>
        <w:rPr>
          <w:sz w:val="20"/>
        </w:rPr>
        <w:t>4:55  jaan sakta hai ke main mere bas mein kitna دعویٰ work karna hai. koi bahar se nahi bata sakta aap ko. main is se bhi yeh tay hi kar sakta hoon ke دعویٰ work har aadmi ki, har ek shakhs ki zimmedari hai.</w:t>
      </w:r>
      <w:r>
        <w:br/>
      </w:r>
      <w:r>
        <w:rPr>
          <w:sz w:val="20"/>
        </w:rPr>
        <w:t>5:08  yeh farz kifaya nahi hai, yeh farz ain hai. yeh jo log is ko farz kifaya batatay hain woh bilkul galat kehte hain.</w:t>
      </w:r>
      <w:r>
        <w:br/>
      </w:r>
      <w:r>
        <w:rPr>
          <w:sz w:val="20"/>
        </w:rPr>
        <w:t>5:17  har har aadmi ke jis tarah namaz parhna zimmedari hai, us tarah dawat bhi zimmedari hai is ki. baqi yeh hai ke yeh according to the capacity Quran mein saaf saaf hai ke لا يكلف الله نفسا الا وسعها jitna bas mein hai utni hi zimmedari hai.</w:t>
      </w:r>
      <w:r>
        <w:br/>
      </w:r>
      <w:r>
        <w:rPr>
          <w:sz w:val="20"/>
        </w:rPr>
        <w:t>5:36  bas mein kitna hai yeh aadmi khud jaan sakta hai, doosra aadmi nahi bata sakta. to main ne usay ek ek formula banaya hai ke ke one mind one mission, one mind to mission.</w:t>
      </w:r>
      <w:r>
        <w:br/>
      </w:r>
      <w:r>
        <w:rPr>
          <w:sz w:val="20"/>
        </w:rPr>
        <w:t>5:48  ek aadmi woh hai jo apni poori zindagi laga sakta hai, apne aap ko</w:t>
      </w:r>
      <w:r>
        <w:br/>
      </w:r>
      <w:r>
        <w:rPr>
          <w:sz w:val="20"/>
        </w:rPr>
        <w:t>5:54  poori tarah se dedicate kar sakta hai to woh one mind one mission kaha jayega. aur ek aadmi woh hai ke is tarah apne aap ko dedicate nahi kar sakta to 50 percent woh kare apna, apni jo zindagi ki jo zimmedariyan hain us ko aur 50 percent woh دعویٰ work kare.</w:t>
      </w:r>
      <w:r>
        <w:br/>
      </w:r>
      <w:r>
        <w:rPr>
          <w:sz w:val="20"/>
        </w:rPr>
        <w:t>6:16  meri samajh se yahi do sooraten hain. teesri koi soorat mere sath mere paas nahi hai. haan, agar koi shakhs bilkul hi majboor hai, sach poochhiye, kisi wajah se majboor ho gaya hai to us ke liye kya hai?</w:t>
      </w:r>
      <w:r>
        <w:br/>
      </w:r>
      <w:r>
        <w:rPr>
          <w:sz w:val="20"/>
        </w:rPr>
        <w:t>6:29  dua karna. kisi ke paas</w:t>
      </w:r>
      <w:r>
        <w:br/>
      </w:r>
      <w:r>
        <w:rPr>
          <w:sz w:val="20"/>
        </w:rPr>
        <w:t>6:34  dua karna is ke liye. is zamane mein daawa work itna aasan hai ke literature mein sab baat aa gayi hai. aap literature rakhiye ho, is ko phailaiye.</w:t>
      </w:r>
      <w:r>
        <w:br/>
      </w:r>
      <w:r>
        <w:rPr>
          <w:sz w:val="20"/>
        </w:rPr>
        <w:t>6:44  is ki zaroorat nahi ke aap speaker hon, aap writer hon. bohat hi aasan hai is zamane mein</w:t>
      </w:r>
      <w:r>
        <w:br/>
      </w:r>
      <w:r>
        <w:rPr>
          <w:sz w:val="20"/>
        </w:rPr>
        <w:t>6:51  daawa work karna. literature rakhiye, aap ko do do waraq ke bhi hain, leaflet bhi hain, aur pamphlet bhi hai, kitaab bhi hai, aur jahan jaisa ho waisa phailaiye.</w:t>
      </w:r>
      <w:r>
        <w:br/>
      </w:r>
      <w:r>
        <w:rPr>
          <w:sz w:val="20"/>
        </w:rPr>
        <w:t>7:05  to kisi ke liye koi excuse nahi raha hai.</w:t>
      </w:r>
      <w:r>
        <w:br/>
      </w:r>
      <w:r>
        <w:rPr>
          <w:sz w:val="20"/>
        </w:rPr>
        <w:t>7:08  koi excuse nahi hai. ya to aadmi one mind one mission bane ya one mind to mission bane.</w:t>
      </w:r>
    </w:p>
    <w:p>
      <w:pPr>
        <w:pStyle w:val="Heading2"/>
      </w:pPr>
      <w:r>
        <w:t>Full case: prophets prayed in their mother tongues, not Arabic</w:t>
      </w:r>
    </w:p>
    <w:p>
      <w:r>
        <w:rPr>
          <w:color w:val="666666"/>
          <w:sz w:val="18"/>
        </w:rPr>
        <w:t>What is Dua (Only Lecture) April 26, 2009 Maulana Wahiduddin Khan · 4m 31s · at 15:52 · https://youtu.be/JxIR0o_C7GM?t=952</w:t>
      </w:r>
    </w:p>
    <w:p>
      <w:r>
        <w:rPr>
          <w:i/>
        </w:rPr>
        <w:t>“Paighambar ki dua bhi madri zabaan mein hoti thi”</w:t>
      </w:r>
    </w:p>
    <w:p>
      <w:r>
        <w:rPr>
          <w:sz w:val="20"/>
        </w:rPr>
        <w:t>15:52  dekhiye, main ek baat arz karoon. aam taur par log samajhte hain ke rasool ki jo duaen hain, us ko yaad kar lo to sab se bari dua wahi hai. ye bhi ek fallacy hai.</w:t>
      </w:r>
      <w:r>
        <w:br/>
      </w:r>
      <w:r>
        <w:rPr>
          <w:sz w:val="20"/>
        </w:rPr>
        <w:t>16:04  yani peghambar ki jo duaen hain,</w:t>
      </w:r>
      <w:r>
        <w:br/>
      </w:r>
      <w:r>
        <w:rPr>
          <w:sz w:val="20"/>
        </w:rPr>
        <w:t>16:09  un ko rat kar lo, us ko yaad karo, us ko kaho to wahi sab se bari dua hai.</w:t>
      </w:r>
      <w:r>
        <w:br/>
      </w:r>
      <w:r>
        <w:rPr>
          <w:sz w:val="20"/>
        </w:rPr>
        <w:t>16:14  dekhen, ye bohat bari fallacy hai.</w:t>
      </w:r>
      <w:r>
        <w:br/>
      </w:r>
      <w:r>
        <w:rPr>
          <w:sz w:val="20"/>
        </w:rPr>
        <w:t>16:18  peghambar ki dua bhi madri zaban mein hoti thi. ye kehna hai ke arabi zaban mein hoti thi, ye bhi baat ko na samajhna hai.</w:t>
      </w:r>
      <w:r>
        <w:br/>
      </w:r>
      <w:r>
        <w:rPr>
          <w:sz w:val="20"/>
        </w:rPr>
        <w:t>16:30  peghambar ki zaban jo hai, wo arabi zaban mein nahi hoti thi. in fact, ye apni mother tongue mein hoti thi.</w:t>
      </w:r>
      <w:r>
        <w:br/>
      </w:r>
      <w:r>
        <w:rPr>
          <w:sz w:val="20"/>
        </w:rPr>
        <w:t>16:42  is baat ko sochiye, aap</w:t>
      </w:r>
      <w:r>
        <w:br/>
      </w:r>
      <w:r>
        <w:rPr>
          <w:sz w:val="20"/>
        </w:rPr>
        <w:t>16:46  ye baat main is liye keh raha hoon ke rasool Allah ke bare mein to aap kahein ke aap arabi mein aap ne dua ki, arabi mein. lekin doosre peghambaron ko aap kya kahein ge?</w:t>
      </w:r>
      <w:r>
        <w:br/>
      </w:r>
      <w:r>
        <w:rPr>
          <w:sz w:val="20"/>
        </w:rPr>
        <w:t>16:58  kya doosre peghambar bhi arabi mein dua karte the? jabke quran mein saaf saaf hai ke "wa arsalna bi rasoolin min qaumin".</w:t>
      </w:r>
      <w:r>
        <w:br/>
      </w:r>
      <w:r>
        <w:rPr>
          <w:sz w:val="20"/>
        </w:rPr>
        <w:t>17:10  har qaum, jis qaum mein peghambar aata tha, usi qaum ki zaban, us ki zaban hoti thi.</w:t>
      </w:r>
      <w:r>
        <w:br/>
      </w:r>
      <w:r>
        <w:rPr>
          <w:sz w:val="20"/>
        </w:rPr>
        <w:t>17:17  to is ko chhod kar ke arabi mein dua kare ga peghambar?</w:t>
      </w:r>
      <w:r>
        <w:br/>
      </w:r>
      <w:r>
        <w:rPr>
          <w:sz w:val="20"/>
        </w:rPr>
        <w:t>17:23  har peghambar ki dua apni madri zaban mein hoti thi. rasool Allah ki zaban arabi thi, madri.</w:t>
      </w:r>
      <w:r>
        <w:br/>
      </w:r>
      <w:r>
        <w:rPr>
          <w:sz w:val="20"/>
        </w:rPr>
        <w:t>17:31  to aap arabi mein alfaaz nikle, aap ke munh se. doosre peghambaron ki jo zaban thi, us mein wo nikle. wo naqal hua quran mein, wo arabi mein.</w:t>
      </w:r>
      <w:r>
        <w:br/>
      </w:r>
      <w:r>
        <w:rPr>
          <w:sz w:val="20"/>
        </w:rPr>
        <w:t>17:42  misalan hazrat ibrahim ne farmaya ke "waiza maridtu fa huwa yashfeen".</w:t>
      </w:r>
      <w:r>
        <w:br/>
      </w:r>
      <w:r>
        <w:rPr>
          <w:sz w:val="20"/>
        </w:rPr>
        <w:t>17:50  jab mein beemar hota hoon to khuda mujhe shifa deta hai. kya aap samajhte hain ke yeh arabi lafz bole the hazrat ibrahim? kabhi nahin.</w:t>
      </w:r>
      <w:r>
        <w:br/>
      </w:r>
      <w:r>
        <w:rPr>
          <w:sz w:val="20"/>
        </w:rPr>
        <w:t>18:02  jo un ki zaban thi, woh us waqt us mein bole the. woh naqal hua hai quran mein, woh arabi zaban mein.</w:t>
      </w:r>
      <w:r>
        <w:br/>
      </w:r>
      <w:r>
        <w:rPr>
          <w:sz w:val="20"/>
        </w:rPr>
        <w:t>18:13  to yeh kuch log aisi taqreerein karte hain ke arabi mein jo peghambar ki zaban aayi hai, us ne khuda tak rasta bana diya hai.</w:t>
      </w:r>
      <w:r>
        <w:br/>
      </w:r>
      <w:r>
        <w:rPr>
          <w:sz w:val="20"/>
        </w:rPr>
        <w:t>18:23  bas isi ko dohrao aur bilkul isi pattern pe, isi track pe chalte chalte dua khuda tak pahunch jayegi. yeh sab bilkul bogus baatein hain.</w:t>
      </w:r>
      <w:r>
        <w:br/>
      </w:r>
      <w:r>
        <w:rPr>
          <w:sz w:val="20"/>
        </w:rPr>
        <w:t>18:35  koi shabd, koi lafz, koi rasta nahin banata, koi patri nahin banata.</w:t>
      </w:r>
      <w:r>
        <w:br/>
      </w:r>
      <w:r>
        <w:rPr>
          <w:sz w:val="20"/>
        </w:rPr>
        <w:t>18:43  bilkul anokhe qism ki gumrahiyan hum sab mein phaili hui hain. isi liye logon ko woh zaban, woh dua nahin kehne ki tofeeq milti jo dilon ko phaad deti hai, jis mein seenay mein se ek samandar ubal parta hai.</w:t>
      </w:r>
      <w:r>
        <w:br/>
      </w:r>
      <w:r>
        <w:rPr>
          <w:sz w:val="20"/>
        </w:rPr>
        <w:t>19:02  bas ratte hue alfaaz dohrate rehte hain. woh dua hi nahin hai, woh to computer, computer type ki dua hai. woh</w:t>
      </w:r>
      <w:r>
        <w:br/>
      </w:r>
      <w:r>
        <w:rPr>
          <w:sz w:val="20"/>
        </w:rPr>
        <w:t>19:15  har nabi ki zaban apni qaum ki zaban hoti thi. har nabi, har nabi ki madri zaban woh hoti thi jahan woh paida hua hai.</w:t>
      </w:r>
      <w:r>
        <w:br/>
      </w:r>
      <w:r>
        <w:rPr>
          <w:sz w:val="20"/>
        </w:rPr>
        <w:t>19:26  isi zaban mein woh bolta tha, isi zaban mein woh,</w:t>
      </w:r>
      <w:r>
        <w:br/>
      </w:r>
      <w:r>
        <w:rPr>
          <w:sz w:val="20"/>
        </w:rPr>
        <w:t>19:33  isi zaban mein woh dua karta tha.</w:t>
      </w:r>
      <w:r>
        <w:br/>
      </w:r>
      <w:r>
        <w:rPr>
          <w:sz w:val="20"/>
        </w:rPr>
        <w:t>19:45  yeh baat mein is liye keh raha hoon ke aam taur par log yeh samajhte hain ke dua kitaab le lete hain, bazaar se khareed lete hain, aur isi ko ratte rehte hain, ratte rehte hain, aur wohi dohrate rehte hain.</w:t>
      </w:r>
      <w:r>
        <w:br/>
      </w:r>
      <w:r>
        <w:rPr>
          <w:sz w:val="20"/>
        </w:rPr>
        <w:t>19:56  to unhein dua ka test hi nahin milta.</w:t>
      </w:r>
      <w:r>
        <w:br/>
      </w:r>
      <w:r>
        <w:rPr>
          <w:sz w:val="20"/>
        </w:rPr>
        <w:t>20:01  dua ka test nahin milta. woh khuda se nearness ka un ko experience nahin hota.</w:t>
      </w:r>
      <w:r>
        <w:br/>
      </w:r>
      <w:r>
        <w:rPr>
          <w:sz w:val="20"/>
        </w:rPr>
        <w:t>20:12  yeh ek technical dua hoti hai, computer type ki dua hoti hai, ek remote jaisa dua karo, woh dua hoti hai. yeh</w:t>
      </w:r>
    </w:p>
    <w:p>
      <w:pPr>
        <w:pStyle w:val="Heading2"/>
      </w:pPr>
      <w:r>
        <w:t>Prayer alone won't change you, introspection is required</w:t>
      </w:r>
    </w:p>
    <w:p>
      <w:r>
        <w:rPr>
          <w:color w:val="666666"/>
          <w:sz w:val="18"/>
        </w:rPr>
        <w:t>Dars e Quran December 5, 2006 Maulana Wahiduddin Khan · 2m 59s · at 1:40:56 · https://youtu.be/09Bs9GKXrL0?t=6056</w:t>
      </w:r>
    </w:p>
    <w:p>
      <w:r>
        <w:rPr>
          <w:i/>
        </w:rPr>
        <w:t>“دعا کے الفاظ دہرا دیے تو صراط مستقیم مل جائے، ایسا کبھی نہیں ہوگا”</w:t>
      </w:r>
    </w:p>
    <w:p>
      <w:r>
        <w:rPr>
          <w:sz w:val="20"/>
        </w:rPr>
        <w:t>1:40:56  yeh bhi achhi tarah samajhna chahiye ke yeh dua ke alfaaz hum ne dohra diye aur us ke baad sirat-e-mustaqeem mil gayi hum ko. aisa kabhi bhi nahi hoga. saath saath humein muhasba karna padega.</w:t>
      </w:r>
      <w:r>
        <w:br/>
      </w:r>
      <w:r>
        <w:rPr>
          <w:sz w:val="20"/>
        </w:rPr>
        <w:t>1:41:07  yani introspection. dua ke saath saath introspection. yaad rakhiye, dua aur apna jo is mein karna hai, woh 50-50 ka ratio hota hai.</w:t>
      </w:r>
      <w:r>
        <w:br/>
      </w:r>
      <w:r>
        <w:rPr>
          <w:sz w:val="20"/>
        </w:rPr>
        <w:t>1:41:20  yani 50 fisad dua hai, 50 fisad apni mehnat hai.</w:t>
      </w:r>
      <w:r>
        <w:br/>
      </w:r>
      <w:r>
        <w:rPr>
          <w:sz w:val="20"/>
        </w:rPr>
        <w:t>1:41:27  yani ab jab aap yeh dua karen ke Khuda ya humein sirat-e-mustaqeem de, to saath saath aap ka zehn khoob bedaar rehna chahiye introspection ke liye.</w:t>
      </w:r>
      <w:r>
        <w:br/>
      </w:r>
      <w:r>
        <w:rPr>
          <w:sz w:val="20"/>
        </w:rPr>
        <w:t>1:41:39  har mauqe par aap sochen, apna ehsaab karen, apna muhasba karen ke maine kya kiya, kya nahi kiya.</w:t>
      </w:r>
      <w:r>
        <w:br/>
      </w:r>
      <w:r>
        <w:rPr>
          <w:sz w:val="20"/>
        </w:rPr>
        <w:t>1:41:47  sahih tareeqa yeh hai ke har din jab shaam ko aadmi lete bistar par, to din bhar ke bare mein soche woh ke aaj jo maine kiya, woh kya sahi tha ya galat.</w:t>
      </w:r>
      <w:r>
        <w:br/>
      </w:r>
      <w:r>
        <w:rPr>
          <w:sz w:val="20"/>
        </w:rPr>
        <w:t>1:41:58  yani zabaan ka istemal maine sahi kiya ya galat kiya, aankh ka istemal sahi kiya ya galat kiya, haath paon ka istemal sahi kiya ya galat kiya.</w:t>
      </w:r>
      <w:r>
        <w:br/>
      </w:r>
      <w:r>
        <w:rPr>
          <w:sz w:val="20"/>
        </w:rPr>
        <w:t>1:42:09  yeh us ko kehte hain muhasba, introspection. to</w:t>
      </w:r>
      <w:r>
        <w:br/>
      </w:r>
      <w:r>
        <w:rPr>
          <w:sz w:val="20"/>
        </w:rPr>
        <w:t>1:42:13  sirf yeh hai ke aap dua ke alfaaz dohra den, to us se kabhi bhi sirat-e-mustaqeem nahi milne wali hai. aap ko saath saath introspection karna padega, muhasba karna padega, sochte rehna padega,</w:t>
      </w:r>
      <w:r>
        <w:br/>
      </w:r>
      <w:r>
        <w:rPr>
          <w:sz w:val="20"/>
        </w:rPr>
        <w:t>1:42:28  revision karna padega apni zindagi ka. revision.</w:t>
      </w:r>
      <w:r>
        <w:br/>
      </w:r>
      <w:r>
        <w:rPr>
          <w:sz w:val="20"/>
        </w:rPr>
        <w:t>1:42:34  apni soch, apni speech, apna action, har cheez par koi revise karna padega. yeh bahut hi important baat hai.</w:t>
      </w:r>
      <w:r>
        <w:br/>
      </w:r>
      <w:r>
        <w:rPr>
          <w:sz w:val="20"/>
        </w:rPr>
        <w:t>1:42:43  hum ne bahut se log dekhe hain ke bas woh dua karte rehte hain, dua karte rehte hain aur hota kuch bhi nahi. koi islaah nahi hoti in ki. zindagi badalti nahi in ki.</w:t>
      </w:r>
      <w:r>
        <w:br/>
      </w:r>
      <w:r>
        <w:rPr>
          <w:sz w:val="20"/>
        </w:rPr>
        <w:t>1:42:54  in ki zindagi mein koi inqilaab nahi aata. yeh kyun aisa hota hai? dua ke alfaaz to apni zabaan se dohraaye unhon ne, lekin us ke jo aur taqaze the, us ko poora nahi kiya.</w:t>
      </w:r>
      <w:r>
        <w:br/>
      </w:r>
      <w:r>
        <w:rPr>
          <w:sz w:val="20"/>
        </w:rPr>
        <w:t>1:43:07  woh tha ke apni zindagi ko narsani, apni zindagi ko revise karna, hamesha re-assess karna, hamesha introspection karna, yeh kiya nahi.</w:t>
      </w:r>
      <w:r>
        <w:br/>
      </w:r>
      <w:r>
        <w:rPr>
          <w:sz w:val="20"/>
        </w:rPr>
        <w:t>1:43:18  to dua koi automatic taur par aap ko theek nahi kar degi. aisa nahi hai ke dua kiya aur sab kuch theek thaak ho gaya. dua ke saath saath aap ko apna jo karna hai, woh bhi karna padega.</w:t>
      </w:r>
      <w:r>
        <w:br/>
      </w:r>
      <w:r>
        <w:rPr>
          <w:sz w:val="20"/>
        </w:rPr>
        <w:t>1:43:34  quran mein hai ke "الہ یسعد الکلم الطیب والعمل الصالحیرفہ" "الہ یسعد الکلم الطیب والعمل الصالحیرفہ" yani Khuda ki taraf pahunchte hain achhe kalmaat, achhi dua aur amal saleh us ko upar le aata hai.</w:t>
      </w:r>
    </w:p>
    <w:p>
      <w:pPr>
        <w:pStyle w:val="Heading2"/>
      </w:pPr>
      <w:r>
        <w:t>Muslims must learn from warnings like Yathrib</w:t>
      </w:r>
    </w:p>
    <w:p>
      <w:r>
        <w:rPr>
          <w:color w:val="666666"/>
          <w:sz w:val="18"/>
        </w:rPr>
        <w:t>Natural Warning April 17, 2016 · 3m 18s · at 12:11 · https://youtu.be/fSNOpwgzcss?t=731</w:t>
      </w:r>
    </w:p>
    <w:p>
      <w:r>
        <w:rPr>
          <w:i/>
        </w:rPr>
        <w:t>“I believe this same event is happening to Muslims today.”</w:t>
      </w:r>
    </w:p>
    <w:p>
      <w:r>
        <w:rPr>
          <w:sz w:val="20"/>
        </w:rPr>
        <w:t>12:11  to main samajhta hoon keh maujoodah zamanay mein yahi waqea Musalmanon ke sath paish aa raha hai. yani boss bar bar aati hai Musalmanon ke oopar.</w:t>
      </w:r>
      <w:r>
        <w:br/>
      </w:r>
      <w:r>
        <w:rPr>
          <w:sz w:val="20"/>
        </w:rPr>
        <w:t>12:24  is taakeh woh soche, soche, soche. lekin abhi tak to kam az kam is ke asaar nahi hain keh woh soch rahe hain.</w:t>
      </w:r>
      <w:r>
        <w:br/>
      </w:r>
      <w:r>
        <w:rPr>
          <w:sz w:val="20"/>
        </w:rPr>
        <w:t>12:35  boss aa rahi hai lekin tazarrru nahi aa raha. woh kaise?</w:t>
      </w:r>
      <w:r>
        <w:br/>
      </w:r>
      <w:r>
        <w:rPr>
          <w:sz w:val="20"/>
        </w:rPr>
        <w:t>12:43  dekhein Musalmanon ne maujoodah zamanay mein jihad ke naam par ladaaiyan chhodin. colonialism ke khilaaf, Zionism ke khilaaf, Muslim conspirators, Muslim enemy ke khilaaf.</w:t>
      </w:r>
      <w:r>
        <w:br/>
      </w:r>
      <w:r>
        <w:rPr>
          <w:sz w:val="20"/>
        </w:rPr>
        <w:t>13:04  is tarah ki ladaaiyon mein taqreeban do sau saal beet gaye hain. do sau saal. yani Sultan Tipu lartay hue maaray gaye thay satrah sau nananway mein.</w:t>
      </w:r>
      <w:r>
        <w:br/>
      </w:r>
      <w:r>
        <w:rPr>
          <w:sz w:val="20"/>
        </w:rPr>
        <w:t>13:19  to muarikhin isi waqay ko shumar karte hain, beginning.</w:t>
      </w:r>
      <w:r>
        <w:br/>
      </w:r>
      <w:r>
        <w:rPr>
          <w:sz w:val="20"/>
        </w:rPr>
        <w:t>13:25  to ghore kijiye keh do saal ki, do sau saal ki khoni jang se Musalmanon ko kamilah haqeeqat yeh hai keh kuch bhi nahi mila siwaye tabaahi ke, siwaye tabaahi ke, siwaye tabaahi ke.</w:t>
      </w:r>
      <w:r>
        <w:br/>
      </w:r>
      <w:r>
        <w:rPr>
          <w:sz w:val="20"/>
        </w:rPr>
        <w:t>13:42  aap Musalmanon ki kisi majlis mein baithiye, Musalmanon ki kitaab parhiye, un ki magazine hain, un ke akhbar ko dekhiye. har jagah yahi bataya jata, bataya ja raha hoga keh Musalmanon par zulm ho raha hai, Musalmanon par zulm ho raha hai, Musalmanon par zulm ho raha hai.</w:t>
      </w:r>
      <w:r>
        <w:br/>
      </w:r>
      <w:r>
        <w:rPr>
          <w:sz w:val="20"/>
        </w:rPr>
        <w:t>13:57  yeh zulm kiya hai?</w:t>
      </w:r>
      <w:r>
        <w:br/>
      </w:r>
      <w:r>
        <w:rPr>
          <w:sz w:val="20"/>
        </w:rPr>
        <w:t>14:01  They are paying the price of their misplanning.</w:t>
      </w:r>
      <w:r>
        <w:br/>
      </w:r>
      <w:r>
        <w:rPr>
          <w:sz w:val="20"/>
        </w:rPr>
        <w:t>14:09  yani Khuda ki taraf se boss aa rahi hai, yani warning aa rahi hai. woh sochte nahi.</w:t>
      </w:r>
      <w:r>
        <w:br/>
      </w:r>
      <w:r>
        <w:rPr>
          <w:sz w:val="20"/>
        </w:rPr>
        <w:t>14:19  woh sochte nahi.</w:t>
      </w:r>
      <w:r>
        <w:br/>
      </w:r>
      <w:r>
        <w:rPr>
          <w:sz w:val="20"/>
        </w:rPr>
        <w:t>14:24  to shuru kiya tha unhon ne colonialism ke khilaf, phir zionism ke khilaf, phir muslim enemy ke khilaf, phir muslim conspirators ke khilaf.</w:t>
      </w:r>
      <w:r>
        <w:br/>
      </w:r>
      <w:r>
        <w:rPr>
          <w:sz w:val="20"/>
        </w:rPr>
        <w:t>14:37  is tarah ki ladaaiyan chalti rahin aur taqreeban do sau saal beet gae. Beshumar jaanen is mein halak huin, beshumar maal is mein tabah hua.</w:t>
      </w:r>
      <w:r>
        <w:br/>
      </w:r>
      <w:r>
        <w:rPr>
          <w:sz w:val="20"/>
        </w:rPr>
        <w:t>14:51  jo kuch tha musalmanon ke paas woh bhi khoya gaya.</w:t>
      </w:r>
      <w:r>
        <w:br/>
      </w:r>
      <w:r>
        <w:rPr>
          <w:sz w:val="20"/>
        </w:rPr>
        <w:t>14:58  to yeh nuqsan jo hai yeh yeh bomb hai, yeh nuqsan jo hai yeh yeh is khudaai saib hai jo musalmanon ke sar par gir raha hai. Saib ki baarish hai jo musalmanon ke sar par ho rahi hai.</w:t>
      </w:r>
      <w:r>
        <w:br/>
      </w:r>
      <w:r>
        <w:rPr>
          <w:sz w:val="20"/>
        </w:rPr>
        <w:t>15:12  ke socho, socho, socho.</w:t>
      </w:r>
      <w:r>
        <w:br/>
      </w:r>
      <w:r>
        <w:rPr>
          <w:sz w:val="20"/>
        </w:rPr>
        <w:t>15:18  to woh sochta kya hai? Woh sochta yeh hai ke wohi karo jo is se pehle Yarab ne kiya tha.</w:t>
      </w:r>
    </w:p>
    <w:p>
      <w:pPr>
        <w:pStyle w:val="Heading2"/>
      </w:pPr>
      <w:r>
        <w:t>Deep love with God produces intimate whispered prayers</w:t>
      </w:r>
    </w:p>
    <w:p>
      <w:r>
        <w:rPr>
          <w:color w:val="666666"/>
          <w:sz w:val="18"/>
        </w:rPr>
        <w:t>Love of God April 10, 2011 · 2m 25s · at 42:36 · https://youtu.be/Pt1wxMp7nvE?t=2556</w:t>
      </w:r>
    </w:p>
    <w:p>
      <w:r>
        <w:rPr>
          <w:i/>
        </w:rPr>
        <w:t>“اللہ سے گہرا تعلق ہو تو عجیب طریقے سے سرگوشی ہونے لگتی ہے”</w:t>
      </w:r>
    </w:p>
    <w:p>
      <w:r>
        <w:rPr>
          <w:sz w:val="20"/>
        </w:rPr>
        <w:t>42:36  abhi aik sahib se mein keh raha tha kuch logon se ke dekhen agar aap ko Allah se gehra taluq paida ho jaye to aap ajeeb ghareeb tareeqay se aap se Allah taala se sargoshi hone lagti hain.</w:t>
      </w:r>
      <w:r>
        <w:br/>
      </w:r>
      <w:r>
        <w:rPr>
          <w:sz w:val="20"/>
        </w:rPr>
        <w:t>42:52  hadith ma'al-ta'ala-al-ibad banda aur Khuda ke darmiyan whisper hota hai. baaten hoti hain.</w:t>
      </w:r>
      <w:r>
        <w:br/>
      </w:r>
      <w:r>
        <w:rPr>
          <w:sz w:val="20"/>
        </w:rPr>
        <w:t>43:01  to mein ne kaha ke woh us waqt aap aise alfaaz nikalne lagte hain jo aam halaat mein nahin niklen gay. woh taluq niklwata hai.</w:t>
      </w:r>
      <w:r>
        <w:br/>
      </w:r>
      <w:r>
        <w:rPr>
          <w:sz w:val="20"/>
        </w:rPr>
        <w:t>43:11  woh talluq nikalwata hai. yeh mohabbat nikalwati hai. ke aap deen ka kaam karna chahte hain. dawat ka kaam karna chahte hain. aur mehsoos karte hain ke mere paas toh kuch bhi nahin.</w:t>
      </w:r>
      <w:r>
        <w:br/>
      </w:r>
      <w:r>
        <w:rPr>
          <w:sz w:val="20"/>
        </w:rPr>
        <w:t>43:25  apne wajood ke siwa kuch bhi nahin mere paas. koi saada nahin. koi source nahin. kuch bhi nahin.</w:t>
      </w:r>
      <w:r>
        <w:br/>
      </w:r>
      <w:r>
        <w:rPr>
          <w:sz w:val="20"/>
        </w:rPr>
        <w:t>43:33  toh is waqt aap ka haal wahi hota hai ke rubb ashaa asha awar matfuwiyyin bil-labab lawaqsam la ilaha illa barrhu. aap tarap kar keh padhte hain ke khudaaya mere aur tere darmiyan ek ahad o peyman hai.</w:t>
      </w:r>
      <w:r>
        <w:br/>
      </w:r>
      <w:r>
        <w:rPr>
          <w:sz w:val="20"/>
        </w:rPr>
        <w:t>43:50  ke main tera kaam karoon toh mera kaam kare. apne wajood ko main laga doon teri dawat ke kaam mein. aur tu saare kaamon ke liye meri taraf se kaafi ho jaye.</w:t>
      </w:r>
      <w:r>
        <w:br/>
      </w:r>
      <w:r>
        <w:rPr>
          <w:sz w:val="20"/>
        </w:rPr>
        <w:t>44:03  yahi baat is hadith mein kahi gayi hai ke man ja'al al-humm muhammadan wa'idan humma akhirati kafahu allahu an humumi ad-dunya.</w:t>
      </w:r>
      <w:r>
        <w:br/>
      </w:r>
      <w:r>
        <w:rPr>
          <w:sz w:val="20"/>
        </w:rPr>
        <w:t>44:15  is hadith mein darasal isi insaan ka zikr hai. ke jab insaan itna zyada apne ko Allah mein involve kar de. jab itna zyada woh Allah ko apna concern bana le.</w:t>
      </w:r>
      <w:r>
        <w:br/>
      </w:r>
      <w:r>
        <w:rPr>
          <w:sz w:val="20"/>
        </w:rPr>
        <w:t>44:26  itna zyada Allah is se uska mohabbat ka talluq qaim ho jaye.</w:t>
      </w:r>
      <w:r>
        <w:br/>
      </w:r>
      <w:r>
        <w:rPr>
          <w:sz w:val="20"/>
        </w:rPr>
        <w:t>44:32  toh yahi hota hai. kya Khuda is ko nazar andaaz nahin kar sakta? jis tarah se ek ek ek baap apne bete se mohabbat karta hai toh woh bete ki tabahi ko nazar andaaz nahin kar sakta.</w:t>
      </w:r>
      <w:r>
        <w:br/>
      </w:r>
      <w:r>
        <w:rPr>
          <w:sz w:val="20"/>
        </w:rPr>
        <w:t>44:46  woh dekh nahin sakta. bete yaani baap ke bas mein nahin hota ke bete ki tabahi ko woh nazar andaaz kare.</w:t>
      </w:r>
      <w:r>
        <w:br/>
      </w:r>
      <w:r>
        <w:rPr>
          <w:sz w:val="20"/>
        </w:rPr>
        <w:t>44:56  bete ki tabahi hote hue dekhe aur uska kuch na kare.</w:t>
      </w:r>
    </w:p>
    <w:p>
      <w:pPr>
        <w:pStyle w:val="Heading2"/>
      </w:pPr>
      <w:r>
        <w:t>Zamzam water miracle after Hajar is left in the desert</w:t>
      </w:r>
    </w:p>
    <w:p>
      <w:r>
        <w:rPr>
          <w:color w:val="666666"/>
          <w:sz w:val="18"/>
        </w:rPr>
        <w:t>Eid al-Adha November 21, 2010 · 1m 42s · at 12:37 · https://youtu.be/kU2kErJbPqk?t=757</w:t>
      </w:r>
    </w:p>
    <w:p>
      <w:r>
        <w:rPr>
          <w:i/>
        </w:rPr>
        <w:t>“When Ibrahim was leaving, Hajar asked him a question”</w:t>
      </w:r>
    </w:p>
    <w:p>
      <w:r>
        <w:rPr>
          <w:sz w:val="20"/>
        </w:rPr>
        <w:t>12:37  to dekhiye wahan par kya hua? Ek to yeh ke wahan par pani nahi tha us waqt jab ke Hazrat Hajra ko basaya tha. To jab Hazrat Hajra ko chhod kar Hazrat Ibrahim jaane lage to unhone poocha ke aap hum ko chhod kar yahan ja rahe hain?</w:t>
      </w:r>
      <w:r>
        <w:br/>
      </w:r>
      <w:r>
        <w:rPr>
          <w:sz w:val="20"/>
        </w:rPr>
        <w:t>12:53  yahan to kuch bhi nahi hai.</w:t>
      </w:r>
      <w:r>
        <w:br/>
      </w:r>
      <w:r>
        <w:rPr>
          <w:sz w:val="20"/>
        </w:rPr>
        <w:t>12:57  to woh kuch bole nahi, kuch bole nahi. To aakhir mein unhone kaha ke ya kya Allah ne aap ko aisa karne ka hukum diya hai?</w:t>
      </w:r>
      <w:r>
        <w:br/>
      </w:r>
      <w:r>
        <w:rPr>
          <w:sz w:val="20"/>
        </w:rPr>
        <w:t>13:06  to unhone kaha ke haan. Phir Hazrat Hajra ne kaha ke phir Allah humein zaya nahi karega. Aur uska pehla saboot yeh mila ke Allah taala ne wahan pani nikal diya.</w:t>
      </w:r>
      <w:r>
        <w:br/>
      </w:r>
      <w:r>
        <w:rPr>
          <w:sz w:val="20"/>
        </w:rPr>
        <w:t>13:18  woh pani maujood tha, Zamzam ka hai, mineral water hai, mineral water. Koi aisa nahi ke woh aasman se utara gaya ho. Aasman se nahi utara gaya hua.</w:t>
      </w:r>
      <w:r>
        <w:br/>
      </w:r>
      <w:r>
        <w:rPr>
          <w:sz w:val="20"/>
        </w:rPr>
        <w:t>13:29  mineral water ke zakhairay bahut hain zameen mein. Wahan bhi tha mineral water.</w:t>
      </w:r>
      <w:r>
        <w:br/>
      </w:r>
      <w:r>
        <w:rPr>
          <w:sz w:val="20"/>
        </w:rPr>
        <w:t>13:35  jagah jagah mineral water ke zakhairay hain. To wahan bhi tha. Us ko Allah taala ne yani khol diya aur woh upar beh kar saamne aa gaya.</w:t>
      </w:r>
      <w:r>
        <w:br/>
      </w:r>
      <w:r>
        <w:rPr>
          <w:sz w:val="20"/>
        </w:rPr>
        <w:t>13:49  to Zamzam kya hai? Mineral water hai. Us ke baray mein ji mujhe kahaniyan bana rakhi hain. Purasarar kahaniyan yeh sab mawzuat hain.</w:t>
      </w:r>
      <w:r>
        <w:br/>
      </w:r>
      <w:r>
        <w:rPr>
          <w:sz w:val="20"/>
        </w:rPr>
        <w:t>13:59  to yeh sab se bada sabak jo hai woh kya hai?</w:t>
      </w:r>
      <w:r>
        <w:br/>
      </w:r>
      <w:r>
        <w:rPr>
          <w:sz w:val="20"/>
        </w:rPr>
        <w:t>14:03  ke agar tum Allah ki khatir apne aap ko desert mein basa do to wahan bhi Allah taala pani ki chasham jaari kar dega. Allah ki madad aayegi, Allah ki nasrat aayegi.</w:t>
      </w:r>
      <w:r>
        <w:br/>
      </w:r>
      <w:r>
        <w:rPr>
          <w:sz w:val="20"/>
        </w:rPr>
        <w:t>14:15  yeh hoga. Yeh asal mein lesson jo hai woh yeh hai.</w:t>
      </w:r>
    </w:p>
    <w:p>
      <w:pPr>
        <w:pStyle w:val="Heading2"/>
      </w:pPr>
      <w:r>
        <w:t>Muslim leaders' mistake of chasing first best caliphate</w:t>
      </w:r>
    </w:p>
    <w:p>
      <w:r>
        <w:rPr>
          <w:color w:val="666666"/>
          <w:sz w:val="18"/>
        </w:rPr>
        <w:t>Accepting the Second Best February 7, 2010 Maulana Wahiduddin Khan · 5m 44s · at 27:39 · https://youtu.be/OyqL5OCq1Fk?t=1659</w:t>
      </w:r>
    </w:p>
    <w:p>
      <w:r>
        <w:rPr>
          <w:i/>
        </w:rPr>
        <w:t>“To Musalman apni glory mein aise jeete hain.”</w:t>
      </w:r>
    </w:p>
    <w:p>
      <w:r>
        <w:rPr>
          <w:sz w:val="20"/>
        </w:rPr>
        <w:t>27:39  to musalman apni glory mein is tarah jeete hain, apni glory mein, peghambar ki glory mein, khair-o-ibad glory mein ke unhein second best jo hai woh apni shan se kam nazar aata hai.</w:t>
      </w:r>
      <w:r>
        <w:br/>
      </w:r>
      <w:r>
        <w:rPr>
          <w:sz w:val="20"/>
        </w:rPr>
        <w:t>27:51  unhein first best lena hai, first best lena hai. halanke woh possible nahi hai, kisi ke liye possible nahi hai woh.</w:t>
      </w:r>
      <w:r>
        <w:br/>
      </w:r>
      <w:r>
        <w:rPr>
          <w:sz w:val="20"/>
        </w:rPr>
        <w:t>28:01  yeh hai raaz jis ki wajah se hamari sari koshishein jo yani yani result result less ho rahi hain.</w:t>
      </w:r>
      <w:r>
        <w:br/>
      </w:r>
      <w:r>
        <w:rPr>
          <w:sz w:val="20"/>
        </w:rPr>
        <w:t>28:10  koi natija nahi nikal raha hai.</w:t>
      </w:r>
      <w:r>
        <w:br/>
      </w:r>
      <w:r>
        <w:rPr>
          <w:sz w:val="20"/>
        </w:rPr>
        <w:t>28:17  koi natija nahi nikal raha. aaj kal dekhiye jitne jo muslim leader hain idhar udhar duniya mein jahan bhi aap jayein, woh baatein karein kis ki? Islam count naafiz karo, Islam ki hukumat qaim karo, Islam ka namaz nizam har jagah banao.</w:t>
      </w:r>
      <w:r>
        <w:br/>
      </w:r>
      <w:r>
        <w:rPr>
          <w:sz w:val="20"/>
        </w:rPr>
        <w:t>28:32  isi sab isi ki baatein karte hain. jitne muslim leader hain duniya bhar mein, khilafat qaim karo. aur dawat ka kaam koi nahi kar raha hai.</w:t>
      </w:r>
      <w:r>
        <w:br/>
      </w:r>
      <w:r>
        <w:rPr>
          <w:sz w:val="20"/>
        </w:rPr>
        <w:t>28:43  kyun? dawat second best hai in ke liye. first best yeh hai ke muslim rule qaim ho, muslim empire qaim ho, muslim khilafat qaim ho. is ke peeche daud rahe hain.</w:t>
      </w:r>
      <w:r>
        <w:br/>
      </w:r>
      <w:r>
        <w:rPr>
          <w:sz w:val="20"/>
        </w:rPr>
        <w:t>28:55  jab kaam nahi ho paate to suicide bombing karte hain. to khilafat in ke apne mind ke hisab se first best hai. is ke liye daud rahe hain.</w:t>
      </w:r>
      <w:r>
        <w:br/>
      </w:r>
      <w:r>
        <w:rPr>
          <w:sz w:val="20"/>
        </w:rPr>
        <w:t>29:05  aur dawat in ke hisab se second best hai. kyun ke dawat ka matlab kya hai? ghair muslimon se dosti karna, ghair muslimon ko apna samajhna, ghair muslimon ke liye apne dil mein nafrat ko nikalna,</w:t>
      </w:r>
      <w:r>
        <w:br/>
      </w:r>
      <w:r>
        <w:rPr>
          <w:sz w:val="20"/>
        </w:rPr>
        <w:t>29:22  aur un ke samne ja ke Islam ko pesh karna. yeh second best hai in ko, in ke apne is mindset ke mutabiq. yani main nahi kehta ke woh second best hai. yani first best, second best ka taluq hai aadmi ke mindset se.</w:t>
      </w:r>
      <w:r>
        <w:br/>
      </w:r>
      <w:r>
        <w:rPr>
          <w:sz w:val="20"/>
        </w:rPr>
        <w:t>29:36  ek bada sa goal aap bana lete hain ke Islami state qaim hona chahiye, Islami khilafat ko phir se duniya mein aana chahiye, Muslim empire phir se qaim hona chahiye.</w:t>
      </w:r>
      <w:r>
        <w:br/>
      </w:r>
      <w:r>
        <w:rPr>
          <w:sz w:val="20"/>
        </w:rPr>
        <w:t>29:48  aap ke mindset mein yeh first best dikhai padta hai aap ko. to is ke liye aap qurbaniyan de rahe hain, sacrifice kar rahe hain, apne aap ko halak kar rahe hain.</w:t>
      </w:r>
      <w:r>
        <w:br/>
      </w:r>
      <w:r>
        <w:rPr>
          <w:sz w:val="20"/>
        </w:rPr>
        <w:t>30:00  aur second best to already aap ke liye available hai poori tarike se. aap education le sakte hain, business kar sakte hain, deeni jazba aap ke andar hai to daawati kaam kar sakte hain.</w:t>
      </w:r>
      <w:r>
        <w:br/>
      </w:r>
      <w:r>
        <w:rPr>
          <w:sz w:val="20"/>
        </w:rPr>
        <w:t>30:16  lekin jo mindset bana hua hai in ka, in mindset mein yeh second best dikhai padta hai.</w:t>
      </w:r>
      <w:r>
        <w:br/>
      </w:r>
      <w:r>
        <w:rPr>
          <w:sz w:val="20"/>
        </w:rPr>
        <w:t>30:24  to in ko attract nahi karta. in ko attract nahi karta.</w:t>
      </w:r>
      <w:r>
        <w:br/>
      </w:r>
      <w:r>
        <w:rPr>
          <w:sz w:val="20"/>
        </w:rPr>
        <w:t>30:38  yeh poori yani sari main samajhta hoon sari insaniyat ki story yahi hai. har aadmi apne hisab se ek ideal banaye hue hain.</w:t>
      </w:r>
      <w:r>
        <w:br/>
      </w:r>
      <w:r>
        <w:rPr>
          <w:sz w:val="20"/>
        </w:rPr>
        <w:t>30:49  ideal samaj, ideal state, ideal system, ideal family, yahan tak ke ideal husband, ideal wife.</w:t>
      </w:r>
      <w:r>
        <w:br/>
      </w:r>
      <w:r>
        <w:rPr>
          <w:sz w:val="20"/>
        </w:rPr>
        <w:t>30:59  to har ek ka apna ek first best hai.</w:t>
      </w:r>
      <w:r>
        <w:br/>
      </w:r>
      <w:r>
        <w:rPr>
          <w:sz w:val="20"/>
        </w:rPr>
        <w:t>31:03  har aurat ka, har mard ka, har qaum ka, har group ka, har nation ka, har country ka, har leader ka ek first best hai. apne mindset ke hisab se.</w:t>
      </w:r>
      <w:r>
        <w:br/>
      </w:r>
      <w:r>
        <w:rPr>
          <w:sz w:val="20"/>
        </w:rPr>
        <w:t>31:14  bas isi ke peeche daud raha hai woh. aur jab woh nahi milta to first system parta hai. yeh to is mamle mein muslim aur non muslim mein koi farq nahi hai.</w:t>
      </w:r>
      <w:r>
        <w:br/>
      </w:r>
      <w:r>
        <w:rPr>
          <w:sz w:val="20"/>
        </w:rPr>
        <w:t>31:28  kisi koi farq nahi hai. hum Khuda ke fazl se India mein kaam kar rahe hain. kal ek sahab aaye to unhone isi par baat ki ke India mein yeh hai, India mein woh hai.</w:t>
      </w:r>
      <w:r>
        <w:br/>
      </w:r>
      <w:r>
        <w:rPr>
          <w:sz w:val="20"/>
        </w:rPr>
        <w:t>31:43  matlab India unke nazdeek ek problem country tha. problem country. aur India ke bare mein woh negative the woh.</w:t>
      </w:r>
      <w:r>
        <w:br/>
      </w:r>
      <w:r>
        <w:rPr>
          <w:sz w:val="20"/>
        </w:rPr>
        <w:t>31:52  maine kaha main isi India mein rehta hoon. itni lambi umar meri ho gayi. mujhe to India problem country nahi dikhai padta. main kaam kar raha hoon dawat ka kaam.</w:t>
      </w:r>
      <w:r>
        <w:br/>
      </w:r>
      <w:r>
        <w:rPr>
          <w:sz w:val="20"/>
        </w:rPr>
        <w:t>32:03  is mein main mere saathi khoob lage hue hain. to wahan pe bhi baat hai ke unko India kyun problem country lag raha tha?</w:t>
      </w:r>
      <w:r>
        <w:br/>
      </w:r>
      <w:r>
        <w:rPr>
          <w:sz w:val="20"/>
        </w:rPr>
        <w:t>32:13  kyun ke woh chahte the first best. woh unhein mil nahi raha hai. main khush hoon is liye ke mujhe mujhe second best par raazi hoon main.</w:t>
      </w:r>
      <w:r>
        <w:br/>
      </w:r>
      <w:r>
        <w:rPr>
          <w:sz w:val="20"/>
        </w:rPr>
        <w:t>32:22  to main khush hoon. mere bachche padh rahe hain. mere bachche business kar rahe hain. mere saathi dawat work kar rahe hain.</w:t>
      </w:r>
      <w:r>
        <w:br/>
      </w:r>
      <w:r>
        <w:rPr>
          <w:sz w:val="20"/>
        </w:rPr>
        <w:t>32:34  to hum is par raazi hain. to unhone apne mind mein rakh rakha tha ke India mein musalmanon ka phir se role hona chahiye. Mughal saltanat phir se qaim honi chahiye.</w:t>
      </w:r>
      <w:r>
        <w:br/>
      </w:r>
      <w:r>
        <w:rPr>
          <w:sz w:val="20"/>
        </w:rPr>
        <w:t>32:45  phir se Lal Qile par jhanda ladna chahiye musalmanon ka. woh unke liye first best tha.</w:t>
      </w:r>
      <w:r>
        <w:br/>
      </w:r>
      <w:r>
        <w:rPr>
          <w:sz w:val="20"/>
        </w:rPr>
        <w:t>32:55  to kahin bhi aap first best aap ko sirf jannat mein milega. dunya mein first best nahi mil sakta hai.</w:t>
      </w:r>
      <w:r>
        <w:br/>
      </w:r>
      <w:r>
        <w:rPr>
          <w:sz w:val="20"/>
        </w:rPr>
        <w:t>33:05  yahan second best hi milega aap ko. to jo aadmi first best ke liye daudega, usi ke liye frustration hai, usi ke liye negative thinking hai, usi ke liye mayoosi ki maut hai.</w:t>
      </w:r>
    </w:p>
    <w:p>
      <w:pPr>
        <w:pStyle w:val="Heading2"/>
      </w:pPr>
      <w:r>
        <w:t>Philosophers cannot provide certainty</w:t>
      </w:r>
    </w:p>
    <w:p>
      <w:r>
        <w:rPr>
          <w:color w:val="666666"/>
          <w:sz w:val="18"/>
        </w:rPr>
        <w:t>Creation Plan of God December 4, 2007 · 3m 05s · at 26:22 · https://youtu.be/aSR7zWVopSE?t=1582</w:t>
      </w:r>
    </w:p>
    <w:p>
      <w:r>
        <w:rPr>
          <w:i/>
        </w:rPr>
        <w:t>“Philosophers lived in doubt, not certainty”</w:t>
      </w:r>
    </w:p>
    <w:p>
      <w:r>
        <w:rPr>
          <w:sz w:val="20"/>
        </w:rPr>
        <w:t>26:22  saare falsafi jo hain woh jeete rahe kis mein? shakkon mein. shakkon mein, shakkon mein, shakkon mein. o mar gaye woh.</w:t>
      </w:r>
      <w:r>
        <w:br/>
      </w:r>
      <w:r>
        <w:rPr>
          <w:sz w:val="20"/>
        </w:rPr>
        <w:t>26:34  toh woh falsafi shakkon ke bajaye falsafi yaqeen ke thay.</w:t>
      </w:r>
      <w:r>
        <w:br/>
      </w:r>
      <w:r>
        <w:rPr>
          <w:sz w:val="20"/>
        </w:rPr>
        <w:t>26:40  yani tamam woh falsafi falsafi shakkon ke bajaye falsafi yaqeen ke thay. isi liye jab aap falsafe ko padhte hain toh wahan aap ko kya milta hai?</w:t>
      </w:r>
      <w:r>
        <w:br/>
      </w:r>
      <w:r>
        <w:rPr>
          <w:sz w:val="20"/>
        </w:rPr>
        <w:t>26:53  uljhan milta hai. aur kuch nahi.</w:t>
      </w:r>
      <w:r>
        <w:br/>
      </w:r>
      <w:r>
        <w:rPr>
          <w:sz w:val="20"/>
        </w:rPr>
        <w:t>26:59  Aik European mahir falsafa ne likha hai Bert Russell ke baray mein. Aap jante hain ke Bert Russell bohat bara falsafi tha.</w:t>
      </w:r>
      <w:r>
        <w:br/>
      </w:r>
      <w:r>
        <w:rPr>
          <w:sz w:val="20"/>
        </w:rPr>
        <w:t>27:10  British falsafi. To is ke baray mein likha hai ke Bert Russell tha falsafi bila falsafa. Ke Bert Russell ka koi falsafa nahi tha.</w:t>
      </w:r>
      <w:r>
        <w:br/>
      </w:r>
      <w:r>
        <w:rPr>
          <w:sz w:val="20"/>
        </w:rPr>
        <w:t>27:22  Woh falsafi bila falsafa tha. Mein kehta hoon ke saaray falsafiyon ka case yahi hai. Tamam falsafi falsafi bila falsafa thay.</w:t>
      </w:r>
      <w:r>
        <w:br/>
      </w:r>
      <w:r>
        <w:rPr>
          <w:sz w:val="20"/>
        </w:rPr>
        <w:t>27:33  Kyun ke jab woh yaqeen ke sath bolne ki position mein nahi hain jab koi aisa nizaam nahi bana paya woh jis par ittifaq ho doosre falsafiyon ka.</w:t>
      </w:r>
      <w:r>
        <w:br/>
      </w:r>
      <w:r>
        <w:rPr>
          <w:sz w:val="20"/>
        </w:rPr>
        <w:t>27:47  Har aadmi alag alag boli bol raha hai. To kaise hum aap wahan par us ko nuqta-e-hawala banayenge?</w:t>
      </w:r>
      <w:r>
        <w:br/>
      </w:r>
      <w:r>
        <w:rPr>
          <w:sz w:val="20"/>
        </w:rPr>
        <w:t>27:57  Misal ke tor par aik zamanay mein yeh behas thi ke kya hum sabit kar sakte hain ke hum hain? Yani insaan ka wajood hai, insaan hai.</w:t>
      </w:r>
      <w:r>
        <w:br/>
      </w:r>
      <w:r>
        <w:rPr>
          <w:sz w:val="20"/>
        </w:rPr>
        <w:t>28:07  Kya is ka koi saboot diya ja sakta hai? To bari behasein huien. Bari behasein huien. Yahan tak ke Descartes jo bohat bara falsafi tha us ne kaha ke haan is ka aik saboot hai.</w:t>
      </w:r>
      <w:r>
        <w:br/>
      </w:r>
      <w:r>
        <w:rPr>
          <w:sz w:val="20"/>
        </w:rPr>
        <w:t>28:21  To us ne saboot yeh diya ke mein sochta hoon</w:t>
      </w:r>
      <w:r>
        <w:br/>
      </w:r>
      <w:r>
        <w:rPr>
          <w:sz w:val="20"/>
        </w:rPr>
        <w:t>28:28  Is liye mein hoon. Mein sochta hoon is liye mein maujood hoon. To doosre falsafiyon ne kya kaha?</w:t>
      </w:r>
      <w:r>
        <w:br/>
      </w:r>
      <w:r>
        <w:rPr>
          <w:sz w:val="20"/>
        </w:rPr>
        <w:t>28:37  Nahi yeh koi saboot nahi hai. Yeh ke sochna tumhara mawzu'i function hai. Sochna jo hai woh aik mawzu'i cheez hai.</w:t>
      </w:r>
      <w:r>
        <w:br/>
      </w:r>
      <w:r>
        <w:rPr>
          <w:sz w:val="20"/>
        </w:rPr>
        <w:t>28:47  woh suboot kaisay banay ga? suboot toh mawzu'i hona chahiye. yani suboot woh hai jo mawzu'i ho. aur sochana aik mawzu'i fe'l hai.</w:t>
      </w:r>
      <w:r>
        <w:br/>
      </w:r>
      <w:r>
        <w:rPr>
          <w:sz w:val="20"/>
        </w:rPr>
        <w:t>28:58  toh tum kehtay ho kay mein sochta hoon is liye mein maujood hoon</w:t>
      </w:r>
      <w:r>
        <w:br/>
      </w:r>
      <w:r>
        <w:rPr>
          <w:sz w:val="20"/>
        </w:rPr>
        <w:t>29:03  . toh tum nay mawzu'i suboot diya. aur humein jo chahiye woh mawzu'i suboot chahiye. toh woh bhi nahi hua. toh falsafi yeh bhi sabit nahi kar saki kay mein hoon.</w:t>
      </w:r>
      <w:r>
        <w:br/>
      </w:r>
      <w:r>
        <w:rPr>
          <w:sz w:val="20"/>
        </w:rPr>
        <w:t>29:15  insan hai. yani falsafi khud apnay wajood ka bhi suboot nahi day saka. khud apnay yani aik falsafi apna wajood hai uska woh maujood karta hai.</w:t>
      </w:r>
    </w:p>
    <w:p>
      <w:pPr>
        <w:pStyle w:val="Heading2"/>
      </w:pPr>
      <w:r>
        <w:t>What a truly sincere prayer actually is</w:t>
      </w:r>
    </w:p>
    <w:p>
      <w:r>
        <w:rPr>
          <w:color w:val="666666"/>
          <w:sz w:val="18"/>
        </w:rPr>
        <w:t>The Expression of Faith (Izhar e Deen) September 1, 2013 · 2m 22s · at 46:13 · https://youtu.be/muBDJ8a_8-0?t=2773</w:t>
      </w:r>
    </w:p>
    <w:p>
      <w:r>
        <w:rPr>
          <w:i/>
        </w:rPr>
        <w:t>“Dua ke koi alfaz nahi hote, dil ki gehraiyon se nikalti hai”</w:t>
      </w:r>
    </w:p>
    <w:p>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p>
    <w:p>
      <w:pPr>
        <w:pStyle w:val="Heading2"/>
      </w:pPr>
      <w:r>
        <w:t>Alternative way to get Aqsa blessings</w:t>
      </w:r>
    </w:p>
    <w:p>
      <w:r>
        <w:rPr>
          <w:color w:val="666666"/>
          <w:sz w:val="18"/>
        </w:rPr>
        <w:t>Q&amp;A 09 Nov 2008 - Maulana Wahiduddin Khan · 1m 47s · at 10:59 · https://youtu.be/iA8ELjlgPLU?t=659</w:t>
      </w:r>
    </w:p>
    <w:p>
      <w:r>
        <w:rPr>
          <w:i/>
        </w:rPr>
        <w:t>“Mai chahta hoon ki iska jo alternative hai, woh dua hai.”</w:t>
      </w:r>
    </w:p>
    <w:p>
      <w:r>
        <w:rPr>
          <w:sz w:val="20"/>
        </w:rPr>
        <w:t>10:59  mein chahta hoon ke is ka jo alternative hai, woh dua hai. dua hai. jaise wahan bhi mein ne jo dua ki thi ke peghambaron ke ki jo jamaat yahan thi ya un ki jo gathering thi, us mein shamil ho jao.</w:t>
      </w:r>
      <w:r>
        <w:br/>
      </w:r>
      <w:r>
        <w:rPr>
          <w:sz w:val="20"/>
        </w:rPr>
        <w:t>11:16  to dua hi to thi woh, kyunke peghambar to maujood nahi thay. woh</w:t>
      </w:r>
      <w:r>
        <w:br/>
      </w:r>
      <w:r>
        <w:rPr>
          <w:sz w:val="20"/>
        </w:rPr>
        <w:t>11:22  to mein ne jo hadith sunai, woh hadith bohat bari is mein woh har hope hai aur har aadmi ke liye. ana abdi bi nabi ma sha'a ke mein bande guman ke sath hoon.</w:t>
      </w:r>
      <w:r>
        <w:br/>
      </w:r>
      <w:r>
        <w:rPr>
          <w:sz w:val="20"/>
        </w:rPr>
        <w:t>11:39  to jo chahe, woh guman kar le mere bare mein. matlab woh jo guman karega, us ko poora karunga. woh</w:t>
      </w:r>
      <w:r>
        <w:br/>
      </w:r>
      <w:r>
        <w:rPr>
          <w:sz w:val="20"/>
        </w:rPr>
        <w:t>11:47  to agar koi shakhs yahi guman kare ke khudaya mein dua ke zariye is blessing ko mujhe de de, woh blessing mujhe mil jaye dua ke zariye, kyunke mein wahan safar kar ke nahi ja saka, to mein chahta hoon ke dua ke zariye us ko woh blessing mil jayegi.</w:t>
      </w:r>
      <w:r>
        <w:br/>
      </w:r>
      <w:r>
        <w:rPr>
          <w:sz w:val="20"/>
        </w:rPr>
        <w:t>12:05  ana abdi bi nabi ma sha'a.</w:t>
      </w:r>
      <w:r>
        <w:br/>
      </w:r>
      <w:r>
        <w:rPr>
          <w:sz w:val="20"/>
        </w:rPr>
        <w:t>12:10  mein bande guman ke sath hoon. to jo guman chahe, woh mere bare mein kar le. mein us ko poora karunga. is ka matlab yeh nahi ke aap ulta seedha guman kar len.</w:t>
      </w:r>
      <w:r>
        <w:br/>
      </w:r>
      <w:r>
        <w:rPr>
          <w:sz w:val="20"/>
        </w:rPr>
        <w:t>12:21  yani jo durust guman agar karenge, aap jo sahi guman jo Khuda ke</w:t>
      </w:r>
      <w:r>
        <w:br/>
      </w:r>
      <w:r>
        <w:rPr>
          <w:sz w:val="20"/>
        </w:rPr>
        <w:t>12:28  is ke mutabiq hoga, scheme ke mutabiq hoga, to Khuda is ko poora karega. To agar koi yahi dua kare ke Khudaaya main Aqsa mein nahi aa saka, to yahi mujhe to Aqsa wali blessing de de.</w:t>
      </w:r>
      <w:r>
        <w:br/>
      </w:r>
      <w:r>
        <w:rPr>
          <w:sz w:val="20"/>
        </w:rPr>
        <w:t>12:39  mujhe yaqeen hai ke is ko mil jayegi blessing yahin par dua ke zariye se.</w:t>
      </w:r>
    </w:p>
    <w:p>
      <w:pPr>
        <w:pStyle w:val="Heading2"/>
      </w:pPr>
      <w:r>
        <w:t>Why philosophy can never be a reliable guide</w:t>
      </w:r>
    </w:p>
    <w:p>
      <w:r>
        <w:rPr>
          <w:color w:val="666666"/>
          <w:sz w:val="18"/>
        </w:rPr>
        <w:t>The Creation Plan of God January 4, 2007 Maulana Wahiduddin Khan · 1m 55s · at 24:53 · https://youtu.be/KNQtOQeLgTQ?t=1493</w:t>
      </w:r>
    </w:p>
    <w:p>
      <w:r>
        <w:rPr>
          <w:i/>
        </w:rPr>
        <w:t>“Philosophy cannot give us any answer in this matter”</w:t>
      </w:r>
    </w:p>
    <w:p>
      <w:r>
        <w:rPr>
          <w:sz w:val="20"/>
        </w:rPr>
        <w:t>24:53  ab aap dekhiye, philosophy hum ko is mamle mein koi answer nahi de sakti. kyun? philosophy ki history kam az kam five thousand years tak jati hai.</w:t>
      </w:r>
      <w:r>
        <w:br/>
      </w:r>
      <w:r>
        <w:rPr>
          <w:sz w:val="20"/>
        </w:rPr>
        <w:t>25:06  kam az kam. is beech mein itne philosophers hue hain.</w:t>
      </w:r>
      <w:r>
        <w:br/>
      </w:r>
      <w:r>
        <w:rPr>
          <w:sz w:val="20"/>
        </w:rPr>
        <w:t>25:11  kisi philosopher ko koi philosopher aisa nahi hua jo conviction ke sath bol sake. koi philosopher nahi jo conviction ke sath bol sake.</w:t>
      </w:r>
      <w:r>
        <w:br/>
      </w:r>
      <w:r>
        <w:rPr>
          <w:sz w:val="20"/>
        </w:rPr>
        <w:t>25:23  sare philosophers jo hain, woh jeete rahe kis mein? doubts mein. doubts mein, doubts mein, doubts mein. o mar gaye woh.</w:t>
      </w:r>
      <w:r>
        <w:br/>
      </w:r>
      <w:r>
        <w:rPr>
          <w:sz w:val="20"/>
        </w:rPr>
        <w:t>25:35  to there philosophers were doubts rather than philosophers of conviction</w:t>
      </w:r>
      <w:r>
        <w:br/>
      </w:r>
      <w:r>
        <w:rPr>
          <w:sz w:val="20"/>
        </w:rPr>
        <w:t>25:41  all those philosophers were philosophers of doubts rather than philosophers of conviction isi liye jab aap philosophy ko parhte hain to wahan aap ko kya milta hai?</w:t>
      </w:r>
      <w:r>
        <w:br/>
      </w:r>
      <w:r>
        <w:rPr>
          <w:sz w:val="20"/>
        </w:rPr>
        <w:t>25:54  confusion milta hai. aur kuch nahi.</w:t>
      </w:r>
      <w:r>
        <w:br/>
      </w:r>
      <w:r>
        <w:rPr>
          <w:sz w:val="20"/>
        </w:rPr>
        <w:t>26:01  ek European scholar ne likha hai Bert Russell ke baray mein</w:t>
      </w:r>
      <w:r>
        <w:br/>
      </w:r>
      <w:r>
        <w:rPr>
          <w:sz w:val="20"/>
        </w:rPr>
        <w:t>26:06  . aap jante hain ke Bert Russell bohat bara philosopher tha. British philosopher. to us ke baray mein likha hai ke Bert Russell was a philosopher of no philosophy ke Bert Russell ka koi falsafa nahi tha.</w:t>
      </w:r>
      <w:r>
        <w:br/>
      </w:r>
      <w:r>
        <w:rPr>
          <w:sz w:val="20"/>
        </w:rPr>
        <w:t>26:23  woh philosopher of no philosophy tha. mein kehta hoon ke sare philosophers ka case yahi hai. all the philosophers were philosophers of no philosophy</w:t>
      </w:r>
      <w:r>
        <w:br/>
      </w:r>
      <w:r>
        <w:rPr>
          <w:sz w:val="20"/>
        </w:rPr>
        <w:t>26:35  kyunke jab woh conviction ke sath bolne ki position mein nahi hain, jab koi aisa system nahi bana paye woh jis par agreement ho doosre philosophers ka.</w:t>
      </w:r>
    </w:p>
    <w:p>
      <w:pPr>
        <w:pStyle w:val="Heading2"/>
      </w:pPr>
      <w:r>
        <w:t>Getting what you want brings no lasting happiness</w:t>
      </w:r>
    </w:p>
    <w:p>
      <w:r>
        <w:rPr>
          <w:color w:val="666666"/>
          <w:sz w:val="18"/>
        </w:rPr>
        <w:t>Religion and Democracy December 25, 2011 · 2m 08s · at 1:28:01 · https://youtu.be/8Mf_yvDA8ik?t=5281</w:t>
      </w:r>
    </w:p>
    <w:p>
      <w:r>
        <w:rPr>
          <w:i/>
        </w:rPr>
        <w:t>“Main samajhta hoon kuch cheez milti nahi”</w:t>
      </w:r>
    </w:p>
    <w:p>
      <w:r>
        <w:rPr>
          <w:sz w:val="20"/>
        </w:rPr>
        <w:t>1:28:01  main to samajhta hoon kuch cheez milti nahi</w:t>
      </w:r>
      <w:r>
        <w:br/>
      </w:r>
      <w:r>
        <w:rPr>
          <w:sz w:val="20"/>
        </w:rPr>
        <w:t>1:28:03  ye sirf aik aik milne se pehle to lagta hai ke hum ye pa jayen to hum ko bohat hi achi cheez mil jaye gi hum ko.</w:t>
      </w:r>
      <w:r>
        <w:br/>
      </w:r>
      <w:r>
        <w:rPr>
          <w:sz w:val="20"/>
        </w:rPr>
        <w:t>1:28:13  lekin jab pa leta hai aadmi, to maloom hota hai kuch nahi. jaisay aik saath meri mulaqat hui, unhon ne love marriage ki hai. main ne un se poocha ke love marriage ka kya tajurba aap ko hai?</w:t>
      </w:r>
      <w:r>
        <w:br/>
      </w:r>
      <w:r>
        <w:rPr>
          <w:sz w:val="20"/>
        </w:rPr>
        <w:t>1:28:27  aik top ke aadmi se poocha main</w:t>
      </w:r>
      <w:r>
        <w:br/>
      </w:r>
      <w:r>
        <w:rPr>
          <w:sz w:val="20"/>
        </w:rPr>
        <w:t>1:28:29  ne. unhon ne kaha ke jab tak marriage nahi hui thi, tab to lagta tha ke love marriage koi bohat bari cheez hai. main aasman mein urr raha tha, jab mujhe ho gayi to zameen aa gaya.</w:t>
      </w:r>
      <w:r>
        <w:br/>
      </w:r>
      <w:r>
        <w:rPr>
          <w:sz w:val="20"/>
        </w:rPr>
        <w:t>1:28:38  ab kuch nahi, wahi same love marriage jo hai, mujhe ab kuch nahi dikhai parti, ab normal lagti hai. wo aisi jis ko bhi main main ne parha, jis ko bhi abhi main ne internet par likhwaya, nikala,</w:t>
      </w:r>
      <w:r>
        <w:br/>
      </w:r>
      <w:r>
        <w:rPr>
          <w:sz w:val="20"/>
        </w:rPr>
        <w:t>1:28:51  nikalwaya, wo ke jo super achievers hain, un ki zindagi khatam kaise</w:t>
      </w:r>
      <w:r>
        <w:br/>
      </w:r>
      <w:r>
        <w:rPr>
          <w:sz w:val="20"/>
        </w:rPr>
        <w:t>1:28:57  hui? to sab despair mein maray, sab ke sab. to milti kahan wo cheez? ye to aik fareb hai ke hum is cheez ko pa letay hain. to sab se bara question to yahi hai ke kya wajah hai ke hum hum ko fulfillment nahi milta is dunya mein?</w:t>
      </w:r>
      <w:r>
        <w:br/>
      </w:r>
      <w:r>
        <w:rPr>
          <w:sz w:val="20"/>
        </w:rPr>
        <w:t>1:29:12  jo hum chahtay hain, wo hum paatay nahi is dunya mein. ye thori hai ke pa letay hain hum, ye to aik fareb ki baat hai.</w:t>
      </w:r>
      <w:r>
        <w:br/>
      </w:r>
      <w:r>
        <w:rPr>
          <w:sz w:val="20"/>
        </w:rPr>
        <w:t>1:29:19  main samajhta hoon ke sab se bara question jo insan ke liye hai, wo yahi hai ke kya wajah hai ke hum jo kuch chahna chahtay hain, jo kuch hum chahtay hain paana, wahi paanay paatay nahi hum?</w:t>
      </w:r>
      <w:r>
        <w:br/>
      </w:r>
      <w:r>
        <w:rPr>
          <w:sz w:val="20"/>
        </w:rPr>
        <w:t>1:29:30  isi se hum mehroom rehtay hain, hum mar jatay hain. paanay se pehle lagta hai ke ye aik cheez mil mil jaye gi, to humain bari khushi hogi, hum bohat enjoy karein gay.</w:t>
      </w:r>
      <w:r>
        <w:br/>
      </w:r>
      <w:r>
        <w:rPr>
          <w:sz w:val="20"/>
        </w:rPr>
        <w:t>1:29:39  lekin paanay ke baad kahan hota hai? paanay ke baad kuch nahi hota. Bill Gates ko bhi kuch nahi hai.</w:t>
      </w:r>
      <w:r>
        <w:br/>
      </w:r>
      <w:r>
        <w:rPr>
          <w:sz w:val="20"/>
        </w:rPr>
        <w:t>1:29:45  ab jab jab wo shuru mein us ko khushiyan nahi hongi, ab to zindagi us ke liye kuch bhi nahi hai, siwaye liability ke.</w:t>
      </w:r>
      <w:r>
        <w:br/>
      </w:r>
      <w:r>
        <w:rPr>
          <w:sz w:val="20"/>
        </w:rPr>
        <w:t>1:29:55  to ye main samajhta hoon ke ye soch sahi nahi hai ke is dunya mein hum kuch pa letay hain. paanay se pehle hum zaroor samajhtay hain ke hum paanay ke baad hum ko khushi mil jaye gi.</w:t>
      </w:r>
    </w:p>
    <w:p>
      <w:pPr>
        <w:pStyle w:val="Heading2"/>
      </w:pPr>
      <w:r>
        <w:t>Definition: dua as contact with God via helplessness</w:t>
      </w:r>
    </w:p>
    <w:p>
      <w:r>
        <w:rPr>
          <w:color w:val="666666"/>
          <w:sz w:val="18"/>
        </w:rPr>
        <w:t>The Importance of Dua December 15, 2006 · 42s · at 1:26 · https://youtu.be/u4cSEoh_mfY?t=86</w:t>
      </w:r>
    </w:p>
    <w:p>
      <w:r>
        <w:rPr>
          <w:i/>
        </w:rPr>
        <w:t>“Dua is to establish contact with God through helplessness”</w:t>
      </w:r>
    </w:p>
    <w:p>
      <w:r>
        <w:rPr>
          <w:sz w:val="20"/>
        </w:rPr>
        <w:t>1:26  dua is to establish contact with God through the medium of helplessness.</w:t>
      </w:r>
      <w:r>
        <w:br/>
      </w:r>
      <w:r>
        <w:rPr>
          <w:sz w:val="20"/>
        </w:rPr>
        <w:t>1:42  main dua ki jo asal haqeeqat hai, us ko define karne ki koshish ki hai maine.</w:t>
      </w:r>
      <w:r>
        <w:br/>
      </w:r>
      <w:r>
        <w:rPr>
          <w:sz w:val="20"/>
        </w:rPr>
        <w:t>1:56  to what is dua? dua is to establish contact with God</w:t>
      </w:r>
    </w:p>
    <w:p>
      <w:pPr>
        <w:pStyle w:val="Heading2"/>
      </w:pPr>
      <w:r>
        <w:t>Hadith on a wise man's first two spiritual moments</w:t>
      </w:r>
    </w:p>
    <w:p>
      <w:r>
        <w:rPr>
          <w:color w:val="666666"/>
          <w:sz w:val="18"/>
        </w:rPr>
        <w:t>The Concept of Spirituality In Islam - I January 27, 2006 Maulana Wahiduddin Khan · 5m 33s · at 41:20 · https://youtu.be/xnI_QVVDWgk?t=2480</w:t>
      </w:r>
    </w:p>
    <w:p>
      <w:r>
        <w:rPr>
          <w:i/>
        </w:rPr>
        <w:t>“Let me tell you a hadith about a spiritual person”</w:t>
      </w:r>
    </w:p>
    <w:p>
      <w:r>
        <w:rPr>
          <w:sz w:val="20"/>
        </w:rPr>
        <w:t>41:20  here, i would like to</w:t>
      </w:r>
      <w:r>
        <w:br/>
      </w:r>
      <w:r>
        <w:rPr>
          <w:sz w:val="20"/>
        </w:rPr>
        <w:t>41:25  tell you a hadith. this hadith tells us,</w:t>
      </w:r>
      <w:r>
        <w:br/>
      </w:r>
      <w:r>
        <w:rPr>
          <w:sz w:val="20"/>
        </w:rPr>
        <w:t>41:36  very gives us a very vivid picture of a spiritual person.</w:t>
      </w:r>
      <w:r>
        <w:br/>
      </w:r>
      <w:r>
        <w:rPr>
          <w:sz w:val="20"/>
        </w:rPr>
        <w:t>41:45  the prophet of islam has said, "wal aaqil mal maghloob alaik nahi. antakoon lahu saat.</w:t>
      </w:r>
      <w:r>
        <w:br/>
      </w:r>
      <w:r>
        <w:rPr>
          <w:sz w:val="20"/>
        </w:rPr>
        <w:t>42:05  wal aqil mal maghloob alaak nahi.</w:t>
      </w:r>
      <w:r>
        <w:br/>
      </w:r>
      <w:r>
        <w:rPr>
          <w:sz w:val="20"/>
        </w:rPr>
        <w:t>42:10  antakoon lahu saat.</w:t>
      </w:r>
      <w:r>
        <w:br/>
      </w:r>
      <w:r>
        <w:rPr>
          <w:sz w:val="20"/>
        </w:rPr>
        <w:t>42:13  saat iradi fiha rabbus.</w:t>
      </w:r>
      <w:r>
        <w:br/>
      </w:r>
      <w:r>
        <w:rPr>
          <w:sz w:val="20"/>
        </w:rPr>
        <w:t>42:18  wasat yahan se wa fiha nafsat.</w:t>
      </w:r>
      <w:r>
        <w:br/>
      </w:r>
      <w:r>
        <w:rPr>
          <w:sz w:val="20"/>
        </w:rPr>
        <w:t>42:24  wasat yatafakkar fiha qism allah.</w:t>
      </w:r>
      <w:r>
        <w:br/>
      </w:r>
      <w:r>
        <w:rPr>
          <w:sz w:val="20"/>
        </w:rPr>
        <w:t>42:30  wasat yakhlu fiha lihajat mal maka mal mashar."</w:t>
      </w:r>
      <w:r>
        <w:br/>
      </w:r>
      <w:r>
        <w:rPr>
          <w:sz w:val="20"/>
        </w:rPr>
        <w:t>42:39  this is the prophetic saying. to, prophet said that,</w:t>
      </w:r>
      <w:r>
        <w:br/>
      </w:r>
      <w:r>
        <w:rPr>
          <w:sz w:val="20"/>
        </w:rPr>
        <w:t>42:47  "a wise man is one whose.</w:t>
      </w:r>
      <w:r>
        <w:br/>
      </w:r>
      <w:r>
        <w:rPr>
          <w:sz w:val="20"/>
        </w:rPr>
        <w:t>42:54  a wise man is one who has some moments, some spiritual moments. m o m e n t.</w:t>
      </w:r>
      <w:r>
        <w:br/>
      </w:r>
      <w:r>
        <w:rPr>
          <w:sz w:val="20"/>
        </w:rPr>
        <w:t>43:07  a wise man is one who has some spiritual moments. what are those spiritual moments?" in this hadith, we find the four moments. four moments,</w:t>
      </w:r>
      <w:r>
        <w:br/>
      </w:r>
      <w:r>
        <w:rPr>
          <w:sz w:val="20"/>
        </w:rPr>
        <w:t>43:26  char ghariyan.</w:t>
      </w:r>
      <w:r>
        <w:br/>
      </w:r>
      <w:r>
        <w:rPr>
          <w:sz w:val="20"/>
        </w:rPr>
        <w:t>43:31  first,</w:t>
      </w:r>
      <w:r>
        <w:br/>
      </w:r>
      <w:r>
        <w:rPr>
          <w:sz w:val="20"/>
        </w:rPr>
        <w:t>43:35  unity rabba.</w:t>
      </w:r>
      <w:r>
        <w:br/>
      </w:r>
      <w:r>
        <w:rPr>
          <w:sz w:val="20"/>
        </w:rPr>
        <w:t>43:39  whisper to god. literally, it means whisper to god. yani, when you are in community, community with the god, with god, in community of god. when you establish content with god,</w:t>
      </w:r>
      <w:r>
        <w:br/>
      </w:r>
      <w:r>
        <w:rPr>
          <w:sz w:val="20"/>
        </w:rPr>
        <w:t>43:57  then there is a whisper. you make dua. you present your, your feelings.</w:t>
      </w:r>
      <w:r>
        <w:br/>
      </w:r>
      <w:r>
        <w:rPr>
          <w:sz w:val="20"/>
        </w:rPr>
        <w:t>44:09  you are, you are engaged in conversation with god. "o god, grave plority to you. o god, i am your servant. o god, i want this. i want that." so, this, this conversation with god, munajat.</w:t>
      </w:r>
      <w:r>
        <w:br/>
      </w:r>
      <w:r>
        <w:rPr>
          <w:sz w:val="20"/>
        </w:rPr>
        <w:t>44:29  to, first moment is that, you have to find some moments when you are, you are,</w:t>
      </w:r>
      <w:r>
        <w:br/>
      </w:r>
      <w:r>
        <w:rPr>
          <w:sz w:val="20"/>
        </w:rPr>
        <w:t>44:42  you feel nearness to god, presence of god.</w:t>
      </w:r>
      <w:r>
        <w:br/>
      </w:r>
      <w:r>
        <w:rPr>
          <w:sz w:val="20"/>
        </w:rPr>
        <w:t>44:50  when you feel presence of, when you leave presence of god, then there are some special kind of feelings in your heart, in your mind. that is munajat. that is conversation. that is whisper.</w:t>
      </w:r>
      <w:r>
        <w:br/>
      </w:r>
      <w:r>
        <w:rPr>
          <w:sz w:val="20"/>
        </w:rPr>
        <w:t>45:05  it is the first moment.</w:t>
      </w:r>
      <w:r>
        <w:br/>
      </w:r>
      <w:r>
        <w:rPr>
          <w:sz w:val="20"/>
        </w:rPr>
        <w:t>45:14  yani, this is a moment when creator and creature both are in community with each other.</w:t>
      </w:r>
      <w:r>
        <w:br/>
      </w:r>
      <w:r>
        <w:rPr>
          <w:sz w:val="20"/>
        </w:rPr>
        <w:t>45:26  den, the second moment,</w:t>
      </w:r>
      <w:r>
        <w:br/>
      </w:r>
      <w:r>
        <w:rPr>
          <w:sz w:val="20"/>
        </w:rPr>
        <w:t>45:33  that is introspection.</w:t>
      </w:r>
      <w:r>
        <w:br/>
      </w:r>
      <w:r>
        <w:rPr>
          <w:sz w:val="20"/>
        </w:rPr>
        <w:t>45:41  yaas, nafs means introspection. to, to, to, the second moment is when you are engaged in introspection.</w:t>
      </w:r>
      <w:r>
        <w:br/>
      </w:r>
      <w:r>
        <w:rPr>
          <w:sz w:val="20"/>
        </w:rPr>
        <w:t>45:54  study yourself. thinking about yourself. finding your own fault. thinking about your duty.</w:t>
      </w:r>
      <w:r>
        <w:br/>
      </w:r>
      <w:r>
        <w:rPr>
          <w:sz w:val="20"/>
        </w:rPr>
        <w:t>46:12  thinking about your responsibility. there is introspection. there is muhasaba. yahasaba nafs. so, the second moment is when you are,</w:t>
      </w:r>
      <w:r>
        <w:br/>
      </w:r>
      <w:r>
        <w:rPr>
          <w:sz w:val="20"/>
        </w:rPr>
        <w:t>46:30  you are engaged in muhasaba, in introspection. its very important.</w:t>
      </w:r>
      <w:r>
        <w:br/>
      </w:r>
      <w:r>
        <w:rPr>
          <w:sz w:val="20"/>
        </w:rPr>
        <w:t>46:41  you can say that is inner journey. if the first is outer journey, second is idhar.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