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struggle with my ego</w:t>
      </w:r>
    </w:p>
    <w:p>
      <w:r>
        <w:rPr>
          <w:sz w:val="18"/>
        </w:rPr>
        <w:t>Q&amp;A, lecture moments and clips · full transcripts with timestamps · exported 2026-09-21</w:t>
      </w:r>
    </w:p>
    <w:p>
      <w:pPr>
        <w:pStyle w:val="Heading1"/>
      </w:pPr>
      <w:r>
        <w:t>Maulana was asked (30)</w:t>
      </w:r>
    </w:p>
    <w:p>
      <w:pPr>
        <w:pStyle w:val="Heading2"/>
      </w:pPr>
      <w:r>
        <w:t>Managing ego</w:t>
      </w:r>
    </w:p>
    <w:p>
      <w:r>
        <w:rPr>
          <w:color w:val="666666"/>
          <w:sz w:val="18"/>
        </w:rPr>
        <w:t>The Road to Paradise December 30, 2012 Maulana Wahiduddin Khan · 1m 29s · at 1:19:00 · https://youtu.be/vUiaPsYF4Tk?t=4740</w:t>
      </w:r>
    </w:p>
    <w:p>
      <w:r>
        <w:rPr>
          <w:i/>
        </w:rPr>
        <w:t>“How can a person manage his ego? What is the formula for it?”</w:t>
      </w:r>
    </w:p>
    <w:p>
      <w:r>
        <w:rPr>
          <w:sz w:val="20"/>
        </w:rPr>
        <w:t>1:19:00  maulana, agla sawal pune se hai, mr vikram ka. unhon ne likha hai ke: "how can a person manage his ego? what is the formula for it?"</w:t>
      </w:r>
      <w:r>
        <w:br/>
      </w:r>
      <w:r>
        <w:rPr>
          <w:sz w:val="20"/>
        </w:rPr>
        <w:t>1:19:14  dekhen, ego ego ko mein negative nahi samajhta. ego bohat achhi cheez hai. ego se aadmi ka andar determination aata hai, determination.</w:t>
      </w:r>
      <w:r>
        <w:br/>
      </w:r>
      <w:r>
        <w:rPr>
          <w:sz w:val="20"/>
        </w:rPr>
        <w:t>1:19:26  lekin ego jab aap, yani ego jab aap ki aqal ke taabe na rahe balkeh aap jazbaat ke taabe ho jayen, to samjhiye ke aap ne ego ko galat raaste par dala.</w:t>
      </w:r>
      <w:r>
        <w:br/>
      </w:r>
      <w:r>
        <w:rPr>
          <w:sz w:val="20"/>
        </w:rPr>
        <w:t>1:19:42  jazbaat ke maani yeh hain ke aap nafrat mein, hate mein, revenge mein ego ko istemaal karen apne organs ke establishment karne ke liye.</w:t>
      </w:r>
      <w:r>
        <w:br/>
      </w:r>
      <w:r>
        <w:rPr>
          <w:sz w:val="20"/>
        </w:rPr>
        <w:t>1:19:51  istemaal karne to wo is ka misuse karna hai ego ka. lekin agar ego ko aap istemaal karen constructive field mein to bohat achhi cheez hai.</w:t>
      </w:r>
      <w:r>
        <w:br/>
      </w:r>
      <w:r>
        <w:rPr>
          <w:sz w:val="20"/>
        </w:rPr>
        <w:t>1:20:03  ego hai kyunke use determination aata hai. determination nahi aayega to aap kya kaam karen? kuch nahi kar sakte.</w:t>
      </w:r>
      <w:r>
        <w:br/>
      </w:r>
      <w:r>
        <w:rPr>
          <w:sz w:val="20"/>
        </w:rPr>
        <w:t>1:20:12  jahan negativity aayi, wahan ego jo hai ek galat raaste par daal diya aap ne ego ko.</w:t>
      </w:r>
      <w:r>
        <w:br/>
      </w:r>
      <w:r>
        <w:rPr>
          <w:sz w:val="20"/>
        </w:rPr>
        <w:t>1:20:22  aur jab tak positivity hai, tab tak bilkul sahi hai.</w:t>
      </w:r>
    </w:p>
    <w:p>
      <w:pPr>
        <w:pStyle w:val="Heading2"/>
      </w:pPr>
      <w:r>
        <w:t>Managing our ego effectively</w:t>
      </w:r>
    </w:p>
    <w:p>
      <w:r>
        <w:rPr>
          <w:color w:val="666666"/>
          <w:sz w:val="18"/>
        </w:rPr>
        <w:t>Revival of Islam March 23, 2014 · 1m 53s · at 1:04:10 · https://youtu.be/Wc4Vsc4u1JI?t=3850</w:t>
      </w:r>
    </w:p>
    <w:p>
      <w:r>
        <w:rPr>
          <w:i/>
        </w:rPr>
        <w:t>“How can we manage our ego? Please advise us.”</w:t>
      </w:r>
    </w:p>
    <w:p>
      <w:r>
        <w:rPr>
          <w:sz w:val="20"/>
        </w:rPr>
        <w:t>1:04:10  to koi faida is ka nahi hoga. Maulana, agla sawal hai Sajid Anwar Sahab ka, Roorkee se.</w:t>
      </w:r>
      <w:r>
        <w:br/>
      </w:r>
      <w:r>
        <w:rPr>
          <w:sz w:val="20"/>
        </w:rPr>
        <w:t>1:04:18  unhon ne likha hai: "Moulana, how can we manage our ego? Please advise us."</w:t>
      </w:r>
      <w:r>
        <w:br/>
      </w:r>
      <w:r>
        <w:rPr>
          <w:sz w:val="20"/>
        </w:rPr>
        <w:t>1:04:29  dekhiye, main ego koi buri cheez nahi hai.</w:t>
      </w:r>
      <w:r>
        <w:br/>
      </w:r>
      <w:r>
        <w:rPr>
          <w:sz w:val="20"/>
        </w:rPr>
        <w:t>1:04:34  ego se to aadmi ke andar stability aati hai aur determination aata hai. ego se aadmi koi decision le paata hai,</w:t>
      </w:r>
      <w:r>
        <w:br/>
      </w:r>
      <w:r>
        <w:rPr>
          <w:sz w:val="20"/>
        </w:rPr>
        <w:t>1:04:47  kisi challenge ka saamna karta hai. sab egoist to hota hai.</w:t>
      </w:r>
      <w:r>
        <w:br/>
      </w:r>
      <w:r>
        <w:rPr>
          <w:sz w:val="20"/>
        </w:rPr>
        <w:t>1:04:53  dekhiye, ego kab bura hai? jab ego se aap ke andar pride aa jaaye. pride.</w:t>
      </w:r>
      <w:r>
        <w:br/>
      </w:r>
      <w:r>
        <w:rPr>
          <w:sz w:val="20"/>
        </w:rPr>
        <w:t>1:05:00  apne ko pride se bachaiye to phir ego to phir blessing hi blessing hai.</w:t>
      </w:r>
      <w:r>
        <w:br/>
      </w:r>
      <w:r>
        <w:rPr>
          <w:sz w:val="20"/>
        </w:rPr>
        <w:t>1:05:07  ego se apne ko superior samjhen aap aur apne aap ke andar koi ghamand aa jaaye, بڑai ka jazba aa jaaye.</w:t>
      </w:r>
      <w:r>
        <w:br/>
      </w:r>
      <w:r>
        <w:rPr>
          <w:sz w:val="20"/>
        </w:rPr>
        <w:t>1:05:17  to that is evil. Otherwise, ego is blessing.</w:t>
      </w:r>
      <w:r>
        <w:br/>
      </w:r>
      <w:r>
        <w:rPr>
          <w:sz w:val="20"/>
        </w:rPr>
        <w:t>1:05:24  to ego ek takhleeq hai Allah ke paas. Allah ne paida kiya hai ego. jis ne aankh paida kiya, kaan paida kiya, us ne ego hi paida kiya hai. ego koi alag se nahi aa gayi hai.</w:t>
      </w:r>
      <w:r>
        <w:br/>
      </w:r>
      <w:r>
        <w:rPr>
          <w:sz w:val="20"/>
        </w:rPr>
        <w:t>1:05:35  woh khud Allah Ta'ala ki creation hai. woh woh bohat badi cheez hai. ego na ho to aap challenge ka saamna kaise karenge?</w:t>
      </w:r>
      <w:r>
        <w:br/>
      </w:r>
      <w:r>
        <w:rPr>
          <w:sz w:val="20"/>
        </w:rPr>
        <w:t>1:05:45  aap determination kahan se aye ga? aap koi decision kaise len ge?</w:t>
      </w:r>
      <w:r>
        <w:br/>
      </w:r>
      <w:r>
        <w:rPr>
          <w:sz w:val="20"/>
        </w:rPr>
        <w:t>1:05:52  lekin lekin ego mein agar yeh shamil ho jaye, yani superiority complex aye, to woh bura hai.</w:t>
      </w:r>
    </w:p>
    <w:p>
      <w:pPr>
        <w:pStyle w:val="Heading2"/>
      </w:pPr>
      <w:r>
        <w:t>Understanding and managing the ego</w:t>
      </w:r>
    </w:p>
    <w:p>
      <w:r>
        <w:rPr>
          <w:color w:val="666666"/>
          <w:sz w:val="18"/>
        </w:rPr>
        <w:t>Dars-e-Quran, Chapter 2, Verse 37 | January  07, 2018 · 1m 12s · at 51:21 · https://youtu.be/ao6Cr57KuEM?t=3081</w:t>
      </w:r>
    </w:p>
    <w:p>
      <w:r>
        <w:rPr>
          <w:i/>
        </w:rPr>
        <w:t>“Maulana, to say I was wrong requires a person to manage one ego. So please enlighten us what is this ego and how can we make our self manage this ego?”</w:t>
      </w:r>
    </w:p>
    <w:p>
      <w:r>
        <w:rPr>
          <w:sz w:val="20"/>
        </w:rPr>
        <w:t>51:21  ji maulana, agla sawal moradabad se aya hai, zubair sahib ne bheja hai, unhon ne likha hai:</w:t>
      </w:r>
      <w:r>
        <w:br/>
      </w:r>
      <w:r>
        <w:rPr>
          <w:sz w:val="20"/>
        </w:rPr>
        <w:t>51:29  "مولانا، to say I was wrong requires a person to manage one's ego.</w:t>
      </w:r>
      <w:r>
        <w:br/>
      </w:r>
      <w:r>
        <w:rPr>
          <w:sz w:val="20"/>
        </w:rPr>
        <w:t>51:37  So please enlighten us what is this ego and how can we make our self manage this ego</w:t>
      </w:r>
      <w:r>
        <w:br/>
      </w:r>
      <w:r>
        <w:rPr>
          <w:sz w:val="20"/>
        </w:rPr>
        <w:t>51:45  So we can say that I was wrong?</w:t>
      </w:r>
      <w:r>
        <w:br/>
      </w:r>
      <w:r>
        <w:rPr>
          <w:sz w:val="20"/>
        </w:rPr>
        <w:t>51:53  yeh to sahih hai ke apne ego ko manage karna padta hai, lekin ego ke upar bhi hai wisdom. Ego jo upar nahin hai, upar to wisdom hai. Ab wisdom ko upar rakhiye to ego apne aap manage ho jayega. Wisdom ko supreme banaiye to</w:t>
      </w:r>
      <w:r>
        <w:br/>
      </w:r>
      <w:r>
        <w:rPr>
          <w:sz w:val="20"/>
        </w:rPr>
        <w:t>52:23  naj apna, to ego apne aap manage ho jayega.</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How to Pacify One's Ego</w:t>
      </w:r>
    </w:p>
    <w:p>
      <w:r>
        <w:rPr>
          <w:color w:val="666666"/>
          <w:sz w:val="18"/>
        </w:rPr>
        <w:t>Journey of History December 23, 2012 · 1m 05s · at 1:17:18 · https://youtu.be/bvjWl3U3Dmw?t=4638</w:t>
      </w:r>
    </w:p>
    <w:p>
      <w:r>
        <w:rPr>
          <w:i/>
        </w:rPr>
        <w:t>“Maulana, how can one pacify one's ego?”</w:t>
      </w:r>
    </w:p>
    <w:p>
      <w:r>
        <w:rPr>
          <w:sz w:val="20"/>
        </w:rPr>
        <w:t>1:17:18  maulana, agla sawal mis salma ka hai dilli se. unhon ne aap se poocha hai: "maulana sahib, how can one pacify ones ego?" is ke bare mein</w:t>
      </w:r>
      <w:r>
        <w:br/>
      </w:r>
      <w:r>
        <w:rPr>
          <w:sz w:val="20"/>
        </w:rPr>
        <w:t>1:17:28  bataye. dekhiye, ego koi buri cheez nahi hai. ego, ego koi buri cheez nahi hai. ego jab jab argus ban jaye tab tab bura hai.</w:t>
      </w:r>
      <w:r>
        <w:br/>
      </w:r>
      <w:r>
        <w:rPr>
          <w:sz w:val="20"/>
        </w:rPr>
        <w:t>1:17:42  aap ego jo hai us se determination aata hai, us se azm aata hai, us se confidence aata hai.</w:t>
      </w:r>
      <w:r>
        <w:br/>
      </w:r>
      <w:r>
        <w:rPr>
          <w:sz w:val="20"/>
        </w:rPr>
        <w:t>1:17:51  to ego to bari achi cheez hai, lekin jab woh kibr ban jaye, argus ban jaye, pride ban jaye tab bura hai. woh to bohat aasan hai janna ke kahan se ek had khatm ho jaye, kahan se doosri had shuru ho jaye.</w:t>
      </w:r>
      <w:r>
        <w:br/>
      </w:r>
      <w:r>
        <w:rPr>
          <w:sz w:val="20"/>
        </w:rPr>
        <w:t>1:18:07  to aap apni ego ko argus yani organs tak na pohnchne dijiye. bas bohat acha hai. ego to koi mein samajhta hoon ke Allah taala ki nemat hai.</w:t>
      </w:r>
      <w:r>
        <w:br/>
      </w:r>
      <w:r>
        <w:rPr>
          <w:sz w:val="20"/>
        </w:rPr>
        <w:t>1:18:18  yeh</w:t>
      </w:r>
    </w:p>
    <w:p>
      <w:pPr>
        <w:pStyle w:val="Heading2"/>
      </w:pPr>
      <w:r>
        <w:t>Dealing with ego issues in teams</w:t>
      </w:r>
    </w:p>
    <w:p>
      <w:r>
        <w:rPr>
          <w:color w:val="666666"/>
          <w:sz w:val="18"/>
        </w:rPr>
        <w:t>Spirit of the Mission September 16, 2018 · 1m 58s · at 53:47 · https://youtu.be/rjiTU2v3U30?t=3227</w:t>
      </w:r>
    </w:p>
    <w:p>
      <w:r>
        <w:rPr>
          <w:i/>
        </w:rPr>
        <w:t>“Often we see teams get formed but then break away due to ego issues. What is your guidance on this? And how can we inculcate the spirit in every member that the cause of dawah is bigger than the individual?”</w:t>
      </w:r>
    </w:p>
    <w:p>
      <w:r>
        <w:rPr>
          <w:sz w:val="20"/>
        </w:rPr>
        <w:t>53:47  masha allah. maulana, agla sawal lete hain. yeh bheja hai</w:t>
      </w:r>
      <w:r>
        <w:br/>
      </w:r>
      <w:r>
        <w:rPr>
          <w:sz w:val="20"/>
        </w:rPr>
        <w:t>53:55  usman arif sahib ne dubai se. unhon ne likha hai: "maulana, often we see teams get formed, but then eventually break away due to ego issues.</w:t>
      </w:r>
      <w:r>
        <w:br/>
      </w:r>
      <w:r>
        <w:rPr>
          <w:sz w:val="20"/>
        </w:rPr>
        <w:t>54:08  what is your guidance on this subject? and how can we inculcate the spirit in every member that cause of dawah is bigger than the individual?"</w:t>
      </w:r>
      <w:r>
        <w:br/>
      </w:r>
      <w:r>
        <w:rPr>
          <w:sz w:val="20"/>
        </w:rPr>
        <w:t>54:22  bhai, ego issue kise aata hai? dai bhai ki badu mein yeh dai ke hawale se keh rahe hain. maulana, to dai ko apne ego khatam karna chahiye.</w:t>
      </w:r>
      <w:r>
        <w:br/>
      </w:r>
      <w:r>
        <w:rPr>
          <w:sz w:val="20"/>
        </w:rPr>
        <w:t>54:33  jab woh quran ko phailana chahta hai to sab se pehle apne ego kill kijiye. yeh to koi baat nahi hui. yeh ego bhi hai aur dawah bhi kaam.</w:t>
      </w:r>
      <w:r>
        <w:br/>
      </w:r>
      <w:r>
        <w:rPr>
          <w:sz w:val="20"/>
        </w:rPr>
        <w:t>54:45  yeh kaise ho sakta hai? agar aap dai banna chahte hain allah ke haan to ego to</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Living in complaint culture because of high ego</w:t>
      </w:r>
    </w:p>
    <w:p>
      <w:r>
        <w:rPr>
          <w:color w:val="666666"/>
          <w:sz w:val="18"/>
        </w:rPr>
        <w:t>God in the Age of Science January 08, 2017 · 2m 34s · at 1:16:40 · https://youtu.be/au1bRdQDZ0U?t=4600</w:t>
      </w:r>
    </w:p>
    <w:p>
      <w:r>
        <w:rPr>
          <w:i/>
        </w:rPr>
        <w:t>“People usually live in complaint culture because people have high ego, so not to complain means to manage one's ego but...”</w:t>
      </w:r>
    </w:p>
    <w:p>
      <w:r>
        <w:rPr>
          <w:sz w:val="20"/>
        </w:rPr>
        <w:t>1:16:40  question bheja hai riyaz ahmed sahib ne kashmir se molana is se pehle ek aur sawal lena chahenge</w:t>
      </w:r>
      <w:r>
        <w:br/>
      </w:r>
      <w:r>
        <w:rPr>
          <w:sz w:val="20"/>
        </w:rPr>
        <w:t>1:16:48  ge jo furqan sahib ne bheja hai mumbai se unho ne likha hai molana sahib people usually live</w:t>
      </w:r>
      <w:r>
        <w:br/>
      </w:r>
      <w:r>
        <w:rPr>
          <w:sz w:val="20"/>
        </w:rPr>
        <w:t>1:16:56  in complaint culture because people have high ego so not to complain means to manage ones ego but</w:t>
      </w:r>
      <w:r>
        <w:br/>
      </w:r>
      <w:r>
        <w:rPr>
          <w:sz w:val="20"/>
        </w:rPr>
        <w:t>1:17:03  this is not an easy task please tell us how we can manage our ego issues dekhen ego</w:t>
      </w:r>
      <w:r>
        <w:br/>
      </w:r>
      <w:r>
        <w:rPr>
          <w:sz w:val="20"/>
        </w:rPr>
        <w:t>1:17:11  jo hai ego kya hai ego jo hai allah ki ki daryaft na hone ka naam hai ye</w:t>
      </w:r>
      <w:r>
        <w:br/>
      </w:r>
      <w:r>
        <w:rPr>
          <w:sz w:val="20"/>
        </w:rPr>
        <w:t>1:17:19  jitne ego phanse rehte hain wo sab unho ne allah ko daryaft nahi ki yani allah ki azmat</w:t>
      </w:r>
      <w:r>
        <w:br/>
      </w:r>
      <w:r>
        <w:rPr>
          <w:sz w:val="20"/>
        </w:rPr>
        <w:t>1:17:26  ko ap daryaft kar len to ap ka ego to nothing ho jayega agar ap allah ki</w:t>
      </w:r>
      <w:r>
        <w:br/>
      </w:r>
      <w:r>
        <w:rPr>
          <w:sz w:val="20"/>
        </w:rPr>
        <w:t>1:17:34  azmat ko daryaft kar len to ap ka ego nothing ho jayega main ek martaba ek ek</w:t>
      </w:r>
      <w:r>
        <w:br/>
      </w:r>
      <w:r>
        <w:rPr>
          <w:sz w:val="20"/>
        </w:rPr>
        <w:t>1:17:42  ek badshah ke darbar mein mujhe ittefaq hua tha baithne ka to wahan sab log the aur badshah</w:t>
      </w:r>
      <w:r>
        <w:br/>
      </w:r>
      <w:r>
        <w:rPr>
          <w:sz w:val="20"/>
        </w:rPr>
        <w:t>1:17:50  a kar baitha to itna zyada log apne ko sambhal ke rakhte the ke kapre ka yani zara</w:t>
      </w:r>
      <w:r>
        <w:br/>
      </w:r>
      <w:r>
        <w:rPr>
          <w:sz w:val="20"/>
        </w:rPr>
        <w:t>1:17:57  si awaz agar bhi nahi chahte the ke kapra hatane se awaz paida ho ek dam statue bane</w:t>
      </w:r>
      <w:r>
        <w:br/>
      </w:r>
      <w:r>
        <w:rPr>
          <w:sz w:val="20"/>
        </w:rPr>
        <w:t>1:18:05  hue admi baitha hua tha jo wahan log the bilkul statue bane hue baithe the hatta ke main</w:t>
      </w:r>
      <w:r>
        <w:br/>
      </w:r>
      <w:r>
        <w:rPr>
          <w:sz w:val="20"/>
        </w:rPr>
        <w:t>1:18:13  main ne karwat lena chaha to mana kiya mujh ko karwat badlijiye karwat lene se awaz paida hogi</w:t>
      </w:r>
      <w:r>
        <w:br/>
      </w:r>
      <w:r>
        <w:rPr>
          <w:sz w:val="20"/>
        </w:rPr>
        <w:t>1:18:20  to bataiye badshah ki haqeeqat kya hai badshah ke samne ho kar ke ap itna zyada theek thak</w:t>
      </w:r>
      <w:r>
        <w:br/>
      </w:r>
      <w:r>
        <w:rPr>
          <w:sz w:val="20"/>
        </w:rPr>
        <w:t>1:18:28  ho jate hain to agar mehsoos karen ke main allah rab ul alameen ke darbar mein hoon to kitna</w:t>
      </w:r>
      <w:r>
        <w:br/>
      </w:r>
      <w:r>
        <w:rPr>
          <w:sz w:val="20"/>
        </w:rPr>
        <w:t>1:18:36  theek ho jayenge to jo ego mein jeeta hai wo to qabil nafrat hai wo insan kyunke</w:t>
      </w:r>
      <w:r>
        <w:br/>
      </w:r>
      <w:r>
        <w:rPr>
          <w:sz w:val="20"/>
        </w:rPr>
        <w:t>1:18:44  allah ki azmat ko janta nahi wo yani jahan barhai sirf allah ko hasil ho wahan ap ego</w:t>
      </w:r>
      <w:r>
        <w:br/>
      </w:r>
      <w:r>
        <w:rPr>
          <w:sz w:val="20"/>
        </w:rPr>
        <w:t>1:18:51  dikhayen to is se zyada yani aham maqam baat kya ho sakti hai to sara mamla ye hua</w:t>
      </w:r>
      <w:r>
        <w:br/>
      </w:r>
      <w:r>
        <w:rPr>
          <w:sz w:val="20"/>
        </w:rPr>
        <w:t>1:18:59  hai ke logon ne allah ko daryaft nahi kiya wo islam ko bator culture liye hue hain bator</w:t>
      </w:r>
      <w:r>
        <w:br/>
      </w:r>
      <w:r>
        <w:rPr>
          <w:sz w:val="20"/>
        </w:rPr>
        <w:t>1:19:07  marifat nahi liye hue hain ek hai marifat wala islam marifat wala islam aur ek culture wala islam</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Focus on ego or Satan's whispers</w:t>
      </w:r>
    </w:p>
    <w:p>
      <w:r>
        <w:rPr>
          <w:color w:val="666666"/>
          <w:sz w:val="18"/>
        </w:rPr>
        <w:t>Q&amp;A 04 DEC 2011 Maulana Wahiduddin Khan · 6m 26s · at 19:20 · https://youtu.be/KIMNmuUZoGo?t=1160</w:t>
      </w:r>
    </w:p>
    <w:p>
      <w:r>
        <w:rPr>
          <w:i/>
        </w:rPr>
        <w:t>“To protect ourselves from Satan, what should we focus on most? Ego or Satan's whispers?”</w:t>
      </w:r>
    </w:p>
    <w:p>
      <w:r>
        <w:rPr>
          <w:sz w:val="20"/>
        </w:rPr>
        <w:t>19:20  maulana, agla sawal aya hai mr sajid ka, hyderabad se. unhon ne likha hai: "shaitan se bachne ke liye hum ko sab se zyada kis cheez par nigah rakhna chahiye?</w:t>
      </w:r>
      <w:r>
        <w:br/>
      </w:r>
      <w:r>
        <w:rPr>
          <w:sz w:val="20"/>
        </w:rPr>
        <w:t>19:33  ego par ya shaitan ke waswase par?"</w:t>
      </w:r>
      <w:r>
        <w:br/>
      </w:r>
      <w:r>
        <w:rPr>
          <w:sz w:val="20"/>
        </w:rPr>
        <w:t>19:39  shaitan se bachne ke liye zaroorat hai apna dushman banna. khud apne sath dushmani karni parti hai. tab aap shaitan se bach sakte hain.</w:t>
      </w:r>
      <w:r>
        <w:br/>
      </w:r>
      <w:r>
        <w:rPr>
          <w:sz w:val="20"/>
        </w:rPr>
        <w:t>19:50  agar aap apne dost bane hue hon to aap shaitan se bach nahi sakte aap. isi liye mein kaha karta hoon ke</w:t>
      </w:r>
      <w:r>
        <w:br/>
      </w:r>
      <w:r>
        <w:rPr>
          <w:sz w:val="20"/>
        </w:rPr>
        <w:t>19:58  merciless hammering, merciless introspection yani be rehamana muhasiba.</w:t>
      </w:r>
      <w:r>
        <w:br/>
      </w:r>
      <w:r>
        <w:rPr>
          <w:sz w:val="20"/>
        </w:rPr>
        <w:t>20:06  isi ko mein kehta hoon dushman banna parta hai. ek hi lazmi shart hai woh hai apna be rehamana muhasiba.</w:t>
      </w:r>
      <w:r>
        <w:br/>
      </w:r>
      <w:r>
        <w:rPr>
          <w:sz w:val="20"/>
        </w:rPr>
        <w:t>20:15  tab aap shaitan se bach jayen ge. matlab namumkin hai shaitan se bachna. aur aaj kal insanon ki yani jo aaj kal pehle bhi sab se bari jo kamzori insanon mein pata hoon mein ke woh ek ek lafz mil jata hai is ko to isi lafz se woh justify kar leta hai apne ko.</w:t>
      </w:r>
      <w:r>
        <w:br/>
      </w:r>
      <w:r>
        <w:rPr>
          <w:sz w:val="20"/>
        </w:rPr>
        <w:t>20:33  her aadmi ko chahe woh dako bhi kyun na ho. ek dako se unhon ne kaha ke tum dake marte ho? us ne kaha mein daka marta hoon to mein dekho logon ko paisa deta hoon.</w:t>
      </w:r>
      <w:r>
        <w:br/>
      </w:r>
      <w:r>
        <w:rPr>
          <w:sz w:val="20"/>
        </w:rPr>
        <w:t>20:46  akela thori mahaz aap ko leta hoon. kuch khud leta hoon, kuch gharibon ko de deta hoon. is se justify kar liya aap ne dako ko?</w:t>
      </w:r>
      <w:r>
        <w:br/>
      </w:r>
      <w:r>
        <w:rPr>
          <w:sz w:val="20"/>
        </w:rPr>
        <w:t>20:55  to sab se buri cheez hai alfaz ka fitna. her aadmi chahe kuch bhi kuch bhi ghalat rai banaye, kuch bhi ghair ilmi rai banaye, kuch bhi be buniyad rai banaye.</w:t>
      </w:r>
      <w:r>
        <w:br/>
      </w:r>
      <w:r>
        <w:rPr>
          <w:sz w:val="20"/>
        </w:rPr>
        <w:t>21:11  us ko lafz mil jayega.</w:t>
      </w:r>
      <w:r>
        <w:br/>
      </w:r>
      <w:r>
        <w:rPr>
          <w:sz w:val="20"/>
        </w:rPr>
        <w:t>21:14  lafz mil jayega.</w:t>
      </w:r>
      <w:r>
        <w:br/>
      </w:r>
      <w:r>
        <w:rPr>
          <w:sz w:val="20"/>
        </w:rPr>
        <w:t>21:18  misalan ek sahab ne kaha ke sahab quran mein namaz ki tafseel kahan hai? yeh aap namaz jo banai hai aap ne, aap logon ne yeh to khud sakhta hai.</w:t>
      </w:r>
      <w:r>
        <w:br/>
      </w:r>
      <w:r>
        <w:rPr>
          <w:sz w:val="20"/>
        </w:rPr>
        <w:t>21:30  to mein ne kaha koi bhi cheez jo aap mante hon ke quran mein hai us ki bhi tafseel kahan hai?</w:t>
      </w:r>
      <w:r>
        <w:br/>
      </w:r>
      <w:r>
        <w:rPr>
          <w:sz w:val="20"/>
        </w:rPr>
        <w:t>21:37  us ki bhi tafseel kahan hai? misalan un ka nazariya tha ke quran ka maqsad hai yani woh nizam-e-adil qaim karna.</w:t>
      </w:r>
      <w:r>
        <w:br/>
      </w:r>
      <w:r>
        <w:rPr>
          <w:sz w:val="20"/>
        </w:rPr>
        <w:t>21:49  yani ideal system, perfect system qaim karna. maine kaha woh kahan tafseel uski hai?</w:t>
      </w:r>
      <w:r>
        <w:br/>
      </w:r>
      <w:r>
        <w:rPr>
          <w:sz w:val="20"/>
        </w:rPr>
        <w:t>21:56  toh koi bhi cheez jo aap kahenge ke Quran mein Quran mein iska hukum diya gaya hai toh uski tafseel nahi milegi aap ko.</w:t>
      </w:r>
      <w:r>
        <w:br/>
      </w:r>
      <w:r>
        <w:rPr>
          <w:sz w:val="20"/>
        </w:rPr>
        <w:t>22:06  namazi ki baatein nahi hain. lekin phir bhi woh nahi mana unhone. kyunke kuch na kuch lafz phir mil jata hai aadmi ko. toh sab se bada fitna alfaaz ka fitna hai.</w:t>
      </w:r>
      <w:r>
        <w:br/>
      </w:r>
      <w:r>
        <w:rPr>
          <w:sz w:val="20"/>
        </w:rPr>
        <w:t>22:17  koi bhi daleel aap dijiye.</w:t>
      </w:r>
      <w:r>
        <w:br/>
      </w:r>
      <w:r>
        <w:rPr>
          <w:sz w:val="20"/>
        </w:rPr>
        <w:t>22:20  woh isko ek ek lafz mil jayega isko. ek dilchasp misaal yeh hai ke ek martaba mein Lucknow mein tha toh Hazrat Zehd ke paas ek road aise mudti thi.</w:t>
      </w:r>
      <w:r>
        <w:br/>
      </w:r>
      <w:r>
        <w:rPr>
          <w:sz w:val="20"/>
        </w:rPr>
        <w:t>22:32  wahan mein tha corner par. ek road idhar ja rahi thi, ek road idhar se mud rahi thi.</w:t>
      </w:r>
      <w:r>
        <w:br/>
      </w:r>
      <w:r>
        <w:rPr>
          <w:sz w:val="20"/>
        </w:rPr>
        <w:t>22:39  toh maine dekha ke ek ek ek ladka cycle par dodata dodata hua idhar se aaya. bahut tezi se. phir jahan mudna tha usko wahan ek dehati bechara chal raha tha paidal, use takra gaya woh.</w:t>
      </w:r>
      <w:r>
        <w:br/>
      </w:r>
      <w:r>
        <w:rPr>
          <w:sz w:val="20"/>
        </w:rPr>
        <w:t>22:54  toh dehati gir gaya.</w:t>
      </w:r>
      <w:r>
        <w:br/>
      </w:r>
      <w:r>
        <w:rPr>
          <w:sz w:val="20"/>
        </w:rPr>
        <w:t>22:58  bayaar ghareeb aadmi lagta tha woh koi. toh ladka jo hai takra gaya toh cycle bhi gir gayi, woh aadmi bhi gir gaya. toh woh aadmi kehta hai ke ghanti kyun nahi bajai?</w:t>
      </w:r>
      <w:r>
        <w:br/>
      </w:r>
      <w:r>
        <w:rPr>
          <w:sz w:val="20"/>
        </w:rPr>
        <w:t>23:15  toh ladka kehta hai ghanti na ho toh?</w:t>
      </w:r>
      <w:r>
        <w:br/>
      </w:r>
      <w:r>
        <w:rPr>
          <w:sz w:val="20"/>
        </w:rPr>
        <w:t>23:20  phir woh kehta hai ke break kyun nahi lagaya? break na ho toh? phir usne kaha bechare ne ke tumhari ghanti bhi nahi hai, break bhi nahi hai, tez kyun dodate ho?</w:t>
      </w:r>
      <w:r>
        <w:br/>
      </w:r>
      <w:r>
        <w:rPr>
          <w:sz w:val="20"/>
        </w:rPr>
        <w:t>23:31  tab bhi lafz mil gaya usko. kaha tum se pooch kyun dodau? yeh bahut hi khatarnak baat hai ke insaan ko lafz milta rehta hai.</w:t>
      </w:r>
      <w:r>
        <w:br/>
      </w:r>
      <w:r>
        <w:rPr>
          <w:sz w:val="20"/>
        </w:rPr>
        <w:t>23:41  Shaitan ko mil gaya Allah ke muqable mein lafz. ab gaur kijiye ke Allah taala ne kaha ke tum Adam ke aage sajda karo.</w:t>
      </w:r>
      <w:r>
        <w:br/>
      </w:r>
      <w:r>
        <w:rPr>
          <w:sz w:val="20"/>
        </w:rPr>
        <w:t>23:51  jhuk jao. toh Shaitan ne kya kaha? main kyun jhuku? aap ne paida kiya mujhko aag se, usko mitti se.</w:t>
      </w:r>
      <w:r>
        <w:br/>
      </w:r>
      <w:r>
        <w:rPr>
          <w:sz w:val="20"/>
        </w:rPr>
        <w:t>24:00  toh main is se superior hoon. toh Allah ke muqable pe lafz mil gaya usko.</w:t>
      </w:r>
      <w:r>
        <w:br/>
      </w:r>
      <w:r>
        <w:rPr>
          <w:sz w:val="20"/>
        </w:rPr>
        <w:t>24:07  yaad rakhiye sab se buri cheez yeh hai ke aap ko lafz milta rahe. aap speechless na ho paayein. jab tak aadmi ka zariya rok woh speechless hota ho kahin na kahein.</w:t>
      </w:r>
      <w:r>
        <w:br/>
      </w:r>
      <w:r>
        <w:rPr>
          <w:sz w:val="20"/>
        </w:rPr>
        <w:t>24:18  kahin na kahin usko daleel jhuka de. kahin na kahin Allah ka khauf jhuka de.</w:t>
      </w:r>
      <w:r>
        <w:br/>
      </w:r>
      <w:r>
        <w:rPr>
          <w:sz w:val="20"/>
        </w:rPr>
        <w:t>24:23  kahin na kahin usko uski sincerity rok de. nahi toh rokayenge nahi aap. yani bolte rahenge, bolte rahenge, bolte rahenge.</w:t>
      </w:r>
      <w:r>
        <w:br/>
      </w:r>
      <w:r>
        <w:rPr>
          <w:sz w:val="20"/>
        </w:rPr>
        <w:t>24:32  toh main isi liye main kehta hoon ke sab se bura fitna alfaaz ka fitna hai. aage aap jhukna na chahein toh Shaitan la kar aage nahi jhuka.</w:t>
      </w:r>
      <w:r>
        <w:br/>
      </w:r>
      <w:r>
        <w:rPr>
          <w:sz w:val="20"/>
        </w:rPr>
        <w:t>24:42  usko lafz milta raha, wahan bhi lafz milta raha.</w:t>
      </w:r>
      <w:r>
        <w:br/>
      </w:r>
      <w:r>
        <w:rPr>
          <w:sz w:val="20"/>
        </w:rPr>
        <w:t>24:45  toh yeh bahut hi serious baat hai. dekhiye aap maut se pehle duniya mein azaad hain toh kuch bhi bol sakte hain. maut ke baad kya karenge?</w:t>
      </w:r>
      <w:r>
        <w:br/>
      </w:r>
      <w:r>
        <w:rPr>
          <w:sz w:val="20"/>
        </w:rPr>
        <w:t>24:54  jab hajj ke maidan mein aap ikhatta honge toh kya karenge wahan? kya Allah taala ke saath bhi lafz baazi karenge aap? wahan bhi lafz bol ke jeet sakte hain aap?</w:t>
      </w:r>
      <w:r>
        <w:br/>
      </w:r>
      <w:r>
        <w:rPr>
          <w:sz w:val="20"/>
        </w:rPr>
        <w:t>25:04  aur Allah taala hukum de ke isko le jao, jahannum mein daal do. kya aap ke paas taqat hogi? aap rok lenge apne aap ko farishte se?</w:t>
      </w:r>
      <w:r>
        <w:br/>
      </w:r>
      <w:r>
        <w:rPr>
          <w:sz w:val="20"/>
        </w:rPr>
        <w:t>25:14  toh sab se bura fitna mere nazdeek alfaaz ka fitna hai. har aadmi ko woh lafz mil jata hai. jis ko dekhiye duniya ke bade bade zalim jo hain unko woh lafz mile hue the.</w:t>
      </w:r>
      <w:r>
        <w:br/>
      </w:r>
      <w:r>
        <w:rPr>
          <w:sz w:val="20"/>
        </w:rPr>
        <w:t>25:25  hum jo kar rahe hain iski wajah yeh hai. hum jo hain ke iski wajah yeh hai.</w:t>
      </w:r>
      <w:r>
        <w:br/>
      </w:r>
      <w:r>
        <w:rPr>
          <w:sz w:val="20"/>
        </w:rPr>
        <w:t>25:31  to mein Allah se panah mangta hoon ke Allah taala mujhe alfaaz ke fitne se bachaye aur afsos logon ke liye dua karta hoon ke aap logon ko Allah taala itni samajh de ke aap alfaaz ke fitne se bachein.</w:t>
      </w:r>
    </w:p>
    <w:p>
      <w:pPr>
        <w:pStyle w:val="Heading2"/>
      </w:pPr>
      <w:r>
        <w:t>Balancing home with dual working professionals</w:t>
      </w:r>
    </w:p>
    <w:p>
      <w:r>
        <w:rPr>
          <w:color w:val="666666"/>
          <w:sz w:val="18"/>
        </w:rPr>
        <w:t>The Role of a Woman March 8, 2020 Maulana Wahiduddin Khan · 3m 01s · at 20:45 · https://youtu.be/aBPy_KTsk1A?t=1245</w:t>
      </w:r>
    </w:p>
    <w:p>
      <w:r>
        <w:rPr>
          <w:i/>
        </w:rPr>
        <w:t>“Maulana, in today's competitive world, both men and women are working professionals. My question is: how a balance can be created at home as today both have egos due to financial independence? What is your advice?”</w:t>
      </w:r>
    </w:p>
    <w:p>
      <w:r>
        <w:rPr>
          <w:sz w:val="20"/>
        </w:rPr>
        <w:t>20:45  Agar aurat ho to mission kamyab. Jazak Allah Maulana." Maulana, agla sawal bheja hai Zubair Khan ne Ahmedabad se.</w:t>
      </w:r>
      <w:r>
        <w:br/>
      </w:r>
      <w:r>
        <w:rPr>
          <w:sz w:val="20"/>
        </w:rPr>
        <w:t>20:58  Unhon ne likha hai: "Maulana, in today's competitive world, both men and women are working professionals. My question is: how a balance can be created at home as today both have egos due to financial independence?</w:t>
      </w:r>
      <w:r>
        <w:br/>
      </w:r>
      <w:r>
        <w:rPr>
          <w:sz w:val="20"/>
        </w:rPr>
        <w:t>21:17  What is your advice?"</w:t>
      </w:r>
      <w:r>
        <w:br/>
      </w:r>
      <w:r>
        <w:rPr>
          <w:sz w:val="20"/>
        </w:rPr>
        <w:t>21:22  Aap ne yeh bohat acha add kiya aur mein is ko miss kiya tha mein ne. aik hadith hai, aik hadith hai,</w:t>
      </w:r>
      <w:r>
        <w:br/>
      </w:r>
      <w:r>
        <w:rPr>
          <w:sz w:val="20"/>
        </w:rPr>
        <w:t>21:36  is mein yeh alfaaz hain</w:t>
      </w:r>
      <w:r>
        <w:br/>
      </w:r>
      <w:r>
        <w:rPr>
          <w:sz w:val="20"/>
        </w:rPr>
        <w:t>21:38  ke un nisa shaqaiq al rajul yani aurtain mard ka aadha hain, nisf hain.</w:t>
      </w:r>
      <w:r>
        <w:br/>
      </w:r>
      <w:r>
        <w:rPr>
          <w:sz w:val="20"/>
        </w:rPr>
        <w:t>21:52  Yeh bohat hi sahi expression hai yeh. yani is ka matlab yeh hai ke Man and woman are two equal halves of a single unity.</w:t>
      </w:r>
      <w:r>
        <w:br/>
      </w:r>
      <w:r>
        <w:rPr>
          <w:sz w:val="20"/>
        </w:rPr>
        <w:t>22:08  Man and woman are two equal halves</w:t>
      </w:r>
      <w:r>
        <w:br/>
      </w:r>
      <w:r>
        <w:rPr>
          <w:sz w:val="20"/>
        </w:rPr>
        <w:t>22:12  of a single unity.</w:t>
      </w:r>
      <w:r>
        <w:br/>
      </w:r>
      <w:r>
        <w:rPr>
          <w:sz w:val="20"/>
        </w:rPr>
        <w:t>22:17  Bohat sahi ta'beer hai yeh. aur yeh hadith Nasai mein aayi hai.</w:t>
      </w:r>
      <w:r>
        <w:br/>
      </w:r>
      <w:r>
        <w:rPr>
          <w:sz w:val="20"/>
        </w:rPr>
        <w:t>22:32  Abu Dawood. acha, Abu Dawood mein. yeh hadith Abu Dawood mein hai. yani sahih Sitta mein se hadith yeh hai. Abu Dawood Sahih Sitta mein maani jati hai.</w:t>
      </w:r>
      <w:r>
        <w:br/>
      </w:r>
      <w:r>
        <w:rPr>
          <w:sz w:val="20"/>
        </w:rPr>
        <w:t>22:46  Riyaz Bhatt sahib ne Bangalore se likha hai "On Women's Day explaining of Hajirah model</w:t>
      </w:r>
      <w:r>
        <w:br/>
      </w:r>
      <w:r>
        <w:rPr>
          <w:sz w:val="20"/>
        </w:rPr>
        <w:t>22:52  for women of twenty-first century gives us a way to visualize a generation of intellectually evolved individuals.</w:t>
      </w:r>
      <w:r>
        <w:br/>
      </w:r>
      <w:r>
        <w:rPr>
          <w:sz w:val="20"/>
        </w:rPr>
        <w:t>23:02  Here I feel that the Meccan period is evidence to fact how Quraish tried to distract the Prophet from the mission of Dawah.</w:t>
      </w:r>
      <w:r>
        <w:br/>
      </w:r>
      <w:r>
        <w:rPr>
          <w:sz w:val="20"/>
        </w:rPr>
        <w:t>23:13  Prophet firmly avoided to be drawn in this battlefield. We have to follow this Sunnah firmly." Miss Toti Malhotra ne Dilli se likha hai "Thank you, Maulana, for helping women understand their potential.</w:t>
      </w:r>
      <w:r>
        <w:br/>
      </w:r>
      <w:r>
        <w:rPr>
          <w:sz w:val="20"/>
        </w:rPr>
        <w:t>23:30  Without your encouragement, I would have never unfolded my potential, and it is due to your continuous inspiration that I am able to discover myself on a daily basis."</w:t>
      </w:r>
    </w:p>
    <w:p>
      <w:pPr>
        <w:pStyle w:val="Heading2"/>
      </w:pPr>
      <w:r>
        <w:t>Where Does Ego Originate From?</w:t>
      </w:r>
    </w:p>
    <w:p>
      <w:r>
        <w:rPr>
          <w:color w:val="666666"/>
          <w:sz w:val="18"/>
        </w:rPr>
        <w:t>Q&amp;A 04 DEC 2011 Maulana Wahiduddin Khan · 1m 41s · at 7:58 · https://youtu.be/KIMNmuUZoGo?t=478</w:t>
      </w:r>
    </w:p>
    <w:p>
      <w:r>
        <w:rPr>
          <w:i/>
        </w:rPr>
        <w:t>“We talk about ego a lot. I want to know from you, where does it originate from? Mind or heart?”</w:t>
      </w:r>
    </w:p>
    <w:p>
      <w:r>
        <w:rPr>
          <w:sz w:val="20"/>
        </w:rPr>
        <w:t>7:58  maulana, agla sawal aya hai dilli se mister aniket verma ka. unhone aapse poocha hai ke: "maulana sahib, we talk about ego a lot.</w:t>
      </w:r>
      <w:r>
        <w:br/>
      </w:r>
      <w:r>
        <w:rPr>
          <w:sz w:val="20"/>
        </w:rPr>
        <w:t>8:09  i want to know from you, where does it originate from? mind or heart?"</w:t>
      </w:r>
      <w:r>
        <w:br/>
      </w:r>
      <w:r>
        <w:rPr>
          <w:sz w:val="20"/>
        </w:rPr>
        <w:t>8:18  dekhiye, yeh mind aur heart ka jo alag alag mante the log, ab woh khatam ho chuka hai.</w:t>
      </w:r>
      <w:r>
        <w:br/>
      </w:r>
      <w:r>
        <w:rPr>
          <w:sz w:val="20"/>
        </w:rPr>
        <w:t>8:27  ab mind hi sab kuch hai. soul bhi mind mein hi hai. heart bhi mind mein hai. thinking bhi mind mein hai, emotions bhi mind mein hain.</w:t>
      </w:r>
      <w:r>
        <w:br/>
      </w:r>
      <w:r>
        <w:rPr>
          <w:sz w:val="20"/>
        </w:rPr>
        <w:t>8:36  har cheez ka jo source hai woh mind hai.</w:t>
      </w:r>
      <w:r>
        <w:br/>
      </w:r>
      <w:r>
        <w:rPr>
          <w:sz w:val="20"/>
        </w:rPr>
        <w:t>8:40  to alag kuch nahi hai mind se. baqi jo ego hai to har aadmi apne tajrube mein jaan sakta hai ego aur conscience ka muamla.</w:t>
      </w:r>
      <w:r>
        <w:br/>
      </w:r>
      <w:r>
        <w:rPr>
          <w:sz w:val="20"/>
        </w:rPr>
        <w:t>8:52  ke kahin aap ko andar se ek hota hai repentance ata hai.</w:t>
      </w:r>
      <w:r>
        <w:br/>
      </w:r>
      <w:r>
        <w:rPr>
          <w:sz w:val="20"/>
        </w:rPr>
        <w:t>8:58  that is phenomenon of conscience. kahin aap provoke hote hain, ghussa hota hai ke sab yeh karoon, woh karoon. that is phenomenon of ego. to yeh to koi koi mystery nahi hai.</w:t>
      </w:r>
      <w:r>
        <w:br/>
      </w:r>
      <w:r>
        <w:rPr>
          <w:sz w:val="20"/>
        </w:rPr>
        <w:t>9:11  har aadmi apne tajrube mein samajh sakta hai ke insaan ke andar dono faculties hain: ego bhi aur conscience bhi.</w:t>
      </w:r>
      <w:r>
        <w:br/>
      </w:r>
      <w:r>
        <w:rPr>
          <w:sz w:val="20"/>
        </w:rPr>
        <w:t>9:19  aur chunaanche insaan test mein hai to is liye zaroori tha ke dono faculties hon. taake aadmi dekha jaye kaun woh aadmi hai jo ego ko follow nahi karta balke conscience ko follow karta hai.</w:t>
      </w:r>
      <w:r>
        <w:br/>
      </w:r>
      <w:r>
        <w:rPr>
          <w:sz w:val="20"/>
        </w:rPr>
        <w:t>9:33  yeh toh yeh toh hona hi hona tha test ke liye.</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Knowing and maintaining self-correction process</w:t>
      </w:r>
    </w:p>
    <w:p>
      <w:r>
        <w:rPr>
          <w:color w:val="666666"/>
          <w:sz w:val="18"/>
        </w:rPr>
        <w:t>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How to save oneself from negativity</w:t>
      </w:r>
    </w:p>
    <w:p>
      <w:r>
        <w:rPr>
          <w:color w:val="666666"/>
          <w:sz w:val="18"/>
        </w:rPr>
        <w:t>Journey of History December 23, 2012 · 1m 27s · at 1:11:13 · https://youtu.be/bvjWl3U3Dmw?t=4273</w:t>
      </w:r>
    </w:p>
    <w:p>
      <w:r>
        <w:rPr>
          <w:i/>
        </w:rPr>
        <w:t>“How did you manage to save yourself from negativity?”</w:t>
      </w:r>
    </w:p>
    <w:p>
      <w:r>
        <w:rPr>
          <w:sz w:val="20"/>
        </w:rPr>
        <w:t>1:11:13  is ke siwa doosri bohat cheezon mein aisa hai. maulana, agla sawal mumbai se hai rashid sahab ka.</w:t>
      </w:r>
      <w:r>
        <w:br/>
      </w:r>
      <w:r>
        <w:rPr>
          <w:sz w:val="20"/>
        </w:rPr>
        <w:t>1:11:23  unhon ne aap se poocha hai: "maulana sahab, how did you manage to save yourself from negativity?" is ke baray mein batayen. dekhen, jo fitri halat wahi hai, wahi hai ke aadmi ko allah ne positive paida kiya hai.</w:t>
      </w:r>
      <w:r>
        <w:br/>
      </w:r>
      <w:r>
        <w:rPr>
          <w:sz w:val="20"/>
        </w:rPr>
        <w:t>1:11:40  yeh to aap is mein barha dete hain negativity.</w:t>
      </w:r>
      <w:r>
        <w:br/>
      </w:r>
      <w:r>
        <w:rPr>
          <w:sz w:val="20"/>
        </w:rPr>
        <w:t>1:11:47  to har hadith mein aata hai ke sare insan fitri halat mein paida kiye jate hain. kal mawliduna yulad al-fitra. to apni apni fitrat ko aap preserve rakhiye, bas deen you are positive thinker.</w:t>
      </w:r>
      <w:r>
        <w:br/>
      </w:r>
      <w:r>
        <w:rPr>
          <w:sz w:val="20"/>
        </w:rPr>
        <w:t>1:12:06  kal mawliduna yulad al-fitra. har aadmi pata hota hai fitrat par yani paidaishi taur par har aadmi positive thinker hi hota hai.</w:t>
      </w:r>
      <w:r>
        <w:br/>
      </w:r>
      <w:r>
        <w:rPr>
          <w:sz w:val="20"/>
        </w:rPr>
        <w:t>1:12:16  aas paas ke khulasa se asar le kar aap negative ban jate hain to asar mat lijiye. apni fitrat ko baqi rakhiye yani maintain your nature, deen you are a positive thinker.</w:t>
      </w:r>
      <w:r>
        <w:br/>
      </w:r>
      <w:r>
        <w:rPr>
          <w:sz w:val="20"/>
        </w:rPr>
        <w:t>1:12:32  maintain your real nature and deen deen you are a positive thinker. simple formula hai.</w:t>
      </w:r>
    </w:p>
    <w:p>
      <w:pPr>
        <w:pStyle w:val="Heading2"/>
      </w:pPr>
      <w:r>
        <w:t>Focus to avoid Satan: ego or whispers?</w:t>
      </w:r>
    </w:p>
    <w:p>
      <w:r>
        <w:rPr>
          <w:color w:val="666666"/>
          <w:sz w:val="18"/>
        </w:rPr>
        <w:t>The Problem of Evil December 4, 2011 · 6m 11s · at 1:18:35 · https://youtu.be/SMqtVjaGHfw?t=4715</w:t>
      </w:r>
    </w:p>
    <w:p>
      <w:r>
        <w:rPr>
          <w:i/>
        </w:rPr>
        <w:t>“To protect ourselves from Satan, what should we focus on most: the ego or Satan's whispers?”</w:t>
      </w:r>
    </w:p>
    <w:p>
      <w:r>
        <w:rPr>
          <w:sz w:val="20"/>
        </w:rPr>
        <w:t>1:18:35  maulana, agla sawal aaya hai mr sajid ka, hyderabad se. unhon ne likha hai: "shaitan se bachne ke liye hum ko sab se zyada kis cheez par nigah rakhna chahiye?</w:t>
      </w:r>
      <w:r>
        <w:br/>
      </w:r>
      <w:r>
        <w:rPr>
          <w:sz w:val="20"/>
        </w:rPr>
        <w:t>1:18:47  ego par ya shaitan ke waswase par?" shaitan se bachne ke liye zaroorat hai apna dushman banna.</w:t>
      </w:r>
      <w:r>
        <w:br/>
      </w:r>
      <w:r>
        <w:rPr>
          <w:sz w:val="20"/>
        </w:rPr>
        <w:t>1:18:57  khud apne sath dushmani karni parti hai, tab aap shaitan se bach sakte hain.</w:t>
      </w:r>
      <w:r>
        <w:br/>
      </w:r>
      <w:r>
        <w:rPr>
          <w:sz w:val="20"/>
        </w:rPr>
        <w:t>1:19:04  agar aap apne dost bane hue hain to aap shaitan se bach sakte hain. aap isi liye mein kaha karta hoon ke merciless hammering, merciless introspection yani be rehamana muhasba,</w:t>
      </w:r>
      <w:r>
        <w:br/>
      </w:r>
      <w:r>
        <w:rPr>
          <w:sz w:val="20"/>
        </w:rPr>
        <w:t>1:19:20  isi ko baqayda dushman banna parta hai.</w:t>
      </w:r>
      <w:r>
        <w:br/>
      </w:r>
      <w:r>
        <w:rPr>
          <w:sz w:val="20"/>
        </w:rPr>
        <w:t>1:19:22  ek hi laazmi shart hai, woh hai apna be rehamana muhasba, tab aap shaitan se bach jayenge. woh namumkin hai shaitan se bachna.</w:t>
      </w:r>
      <w:r>
        <w:br/>
      </w:r>
      <w:r>
        <w:rPr>
          <w:sz w:val="20"/>
        </w:rPr>
        <w:t>1:19:33  aur aaj kal insanon ki yani jo aaj kal pehle bhi sab se bari jo kamzori insanon mein pata hoon mein ke woh ek ek lafz mil jata hai us ko to usi lafz se woh justify kar leta hai apne ko.</w:t>
      </w:r>
      <w:r>
        <w:br/>
      </w:r>
      <w:r>
        <w:rPr>
          <w:sz w:val="20"/>
        </w:rPr>
        <w:t>1:19:45  har aadmi ko chahe woh dako bhi kyun na ho. ek dako se unhon ne kaha ke tum dake marte ho? mein ne kaha mein daka marta hoon to mein dekho logon ko paisa deta hoon, akela thori mehzab ko leta hoon, kuch khud leta hoon, kuch gharibon ko de deta hoon.</w:t>
      </w:r>
      <w:r>
        <w:br/>
      </w:r>
      <w:r>
        <w:rPr>
          <w:sz w:val="20"/>
        </w:rPr>
        <w:t>1:20:02  is se justify kar liya apne dake ko.</w:t>
      </w:r>
      <w:r>
        <w:br/>
      </w:r>
      <w:r>
        <w:rPr>
          <w:sz w:val="20"/>
        </w:rPr>
        <w:t>1:20:07  to sab se buri cheez hai alfaaz ka fitna. har aadmi chahe kuch bhi, kuch bhi ghalat rai banaye, kuch bhi ghair ilmi rai banaye, kuch bhi be buniyad rai banaye, us ko lafz mil jayega,</w:t>
      </w:r>
      <w:r>
        <w:br/>
      </w:r>
      <w:r>
        <w:rPr>
          <w:sz w:val="20"/>
        </w:rPr>
        <w:t>1:20:24  lafz mil jayega.</w:t>
      </w:r>
      <w:r>
        <w:br/>
      </w:r>
      <w:r>
        <w:rPr>
          <w:sz w:val="20"/>
        </w:rPr>
        <w:t>1:20:28  misalan ek sahib ne kaha ke sahib quran mein namaz ki tafseel</w:t>
      </w:r>
      <w:r>
        <w:br/>
      </w:r>
      <w:r>
        <w:rPr>
          <w:sz w:val="20"/>
        </w:rPr>
        <w:t>1:20:34  kahan hai? yeh aap namaz jo banai hai aap ne, aap logon ne, yeh to khud sakhta hai. to mein ne kaha koi bhi cheez jo aap mante hon ke quran mein hai, us ki bhi tafseel kahan hai?</w:t>
      </w:r>
      <w:r>
        <w:br/>
      </w:r>
      <w:r>
        <w:rPr>
          <w:sz w:val="20"/>
        </w:rPr>
        <w:t>1:20:47  is ki bhi tafseel kahan hai? misaal ke taur par un ka nazariya tha ke quran ka maqsad hai yani woh nizaam-e-adl qaim karna, yani ideal system, perfect system qaim karna.</w:t>
      </w:r>
      <w:r>
        <w:br/>
      </w:r>
      <w:r>
        <w:rPr>
          <w:sz w:val="20"/>
        </w:rPr>
        <w:t>1:21:02  main ne kaha woh kahan tafseel is ki hai?</w:t>
      </w:r>
      <w:r>
        <w:br/>
      </w:r>
      <w:r>
        <w:rPr>
          <w:sz w:val="20"/>
        </w:rPr>
        <w:t>1:21:04  to koi bhi cheez jo aap kahenge ke quran mein, quran mein is ka hukum diya gaya to is ki tafseel nahi milegi aap ko.</w:t>
      </w:r>
      <w:r>
        <w:br/>
      </w:r>
      <w:r>
        <w:rPr>
          <w:sz w:val="20"/>
        </w:rPr>
        <w:t>1:21:15  namazi ki baat nahi hai, lekin phir bhi woh nahi mana unhon ne kyunke kuch na kuch lafz phir mil jata hai aadmi ko. to sab se bara fitna alfaaz ka fitna hai.</w:t>
      </w:r>
      <w:r>
        <w:br/>
      </w:r>
      <w:r>
        <w:rPr>
          <w:sz w:val="20"/>
        </w:rPr>
        <w:t>1:21:25  koi bhi daleel aap dijiye, woh us ko aik aik lafz mil jayega. us ko</w:t>
      </w:r>
      <w:r>
        <w:br/>
      </w:r>
      <w:r>
        <w:rPr>
          <w:sz w:val="20"/>
        </w:rPr>
        <w:t>1:21:31  aik dilchasp misaal yeh hai ke aik martaba main lucknow mein tha to hazrat zaid ke paas aik road aise mudti thi. wahan main tha corner par, aik road idhar ja rahi thi, aik road idhar se mud rahi thi.</w:t>
      </w:r>
      <w:r>
        <w:br/>
      </w:r>
      <w:r>
        <w:rPr>
          <w:sz w:val="20"/>
        </w:rPr>
        <w:t>1:21:46  to main ne dekha ke aik aik aik larka cycle par dauda dauda hua idhar se aaya,</w:t>
      </w:r>
      <w:r>
        <w:br/>
      </w:r>
      <w:r>
        <w:rPr>
          <w:sz w:val="20"/>
        </w:rPr>
        <w:t>1:21:52  bohat tezi se. phir jahan mudna tha us ko, wahan aik dehati bechara chal raha tha paidal, use takra gaya woh to dehati gir gaya.</w:t>
      </w:r>
      <w:r>
        <w:br/>
      </w:r>
      <w:r>
        <w:rPr>
          <w:sz w:val="20"/>
        </w:rPr>
        <w:t>1:22:04  bazaahir ghareeb aadmi lagta tha woh koi. to larka jo hai takra gaya to cycle bhi gir gayi, woh aadmi bhi gir gaya. to woh aadmi kehta hai ke ghanti kyun nahi bajai?</w:t>
      </w:r>
      <w:r>
        <w:br/>
      </w:r>
      <w:r>
        <w:rPr>
          <w:sz w:val="20"/>
        </w:rPr>
        <w:t>1:22:20  to larka kehta hai ghanti na ho to phir woh kehta hai ke break kyun nahi lagaya? break na ho to phir us ne kaha bechare ne ke tumhari ghanti bhi nahi, break bhi nahi, tez kyun daudate ho?</w:t>
      </w:r>
      <w:r>
        <w:br/>
      </w:r>
      <w:r>
        <w:rPr>
          <w:sz w:val="20"/>
        </w:rPr>
        <w:t>1:22:36  tab bhi Allah lafz mil gaya us ko. kya tum se pooch kyun daudaun? yeh bohat hi khatarnak baat hai ke insaan ko lafz milta rehta hai.</w:t>
      </w:r>
      <w:r>
        <w:br/>
      </w:r>
      <w:r>
        <w:rPr>
          <w:sz w:val="20"/>
        </w:rPr>
        <w:t>1:22:45  shaitan ko mil gaya Allah ke muqable mein lafz.</w:t>
      </w:r>
      <w:r>
        <w:br/>
      </w:r>
      <w:r>
        <w:rPr>
          <w:sz w:val="20"/>
        </w:rPr>
        <w:t>1:22:49  aur ghaur kijiye ke Allah taala ne kaha ke tum Adam ke aage sajda karo, jhuk jao. to shaitan ne kya kaha?</w:t>
      </w:r>
      <w:r>
        <w:br/>
      </w:r>
      <w:r>
        <w:rPr>
          <w:sz w:val="20"/>
        </w:rPr>
        <w:t>1:22:57  main kyun jhukun? aap ne paida kiya mujh ko aag se, us ko mitti se, to main us se superior hoon. to Allah ke muqable pe lafz mil gaya us ko.</w:t>
      </w:r>
      <w:r>
        <w:br/>
      </w:r>
      <w:r>
        <w:rPr>
          <w:sz w:val="20"/>
        </w:rPr>
        <w:t>1:23:10  yaad rakhiye, sab se buri cheez yeh hai ke aap ko lafz milta rahe, aap specialist na ho paayein.</w:t>
      </w:r>
      <w:r>
        <w:br/>
      </w:r>
      <w:r>
        <w:rPr>
          <w:sz w:val="20"/>
        </w:rPr>
        <w:t>1:23:17  jab tak aadmi ka zariya rok, woh specialist hota ho, kahin na kahin, kahin na kahin us ko daleel jhuka de, kahin na kahin Allah ka khauf jhuka de, kahin na kahin us ko us ki us ki sincerity rok de.</w:t>
      </w:r>
      <w:r>
        <w:br/>
      </w:r>
      <w:r>
        <w:rPr>
          <w:sz w:val="20"/>
        </w:rPr>
        <w:t>1:23:30  nahi to rokayega nahi, aap yani bolte rahenge, bolte rahenge, bolte rahenge. to main isi liye main kehta hoon ke sab se bara fitna alfaaz ka fitna hai.</w:t>
      </w:r>
      <w:r>
        <w:br/>
      </w:r>
      <w:r>
        <w:rPr>
          <w:sz w:val="20"/>
        </w:rPr>
        <w:t>1:23:40  agar aap jhukna na chahein to shaitan la ke aage nahi jhuka, us ko lafz milta raha, wahan bhi lafz milta raha.</w:t>
      </w:r>
      <w:r>
        <w:br/>
      </w:r>
      <w:r>
        <w:rPr>
          <w:sz w:val="20"/>
        </w:rPr>
        <w:t>1:23:47  to yeh bohat hi serious baat hai. dekhiye, aap maut se pehle dunya mein azaad hain to kuch bhi bol sakte hain. maut ke baad kya karenge?</w:t>
      </w:r>
      <w:r>
        <w:br/>
      </w:r>
      <w:r>
        <w:rPr>
          <w:sz w:val="20"/>
        </w:rPr>
        <w:t>1:23:56  jab hajj ke maidan mein aap ikhatta honge to kya karenge? woh kya? Allah taala ke saath bhi lafz baazi karenge? aap wahan bhi lafz bol ke jeet sakte hain?</w:t>
      </w:r>
      <w:r>
        <w:br/>
      </w:r>
      <w:r>
        <w:rPr>
          <w:sz w:val="20"/>
        </w:rPr>
        <w:t>1:24:04  aap aur Allah taala hukum de ke us ko le jao, jahannum mein daal do? kya aap ke paas taqat hogi? aap rok lenge apne apne aap ko farishte se?</w:t>
      </w:r>
      <w:r>
        <w:br/>
      </w:r>
      <w:r>
        <w:rPr>
          <w:sz w:val="20"/>
        </w:rPr>
        <w:t>1:24:15  to sab se bara fitna mere nazdeek alfaaz ka fitna hai. har aadmi ko woh lafz mil jata hai. jis ko dekhiye, dunya ke baray baray zalim jo hain, un ko woh lafz mile hue thay ke hum jo kar rahe hain, is ki wajah yeh hai, hum jo ke is ki wajah yeh hai.</w:t>
      </w:r>
      <w:r>
        <w:br/>
      </w:r>
      <w:r>
        <w:rPr>
          <w:sz w:val="20"/>
        </w:rPr>
        <w:t>1:24:31  to main Allah se panah mangta hoon ke Allah taala mujhe alfaaz ke fitne se bachaye. aur aap sab logon ke liye dua karta hoon ke aap log Allah taala itni samajh dein ke aap alfaaz ke fitne se bachein.</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Protecting oneself from greed in materialistic age</w:t>
      </w:r>
    </w:p>
    <w:p>
      <w:r>
        <w:rPr>
          <w:color w:val="666666"/>
          <w:sz w:val="18"/>
        </w:rPr>
        <w:t>Islam and Prophet of Islam 21st October 2012 · 2m 09s · at 1:02:17 · https://youtu.be/pg1Malshh6Y?t=3737</w:t>
      </w:r>
    </w:p>
    <w:p>
      <w:r>
        <w:rPr>
          <w:i/>
        </w:rPr>
        <w:t>“In this materialistic age, how can a person protect himself from greed? Because today human needs have become so great that living a contented life is difficult.”</w:t>
      </w:r>
    </w:p>
    <w:p>
      <w:r>
        <w:rPr>
          <w:sz w:val="20"/>
        </w:rPr>
        <w:t>1:02:17  maulana, agla sawal bhi karachi pakistan se hai abdul lateef sahib ka.</w:t>
      </w:r>
      <w:r>
        <w:br/>
      </w:r>
      <w:r>
        <w:rPr>
          <w:sz w:val="20"/>
        </w:rPr>
        <w:t>1:02:22  unhon ne likha hai: "maulana sahib, is maadi daur mein ek insaan apne aap ko hiras se kis</w:t>
      </w:r>
      <w:r>
        <w:br/>
      </w:r>
      <w:r>
        <w:rPr>
          <w:sz w:val="20"/>
        </w:rPr>
        <w:t>1:02:30  tarah bachaye? kyunke aaj insaan ki zaroorat zaroorat itni zyada ho chuki hai ke qana'at wali zindagi guzarna</w:t>
      </w:r>
      <w:r>
        <w:br/>
      </w:r>
      <w:r>
        <w:rPr>
          <w:sz w:val="20"/>
        </w:rPr>
        <w:t>1:02:37  mushkil ho gaya hai." is ke bare mein bataein.</w:t>
      </w:r>
      <w:r>
        <w:br/>
      </w:r>
      <w:r>
        <w:rPr>
          <w:sz w:val="20"/>
        </w:rPr>
        <w:t>1:02:41  main samajhta hoon ke hiras se bachane ke liye sirf yeh hai ke aap apni aql ko istemal</w:t>
      </w:r>
      <w:r>
        <w:br/>
      </w:r>
      <w:r>
        <w:rPr>
          <w:sz w:val="20"/>
        </w:rPr>
        <w:t>1:02:49  karein, aql ko istemal karein.</w:t>
      </w:r>
      <w:r>
        <w:br/>
      </w:r>
      <w:r>
        <w:rPr>
          <w:sz w:val="20"/>
        </w:rPr>
        <w:t>1:02:51  abhi dekhiye, aaj kal khabron mein aa rahi hain "kingfisher airline" ke bare mein.</w:t>
      </w:r>
      <w:r>
        <w:br/>
      </w:r>
      <w:r>
        <w:rPr>
          <w:sz w:val="20"/>
        </w:rPr>
        <w:t>1:02:58  bahut zyada badhaya aur kaam ko unhon ne, yaani hiras ko apni akhirat tak pahuncha diya.</w:t>
      </w:r>
      <w:r>
        <w:br/>
      </w:r>
      <w:r>
        <w:rPr>
          <w:sz w:val="20"/>
        </w:rPr>
        <w:t>1:03:05  natija kya hua? ke bilkul dham se gir gaye.</w:t>
      </w:r>
      <w:r>
        <w:br/>
      </w:r>
      <w:r>
        <w:rPr>
          <w:sz w:val="20"/>
        </w:rPr>
        <w:t>1:03:09  aap khabron mein parhte honge, tafseel ki zaroorat nahi hai batane ki.</w:t>
      </w:r>
      <w:r>
        <w:br/>
      </w:r>
      <w:r>
        <w:rPr>
          <w:sz w:val="20"/>
        </w:rPr>
        <w:t>1:03:14  aise waqeat rozana hote rehte hain.</w:t>
      </w:r>
      <w:r>
        <w:br/>
      </w:r>
      <w:r>
        <w:rPr>
          <w:sz w:val="20"/>
        </w:rPr>
        <w:t>1:03:17  yani hirs mein aakhir mein kya hai? frustration.</w:t>
      </w:r>
      <w:r>
        <w:br/>
      </w:r>
      <w:r>
        <w:rPr>
          <w:sz w:val="20"/>
        </w:rPr>
        <w:t>1:03:20  qanaat mein kya hai? sukoon, itminan.</w:t>
      </w:r>
      <w:r>
        <w:br/>
      </w:r>
      <w:r>
        <w:rPr>
          <w:sz w:val="20"/>
        </w:rPr>
        <w:t>1:03:23  to natije ko dekh kar faisla kijiye ke hirs mein aadmi ko sukoon milta hai ya qanaat mein</w:t>
      </w:r>
      <w:r>
        <w:br/>
      </w:r>
      <w:r>
        <w:rPr>
          <w:sz w:val="20"/>
        </w:rPr>
        <w:t>1:03:30  milta hai.</w:t>
      </w:r>
      <w:r>
        <w:br/>
      </w:r>
      <w:r>
        <w:rPr>
          <w:sz w:val="20"/>
        </w:rPr>
        <w:t>1:03:32  jitne log hirs mein daudte hain, yani takathur ka rasta ikhtiyar karte hain, aakhir mein unke hisse</w:t>
      </w:r>
      <w:r>
        <w:br/>
      </w:r>
      <w:r>
        <w:rPr>
          <w:sz w:val="20"/>
        </w:rPr>
        <w:t>1:03:40  mein sawab, first side ka kuch bhi nahi aata.</w:t>
      </w:r>
      <w:r>
        <w:br/>
      </w:r>
      <w:r>
        <w:rPr>
          <w:sz w:val="20"/>
        </w:rPr>
        <w:t>1:03:43  kitne log to khud khushi kar lete hain.</w:t>
      </w:r>
      <w:r>
        <w:br/>
      </w:r>
      <w:r>
        <w:rPr>
          <w:sz w:val="20"/>
        </w:rPr>
        <w:t>1:03:47  to asal cheez yeh hai ke natije ko, natije ko samne le kar log nahi sochte.</w:t>
      </w:r>
      <w:r>
        <w:br/>
      </w:r>
      <w:r>
        <w:rPr>
          <w:sz w:val="20"/>
        </w:rPr>
        <w:t>1:03:54  natije ko samne le kar sochein to bohat aasani se masla samajh mein aa jaye ke is dunya</w:t>
      </w:r>
      <w:r>
        <w:br/>
      </w:r>
      <w:r>
        <w:rPr>
          <w:sz w:val="20"/>
        </w:rPr>
        <w:t>1:04:01  میں ممکن نہیں ہے کہ آپ حرص کے راستے پر چل کر کے، یعنی peace of mind ملے،</w:t>
      </w:r>
      <w:r>
        <w:br/>
      </w:r>
      <w:r>
        <w:rPr>
          <w:sz w:val="20"/>
        </w:rPr>
        <w:t>1:04:09  aap ko sukoon mile.</w:t>
      </w:r>
      <w:r>
        <w:br/>
      </w:r>
      <w:r>
        <w:rPr>
          <w:sz w:val="20"/>
        </w:rPr>
        <w:t>1:04:11  qanaat ke raste par chal kar ke aap ko peace of mind milega.</w:t>
      </w:r>
      <w:r>
        <w:br/>
      </w:r>
      <w:r>
        <w:rPr>
          <w:sz w:val="20"/>
        </w:rPr>
        <w:t>1:04:17  to agar natije ko le kar socha jaye to bohat aasani se aap is mamle mein ek sahi</w:t>
      </w:r>
      <w:r>
        <w:br/>
      </w:r>
      <w:r>
        <w:rPr>
          <w:sz w:val="20"/>
        </w:rPr>
        <w:t>1:04:25  faisla le sakte hain.</w:t>
      </w:r>
    </w:p>
    <w:p>
      <w:pPr>
        <w:pStyle w:val="Heading2"/>
      </w:pPr>
      <w:r>
        <w:t>Protecting oneself from greed in materialistic age</w:t>
      </w:r>
    </w:p>
    <w:p>
      <w:r>
        <w:rPr>
          <w:color w:val="666666"/>
          <w:sz w:val="18"/>
        </w:rPr>
        <w:t>Islam &amp; Prophet of Islam 21 Oct, 2012 - Maulana Wahiduddin Khan · 2m 05s · at 1:00:23 · https://youtu.be/2hwtfOyNeS0?t=3623</w:t>
      </w:r>
    </w:p>
    <w:p>
      <w:r>
        <w:rPr>
          <w:i/>
        </w:rPr>
        <w:t>“In this materialistic age, how can a person protect himself from greed? Because today human needs have become so great that living a contented life has become difficult.”</w:t>
      </w:r>
    </w:p>
    <w:p>
      <w:r>
        <w:rPr>
          <w:sz w:val="20"/>
        </w:rPr>
        <w:t>1:00:23  maulana, agla sawal bhi karachi pakistan se hai abdul latif sahib ka. unhon ne likha hai: "maulana sahib, is madi daur mein ek insan apne aap ko hiras se kis tarah bachaye؟</w:t>
      </w:r>
      <w:r>
        <w:br/>
      </w:r>
      <w:r>
        <w:rPr>
          <w:sz w:val="20"/>
        </w:rPr>
        <w:t>1:00:37  kyun ke aaj insan ki zaroorat zaroorat itni zyada ho chuki hai ke qanaat wali zindagi guzarna mushkil ho gaya hai." is ke bare mein bataen.</w:t>
      </w:r>
      <w:r>
        <w:br/>
      </w:r>
      <w:r>
        <w:rPr>
          <w:sz w:val="20"/>
        </w:rPr>
        <w:t>1:00:49  main samajhta hoon ke hiras se bachane ke liye sirf yeh hai ke aap apni aql ko istemal karen. aql ko istemal karen.</w:t>
      </w:r>
      <w:r>
        <w:br/>
      </w:r>
      <w:r>
        <w:rPr>
          <w:sz w:val="20"/>
        </w:rPr>
        <w:t>1:00:59  abhi dekhiye, aaj kal khabron mein aa rahi hain kingfisher airline ke bare mein. bahut zyada badhaya apne kaam ko unhon ne, yani hiras ko apni aakhirat tak pahuncha diya.</w:t>
      </w:r>
      <w:r>
        <w:br/>
      </w:r>
      <w:r>
        <w:rPr>
          <w:sz w:val="20"/>
        </w:rPr>
        <w:t>1:01:11  natija kya hua? ke bilkul dham se gir gaye. aap khabron mein padhte honge, tafseel ki zaroorat nahin hai batane ki. aise waqiyat rozana hote rehte hain.</w:t>
      </w:r>
      <w:r>
        <w:br/>
      </w:r>
      <w:r>
        <w:rPr>
          <w:sz w:val="20"/>
        </w:rPr>
        <w:t>1:01:23  yani hiras mein aakhir mein kya hai? frustration. qanaat mein kya hai? sukoon, itminan.</w:t>
      </w:r>
      <w:r>
        <w:br/>
      </w:r>
      <w:r>
        <w:rPr>
          <w:sz w:val="20"/>
        </w:rPr>
        <w:t>1:01:32  to natije ko dekh kar faisla kijiye ke hiras mein aadmi ko sukoon milta hai ya qanaat mein milta hai.</w:t>
      </w:r>
      <w:r>
        <w:br/>
      </w:r>
      <w:r>
        <w:rPr>
          <w:sz w:val="20"/>
        </w:rPr>
        <w:t>1:01:42  jitne log hiras mein daudte hain, yani takathur ka rasta ikhtiyar karte hain, aakhir mein un ke hisse mein sawab, first side ka kuch bhi nahin aata. kitne log to khud khushi kar lete hain.</w:t>
      </w:r>
      <w:r>
        <w:br/>
      </w:r>
      <w:r>
        <w:rPr>
          <w:sz w:val="20"/>
        </w:rPr>
        <w:t>1:01:54  to asal cheez yeh hai ke natije ko natije ko samne rakh kar log nahin sochte. natije ko samne rakh kar sochen to bahut aasani se masla samajh mein aa jaye ke is dunya mein mumkin nahin hai ke aap hiras ke raste par chal kar ke, yani peace of mind mile, aap ko sukoon mile.</w:t>
      </w:r>
      <w:r>
        <w:br/>
      </w:r>
      <w:r>
        <w:rPr>
          <w:sz w:val="20"/>
        </w:rPr>
        <w:t>1:02:15  qanaat ke raste par chal kar ke aap ko peace of mind milega. to agar natije ko le kar socha jaye to bahut aasani se aap is mamle mein ek sahi faisla le sakte hain.</w:t>
      </w:r>
    </w:p>
    <w:p>
      <w:pPr>
        <w:pStyle w:val="Heading2"/>
      </w:pPr>
      <w:r>
        <w:t>Why men struggle to admit mistakes</w:t>
      </w:r>
    </w:p>
    <w:p>
      <w:r>
        <w:rPr>
          <w:color w:val="666666"/>
          <w:sz w:val="18"/>
        </w:rPr>
        <w:t>Lessons from My Journey to Agra October 27, 2013 · 2m 01s · at 52:39 · https://youtu.be/Gg2N0h4ETH8?t=3159</w:t>
      </w:r>
    </w:p>
    <w:p>
      <w:r>
        <w:rPr>
          <w:i/>
        </w:rPr>
        <w:t>“Why is it so difficult for a man to accept his mistake?”</w:t>
      </w:r>
    </w:p>
    <w:p>
      <w:r>
        <w:rPr>
          <w:sz w:val="20"/>
        </w:rPr>
        <w:t>52:39  maulana, agla sawal Shahnawaz saheb ka hai, Bangalore se. unhon ne aapse poocha hai ke "why is it so difficult for a man to accept his mistake?" is ke baare mein bataiye.</w:t>
      </w:r>
      <w:r>
        <w:br/>
      </w:r>
      <w:r>
        <w:rPr>
          <w:sz w:val="20"/>
        </w:rPr>
        <w:t>52:53  apni ghalti manna itna mushkil kyun?</w:t>
      </w:r>
      <w:r>
        <w:br/>
      </w:r>
      <w:r>
        <w:rPr>
          <w:sz w:val="20"/>
        </w:rPr>
        <w:t>53:05  main to samajhta hoon ke yeh shaitan ghalib rehta hai har ek ke upar, is liye aisa hota hai. aur yeh shaitan ya iblis ki sunnat hai, apni ghalti na manna.</w:t>
      </w:r>
      <w:r>
        <w:br/>
      </w:r>
      <w:r>
        <w:rPr>
          <w:sz w:val="20"/>
        </w:rPr>
        <w:t>53:20  yaani Adam ke aage jhukne ke liye hukum diya Allah taala ne. to ghalti iblis ki thi, lekin us ne naoozubillah Allah taala par blame daal diya.</w:t>
      </w:r>
      <w:r>
        <w:br/>
      </w:r>
      <w:r>
        <w:rPr>
          <w:sz w:val="20"/>
        </w:rPr>
        <w:t>53:30  rab bima aghwatanii.</w:t>
      </w:r>
      <w:r>
        <w:br/>
      </w:r>
      <w:r>
        <w:rPr>
          <w:sz w:val="20"/>
        </w:rPr>
        <w:t>53:33  to yeh ablis ki sunnat hai, chounke ziyada tar log apni baagh jo hai, shaitan ke haath mein diye rehte hain, malaika ke haath mein nahi dete.</w:t>
      </w:r>
      <w:r>
        <w:br/>
      </w:r>
      <w:r>
        <w:rPr>
          <w:sz w:val="20"/>
        </w:rPr>
        <w:t>53:45  dekhen, dunya mein zindagi jo hai, ek tarah ki zindagi guzarenge to aap malaika aap ke saathi ban jayenge. doosre tarah se guzarenge to shaitan aap ke saathi ban jayenge.</w:t>
      </w:r>
      <w:r>
        <w:br/>
      </w:r>
      <w:r>
        <w:rPr>
          <w:sz w:val="20"/>
        </w:rPr>
        <w:t>53:57  log aam taur par shaitan ko apna saathi banaye rakhte hain. to shaitan yahi sikhayega ke ghalti na mano, apne aap ko shaitan ke asar se nikaliye aur malaika ki sohbat mein laiye.</w:t>
      </w:r>
      <w:r>
        <w:br/>
      </w:r>
      <w:r>
        <w:rPr>
          <w:sz w:val="20"/>
        </w:rPr>
        <w:t>54:10  apne aap ko to aap ka mizaj badal jayega, aap ki soch badal jayegi. aap ke liye mushkil nahi hoga ke aap keh saken ke "aye wadran", balkeh aap ko acha lagega.</w:t>
      </w:r>
      <w:r>
        <w:br/>
      </w:r>
      <w:r>
        <w:rPr>
          <w:sz w:val="20"/>
        </w:rPr>
        <w:t>54:20  yeh kehte hue aap ko khushi hogi ke "aye wadran".</w:t>
      </w:r>
      <w:r>
        <w:br/>
      </w:r>
      <w:r>
        <w:rPr>
          <w:sz w:val="20"/>
        </w:rPr>
        <w:t>54:24  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pStyle w:val="Heading2"/>
      </w:pPr>
      <w:r>
        <w:t>Why does God put me in difficult situations?</w:t>
      </w:r>
    </w:p>
    <w:p>
      <w:r>
        <w:rPr>
          <w:color w:val="666666"/>
          <w:sz w:val="18"/>
        </w:rPr>
        <w:t>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How to maintain positivity in face of problems?</w:t>
      </w:r>
    </w:p>
    <w:p>
      <w:r>
        <w:rPr>
          <w:color w:val="666666"/>
          <w:sz w:val="18"/>
        </w:rPr>
        <w:t>Importance of Creative Thinking December 11, 2011 · 1m 06s · at 1:09:07 · https://youtu.be/jfML9Arb0S4?t=4147</w:t>
      </w:r>
    </w:p>
    <w:p>
      <w:r>
        <w:rPr>
          <w:i/>
        </w:rPr>
        <w:t>“I realize problems need to be taken as challenges, but at many times we are not able to maintain our positivity. What to do? Kindly guide.”</w:t>
      </w:r>
    </w:p>
    <w:p>
      <w:r>
        <w:rPr>
          <w:sz w:val="20"/>
        </w:rPr>
        <w:t>1:09:07  maulana, agla sawal aaya hai miss naghma siddiqui ka dilli se.</w:t>
      </w:r>
      <w:r>
        <w:br/>
      </w:r>
      <w:r>
        <w:rPr>
          <w:sz w:val="20"/>
        </w:rPr>
        <w:t>1:09:12  unho ne likha hai: "i realize problems need to be taken as challenges, but at many times we are not able to maintain our positivity.</w:t>
      </w:r>
      <w:r>
        <w:br/>
      </w:r>
      <w:r>
        <w:rPr>
          <w:sz w:val="20"/>
        </w:rPr>
        <w:t>1:09:23  what to do? kindly guide." bhai, yahi to test hai ke dunya mein yahi to test hai ke hum apni positivity ko maintain kar saken.</w:t>
      </w:r>
      <w:r>
        <w:br/>
      </w:r>
      <w:r>
        <w:rPr>
          <w:sz w:val="20"/>
        </w:rPr>
        <w:t>1:09:39  yeh to karna hi karna hai.</w:t>
      </w:r>
      <w:r>
        <w:br/>
      </w:r>
      <w:r>
        <w:rPr>
          <w:sz w:val="20"/>
        </w:rPr>
        <w:t>1:09:42  apni health ko jis aadmi maintain karta hai, har aadmi jo hai health conscious ho gaya hai. apni health ko maintain karne ke liye kya kya karta hai, woh kuch to aisi intellectual health ka mamla bhi hai.</w:t>
      </w:r>
      <w:r>
        <w:br/>
      </w:r>
      <w:r>
        <w:rPr>
          <w:sz w:val="20"/>
        </w:rPr>
        <w:t>1:09:54  yani physical health ko acha banane ke liye jis tarah se log bohat care karte hain, bohat zyada planning karte hain, wahi intellectual health ke liye bhi karna parega hum ko.</w:t>
      </w:r>
      <w:r>
        <w:br/>
      </w:r>
      <w:r>
        <w:rPr>
          <w:sz w:val="20"/>
        </w:rPr>
        <w:t>1:10:07  is mein koi doosra yani koi aur cheez possible nahi hai.</w:t>
      </w:r>
    </w:p>
    <w:p>
      <w:pPr>
        <w:pStyle w:val="Heading2"/>
      </w:pPr>
      <w:r>
        <w:t>Origin of ego: mind or heart?</w:t>
      </w:r>
    </w:p>
    <w:p>
      <w:r>
        <w:rPr>
          <w:color w:val="666666"/>
          <w:sz w:val="18"/>
        </w:rPr>
        <w:t>The Problem of Evil December 4, 2011 · 1m 37s · at 1:07:05 · https://youtu.be/SMqtVjaGHfw?t=4025</w:t>
      </w:r>
    </w:p>
    <w:p>
      <w:r>
        <w:rPr>
          <w:i/>
        </w:rPr>
        <w:t>“We talk about ego a lot. I want to know from you, where does it originate from? Mind or heart?”</w:t>
      </w:r>
    </w:p>
    <w:p>
      <w:r>
        <w:rPr>
          <w:sz w:val="20"/>
        </w:rPr>
        <w:t>1:07:05  Maulana, agla sawal aaya hai Delhi se Mr. Aniket Verma ka. unhone aap se poocha hai ke Maulana sahib, "we talk about ego a lot.</w:t>
      </w:r>
      <w:r>
        <w:br/>
      </w:r>
      <w:r>
        <w:rPr>
          <w:sz w:val="20"/>
        </w:rPr>
        <w:t>1:07:16  i want to know from you, where does it originate from? mind or heart?"</w:t>
      </w:r>
      <w:r>
        <w:br/>
      </w:r>
      <w:r>
        <w:rPr>
          <w:sz w:val="20"/>
        </w:rPr>
        <w:t>1:07:24  dekhiye, yeh mind aur heart ka jo alag alag mind mante the log, ab woh khatam ho chuka hai.</w:t>
      </w:r>
      <w:r>
        <w:br/>
      </w:r>
      <w:r>
        <w:rPr>
          <w:sz w:val="20"/>
        </w:rPr>
        <w:t>1:07:33  ab mind hi sab kuch hai. soul bhi mind mein hai, heart bhi mind mein hai, yani thinking bhi mind mein, emotions mind mein.</w:t>
      </w:r>
      <w:r>
        <w:br/>
      </w:r>
      <w:r>
        <w:rPr>
          <w:sz w:val="20"/>
        </w:rPr>
        <w:t>1:07:42  har cheez ka jo source hai, woh mind hai. to alag kuch nahi hai mind se.</w:t>
      </w:r>
      <w:r>
        <w:br/>
      </w:r>
      <w:r>
        <w:rPr>
          <w:sz w:val="20"/>
        </w:rPr>
        <w:t>1:07:49  baqi jo ego hai, to har aadmi apne tajrube mein jaan sakta hai. ego aur consciousness ka mamla ke kahin aap ko andar se ek hota hai, repentance, repentance aata hai.</w:t>
      </w:r>
      <w:r>
        <w:br/>
      </w:r>
      <w:r>
        <w:rPr>
          <w:sz w:val="20"/>
        </w:rPr>
        <w:t>1:08:02  woh "that is phenomena of consciousness". kahin aata hai, aap provoke hote hain, ghussa hota hai ke "sab yeh karoon, woh karoon". "that is phenomena of".</w:t>
      </w:r>
      <w:r>
        <w:br/>
      </w:r>
      <w:r>
        <w:rPr>
          <w:sz w:val="20"/>
        </w:rPr>
        <w:t>1:08:11  to yeh to koi koi mystery nahi hai.</w:t>
      </w:r>
      <w:r>
        <w:br/>
      </w:r>
      <w:r>
        <w:rPr>
          <w:sz w:val="20"/>
        </w:rPr>
        <w:t>1:08:15  har aadmi apne tajrube mein samajh sakta hai ke insaan ke andar dono faculties hain: ego bhi aur consciousness bhi. aur chूंकि insaan test mein hai, to is liye zaroori tha ke dono faculties hon taake aadmi dekha jaye kaun woh aadmi hai jo ego ko follow nahi karta balkeh consciousness ko follow karta hai.</w:t>
      </w:r>
      <w:r>
        <w:br/>
      </w:r>
      <w:r>
        <w:rPr>
          <w:sz w:val="20"/>
        </w:rPr>
        <w:t>1:08:36  yeh to yeh to hona hi hona tha test ke liye.</w:t>
      </w:r>
    </w:p>
    <w:p>
      <w:pPr>
        <w:pStyle w:val="Heading2"/>
      </w:pPr>
      <w:r>
        <w:t>How to overcome frustration and purify soul</w:t>
      </w:r>
    </w:p>
    <w:p>
      <w:r>
        <w:rPr>
          <w:color w:val="666666"/>
          <w:sz w:val="18"/>
        </w:rPr>
        <w:t>Hadith-e-Jibril, April 21, 2013 · 5m 54s · at 1:02:36 · https://youtu.be/0rF6Ou0pDog?t=3756</w:t>
      </w:r>
    </w:p>
    <w:p>
      <w:r>
        <w:rPr>
          <w:i/>
        </w:rPr>
        <w:t>“How can one come out of frustration and find the truth of life? How can one purify one's soul? I am in a lot of negativity.”</w:t>
      </w:r>
    </w:p>
    <w:p>
      <w:r>
        <w:rPr>
          <w:sz w:val="20"/>
        </w:rPr>
        <w:t>1:02:36  maulana, agla sawal aya hai Ghulam Ali sahib ka. unhon ne apni location nahi likhi hai par un ka sawal yeh hai Maulana sahib Please tell me how can one come out of frustration and find the truth of life?</w:t>
      </w:r>
      <w:r>
        <w:br/>
      </w:r>
      <w:r>
        <w:rPr>
          <w:sz w:val="20"/>
        </w:rPr>
        <w:t>1:02:51  How can one purify one's soul?</w:t>
      </w:r>
      <w:r>
        <w:br/>
      </w:r>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Increasing will power for strong personality</w:t>
      </w:r>
    </w:p>
    <w:p>
      <w:r>
        <w:rPr>
          <w:color w:val="666666"/>
          <w:sz w:val="18"/>
        </w:rPr>
        <w:t>The Meaning of Ummat-i-Wasat Nov 25, 2018 · 4m 12s · at 48:37 · https://youtu.be/3POFfvXaFss?t=2917</w:t>
      </w:r>
    </w:p>
    <w:p>
      <w:r>
        <w:rPr>
          <w:i/>
        </w:rPr>
        <w:t>“How to become a strong personality like you? I am always making mistakes and feel that it is a result of my low will power. Please guide me on how to increase my will power and become a strong personality.”</w:t>
      </w:r>
    </w:p>
    <w:p>
      <w:r>
        <w:rPr>
          <w:sz w:val="20"/>
        </w:rPr>
        <w:t>48:37  commenting such people, the quran says: 'who speaks better than one who calls to allah, does good work and says: 'i am surely one of the muslims.'" maulana, agla sawal lete hain.</w:t>
      </w:r>
      <w:r>
        <w:br/>
      </w:r>
      <w:r>
        <w:rPr>
          <w:sz w:val="20"/>
        </w:rPr>
        <w:t>48:52  yeh sawal ah bhejha hai farooq ahmed sahib ne bhopal se. unhon ne likha hai: "Maulana, how to become a strong personality like you?</w:t>
      </w:r>
      <w:r>
        <w:br/>
      </w:r>
      <w:r>
        <w:rPr>
          <w:sz w:val="20"/>
        </w:rPr>
        <w:t>49:08  i am always making mistakes and feel that it is a result of my low will power. so please guide me as to how can i increase my will power and become like you a strong personality."</w:t>
      </w:r>
      <w:r>
        <w:br/>
      </w:r>
      <w:r>
        <w:rPr>
          <w:sz w:val="20"/>
        </w:rPr>
        <w:t>49:32  bhai, dua kijiye aur seerat ko padhiye. bas dua kijiye aur seerat ko padhiye.</w:t>
      </w:r>
      <w:r>
        <w:br/>
      </w:r>
      <w:r>
        <w:rPr>
          <w:sz w:val="20"/>
        </w:rPr>
        <w:t>49:41  har cheez isi se paida hoti hai.</w:t>
      </w:r>
      <w:r>
        <w:br/>
      </w:r>
      <w:r>
        <w:rPr>
          <w:sz w:val="20"/>
        </w:rPr>
        <w:t>49:54  ab main dekhen, kal ek waqia soch raha tha rasool allah ka.</w:t>
      </w:r>
      <w:r>
        <w:br/>
      </w:r>
      <w:r>
        <w:rPr>
          <w:sz w:val="20"/>
        </w:rPr>
        <w:t>50:00  kaisa ajeeb waqia hai</w:t>
      </w:r>
      <w:r>
        <w:br/>
      </w:r>
      <w:r>
        <w:rPr>
          <w:sz w:val="20"/>
        </w:rPr>
        <w:t>50:06  ke ghazwa-e-uhud jo tha, us mein aap jante hain ke sahaba mein se taqreeban 70 aadmi maare gaye the,</w:t>
      </w:r>
      <w:r>
        <w:br/>
      </w:r>
      <w:r>
        <w:rPr>
          <w:sz w:val="20"/>
        </w:rPr>
        <w:t>50:21  taqreeban 70 aadmi.</w:t>
      </w:r>
      <w:r>
        <w:br/>
      </w:r>
      <w:r>
        <w:rPr>
          <w:sz w:val="20"/>
        </w:rPr>
        <w:t>50:26  aur us waqt jo hai, jo quraish ka sardaar tha, pahad par chada hua tha, fateh ka jazba le kar.</w:t>
      </w:r>
      <w:r>
        <w:br/>
      </w:r>
      <w:r>
        <w:rPr>
          <w:sz w:val="20"/>
        </w:rPr>
        <w:t>50:41  wahan se woh zor se awaz de kar bola</w:t>
      </w:r>
      <w:r>
        <w:br/>
      </w:r>
      <w:r>
        <w:rPr>
          <w:sz w:val="20"/>
        </w:rPr>
        <w:t>50:49  ke: "lana uzza wa la allah lakum." uzza ek but ka naam tha. allah ne uzza wa la uzza lakum.</w:t>
      </w:r>
      <w:r>
        <w:br/>
      </w:r>
      <w:r>
        <w:rPr>
          <w:sz w:val="20"/>
        </w:rPr>
        <w:t>51:03  to rasool allah ne sahaba se kaha ke: "kaho lana maula wa la maula lakum."</w:t>
      </w:r>
      <w:r>
        <w:br/>
      </w:r>
      <w:r>
        <w:rPr>
          <w:sz w:val="20"/>
        </w:rPr>
        <w:t>51:13  main sochta hoon ke 70 sahaba ki laashein padi hui hain, kya manzar hoga woh?</w:t>
      </w:r>
      <w:r>
        <w:br/>
      </w:r>
      <w:r>
        <w:rPr>
          <w:sz w:val="20"/>
        </w:rPr>
        <w:t>51:24  aur us waqt aap sahaba se keh rahe hain ke: "hamare hamari madad par allah hai, tumhari madad par allah nahin."</w:t>
      </w:r>
      <w:r>
        <w:br/>
      </w:r>
      <w:r>
        <w:rPr>
          <w:sz w:val="20"/>
        </w:rPr>
        <w:t>51:38  meri poori mind-boggling yeh soch jab main yeh jab main sochta hoon to bilkul dimagh hil jata hai.</w:t>
      </w:r>
      <w:r>
        <w:br/>
      </w:r>
      <w:r>
        <w:rPr>
          <w:sz w:val="20"/>
        </w:rPr>
        <w:t>51:56  to aap is padhiye seerat ki kitabon ko, rasool allah ki seerat, sahaba ki seerat, phir apne aap sari sifatain paida hoti hain.</w:t>
      </w:r>
      <w:r>
        <w:br/>
      </w:r>
      <w:r>
        <w:rPr>
          <w:sz w:val="20"/>
        </w:rPr>
        <w:t>52:15  maulana, agla comment bhejha hai mr. naveed kapoor ne dilli se. unhon ne likha hai: "maulana, i learn today that the development in today's world has been created by god, so that we can easily do dawah work.</w:t>
      </w:r>
      <w:r>
        <w:br/>
      </w:r>
      <w:r>
        <w:rPr>
          <w:sz w:val="20"/>
        </w:rPr>
        <w:t>52:31  now we have no reason not to spread the message to entire humanity."</w:t>
      </w:r>
      <w:r>
        <w:br/>
      </w:r>
      <w:r>
        <w:rPr>
          <w:sz w:val="20"/>
        </w:rPr>
        <w:t>52:40  kya matlab hua? sawali ke comment tha? maulana, achha achha.</w:t>
      </w:r>
    </w:p>
    <w:p>
      <w:pPr>
        <w:pStyle w:val="Heading2"/>
      </w:pPr>
      <w:r>
        <w:t>Dealing with criticism and mockery</w:t>
      </w:r>
    </w:p>
    <w:p>
      <w:r>
        <w:rPr>
          <w:color w:val="666666"/>
          <w:sz w:val="18"/>
        </w:rPr>
        <w:t>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Saving oneself from bad habits</w:t>
      </w:r>
    </w:p>
    <w:p>
      <w:r>
        <w:rPr>
          <w:color w:val="666666"/>
          <w:sz w:val="18"/>
        </w:rPr>
        <w:t>The Road to Paradise December 30, 2012 Maulana Wahiduddin Khan · 1m 49s · at 1:24:06 · https://youtu.be/vUiaPsYF4Tk?t=5046</w:t>
      </w:r>
    </w:p>
    <w:p>
      <w:r>
        <w:rPr>
          <w:i/>
        </w:rPr>
        <w:t>“How can a person save oneself from bad habits?”</w:t>
      </w:r>
    </w:p>
    <w:p>
      <w:r>
        <w:rPr>
          <w:sz w:val="20"/>
        </w:rPr>
        <w:t>1:24:06  maulana, agla sawal ghazi abad se hai, mister arun ka. unhone likha hai: "how can a person save oneself from bad habits?</w:t>
      </w:r>
      <w:r>
        <w:br/>
      </w:r>
      <w:r>
        <w:rPr>
          <w:sz w:val="20"/>
        </w:rPr>
        <w:t>1:24:18  " is ke bare mein bataein. determination se bache ga in ka. koi doosra kiya kar sakta hai? aap jab jante hain ke ye bad habit hai to bas decide kijiye ke bas ab aaj se chhodna hai is ko.</w:t>
      </w:r>
      <w:r>
        <w:br/>
      </w:r>
      <w:r>
        <w:rPr>
          <w:sz w:val="20"/>
        </w:rPr>
        <w:t>1:24:34  aaj se chhodna hai. jaise cigarette peena hai, misaal ke taur par.</w:t>
      </w:r>
      <w:r>
        <w:br/>
      </w:r>
      <w:r>
        <w:rPr>
          <w:sz w:val="20"/>
        </w:rPr>
        <w:t>1:24:41  to ek sahab se meri mulaqat hui to un se bohat se logon ne kaha tha: "cigarette mat piyo, mat piyo, mat piyo".</w:t>
      </w:r>
      <w:r>
        <w:br/>
      </w:r>
      <w:r>
        <w:rPr>
          <w:sz w:val="20"/>
        </w:rPr>
        <w:t>1:24:50  to main ne kaha ke dekhen, unhone aap ko doosre andaaz mein kaha hoga. main aap se kehta hoon ke cigarette jo hai, wo distraction hai.</w:t>
      </w:r>
      <w:r>
        <w:br/>
      </w:r>
      <w:r>
        <w:rPr>
          <w:sz w:val="20"/>
        </w:rPr>
        <w:t>1:25:02  is ko main ne explain kiya ke cigarette kis tarah distraction hai aur distraction aadmi ke development mein rukawat hai.</w:t>
      </w:r>
      <w:r>
        <w:br/>
      </w:r>
      <w:r>
        <w:rPr>
          <w:sz w:val="20"/>
        </w:rPr>
        <w:t>1:25:12  to isi waqt unhone kiya kiya ke un ke paas jo packet tha, wo jala diya aur unhone kaha ke aaj cigarette nahi piyoon ga. to agar aap ke andar aye, yani soch ke ye cheez galat hai,</w:t>
      </w:r>
      <w:r>
        <w:br/>
      </w:r>
      <w:r>
        <w:rPr>
          <w:sz w:val="20"/>
        </w:rPr>
        <w:t>1:25:28  yani strong way mein, to aap ye ek cigarette mein tay kar sakte hain ke main aaj se mujhe ye habit ko chhodna hai. koi mushkil nahi. lekin strong soch to nahi aati hai, is liye aadmi phansa rehta hai, phansa rehta</w:t>
      </w:r>
      <w:r>
        <w:br/>
      </w:r>
      <w:r>
        <w:rPr>
          <w:sz w:val="20"/>
        </w:rPr>
        <w:t>1:25:40  hai. to sirf strong soch hi ko develop karna hai aur kuch nahi. strong soch nahi hai to jari rahe gi.</w:t>
      </w:r>
      <w:r>
        <w:br/>
      </w:r>
      <w:r>
        <w:rPr>
          <w:sz w:val="20"/>
        </w:rPr>
        <w:t>1:25:48  aur strong soch hai to aap ek cigarette mein chhod sakte ho is ko.</w:t>
      </w:r>
    </w:p>
    <w:p>
      <w:pPr>
        <w:pStyle w:val="Heading2"/>
      </w:pPr>
      <w:r>
        <w:t>How can we identify our shortcomings?</w:t>
      </w:r>
    </w:p>
    <w:p>
      <w:r>
        <w:rPr>
          <w:color w:val="666666"/>
          <w:sz w:val="18"/>
        </w:rPr>
        <w:t>Problem and Shukr March 15, 2015 · 1m 29s · at 50:11 · https://youtu.be/SPBsXjH1hzM?t=3011</w:t>
      </w:r>
    </w:p>
    <w:p>
      <w:r>
        <w:rPr>
          <w:i/>
        </w:rPr>
        <w:t>“How do we identify our shortcomings?”</w:t>
      </w:r>
    </w:p>
    <w:p>
      <w:r>
        <w:rPr>
          <w:sz w:val="20"/>
        </w:rPr>
        <w:t>50:11  maulana, agla sawal kya hai bhopal se tosiq sahib ne, aur woh aap se janna chahte hain ke how do we identify our shortcomings?</w:t>
      </w:r>
      <w:r>
        <w:br/>
      </w:r>
      <w:r>
        <w:rPr>
          <w:sz w:val="20"/>
        </w:rPr>
        <w:t>50:23  what is how do we identify our shortcomings? muhasba aik hi formula bataya gaya hai quran o hadees mein. muhasba yani introspection,</w:t>
      </w:r>
      <w:r>
        <w:br/>
      </w:r>
      <w:r>
        <w:rPr>
          <w:sz w:val="20"/>
        </w:rPr>
        <w:t>50:34  woh aadmi ke andar itna zyada dakhil hota hai ke woh aap ne khud hi discover kar sakta hai. doosra aadmi is ko identify nahi kar sakta.</w:t>
      </w:r>
      <w:r>
        <w:br/>
      </w:r>
      <w:r>
        <w:rPr>
          <w:sz w:val="20"/>
        </w:rPr>
        <w:t>50:44  is ke soch mein, is ke jazbat mein, is ki personality mein ghusa hua hota hai. woh to kaun doosra is ko identify karega? aap karengay.</w:t>
      </w:r>
      <w:r>
        <w:br/>
      </w:r>
      <w:r>
        <w:rPr>
          <w:sz w:val="20"/>
        </w:rPr>
        <w:t>50:54  to is ke liye quran mein aur hadees mein jo cheez batayi gayi hai, woh hai muhasba.</w:t>
      </w:r>
      <w:r>
        <w:br/>
      </w:r>
      <w:r>
        <w:rPr>
          <w:sz w:val="20"/>
        </w:rPr>
        <w:t>50:59  muhasba ka matlab hota hai introspection, yani apne apne khilaf sochna, apne apne baray mein sochna,</w:t>
      </w:r>
      <w:r>
        <w:br/>
      </w:r>
      <w:r>
        <w:rPr>
          <w:sz w:val="20"/>
        </w:rPr>
        <w:t>51:10  yani anti self thinking. main samajhta hoon ke aik hi cheez hai jo aap ko bata sakti hai ke aap ke andar kya kamiyaan hain, woh hai anti self thinking.</w:t>
      </w:r>
      <w:r>
        <w:br/>
      </w:r>
      <w:r>
        <w:rPr>
          <w:sz w:val="20"/>
        </w:rPr>
        <w:t>51:20  to jis ko allah ka, jis ko jo aadmi yeh chahta ho ke woh allah ke rehmaton ka mustahiq banay, to us ko anti self thinking karna hi karna hai.</w:t>
      </w:r>
      <w:r>
        <w:br/>
      </w:r>
      <w:r>
        <w:rPr>
          <w:sz w:val="20"/>
        </w:rPr>
        <w:t>51:31  yeh to sab bari ibadat hai. anti self thinking sab se bari ibadat hai.</w:t>
      </w:r>
    </w:p>
    <w:p>
      <w:pPr>
        <w:pStyle w:val="Heading1"/>
      </w:pPr>
      <w:r>
        <w:t>In the lectures (20)</w:t>
      </w:r>
    </w:p>
    <w:p>
      <w:pPr>
        <w:pStyle w:val="Heading2"/>
      </w:pPr>
      <w:r>
        <w:t>Art of De-Linking May 6, 2007 Maulana Wahiduddin Khan</w:t>
      </w:r>
    </w:p>
    <w:p>
      <w:r>
        <w:rPr>
          <w:color w:val="666666"/>
          <w:sz w:val="18"/>
        </w:rPr>
        <w:t>1:37:53 · https://youtu.be/cvzrpk4qFus?t=5873</w:t>
      </w:r>
    </w:p>
    <w:p>
      <w:r>
        <w:rPr>
          <w:i/>
        </w:rPr>
        <w:t>“How can we overcome our ego?”</w:t>
      </w:r>
    </w:p>
    <w:p>
      <w:pPr>
        <w:pStyle w:val="Heading2"/>
      </w:pPr>
      <w:r>
        <w:t>Power of Peace June 6, 2010 Maulana Wahiduddin Khan</w:t>
      </w:r>
    </w:p>
    <w:p>
      <w:r>
        <w:rPr>
          <w:color w:val="666666"/>
          <w:sz w:val="18"/>
        </w:rPr>
        <w:t>22:37 · https://youtu.be/QNnouRoYI38?t=1357</w:t>
      </w:r>
    </w:p>
    <w:p>
      <w:r>
        <w:rPr>
          <w:i/>
        </w:rPr>
        <w:t>“اپنی ego پر صبر”</w:t>
      </w:r>
    </w:p>
    <w:p>
      <w:pPr>
        <w:pStyle w:val="Heading2"/>
      </w:pPr>
      <w:r>
        <w:t>Roza and Ramadan September 3, 2007 Maulana Wahiduddin Khan</w:t>
      </w:r>
    </w:p>
    <w:p>
      <w:r>
        <w:rPr>
          <w:color w:val="666666"/>
          <w:sz w:val="18"/>
        </w:rPr>
        <w:t>53:05 · https://youtu.be/98PTg3r7yYE?t=3185</w:t>
      </w:r>
    </w:p>
    <w:p>
      <w:r>
        <w:rPr>
          <w:i/>
        </w:rPr>
        <w:t>“desire پر کنٹرول کرنا ہے۔ اپنی ego پر کنٹرول کرنا ہے۔”</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Dars e Quran Chapter 2 Verses 256, 257, 268, 269 &amp; 281 4 June 2007 - Maulana Wahiduddin Khan</w:t>
      </w:r>
    </w:p>
    <w:p>
      <w:r>
        <w:rPr>
          <w:color w:val="666666"/>
          <w:sz w:val="18"/>
        </w:rPr>
        <w:t>43:59 · https://youtu.be/mI7KYYuy2QA?t=2639</w:t>
      </w:r>
    </w:p>
    <w:p>
      <w:r>
        <w:rPr>
          <w:i/>
        </w:rPr>
        <w:t>“آدمی کو اپنے آپ سے لڑنا پڑتا ہے۔ اپنی خواہش سے لڑنا پڑتا ہے۔ اپنے غرور سے لڑنا پڑتا ہے۔ اپنی انا سے لڑنا پڑتا ہے۔”</w:t>
      </w:r>
    </w:p>
    <w:p>
      <w:pPr>
        <w:pStyle w:val="Heading2"/>
      </w:pPr>
      <w:r>
        <w:t>Art of War and Islam</w:t>
      </w:r>
    </w:p>
    <w:p>
      <w:r>
        <w:rPr>
          <w:color w:val="666666"/>
          <w:sz w:val="18"/>
        </w:rPr>
        <w:t>5:49 · https://youtu.be/LvYP_pf17S0?t=349</w:t>
      </w:r>
    </w:p>
    <w:p>
      <w:r>
        <w:rPr>
          <w:i/>
        </w:rPr>
        <w:t>“When you face some unwanted situation, when one hits your ego, when one”</w:t>
      </w:r>
    </w:p>
    <w:p>
      <w:pPr>
        <w:pStyle w:val="Heading2"/>
      </w:pPr>
      <w:r>
        <w:t>Revival of Islam March 23, 2014</w:t>
      </w:r>
    </w:p>
    <w:p>
      <w:r>
        <w:rPr>
          <w:color w:val="666666"/>
          <w:sz w:val="18"/>
        </w:rPr>
        <w:t>1:04:47 · https://youtu.be/Wc4Vsc4u1JI?t=3887</w:t>
      </w:r>
    </w:p>
    <w:p>
      <w:r>
        <w:rPr>
          <w:i/>
        </w:rPr>
        <w:t>“کسی چیلنج کا سامنا کرتا ہے۔ سب egoist تو ہوتا ہے۔”</w:t>
      </w:r>
    </w:p>
    <w:p>
      <w:pPr>
        <w:pStyle w:val="Heading2"/>
      </w:pPr>
      <w:r>
        <w:t>Don't Be Angry Culture January 15, 2012 Maulana Wahiduddin Khan</w:t>
      </w:r>
    </w:p>
    <w:p>
      <w:r>
        <w:rPr>
          <w:color w:val="666666"/>
          <w:sz w:val="18"/>
        </w:rPr>
        <w:t>20:41 · https://youtu.be/rY1Ikwmwwdk?t=1241</w:t>
      </w:r>
    </w:p>
    <w:p>
      <w:r>
        <w:rPr>
          <w:i/>
        </w:rPr>
        <w:t>“Ego اور conscience۔”</w:t>
      </w:r>
    </w:p>
    <w:p>
      <w:pPr>
        <w:pStyle w:val="Heading2"/>
      </w:pPr>
      <w:r>
        <w:t>From The Spiritual Tree 29 October, 2006 Maulana Wahiduddin Khan</w:t>
      </w:r>
    </w:p>
    <w:p>
      <w:r>
        <w:rPr>
          <w:color w:val="666666"/>
          <w:sz w:val="18"/>
        </w:rPr>
        <w:t>26:16 · https://youtu.be/UhWGNgyU7bA?t=1576</w:t>
      </w:r>
    </w:p>
    <w:p>
      <w:r>
        <w:rPr>
          <w:i/>
        </w:rPr>
        <w:t>“اپنی ڈیزائر کو کچلنا پڑتا ہے۔ اپنی خواہش کو مٹانا پڑتا ہے۔ اپنی ایگو کو کچلنا پڑتا ہے۔ اپنی انا کو دبانا پڑتا ہے۔”</w:t>
      </w:r>
    </w:p>
    <w:p>
      <w:pPr>
        <w:pStyle w:val="Heading2"/>
      </w:pPr>
      <w:r>
        <w:t>The Importance of Thinking November 10, 2013</w:t>
      </w:r>
    </w:p>
    <w:p>
      <w:r>
        <w:rPr>
          <w:color w:val="666666"/>
          <w:sz w:val="18"/>
        </w:rPr>
        <w:t>24:44 · https://youtu.be/y16CddTHoqE?t=1484</w:t>
      </w:r>
    </w:p>
    <w:p>
      <w:r>
        <w:rPr>
          <w:i/>
        </w:rPr>
        <w:t>“اپنے کو بڑا سمجھنے کے احساس سے نکالوں”</w:t>
      </w:r>
    </w:p>
    <w:p>
      <w:pPr>
        <w:pStyle w:val="Heading2"/>
      </w:pPr>
      <w:r>
        <w:t>The Importance of Thinking November 10, 2013 Maulana Wahiduddin Khan</w:t>
      </w:r>
    </w:p>
    <w:p>
      <w:r>
        <w:rPr>
          <w:color w:val="666666"/>
          <w:sz w:val="18"/>
        </w:rPr>
        <w:t>24:44 · https://youtu.be/dM9yTT9UlCs?t=1484</w:t>
      </w:r>
    </w:p>
    <w:p>
      <w:r>
        <w:rPr>
          <w:i/>
        </w:rPr>
        <w:t>“اپنے کو بڑا سمجھنے کے احساس سے نکالوں”</w:t>
      </w:r>
    </w:p>
    <w:p>
      <w:pPr>
        <w:pStyle w:val="Heading2"/>
      </w:pPr>
      <w:r>
        <w:t>Islamization of Muslims January 10, 2010 Maulana Wahiduddin Khan</w:t>
      </w:r>
    </w:p>
    <w:p>
      <w:r>
        <w:rPr>
          <w:color w:val="666666"/>
          <w:sz w:val="18"/>
        </w:rPr>
        <w:t>1:30:06 · https://youtu.be/bjCT5yer37Q?t=5406</w:t>
      </w:r>
    </w:p>
    <w:p>
      <w:r>
        <w:rPr>
          <w:i/>
        </w:rPr>
        <w:t>“This question is from مس راضیہ from Delhi۔ The negative channelization of man's ego becomes a great obstruction in accepting someone else's wisdom to be greater than his own.”</w:t>
      </w:r>
    </w:p>
    <w:p>
      <w:pPr>
        <w:pStyle w:val="Heading2"/>
      </w:pPr>
      <w:r>
        <w:t>Interaction with CPS Ulema October 3, 2020 Maulana Wahiduddin Khan</w:t>
      </w:r>
    </w:p>
    <w:p>
      <w:r>
        <w:rPr>
          <w:color w:val="666666"/>
          <w:sz w:val="18"/>
        </w:rPr>
        <w:t>26:10 · https://youtu.be/5MzuTftI8jY?t=1570</w:t>
      </w:r>
    </w:p>
    <w:p>
      <w:r>
        <w:rPr>
          <w:i/>
        </w:rPr>
        <w:t>“اپنے آپ سے لڑتے ہیں۔”</w:t>
      </w:r>
    </w:p>
    <w:p>
      <w:pPr>
        <w:pStyle w:val="Heading2"/>
      </w:pPr>
      <w:r>
        <w:t>Reason for Unhappiness, Distraction in other than God Nov 30, 2019 - Maulana Wahiduddin Khan</w:t>
      </w:r>
    </w:p>
    <w:p>
      <w:r>
        <w:rPr>
          <w:color w:val="666666"/>
          <w:sz w:val="18"/>
        </w:rPr>
        <w:t>16:15 · https://youtu.be/ivFQ3VLLTNo?t=975</w:t>
      </w:r>
    </w:p>
    <w:p>
      <w:r>
        <w:rPr>
          <w:i/>
        </w:rPr>
        <w:t>“تو میں پرابلم میں الجھتا تھا”</w:t>
      </w:r>
    </w:p>
    <w:p>
      <w:pPr>
        <w:pStyle w:val="Heading2"/>
      </w:pPr>
      <w:r>
        <w:t>History 0f Thoughts November 12, 2006</w:t>
      </w:r>
    </w:p>
    <w:p>
      <w:r>
        <w:rPr>
          <w:color w:val="666666"/>
          <w:sz w:val="18"/>
        </w:rPr>
        <w:t>1:19:40 · https://youtu.be/BvzmJxA0j7c?t=4780</w:t>
      </w:r>
    </w:p>
    <w:p>
      <w:r>
        <w:rPr>
          <w:i/>
        </w:rPr>
        <w:t>“اگر آپ ego میں جی رہے ہیں، اپنے آپ میں جی رہے ہیں، تب آپ کو بہت ہی مشکل ہے یہ بات۔”</w:t>
      </w:r>
    </w:p>
    <w:p>
      <w:pPr>
        <w:pStyle w:val="Heading2"/>
      </w:pPr>
      <w:r>
        <w:t>In the Name of God 12 Jan 2020 - Maulana Wahiduddin Khan</w:t>
      </w:r>
    </w:p>
    <w:p>
      <w:r>
        <w:rPr>
          <w:color w:val="666666"/>
          <w:sz w:val="18"/>
        </w:rPr>
        <w:t>29:51 · https://youtu.be/aKynaASsI4s?t=1791</w:t>
      </w:r>
    </w:p>
    <w:p>
      <w:r>
        <w:rPr>
          <w:i/>
        </w:rPr>
        <w:t>“میرے اوپر بے شمار قسم کے مسائل ائے”</w:t>
      </w:r>
    </w:p>
    <w:p>
      <w:pPr>
        <w:pStyle w:val="Heading2"/>
      </w:pPr>
      <w:r>
        <w:t>Dars-e-Quran Chapter 2 Verses 206, 208, 212, 213 &amp; 214 July 2, 2007 Maulana Wahiduddin Khan</w:t>
      </w:r>
    </w:p>
    <w:p>
      <w:r>
        <w:rPr>
          <w:color w:val="666666"/>
          <w:sz w:val="18"/>
        </w:rPr>
        <w:t>9:52 · https://youtu.be/34tQK67_TvQ?t=592</w:t>
      </w:r>
    </w:p>
    <w:p>
      <w:r>
        <w:rPr>
          <w:i/>
        </w:rPr>
        <w:t>“اب تک میں اپنی انا کو فالو کر رہا تھا،”</w:t>
      </w:r>
    </w:p>
    <w:p>
      <w:pPr>
        <w:pStyle w:val="Heading2"/>
      </w:pPr>
      <w:r>
        <w:t>The Concept of Death in Islam August 7, 2007</w:t>
      </w:r>
    </w:p>
    <w:p>
      <w:r>
        <w:rPr>
          <w:color w:val="666666"/>
          <w:sz w:val="18"/>
        </w:rPr>
        <w:t>34:49 · https://youtu.be/pB0cQfYw91E?t=2089</w:t>
      </w:r>
    </w:p>
    <w:p>
      <w:r>
        <w:rPr>
          <w:i/>
        </w:rPr>
        <w:t>“Man has both the faculties: ego and conscience.”</w:t>
      </w:r>
    </w:p>
    <w:p>
      <w:pPr>
        <w:pStyle w:val="Heading2"/>
      </w:pPr>
      <w:r>
        <w:t>Quran A Dictionary of Truth (English) May 02, 2007 Maulana Wahiduddin Khan</w:t>
      </w:r>
    </w:p>
    <w:p>
      <w:r>
        <w:rPr>
          <w:color w:val="666666"/>
          <w:sz w:val="18"/>
        </w:rPr>
        <w:t>50:51 · https://youtu.be/plsYgl_xxbY?t=3051</w:t>
      </w:r>
    </w:p>
    <w:p>
      <w:r>
        <w:rPr>
          <w:i/>
        </w:rPr>
        <w:t>“I have to blame myself as an individual and as a nation, both.”</w:t>
      </w:r>
    </w:p>
    <w:p>
      <w:pPr>
        <w:pStyle w:val="Heading2"/>
      </w:pPr>
      <w:r>
        <w:t>Help of God November 29, 2020 Maulana Wahiduddin Khan</w:t>
      </w:r>
    </w:p>
    <w:p>
      <w:r>
        <w:rPr>
          <w:color w:val="666666"/>
          <w:sz w:val="18"/>
        </w:rPr>
        <w:t>12:37 · https://youtu.be/FiM937kOHVQ?t=757</w:t>
      </w:r>
    </w:p>
    <w:p>
      <w:r>
        <w:rPr>
          <w:i/>
        </w:rPr>
        <w:t>“اپنے احساسات کو”</w:t>
      </w:r>
    </w:p>
    <w:p>
      <w:pPr>
        <w:pStyle w:val="Heading1"/>
      </w:pPr>
      <w:r>
        <w:t>Clips (14)</w:t>
      </w:r>
    </w:p>
    <w:p>
      <w:pPr>
        <w:pStyle w:val="Heading2"/>
      </w:pPr>
      <w:r>
        <w:t>Queen of Sheba's surrender vs Saddam Hussein's defiance</w:t>
      </w:r>
    </w:p>
    <w:p>
      <w:r>
        <w:rPr>
          <w:color w:val="666666"/>
          <w:sz w:val="18"/>
        </w:rPr>
        <w:t>Power of Peace June 6, 2010 Maulana Wahiduddin Khan · 4m 33s · at 18:45 · https://youtu.be/QNnouRoYI38?t=1125</w:t>
      </w:r>
    </w:p>
    <w:p>
      <w:r>
        <w:rPr>
          <w:i/>
        </w:rPr>
        <w:t>“Quran mein ek misaal di gayi hai Queen of Sheba ki”</w:t>
      </w:r>
    </w:p>
    <w:p>
      <w:r>
        <w:rPr>
          <w:sz w:val="20"/>
        </w:rPr>
        <w:t>18:45  yeh. quran mein ek misaal di gayi hai queen of sheba ki, malika saba. yeh hazrat suleman ke zamane mein woh. yemen ke area mein woh rule karti thi.</w:t>
      </w:r>
      <w:r>
        <w:br/>
      </w:r>
      <w:r>
        <w:rPr>
          <w:sz w:val="20"/>
        </w:rPr>
        <w:t>18:58  aur basically yeh ek tijarti qaum thi. woh business karte the woh log. kyunke woh samandar ke coast par the to business phaila hua tha un ka, bahut door door tak.</w:t>
      </w:r>
      <w:r>
        <w:br/>
      </w:r>
      <w:r>
        <w:rPr>
          <w:sz w:val="20"/>
        </w:rPr>
        <w:t>19:12  hazrat suleman jo the woh king bhi the aur prophet bhi the. unhon ne kaha ke tum ko surrender karna padega. nahin surrender karo to hum fauj bhejenge.</w:t>
      </w:r>
      <w:r>
        <w:br/>
      </w:r>
      <w:r>
        <w:rPr>
          <w:sz w:val="20"/>
        </w:rPr>
        <w:t>19:22  yeh quran mein likha hua hai yeh waqia. to malika saba jo thi, queen of sheba, us ne political surrender ko accept kar liya.</w:t>
      </w:r>
      <w:r>
        <w:br/>
      </w:r>
      <w:r>
        <w:rPr>
          <w:sz w:val="20"/>
        </w:rPr>
        <w:t>19:35  political surrender ko. nateeja kya nikla? us ka pura business intact raha.</w:t>
      </w:r>
      <w:r>
        <w:br/>
      </w:r>
      <w:r>
        <w:rPr>
          <w:sz w:val="20"/>
        </w:rPr>
        <w:t>19:41  bahut arse tak phir bhi un ka business chalta raha. koi un ko nuqsan nahin hua. kuchh nahin hua. aap isi ko dekhiye saddam hussain ke case mein.</w:t>
      </w:r>
      <w:r>
        <w:br/>
      </w:r>
      <w:r>
        <w:rPr>
          <w:sz w:val="20"/>
        </w:rPr>
        <w:t>19:53  saddam hussain ne ek bahut badi ghalati yeh ki ke unhon ne apni army kuwait mein daal di, jo ek independent country tha, aur us par qabza kar liya.</w:t>
      </w:r>
      <w:r>
        <w:br/>
      </w:r>
      <w:r>
        <w:rPr>
          <w:sz w:val="20"/>
        </w:rPr>
        <w:t>20:07  sari duniya ke musalmanon ne is ko accept kar l</w:t>
      </w:r>
      <w:r>
        <w:br/>
      </w:r>
      <w:r>
        <w:rPr>
          <w:sz w:val="20"/>
        </w:rPr>
        <w:t>20:10  ya. mere sab mein akela tha, main ne kaha ke bohat deewangi ki baat hai. yeh galat kiya hai Saddam ne. aur khush thay ke Saddam Hussain samajhte hain ke Kuwait ko le kar apni taqat barhaye ga aur phir Israel ko mita dalay ga.</w:t>
      </w:r>
      <w:r>
        <w:br/>
      </w:r>
      <w:r>
        <w:rPr>
          <w:sz w:val="20"/>
        </w:rPr>
        <w:t>20:26  yeh main is ko false formula manta hoon, estimate formula.</w:t>
      </w:r>
      <w:r>
        <w:br/>
      </w:r>
      <w:r>
        <w:rPr>
          <w:sz w:val="20"/>
        </w:rPr>
        <w:t>20:32  ab America samne aaya, kyun ke Kuwait ka jo ameer tha, woh is ne America se madad mangi aur is ne apni army bheji aur Saddam Hussain ko nikalna para Kuwait se.</w:t>
      </w:r>
      <w:r>
        <w:br/>
      </w:r>
      <w:r>
        <w:rPr>
          <w:sz w:val="20"/>
        </w:rPr>
        <w:t>20:45  is ke baad America ne demand ki ke Saddam Hussain jo hain, yeh dictator banay hue hain, yeh gaddi chhor dein. election hoga</w:t>
      </w:r>
      <w:r>
        <w:br/>
      </w:r>
      <w:r>
        <w:rPr>
          <w:sz w:val="20"/>
        </w:rPr>
        <w:t>20:54  Iraq mein. jo jeete ga woh rule kare ga. kyun ke aap jante hain ke yeh military ruler thay yeh. kakar ke aaye thay yeh. baees saal tak rule kar chuke thay yeh.</w:t>
      </w:r>
      <w:r>
        <w:br/>
      </w:r>
      <w:r>
        <w:rPr>
          <w:sz w:val="20"/>
        </w:rPr>
        <w:t>21:05  to America ko main samajhta hoon ke bohat hi justified tha America ke kehne mein. ke gaddi chhoro, election hoga, jo jeete ga woh rule kare ga woh.</w:t>
      </w:r>
      <w:r>
        <w:br/>
      </w:r>
      <w:r>
        <w:rPr>
          <w:sz w:val="20"/>
        </w:rPr>
        <w:t>21:13  to main ne is waqt likha tha aik mazmoon "Choice Before Saddam". is mein yeh misaal di thi main ne ke Saddam sahib ko chahiye gaddi chhor dein.</w:t>
      </w:r>
      <w:r>
        <w:br/>
      </w:r>
      <w:r>
        <w:rPr>
          <w:sz w:val="20"/>
        </w:rPr>
        <w:t>21:26  balkay politics chhor dein woh. un ke paas Iraq mein aath mahal thay, eight. bohat baray baray mahal thay, palace.</w:t>
      </w:r>
      <w:r>
        <w:br/>
      </w:r>
      <w:r>
        <w:rPr>
          <w:sz w:val="20"/>
        </w:rPr>
        <w:t>21:37  to main ne kaha ke aath bohat shandar college khol sakte hain woh.</w:t>
      </w:r>
      <w:r>
        <w:br/>
      </w:r>
      <w:r>
        <w:rPr>
          <w:sz w:val="20"/>
        </w:rPr>
        <w:t>21:42  aath college khol dein aur educate karein is ko, Iraq ko. jaise Jefferson ne kiya. phir Saddam Hussain jo hain, Iraq ke Jefferson ban jayen ge.</w:t>
      </w:r>
      <w:r>
        <w:br/>
      </w:r>
      <w:r>
        <w:rPr>
          <w:sz w:val="20"/>
        </w:rPr>
        <w:t>21:52  Jefferson. lekin aap jante hain ke unhon ne gaddi nahi chhori. America ne wahan bombardment kiya, pakra un ko aur phir un ko phansi ho gayi.</w:t>
      </w:r>
      <w:r>
        <w:br/>
      </w:r>
      <w:r>
        <w:rPr>
          <w:sz w:val="20"/>
        </w:rPr>
        <w:t>22:03  ab dekhiye yahan par ke malika Saba ne political surrender ko qabool kar liya.</w:t>
      </w:r>
      <w:r>
        <w:br/>
      </w:r>
      <w:r>
        <w:rPr>
          <w:sz w:val="20"/>
        </w:rPr>
        <w:t>22:10  That was a kind of sahan shilta, kind of sabr. yani political surrender par sabr kar liya unhon ne. to un ke sare interests jo hain woh intact rahe.</w:t>
      </w:r>
      <w:r>
        <w:br/>
      </w:r>
      <w:r>
        <w:rPr>
          <w:sz w:val="20"/>
        </w:rPr>
        <w:t>22:20  koi nuqsan nahi hua un ko. aur Saddam sahib ne surrender nahi kiya. surrender apne aap mein aik sabr hai. sabr ke baghair aadmi surrender nahi kar sakta.</w:t>
      </w:r>
      <w:r>
        <w:br/>
      </w:r>
      <w:r>
        <w:rPr>
          <w:sz w:val="20"/>
        </w:rPr>
        <w:t>22:31  apne jazbat par sabr.</w:t>
      </w:r>
      <w:r>
        <w:br/>
      </w:r>
      <w:r>
        <w:rPr>
          <w:sz w:val="20"/>
        </w:rPr>
        <w:t>22:37  apni ego par sabr</w:t>
      </w:r>
      <w:r>
        <w:br/>
      </w:r>
      <w:r>
        <w:rPr>
          <w:sz w:val="20"/>
        </w:rPr>
        <w:t>22:40  . nateeja kya hua? ke woh khatam ho gaye, aath aath palace jurr gaye thay. woh istemal nahi ho sakay. tab bhi un ko hundred billion dollar bhi thay.</w:t>
      </w:r>
      <w:r>
        <w:br/>
      </w:r>
      <w:r>
        <w:rPr>
          <w:sz w:val="20"/>
        </w:rPr>
        <w:t>22:50  to woh sab kar ke woh kitna bara kaam kar sakte thay ke Iraq ko educate karte aur wahan ke Jefferson ban jatay. aap dekh sakte hain is mein ke sabr na karne ka nuqsan aur sabr karne ka faida, dono</w:t>
      </w:r>
      <w:r>
        <w:br/>
      </w:r>
      <w:r>
        <w:rPr>
          <w:sz w:val="20"/>
        </w:rPr>
        <w:t>23:05  . dekhiye aaj kal jo musalmanon mein kahin bhi aap jayen, Muslim dunya mein, fifty seven Muslim countries hain. har jagah aap ko jo super problem bataya jaye ga woh kya hai?</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Ignore provocation, live unilaterally</w:t>
      </w:r>
    </w:p>
    <w:p>
      <w:r>
        <w:rPr>
          <w:color w:val="666666"/>
          <w:sz w:val="18"/>
        </w:rPr>
        <w:t>Art of War and Islam · 2m 28s · at 4:57 · https://youtu.be/LvYP_pf17S0?t=297</w:t>
      </w:r>
    </w:p>
    <w:p>
      <w:r>
        <w:rPr>
          <w:i/>
        </w:rPr>
        <w:t>“Once a man came to the Prophet of Islam”</w:t>
      </w:r>
    </w:p>
    <w:p>
      <w:r>
        <w:rPr>
          <w:sz w:val="20"/>
        </w:rPr>
        <w:t>4:57  Once a man came to the Prophet of Islam, he said, "O Prophet, give me a master advice by which I may be able to address, I may be able to manage all the affairs of my life." The Prophet said,</w:t>
      </w:r>
      <w:r>
        <w:br/>
      </w:r>
      <w:r>
        <w:rPr>
          <w:sz w:val="20"/>
        </w:rPr>
        <w:t>5:18  "La tağzab." Don't be angry.</w:t>
      </w:r>
      <w:r>
        <w:br/>
      </w:r>
      <w:r>
        <w:rPr>
          <w:sz w:val="20"/>
        </w:rPr>
        <w:t>5:24  Now you know that</w:t>
      </w:r>
      <w:r>
        <w:br/>
      </w:r>
      <w:r>
        <w:rPr>
          <w:sz w:val="20"/>
        </w:rPr>
        <w:t>5:33  anger is not a normal phenomenon. Anger is the outcome of an abnormal situation.</w:t>
      </w:r>
      <w:r>
        <w:br/>
      </w:r>
      <w:r>
        <w:rPr>
          <w:sz w:val="20"/>
        </w:rPr>
        <w:t>5:47  What is anger?</w:t>
      </w:r>
      <w:r>
        <w:br/>
      </w:r>
      <w:r>
        <w:rPr>
          <w:sz w:val="20"/>
        </w:rPr>
        <w:t>5:49  When you face some unwanted situation, when one hits your ego, when one</w:t>
      </w:r>
      <w:r>
        <w:br/>
      </w:r>
      <w:r>
        <w:rPr>
          <w:sz w:val="20"/>
        </w:rPr>
        <w:t>6:07  provokes you, then you become angry.</w:t>
      </w:r>
      <w:r>
        <w:br/>
      </w:r>
      <w:r>
        <w:rPr>
          <w:sz w:val="20"/>
        </w:rPr>
        <w:t>6:13  So when the Prophet said that "La tağzab, don't be angry," it means that it means that</w:t>
      </w:r>
      <w:r>
        <w:br/>
      </w:r>
      <w:r>
        <w:rPr>
          <w:sz w:val="20"/>
        </w:rPr>
        <w:t>6:27  don't be angry even when provoked.</w:t>
      </w:r>
      <w:r>
        <w:br/>
      </w:r>
      <w:r>
        <w:rPr>
          <w:sz w:val="20"/>
        </w:rPr>
        <w:t>6:32  So the formula of life is that</w:t>
      </w:r>
      <w:r>
        <w:br/>
      </w:r>
      <w:r>
        <w:rPr>
          <w:sz w:val="20"/>
        </w:rPr>
        <w:t>6:38  ignore provocation and</w:t>
      </w:r>
      <w:r>
        <w:br/>
      </w:r>
      <w:r>
        <w:rPr>
          <w:sz w:val="20"/>
        </w:rPr>
        <w:t>6:46  try to live</w:t>
      </w:r>
      <w:r>
        <w:br/>
      </w:r>
      <w:r>
        <w:rPr>
          <w:sz w:val="20"/>
        </w:rPr>
        <w:t>6:48  a positive life</w:t>
      </w:r>
      <w:r>
        <w:br/>
      </w:r>
      <w:r>
        <w:rPr>
          <w:sz w:val="20"/>
        </w:rPr>
        <w:t>6:51  on a unilateral basis.</w:t>
      </w:r>
      <w:r>
        <w:br/>
      </w:r>
      <w:r>
        <w:rPr>
          <w:sz w:val="20"/>
        </w:rPr>
        <w:t>6:59  Ignore provocation and live a life of</w:t>
      </w:r>
      <w:r>
        <w:br/>
      </w:r>
      <w:r>
        <w:rPr>
          <w:sz w:val="20"/>
        </w:rPr>
        <w:t>7:09  ignore</w:t>
      </w:r>
      <w:r>
        <w:br/>
      </w:r>
      <w:r>
        <w:rPr>
          <w:sz w:val="20"/>
        </w:rPr>
        <w:t>7:13  provocation and adopt positive behavior on a unilateral basis.</w:t>
      </w:r>
    </w:p>
    <w:p>
      <w:pPr>
        <w:pStyle w:val="Heading2"/>
      </w:pPr>
      <w:r>
        <w:t>Ego is good unless it becomes pride</w:t>
      </w:r>
    </w:p>
    <w:p>
      <w:r>
        <w:rPr>
          <w:color w:val="666666"/>
          <w:sz w:val="18"/>
        </w:rPr>
        <w:t>Revival of Islam March 23, 2014 · 54s · at 1:04:29 · https://youtu.be/Wc4Vsc4u1JI?t=3869</w:t>
      </w:r>
    </w:p>
    <w:p>
      <w:r>
        <w:rPr>
          <w:i/>
        </w:rPr>
        <w:t>“Dekhiye, ego is not a bad thing”</w:t>
      </w:r>
    </w:p>
    <w:p>
      <w:r>
        <w:rPr>
          <w:sz w:val="20"/>
        </w:rPr>
        <w:t>1:04:29  dekhiye, main ego koi buri cheez nahi hai.</w:t>
      </w:r>
      <w:r>
        <w:br/>
      </w:r>
      <w:r>
        <w:rPr>
          <w:sz w:val="20"/>
        </w:rPr>
        <w:t>1:04:34  ego se to aadmi ke andar stability aati hai aur determination aata hai. ego se aadmi koi decision le paata hai,</w:t>
      </w:r>
      <w:r>
        <w:br/>
      </w:r>
      <w:r>
        <w:rPr>
          <w:sz w:val="20"/>
        </w:rPr>
        <w:t>1:04:47  kisi challenge ka saamna karta hai. sab egoist to hota hai.</w:t>
      </w:r>
      <w:r>
        <w:br/>
      </w:r>
      <w:r>
        <w:rPr>
          <w:sz w:val="20"/>
        </w:rPr>
        <w:t>1:04:53  dekhiye, ego kab bura hai? jab ego se aap ke andar pride aa jaaye. pride.</w:t>
      </w:r>
      <w:r>
        <w:br/>
      </w:r>
      <w:r>
        <w:rPr>
          <w:sz w:val="20"/>
        </w:rPr>
        <w:t>1:05:00  apne ko pride se bachaiye to phir ego to phir blessing hi blessing hai.</w:t>
      </w:r>
      <w:r>
        <w:br/>
      </w:r>
      <w:r>
        <w:rPr>
          <w:sz w:val="20"/>
        </w:rPr>
        <w:t>1:05:07  ego se apne ko superior samjhen aap aur apne aap ke andar koi ghamand aa jaaye, بڑai ka jazba aa jaaye.</w:t>
      </w:r>
      <w:r>
        <w:br/>
      </w:r>
      <w:r>
        <w:rPr>
          <w:sz w:val="20"/>
        </w:rPr>
        <w:t>1:05:17  to that is evil. Otherwise, ego is blessing.</w:t>
      </w:r>
      <w:r>
        <w:br/>
      </w:r>
      <w:r>
        <w:rPr>
          <w:sz w:val="20"/>
        </w:rPr>
        <w:t>1:05:24  to ego ek takhleeq hai Allah ke paas. Allah ne paida kiya hai ego. jis ne aankh paida kiya, kaan paida kiya, us ne ego hi paida kiya hai. ego koi alag se nahi aa gayi hai.</w:t>
      </w:r>
    </w:p>
    <w:p>
      <w:pPr>
        <w:pStyle w:val="Heading2"/>
      </w:pPr>
      <w:r>
        <w:t>Abu Bakr and the angry man</w:t>
      </w:r>
    </w:p>
    <w:p>
      <w:r>
        <w:rPr>
          <w:color w:val="666666"/>
          <w:sz w:val="18"/>
        </w:rPr>
        <w:t>Don't Be Angry Culture January 15, 2012 Maulana Wahiduddin Khan · 2m 42s · at 18:11 · https://youtu.be/rY1Ikwmwwdk?t=1091</w:t>
      </w:r>
    </w:p>
    <w:p>
      <w:r>
        <w:rPr>
          <w:i/>
        </w:rPr>
        <w:t>“Ek baar aisa hai ke Madine ke baahar ek aadmi mila Hazrat Abu Bakr ko”</w:t>
      </w:r>
    </w:p>
    <w:p>
      <w:r>
        <w:rPr>
          <w:sz w:val="20"/>
        </w:rPr>
        <w:t>18:11  ek baar aisa hai ke madine ke bahar ek aadmi mila Hazrat Abu Bakr ko.</w:t>
      </w:r>
      <w:r>
        <w:br/>
      </w:r>
      <w:r>
        <w:rPr>
          <w:sz w:val="20"/>
        </w:rPr>
        <w:t>18:20  to woh kisi baat par ghussa ho gaya tha. to Hazrat Umar Abu Bakr ko bura bhala kehne laga. bura bhala kehne laga.</w:t>
      </w:r>
      <w:r>
        <w:br/>
      </w:r>
      <w:r>
        <w:rPr>
          <w:sz w:val="20"/>
        </w:rPr>
        <w:t>18:31  to shuru mein Hazrat Abu Bakr chup chap sunte rahe. un ke andar jawab hi ghussa nahin aaya. wahan Rasool Allah bhi thay.</w:t>
      </w:r>
      <w:r>
        <w:br/>
      </w:r>
      <w:r>
        <w:rPr>
          <w:sz w:val="20"/>
        </w:rPr>
        <w:t>18:41  to kuch der tak sabr kiya Hazrat Abu Bakr ne. phir unhein bhi ghussa aa gaya. jawab bhi ghussa aa gaya. ab unhon ne is ka jawab dena shuru kar diya is aadmi ka.</w:t>
      </w:r>
      <w:r>
        <w:br/>
      </w:r>
      <w:r>
        <w:rPr>
          <w:sz w:val="20"/>
        </w:rPr>
        <w:t>18:55  to jaise hi Hazrat Abu Bakr bolay ghusse mein, to Rasool Allah wahan se chalay gaye.</w:t>
      </w:r>
      <w:r>
        <w:br/>
      </w:r>
      <w:r>
        <w:rPr>
          <w:sz w:val="20"/>
        </w:rPr>
        <w:t>19:06  ab baad ko Hazrat Abu Bakr milay Rasool Allah se ke aap kyun chalay gaye? jab tak woh bol raha tha, main chup tha, tab to aap thay wahan.</w:t>
      </w:r>
      <w:r>
        <w:br/>
      </w:r>
      <w:r>
        <w:rPr>
          <w:sz w:val="20"/>
        </w:rPr>
        <w:t>19:17  jab mujhe bhi thoda ghussa aa gaya, main bol diya to aap chalay gaye.</w:t>
      </w:r>
      <w:r>
        <w:br/>
      </w:r>
      <w:r>
        <w:rPr>
          <w:sz w:val="20"/>
        </w:rPr>
        <w:t>19:24  to Rasool Allah ne farmaya ke jab tak tum bol nahin rahay thay, chup thay, tab tak tumhari taraf se farishta jawab de raha tha.</w:t>
      </w:r>
      <w:r>
        <w:br/>
      </w:r>
      <w:r>
        <w:rPr>
          <w:sz w:val="20"/>
        </w:rPr>
        <w:t>19:37  aur jab tum bhi bol paray, tum ko bhi ghussa aa gaya, to farishta chala gaya. is liye main bhi wahan se chala gaya. dekhiye, is mein kya baat hai?</w:t>
      </w:r>
      <w:r>
        <w:br/>
      </w:r>
      <w:r>
        <w:rPr>
          <w:sz w:val="20"/>
        </w:rPr>
        <w:t>19:49  yeh koi mysterious baat nahin hai. yaani yeh na samjhiye ke mysterious hai yeh baat.</w:t>
      </w:r>
      <w:r>
        <w:br/>
      </w:r>
      <w:r>
        <w:rPr>
          <w:sz w:val="20"/>
        </w:rPr>
        <w:t>19:55  yeh bilkul rationally understandable hai. woh kaise? dekhiye, woh aadmi jab bol raha tha, bura bhala keh raha tha, aur Hazrat Abu Bakr chup thay, to is ka zamir is se keh raha tha ke tum kya kar rahay ho?</w:t>
      </w:r>
      <w:r>
        <w:br/>
      </w:r>
      <w:r>
        <w:rPr>
          <w:sz w:val="20"/>
        </w:rPr>
        <w:t>20:15  aise aadmi ko keh rahay ho jo masoom hai, chup chap hai, kuch kehta nahin, aur tum bolay chalay ja rahay ho is ko? to is ka zamir is ko malamat kar raha tha.</w:t>
      </w:r>
      <w:r>
        <w:br/>
      </w:r>
      <w:r>
        <w:rPr>
          <w:sz w:val="20"/>
        </w:rPr>
        <w:t>20:28  yani khud is aadmi ka zamir Hazrat Abu Bakr ki taraf se bol raha tha. To zamir ko activate karte hain farishtay. Yaad rakhiye, ek hai ego, ek hai zamir.</w:t>
      </w:r>
      <w:r>
        <w:br/>
      </w:r>
      <w:r>
        <w:rPr>
          <w:sz w:val="20"/>
        </w:rPr>
        <w:t>20:41  Ego aur conscience.</w:t>
      </w:r>
      <w:r>
        <w:br/>
      </w:r>
      <w:r>
        <w:rPr>
          <w:sz w:val="20"/>
        </w:rPr>
        <w:t>20:46  Ego ko activate karta hai shaitan. Aur zamir ko activate karte hain farishtay.</w:t>
      </w:r>
    </w:p>
    <w:p>
      <w:pPr>
        <w:pStyle w:val="Heading2"/>
      </w:pPr>
      <w:r>
        <w:t>Why people cling to arrogance despite knowing it's forbidden</w:t>
      </w:r>
    </w:p>
    <w:p>
      <w:r>
        <w:rPr>
          <w:color w:val="666666"/>
          <w:sz w:val="18"/>
        </w:rPr>
        <w:t>The Importance of Thinking November 10, 2013 Maulana Wahiduddin Khan · 2m 36s · at 24:07 · https://youtu.be/dM9yTT9UlCs?t=1447</w:t>
      </w:r>
    </w:p>
    <w:p>
      <w:r>
        <w:rPr>
          <w:i/>
        </w:rPr>
        <w:t>“No one enters paradise with an atom of arrogance in them”</w:t>
      </w:r>
    </w:p>
    <w:p>
      <w:r>
        <w:rPr>
          <w:sz w:val="20"/>
        </w:rPr>
        <w:t>24:07  ke jannat mein woh shakhs nahin jayega jis ke andar rai ke dane ke barabar bhi kibr ho, arrogance ho.</w:t>
      </w:r>
      <w:r>
        <w:br/>
      </w:r>
      <w:r>
        <w:rPr>
          <w:sz w:val="20"/>
        </w:rPr>
        <w:t>24:18  man kaan</w:t>
      </w:r>
      <w:r>
        <w:br/>
      </w:r>
      <w:r>
        <w:rPr>
          <w:sz w:val="20"/>
        </w:rPr>
        <w:t>24:21  feeh habbat khardr man kibr. yeh hadees sab log jante hain,</w:t>
      </w:r>
      <w:r>
        <w:br/>
      </w:r>
      <w:r>
        <w:rPr>
          <w:sz w:val="20"/>
        </w:rPr>
        <w:t>24:30  lekin kam az kam maine apne tajrube mein nahin paya ke koi sach much is se apne aap sha'oori taur par is se door rakhne ki koshish kare ke main apne aap ko arrogance se bachaoon,</w:t>
      </w:r>
      <w:r>
        <w:br/>
      </w:r>
      <w:r>
        <w:rPr>
          <w:sz w:val="20"/>
        </w:rPr>
        <w:t>24:44  apne ko bara samajhne ke ehsas se nikalo</w:t>
      </w:r>
      <w:r>
        <w:br/>
      </w:r>
      <w:r>
        <w:rPr>
          <w:sz w:val="20"/>
        </w:rPr>
        <w:t>24:46  . sab log kahin na kahin apna koi bara banaye hue hain.</w:t>
      </w:r>
      <w:r>
        <w:br/>
      </w:r>
      <w:r>
        <w:rPr>
          <w:sz w:val="20"/>
        </w:rPr>
        <w:t>24:52  koi smart hai to apne ko bara samajhta hai, kisi ko paisa hai to apne ko bara samajhta hai, kisi ke paas political power hai to apne ko bara samajhta hai, woh kisi ke andar bolne ka maada hai, speaking power to apne ko bara samajhta hai, woh</w:t>
      </w:r>
      <w:r>
        <w:br/>
      </w:r>
      <w:r>
        <w:rPr>
          <w:sz w:val="20"/>
        </w:rPr>
        <w:t>25:08  kisi ke paas ek bara baap dada to</w:t>
      </w:r>
      <w:r>
        <w:br/>
      </w:r>
      <w:r>
        <w:rPr>
          <w:sz w:val="20"/>
        </w:rPr>
        <w:t>25:13  bara tha, to ab isi bahane bara banaya hua hai apne ko.</w:t>
      </w:r>
      <w:r>
        <w:br/>
      </w:r>
      <w:r>
        <w:rPr>
          <w:sz w:val="20"/>
        </w:rPr>
        <w:t>25:22  yeh jante hue ke yeh jahannami fe'l hai, phir bhi aadmi is barai mein jeeta hai kyunke bohat lazzat milti hai is mein.</w:t>
      </w:r>
      <w:r>
        <w:br/>
      </w:r>
      <w:r>
        <w:rPr>
          <w:sz w:val="20"/>
        </w:rPr>
        <w:t>25:33  yeh matlab hai ek amal ka so so guna inaam ke agar aap prepared mind hain, agar aap ke andar thinking power hai, agar aap waqai tadabbur, tafakkur, ta'aqqul</w:t>
      </w:r>
      <w:r>
        <w:br/>
      </w:r>
      <w:r>
        <w:rPr>
          <w:sz w:val="20"/>
        </w:rPr>
        <w:t>25:50  ko jante hain</w:t>
      </w:r>
      <w:r>
        <w:br/>
      </w:r>
      <w:r>
        <w:rPr>
          <w:sz w:val="20"/>
        </w:rPr>
        <w:t>25:54  to aap ka mind jab trigger hoga to ek ke baad ek ke baad ek baatein aati jayengi, isi mein item jodte chale aay</w:t>
      </w:r>
      <w:r>
        <w:br/>
      </w:r>
      <w:r>
        <w:rPr>
          <w:sz w:val="20"/>
        </w:rPr>
        <w:t>26:02  ein ge. ek ke baad doosra item, doosre ke baad teesra item. yeh hai chain reaction.</w:t>
      </w:r>
      <w:r>
        <w:br/>
      </w:r>
      <w:r>
        <w:rPr>
          <w:sz w:val="20"/>
        </w:rPr>
        <w:t>26:13  is se kya nikla ke agar aap yeh chahte hain ke aap ko</w:t>
      </w:r>
      <w:r>
        <w:br/>
      </w:r>
      <w:r>
        <w:rPr>
          <w:sz w:val="20"/>
        </w:rPr>
        <w:t>26:23  bara amal, aap ko bara sawab mile, aap ko apne amal ka bara sawab mile to apne aap ko prepare kijiye,</w:t>
      </w:r>
      <w:r>
        <w:br/>
      </w:r>
      <w:r>
        <w:rPr>
          <w:sz w:val="20"/>
        </w:rPr>
        <w:t>26:33  prepared mind baniye. to aap ka mind jab aap trigger ho to phir chain action, chain reaction shuru ho, ka amal shuru ho jaye.</w:t>
      </w:r>
    </w:p>
    <w:p>
      <w:pPr>
        <w:pStyle w:val="Heading2"/>
      </w:pPr>
      <w:r>
        <w:t>Patience is the greatest deed</w:t>
      </w:r>
    </w:p>
    <w:p>
      <w:r>
        <w:rPr>
          <w:color w:val="666666"/>
          <w:sz w:val="18"/>
        </w:rPr>
        <w:t>Interaction with CPS Ulema October 3, 2020 Maulana Wahiduddin Khan · 1m 46s · at 24:53 · https://youtu.be/5MzuTftI8jY?t=1493</w:t>
      </w:r>
    </w:p>
    <w:p>
      <w:r>
        <w:rPr>
          <w:i/>
        </w:rPr>
        <w:t>“Sabr sab se badi cheez hai.”</w:t>
      </w:r>
    </w:p>
    <w:p>
      <w:r>
        <w:rPr>
          <w:sz w:val="20"/>
        </w:rPr>
        <w:t>24:53  dekhiye, quran se sabit hai kay sabr sab se bari cheez hai,</w:t>
      </w:r>
      <w:r>
        <w:br/>
      </w:r>
      <w:r>
        <w:rPr>
          <w:sz w:val="20"/>
        </w:rPr>
        <w:t>25:04  sab se bari cheez hai. aisay to is jo aap jab namaz namaz ki baat kartay hain to wo aqeeday ki baat ban jati hai, lekin sabr jo hai wo aik bohat bari,</w:t>
      </w:r>
      <w:r>
        <w:br/>
      </w:r>
      <w:r>
        <w:rPr>
          <w:sz w:val="20"/>
        </w:rPr>
        <w:t>25:23  bohat bara amal hai.</w:t>
      </w:r>
      <w:r>
        <w:br/>
      </w:r>
      <w:r>
        <w:rPr>
          <w:sz w:val="20"/>
        </w:rPr>
        <w:t>25:26  maulana, quran mein sabr kay baray mein aya hai: "innama yuwaffa as sabiroona ajrahum bighayri hisab" kay sabr par Allah taala bay hisab ajr de ga.</w:t>
      </w:r>
      <w:r>
        <w:br/>
      </w:r>
      <w:r>
        <w:rPr>
          <w:sz w:val="20"/>
        </w:rPr>
        <w:t>25:38  to aakhir sabr kay andar hota kia hai kay Allah taala nay aisa keh diya?</w:t>
      </w:r>
      <w:r>
        <w:br/>
      </w:r>
      <w:r>
        <w:rPr>
          <w:sz w:val="20"/>
        </w:rPr>
        <w:t>25:43  dekhiye, sabr karna parta hai kis cheez par? aap aik Allah kay aik hukum pe chalna chahtay hain, us mein rukawatein aati hain to tamam rukawaton ko overcome kartay hain,</w:t>
      </w:r>
      <w:r>
        <w:br/>
      </w:r>
      <w:r>
        <w:rPr>
          <w:sz w:val="20"/>
        </w:rPr>
        <w:t>26:01  us ko yani aik nai soch develop kartay hain,</w:t>
      </w:r>
      <w:r>
        <w:br/>
      </w:r>
      <w:r>
        <w:rPr>
          <w:sz w:val="20"/>
        </w:rPr>
        <w:t>26:10  apnay aap se ladte hain.</w:t>
      </w:r>
      <w:r>
        <w:br/>
      </w:r>
      <w:r>
        <w:rPr>
          <w:sz w:val="20"/>
        </w:rPr>
        <w:t>26:15  sabr aik amal hai, aik amal kartay hain tab ja kay aap ko sabr ki qadar jab milta hai.</w:t>
      </w:r>
      <w:r>
        <w:br/>
      </w:r>
      <w:r>
        <w:rPr>
          <w:sz w:val="20"/>
        </w:rPr>
        <w:t>26:27  to mein samajhta hoon kay yeh waqia yeh hai kay sabr se bara koi amal nahi.</w:t>
      </w:r>
    </w:p>
    <w:p>
      <w:pPr>
        <w:pStyle w:val="Heading2"/>
      </w:pPr>
      <w:r>
        <w:t>Personal witness of God's protection from birth to old age</w:t>
      </w:r>
    </w:p>
    <w:p>
      <w:r>
        <w:rPr>
          <w:color w:val="666666"/>
          <w:sz w:val="18"/>
        </w:rPr>
        <w:t>In the Name of God 12 Jan 2020 - Maulana Wahiduddin Khan · 5m 07s · at 29:25 · https://youtu.be/aKynaASsI4s?t=1765</w:t>
      </w:r>
    </w:p>
    <w:p>
      <w:r>
        <w:rPr>
          <w:i/>
        </w:rPr>
        <w:t>“Main zaati tor par iska witness hoon”</w:t>
      </w:r>
    </w:p>
    <w:p>
      <w:r>
        <w:rPr>
          <w:sz w:val="20"/>
        </w:rPr>
        <w:t>29:25  aur main zaati taur par zaati taur par zaati taur par is ka witness hoon ke meri paidaish hui 1925 mein british period mein meri paidaish hui 1925 mein british period mein</w:t>
      </w:r>
      <w:r>
        <w:br/>
      </w:r>
      <w:r>
        <w:rPr>
          <w:sz w:val="20"/>
        </w:rPr>
        <w:t>29:47  us waqt se le kar aaj tak</w:t>
      </w:r>
      <w:r>
        <w:br/>
      </w:r>
      <w:r>
        <w:rPr>
          <w:sz w:val="20"/>
        </w:rPr>
        <w:t>29:51  mere upar beshumar qism ke masail aaye</w:t>
      </w:r>
      <w:r>
        <w:br/>
      </w:r>
      <w:r>
        <w:rPr>
          <w:sz w:val="20"/>
        </w:rPr>
        <w:t>29:57  sab logon ne sazishien kin mere khilaf meri maut ke mere qatal ke aansu banaye lekin kuch bhi nahi hua kuch bhi nahi hua mujh ko qatal karne par inaam muqarrar kiya gaya</w:t>
      </w:r>
      <w:r>
        <w:br/>
      </w:r>
      <w:r>
        <w:rPr>
          <w:sz w:val="20"/>
        </w:rPr>
        <w:t>30:17  woh akhbaron mein chhaapa baqayda</w:t>
      </w:r>
      <w:r>
        <w:br/>
      </w:r>
      <w:r>
        <w:rPr>
          <w:sz w:val="20"/>
        </w:rPr>
        <w:t>30:26  mujhe yaad hai ke</w:t>
      </w:r>
      <w:r>
        <w:br/>
      </w:r>
      <w:r>
        <w:rPr>
          <w:sz w:val="20"/>
        </w:rPr>
        <w:t>30:30  Times of India ke awal par ek khabar chhapi thi</w:t>
      </w:r>
      <w:r>
        <w:br/>
      </w:r>
      <w:r>
        <w:rPr>
          <w:sz w:val="20"/>
        </w:rPr>
        <w:t>30:35  mere bare mein</w:t>
      </w:r>
      <w:r>
        <w:br/>
      </w:r>
      <w:r>
        <w:rPr>
          <w:sz w:val="20"/>
        </w:rPr>
        <w:t>30:38  ke jo un ko maar dalega us ko itna rupiya milega inaam</w:t>
      </w:r>
      <w:r>
        <w:br/>
      </w:r>
      <w:r>
        <w:rPr>
          <w:sz w:val="20"/>
        </w:rPr>
        <w:t>30:45  to is ke usi din subah ko</w:t>
      </w:r>
      <w:r>
        <w:br/>
      </w:r>
      <w:r>
        <w:rPr>
          <w:sz w:val="20"/>
        </w:rPr>
        <w:t>30:50  ek Hindu naujawan ek Hindu naujawan</w:t>
      </w:r>
      <w:r>
        <w:br/>
      </w:r>
      <w:r>
        <w:rPr>
          <w:sz w:val="20"/>
        </w:rPr>
        <w:t>30:55  apni car par mere paas aaye</w:t>
      </w:r>
      <w:r>
        <w:br/>
      </w:r>
      <w:r>
        <w:rPr>
          <w:sz w:val="20"/>
        </w:rPr>
        <w:t>30:58  ab bhi woh mashallah zinda hain</w:t>
      </w:r>
      <w:r>
        <w:br/>
      </w:r>
      <w:r>
        <w:rPr>
          <w:sz w:val="20"/>
        </w:rPr>
        <w:t>31:05  jaantay hain kisay aaye thay woh</w:t>
      </w:r>
      <w:r>
        <w:br/>
      </w:r>
      <w:r>
        <w:rPr>
          <w:sz w:val="20"/>
        </w:rPr>
        <w:t>31:09  poochh rahay thay keh aap meri car par baithiye aur meray ghar chaliye</w:t>
      </w:r>
      <w:r>
        <w:br/>
      </w:r>
      <w:r>
        <w:rPr>
          <w:sz w:val="20"/>
        </w:rPr>
        <w:t>31:15  unki ghoreyan abhi bhi dilli mein hain jahan le gaye thay uss ko woh</w:t>
      </w:r>
      <w:r>
        <w:br/>
      </w:r>
      <w:r>
        <w:rPr>
          <w:sz w:val="20"/>
        </w:rPr>
        <w:t>31:21  woh aik governor kay betay baithay thay</w:t>
      </w:r>
      <w:r>
        <w:br/>
      </w:r>
      <w:r>
        <w:rPr>
          <w:sz w:val="20"/>
        </w:rPr>
        <w:t>31:26  woh aik governor kay betay thay</w:t>
      </w:r>
      <w:r>
        <w:br/>
      </w:r>
      <w:r>
        <w:rPr>
          <w:sz w:val="20"/>
        </w:rPr>
        <w:t>31:30  woh governor bhi</w:t>
      </w:r>
      <w:r>
        <w:br/>
      </w:r>
      <w:r>
        <w:rPr>
          <w:sz w:val="20"/>
        </w:rPr>
        <w:t>31:33  aik hindu bhai tha woh khud bhi meray aik hindu bhai thay</w:t>
      </w:r>
      <w:r>
        <w:br/>
      </w:r>
      <w:r>
        <w:rPr>
          <w:sz w:val="20"/>
        </w:rPr>
        <w:t>31:40  main insaan ko hindu musalman nahin jaanta main insaan ko insaan jaanta hoon</w:t>
      </w:r>
      <w:r>
        <w:br/>
      </w:r>
      <w:r>
        <w:rPr>
          <w:sz w:val="20"/>
        </w:rPr>
        <w:t>31:47  iss dunya kay log europe kay log america kay log sab kay sab insaan</w:t>
      </w:r>
      <w:r>
        <w:br/>
      </w:r>
      <w:r>
        <w:rPr>
          <w:sz w:val="20"/>
        </w:rPr>
        <w:t>31:51  hain insan hain insan hain</w:t>
      </w:r>
      <w:r>
        <w:br/>
      </w:r>
      <w:r>
        <w:rPr>
          <w:sz w:val="20"/>
        </w:rPr>
        <w:t>31:57  ek ek hai ek hai ek hai</w:t>
      </w:r>
      <w:r>
        <w:br/>
      </w:r>
      <w:r>
        <w:rPr>
          <w:sz w:val="20"/>
        </w:rPr>
        <w:t>32:03  to woh naujawan apni car par aaya meray ghar hi nizamuddin west mein</w:t>
      </w:r>
      <w:r>
        <w:br/>
      </w:r>
      <w:r>
        <w:rPr>
          <w:sz w:val="20"/>
        </w:rPr>
        <w:t>32:12  aur jaantay hain kya kaha uss nay uss nay kaha keh main aap ko iss ghar mein rehnay</w:t>
      </w:r>
      <w:r>
        <w:br/>
      </w:r>
      <w:r>
        <w:rPr>
          <w:sz w:val="20"/>
        </w:rPr>
        <w:t>32:17  nahin doon ga meray saath chalna paray ga aap ko</w:t>
      </w:r>
      <w:r>
        <w:br/>
      </w:r>
      <w:r>
        <w:rPr>
          <w:sz w:val="20"/>
        </w:rPr>
        <w:t>32:22  uss waqt tak aap meray ghar mein rahengay</w:t>
      </w:r>
      <w:r>
        <w:br/>
      </w:r>
      <w:r>
        <w:rPr>
          <w:sz w:val="20"/>
        </w:rPr>
        <w:t>32:26  jab tak government apni</w:t>
      </w:r>
      <w:r>
        <w:br/>
      </w:r>
      <w:r>
        <w:rPr>
          <w:sz w:val="20"/>
        </w:rPr>
        <w:t>32:29  security yahan barha bathana day</w:t>
      </w:r>
      <w:r>
        <w:br/>
      </w:r>
      <w:r>
        <w:rPr>
          <w:sz w:val="20"/>
        </w:rPr>
        <w:t>32:34  to mere ghar par reh kar us ne telephone kiya ministeron ko government ko aur insist kiya ke mere ghar par security lagni chahiye</w:t>
      </w:r>
      <w:r>
        <w:br/>
      </w:r>
      <w:r>
        <w:rPr>
          <w:sz w:val="20"/>
        </w:rPr>
        <w:t>32:53  kyun ke mere head par inaam inaam ka ailan kiya tha kuch logon ne</w:t>
      </w:r>
      <w:r>
        <w:br/>
      </w:r>
      <w:r>
        <w:rPr>
          <w:sz w:val="20"/>
        </w:rPr>
        <w:t>33:03  to jab government ne wazir dakhla ne baqayda assistance de di aur mere ghar par security aa gayi tab woh khud apni car par la ke mere ghar par chora aap apne apne aap ab mere sath the woh</w:t>
      </w:r>
      <w:r>
        <w:br/>
      </w:r>
      <w:r>
        <w:rPr>
          <w:sz w:val="20"/>
        </w:rPr>
        <w:t>33:30  is waqt se main 80 89 mein hoon</w:t>
      </w:r>
      <w:r>
        <w:br/>
      </w:r>
      <w:r>
        <w:rPr>
          <w:sz w:val="20"/>
        </w:rPr>
        <w:t>33:38  to yeh hai kahani aur main aaj yahi kahani aap ko sunata hoon sunane ke liye yahan aya hoon Allah taala aap sab ko aur jo log meri awaz sun rahe hain sari duniya mein un sab ko sachai ki tofeeq de Allah rabbul alameen ki marifat ki tofeeq de</w:t>
      </w:r>
      <w:r>
        <w:br/>
      </w:r>
      <w:r>
        <w:rPr>
          <w:sz w:val="20"/>
        </w:rPr>
        <w:t>34:06  jannat ke rastay ko pohnchanay ki tofeeq de</w:t>
      </w:r>
      <w:r>
        <w:br/>
      </w:r>
      <w:r>
        <w:rPr>
          <w:sz w:val="20"/>
        </w:rPr>
        <w:t>34:14  ameen assalam o alaikum wa rehmatullah</w:t>
      </w:r>
    </w:p>
    <w:p>
      <w:pPr>
        <w:pStyle w:val="Heading2"/>
      </w:pPr>
      <w:r>
        <w:t>why people treat a prophet's message as an ego issue</w:t>
      </w:r>
    </w:p>
    <w:p>
      <w:r>
        <w:rPr>
          <w:color w:val="666666"/>
          <w:sz w:val="18"/>
        </w:rPr>
        <w:t>Dars-e-Quran Chapter 2 Verses 206, 208, 212, 213 &amp; 214 July 2, 2007 Maulana Wahiduddin Khan · 2m 48s · at 7:21 · https://youtu.be/34tQK67_TvQ?t=441</w:t>
      </w:r>
    </w:p>
    <w:p>
      <w:r>
        <w:rPr>
          <w:i/>
        </w:rPr>
        <w:t>“خدا کے مقابلے میں ہر آدمی اتنا ہیلپ لیس ہے کہ عزت کا سوال نہیں بنائے گا”</w:t>
      </w:r>
    </w:p>
    <w:p>
      <w:r>
        <w:rPr>
          <w:sz w:val="20"/>
        </w:rPr>
        <w:t>7:21  kyun ke Khuda ke muqable mein har aadmi itna zyada helpless hai, itna zyada ajeez hai ke koi bhi Khuda ke muqable mein izzat ka sawal nahi banaye ga.</w:t>
      </w:r>
      <w:r>
        <w:br/>
      </w:r>
      <w:r>
        <w:rPr>
          <w:sz w:val="20"/>
        </w:rPr>
        <w:t>7:38  yeh hota hai insaan ke muqable mein. Choonke Khuda ki baat ek insaan ke munh se kahi jati hai,</w:t>
      </w:r>
      <w:r>
        <w:br/>
      </w:r>
      <w:r>
        <w:rPr>
          <w:sz w:val="20"/>
        </w:rPr>
        <w:t>7:49  Khuda khud direct tor par logon ko nahi kehta, Khuda khud samne nahi aata, Khuda direct tor par address nahi karta.</w:t>
      </w:r>
      <w:r>
        <w:br/>
      </w:r>
      <w:r>
        <w:rPr>
          <w:sz w:val="20"/>
        </w:rPr>
        <w:t>8:04  Khuda kisi ko prophet banata hai, messenger banata hai, aur woh Khuda ki taraf se bolta hai.</w:t>
      </w:r>
      <w:r>
        <w:br/>
      </w:r>
      <w:r>
        <w:rPr>
          <w:sz w:val="20"/>
        </w:rPr>
        <w:t>8:16  prophet ke baad daai yahi kaam karta hai. Daai jo hai, prophet ki jagah par, yaani peghambar ki jagah par khara hota hai.</w:t>
      </w:r>
      <w:r>
        <w:br/>
      </w:r>
      <w:r>
        <w:rPr>
          <w:sz w:val="20"/>
        </w:rPr>
        <w:t>8:29  to dawat ka kaam darasal</w:t>
      </w:r>
      <w:r>
        <w:br/>
      </w:r>
      <w:r>
        <w:rPr>
          <w:sz w:val="20"/>
        </w:rPr>
        <w:t>8:34  peghambar ki niyabat hai. Daai peghambar ka qaim muqam hota hai. To</w:t>
      </w:r>
      <w:r>
        <w:br/>
      </w:r>
      <w:r>
        <w:rPr>
          <w:sz w:val="20"/>
        </w:rPr>
        <w:t>8:42  phir bhi insaan hai. To jab ek peghambar ne kaha ke Khuda se daro, gunahgari ki zindagi chodo, Khuda ko ek mano,</w:t>
      </w:r>
      <w:r>
        <w:br/>
      </w:r>
      <w:r>
        <w:rPr>
          <w:sz w:val="20"/>
        </w:rPr>
        <w:t>8:55  to is ko is ne liya ek insaan ki baat ke tor par,</w:t>
      </w:r>
      <w:r>
        <w:br/>
      </w:r>
      <w:r>
        <w:rPr>
          <w:sz w:val="20"/>
        </w:rPr>
        <w:t>9:01  Khuda ki baat ke tor par nahi. Yeh bohat zyada sochne ki baat hai ke jab bhi aadmi kisi se sunta hai sachai ki baat, jis mein us ko apni ghalti dikhai deti hai,</w:t>
      </w:r>
      <w:r>
        <w:br/>
      </w:r>
      <w:r>
        <w:rPr>
          <w:sz w:val="20"/>
        </w:rPr>
        <w:t>9:22  jis mein dikhai deta hai ke ab tak mein jhoot par khara hua tha, ab mujhe sachai par khara hona hai.</w:t>
      </w:r>
      <w:r>
        <w:br/>
      </w:r>
      <w:r>
        <w:rPr>
          <w:sz w:val="20"/>
        </w:rPr>
        <w:t>9:30  ab tak mein gunahgari mein pada hua tha, ab mujhe neki ke rastay par chalna hai. Ab tak mein apni khwahishon ke peechay daur raha tha,</w:t>
      </w:r>
      <w:r>
        <w:br/>
      </w:r>
      <w:r>
        <w:rPr>
          <w:sz w:val="20"/>
        </w:rPr>
        <w:t>9:44  ab mujhe Khuda ke bataye hue principle par chalna hai.</w:t>
      </w:r>
      <w:r>
        <w:br/>
      </w:r>
      <w:r>
        <w:rPr>
          <w:sz w:val="20"/>
        </w:rPr>
        <w:t>9:52  ab tak mein apni ana ko follow kar raha tha,</w:t>
      </w:r>
      <w:r>
        <w:br/>
      </w:r>
      <w:r>
        <w:rPr>
          <w:sz w:val="20"/>
        </w:rPr>
        <w:t>9:56  ab mujhe Khuda ko follow karna hai. To yeh hota hai paigham, yeh hota hai message peghambar ka ya peghambar ke baad daai ka.</w:t>
      </w:r>
    </w:p>
    <w:p>
      <w:pPr>
        <w:pStyle w:val="Heading2"/>
      </w:pPr>
      <w:r>
        <w:t>Angel and Satan influence on actions</w:t>
      </w:r>
    </w:p>
    <w:p>
      <w:r>
        <w:rPr>
          <w:color w:val="666666"/>
          <w:sz w:val="18"/>
        </w:rPr>
        <w:t>The Concept of Death in Islam August 7, 2007 · 2m 30s · at 34:31 · https://youtu.be/pB0cQfYw91E?t=2071</w:t>
      </w:r>
    </w:p>
    <w:p>
      <w:r>
        <w:rPr>
          <w:i/>
        </w:rPr>
        <w:t>“Satan always tries to activate negative faculties”</w:t>
      </w:r>
    </w:p>
    <w:p>
      <w:r>
        <w:rPr>
          <w:sz w:val="20"/>
        </w:rPr>
        <w:t>34:31  So Satan always tries to activate these faculties, negative faculties. So angels always try to activate your positive faculties.</w:t>
      </w:r>
      <w:r>
        <w:br/>
      </w:r>
      <w:r>
        <w:rPr>
          <w:sz w:val="20"/>
        </w:rPr>
        <w:t>34:49  Man has both the faculties: ego and conscience.</w:t>
      </w:r>
      <w:r>
        <w:br/>
      </w:r>
      <w:r>
        <w:rPr>
          <w:sz w:val="20"/>
        </w:rPr>
        <w:t>34:56  Man has both the faculties. So angel tries to activate your positive faculties, your positive aspect of your mind.</w:t>
      </w:r>
      <w:r>
        <w:br/>
      </w:r>
      <w:r>
        <w:rPr>
          <w:sz w:val="20"/>
        </w:rPr>
        <w:t>35:15  And Satan tries to activate</w:t>
      </w:r>
      <w:r>
        <w:br/>
      </w:r>
      <w:r>
        <w:rPr>
          <w:sz w:val="20"/>
        </w:rPr>
        <w:t>35:23  the negative aspect of your mind. So you are living between these two forces.</w:t>
      </w:r>
      <w:r>
        <w:br/>
      </w:r>
      <w:r>
        <w:rPr>
          <w:sz w:val="20"/>
        </w:rPr>
        <w:t>35:33  So one who responds, one who</w:t>
      </w:r>
      <w:r>
        <w:br/>
      </w:r>
      <w:r>
        <w:rPr>
          <w:sz w:val="20"/>
        </w:rPr>
        <w:t>35:42  follows the angel's advice, he will go to Paradise. And one who follows Satan's advice, he will find himself in hell after death.</w:t>
      </w:r>
      <w:r>
        <w:br/>
      </w:r>
      <w:r>
        <w:rPr>
          <w:sz w:val="20"/>
        </w:rPr>
        <w:t>36:00  This is the</w:t>
      </w:r>
      <w:r>
        <w:br/>
      </w:r>
      <w:r>
        <w:rPr>
          <w:sz w:val="20"/>
        </w:rPr>
        <w:t>36:05  crux of the matter. There is a verse in the Quran, "Famma man khafa maqama rabbahi wanaan nafs anil hawa fa'inal jannatahil ma'wa."</w:t>
      </w:r>
      <w:r>
        <w:br/>
      </w:r>
      <w:r>
        <w:rPr>
          <w:sz w:val="20"/>
        </w:rPr>
        <w:t>36:23  So everyone is put on the test.</w:t>
      </w:r>
      <w:r>
        <w:br/>
      </w:r>
      <w:r>
        <w:rPr>
          <w:sz w:val="20"/>
        </w:rPr>
        <w:t>36:27  So one who</w:t>
      </w:r>
      <w:r>
        <w:br/>
      </w:r>
      <w:r>
        <w:rPr>
          <w:sz w:val="20"/>
        </w:rPr>
        <w:t>36:32  takes advice from angels, he is preparing himself for Paradise.</w:t>
      </w:r>
      <w:r>
        <w:br/>
      </w:r>
      <w:r>
        <w:rPr>
          <w:sz w:val="20"/>
        </w:rPr>
        <w:t>36:47  And one who receives advice from Satan, he is preparing himself for hell.</w:t>
      </w:r>
    </w:p>
    <w:p>
      <w:pPr>
        <w:pStyle w:val="Heading2"/>
      </w:pPr>
      <w:r>
        <w:t>Witness rule's scope, biology, and value of intellectual exchange</w:t>
      </w:r>
    </w:p>
    <w:p>
      <w:r>
        <w:rPr>
          <w:color w:val="666666"/>
          <w:sz w:val="18"/>
        </w:rPr>
        <w:t>Five Periods of Human History March 8, 2009 Maulana Wahiduddin Khan · 3m 42s · at 1:01:55 · https://youtu.be/_Y4VcKV2OPk?t=3715</w:t>
      </w:r>
    </w:p>
    <w:p>
      <w:r>
        <w:rPr>
          <w:i/>
        </w:rPr>
        <w:t>“Does the one-man-two-women witness rule apply beyond business?”</w:t>
      </w:r>
    </w:p>
    <w:p>
      <w:r>
        <w:rPr>
          <w:sz w:val="20"/>
        </w:rPr>
        <w:t>1:01:55  This question is from Mr. Muhammad Yusuf Ali Khan. This has reference to the witness of one man and two women.</w:t>
      </w:r>
      <w:r>
        <w:br/>
      </w:r>
      <w:r>
        <w:rPr>
          <w:sz w:val="20"/>
        </w:rPr>
        <w:t>1:02:05  Please elaborate as to whether this law applies to only matter of business contracts or other fields as well.</w:t>
      </w:r>
      <w:r>
        <w:br/>
      </w:r>
      <w:r>
        <w:rPr>
          <w:sz w:val="20"/>
        </w:rPr>
        <w:t>1:02:24  ab is ko absolute sense mein aap nahi le sakte kyunke kai jagah aisa hota hai ke aurat zyada, yani zyada kaam kar pati hai, zyada useful hoti hai.</w:t>
      </w:r>
      <w:r>
        <w:br/>
      </w:r>
      <w:r>
        <w:rPr>
          <w:sz w:val="20"/>
        </w:rPr>
        <w:t>1:02:38  aisa nahi ke har jagah mard hi kaam kar pata hai. misaal ke taur par main aksar kaha karta hoon ke bohat bari cheez hai intellectual exchange.</w:t>
      </w:r>
      <w:r>
        <w:br/>
      </w:r>
      <w:r>
        <w:rPr>
          <w:sz w:val="20"/>
        </w:rPr>
        <w:t>1:02:49  yeh bohat bari cheez manta hoon main is ko.</w:t>
      </w:r>
      <w:r>
        <w:br/>
      </w:r>
      <w:r>
        <w:rPr>
          <w:sz w:val="20"/>
        </w:rPr>
        <w:t>1:02:53  khayalon ka tabadla. main samajhta hoon ke aurat behtareen partner hai is maamle mein. kyunke jab mard se aap exchange karte hain to bohat jald kya hota hai?</w:t>
      </w:r>
      <w:r>
        <w:br/>
      </w:r>
      <w:r>
        <w:rPr>
          <w:sz w:val="20"/>
        </w:rPr>
        <w:t>1:03:06  Ego crash aa jata hai. kyunke basically mard jo hota hai, mard ki kamzori kya hai? wo egoist hota hai. aurat ki kamzori aik emotional hoti hai, wo sentimental hoti hai.</w:t>
      </w:r>
      <w:r>
        <w:br/>
      </w:r>
      <w:r>
        <w:rPr>
          <w:sz w:val="20"/>
        </w:rPr>
        <w:t>1:03:21  By birth. to</w:t>
      </w:r>
      <w:r>
        <w:br/>
      </w:r>
      <w:r>
        <w:rPr>
          <w:sz w:val="20"/>
        </w:rPr>
        <w:t>1:03:23  mard se exchange karna bohat mushkil kaam hai. bohat kam mard mujhe aise mile hain jo waqeatan modest hon. to jahan koi difference aya, bas un ka ego bhark uthta hai.</w:t>
      </w:r>
      <w:r>
        <w:br/>
      </w:r>
      <w:r>
        <w:rPr>
          <w:sz w:val="20"/>
        </w:rPr>
        <w:t>1:03:38  to exchange door tak chal nahi pata.</w:t>
      </w:r>
      <w:r>
        <w:br/>
      </w:r>
      <w:r>
        <w:rPr>
          <w:sz w:val="20"/>
        </w:rPr>
        <w:t>1:03:43  lekin aurat se exchange aap unlimited tor par kar sakte hain. kyunke is ke andar ego crash nahi aata. aurat ke andar, mere tajrube ke mutabiq.</w:t>
      </w:r>
      <w:r>
        <w:br/>
      </w:r>
      <w:r>
        <w:rPr>
          <w:sz w:val="20"/>
        </w:rPr>
        <w:t>1:03:53  sirf yeh hai ke aurat emotional hoti hai. to is ke emotion ko aap ignore kijiye, bas. phir exchange karte rahenge.</w:t>
      </w:r>
      <w:r>
        <w:br/>
      </w:r>
      <w:r>
        <w:rPr>
          <w:sz w:val="20"/>
        </w:rPr>
        <w:t>1:04:02  dekhen, exchange ka matlab yeh nahi ke doosre ke paas kuch zyada hai jo aap ko dega. yeh zyada hai aur kam ki baat nahi hai. Exchange for the sake of exchange.</w:t>
      </w:r>
      <w:r>
        <w:br/>
      </w:r>
      <w:r>
        <w:rPr>
          <w:sz w:val="20"/>
        </w:rPr>
        <w:t>1:04:13  jab do mind takrate hain to third cheez emerge karti hai.</w:t>
      </w:r>
      <w:r>
        <w:br/>
      </w:r>
      <w:r>
        <w:rPr>
          <w:sz w:val="20"/>
        </w:rPr>
        <w:t>1:04:19  aik idea mere paas hai, aik idea aap ke paas hai. do idea takraye. to hamesha aisa hota hai ke aik third idea emerge karta hai.</w:t>
      </w:r>
      <w:r>
        <w:br/>
      </w:r>
      <w:r>
        <w:rPr>
          <w:sz w:val="20"/>
        </w:rPr>
        <w:t>1:04:29  wahi faida hai intellectual exchange ka.</w:t>
      </w:r>
      <w:r>
        <w:br/>
      </w:r>
      <w:r>
        <w:rPr>
          <w:sz w:val="20"/>
        </w:rPr>
        <w:t>1:04:32  to mein samajhta hoon ke aurat jo hai, bohat achhi intellectual partner hai. bohat achhi. lekin kisi aur cheez ke maamle mein aurat ki jo biology hai, uski yeh woh woh factor wahan kaam karega.</w:t>
      </w:r>
      <w:r>
        <w:br/>
      </w:r>
      <w:r>
        <w:rPr>
          <w:sz w:val="20"/>
        </w:rPr>
        <w:t>1:04:48  ke court mein ek case hai, us mein witness hotay hain. to witness ke maamle mein Allah taala ne yeh farmaya ke do aurtain aur ek mard barabar hain.</w:t>
      </w:r>
      <w:r>
        <w:br/>
      </w:r>
      <w:r>
        <w:rPr>
          <w:sz w:val="20"/>
        </w:rPr>
        <w:t>1:04:57  kyunke aurat jo hai, multi-focused hai uska mind.</w:t>
      </w:r>
      <w:r>
        <w:br/>
      </w:r>
      <w:r>
        <w:rPr>
          <w:sz w:val="20"/>
        </w:rPr>
        <w:t>1:05:01  to kisi point ko miss kar sakta hai woh. kisi maamle mein uska mind kisi pehlu ko miss kar sakta hai. to do rahengay to usne miss kiya to woh bata degi ke aisa bhi to hua tha wahan.</w:t>
      </w:r>
      <w:r>
        <w:br/>
      </w:r>
      <w:r>
        <w:rPr>
          <w:sz w:val="20"/>
        </w:rPr>
        <w:t>1:05:14  aur mard chunke single-focused hota hai to woh poora dhiyan se usko dekhega. to uski witness ziyada woh, yaani durust ho sakti hai.</w:t>
      </w:r>
      <w:r>
        <w:br/>
      </w:r>
      <w:r>
        <w:rPr>
          <w:sz w:val="20"/>
        </w:rPr>
        <w:t>1:05:26  to mein yeh nahi manta ke kisi ek ko absolute sense mein, yaani better hai. balkay mein samajhta hoon ke dono hi better hain apnay apnay aitbaar se.</w:t>
      </w:r>
    </w:p>
    <w:p>
      <w:pPr>
        <w:pStyle w:val="Heading2"/>
      </w:pPr>
      <w:r>
        <w:t>An egoist cannot discover God — modesty is the door</w:t>
      </w:r>
    </w:p>
    <w:p>
      <w:r>
        <w:rPr>
          <w:color w:val="666666"/>
          <w:sz w:val="18"/>
        </w:rPr>
        <w:t>Five Periods of Human History March 8, 2009 Maulana Wahiduddin Khan · 2m 44s · at 1:27:17 · https://youtu.be/_Y4VcKV2OPk?t=5237</w:t>
      </w:r>
    </w:p>
    <w:p>
      <w:r>
        <w:rPr>
          <w:i/>
        </w:rPr>
        <w:t>“Can an egoist ever discover God and reach higher realization?”</w:t>
      </w:r>
    </w:p>
    <w:p>
      <w:r>
        <w:rPr>
          <w:sz w:val="20"/>
        </w:rPr>
        <w:t>1:27:17  iska koi haqeeqat Islam mein nahi hai. This question is from Mr. Naveep Kapoor. Is it possible for an egoist to discover God and achieve higher levels of realization?</w:t>
      </w:r>
      <w:r>
        <w:br/>
      </w:r>
      <w:r>
        <w:rPr>
          <w:sz w:val="20"/>
        </w:rPr>
        <w:t>1:27:36  main to is ko possible nahi samajhta.</w:t>
      </w:r>
      <w:r>
        <w:br/>
      </w:r>
      <w:r>
        <w:rPr>
          <w:sz w:val="20"/>
        </w:rPr>
        <w:t>1:27:39  jab tak aap ka</w:t>
      </w:r>
      <w:r>
        <w:br/>
      </w:r>
      <w:r>
        <w:rPr>
          <w:sz w:val="20"/>
        </w:rPr>
        <w:t>1:27:43  egoism khatam na ho, tab tak Khuda se aap ka contact nahi ho sakta hai. Yaad rakhein, Khuda se contact hota hai bodysuit ki satah par.</w:t>
      </w:r>
      <w:r>
        <w:br/>
      </w:r>
      <w:r>
        <w:rPr>
          <w:sz w:val="20"/>
        </w:rPr>
        <w:t>1:27:55  bas. Kisi aur satah par hamara contact Khuda se nahi hota.</w:t>
      </w:r>
      <w:r>
        <w:br/>
      </w:r>
      <w:r>
        <w:rPr>
          <w:sz w:val="20"/>
        </w:rPr>
        <w:t>1:28:02  agarche ego har insaan mein by nature hota hai. Koi aadmi egoless nahi hota hai by nature. Lekin is ego ko aap overpower karte hain.</w:t>
      </w:r>
      <w:r>
        <w:br/>
      </w:r>
      <w:r>
        <w:rPr>
          <w:sz w:val="20"/>
        </w:rPr>
        <w:t>1:28:13  is ego ko aap maghloob karte hain. Is izzat ko aap dabate hain, kuchalte hain. Taake aap bodysuit ban saken.</w:t>
      </w:r>
      <w:r>
        <w:br/>
      </w:r>
      <w:r>
        <w:rPr>
          <w:sz w:val="20"/>
        </w:rPr>
        <w:t>1:28:23  jab aap bodysuit bante hain, tab hi Khuda se aap ka contact hota hai. Tabhi aap ki discovery hoti hai. Sirf Khuda hi ki baat nahi</w:t>
      </w:r>
      <w:r>
        <w:br/>
      </w:r>
      <w:r>
        <w:rPr>
          <w:sz w:val="20"/>
        </w:rPr>
        <w:t>1:28:29  hai. Bahut sahi kisi ne kaha hai ke modesty is the door of knowledge. Jis aadmi ke paas modesty nahi hai, woh ilm bhi nahi us ke paas hoga.</w:t>
      </w:r>
      <w:r>
        <w:br/>
      </w:r>
      <w:r>
        <w:rPr>
          <w:sz w:val="20"/>
        </w:rPr>
        <w:t>1:28:42  na Khuda ki, na Khuda ke ilm mein koi aur ilm. Modesty ke baghair insaan ka intellectual development nahi hota.</w:t>
      </w:r>
      <w:r>
        <w:br/>
      </w:r>
      <w:r>
        <w:rPr>
          <w:sz w:val="20"/>
        </w:rPr>
        <w:t>1:28:51  modesty ke baghair insaan kisi ko discover nahi kar sakta. Kyun ke bar bar woh uska ego jo hai, record ban jata hai.</w:t>
      </w:r>
      <w:r>
        <w:br/>
      </w:r>
      <w:r>
        <w:rPr>
          <w:sz w:val="20"/>
        </w:rPr>
        <w:t>1:28:59  jab tak aap ki yeh yeh kehne ki shakal na ho ke I was wrong tab tak aap ka aap ka intellectual safar, intellectual journey aap ki nahi jaari rahe gi.</w:t>
      </w:r>
      <w:r>
        <w:br/>
      </w:r>
      <w:r>
        <w:rPr>
          <w:sz w:val="20"/>
        </w:rPr>
        <w:t>1:29:09  in intellectual journey ko barabar jaari rakhne ke liye aap ke andar yeh boota hona chahiye ke aap keh saken ke I was wrong, I was wrong tab bilkul yani non-stop journey chalti rehti hai intellectual development ki.</w:t>
      </w:r>
      <w:r>
        <w:br/>
      </w:r>
      <w:r>
        <w:rPr>
          <w:sz w:val="20"/>
        </w:rPr>
        <w:t>1:29:27  aur agar yeh ho ke aap yeh na keh saken to kuch door tak jayenge, us ke baad safar ruk jayega aap ka. Na Khuda milega, na ilm milega, kuch bhi nahi milega.</w:t>
      </w:r>
      <w:r>
        <w:br/>
      </w:r>
      <w:r>
        <w:rPr>
          <w:sz w:val="20"/>
        </w:rPr>
        <w:t>1:29:40  to sab se is dunya mein yaad rakhein, sab se buri cheez egoism hai aur sab se achi cheez jo hai, woh modesty hai.</w:t>
      </w:r>
      <w:r>
        <w:br/>
      </w:r>
      <w:r>
        <w:rPr>
          <w:sz w:val="20"/>
        </w:rPr>
        <w:t>1:29:47  kisi insaan ke liye jo sab se yani jo greatest good hai, woh modesty hai aur jo super evil hai, woh egoism hai.</w:t>
      </w:r>
    </w:p>
    <w:p>
      <w:pPr>
        <w:pStyle w:val="Heading2"/>
      </w:pPr>
      <w:r>
        <w:t>Raising self-confident children instead of pampered ones</w:t>
      </w:r>
    </w:p>
    <w:p>
      <w:r>
        <w:rPr>
          <w:color w:val="666666"/>
          <w:sz w:val="18"/>
        </w:rPr>
        <w:t>Hadith-e-Jibril, April 21, 2013 · 3m 31s · at 1:32:20 · https://youtu.be/0rF6Ou0pDog?t=5540</w:t>
      </w:r>
    </w:p>
    <w:p>
      <w:r>
        <w:rPr>
          <w:i/>
        </w:rPr>
        <w:t>“پیمپرنگ مت کیجیے، ان کے اندر self confidence پیدا کیجیے”</w:t>
      </w:r>
    </w:p>
    <w:p>
      <w:r>
        <w:rPr>
          <w:sz w:val="20"/>
        </w:rPr>
        <w:t>1:32:20  sirf ek cheez.</w:t>
      </w:r>
      <w:r>
        <w:br/>
      </w:r>
      <w:r>
        <w:rPr>
          <w:sz w:val="20"/>
        </w:rPr>
        <w:t>1:32:24  sirf ek cheez. yaani do do cheez. pampering mat kijiye. un ke andar self confidence paida kijiye.</w:t>
      </w:r>
      <w:r>
        <w:br/>
      </w:r>
      <w:r>
        <w:rPr>
          <w:sz w:val="20"/>
        </w:rPr>
        <w:t>1:32:39  self confidence. pampering ka matlab kya hai? self confidence ko chheenna. jab aap pampering karte hain, un ko easy money dete</w:t>
      </w:r>
      <w:r>
        <w:br/>
      </w:r>
      <w:r>
        <w:rPr>
          <w:sz w:val="20"/>
        </w:rPr>
        <w:t>1:32:48  hain to is ka matlab hai ke aap se un se self confidence ko chheen rahe hain un se.</w:t>
      </w:r>
      <w:r>
        <w:br/>
      </w:r>
      <w:r>
        <w:rPr>
          <w:sz w:val="20"/>
        </w:rPr>
        <w:t>1:32:57  main aap ko ek misaal deta hoon ke self confidence ka matlab kya hai. main poona gaya to poona mein kuch parsi family rehte hain. parsi log is mamle mein bohat hi yaani samajhdar hain.</w:t>
      </w:r>
      <w:r>
        <w:br/>
      </w:r>
      <w:r>
        <w:rPr>
          <w:sz w:val="20"/>
        </w:rPr>
        <w:t>1:33:10  isi liye business mein taraqqi kar rahe hain woh log.</w:t>
      </w:r>
      <w:r>
        <w:br/>
      </w:r>
      <w:r>
        <w:rPr>
          <w:sz w:val="20"/>
        </w:rPr>
        <w:t>1:33:13  to mujhe bataya gaya ke yahan ek parsi hai. to us ne apne bete ko ek takht par, ek mez par khara kiya. mez par.</w:t>
      </w:r>
      <w:r>
        <w:br/>
      </w:r>
      <w:r>
        <w:rPr>
          <w:sz w:val="20"/>
        </w:rPr>
        <w:t>1:33:23  chote bache ko jo god mein liya jata hai us ko. chalne phirne wala tha woh. to mez par khara kar ke khud saamne aa beta aa.</w:t>
      </w:r>
      <w:r>
        <w:br/>
      </w:r>
      <w:r>
        <w:rPr>
          <w:sz w:val="20"/>
        </w:rPr>
        <w:t>1:33:36  yaani jaise ke woh god mein lena chahta hai us ko. to beta thoda jhuka us ki god god manne ke liye. to baap peeche hat gaya. aur beta dharram se gir pada zameen mein.</w:t>
      </w:r>
      <w:r>
        <w:br/>
      </w:r>
      <w:r>
        <w:rPr>
          <w:sz w:val="20"/>
        </w:rPr>
        <w:t>1:33:50  to us ke baad baap ne kaha ke dekho bete duniya mein kisi ek par bharosa na karna. apne baap par bhi nahi. to main samajhta hoon ke sab se bari cheez jo maa baap de sakte hain bache ke andar woh self confidence hai.</w:t>
      </w:r>
      <w:r>
        <w:br/>
      </w:r>
      <w:r>
        <w:rPr>
          <w:sz w:val="20"/>
        </w:rPr>
        <w:t>1:34:04  yani khud kamao to samjho ke yeh meri kamai hai. dilli mein nehru university mein aik aik sahib hain jo retired professor hain.</w:t>
      </w:r>
      <w:r>
        <w:br/>
      </w:r>
      <w:r>
        <w:rPr>
          <w:sz w:val="20"/>
        </w:rPr>
        <w:t>1:34:15  to mujhe maloom hua ke woh car un ke p</w:t>
      </w:r>
      <w:r>
        <w:br/>
      </w:r>
      <w:r>
        <w:rPr>
          <w:sz w:val="20"/>
        </w:rPr>
        <w:t>1:34:18  as nahi hai. un ke bete ne kaha ke aap professor the itne dinon tak aur aap ke paas car bhi nahi hai. aap cycle pe chalte hain.</w:t>
      </w:r>
      <w:r>
        <w:br/>
      </w:r>
      <w:r>
        <w:rPr>
          <w:sz w:val="20"/>
        </w:rPr>
        <w:t>1:34:29  woh bicycle pe chalte the woh. to unhon ne apne bete se kaha ke dekho mein tum ko car nahi de sakta. kaha loan le kar bhi mein tum ko car nahi doon ga.</w:t>
      </w:r>
      <w:r>
        <w:br/>
      </w:r>
      <w:r>
        <w:rPr>
          <w:sz w:val="20"/>
        </w:rPr>
        <w:t>1:34:43  tum car chahte ho to khud kamao. khud kam kar apne liye car khareedo. to mein samajhta hoon ke maa baap jo hain jo karte hain pampering woh is se yani confidence chheen rahe hain.</w:t>
      </w:r>
      <w:r>
        <w:br/>
      </w:r>
      <w:r>
        <w:rPr>
          <w:sz w:val="20"/>
        </w:rPr>
        <w:t>1:34:59  woh woh depend ho jata hai sab ke baap ka paisa, maa ki mohabbat isi par dene lagta hai woh. is ke andar yeh shauq nahi paida hota ke mein khud kamaoon.</w:t>
      </w:r>
      <w:r>
        <w:br/>
      </w:r>
      <w:r>
        <w:rPr>
          <w:sz w:val="20"/>
        </w:rPr>
        <w:t>1:35:10  mein khud apni zindagi</w:t>
      </w:r>
      <w:r>
        <w:br/>
      </w:r>
      <w:r>
        <w:rPr>
          <w:sz w:val="20"/>
        </w:rPr>
        <w:t>1:35:12  banao. yeh jazba hi nahi paida hota. mein samajhta hoon ke maa baap ko sab se bari cheez jo dena chahiye apne beton ke andar woh yahi hai self confidence.</w:t>
      </w:r>
      <w:r>
        <w:br/>
      </w:r>
      <w:r>
        <w:rPr>
          <w:sz w:val="20"/>
        </w:rPr>
        <w:t>1:35:24  aur yeh ke bas sab kuch woh dete raho, easy money dete raho. yeh to bachon ko kill karna hai. mein is ko bachon ke liye samajhta hoon ke bohat hi zyada yani tabah karna hai bachon ko.</w:t>
      </w:r>
      <w:r>
        <w:br/>
      </w:r>
      <w:r>
        <w:rPr>
          <w:sz w:val="20"/>
        </w:rPr>
        <w:t>1:35:38  ke aap easy money de rahe hain aur is ke andar incentive nahi paida hota ke mein khud kamaoon. sab se bari aaj kal ghar ghar mein jo buraiyan aa gayi hain woh yahi hain.</w:t>
      </w:r>
    </w:p>
    <w:p>
      <w:pPr>
        <w:pStyle w:val="Heading2"/>
      </w:pPr>
      <w:r>
        <w:t>Know thyself: nature vs ego</w:t>
      </w:r>
    </w:p>
    <w:p>
      <w:r>
        <w:rPr>
          <w:color w:val="666666"/>
          <w:sz w:val="18"/>
        </w:rPr>
        <w:t>Replanning in the Changed Age January 13, 2019 · 1m 03s · at 54:02 · https://youtu.be/pDniYg5aJlg?t=3242</w:t>
      </w:r>
    </w:p>
    <w:p>
      <w:r>
        <w:rPr>
          <w:i/>
        </w:rPr>
        <w:t>“Har insaan, chahe aurat ho ya mard, ego hai”</w:t>
      </w:r>
    </w:p>
    <w:p>
      <w:r>
        <w:rPr>
          <w:sz w:val="20"/>
        </w:rPr>
        <w:t>54:02  har insaan, chahe aurat ho ya mard, ego hai. to jab bhi koi aadmi kuch kehta hai to ego aap ka, ego ko, ego affected ho jata hai.</w:t>
      </w:r>
      <w:r>
        <w:br/>
      </w:r>
      <w:r>
        <w:rPr>
          <w:sz w:val="20"/>
        </w:rPr>
        <w:t>54:16  yeh yeh har aadmi ka hai, har aadmi. koi ek aadmi ki baat nahi hai. to jaldi se jan liejiye ke yahan mera ego bol raha hai, meri nature nahi.</w:t>
      </w:r>
      <w:r>
        <w:br/>
      </w:r>
      <w:r>
        <w:rPr>
          <w:sz w:val="20"/>
        </w:rPr>
        <w:t>54:29  har aadmi do ke beech mein hota hai: nature ego, nature ego. har aadmi. to kahan aap ki nature bol rahi hai, janiye, aur kahan aap ka ego bol raha hai, wo janiye.</w:t>
      </w:r>
      <w:r>
        <w:br/>
      </w:r>
      <w:r>
        <w:rPr>
          <w:sz w:val="20"/>
        </w:rPr>
        <w:t>54:44  bas sab kuch theek ho jayega. sab kuch apne aap theek ho jayega.</w:t>
      </w:r>
      <w:r>
        <w:br/>
      </w:r>
      <w:r>
        <w:rPr>
          <w:sz w:val="20"/>
        </w:rPr>
        <w:t>54:53  isi ko kehte hain know thyself.</w:t>
      </w:r>
      <w:r>
        <w:br/>
      </w:r>
      <w:r>
        <w:rPr>
          <w:sz w:val="20"/>
        </w:rPr>
        <w:t>54:56  know thyself. ke kab aap ka ego bol pada hai aur kab aap ka nature jaaga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