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want to be more grateful</w:t>
      </w:r>
    </w:p>
    <w:p>
      <w:r>
        <w:rPr>
          <w:sz w:val="18"/>
        </w:rPr>
        <w:t>Q&amp;A, lecture moments and clips · full transcripts with timestamps · exported 2026-09-21</w:t>
      </w:r>
    </w:p>
    <w:p>
      <w:pPr>
        <w:pStyle w:val="Heading1"/>
      </w:pPr>
      <w:r>
        <w:t>Maulana was asked (30)</w:t>
      </w:r>
    </w:p>
    <w:p>
      <w:pPr>
        <w:pStyle w:val="Heading2"/>
      </w:pPr>
      <w:r>
        <w:t>Developing the virtue of gratitude</w:t>
      </w:r>
    </w:p>
    <w:p>
      <w:r>
        <w:rPr>
          <w:color w:val="666666"/>
          <w:sz w:val="18"/>
        </w:rPr>
        <w:t>Wisdom of Hadith Maulana Wahiduddin Khan February 23, 2014 · 1m 13s · at 1:18:32 · https://youtu.be/5E_MIQpToK4?t=4712</w:t>
      </w:r>
    </w:p>
    <w:p>
      <w:r>
        <w:rPr>
          <w:i/>
        </w:rPr>
        <w:t>“I like the spirit of gratitude, please guide me how I can develop this virtue.”</w:t>
      </w:r>
    </w:p>
    <w:p>
      <w:r>
        <w:rPr>
          <w:sz w:val="20"/>
        </w:rPr>
        <w:t>1:18:32  maulana, agla sawal roorkee se hai sajid anwar sahib ka.</w:t>
      </w:r>
      <w:r>
        <w:br/>
      </w:r>
      <w:r>
        <w:rPr>
          <w:sz w:val="20"/>
        </w:rPr>
        <w:t>1:18:36  انہوں نے لکھا ہے: "مولانا، I like the جذبہ شکر، please guide me how I can develop this</w:t>
      </w:r>
      <w:r>
        <w:br/>
      </w:r>
      <w:r>
        <w:rPr>
          <w:sz w:val="20"/>
        </w:rPr>
        <w:t>1:18:44  virtue." mera khayal hai ke baat yeh hai ke log cheezon ko for granted le lete hain, for</w:t>
      </w:r>
      <w:r>
        <w:br/>
      </w:r>
      <w:r>
        <w:rPr>
          <w:sz w:val="20"/>
        </w:rPr>
        <w:t>1:18:52  granted sochte nahi hain.</w:t>
      </w:r>
      <w:r>
        <w:br/>
      </w:r>
      <w:r>
        <w:rPr>
          <w:sz w:val="20"/>
        </w:rPr>
        <w:t>1:18:53  jaise pani piya aap ne to for granted le gaye, to pani hai.</w:t>
      </w:r>
      <w:r>
        <w:br/>
      </w:r>
      <w:r>
        <w:rPr>
          <w:sz w:val="20"/>
        </w:rPr>
        <w:t>1:18:59  agar aap sochen ke pani se pehle gases theen, do gases ekatha hogaeen to woh liquid ban gae,</w:t>
      </w:r>
      <w:r>
        <w:br/>
      </w:r>
      <w:r>
        <w:rPr>
          <w:sz w:val="20"/>
        </w:rPr>
        <w:t>1:19:07  woh itni mufeed hamare liye ho gae ke hum us ko istemal karte hain.</w:t>
      </w:r>
      <w:r>
        <w:br/>
      </w:r>
      <w:r>
        <w:rPr>
          <w:sz w:val="20"/>
        </w:rPr>
        <w:t>1:19:13  yani to baaton ko sochte hain to shukr hi shukr aega.</w:t>
      </w:r>
      <w:r>
        <w:br/>
      </w:r>
      <w:r>
        <w:rPr>
          <w:sz w:val="20"/>
        </w:rPr>
        <w:t>1:19:18  to cheezon ko for granted na lena balkeh shukr sochna, is se farq is ke bare mein yahi</w:t>
      </w:r>
      <w:r>
        <w:br/>
      </w:r>
      <w:r>
        <w:rPr>
          <w:sz w:val="20"/>
        </w:rPr>
        <w:t>1:19:25  hai.</w:t>
      </w:r>
      <w:r>
        <w:br/>
      </w:r>
      <w:r>
        <w:rPr>
          <w:sz w:val="20"/>
        </w:rPr>
        <w:t>1:19:27  main samajhta hoon ke shukr ka yani isi se shukr aata hai.</w:t>
      </w:r>
      <w:r>
        <w:br/>
      </w:r>
      <w:r>
        <w:rPr>
          <w:sz w:val="20"/>
        </w:rPr>
        <w:t>1:19:32  agar aap for granted lete rahen to shukr nahin aega.</w:t>
      </w:r>
      <w:r>
        <w:br/>
      </w:r>
      <w:r>
        <w:rPr>
          <w:sz w:val="20"/>
        </w:rPr>
        <w:t>1:19:37  aur jab sochen aur us ko daryaft karen to to shukr aana lazmi hai.</w:t>
      </w:r>
      <w:r>
        <w:br/>
      </w:r>
      <w:r>
        <w:rPr>
          <w:sz w:val="20"/>
        </w:rPr>
        <w:t>1:19:43  aap shukr ke baghair nahin reh sakte.</w:t>
      </w:r>
    </w:p>
    <w:p>
      <w:pPr>
        <w:pStyle w:val="Heading2"/>
      </w:pPr>
      <w:r>
        <w:t>How to properly thank God</w:t>
      </w:r>
    </w:p>
    <w:p>
      <w:r>
        <w:rPr>
          <w:color w:val="666666"/>
          <w:sz w:val="18"/>
        </w:rPr>
        <w:t>Quran for All Mankind June 3, 2012 · 1m 29s · at 1:10:34 · https://youtu.be/Gp-53Zjugcg?t=4234</w:t>
      </w:r>
    </w:p>
    <w:p>
      <w:r>
        <w:rPr>
          <w:i/>
        </w:rPr>
        <w:t>“How should we thank God?”</w:t>
      </w:r>
    </w:p>
    <w:p>
      <w:r>
        <w:rPr>
          <w:sz w:val="20"/>
        </w:rPr>
        <w:t>1:10:34  Maulana, agla sawal Lucknow se hai, Mr Adnan sahab ka. unhon ne aap se poocha hai ke "how should we thank God?" is ke baray mein bataein.</w:t>
      </w:r>
      <w:r>
        <w:br/>
      </w:r>
      <w:r>
        <w:rPr>
          <w:sz w:val="20"/>
        </w:rPr>
        <w:t>1:10:43  "how should we thank God?"</w:t>
      </w:r>
      <w:r>
        <w:br/>
      </w:r>
      <w:r>
        <w:rPr>
          <w:sz w:val="20"/>
        </w:rPr>
        <w:t>1:10:47  dekhein, thank ya shukriya, shukriya, hamdi, yeh is ka matlab yeh hai acknowledge karna, eteraaf, yani Allah ka shukar karna.</w:t>
      </w:r>
      <w:r>
        <w:br/>
      </w:r>
      <w:r>
        <w:rPr>
          <w:sz w:val="20"/>
        </w:rPr>
        <w:t>1:11:00  ya asal mein yeh wohi cheez hai jis ko hum kehte hain eteraaf, yani acknowledge karna. to</w:t>
      </w:r>
      <w:r>
        <w:br/>
      </w:r>
      <w:r>
        <w:rPr>
          <w:sz w:val="20"/>
        </w:rPr>
        <w:t>1:11:11  hum ko sab kuch jo mila hai, woh Allah ki taraf se mila hai.</w:t>
      </w:r>
      <w:r>
        <w:br/>
      </w:r>
      <w:r>
        <w:rPr>
          <w:sz w:val="20"/>
        </w:rPr>
        <w:t>1:11:14  hamara wajood, hamara dekhna, hamara bolna, zameen par chalna, phirna, life support system, jo kuch bhi hai, jo kuch bhi hai, sab kuch to woh Allah ki taraf se mila hai.</w:t>
      </w:r>
      <w:r>
        <w:br/>
      </w:r>
      <w:r>
        <w:rPr>
          <w:sz w:val="20"/>
        </w:rPr>
        <w:t>1:11:27  jab is ko hum daryaft karte hain to hum dene wale ka eteraaf karna chahte hain, acknowledge karna chahte hain. is se hum hamare zuban se niklta hai ke Khudaaya tera shukar hai, Alhamdulillah Rabb al-Alameen.</w:t>
      </w:r>
      <w:r>
        <w:br/>
      </w:r>
      <w:r>
        <w:rPr>
          <w:sz w:val="20"/>
        </w:rPr>
        <w:t>1:11:41  to shukar ka matlab hai eteraaf aur kuch nahin.</w:t>
      </w:r>
      <w:r>
        <w:br/>
      </w:r>
      <w:r>
        <w:rPr>
          <w:sz w:val="20"/>
        </w:rPr>
        <w:t>1:11:44  koi yeh purasrar cheez nahin hai, koi mysterious cheez nahin hai.</w:t>
      </w:r>
      <w:r>
        <w:br/>
      </w:r>
      <w:r>
        <w:rPr>
          <w:sz w:val="20"/>
        </w:rPr>
        <w:t>1:11:50  eteraaf aik fitri cheez hai jisay aap kuch mile to aap ka dil kehta hai ke mein is ka eteraaf karoon, is ko acknowledge karoon. isi ka naam hai mazhabi zuban mein shukar.</w:t>
      </w:r>
    </w:p>
    <w:p>
      <w:pPr>
        <w:pStyle w:val="Heading2"/>
      </w:pPr>
      <w:r>
        <w:t>Maintaining gratitude despite justified complaints</w:t>
      </w:r>
    </w:p>
    <w:p>
      <w:r>
        <w:rPr>
          <w:color w:val="666666"/>
          <w:sz w:val="18"/>
        </w:rPr>
        <w:t>The Power of Remembering God Often September 26, 2010 · 2m 03s · at 1:27:34 · https://youtu.be/GMmwEr7Wt80?t=5254</w:t>
      </w:r>
    </w:p>
    <w:p>
      <w:r>
        <w:rPr>
          <w:i/>
        </w:rPr>
        <w:t>“Complaints are sometimes justified. In such a situation, how can one maintain gratitude?”</w:t>
      </w:r>
    </w:p>
    <w:p>
      <w:r>
        <w:rPr>
          <w:sz w:val="20"/>
        </w:rPr>
        <w:t>1:27:34  maulana, agla sawal kya hai? maulana abdul basit umri ne doha, qatar se unhone likha hai ke "shikayatein kabhi kabhi haq bhi hoti hain.</w:t>
      </w:r>
      <w:r>
        <w:br/>
      </w:r>
      <w:r>
        <w:rPr>
          <w:sz w:val="20"/>
        </w:rPr>
        <w:t>1:27:45  aisi surat mein shukr ko kaise baqi rakhein?" dekhiye, shikayat ka haq hona ya na hona yahan se masla nahi hai.</w:t>
      </w:r>
      <w:r>
        <w:br/>
      </w:r>
      <w:r>
        <w:rPr>
          <w:sz w:val="20"/>
        </w:rPr>
        <w:t>1:27:55  asal mein yeh hai ke mere dil mein shikayati nafsiyat ka banna.</w:t>
      </w:r>
      <w:r>
        <w:br/>
      </w:r>
      <w:r>
        <w:rPr>
          <w:sz w:val="20"/>
        </w:rPr>
        <w:t>1:28:05  agar kisi ne aap ke sath galat mamla kiya hai to us ke liye dua kijiye. shikayat kyun kijiye? us waqt do option aap ke liye hota hai. us aadmi ke liye dua karein ke khuda us ki islaah kar de.</w:t>
      </w:r>
      <w:r>
        <w:br/>
      </w:r>
      <w:r>
        <w:rPr>
          <w:sz w:val="20"/>
        </w:rPr>
        <w:t>1:28:17  aur yeh hai ke us ki shikayat de ke baithe to mein to bhai dua karne lagta hoon. jis aadmi se mujh ko shikayat hoti hai, mein us ki dua karne lagta hoon.</w:t>
      </w:r>
      <w:r>
        <w:br/>
      </w:r>
      <w:r>
        <w:rPr>
          <w:sz w:val="20"/>
        </w:rPr>
        <w:t>1:28:27  to do option hota hai is halat mein ke us insaan ke liye aap dua karein us ki islaah ke liye ya shikayat de ke baith jayein.</w:t>
      </w:r>
      <w:r>
        <w:br/>
      </w:r>
      <w:r>
        <w:rPr>
          <w:sz w:val="20"/>
        </w:rPr>
        <w:t>1:28:37  to shikayat de ke baithe hue chunke apna nuqsan hai, is liye woh option sahi option nahi hai.</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Sustaining a thinker's mindset and gratitude</w:t>
      </w:r>
    </w:p>
    <w:p>
      <w:r>
        <w:rPr>
          <w:color w:val="666666"/>
          <w:sz w:val="18"/>
        </w:rPr>
        <w:t>God and Man I February 19, 2012 Maulana Wahiduddin Khan · 2m 25s · at 1:12:00 · https://youtu.be/8TP3nlGRZek?t=4320</w:t>
      </w:r>
    </w:p>
    <w:p>
      <w:r>
        <w:rPr>
          <w:i/>
        </w:rPr>
        <w:t>“How to be in a feeling of a thinker on a continuous basis? And how to be in a feeling of gratitude on a continuous basis?”</w:t>
      </w:r>
    </w:p>
    <w:p>
      <w:r>
        <w:rPr>
          <w:sz w:val="20"/>
        </w:rPr>
        <w:t>1:12:00  maulana agle sawal se pehle ek comment padhna chahenge jo Mr Shamsher Vake ne likha hai Australia se. unhone likha hai ke I really enjoyed today's lecture</w:t>
      </w:r>
      <w:r>
        <w:br/>
      </w:r>
      <w:r>
        <w:rPr>
          <w:sz w:val="20"/>
        </w:rPr>
        <w:t>1:12:12  agla sawal maulana hain Ms Naghma Siddiqui ka Delhi se. unhone poocha hai How to be in feeling of a thinker on a continuous basis?</w:t>
      </w:r>
      <w:r>
        <w:br/>
      </w:r>
      <w:r>
        <w:rPr>
          <w:sz w:val="20"/>
        </w:rPr>
        <w:t>1:12:23  Kindly advice kya phir se padhiye? How to be in a feeling of shukr How to be in a feeling of shukr on a continuous basis?</w:t>
      </w:r>
      <w:r>
        <w:br/>
      </w:r>
      <w:r>
        <w:rPr>
          <w:sz w:val="20"/>
        </w:rPr>
        <w:t>1:12:35  abhi hum is yani shukr kaise nahi karenge hum har waqt? har waqt hamein</w:t>
      </w:r>
      <w:r>
        <w:br/>
      </w:r>
      <w:r>
        <w:rPr>
          <w:sz w:val="20"/>
        </w:rPr>
        <w:t>1:12:41  mein to sochta hoon ke saans leta hoon aur aur aur oxygen mujhe inhale karta hoon, carbon exhale karta hoon.</w:t>
      </w:r>
      <w:r>
        <w:br/>
      </w:r>
      <w:r>
        <w:rPr>
          <w:sz w:val="20"/>
        </w:rPr>
        <w:t>1:12:52  yani har second yeh waqea hota hai, har second. to kaisi ajeeb baat hai ke mere jism mein jo nizam hai kharij mein us ke mutabiq nizam hai.</w:t>
      </w:r>
      <w:r>
        <w:br/>
      </w:r>
      <w:r>
        <w:rPr>
          <w:sz w:val="20"/>
        </w:rPr>
        <w:t>1:13:00  yani mere</w:t>
      </w:r>
      <w:r>
        <w:br/>
      </w:r>
      <w:r>
        <w:rPr>
          <w:sz w:val="20"/>
        </w:rPr>
        <w:t>1:13:02  carbon ko darakht le leta hai aur darakht is ke badle mujhe oxygen deta hai. to main oxygen inhale karta hoon aur carbon exhale karta hoon.</w:t>
      </w:r>
      <w:r>
        <w:br/>
      </w:r>
      <w:r>
        <w:rPr>
          <w:sz w:val="20"/>
        </w:rPr>
        <w:t>1:13:13  aur woh kitna zabardast exchange hota hai ke darakht mere carbon ko le leta hai aur mujhe oxygen supply karta hai. yeh har second ek ek yeh reminder hai, har har second ke liye ek reminder hai.</w:t>
      </w:r>
      <w:r>
        <w:br/>
      </w:r>
      <w:r>
        <w:rPr>
          <w:sz w:val="20"/>
        </w:rPr>
        <w:t>1:13:27  to mein to aik aik aik second bhi aisa nahi hota ke mein shukr ke baghair rahoon. kyunke har saans mujhe reminder hota hai mere liye, har saans.</w:t>
      </w:r>
      <w:r>
        <w:br/>
      </w:r>
      <w:r>
        <w:rPr>
          <w:sz w:val="20"/>
        </w:rPr>
        <w:t>1:13:37  har saans reminder hota hai ke ae ae insan Khuda ka shukr kar.yani aap ghore kijiye ke agar</w:t>
      </w:r>
      <w:r>
        <w:br/>
      </w:r>
      <w:r>
        <w:rPr>
          <w:sz w:val="20"/>
        </w:rPr>
        <w:t>1:13:46  aisa ho ke mere andar se jo carbon nikla woh darakht na le to har sa'at dunya rehne ke qabil na rahe.</w:t>
      </w:r>
      <w:r>
        <w:br/>
      </w:r>
      <w:r>
        <w:rPr>
          <w:sz w:val="20"/>
        </w:rPr>
        <w:t>1:13:56  dunya mein carbon gas bhar jayegi aur reh is dunya mein reh nahi payenge. ya darakht agar oxygen supply na kare to hum kahan tak theli liye phirenge oxygen ki?</w:t>
      </w:r>
      <w:r>
        <w:br/>
      </w:r>
      <w:r>
        <w:rPr>
          <w:sz w:val="20"/>
        </w:rPr>
        <w:t>1:14:07  to dono halaton mein mar jayenge. to har second yeh aik reminder hai insan ke liye ke ae insan Khuda ka shukr kar.</w:t>
      </w:r>
      <w:r>
        <w:br/>
      </w:r>
      <w:r>
        <w:rPr>
          <w:sz w:val="20"/>
        </w:rPr>
        <w:t>1:14:17  yeh sirf soch ki baat hai, soch. agar sochen to aap har har second, har lamha, har har moment aap</w:t>
      </w:r>
    </w:p>
    <w:p>
      <w:pPr>
        <w:pStyle w:val="Heading2"/>
      </w:pPr>
      <w:r>
        <w:t>How to Feel Gratitude Continuously</w:t>
      </w:r>
    </w:p>
    <w:p>
      <w:r>
        <w:rPr>
          <w:color w:val="666666"/>
          <w:sz w:val="18"/>
        </w:rPr>
        <w:t>God and Man February 19, 2012 · 2m 19s · at 1:12:07 · https://youtu.be/rL4g0LOU3wo?t=4327</w:t>
      </w:r>
    </w:p>
    <w:p>
      <w:r>
        <w:rPr>
          <w:i/>
        </w:rPr>
        <w:t>“How can we maintain a continuous feeling of gratitude (shukr)?”</w:t>
      </w:r>
    </w:p>
    <w:p>
      <w:r>
        <w:rPr>
          <w:sz w:val="20"/>
        </w:rPr>
        <w:t>1:12:07  Maulana, agle sawal se pehle aik comment parhna chahein ge jo Mr. Shamsher Vict ne likha hai Australia se. unhon ne likha hai ke "I really enjoyed today's lecture." agla sawal Maulana hai Miss Naghma Siddiqui ka Delhi se</w:t>
      </w:r>
      <w:r>
        <w:br/>
      </w:r>
      <w:r>
        <w:rPr>
          <w:sz w:val="20"/>
        </w:rPr>
        <w:t>1:12:22  . unhon ne poocha hai "How to be in feeling of. shukr on continuous basis? abhi hum is yani shukr kaise nahi karein ge hum har waqt?</w:t>
      </w:r>
      <w:r>
        <w:br/>
      </w:r>
      <w:r>
        <w:rPr>
          <w:sz w:val="20"/>
        </w:rPr>
        <w:t>1:12:35  har waqt hamein mein to sochta hoon ke saans leta hoon aur aur aur oxygen mujhe inhale karta hoon, carbon exhale karta hoon.</w:t>
      </w:r>
      <w:r>
        <w:br/>
      </w:r>
      <w:r>
        <w:rPr>
          <w:sz w:val="20"/>
        </w:rPr>
        <w:t>1:12:47  yani har second yeh waqia hota hai, har second.</w:t>
      </w:r>
      <w:r>
        <w:br/>
      </w:r>
      <w:r>
        <w:rPr>
          <w:sz w:val="20"/>
        </w:rPr>
        <w:t>1:12:50  to kaisi ajeeb baat hai ke mere jism mein jo nizam hai, kharij mein is ke mutabiq nizam hai. yani mere carbon ko darakht le leta hai aur darakht is ke badle mujhe oxygen deta hai.</w:t>
      </w:r>
      <w:r>
        <w:br/>
      </w:r>
      <w:r>
        <w:rPr>
          <w:sz w:val="20"/>
        </w:rPr>
        <w:t>1:13:03  to mein oxygen inhale karta hoon aur carbon exhale karta hoon. aur woh kitna zabardast exchange hota hai ke darakht mere carbon ko le leta hai aur mujhe oxygen supply karta hai.</w:t>
      </w:r>
      <w:r>
        <w:br/>
      </w:r>
      <w:r>
        <w:rPr>
          <w:sz w:val="20"/>
        </w:rPr>
        <w:t>1:13:17  yeh har second aik aik yeh reminder hai, har har second ke liye aik reminder hai. to mein to aik aik aik second bhi aisa nahi hota ke mein shukr ke baghair rahoon.</w:t>
      </w:r>
      <w:r>
        <w:br/>
      </w:r>
      <w:r>
        <w:rPr>
          <w:sz w:val="20"/>
        </w:rPr>
        <w:t>1:13:28  kyun ke har saans mujhe reminder hota hai mere liye, har saans. har saans reminder hota hai ke aye aye insan Khuda ka shukr kar.</w:t>
      </w:r>
      <w:r>
        <w:br/>
      </w:r>
      <w:r>
        <w:rPr>
          <w:sz w:val="20"/>
        </w:rPr>
        <w:t>1:13:40  yani aap ghor kijiye ke agar aisa ho ke mere andar se jo carbon nikla woh darakht na le to har sa'at dunya rehne ke qabil na rahe.</w:t>
      </w:r>
      <w:r>
        <w:br/>
      </w:r>
      <w:r>
        <w:rPr>
          <w:sz w:val="20"/>
        </w:rPr>
        <w:t>1:13:52  dunya mein carbon gas bhar jaye gi aur is dunya mein aap reh nahi paein ge. ya darakht agar oxygen supply na kare to hum kahan tak theli liye phirein ge oxygen ki?</w:t>
      </w:r>
      <w:r>
        <w:br/>
      </w:r>
      <w:r>
        <w:rPr>
          <w:sz w:val="20"/>
        </w:rPr>
        <w:t>1:14:03  to dono halaton mein mar jayein ge.</w:t>
      </w:r>
      <w:r>
        <w:br/>
      </w:r>
      <w:r>
        <w:rPr>
          <w:sz w:val="20"/>
        </w:rPr>
        <w:t>1:14:06  to har second yeh aik reminder hai insan ke liye ke aye insan Khuda ka shukr kar. yeh sirf soch ki baat hai, soch. agar sochein to aap har har second, har lamha, har har moment aap shukr mein jiyen ge.</w:t>
      </w:r>
    </w:p>
    <w:p>
      <w:pPr>
        <w:pStyle w:val="Heading2"/>
      </w:pPr>
      <w:r>
        <w:t>Should we thank people verbally?</w:t>
      </w:r>
    </w:p>
    <w:p>
      <w:r>
        <w:rPr>
          <w:color w:val="666666"/>
          <w:sz w:val="18"/>
        </w:rPr>
        <w:t>Quran for All Mankind June 3, 2012 · 2m 55s · at 1:14:30 · https://youtu.be/Gp-53Zjugcg?t=4470</w:t>
      </w:r>
    </w:p>
    <w:p>
      <w:r>
        <w:rPr>
          <w:i/>
        </w:rPr>
        <w:t>“Is silent acknowledgment enough or do we need to verbally thank people? Kindly comment.”</w:t>
      </w:r>
    </w:p>
    <w:p>
      <w:r>
        <w:rPr>
          <w:sz w:val="20"/>
        </w:rPr>
        <w:t>1:14:30  Maulana, agla sawal ah Dilli se hai, Maulana Zikwan Sahab ka. unhon ne aap se poocha hai ke "is silent acknowledgement infor or do we need to verbally thank people</w:t>
      </w:r>
      <w:r>
        <w:br/>
      </w:r>
      <w:r>
        <w:rPr>
          <w:sz w:val="20"/>
        </w:rPr>
        <w:t>1:14:42  ?" kindly comment. lis, yani khamosh acknowledgement to koi cheez nahi hai. yeh to aap ki taskeen ke liye hota hai, yeh apni taskeen ke liye hota hai.</w:t>
      </w:r>
      <w:r>
        <w:br/>
      </w:r>
      <w:r>
        <w:rPr>
          <w:sz w:val="20"/>
        </w:rPr>
        <w:t>1:14:54  bolna chahiye aap ki koi, yani cheekh padna chahiye ya apne dil ko. kuch log apne dil mein khush karne ke liye maan lete hain ke hum to maante hi hain,</w:t>
      </w:r>
      <w:r>
        <w:br/>
      </w:r>
      <w:r>
        <w:rPr>
          <w:sz w:val="20"/>
        </w:rPr>
        <w:t>1:15:09  to maante to munh se kyun nahi bolte?</w:t>
      </w:r>
      <w:r>
        <w:br/>
      </w:r>
      <w:r>
        <w:rPr>
          <w:sz w:val="20"/>
        </w:rPr>
        <w:t>1:15:12  sach poochte hain, yeh bhi ek qism ka woh hai, ek qism ka kya kehte hain is ko,</w:t>
      </w:r>
      <w:r>
        <w:br/>
      </w:r>
      <w:r>
        <w:rPr>
          <w:sz w:val="20"/>
        </w:rPr>
        <w:t>1:15:24  yani yeh modernistic ke khilaf hai. kyunke jin logon ko modernistic nahi hoti, woh woh bas soch yahi, woh aisi boli bolte hain kyunke samajhte hain ke agar hum bol diya to hum kuch chote ho jayenge.</w:t>
      </w:r>
      <w:r>
        <w:br/>
      </w:r>
      <w:r>
        <w:rPr>
          <w:sz w:val="20"/>
        </w:rPr>
        <w:t>1:15:40  bol diya to hum kuch chote ho jayenge.</w:t>
      </w:r>
      <w:r>
        <w:br/>
      </w:r>
      <w:r>
        <w:rPr>
          <w:sz w:val="20"/>
        </w:rPr>
        <w:t>1:15:43  yeh yeh ek qism ka yeh argument hai jo record banta hai. argument ek ki bohat si qismein hain, to is ke peeche jo cheez hai, woh argument hai.</w:t>
      </w:r>
      <w:r>
        <w:br/>
      </w:r>
      <w:r>
        <w:rPr>
          <w:sz w:val="20"/>
        </w:rPr>
        <w:t>1:15:53  agar hum ise nahi bolte hain to ek kahin na kahin chupa hua ek argument hai ke main apne aap ko kisi se chota ko bataoon kyunke iqraar karne ka matlab woh samajh lete hain ke main chota ho gaya.</w:t>
      </w:r>
      <w:r>
        <w:br/>
      </w:r>
      <w:r>
        <w:rPr>
          <w:sz w:val="20"/>
        </w:rPr>
        <w:t>1:16:05  halanke iqraar ka matlab hai haqeeqat ka iqraar. to main samajhta hoon ke bolna bilkul lazim hai.</w:t>
      </w:r>
      <w:r>
        <w:br/>
      </w:r>
      <w:r>
        <w:rPr>
          <w:sz w:val="20"/>
        </w:rPr>
        <w:t>1:16:13  jo na bolay, woh apne ko munafiq sabit kar raha hai farishton ki nazar mein. jo aadmi na bolay, mehsoos karte hue, to us ke baad farishton ki nazar mein apne ko munafiq sabit kar raha hai.</w:t>
      </w:r>
      <w:r>
        <w:br/>
      </w:r>
      <w:r>
        <w:rPr>
          <w:sz w:val="20"/>
        </w:rPr>
        <w:t>1:16:27  is liye main ne dekha, acknowledge karne ke liye bolna zaroori hai. bohat bara risk hai ke aadmi na bolay, us waqt hamare dil mein to aayi hai.</w:t>
      </w:r>
      <w:r>
        <w:br/>
      </w:r>
      <w:r>
        <w:rPr>
          <w:sz w:val="20"/>
        </w:rPr>
        <w:t>1:16:36  to aap ghor kijiye ke woh dil mein jo hai, farishton ke kitaab mein likha jaye munafiq, to kya aap us ko approve kar sakte hain? kya aap ke dil mein to aaye ke maine maan liya?</w:t>
      </w:r>
      <w:r>
        <w:br/>
      </w:r>
      <w:r>
        <w:rPr>
          <w:sz w:val="20"/>
        </w:rPr>
        <w:t>1:16:48  aur farishton ke dil ke ma'al-fazl, aap ghor kijiye, ma'al-fazl ibn qaul, yani bol ko record karte hain.</w:t>
      </w:r>
      <w:r>
        <w:br/>
      </w:r>
      <w:r>
        <w:rPr>
          <w:sz w:val="20"/>
        </w:rPr>
        <w:t>1:16:57  woh bol ko, bol</w:t>
      </w:r>
      <w:r>
        <w:br/>
      </w:r>
      <w:r>
        <w:rPr>
          <w:sz w:val="20"/>
        </w:rPr>
        <w:t>1:17:00  ko record karte hain. aap bolay nahi to dil mein rakhe hue, rakhe hue hain. to woh to kahenge farishte ke bhai tum bolay to thay nahi, hum record kaise karte?</w:t>
      </w:r>
      <w:r>
        <w:br/>
      </w:r>
      <w:r>
        <w:rPr>
          <w:sz w:val="20"/>
        </w:rPr>
        <w:t>1:17:10  yeh bohat risky baat hai ke aadmi yeh soche ke hamare dil mein to hai hi hai. bohat risky baat hai. to farishton ke record mein nahi aayega, ya farishton ke record mein nahi aayega, to aadmi ab munafiq shumar kiya jayega.</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Human gratitude versus animal gratitude</w:t>
      </w:r>
    </w:p>
    <w:p>
      <w:r>
        <w:rPr>
          <w:color w:val="666666"/>
          <w:sz w:val="18"/>
        </w:rPr>
        <w:t>The Character of a Dayee 4 March 2012 - Maulana Wahiduddin Khan · 1m 13s · at 1:41:14 · https://youtu.be/YtavJpVNbEM?t=6074</w:t>
      </w:r>
    </w:p>
    <w:p>
      <w:r>
        <w:rPr>
          <w:i/>
        </w:rPr>
        <w:t>“Please explain human gratitude and animal gratitude.”</w:t>
      </w:r>
    </w:p>
    <w:p>
      <w:r>
        <w:rPr>
          <w:sz w:val="20"/>
        </w:rPr>
        <w:t>1:41:14  Maulana, agla sawal Hyderabad, Pakistan se aaya hai Mr. Nouman Afzal sahib ka. unhone poocha hai ke: "insani shukr aur hawani shukr par roshni dalie."</w:t>
      </w:r>
      <w:r>
        <w:br/>
      </w:r>
      <w:r>
        <w:rPr>
          <w:sz w:val="20"/>
        </w:rPr>
        <w:t>1:41:27  shukr to insani sifat hai, haiwan shukr jante hi nahi.</w:t>
      </w:r>
      <w:r>
        <w:br/>
      </w:r>
      <w:r>
        <w:rPr>
          <w:sz w:val="20"/>
        </w:rPr>
        <w:t>1:41:38  shukr na yeh kahe ke hawani life aur insani life ka farq ke tu haiwan jo hai, shukr kar ke dunya mein nahi rehta.</w:t>
      </w:r>
      <w:r>
        <w:br/>
      </w:r>
      <w:r>
        <w:rPr>
          <w:sz w:val="20"/>
        </w:rPr>
        <w:t>1:41:48  yaani haiwan bhi oxygen leta hai, woh bhi khata hai ghiza, woh bhi pani peeta hai,</w:t>
      </w:r>
      <w:r>
        <w:br/>
      </w:r>
      <w:r>
        <w:rPr>
          <w:sz w:val="20"/>
        </w:rPr>
        <w:t>1:41:55  lekin woh is ko nahi janta ke mujhe acknowledge karna hai, mujhe shukr karna hai.</w:t>
      </w:r>
      <w:r>
        <w:br/>
      </w:r>
      <w:r>
        <w:rPr>
          <w:sz w:val="20"/>
        </w:rPr>
        <w:t>1:42:02  jabke insan jo hai, us ko Allah taala ne yeh sifat di hai ke woh jaane ke yeh Allah taala ki blessing hai, Allah taala ki nemat hai, aur phir woh shukr kare.</w:t>
      </w:r>
      <w:r>
        <w:br/>
      </w:r>
      <w:r>
        <w:rPr>
          <w:sz w:val="20"/>
        </w:rPr>
        <w:t>1:42:13  to bila shukr kiye hue agar koi shakhs zindagi guzar raha hai dunya mein, to woh just like haiwan hai, woh aur shukr kar ke zindagi guzar raha hai, to phir woh insan hai.</w:t>
      </w:r>
    </w:p>
    <w:p>
      <w:pPr>
        <w:pStyle w:val="Heading2"/>
      </w:pPr>
      <w:r>
        <w:t>Meaning of Gratitude in Islam</w:t>
      </w:r>
    </w:p>
    <w:p>
      <w:r>
        <w:rPr>
          <w:color w:val="666666"/>
          <w:sz w:val="18"/>
        </w:rPr>
        <w:t>Living in a World of Competition October 24, 2010 · 2m 51s · at 1:13:53 · https://youtu.be/0DRVM8YxM5U?t=4433</w:t>
      </w:r>
    </w:p>
    <w:p>
      <w:r>
        <w:rPr>
          <w:i/>
        </w:rPr>
        <w:t>“What is the meaning of gratitude? Should we be grateful when Allah gives us plenty of money, or should we discover the state we are in as a state of gratitude? Please explain.”</w:t>
      </w:r>
    </w:p>
    <w:p>
      <w:r>
        <w:rPr>
          <w:sz w:val="20"/>
        </w:rPr>
        <w:t>1:13:53  maulana, agla sawal maulana abdul basit omary ne kiya hai, doha qatar se. unhon ne likha hai: "maulana, shukr ka matlab kya hai?</w:t>
      </w:r>
      <w:r>
        <w:br/>
      </w:r>
      <w:r>
        <w:rPr>
          <w:sz w:val="20"/>
        </w:rPr>
        <w:t>1:14:04  kya Allah jab hamein khoob paisa de, tab shukr karen, ya phir Allah ne jis ko jis halat mein rakha hai, woh usi halat ko shukr ki halat ke taur par daryaft kare?" maulana, is baray mein wazahat farmayen.</w:t>
      </w:r>
      <w:r>
        <w:br/>
      </w:r>
      <w:r>
        <w:rPr>
          <w:sz w:val="20"/>
        </w:rPr>
        <w:t>1:14:20  dekhiye, paise par shukr karna to yeh hai hi nahi islam mein.</w:t>
      </w:r>
      <w:r>
        <w:br/>
      </w:r>
      <w:r>
        <w:rPr>
          <w:sz w:val="20"/>
        </w:rPr>
        <w:t>1:14:26  yani daulat mile to is par shukr karen, aap yeh islam mein hai hi nahi.</w:t>
      </w:r>
      <w:r>
        <w:br/>
      </w:r>
      <w:r>
        <w:rPr>
          <w:sz w:val="20"/>
        </w:rPr>
        <w:t>1:14:31  ab dekhen, kaun sahabi tha jo paisa milne par shukr kiya? us ne keh khuda ka shukr hai ke to ne mujhe dolat di. aisa keh nahin paenge aap.</w:t>
      </w:r>
      <w:r>
        <w:br/>
      </w:r>
      <w:r>
        <w:rPr>
          <w:sz w:val="20"/>
        </w:rPr>
        <w:t>1:14:41  shukr to karna hai ke aap ko khuda ne paida kiya, khuda ne aap ke liye suraj ko chamkaya, khuda ne aap ke liye hawaen chalain, khuda ne aap ko barish barsaya, khuda ne aap ko mauqa diya ke aap acha amal kar ke jannat mein jaen, khuda ne aap ko rasool Allah sallallahu alaihi wasallam ki hidayat faraham ki.</w:t>
      </w:r>
      <w:r>
        <w:br/>
      </w:r>
      <w:r>
        <w:rPr>
          <w:sz w:val="20"/>
        </w:rPr>
        <w:t>1:15:00  yeh sab shukr ki baaten hain.</w:t>
      </w:r>
      <w:r>
        <w:br/>
      </w:r>
      <w:r>
        <w:rPr>
          <w:sz w:val="20"/>
        </w:rPr>
        <w:t>1:15:03  paisa milne par shukr karna aur dolat milne par shukr karna, yeh to hai hi nahin Islam mein, kyunke woh to fitna hai, azmaish hai.</w:t>
      </w:r>
      <w:r>
        <w:br/>
      </w:r>
      <w:r>
        <w:rPr>
          <w:sz w:val="20"/>
        </w:rPr>
        <w:t>1:15:13  ab azmaish par aap shukr karenge?</w:t>
      </w:r>
      <w:r>
        <w:br/>
      </w:r>
      <w:r>
        <w:rPr>
          <w:sz w:val="20"/>
        </w:rPr>
        <w:t>1:15:19  saaf saaf Quran mein likha hua hai ke maal fitna hai, azmaish hai. yani yani janchnay ke liye, test ke liye diya gaya hai, test ke liye diya gaya hai.</w:t>
      </w:r>
      <w:r>
        <w:br/>
      </w:r>
      <w:r>
        <w:rPr>
          <w:sz w:val="20"/>
        </w:rPr>
        <w:t>1:15:31  yeh to bohat bari gumrahi hai, bohat bari gumrahi hai. ek sahab ne bohat bara ghar banaya, main gaya un ke haan to dekha ke ghar ke samne jo entrance tha, pe likha hua tha: "haza min fadl rabbi".</w:t>
      </w:r>
      <w:r>
        <w:br/>
      </w:r>
      <w:r>
        <w:rPr>
          <w:sz w:val="20"/>
        </w:rPr>
        <w:t>1:15:44  matlab yeh ghar jo hai, mujhe Allah ke fazl se mila hai, yeh bilkul Islam se koi talluq nahin, is ka koi talluq Islam ka nahin hai.</w:t>
      </w:r>
      <w:r>
        <w:br/>
      </w:r>
      <w:r>
        <w:rPr>
          <w:sz w:val="20"/>
        </w:rPr>
        <w:t>1:15:54  chahe ghar ho, chahe dolat ho, chahe yeh sab jitni cheezen hain, woh sab azmaish hain, test hain.</w:t>
      </w:r>
      <w:r>
        <w:br/>
      </w:r>
      <w:r>
        <w:rPr>
          <w:sz w:val="20"/>
        </w:rPr>
        <w:t>1:16:02  yeh to bohat bari gumrahi mein sari dunya ke musalman mubtala hain, sab ke sab musalman mubtala hain. ek sahab ke haan mein gaya to un ke dost wahan baithe hue thay.</w:t>
      </w:r>
      <w:r>
        <w:br/>
      </w:r>
      <w:r>
        <w:rPr>
          <w:sz w:val="20"/>
        </w:rPr>
        <w:t>1:16:13  to dost sahab ne un ke baray mein farmaya ke Allah ne un ke upar bohat fazl kiya hai. matlab un ke bete kamate hain aur paisa hi paisa ghar mein ho raha hai aur har cheez bohat farawani ke sath koi mili hui hai.</w:t>
      </w:r>
      <w:r>
        <w:br/>
      </w:r>
      <w:r>
        <w:rPr>
          <w:sz w:val="20"/>
        </w:rPr>
        <w:t>1:16:27  is ko batate hain, un ka Allah ne un ke sath bara fazl kiya hai.</w:t>
      </w:r>
      <w:r>
        <w:br/>
      </w:r>
      <w:r>
        <w:rPr>
          <w:sz w:val="20"/>
        </w:rPr>
        <w:t>1:16:31  to unhon ne kaha yeh fazl ka yeh to test ki waris hai, yeh fazl ki waris nahin hai, yeh ek janchnay ki waris hai. janchnay to yeh sab to gumrahi hai.</w:t>
      </w:r>
    </w:p>
    <w:p>
      <w:pPr>
        <w:pStyle w:val="Heading2"/>
      </w:pPr>
      <w:r>
        <w:t>Formula for living in gratitude in this world</w:t>
      </w:r>
    </w:p>
    <w:p>
      <w:r>
        <w:rPr>
          <w:color w:val="666666"/>
          <w:sz w:val="18"/>
        </w:rPr>
        <w:t>The Message of Eid Al-Adha November 6, 2011 Maulana Wahiduddin Khan · 2m 28s · at 1:31:41 · https://youtu.be/y59PU_RD2cg?t=5501</w:t>
      </w:r>
    </w:p>
    <w:p>
      <w:r>
        <w:rPr>
          <w:i/>
        </w:rPr>
        <w:t>“Maulana, what is the formula for living in a state of gratitude in this world of test?”</w:t>
      </w:r>
    </w:p>
    <w:p>
      <w:r>
        <w:rPr>
          <w:sz w:val="20"/>
        </w:rPr>
        <w:t>1:31:41  maulana, yeh sawal aaya hai maulana abdul basit ka doha qatar se. unhon ne likha hai: "maulana, shukr ki halat mein jeene ka formula kya hai is imtehan ki duniya mein?" is ke baray mein batayen.</w:t>
      </w:r>
      <w:r>
        <w:br/>
      </w:r>
      <w:r>
        <w:rPr>
          <w:sz w:val="20"/>
        </w:rPr>
        <w:t>1:32:06  mera tajruba to yahi hai ke shukr ke item ko bar bar daryaft karna parta hai, warna aadmi bhool jata hai. bar bar daryaft karna parta hai shukr ka item,</w:t>
      </w:r>
      <w:r>
        <w:br/>
      </w:r>
      <w:r>
        <w:rPr>
          <w:sz w:val="20"/>
        </w:rPr>
        <w:t>1:32:20  kyun ke waqeat hotay hain to woh waqeat awaz laga kar nahi atay. mislan hum yahan bethe hain to aakhri din aa rahi hai, to aakhri din chala kar to aati nahi hai.</w:t>
      </w:r>
      <w:r>
        <w:br/>
      </w:r>
      <w:r>
        <w:rPr>
          <w:sz w:val="20"/>
        </w:rPr>
        <w:t>1:32:32  to humein, hum yaani humein kuch khabar nahi hai, aakhri din aa rahi hai, hum saans le rahe hain. to humein discover karna paray ga ke Allah taala ki kitni bari ehsan hai ke woh hamari kisi zaati intezam ke baghair, hamari kisi bill ada kiye baghair, aakhri din ki supply har waqt ho rahi hai.</w:t>
      </w:r>
      <w:r>
        <w:br/>
      </w:r>
      <w:r>
        <w:rPr>
          <w:sz w:val="20"/>
        </w:rPr>
        <w:t>1:32:58  aise hum bol rahe hain, aap sun rahe hain, yeh bhi beech mein jo hua hai ya jo electronic jo beech mein zariya hai, woh chalata nahi hai.</w:t>
      </w:r>
      <w:r>
        <w:br/>
      </w:r>
      <w:r>
        <w:rPr>
          <w:sz w:val="20"/>
        </w:rPr>
        <w:t>1:33:09  to humein discover karna paray ga ke Allah taala ne kitna bara intezam kiya hai. to shukr ke item ko jo bar bar discover karta rahe, usi ka andar shukr jazba rahe ga, warna nahi rahe ga.</w:t>
      </w:r>
    </w:p>
    <w:p>
      <w:pPr>
        <w:pStyle w:val="Heading2"/>
      </w:pPr>
      <w:r>
        <w:t>Contentment as door to gratitude</w:t>
      </w:r>
    </w:p>
    <w:p>
      <w:r>
        <w:rPr>
          <w:color w:val="666666"/>
          <w:sz w:val="18"/>
        </w:rPr>
        <w:t>Question &amp; Answer Jan 6th 2013 - Maulana Wahiduddin Kahn · 1m 24s · at 22:25 · https://youtu.be/1FAK1QuHEpw?t=1345</w:t>
      </w:r>
    </w:p>
    <w:p>
      <w:r>
        <w:rPr>
          <w:i/>
        </w:rPr>
        <w:t>“Contentment is the door to gratitude. Can you please elaborate on this?”</w:t>
      </w:r>
    </w:p>
    <w:p>
      <w:r>
        <w:rPr>
          <w:sz w:val="20"/>
        </w:rPr>
        <w:t>22:25  maulana, agla sawal dilli se hai, miss naghma siddiqui ka. unhon ne aap se poocha hai: "Contentment is the door to shukr.</w:t>
      </w:r>
      <w:r>
        <w:br/>
      </w:r>
      <w:r>
        <w:rPr>
          <w:sz w:val="20"/>
        </w:rPr>
        <w:t>22:36  Can you please elaborate on this؟"</w:t>
      </w:r>
      <w:r>
        <w:br/>
      </w:r>
      <w:r>
        <w:rPr>
          <w:sz w:val="20"/>
        </w:rPr>
        <w:t>22:41  saheeh hai, contentment se aap distractions se bach jaate hain. Basic baat hai distraction. Distraction.</w:t>
      </w:r>
      <w:r>
        <w:br/>
      </w:r>
      <w:r>
        <w:rPr>
          <w:sz w:val="20"/>
        </w:rPr>
        <w:t>22:51  agar aap contentment ka tareeqa na ikhtiyar karein to kya hoga? shauq ke peeche daudenge, khwahish ke peeche daudenge, numaish ke peeche daudenge, fashion ke peeche daudenge.</w:t>
      </w:r>
      <w:r>
        <w:br/>
      </w:r>
      <w:r>
        <w:rPr>
          <w:sz w:val="20"/>
        </w:rPr>
        <w:t>23:05  to kya hai? Distract hote rahenge. jab distract hote rahenge to Allah ke bare mein sochne ka waqt hi aap ke paas nahi hoga. jab aap Allah ke liye sochenge tab to shukr aayega.</w:t>
      </w:r>
      <w:r>
        <w:br/>
      </w:r>
      <w:r>
        <w:rPr>
          <w:sz w:val="20"/>
        </w:rPr>
        <w:t>23:16  nahi to shukr aayega kaise? shukr jo hai ek deep thinking se aata hai. shukr yeh nahi ke lip service karte hue kuch bol dein aap.</w:t>
      </w:r>
      <w:r>
        <w:br/>
      </w:r>
      <w:r>
        <w:rPr>
          <w:sz w:val="20"/>
        </w:rPr>
        <w:t>23:26  Khuda tera shukr hai. yeh shukr nahi hai. shukr yeh hai ke aap deep thinking karein. aap ko ek discovery ho. us discovery aap ke munh se nikal pade.</w:t>
      </w:r>
      <w:r>
        <w:br/>
      </w:r>
      <w:r>
        <w:rPr>
          <w:sz w:val="20"/>
        </w:rPr>
        <w:t>23:37  to is ke liye zaroori hai ke aap logon ko distraction se bachayein. warna warna shukr wahi lip service hogi, haqeeqi shukr nahi hoga.</w:t>
      </w:r>
    </w:p>
    <w:p>
      <w:pPr>
        <w:pStyle w:val="Heading2"/>
      </w:pPr>
      <w:r>
        <w:t>Meaning of gratitude and acknowledgment</w:t>
      </w:r>
    </w:p>
    <w:p>
      <w:r>
        <w:rPr>
          <w:color w:val="666666"/>
          <w:sz w:val="18"/>
        </w:rPr>
        <w:t>Importance of Shukr (Thankfulness) July 24, 2022 · 24m 13s · at 1:05 · https://youtu.be/MgWNIv0k1sk?t=65</w:t>
      </w:r>
    </w:p>
    <w:p>
      <w:r>
        <w:rPr>
          <w:i/>
        </w:rPr>
        <w:t>“What is the meaning of shukr (gratitude)? Its basic meaning is acknowledgment, but can you explain it in an elaborate way? It is very important in the Quran, because the first verse is Alhamdulillahi Rabbil Alameen. Alhamd means praise, but its real meaning is acknowledgment.”</w:t>
      </w:r>
    </w:p>
    <w:p>
      <w:r>
        <w:rPr>
          <w:sz w:val="20"/>
        </w:rPr>
        <w:t>1:05  apa, sab se pehla sawal to yahi hai ke shukr ka jo basic matlab hai woh yeh hai ke etraf. lekin is ke kya maani hain, is ko agar aap elaborate way mein hum sab ko samjha saken ke shukr kya hai?</w:t>
      </w:r>
      <w:r>
        <w:br/>
      </w:r>
      <w:r>
        <w:rPr>
          <w:sz w:val="20"/>
        </w:rPr>
        <w:t>1:22  shukr jo hai bohat hi zyada important hai quran ki ro se, kyun ke quran mein jo sab se pehli ayat hai woh hai alhamdulillah rabbil alameen.</w:t>
      </w:r>
      <w:r>
        <w:br/>
      </w:r>
      <w:r>
        <w:rPr>
          <w:sz w:val="20"/>
        </w:rPr>
        <w:t>1:34  alhamdulillah ke maani hain, aise is ka tarjuma kiya jata hai praise ke maani mein, lekin is ka asal maani hai acknowledgement.</w:t>
      </w:r>
      <w:r>
        <w:br/>
      </w:r>
      <w:r>
        <w:rPr>
          <w:sz w:val="20"/>
        </w:rPr>
        <w:t>1:43  yani tamam cheezain jo insan ko is dunya mein mili hui hain, woh khuda ki di hui hain, khuda ki blessings hain.</w:t>
      </w:r>
      <w:r>
        <w:br/>
      </w:r>
      <w:r>
        <w:rPr>
          <w:sz w:val="20"/>
        </w:rPr>
        <w:t>1:53  to khuda ko hamari kisi cheez ki koi zaroorat nahi hai,</w:t>
      </w:r>
      <w:r>
        <w:br/>
      </w:r>
      <w:r>
        <w:rPr>
          <w:sz w:val="20"/>
        </w:rPr>
        <w:t>1:58  bas sirf yeh hai ke hamein khuda ka shukr ada karna hai, aur dil se khuda ka shukr ada karna hai. wohi tamam blessings ki jo hai, wohi price hai.</w:t>
      </w:r>
      <w:r>
        <w:br/>
      </w:r>
      <w:r>
        <w:rPr>
          <w:sz w:val="20"/>
        </w:rPr>
        <w:t>2:10  to without paying the price we will become user. user matlab hum koi cheez ko istemal kar rahe hain aur is par hamara koi haq nahi hai.</w:t>
      </w:r>
      <w:r>
        <w:br/>
      </w:r>
      <w:r>
        <w:rPr>
          <w:sz w:val="20"/>
        </w:rPr>
        <w:t>2:21  to is tarah se jo alhamdulillah rabbil alameen quran ki pehli verse hai, is se pata chalta hai ke insan ko kitna zyada nematoun ka gehra ehsas hona chahiye.</w:t>
      </w:r>
      <w:r>
        <w:br/>
      </w:r>
      <w:r>
        <w:rPr>
          <w:sz w:val="20"/>
        </w:rPr>
        <w:t>2:36  kyun ke aaj kal jo log hain, woh alhamdulillah chala hua hai, jis ko hum takiya kalam kehte hain, catch phrase kehte hain, is se kaam nahi chalega.</w:t>
      </w:r>
      <w:r>
        <w:br/>
      </w:r>
      <w:r>
        <w:rPr>
          <w:sz w:val="20"/>
        </w:rPr>
        <w:t>2:45  woh</w:t>
      </w:r>
      <w:r>
        <w:br/>
      </w:r>
      <w:r>
        <w:rPr>
          <w:sz w:val="20"/>
        </w:rPr>
        <w:t>2:46  dil ki gehraiyon se khuda ke liye hamd karna, khuda ki shukr ada karna, khuda ki nematoun ka zikr karna, is ka charcha karna, tab yeh jo hota hai, is ka jo price tabhi hai jab hum is tarah se khuda ki nematoun ka zikr karen.</w:t>
      </w:r>
      <w:r>
        <w:br/>
      </w:r>
      <w:r>
        <w:rPr>
          <w:sz w:val="20"/>
        </w:rPr>
        <w:t>3:07  to is tarah se jo hai, hum jabhi hum khuda ki blessings ko hum istemal karne ke qabil thehrenge jab hum is ka poore maani mein is ka khuda ka shukr ada karen.</w:t>
      </w:r>
      <w:r>
        <w:br/>
      </w:r>
      <w:r>
        <w:rPr>
          <w:sz w:val="20"/>
        </w:rPr>
        <w:t>3:23  to shukr jo hai, woh dekhiye sirf alhamdulillah kehne se nahi ho jata, jo aaj kal bohat zyada chala hua hai, balke shukr ke liye hamein bohat kuch sochna parta hai.</w:t>
      </w:r>
      <w:r>
        <w:br/>
      </w:r>
      <w:r>
        <w:rPr>
          <w:sz w:val="20"/>
        </w:rPr>
        <w:t>3:36  soch soch kar hamein shukr ke item ko discover karna parta hai, kyunke aisa hai ke hamein har cheez mili hui hai, hamein lagta hi nahi ke hum ko koi Khuda ki taraf se yeh khaas taur par hamare liye aa rahi hai.</w:t>
      </w:r>
      <w:r>
        <w:br/>
      </w:r>
      <w:r>
        <w:rPr>
          <w:sz w:val="20"/>
        </w:rPr>
        <w:t>3:51  woh toh har cheez available hai, is mein hum bhi, is mein hamein, is mein hamein bhi hissa mil raha hai.</w:t>
      </w:r>
      <w:r>
        <w:br/>
      </w:r>
      <w:r>
        <w:rPr>
          <w:sz w:val="20"/>
        </w:rPr>
        <w:t>3:57  to hamein yeh karna hai ke is ko aisa soch soch ke is tareeqe se samjhein is ko ke sirf hamare liye Khuda ne yeh paida kiya hai.</w:t>
      </w:r>
      <w:r>
        <w:br/>
      </w:r>
      <w:r>
        <w:rPr>
          <w:sz w:val="20"/>
        </w:rPr>
        <w:t>4:11  misal ke taur par jab suraj ki roshni hamein mile to hamein lage ke Allah taala ne yeh suraj ki roshni ka intezam hamare liye kiya hai.</w:t>
      </w:r>
      <w:r>
        <w:br/>
      </w:r>
      <w:r>
        <w:rPr>
          <w:sz w:val="20"/>
        </w:rPr>
        <w:t>4:22  tabhi ek bohat bara shukr ho sakta hai,</w:t>
      </w:r>
      <w:r>
        <w:br/>
      </w:r>
      <w:r>
        <w:rPr>
          <w:sz w:val="20"/>
        </w:rPr>
        <w:t>4:26  kyunke hum log zyada sochte nahi hain. ek baar aap aaye the Maulana ke paas, ji to Maulana ne kaha ke koi nai khabar bataiye.</w:t>
      </w:r>
      <w:r>
        <w:br/>
      </w:r>
      <w:r>
        <w:rPr>
          <w:sz w:val="20"/>
        </w:rPr>
        <w:t>4:35  ji ji to aap ne kaha Maulana aaj toh koi khabar hai nahi hamare paas. ji to Maulana subah ko balcony par baithe hue the to unhone kaha dekhiye suraj nikla hua hai, ji roshni charon taraf phaili hui hai, ji mujhe yaad hai chidiyan chehchaha rahi hain, hawaein chal rahi hain, to yeh sab koi news nahi hai.</w:t>
      </w:r>
      <w:r>
        <w:br/>
      </w:r>
      <w:r>
        <w:rPr>
          <w:sz w:val="20"/>
        </w:rPr>
        <w:t>4:54  jeem</w:t>
      </w:r>
      <w:r>
        <w:br/>
      </w:r>
      <w:r>
        <w:rPr>
          <w:sz w:val="20"/>
        </w:rPr>
        <w:t>4:55  ji to har waqt woh sochte rehte the ke kya kya Khuda ki blessings hain jis ke liye hamein shukr ada karna hai. to har waqt ek nai nai nai nai blessings ko woh discover karte the.</w:t>
      </w:r>
      <w:r>
        <w:br/>
      </w:r>
      <w:r>
        <w:rPr>
          <w:sz w:val="20"/>
        </w:rPr>
        <w:t>5:08  woh sab kuch bohat zyada sochne se hota hai. to hamein apne andar soch ki faculty ko develop karna hai, tabhi hum sahi maano mein Khuda ka shukr ada kar payenge.</w:t>
      </w:r>
      <w:r>
        <w:br/>
      </w:r>
      <w:r>
        <w:rPr>
          <w:sz w:val="20"/>
        </w:rPr>
        <w:t>5:21  ji</w:t>
      </w:r>
      <w:r>
        <w:br/>
      </w:r>
      <w:r>
        <w:rPr>
          <w:sz w:val="20"/>
        </w:rPr>
        <w:t>5:22  apa bilkul aap ne bohat achhe se wazeh kiya ke soch ki faculty ko develop karna hai. agar dekha jaye to shukr jo hai ek misbat nafsiyat paida karta hai, ek positive thinking paida karta hai, aur mukammal taur par woh ek negative psychology ko khatam karta hai.</w:t>
      </w:r>
      <w:r>
        <w:br/>
      </w:r>
      <w:r>
        <w:rPr>
          <w:sz w:val="20"/>
        </w:rPr>
        <w:t>5:40  aur hum yeh jante hain ke positive thinking hi taraqqi ka raaz hai. negative thinking se aap taraqqi hasil nahi kar sakte.</w:t>
      </w:r>
      <w:r>
        <w:br/>
      </w:r>
      <w:r>
        <w:rPr>
          <w:sz w:val="20"/>
        </w:rPr>
        <w:t>5:50  achha apa agar nashukri ke bare mein sochein to yeh kaha ja sakta hai ke is ka jo source hai woh yahi hai ke shaitan ka behkawa.</w:t>
      </w:r>
      <w:r>
        <w:br/>
      </w:r>
      <w:r>
        <w:rPr>
          <w:sz w:val="20"/>
        </w:rPr>
        <w:t>6:01  jab Allah taala ne Adam ko create kiya to unhone sabhi jinon aur farishton ko woh sajda karne ke liye kaha. farishte foran sajde mein gir pade, lekin Iblees ne inkar kar diya.</w:t>
      </w:r>
      <w:r>
        <w:br/>
      </w:r>
      <w:r>
        <w:rPr>
          <w:sz w:val="20"/>
        </w:rPr>
        <w:t>6:13  aur is ke baad Iblees ne yeh challenge kiya Khuda ko ke main in ke upar aage se aaunga, peeche se aaunga, dayein se aaunga, bayein se aaunga</w:t>
      </w:r>
      <w:r>
        <w:br/>
      </w:r>
      <w:r>
        <w:rPr>
          <w:sz w:val="20"/>
        </w:rPr>
        <w:t>6:24  ga, aur you will find most of them ungrateful. to yeh jo challenge throw kiya apa us ne, aur wahin pe hum ek farishton ka bhi example dekhte hain.</w:t>
      </w:r>
      <w:r>
        <w:br/>
      </w:r>
      <w:r>
        <w:rPr>
          <w:sz w:val="20"/>
        </w:rPr>
        <w:t>6:35  to main chahunga ke is ke hawale se bhi aap is is topic ke upar thori roshni dalo.</w:t>
      </w:r>
      <w:r>
        <w:br/>
      </w:r>
      <w:r>
        <w:rPr>
          <w:sz w:val="20"/>
        </w:rPr>
        <w:t>6:41  hmm, yeh Quran mein yeh baat aayi hai ke jab in in Allah taala ne Adam ko paida kiya to Allah taala ne hukum diya farishton ko aur jinon ko ke Adam ke aage sajda karein ge, matlab Adam ke aage jhuk jayein.</w:t>
      </w:r>
      <w:r>
        <w:br/>
      </w:r>
      <w:r>
        <w:rPr>
          <w:sz w:val="20"/>
        </w:rPr>
        <w:t>6:59  kyunke insan is dunya mein aaya hai, woh bohat kamzor makhlooq hai, us ko bohat zyada support chahiye.</w:t>
      </w:r>
      <w:r>
        <w:br/>
      </w:r>
      <w:r>
        <w:rPr>
          <w:sz w:val="20"/>
        </w:rPr>
        <w:t>7:07  to unhi farishton ke support se yeh poori dunya chal rahi hai, insan ke tamam kaam chal rahe hain. to is ka ek alamati taur par Allah taala ne hukum diya tha ke sab log jo hain Adam ke aage surrender karein.</w:t>
      </w:r>
      <w:r>
        <w:br/>
      </w:r>
      <w:r>
        <w:rPr>
          <w:sz w:val="20"/>
        </w:rPr>
        <w:t>7:22  to surrender is liye ke Allah taala ne sab se pehle to shaitan ko, shaitan to baad mein bana jab woh nashukri ki, us ne matlab jinon ki takhleeq ki.</w:t>
      </w:r>
      <w:r>
        <w:br/>
      </w:r>
      <w:r>
        <w:rPr>
          <w:sz w:val="20"/>
        </w:rPr>
        <w:t>7:33  to jin bohat hi zyada strong the</w:t>
      </w:r>
      <w:r>
        <w:br/>
      </w:r>
      <w:r>
        <w:rPr>
          <w:sz w:val="20"/>
        </w:rPr>
        <w:t>7:36  un ko aag se paida kiya gaya tha. to unhone zameen mein bohat zyada khoon kharaba kiya. to Allah taala ne faisla kiya ke ab doosri makhlooq paida karenge, aur woh bohat zyada is ke andar bohat zyada aqal diya insan ko ke soch soch kar sab kaam karega, shukr ada karega.</w:t>
      </w:r>
      <w:r>
        <w:br/>
      </w:r>
      <w:r>
        <w:rPr>
          <w:sz w:val="20"/>
        </w:rPr>
        <w:t>7:58  aur woh itna zyada sakht nahi tha, kyunke insaan ko mitti se paida kiya gaya tha. to</w:t>
      </w:r>
      <w:r>
        <w:br/>
      </w:r>
      <w:r>
        <w:rPr>
          <w:sz w:val="20"/>
        </w:rPr>
        <w:t>8:05  woh bohat aasani se Khuda ke aage submit karta hai, Khuda ke aage surrender karta hai. to is liye Allah taala ne kaha ke shaitanon se, jinnaat se ke woh jhuk jayein.</w:t>
      </w:r>
      <w:r>
        <w:br/>
      </w:r>
      <w:r>
        <w:rPr>
          <w:sz w:val="20"/>
        </w:rPr>
        <w:t>8:18  lekin woh nahi jhuke, woh is liye nahi jhuka. Iblees ka Quran mein aaya hai ke ana khairun min. mein is se behtar hoon, yaani mein aag se paida kiya gaya hoon, aur insaan jo hai woh mitti se paida kiya gaya hai.</w:t>
      </w:r>
      <w:r>
        <w:br/>
      </w:r>
      <w:r>
        <w:rPr>
          <w:sz w:val="20"/>
        </w:rPr>
        <w:t>8:34  to is se pata chalta hai ke is ka jo pride tha, woh yahan manne aya, woh rastay mein aa gaya. pride to us ne pride ki wajah se Khuda ke hukum ka inkar kiya.</w:t>
      </w:r>
      <w:r>
        <w:br/>
      </w:r>
      <w:r>
        <w:rPr>
          <w:sz w:val="20"/>
        </w:rPr>
        <w:t>8:46  yahan ek aur baat hai samajhne ki ke hamein Khuda ka hukum manna hai. agar Khuda keh raha hai sajda karne ko to hamein sajda karna hai, Khuda keh raha hai jhukne ko to hamein jhukna hai.</w:t>
      </w:r>
      <w:r>
        <w:br/>
      </w:r>
      <w:r>
        <w:rPr>
          <w:sz w:val="20"/>
        </w:rPr>
        <w:t>8:58  yeh nahi sochna hai ke hum to Khuda ke aage jhukte hain, hum insaan ke aage kyun jhukein?</w:t>
      </w:r>
      <w:r>
        <w:br/>
      </w:r>
      <w:r>
        <w:rPr>
          <w:sz w:val="20"/>
        </w:rPr>
        <w:t>9:04  to Khuda ke aage, Khuda ke hukum ke aage hamein tasleem kham kar dena hai, hamein jhuk jana hai. to lekin us ne kaha jab woh, jab Allah taala bohat zyada ghazab nak hue shaitan par ke us ne Allah ka hukum nahi mana, to us ne kaha ke yeh insaan ke liye,</w:t>
      </w:r>
      <w:r>
        <w:br/>
      </w:r>
      <w:r>
        <w:rPr>
          <w:sz w:val="20"/>
        </w:rPr>
        <w:t>9:25  insaan to bohat hi kamzor makhlooq hai, mein to is ko saare ko behka doon ga.</w:t>
      </w:r>
      <w:r>
        <w:br/>
      </w:r>
      <w:r>
        <w:rPr>
          <w:sz w:val="20"/>
        </w:rPr>
        <w:t>9:31  to us ne kaha ke jo khaas baat us ne kahi ke bohat kam logon ko aap shukr karne wala payein ge.</w:t>
      </w:r>
      <w:r>
        <w:br/>
      </w:r>
      <w:r>
        <w:rPr>
          <w:sz w:val="20"/>
        </w:rPr>
        <w:t>9:40  to is ka matlab hai ke shukr jo hai woh bohat hi zyada important hai hamara Khuda se taluq banane mein.</w:t>
      </w:r>
      <w:r>
        <w:br/>
      </w:r>
      <w:r>
        <w:rPr>
          <w:sz w:val="20"/>
        </w:rPr>
        <w:t>9:50  to kyunke shaitan bohat zyada zaheen tha, us ne is baat ko pakad liya ke yeh jo insaan hai, is ke andar desires bohat zyada hain, aur yeh desires jo hain kabhi bhi saari desires kisi ki bhi poori nahi hoti.</w:t>
      </w:r>
      <w:r>
        <w:br/>
      </w:r>
      <w:r>
        <w:rPr>
          <w:sz w:val="20"/>
        </w:rPr>
        <w:t>10:04  to yeh desires ki wajah se yeh skam kar jaye ga, aur yeh gunah kare ga, aur Allah ki nafarmani kare ga.</w:t>
      </w:r>
      <w:r>
        <w:br/>
      </w:r>
      <w:r>
        <w:rPr>
          <w:sz w:val="20"/>
        </w:rPr>
        <w:t>10:11  to us ne kaha ke mein tamam logon ko tere rastay se hata doon ga, nashukra banaoon ga, aur tu in logon ko shukr guzar nahi paye ga.</w:t>
      </w:r>
      <w:r>
        <w:br/>
      </w:r>
      <w:r>
        <w:rPr>
          <w:sz w:val="20"/>
        </w:rPr>
        <w:t>10:23  to is ka us ne woh bhi kiya jo Allah taala ne hukum diya tha ke ek tree hai jannat mein, us ka phal tum mat khana.</w:t>
      </w:r>
      <w:r>
        <w:br/>
      </w:r>
      <w:r>
        <w:rPr>
          <w:sz w:val="20"/>
        </w:rPr>
        <w:t>10:34  to</w:t>
      </w:r>
      <w:r>
        <w:br/>
      </w:r>
      <w:r>
        <w:rPr>
          <w:sz w:val="20"/>
        </w:rPr>
        <w:t>10:35  chunki insaan ke andar bohat zyada desire hai, aur woh ek ideal, har ideal ki talash mein hota hai, to shaitan ne us ko behkaya ke tum agar yeh phal tum ne kha liya to tum amar ho jao ge, everlasting life tum ko mil jaye gi.</w:t>
      </w:r>
      <w:r>
        <w:br/>
      </w:r>
      <w:r>
        <w:rPr>
          <w:sz w:val="20"/>
        </w:rPr>
        <w:t>10:53  to unhon ne woh phal kha liya, phir is ke baad woh jannat se nikal kar is dunya mein bheje gaye.</w:t>
      </w:r>
      <w:r>
        <w:br/>
      </w:r>
      <w:r>
        <w:rPr>
          <w:sz w:val="20"/>
        </w:rPr>
        <w:t>11:02  to is tareeqe se shaitan ne usi waqt kaha tha ke sirf woh log tere rastay par chalenge jo tere mukhlis bande hain, yaani jin ko tu ne select kar liya hai.</w:t>
      </w:r>
      <w:r>
        <w:br/>
      </w:r>
      <w:r>
        <w:rPr>
          <w:sz w:val="20"/>
        </w:rPr>
        <w:t>11:20  to wohi log sirf rastay par tere chalenge, baqi tamam logon ko mein behka doon ga.</w:t>
      </w:r>
      <w:r>
        <w:br/>
      </w:r>
      <w:r>
        <w:rPr>
          <w:sz w:val="20"/>
        </w:rPr>
        <w:t>11:26  a. to yeh bohat hi zyada serious baat hai ke shaitan ne yeh baat kahi ke tu in logon ko shukr guzar nahi paye ga.</w:t>
      </w:r>
      <w:r>
        <w:br/>
      </w:r>
      <w:r>
        <w:rPr>
          <w:sz w:val="20"/>
        </w:rPr>
        <w:t>11:35  to shukr guzari jo hai woh bohat zyada important hai.</w:t>
      </w:r>
      <w:r>
        <w:br/>
      </w:r>
      <w:r>
        <w:rPr>
          <w:sz w:val="20"/>
        </w:rPr>
        <w:t>11:40  shukr guzari hi ke zariye se hum Khuda ki marzi ko samajhte hain, Khuda ki marzi ke mutabiq apna amal karte hain, aur isi rastay mein hamein Khuda ki saari blessings milti hain.</w:t>
      </w:r>
      <w:r>
        <w:br/>
      </w:r>
      <w:r>
        <w:rPr>
          <w:sz w:val="20"/>
        </w:rPr>
        <w:t>11:57  ji</w:t>
      </w:r>
      <w:r>
        <w:br/>
      </w:r>
      <w:r>
        <w:rPr>
          <w:sz w:val="20"/>
        </w:rPr>
        <w:t>11:58  apa to jis tareeqe se aap ne bataya, ab ek sawal yeh bhi aata hai ke ek insaan ke liye kitni zyada mushkilein barh jati hain ke ek shaitan hai jo is taaq mein rehta hai ke us ko kaise seedhe rastay se hata de.</w:t>
      </w:r>
      <w:r>
        <w:br/>
      </w:r>
      <w:r>
        <w:rPr>
          <w:sz w:val="20"/>
        </w:rPr>
        <w:t>12:13  to in sab mushkilon ke bawajood kaise insaan apne andar shukr ke jazbat ya shukr ki feeling ko paida kar sakta hai, us ke baray mein batayein.</w:t>
      </w:r>
      <w:r>
        <w:br/>
      </w:r>
      <w:r>
        <w:rPr>
          <w:sz w:val="20"/>
        </w:rPr>
        <w:t>12:27  shukr ki feelings wahi hain ke insaan jo Khuda ki jo us ko blessings mili hui hain, unhi par ghaur o fikr kare, un ko discover kare.</w:t>
      </w:r>
      <w:r>
        <w:br/>
      </w:r>
      <w:r>
        <w:rPr>
          <w:sz w:val="20"/>
        </w:rPr>
        <w:t>12:38  yeh hazaron lakhon blessings insaan ko Khuda ki taraf se mili hui hain, lekin chuki jaise hum ek bachcha duniya mein aankh kholta hai, woh dekhta hai ke har cheez us ke liye available</w:t>
      </w:r>
      <w:r>
        <w:br/>
      </w:r>
      <w:r>
        <w:rPr>
          <w:sz w:val="20"/>
        </w:rPr>
        <w:t>12:51  hai, us ke maa baap hain, us ke rishtedar hain, us ke bahar sari cheezain jo hain us ko support kar rahi hain, aur har cheez us ke liye available hai.</w:t>
      </w:r>
      <w:r>
        <w:br/>
      </w:r>
      <w:r>
        <w:rPr>
          <w:sz w:val="20"/>
        </w:rPr>
        <w:t>13:01  market hai, wahan sab cheez us ko available hai, to woh use to ho jata hai. Us ko lagta hai ke yeh sari cheezain to bas mil rahi hain, hamare paas paisa hai, hum ja ke market mein cheezain khareed lete hain.</w:t>
      </w:r>
      <w:r>
        <w:br/>
      </w:r>
      <w:r>
        <w:rPr>
          <w:sz w:val="20"/>
        </w:rPr>
        <w:t>13:13  to aisa nahi</w:t>
      </w:r>
      <w:r>
        <w:br/>
      </w:r>
      <w:r>
        <w:rPr>
          <w:sz w:val="20"/>
        </w:rPr>
        <w:t>13:14  hai, hamein bohat ziyada ghaur o fikr karna hai ke har cheez hamein Khuda ki taraf se mil rahi hai. Khuda ne tamam cheezon ko is duniya mein potential ke roop mein rakh diya hai.</w:t>
      </w:r>
      <w:r>
        <w:br/>
      </w:r>
      <w:r>
        <w:rPr>
          <w:sz w:val="20"/>
        </w:rPr>
        <w:t>13:29  insaan kya karta hai? Sirf in potential ko actual banata hai. To hum kehte hain ke scientists jo hain woh inventor hain, scientists bhi inventor nahi hain, woh sirf discover karte hain.</w:t>
      </w:r>
      <w:r>
        <w:br/>
      </w:r>
      <w:r>
        <w:rPr>
          <w:sz w:val="20"/>
        </w:rPr>
        <w:t>13:42  Allah taala ne har cheez is duniya mein potential ke roop mein rakh diya hai. Ab scientists ne mehnat kar ke us ko discover kiya, aur tamam poori jo ek civilization banai, tarah tarah ki technology banai jo aaj hamare kaam aa rahi hai.</w:t>
      </w:r>
      <w:r>
        <w:br/>
      </w:r>
      <w:r>
        <w:rPr>
          <w:sz w:val="20"/>
        </w:rPr>
        <w:t>13:59  to insaan in cheezon ko soche. Misaal ke taur par insanon ne car banai. Ab agar petrol na hota to car kaise chalti?</w:t>
      </w:r>
      <w:r>
        <w:br/>
      </w:r>
      <w:r>
        <w:rPr>
          <w:sz w:val="20"/>
        </w:rPr>
        <w:t>14:11  to Allah taala ne petrol ke khazane bhi zameen ke neeche daal diye ke Allah ko pata tha ke kal car banegi, kal hamari industries banengi, carkhane banenge, to is mein un ki zaroorat padegi.</w:t>
      </w:r>
      <w:r>
        <w:br/>
      </w:r>
      <w:r>
        <w:rPr>
          <w:sz w:val="20"/>
        </w:rPr>
        <w:t>14:24  to Allah taala ne kaha ke Quran mein aaya hai ke hum ne har woh cheez tum ko de di jis ki tumhein zaroorat thi, aur isi sath mein yeh bhi hai ke aakhirat mein har woh cheez tumhein milegi jo tum desire karoge.</w:t>
      </w:r>
      <w:r>
        <w:br/>
      </w:r>
      <w:r>
        <w:rPr>
          <w:sz w:val="20"/>
        </w:rPr>
        <w:t>14:38  to</w:t>
      </w:r>
      <w:r>
        <w:br/>
      </w:r>
      <w:r>
        <w:rPr>
          <w:sz w:val="20"/>
        </w:rPr>
        <w:t>14:39  duniya mein har zaroorat ki cheez Allah ne di, aur aakhirat mein woh jo bhi hamari desires hongi, us ke mutabiq hamein milega.</w:t>
      </w:r>
      <w:r>
        <w:br/>
      </w:r>
      <w:r>
        <w:rPr>
          <w:sz w:val="20"/>
        </w:rPr>
        <w:t>14:48  to shukr ki feeling jo hum Maulana ne sikhaya, hum logon ko ke soch soch kar hamein apne andar shukr ki feeling paida karni hai.</w:t>
      </w:r>
      <w:r>
        <w:br/>
      </w:r>
      <w:r>
        <w:rPr>
          <w:sz w:val="20"/>
        </w:rPr>
        <w:t>14:58  ek ek cheez hamein sochna hai ke yeh Khuda ki di hui hai. Agar Khuda hamein nahi deta to hamein nahi milta. Khuda hi sare asbab paida karta hai.</w:t>
      </w:r>
      <w:r>
        <w:br/>
      </w:r>
      <w:r>
        <w:rPr>
          <w:sz w:val="20"/>
        </w:rPr>
        <w:t>15:07  kai baar aisa lagta hai ke ke is yeh achaanak ho gaya jo hum expect nahi kar rahe the, aur har taraf se woh Allah taala hi ki taraf se woh sara muqaddar hota hai, wohi hamein mil mil raha hota hai.</w:t>
      </w:r>
      <w:r>
        <w:br/>
      </w:r>
      <w:r>
        <w:rPr>
          <w:sz w:val="20"/>
        </w:rPr>
        <w:t>15:21  to us ko hum ne sochna hai, ghaur o fikr karna hai. Main ek misaal se wazeh karti hoon ke ek Meerut mein ek Shahzad sahib the, to un ko halq ka cancer ho gaya</w:t>
      </w:r>
      <w:r>
        <w:br/>
      </w:r>
      <w:r>
        <w:rPr>
          <w:sz w:val="20"/>
        </w:rPr>
        <w:t>15:34  tha. Woh hamare mission ke the, bohat ziyada mission ke liye kaam karte the. Jee to woh kuch bhi kha bhi nahi sakte the, jo advanced stage mein pani bhi nahi pi sakte the.</w:t>
      </w:r>
      <w:r>
        <w:br/>
      </w:r>
      <w:r>
        <w:rPr>
          <w:sz w:val="20"/>
        </w:rPr>
        <w:t>15:45  chamche se pani pilaya jata tha. To jab un ko log dekhne ke liye aate the to woh kehte the ke aap aap mujhe dekh kar aap kya sabak le rahe hain?</w:t>
      </w:r>
      <w:r>
        <w:br/>
      </w:r>
      <w:r>
        <w:rPr>
          <w:sz w:val="20"/>
        </w:rPr>
        <w:t>15:55  aap yeh sabak lijiye ke aap shukr ada kijiye ke aap kha sakte hain, aap pi sakt</w:t>
      </w:r>
      <w:r>
        <w:br/>
      </w:r>
      <w:r>
        <w:rPr>
          <w:sz w:val="20"/>
        </w:rPr>
        <w:t>16:02  e hain. Main to mera khana jo hai, main zara bhi ek do chamche bhi khana khata hoon to mere hazam hi nahi hota, pait mein hi rakha rehta hai. To aap kha sakte hain, aap pi sakte hain, aap Khuda ka shukr ada kariye.</w:t>
      </w:r>
      <w:r>
        <w:br/>
      </w:r>
      <w:r>
        <w:rPr>
          <w:sz w:val="20"/>
        </w:rPr>
        <w:t>16:14  ab din bhar log khate peete rehte hain, woh sochte nahi ke yeh Khuda ki taraf se yeh jo hamara digestive system hai, woh Khuda ne banaya hai,</w:t>
      </w:r>
      <w:r>
        <w:br/>
      </w:r>
      <w:r>
        <w:rPr>
          <w:sz w:val="20"/>
        </w:rPr>
        <w:t>16:23  aur hum khali mun mein khana rakhte hain, aur andar woh khana hazam kar ke woh hamara gosht, khoon, aur sari sare cells bante hain, jis se hamari sare kaam hote hain.</w:t>
      </w:r>
      <w:r>
        <w:br/>
      </w:r>
      <w:r>
        <w:rPr>
          <w:sz w:val="20"/>
        </w:rPr>
        <w:t>16:36  to sochna padega,</w:t>
      </w:r>
      <w:r>
        <w:br/>
      </w:r>
      <w:r>
        <w:rPr>
          <w:sz w:val="20"/>
        </w:rPr>
        <w:t>16:38  baghair soche hue hum bilkul janwaron ki tarah zindagi guzarenge, aur mar jayenge, aur aakhirat mein pachtane se kuch hoga nahi, kyunke yeh duniya hi hamare liye mauqa faraham karti hai ke hum kaam karein, aur is ke mutabiq jo hum amal karenge, usi ke mutabiq aakhirat mein hamein ek nayi zindagi milegi.</w:t>
      </w:r>
      <w:r>
        <w:br/>
      </w:r>
      <w:r>
        <w:rPr>
          <w:sz w:val="20"/>
        </w:rPr>
        <w:t>17:01  to insan jo hai, jis ke paas sab kuch hai, woh bhi nashukra hai,</w:t>
      </w:r>
      <w:r>
        <w:br/>
      </w:r>
      <w:r>
        <w:rPr>
          <w:sz w:val="20"/>
        </w:rPr>
        <w:t>17:07  jis ke paas nahi hai, woh bhi nashukra hai.aisa aisa is liye ke insan aik aisi makhlooq hai ke woh har cheez aik ideal sense mein chahta hai, aur dunya mein ideal us ko milta nahi.</w:t>
      </w:r>
      <w:r>
        <w:br/>
      </w:r>
      <w:r>
        <w:rPr>
          <w:sz w:val="20"/>
        </w:rPr>
        <w:t>17:21  dunya mein chounke yeh dunya jo hai, aik test ke tor par banai gayi hai, logon ko freedom di gayi hai, is freedom ko log kuch log use karte hain proper, kuch log misuse karte</w:t>
      </w:r>
      <w:r>
        <w:br/>
      </w:r>
      <w:r>
        <w:rPr>
          <w:sz w:val="20"/>
        </w:rPr>
        <w:t>17:34  hain. ab jo log misuse karte hain, is se hamein takleef phochti hai. sab ke alag alag interest hain, to har aadmi jab apna interest follow karega to doosre ka nuqsan hoga.</w:t>
      </w:r>
      <w:r>
        <w:br/>
      </w:r>
      <w:r>
        <w:rPr>
          <w:sz w:val="20"/>
        </w:rPr>
        <w:t>17:45  to is tareeqe se kabhi bhi aisa nahi hota ke tamam cheezein jo hum chahte hain, woh hamein mil jayein. to hum hamesha nashukri mein hi rehte hain.</w:t>
      </w:r>
      <w:r>
        <w:br/>
      </w:r>
      <w:r>
        <w:rPr>
          <w:sz w:val="20"/>
        </w:rPr>
        <w:t>17:54  yeh nahi ke jo kuch hamein mila hua hai, is ka shukr ada karein, kyunke agar hum is ka shukr ada karein ge to Allah taala khush hon ge, aur hamein aur zyada dein ge.</w:t>
      </w:r>
      <w:r>
        <w:br/>
      </w:r>
      <w:r>
        <w:rPr>
          <w:sz w:val="20"/>
        </w:rPr>
        <w:t>18:05  lekin hum shukriya nahi ada karte, jo kuch mila hua hai, usi ka shukr nahi ada karte. to Allah taala ne jo Quran mein kaha hai ke</w:t>
      </w:r>
      <w:r>
        <w:br/>
      </w:r>
      <w:r>
        <w:rPr>
          <w:sz w:val="20"/>
        </w:rPr>
        <w:t>18:15  lan shaqartum la azeedannakum agar tum shukr ada karo ge to hum tum ko aur zyada dein ge. to hamein dekhna hai, aur hadith mein aaya hai ke apne se kam ko dekho.</w:t>
      </w:r>
      <w:r>
        <w:br/>
      </w:r>
      <w:r>
        <w:rPr>
          <w:sz w:val="20"/>
        </w:rPr>
        <w:t>18:29  ab is ki aik achi misaal hai, Sheikh Saadi jo hain, aik bohat bare shayar hain Iran ke, medieval world ke shayar hain.</w:t>
      </w:r>
      <w:r>
        <w:br/>
      </w:r>
      <w:r>
        <w:rPr>
          <w:sz w:val="20"/>
        </w:rPr>
        <w:t>18:38  to woh unhon ne is tarah ki hikayatein likhte thay, stories, moral stories.</w:t>
      </w:r>
      <w:r>
        <w:br/>
      </w:r>
      <w:r>
        <w:rPr>
          <w:sz w:val="20"/>
        </w:rPr>
        <w:t>18:44  to unhon ne aik story likhi hai ke mere paon mein joota nahi tha, aur main chal raha tha, aur bohat ghamgeen tha ke mere paas joota nahi hai. to aage ja gaya to dekha to aik aadmi ke paas paon nahi hai.</w:t>
      </w:r>
      <w:r>
        <w:br/>
      </w:r>
      <w:r>
        <w:rPr>
          <w:sz w:val="20"/>
        </w:rPr>
        <w:t>18:56  to main Khuda ka shukr ada karne laga ke Allah taala ne mere dono paon sahi salamat banaye hain. to is tareeqe se hamein soch soch kar ke hamein Khuda ki taraf se kya mila hua hai, is par hamein shukr ada karna hai.</w:t>
      </w:r>
      <w:r>
        <w:br/>
      </w:r>
      <w:r>
        <w:rPr>
          <w:sz w:val="20"/>
        </w:rPr>
        <w:t>19:11  agar hum sochein ge nahi to phir hum proper maani mein shukr nahi ada kar sakte. ji, bohat achhe se aap ne is ko wazeh kiya, aap.</w:t>
      </w:r>
      <w:r>
        <w:br/>
      </w:r>
      <w:r>
        <w:rPr>
          <w:sz w:val="20"/>
        </w:rPr>
        <w:t>19:21  aur in fact, mujhe bhi yaad aa gaya Shehzad sahib ka qissa.</w:t>
      </w:r>
      <w:r>
        <w:br/>
      </w:r>
      <w:r>
        <w:rPr>
          <w:sz w:val="20"/>
        </w:rPr>
        <w:t>19:26  in fact, hum un se pehle bhi mile thay, aur jab un ka inteqal ho gaya tha to Maulana ka bhi safar hua tha, aur Maulana phir un ke bete se mil kar un se gale lage thay.</w:t>
      </w:r>
      <w:r>
        <w:br/>
      </w:r>
      <w:r>
        <w:rPr>
          <w:sz w:val="20"/>
        </w:rPr>
        <w:t>19:37  aur aik martaba meri un se baat hui thi jab woh bohat zyada dard mein thay, to unhon ne kaha tha ke "Raza sahib, jahan aik insan ka dard peak level pe hota hai, wahan se mera dard shuru hota hai." to is qadar woh dard mein thay, lekin is ke baad bhi un ki itni musbat soch thi, kyunke Al-Risala ko regularly padhte thay, Maulana ko bohat zyada follow karte thay, bohat mante thay.</w:t>
      </w:r>
      <w:r>
        <w:br/>
      </w:r>
      <w:r>
        <w:rPr>
          <w:sz w:val="20"/>
        </w:rPr>
        <w:t>20:02  to yeh kehte thay, jaise aap ne bataya ke "aap mujh ko dekh kar shukr karein, jo bhi un se milne aata tha ke aap pani pi sakte hain, aap khana digest kar sakte hain, aap dekh sakte hain, aap chal sakte</w:t>
      </w:r>
      <w:r>
        <w:br/>
      </w:r>
      <w:r>
        <w:rPr>
          <w:sz w:val="20"/>
        </w:rPr>
        <w:t>20:13  hain. main to is bistar se uth bhi nahi sakta." to hota yahi hai, apa, ke insan aksar cheezon ko for granted le leta hai. Maulana jaise kehte thay ke "har aik insan ko 99 percent mila hua hai, lekin sirf 1 percent nahi mila hai." aur yahi Shaitan ka maamla tha ke us ko sab kuch mila hua tha, sirf woh aik 1 percent jis pe Allah taala ne kaha ke "tum sajda karo", to us ne inkar kar diya, aur woh aik ungrateful,</w:t>
      </w:r>
      <w:r>
        <w:br/>
      </w:r>
      <w:r>
        <w:rPr>
          <w:sz w:val="20"/>
        </w:rPr>
        <w:t>20:40  ungrateful qarar diya</w:t>
      </w:r>
      <w:r>
        <w:br/>
      </w:r>
      <w:r>
        <w:rPr>
          <w:sz w:val="20"/>
        </w:rPr>
        <w:t>20:42  gaya. to stress, zindagi mein jo stress hota hai, is ka bhi karan yahi hai ke mile hue ko chhod kar insan aksar jo cheez nahi mili hui hai, us ke peeche bhagta hai.</w:t>
      </w:r>
      <w:r>
        <w:br/>
      </w:r>
      <w:r>
        <w:rPr>
          <w:sz w:val="20"/>
        </w:rPr>
        <w:t>20:53  to apa, yeh jo yeh jo cheez hum dekhte hain ke hum agar human civilization ko bhi dekhein ke kaise progress hui hai, from stone age to present industrial age, aur aap ne jaise abhi zikr bhi kiya ke Quran mein aaya hai ke hum ne woh sari cheezein insan ko de dein jo us ki zaroorat hai.</w:t>
      </w:r>
      <w:r>
        <w:br/>
      </w:r>
      <w:r>
        <w:rPr>
          <w:sz w:val="20"/>
        </w:rPr>
        <w:t>21:11  to woh sara saman aaj ki date mein hum agar dekhein to hum motor gaadi mein baith kar ja sakte hain, hawai jahaz se aik jagah se doosri jagah phoch sakte hain, telephone se kisi bhi dunya mein aik insan se connect kar sakte hain.</w:t>
      </w:r>
      <w:r>
        <w:br/>
      </w:r>
      <w:r>
        <w:rPr>
          <w:sz w:val="20"/>
        </w:rPr>
        <w:t>21:22  to kyun aik insan cheezon ko for granted leta hai</w:t>
      </w:r>
      <w:r>
        <w:br/>
      </w:r>
      <w:r>
        <w:rPr>
          <w:sz w:val="20"/>
        </w:rPr>
        <w:t>21:26  ؟ aisa kyun hai ke us ki aankhon ke samne sari cheezein maujood hain? woh agar peeche mud kar dekhe to woh paye ga ke us ke paas sab kuch hai.</w:t>
      </w:r>
      <w:r>
        <w:br/>
      </w:r>
      <w:r>
        <w:rPr>
          <w:sz w:val="20"/>
        </w:rPr>
        <w:t>21:35  to aisa kyun, apa? Khuda asal mein invisible hai, woh cause and effect ke tehat kaam kar raha hai.</w:t>
      </w:r>
      <w:r>
        <w:br/>
      </w:r>
      <w:r>
        <w:rPr>
          <w:sz w:val="20"/>
        </w:rPr>
        <w:t>21:44  ji, to hamein lagta hi nahin ke khuda ki taraf se yeh kaam ho raha hai. sahih, hamein lagta hai hamari mehnat hai, hamare maa baap ki mehnat hai, hamare doosre logon ki mehnat hai.</w:t>
      </w:r>
      <w:r>
        <w:br/>
      </w:r>
      <w:r>
        <w:rPr>
          <w:sz w:val="20"/>
        </w:rPr>
        <w:t>21:56  woh mehnat se woh kaam ho raha hai hamara. hum ne mehnat ki, hum ne taleem hasil ki, hamein acha job mil gaya, aur is ki wajah se hamare saare kaam chal rahe hain.</w:t>
      </w:r>
      <w:r>
        <w:br/>
      </w:r>
      <w:r>
        <w:rPr>
          <w:sz w:val="20"/>
        </w:rPr>
        <w:t>22:05  to hamein is jo asbab ka jo parda hai, is ko pharna parega. to tabhi hum samajh sakte hain ke khuda jo hai, sab kuch khuda kar raha hai, insan nahin kar raha hai.</w:t>
      </w:r>
      <w:r>
        <w:br/>
      </w:r>
      <w:r>
        <w:rPr>
          <w:sz w:val="20"/>
        </w:rPr>
        <w:t>22:19  isi liye bar bar aisa Allah taala dikhate hain, aur khas tor par bare bare logon ko dikhate hain. jaise abdul kalam speech de rahe the, speech dete dete ek dam se woh gir pade, un ko heart attack ho gaya aur khatam ho gaye.</w:t>
      </w:r>
      <w:r>
        <w:br/>
      </w:r>
      <w:r>
        <w:rPr>
          <w:sz w:val="20"/>
        </w:rPr>
        <w:t>22:35  to Allah taala dikhata hai ke dekho, khuda ka hukum tha, is liye woh bol rahe the. ab khuda ka hukum khatam ho gaya to un ka bolna bhi khatam ho gaya. to aise bar bar hota rehta hai.</w:t>
      </w:r>
      <w:r>
        <w:br/>
      </w:r>
      <w:r>
        <w:rPr>
          <w:sz w:val="20"/>
        </w:rPr>
        <w:t>22:46  to hum ko bohat hi gehri nazar chahiye, baseerat ki aankh chahiye, jo hum dekh saken ke yeh sab kuch khuda ki wajah se ho raha hai.</w:t>
      </w:r>
      <w:r>
        <w:br/>
      </w:r>
      <w:r>
        <w:rPr>
          <w:sz w:val="20"/>
        </w:rPr>
        <w:t>22:57  aur tamam jo cheezein hain duniya mein, farz kariye ke hamein khane peene ka saman chahiye, hum bazaar mein jaate hain, hamein mil jata hai.</w:t>
      </w:r>
      <w:r>
        <w:br/>
      </w:r>
      <w:r>
        <w:rPr>
          <w:sz w:val="20"/>
        </w:rPr>
        <w:t>23:06  aur farz kariye ke abhi drought ho jaye, barish hi na ho kahin, to hamein kya milega? khuda barish barsa raha hai, is se</w:t>
      </w:r>
      <w:r>
        <w:br/>
      </w:r>
      <w:r>
        <w:rPr>
          <w:sz w:val="20"/>
        </w:rPr>
        <w:t>23:15  ghalla ug raha hai, ghalla market mein aa raha hai. ab hamara ek percent is mein hai ke hamare paas paisa hai, aur woh woh ek percent bhi nahin hai, woh bhi khuda ki wajah se hai, aur hum ja ke is se bazaar se saman khareed lete hain.</w:t>
      </w:r>
      <w:r>
        <w:br/>
      </w:r>
      <w:r>
        <w:rPr>
          <w:sz w:val="20"/>
        </w:rPr>
        <w:t>23:28  to yahi sab sochna parega ke har kaam jo hai, woh khuda kar raha hai. hum chal bhi rahe hain to khuda chalwa raha hai, kyun ke agar zameen mein gravity na ho to hum chal nahin sakte.</w:t>
      </w:r>
      <w:r>
        <w:br/>
      </w:r>
      <w:r>
        <w:rPr>
          <w:sz w:val="20"/>
        </w:rPr>
        <w:t>23:39  jaise log jaate hain chand pe to woh chal chal nahin sakte hain, uṛte hain to</w:t>
      </w:r>
      <w:r>
        <w:br/>
      </w:r>
      <w:r>
        <w:rPr>
          <w:sz w:val="20"/>
        </w:rPr>
        <w:t>23:44  hawa mein teirte hain. to is tareeqe se agar hum gehri gehrai se sochen, tab hamein lagega ke har kaam khuda karwa raha hai. to hum agar khuda ka shukr na ada karen to kitni zyada bari yeh evil hai ke hum hum har cheez khuda ki le rahe hain aur is ka shukr nahin ada kar rahe hain, kyun ke khuda ko to kisi cheez ki zaroorat nahin hai.</w:t>
      </w:r>
      <w:r>
        <w:br/>
      </w:r>
      <w:r>
        <w:rPr>
          <w:sz w:val="20"/>
        </w:rPr>
        <w:t>24:07  khuda ko to sirf hamara shukr chahiye, hamari hamd chahiye, hum Allah ko yaad karen. hum</w:t>
      </w:r>
      <w:r>
        <w:br/>
      </w:r>
      <w:r>
        <w:rPr>
          <w:sz w:val="20"/>
        </w:rPr>
        <w:t>24:12  to yeh kaam hamein karna hai, warna hum ek user per ki hamari zindagi hogi. aur hum kisi ne, ek arab ne Maulana se kaha tha, ek alaarif ke insan aaj jo hai,</w:t>
      </w:r>
      <w:r>
        <w:br/>
      </w:r>
      <w:r>
        <w:rPr>
          <w:sz w:val="20"/>
        </w:rPr>
        <w:t>24:27  ne'maton ko to khoob khoob istemal kar raha hai, aur munim ki is ko khabar nahin hai. munim ko woh janta hi nahin ke munim kaun hai, dene wala kaun hai, sirf ne'maton ko istemal kar raha hai.</w:t>
      </w:r>
      <w:r>
        <w:br/>
      </w:r>
      <w:r>
        <w:rPr>
          <w:sz w:val="20"/>
        </w:rPr>
        <w:t>24:40  to yeh duniya mein yeh sab ho raha hai, akhirat mein jab woh pahunchega, tab us ko samajh mein aayega ke sab kuch khuda tha, khuda ki duniya thi, khuda ki tamam cheezein us ne istemal keen, aur khuda ka naam liye baghair.</w:t>
      </w:r>
      <w:r>
        <w:br/>
      </w:r>
      <w:r>
        <w:rPr>
          <w:sz w:val="20"/>
        </w:rPr>
        <w:t>24:54  to us waqt us ko samajh mein aayega, lekin us waqt ka samajhna jo hai, us ke kuch kaam nahin aayega. kaam to isi duniya mein, chunke Allah taala ne is duniya ko paida hi kiya hai ke hamara test ho,</w:t>
      </w:r>
      <w:r>
        <w:br/>
      </w:r>
      <w:r>
        <w:rPr>
          <w:sz w:val="20"/>
        </w:rPr>
        <w:t>25:07  to hamara jo test ho raha hai, woh isi duniya mein ho raha hai. to is hamein bohat zyada serious hona chahiye, aur bohat zyada soch samajh kar zindagi guzarni hai.</w:t>
      </w:r>
    </w:p>
    <w:p>
      <w:pPr>
        <w:pStyle w:val="Heading2"/>
      </w:pPr>
      <w:r>
        <w:t>Elaborate on contentment as door to gratitude</w:t>
      </w:r>
    </w:p>
    <w:p>
      <w:r>
        <w:rPr>
          <w:color w:val="666666"/>
          <w:sz w:val="18"/>
        </w:rPr>
        <w:t>Age of Consumerism January 6, 2013 · 1m 31s · at 1:20:59 · https://youtu.be/zJRZ1OKUhgA?t=4859</w:t>
      </w:r>
    </w:p>
    <w:p>
      <w:r>
        <w:rPr>
          <w:i/>
        </w:rPr>
        <w:t>“Contentment is the door to gratitude. Can you please elaborate on this?”</w:t>
      </w:r>
    </w:p>
    <w:p>
      <w:r>
        <w:rPr>
          <w:sz w:val="20"/>
        </w:rPr>
        <w:t>1:20:59  aap ise phir se sochiye to aap yeh baat aap ko clear ho jayegi. maulana, agla sawal dilli se hai, miss naghma siddiqui ka</w:t>
      </w:r>
      <w:r>
        <w:br/>
      </w:r>
      <w:r>
        <w:rPr>
          <w:sz w:val="20"/>
        </w:rPr>
        <w:t>1:21:10  . unhone aapse poocha hai: "contentment is the door to shukr. can you please elaborate on this?" sahi hai, contentment se aap destruction se bach jaate hain.</w:t>
      </w:r>
      <w:r>
        <w:br/>
      </w:r>
      <w:r>
        <w:rPr>
          <w:sz w:val="20"/>
        </w:rPr>
        <w:t>1:21:25  besk baat hai distrakshan. distrakshan agar aap containment ka tareeqa na ikhtiyar karein to kya hoga?</w:t>
      </w:r>
      <w:r>
        <w:br/>
      </w:r>
      <w:r>
        <w:rPr>
          <w:sz w:val="20"/>
        </w:rPr>
        <w:t>1:21:36  shauq ke peeche daudeinge, khwahish ke peeche daudeinge, numaish ke peeche daudeinge, fashion ke peeche daudeinge. to kya hai?</w:t>
      </w:r>
      <w:r>
        <w:br/>
      </w:r>
      <w:r>
        <w:rPr>
          <w:sz w:val="20"/>
        </w:rPr>
        <w:t>1:21:46  distract hote rahenge. jab distract hote rahenge to Allah ke bare mein sochne ka sochne ka waqt hi aap ke paas nahi hoga. jab aap Allah ke liye sochenge, tab to shukr aayega.</w:t>
      </w:r>
      <w:r>
        <w:br/>
      </w:r>
      <w:r>
        <w:rPr>
          <w:sz w:val="20"/>
        </w:rPr>
        <w:t>1:21:56  nahi to shukr aayega kaise? shukr jo hai, ek deep thinking se aata hai.</w:t>
      </w:r>
      <w:r>
        <w:br/>
      </w:r>
      <w:r>
        <w:rPr>
          <w:sz w:val="20"/>
        </w:rPr>
        <w:t>1:22:02  shukr yeh nahi ke lip service karte hue kuch bol dein. aap Khuda tera shukr hai, yeh shukr nahi hai. shukr yeh hai ke aap deep thinking karein.</w:t>
      </w:r>
      <w:r>
        <w:br/>
      </w:r>
      <w:r>
        <w:rPr>
          <w:sz w:val="20"/>
        </w:rPr>
        <w:t>1:22:11  aap ko ek discovery ho, us discovery aap ke munh se nikal pade. to us ke liye zaroori hai ke aap logon ko distraction se bachayein, warna warna shukr koi lip service hogi, haqeeqi shukr nahi hoga.</w:t>
      </w:r>
    </w:p>
    <w:p>
      <w:pPr>
        <w:pStyle w:val="Heading2"/>
      </w:pPr>
      <w:r>
        <w:t>Consciously increasing iman</w:t>
      </w:r>
    </w:p>
    <w:p>
      <w:r>
        <w:rPr>
          <w:color w:val="666666"/>
          <w:sz w:val="18"/>
        </w:rPr>
        <w:t>Divine Help February 09, 2014 Maulana Wahiduddin Khan · 3m 55s · at 50:52 · https://youtu.be/eJBjiYGZcKY?t=3052</w:t>
      </w:r>
    </w:p>
    <w:p>
      <w:r>
        <w:rPr>
          <w:i/>
        </w:rPr>
        <w:t>“How can I increase my iman in a conscious way and...?”</w:t>
      </w:r>
    </w:p>
    <w:p>
      <w:r>
        <w:rPr>
          <w:sz w:val="20"/>
        </w:rPr>
        <w:t>50:52  Maulana agla sawal Islamabad Pakistan se hai.</w:t>
      </w:r>
      <w:r>
        <w:br/>
      </w:r>
      <w:r>
        <w:rPr>
          <w:sz w:val="20"/>
        </w:rPr>
        <w:t>50:57  Waseem Bari sahib ka.</w:t>
      </w:r>
      <w:r>
        <w:br/>
      </w:r>
      <w:r>
        <w:rPr>
          <w:sz w:val="20"/>
        </w:rPr>
        <w:t>51:03  انہوں نے آپ سے پوچھا ہے کہ How can I increase my iman in a conscious way and</w:t>
      </w:r>
      <w:r>
        <w:br/>
      </w:r>
      <w:r>
        <w:rPr>
          <w:sz w:val="20"/>
        </w:rPr>
        <w:t>51:09  permanently? is ke baray mein batayen.</w:t>
      </w:r>
      <w:r>
        <w:br/>
      </w:r>
      <w:r>
        <w:rPr>
          <w:sz w:val="20"/>
        </w:rPr>
        <w:t>51:14  pehli baat yeh hai ke aap sincere banen.</w:t>
      </w:r>
      <w:r>
        <w:br/>
      </w:r>
      <w:r>
        <w:rPr>
          <w:sz w:val="20"/>
        </w:rPr>
        <w:t>51:20  koi batane wala nahi bata sakta aap ko.</w:t>
      </w:r>
      <w:r>
        <w:br/>
      </w:r>
      <w:r>
        <w:rPr>
          <w:sz w:val="20"/>
        </w:rPr>
        <w:t>51:25  aap kisi aadmi se poochen ke main pani kaise piyoon? to kya batayega woh? dekhiye yeh sawal</w:t>
      </w:r>
      <w:r>
        <w:br/>
      </w:r>
      <w:r>
        <w:rPr>
          <w:sz w:val="20"/>
        </w:rPr>
        <w:t>51:31  poochne ka nahi hai.</w:t>
      </w:r>
      <w:r>
        <w:br/>
      </w:r>
      <w:r>
        <w:rPr>
          <w:sz w:val="20"/>
        </w:rPr>
        <w:t>51:36  main raat ke waqt sooon kaise? aur piyas lage to pani kaise piyoon? yeh poochne ki baat nahi hai.</w:t>
      </w:r>
      <w:r>
        <w:br/>
      </w:r>
      <w:r>
        <w:rPr>
          <w:sz w:val="20"/>
        </w:rPr>
        <w:t>51:42  aap sincere baniyen.</w:t>
      </w:r>
      <w:r>
        <w:br/>
      </w:r>
      <w:r>
        <w:rPr>
          <w:sz w:val="20"/>
        </w:rPr>
        <w:t>51:48  yaani aap is ko apna soul concern banaiye.</w:t>
      </w:r>
      <w:r>
        <w:br/>
      </w:r>
      <w:r>
        <w:rPr>
          <w:sz w:val="20"/>
        </w:rPr>
        <w:t>51:53  to kya hoga? aap ka zehn activate hoga.</w:t>
      </w:r>
      <w:r>
        <w:br/>
      </w:r>
      <w:r>
        <w:rPr>
          <w:sz w:val="20"/>
        </w:rPr>
        <w:t>51:59  aap ke andar thinking process jari hoga.</w:t>
      </w:r>
      <w:r>
        <w:br/>
      </w:r>
      <w:r>
        <w:rPr>
          <w:sz w:val="20"/>
        </w:rPr>
        <w:t>52:04  phir aap ko agar sincere hain, waqeatan sincere to batayega woh aap ki sincerity batayegi ke</w:t>
      </w:r>
      <w:r>
        <w:br/>
      </w:r>
      <w:r>
        <w:rPr>
          <w:sz w:val="20"/>
        </w:rPr>
        <w:t>52:10  Save yourself from all kinds of distraction.</w:t>
      </w:r>
      <w:r>
        <w:br/>
      </w:r>
      <w:r>
        <w:rPr>
          <w:sz w:val="20"/>
        </w:rPr>
        <w:t>52:16  apni conditioning ko torto.</w:t>
      </w:r>
      <w:r>
        <w:br/>
      </w:r>
      <w:r>
        <w:rPr>
          <w:sz w:val="20"/>
        </w:rPr>
        <w:t>52:21  apne aap ko deconnection banao.</w:t>
      </w:r>
      <w:r>
        <w:br/>
      </w:r>
      <w:r>
        <w:rPr>
          <w:sz w:val="20"/>
        </w:rPr>
        <w:t>52:27  Distraction se apne aap ko bachao.</w:t>
      </w:r>
      <w:r>
        <w:br/>
      </w:r>
      <w:r>
        <w:rPr>
          <w:sz w:val="20"/>
        </w:rPr>
        <w:t>52:32  Yeh sab aap ki sincerity bataey gi.</w:t>
      </w:r>
      <w:r>
        <w:br/>
      </w:r>
      <w:r>
        <w:rPr>
          <w:sz w:val="20"/>
        </w:rPr>
        <w:t>52:38  Dekhiye koi bhi batane wala nahi bata sakta.</w:t>
      </w:r>
      <w:r>
        <w:br/>
      </w:r>
      <w:r>
        <w:rPr>
          <w:sz w:val="20"/>
        </w:rPr>
        <w:t>52:44  Jo bataye gi woh aap ki sincerity, aap ki sanjeedgi.</w:t>
      </w:r>
      <w:r>
        <w:br/>
      </w:r>
      <w:r>
        <w:rPr>
          <w:sz w:val="20"/>
        </w:rPr>
        <w:t>52:49  Aise sawal jo hain aadmi ko apne aap se karne chahiye.</w:t>
      </w:r>
      <w:r>
        <w:br/>
      </w:r>
      <w:r>
        <w:rPr>
          <w:sz w:val="20"/>
        </w:rPr>
        <w:t>52:55  Keh mein jo chahta hoon us ke liye mein kitna sacrifice de sakta hoon? Kitni qurbani? Mein sachai</w:t>
      </w:r>
      <w:r>
        <w:br/>
      </w:r>
      <w:r>
        <w:rPr>
          <w:sz w:val="20"/>
        </w:rPr>
        <w:t>53:00  Chahta hoon to sachai ek qeemat mangti hai, qeemat.</w:t>
      </w:r>
      <w:r>
        <w:br/>
      </w:r>
      <w:r>
        <w:rPr>
          <w:sz w:val="20"/>
        </w:rPr>
        <w:t>53:06  Woh qeemat yeh hai aap apne aap ko conditioning se bachaen.</w:t>
      </w:r>
      <w:r>
        <w:br/>
      </w:r>
      <w:r>
        <w:rPr>
          <w:sz w:val="20"/>
        </w:rPr>
        <w:t>53:12  Apne aap ko distraction se bachaen.</w:t>
      </w:r>
      <w:r>
        <w:br/>
      </w:r>
      <w:r>
        <w:rPr>
          <w:sz w:val="20"/>
        </w:rPr>
        <w:t>53:17  Apne aap ko deconnection bataen. Banaen.</w:t>
      </w:r>
      <w:r>
        <w:br/>
      </w:r>
      <w:r>
        <w:rPr>
          <w:sz w:val="20"/>
        </w:rPr>
        <w:t>53:23  Apne habits ko badlen.</w:t>
      </w:r>
      <w:r>
        <w:br/>
      </w:r>
      <w:r>
        <w:rPr>
          <w:sz w:val="20"/>
        </w:rPr>
        <w:t>53:28  Bachpan se aadmi ke habit lag jaate hain.</w:t>
      </w:r>
      <w:r>
        <w:br/>
      </w:r>
      <w:r>
        <w:rPr>
          <w:sz w:val="20"/>
        </w:rPr>
        <w:t>53:34  Tarah tarah ke habit.</w:t>
      </w:r>
      <w:r>
        <w:br/>
      </w:r>
      <w:r>
        <w:rPr>
          <w:sz w:val="20"/>
        </w:rPr>
        <w:t>53:40  Is se apne aap ko bachaen.</w:t>
      </w:r>
      <w:r>
        <w:br/>
      </w:r>
      <w:r>
        <w:rPr>
          <w:sz w:val="20"/>
        </w:rPr>
        <w:t>53:45  Jhoote shauq se bachaen.</w:t>
      </w:r>
      <w:r>
        <w:br/>
      </w:r>
      <w:r>
        <w:rPr>
          <w:sz w:val="20"/>
        </w:rPr>
        <w:t>53:51  Kisi ko stage ka shauq hai.</w:t>
      </w:r>
      <w:r>
        <w:br/>
      </w:r>
      <w:r>
        <w:rPr>
          <w:sz w:val="20"/>
        </w:rPr>
        <w:t>53:56  Kisi ko sair o siyahat ka shauq hai.</w:t>
      </w:r>
      <w:r>
        <w:br/>
      </w:r>
      <w:r>
        <w:rPr>
          <w:sz w:val="20"/>
        </w:rPr>
        <w:t>54:02  Kisi ko luxury ka shauq hai.</w:t>
      </w:r>
      <w:r>
        <w:br/>
      </w:r>
      <w:r>
        <w:rPr>
          <w:sz w:val="20"/>
        </w:rPr>
        <w:t>54:08  Is se bachaen.</w:t>
      </w:r>
      <w:r>
        <w:br/>
      </w:r>
      <w:r>
        <w:rPr>
          <w:sz w:val="20"/>
        </w:rPr>
        <w:t>54:13  Apna focus sirf ek cheez pe dalen woh hai sachai.</w:t>
      </w:r>
      <w:r>
        <w:br/>
      </w:r>
      <w:r>
        <w:rPr>
          <w:sz w:val="20"/>
        </w:rPr>
        <w:t>54:19  Keh to yeh sab kuch kahan se aye gi? Aap ki sincerity se aye gi.</w:t>
      </w:r>
      <w:r>
        <w:br/>
      </w:r>
      <w:r>
        <w:rPr>
          <w:sz w:val="20"/>
        </w:rPr>
        <w:t>54:24  Agar aap sincere nahi hain to kuch bhi nahi, kuch bhi nahi, kuch bhi nahi.</w:t>
      </w:r>
      <w:r>
        <w:br/>
      </w:r>
      <w:r>
        <w:rPr>
          <w:sz w:val="20"/>
        </w:rPr>
        <w:t>54:30  To sab se pehle apne aap ko sachai ke muamle mein sincere banaiye. Sanjeeda banaiye.</w:t>
      </w:r>
      <w:r>
        <w:br/>
      </w:r>
      <w:r>
        <w:rPr>
          <w:sz w:val="20"/>
        </w:rPr>
        <w:t>54:36  To sanjeedgi apne aap mein moallim ban jaye gi, teacher ban jaye gi.</w:t>
      </w:r>
      <w:r>
        <w:br/>
      </w:r>
      <w:r>
        <w:rPr>
          <w:sz w:val="20"/>
        </w:rPr>
        <w:t>54:41  Woh sab kuch aap ko batati chali jaye gi.</w:t>
      </w:r>
    </w:p>
    <w:p>
      <w:pPr>
        <w:pStyle w:val="Heading2"/>
      </w:pPr>
      <w:r>
        <w:t>How to practice patience and earn reward?</w:t>
      </w:r>
    </w:p>
    <w:p>
      <w:r>
        <w:rPr>
          <w:color w:val="666666"/>
          <w:sz w:val="18"/>
        </w:rPr>
        <w:t>Problem and Shukr March 15, 2015 · 3m 22s · at 55:51 · https://youtu.be/SPBsXjH1hzM?t=3351</w:t>
      </w:r>
    </w:p>
    <w:p>
      <w:r>
        <w:rPr>
          <w:i/>
        </w:rPr>
        <w:t>“I agree with you in what you said today, that we should accept Allah's plan and be patient towards men and thankful towards Allah. But practically, when I try to implement this, I lose patience in certain situations, even though mentally I want to follow. How can I correct myself to exercise patience and earn the reward of Allah?”</w:t>
      </w:r>
    </w:p>
    <w:p>
      <w:r>
        <w:rPr>
          <w:sz w:val="20"/>
        </w:rPr>
        <w:t>55:51  Maulana, agla sawal kya hai? Adil Muhammad Sahib ne Muradabad se, aur unhon ne likha hai ke Maulana, I agree with you in what you said today, that we should accept Allah's plan and be patient towards men and thankful towards Allah.</w:t>
      </w:r>
      <w:r>
        <w:br/>
      </w:r>
      <w:r>
        <w:rPr>
          <w:sz w:val="20"/>
        </w:rPr>
        <w:t>56:10  baat Maulana, practically, when I try to implement this, then I lose patience in certain situations,</w:t>
      </w:r>
      <w:r>
        <w:br/>
      </w:r>
      <w:r>
        <w:rPr>
          <w:sz w:val="20"/>
        </w:rPr>
        <w:t>56:19  I want to follow and agree with what you just said today. How can I correct myself as I want to exercise patience and earn the reward of Allah?</w:t>
      </w:r>
      <w:r>
        <w:br/>
      </w:r>
      <w:r>
        <w:rPr>
          <w:sz w:val="20"/>
        </w:rPr>
        <w:t>56:32  please guide me from where to begin, as i really want to change myself. dekhiye, patience jo hai, wahi to prize hai.</w:t>
      </w:r>
      <w:r>
        <w:br/>
      </w:r>
      <w:r>
        <w:rPr>
          <w:sz w:val="20"/>
        </w:rPr>
        <w:t>56:41  patience jo hai, wahi price hai dunya mein hamd aur shukr ke sath jeene ke liye. to aap price nahi denge to cheez milegi kaise aap ko?</w:t>
      </w:r>
      <w:r>
        <w:br/>
      </w:r>
      <w:r>
        <w:rPr>
          <w:sz w:val="20"/>
        </w:rPr>
        <w:t>56:52  aap ko ek car khareedna hai to kya aap baghair price diye car mil jayegi aap ko?</w:t>
      </w:r>
      <w:r>
        <w:br/>
      </w:r>
      <w:r>
        <w:rPr>
          <w:sz w:val="20"/>
        </w:rPr>
        <w:t>56:59  to woh to price hai, kyunke dunya mein qabt hi rahega, problem hi rahega, challenge hi rahenge, in in unbounded situation hi rahegi.</w:t>
      </w:r>
      <w:r>
        <w:br/>
      </w:r>
      <w:r>
        <w:rPr>
          <w:sz w:val="20"/>
        </w:rPr>
        <w:t>57:10  achha, is ko aap badal nahi sakte, kyunke woh to Khuda ke God given yani freedom ki wajah se hai. to patience jo price hai, is price ko diye baghair aap ko kabhi bhi apne andar positive personality nahi bana payenge.</w:t>
      </w:r>
      <w:r>
        <w:br/>
      </w:r>
      <w:r>
        <w:rPr>
          <w:sz w:val="20"/>
        </w:rPr>
        <w:t>57:26  aap</w:t>
      </w:r>
      <w:r>
        <w:br/>
      </w:r>
      <w:r>
        <w:rPr>
          <w:sz w:val="20"/>
        </w:rPr>
        <w:t>57:27  jab positive personality nahi bana payenge to na shukr hoga na hamd hoga. to is ke to aap ko kuch aur dhoondna hi nahi hai.</w:t>
      </w:r>
      <w:r>
        <w:br/>
      </w:r>
      <w:r>
        <w:rPr>
          <w:sz w:val="20"/>
        </w:rPr>
        <w:t>57:36  is ko yeh samajh kar ada karna hai ke jo price hai, jo mujhe dena hi dena hai, jis tarah car khareedne ke liye mujhe price deni padti hai, tab mujhe car milti hai.</w:t>
      </w:r>
      <w:r>
        <w:br/>
      </w:r>
      <w:r>
        <w:rPr>
          <w:sz w:val="20"/>
        </w:rPr>
        <w:t>57:46  aise hi price yahan bhi ek muamla hai. patience ki price to deni hi padegi. is ka koi doosra shortcut nahi hai.</w:t>
      </w:r>
      <w:r>
        <w:br/>
      </w:r>
      <w:r>
        <w:rPr>
          <w:sz w:val="20"/>
        </w:rPr>
        <w:t>57:54  is ka</w:t>
      </w:r>
      <w:r>
        <w:br/>
      </w:r>
      <w:r>
        <w:rPr>
          <w:sz w:val="20"/>
        </w:rPr>
        <w:t>57:58  Maulana, agla comment aaya hai Kashmir se Shad Hussain sahib ka, aur unhone likha hai ke Maulana, thank you for unfolding the meanings of hamd and qabt in a wonderful contrast.</w:t>
      </w:r>
      <w:r>
        <w:br/>
      </w:r>
      <w:r>
        <w:rPr>
          <w:sz w:val="20"/>
        </w:rPr>
        <w:t>58:13  your explanation gives us thrilling perception about Quranic terms. may God reward you.</w:t>
      </w:r>
    </w:p>
    <w:p>
      <w:pPr>
        <w:pStyle w:val="Heading2"/>
      </w:pPr>
      <w:r>
        <w:t>Seeking spiritual guidance</w:t>
      </w:r>
    </w:p>
    <w:p>
      <w:r>
        <w:rPr>
          <w:color w:val="666666"/>
          <w:sz w:val="18"/>
        </w:rPr>
        <w:t>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Elaboration on patience with reflection</w:t>
      </w:r>
    </w:p>
    <w:p>
      <w:r>
        <w:rPr>
          <w:color w:val="666666"/>
          <w:sz w:val="18"/>
        </w:rPr>
        <w:t>Patience and Crisis 22 Dec 2019 - Maulana Wahiduddin Khan · 2m 39s · at 43:26 · https://youtu.be/ddnUKbhEoCI?t=2606</w:t>
      </w:r>
    </w:p>
    <w:p>
      <w:r>
        <w:rPr>
          <w:i/>
        </w:rPr>
        <w:t>“Thank you for giving such a clear lecture on the importance of patience and advanced training for paradise. Yesterday you said patience with reflection is the best thing. Can you please elaborate on patience with reflection?”</w:t>
      </w:r>
    </w:p>
    <w:p>
      <w:r>
        <w:rPr>
          <w:sz w:val="20"/>
        </w:rPr>
        <w:t>43:26  maulana agla comment aur sawal dilli se aaya hai doctor naghma siddiqui ka. unhone likha hai: "maulana jazak allah for giving such a clear lecture on the importance of sabr aur advance training for jannat.</w:t>
      </w:r>
      <w:r>
        <w:br/>
      </w:r>
      <w:r>
        <w:rPr>
          <w:sz w:val="20"/>
        </w:rPr>
        <w:t>43:43  yesterday maulana you had said sabr with tadabbur is the best thing. can you please elaborate on this?"</w:t>
      </w:r>
      <w:r>
        <w:br/>
      </w:r>
      <w:r>
        <w:rPr>
          <w:sz w:val="20"/>
        </w:rPr>
        <w:t>43:57  sabr with tadabbur. ji. ji.</w:t>
      </w:r>
      <w:r>
        <w:br/>
      </w:r>
      <w:r>
        <w:rPr>
          <w:sz w:val="20"/>
        </w:rPr>
        <w:t>44:04  main toh samajhta hoon ke sabr aur tadabbur dono laazim malzoom hain. sabr ke baghair tadabbur nahi, tadabbur ke baghair sabr nahi.</w:t>
      </w:r>
      <w:r>
        <w:br/>
      </w:r>
      <w:r>
        <w:rPr>
          <w:sz w:val="20"/>
        </w:rPr>
        <w:t>44:18  aap ko apne aap ko sambhalna padta hai, apne aap ko thamna padta hai. tab aap sabr kar payenge, tab aap tadabbur kar payenge.</w:t>
      </w:r>
      <w:r>
        <w:br/>
      </w:r>
      <w:r>
        <w:rPr>
          <w:sz w:val="20"/>
        </w:rPr>
        <w:t>44:32  apne aap ko thamna.</w:t>
      </w:r>
      <w:r>
        <w:br/>
      </w:r>
      <w:r>
        <w:rPr>
          <w:sz w:val="20"/>
        </w:rPr>
        <w:t>44:38  toh yeh bataiye toh aap ke liye khushi ka lamha hona chahiye, na ke ghusse ka lamha.</w:t>
      </w:r>
      <w:r>
        <w:br/>
      </w:r>
      <w:r>
        <w:rPr>
          <w:sz w:val="20"/>
        </w:rPr>
        <w:t>44:51  maulana ah agla comment bheja hai tampa florida se tariq ali sahib ne. unhone likha hai: "maulana i hope you would agree if i say that patience during difficult times in fact allows the mind to function in an efficient manner during the times of crisis,</w:t>
      </w:r>
      <w:r>
        <w:br/>
      </w:r>
      <w:r>
        <w:rPr>
          <w:sz w:val="20"/>
        </w:rPr>
        <w:t>45:14  because this ensures good decision making. in addition it leads to the development of human faculties to their fullest, to their full capacity in order to face all kinds of situations in life.</w:t>
      </w:r>
      <w:r>
        <w:br/>
      </w:r>
      <w:r>
        <w:rPr>
          <w:sz w:val="20"/>
        </w:rPr>
        <w:t>45:30  most of all it helps in discovering god's wonders and accepting his will." bahut achha explain kiya aap ne, bahut achha explain kiya aap ne.</w:t>
      </w:r>
      <w:r>
        <w:br/>
      </w:r>
      <w:r>
        <w:rPr>
          <w:sz w:val="20"/>
        </w:rPr>
        <w:t>45:43  jazakum allah. miss tuti malhotra ne dilli se likha hai: "maulana today the importance of patience has been very clearly explained.</w:t>
      </w:r>
      <w:r>
        <w:br/>
      </w:r>
      <w:r>
        <w:rPr>
          <w:sz w:val="20"/>
        </w:rPr>
        <w:t>45:55  at answers the questions when people ask the limit of observing patience. if there is no limit to paradise, then there is no limit to patience.</w:t>
      </w:r>
    </w:p>
    <w:p>
      <w:pPr>
        <w:pStyle w:val="Heading2"/>
      </w:pPr>
      <w:r>
        <w:t>How to guide youth in a glamorous world?</w:t>
      </w:r>
    </w:p>
    <w:p>
      <w:r>
        <w:rPr>
          <w:color w:val="666666"/>
          <w:sz w:val="18"/>
        </w:rPr>
        <w:t>Realization of God December 18, 2016 Maulana Wahiduddin Khan · 37s · at 1:03:58 · https://youtu.be/LHKb2btTIT8?t=3838</w:t>
      </w:r>
    </w:p>
    <w:p>
      <w:r>
        <w:rPr>
          <w:i/>
        </w:rPr>
        <w:t>“I really loved your talk today. My question is that today's generation is more into fast track world full of glamour and...”</w:t>
      </w:r>
    </w:p>
    <w:p>
      <w:r>
        <w:rPr>
          <w:sz w:val="20"/>
        </w:rPr>
        <w:t>1:03:58  tor par maujood hai us ko hum actual tor par is se daryaft karte hain maulana agla sawal</w:t>
      </w:r>
      <w:r>
        <w:br/>
      </w:r>
      <w:r>
        <w:rPr>
          <w:sz w:val="20"/>
        </w:rPr>
        <w:t>1:04:05  bahrain se shabbir sahib ne kiya hai aur unhon ne likha hai maulana sahib I really loved your</w:t>
      </w:r>
      <w:r>
        <w:br/>
      </w:r>
      <w:r>
        <w:rPr>
          <w:sz w:val="20"/>
        </w:rPr>
        <w:t>1:04:13  talk today my question is that today's generation is more into fast track world full of glamour and</w:t>
      </w:r>
      <w:r>
        <w:br/>
      </w:r>
      <w:r>
        <w:rPr>
          <w:sz w:val="20"/>
        </w:rPr>
        <w:t>1:04:21  material pleasures how can we bring their attention towards the path of God realization kuch nahi aap ko</w:t>
      </w:r>
      <w:r>
        <w:br/>
      </w:r>
      <w:r>
        <w:rPr>
          <w:sz w:val="20"/>
        </w:rPr>
        <w:t>1:04:28  kitabein padhaiye hazaron logon ko yani faida hua kitabon se woh is se bahar aaye hain sab se</w:t>
      </w:r>
    </w:p>
    <w:p>
      <w:pPr>
        <w:pStyle w:val="Heading2"/>
      </w:pPr>
      <w:r>
        <w:t>Best way to thank Allah</w:t>
      </w:r>
    </w:p>
    <w:p>
      <w:r>
        <w:rPr>
          <w:color w:val="666666"/>
          <w:sz w:val="18"/>
        </w:rPr>
        <w:t>God in the Age of Science January 08, 2017 · 1m 07s · at 55:17 · https://youtu.be/au1bRdQDZ0U?t=3317</w:t>
      </w:r>
    </w:p>
    <w:p>
      <w:r>
        <w:rPr>
          <w:i/>
        </w:rPr>
        <w:t>“Allah has given us blessings and ni'mat that we can neither count nor thank Him enough. So according to Prophet Muhammad, what is the best act or way to thank Allah?”</w:t>
      </w:r>
    </w:p>
    <w:p>
      <w:r>
        <w:rPr>
          <w:sz w:val="20"/>
        </w:rPr>
        <w:t>55:17  kijiye Maulana agla sawal Dilli se kya hai Syed Ahmed Ali sahib ne aur unhon ne likha hai</w:t>
      </w:r>
      <w:r>
        <w:br/>
      </w:r>
      <w:r>
        <w:rPr>
          <w:sz w:val="20"/>
        </w:rPr>
        <w:t>55:24  Allah has given us blessings and نعمت that we can neither count nor thank Him enough. So, according</w:t>
      </w:r>
      <w:r>
        <w:br/>
      </w:r>
      <w:r>
        <w:rPr>
          <w:sz w:val="20"/>
        </w:rPr>
        <w:t>55:32  to Prophet Muhammad what is the best act or way to thank Allah in other words please tell</w:t>
      </w:r>
      <w:r>
        <w:br/>
      </w:r>
      <w:r>
        <w:rPr>
          <w:sz w:val="20"/>
        </w:rPr>
        <w:t>55:39  is wich ek act does Allah love the most from us dekhen Quran mein bataya gaya hai ke ke</w:t>
      </w:r>
      <w:r>
        <w:br/>
      </w:r>
      <w:r>
        <w:rPr>
          <w:sz w:val="20"/>
        </w:rPr>
        <w:t>55:46  allazina amanu ashadd hubba lillah jo Allah pe iman rakhne wale log hain woh Allah se sab se</w:t>
      </w:r>
      <w:r>
        <w:br/>
      </w:r>
      <w:r>
        <w:rPr>
          <w:sz w:val="20"/>
        </w:rPr>
        <w:t>55:54  زیادہ محبت کرتے ہیں تو محبت کیا ہے وہ result of discovery ہے یعنی اللہ سے حب شدید</w:t>
      </w:r>
      <w:r>
        <w:br/>
      </w:r>
      <w:r>
        <w:rPr>
          <w:sz w:val="20"/>
        </w:rPr>
        <w:t>56:01  کیا ہے وہ result of discovery ہے جب آپ دریافت کرتے ہیں کہ اللہ بہت ہی بڑا reward</w:t>
      </w:r>
      <w:r>
        <w:br/>
      </w:r>
      <w:r>
        <w:rPr>
          <w:sz w:val="20"/>
        </w:rPr>
        <w:t>56:09  mujhe de rakha hai Allah ne dunya mein mere liye bohat bari jannat bana rakhi hai Allah ne</w:t>
      </w:r>
      <w:r>
        <w:br/>
      </w:r>
      <w:r>
        <w:rPr>
          <w:sz w:val="20"/>
        </w:rPr>
        <w:t>56:16  tab aap mohabbat ke samandar mein gharaq ho jaate hain to yeh yahi sab se bari cheez hai</w:t>
      </w:r>
    </w:p>
    <w:p>
      <w:pPr>
        <w:pStyle w:val="Heading2"/>
      </w:pPr>
      <w:r>
        <w:t>Convincing people to prioritize spiritual gains</w:t>
      </w:r>
    </w:p>
    <w:p>
      <w:r>
        <w:rPr>
          <w:color w:val="666666"/>
          <w:sz w:val="18"/>
        </w:rPr>
        <w:t>Discovery of Paradise March 22, 2015 · 1m 58s · at 53:42 · https://youtu.be/2axrfd7sZkE?t=3222</w:t>
      </w:r>
    </w:p>
    <w:p>
      <w:r>
        <w:rPr>
          <w:i/>
        </w:rPr>
        <w:t>“We have limited time on earth. Most people think they should use it for material gains. How to convince them to use time for spiritual gains instead? What is your comment?”</w:t>
      </w:r>
    </w:p>
    <w:p>
      <w:r>
        <w:rPr>
          <w:sz w:val="20"/>
        </w:rPr>
        <w:t>53:42  maulana, agla sawal badli se kya hai muhammad farhan sahib ne, aur unhon ne likha hai ke: "maulana, we all have limited time in this earth</w:t>
      </w:r>
      <w:r>
        <w:br/>
      </w:r>
      <w:r>
        <w:rPr>
          <w:sz w:val="20"/>
        </w:rPr>
        <w:t>53:54  , so most of the people think that since time is less, so they should utilize it for material gains. the question is how to convince them that time should not be used for material gains, rather spiritual gains.</w:t>
      </w:r>
      <w:r>
        <w:br/>
      </w:r>
      <w:r>
        <w:rPr>
          <w:sz w:val="20"/>
        </w:rPr>
        <w:t>54:11  what is your comment on this?" dekhiye, yeh yeh angle galat hai sochne ka.</w:t>
      </w:r>
      <w:r>
        <w:br/>
      </w:r>
      <w:r>
        <w:rPr>
          <w:sz w:val="20"/>
        </w:rPr>
        <w:t>54:22  masla yeh nahi ke time hamare paas kam hai, masla yeh hai ke hum jo material gain hum chahte hain, woh hum pa nahi sakte.</w:t>
      </w:r>
      <w:r>
        <w:br/>
      </w:r>
      <w:r>
        <w:rPr>
          <w:sz w:val="20"/>
        </w:rPr>
        <w:t>54:34  jaise ke maine misaal di abhi ke ek aadmi ne bohat ziyada paisa kamaya aur global level par uska business hai, lekin ab aakhir mein woh kya kar raha hai?</w:t>
      </w:r>
      <w:r>
        <w:br/>
      </w:r>
      <w:r>
        <w:rPr>
          <w:sz w:val="20"/>
        </w:rPr>
        <w:t>54:45  spirituality ki talash mein hai. woh</w:t>
      </w:r>
      <w:r>
        <w:br/>
      </w:r>
      <w:r>
        <w:rPr>
          <w:sz w:val="20"/>
        </w:rPr>
        <w:t>54:48  to masla yeh nahi hai ke ab time kam hai to hum material gain ki taraf daudein. masla yeh hai ke material gain jo hai, woh achievable hi nahi hai, kyunke material gain ko jo janchne ka criteria hai, woh ek mujhe fulfillable milay.</w:t>
      </w:r>
      <w:r>
        <w:br/>
      </w:r>
      <w:r>
        <w:rPr>
          <w:sz w:val="20"/>
        </w:rPr>
        <w:t>55:06  fulfillment to koi bhi material gain mujhe fulfillable nahi deta. to galat criteria se janchte hain log isko.</w:t>
      </w:r>
      <w:r>
        <w:br/>
      </w:r>
      <w:r>
        <w:rPr>
          <w:sz w:val="20"/>
        </w:rPr>
        <w:t>55:15  sahi criteria yeh hai ke hum janchte hain isko ke kya mujhe fulfillment mila? agar mila to theek hai, nahi mila to phir bekar hai. to poori tareekh batati hai ke kisi ko bhi material gain se fulfillment milta nahi hai.</w:t>
      </w:r>
      <w:r>
        <w:br/>
      </w:r>
      <w:r>
        <w:rPr>
          <w:sz w:val="20"/>
        </w:rPr>
        <w:t>55:32  to yeh yeh hai right criteria jis se cheezon ko judge karna chahiye.</w:t>
      </w:r>
    </w:p>
    <w:p>
      <w:pPr>
        <w:pStyle w:val="Heading2"/>
      </w:pPr>
      <w:r>
        <w:t>Meaning of Thanking People and God</w:t>
      </w:r>
    </w:p>
    <w:p>
      <w:r>
        <w:rPr>
          <w:color w:val="666666"/>
          <w:sz w:val="18"/>
        </w:rPr>
        <w:t>From The Spiritual Tree August 8, 2010 · 3m 22s · at 1:35:51 · https://youtu.be/H6e9NOrqgHI?t=5751</w:t>
      </w:r>
    </w:p>
    <w:p>
      <w:r>
        <w:rPr>
          <w:i/>
        </w:rPr>
        <w:t>“What is the meaning of "Lam yashkur al-nas, lam yashkur Allah"?”</w:t>
      </w:r>
    </w:p>
    <w:p>
      <w:r>
        <w:rPr>
          <w:sz w:val="20"/>
        </w:rPr>
        <w:t>1:35:51  maulana, agla sawal kya hai? ah maulana abdul basit omary ne doha, qatar se,</w:t>
      </w:r>
      <w:r>
        <w:br/>
      </w:r>
      <w:r>
        <w:rPr>
          <w:sz w:val="20"/>
        </w:rPr>
        <w:t>1:35:57  unhone poocha hai ke "lam yashkur al-nas, lam yashkur al-allah" ka matlab kya hai?</w:t>
      </w:r>
      <w:r>
        <w:br/>
      </w:r>
      <w:r>
        <w:rPr>
          <w:sz w:val="20"/>
        </w:rPr>
        <w:t>1:36:07  dekhen, yeh duniya mein aap ko jo cheezein milti hain, toh haqeeqi tor par toh khuda se milti hain, lekin majazi tor par insaan se hi milti hain.</w:t>
      </w:r>
      <w:r>
        <w:br/>
      </w:r>
      <w:r>
        <w:rPr>
          <w:sz w:val="20"/>
        </w:rPr>
        <w:t>1:36:19  aap ko cheezein jaise ek glass ka pani hai, farz kijiye, kisi ilaqay mein usko diya hai toh majazi tor par dene wala woh insaan ban gaya.</w:t>
      </w:r>
      <w:r>
        <w:br/>
      </w:r>
      <w:r>
        <w:rPr>
          <w:sz w:val="20"/>
        </w:rPr>
        <w:t>1:36:29  kahin se nikala pani, kahin se nikal ke us mein rakha pani, la ke mujhe de diya. lekin haqeeqi tor par toh khuda dene wale pani ko,</w:t>
      </w:r>
      <w:r>
        <w:br/>
      </w:r>
      <w:r>
        <w:rPr>
          <w:sz w:val="20"/>
        </w:rPr>
        <w:t>1:36:36  khuda jisne do glasses ko mila ke pani banaya, toh majazi tor par insaan bhi dene wale hote hain, haqeeqi tor par khuda hai dene wala.</w:t>
      </w:r>
      <w:r>
        <w:br/>
      </w:r>
      <w:r>
        <w:rPr>
          <w:sz w:val="20"/>
        </w:rPr>
        <w:t>1:36:47  toh hum ko yeh tajurba hota hai, insaan ko yeh tajurba bar bar pesh aata hai. toh agar aap rozmarra ke tajurbe mein insaan se jo mil raha hai, aap ko agarche majazi tor par mil raha hai, toh uska eteraf agar nahi karenge aap, toh aap ke andar shukr ki nafsiyaat nahi jagayegi.</w:t>
      </w:r>
      <w:r>
        <w:br/>
      </w:r>
      <w:r>
        <w:rPr>
          <w:sz w:val="20"/>
        </w:rPr>
        <w:t>1:37:06  shukr ki nafsiyaat denge toh aap insaan ke baray mein nahi karenge, khuda ke baray mein nahi karenge. bhai, agar ek shakhs mujhe pani laya hai, kahin se, kahin se pani nikala, usne phir kahin rakha, usne phir kahin bottle mein phir la ke glass bhi liya, la ke yahan rakha, usne toh usne bhi toh kuch kiya,</w:t>
      </w:r>
      <w:r>
        <w:br/>
      </w:r>
      <w:r>
        <w:rPr>
          <w:sz w:val="20"/>
        </w:rPr>
        <w:t>1:37:27  usne bhi toh kuch diya mujh ko. toh mujhe uska eteraf karna chahiye. shukr ke mani eteraf, acknowledge karna. toh insaan se yeh tajurbe mujhe ho rahe hain, aur agar mein iska acknowledge nahi kar raha hoon toh iska matlab ke mein apne andar woh nafsiyaat nahi paida kar raha hoon, eteraf wali nafsiyaat, acknowledge karne wali nafsiyaat.</w:t>
      </w:r>
      <w:r>
        <w:br/>
      </w:r>
      <w:r>
        <w:rPr>
          <w:sz w:val="20"/>
        </w:rPr>
        <w:t>1:37:48  toh achaanak ek kaise mein badal jaunga jab khuda ka naam aayega? wohi nafsiyaat wahan bhi kaam karegi. yani insaanon ke darmiyan agar mein nashukr ban kar reh raha hoon toh is matlab ke nashukri ki nafsiyaat apne andar parvarish kar raha hoon.</w:t>
      </w:r>
      <w:r>
        <w:br/>
      </w:r>
      <w:r>
        <w:rPr>
          <w:sz w:val="20"/>
        </w:rPr>
        <w:t>1:38:03  mein toh nashukri ki nafsiyaat wala aadmi jo hai, woh khuda ka bhi shukr zyada karega. yeh matlab is hadees ka: "lam yashkur al-nas, lam yashkur al-allah".</w:t>
      </w:r>
      <w:r>
        <w:br/>
      </w:r>
      <w:r>
        <w:rPr>
          <w:sz w:val="20"/>
        </w:rPr>
        <w:t>1:38:14  jo insaan ka eteraf nahi karega, woh khuda ka bhi eteraf nahi karega.</w:t>
      </w:r>
    </w:p>
    <w:p>
      <w:pPr>
        <w:pStyle w:val="Heading2"/>
      </w:pPr>
      <w:r>
        <w:t>A Shia youth seeks guidance on new thinking</w:t>
      </w:r>
    </w:p>
    <w:p>
      <w:r>
        <w:rPr>
          <w:color w:val="666666"/>
          <w:sz w:val="18"/>
        </w:rPr>
        <w:t>Forget the Grievances, January 01, 2017 · 2m 07s · at 48:44 · https://youtu.be/zW4q8dl2cmw?t=2924</w:t>
      </w:r>
    </w:p>
    <w:p>
      <w:r>
        <w:rPr>
          <w:i/>
        </w:rPr>
        <w:t>“I am a Kashmiri young man, and I have been following you religiously from past many years. I am a Shia, but with new thinking.”</w:t>
      </w:r>
    </w:p>
    <w:p>
      <w:r>
        <w:rPr>
          <w:sz w:val="20"/>
        </w:rPr>
        <w:t>48:44  maulana, agla sawal dilli se kiya hai javed ahmad beg sahab ne, aur unhon ne likha hai ke:</w:t>
      </w:r>
      <w:r>
        <w:br/>
      </w:r>
      <w:r>
        <w:rPr>
          <w:sz w:val="20"/>
        </w:rPr>
        <w:t>48:52  I am a Kashmiri young man, and I have been following you religiously from past many years.</w:t>
      </w:r>
      <w:r>
        <w:br/>
      </w:r>
      <w:r>
        <w:rPr>
          <w:sz w:val="20"/>
        </w:rPr>
        <w:t>48:59  i am a shia, but with new thinking.</w:t>
      </w:r>
      <w:r>
        <w:br/>
      </w:r>
      <w:r>
        <w:rPr>
          <w:sz w:val="20"/>
        </w:rPr>
        <w:t>49:03  what would be the solution to the kashmir problem?" maulana sahab, please say something on this.</w:t>
      </w:r>
      <w:r>
        <w:br/>
      </w:r>
      <w:r>
        <w:rPr>
          <w:sz w:val="20"/>
        </w:rPr>
        <w:t>49:10  bhai, is par likh chuke hain kai kitaben, woh un ko aap parhiye, aap english mein bhi hain,</w:t>
      </w:r>
      <w:r>
        <w:br/>
      </w:r>
      <w:r>
        <w:rPr>
          <w:sz w:val="20"/>
        </w:rPr>
        <w:t>49:17  urdu mein bhi hain.</w:t>
      </w:r>
      <w:r>
        <w:br/>
      </w:r>
      <w:r>
        <w:rPr>
          <w:sz w:val="20"/>
        </w:rPr>
        <w:t>49:19  misal ke taur par "dawn aur kashmir" ek ek kitab hai, is ko aap parhiye.</w:t>
      </w:r>
      <w:r>
        <w:br/>
      </w:r>
      <w:r>
        <w:rPr>
          <w:sz w:val="20"/>
        </w:rPr>
        <w:t>49:24  "kashmir mein aman" ek kitab hai, is ko parhiye.</w:t>
      </w:r>
      <w:r>
        <w:br/>
      </w:r>
      <w:r>
        <w:rPr>
          <w:sz w:val="20"/>
        </w:rPr>
        <w:t>49:28  to sari baaten, bhai, likh chuka hoon.</w:t>
      </w:r>
      <w:r>
        <w:br/>
      </w:r>
      <w:r>
        <w:rPr>
          <w:sz w:val="20"/>
        </w:rPr>
        <w:t>49:31  ji, sari baaten, kai kitaben hain, sirf kashmiri par hain.</w:t>
      </w:r>
      <w:r>
        <w:br/>
      </w:r>
      <w:r>
        <w:rPr>
          <w:sz w:val="20"/>
        </w:rPr>
        <w:t>49:35  ji, is ko aap parhiye.</w:t>
      </w:r>
      <w:r>
        <w:br/>
      </w:r>
      <w:r>
        <w:rPr>
          <w:sz w:val="20"/>
        </w:rPr>
        <w:t>49:37  maulana, kuch aur comments parhna chahenge.</w:t>
      </w:r>
      <w:r>
        <w:br/>
      </w:r>
      <w:r>
        <w:rPr>
          <w:sz w:val="20"/>
        </w:rPr>
        <w:t>49:40  agle do comments kashmir se aaye hain.</w:t>
      </w:r>
      <w:r>
        <w:br/>
      </w:r>
      <w:r>
        <w:rPr>
          <w:sz w:val="20"/>
        </w:rPr>
        <w:t>49:43  پہلا کمنٹ کشمیر سے ہے مس قروتلین کا، انہوں نے لکھا ہے: "The only hope for the entire</w:t>
      </w:r>
      <w:r>
        <w:br/>
      </w:r>
      <w:r>
        <w:rPr>
          <w:sz w:val="20"/>
        </w:rPr>
        <w:t>49:51  world in general, and in particular for muslims world, is maulana teachings and interpretations of quran." agla comment</w:t>
      </w:r>
      <w:r>
        <w:br/>
      </w:r>
      <w:r>
        <w:rPr>
          <w:sz w:val="20"/>
        </w:rPr>
        <w:t>49:59  کشمیر سے بھیجا ہے مسٹر عامر موری صاحب نے، اور انہوں نے لکھا ہے: "Today's lecture was an</w:t>
      </w:r>
      <w:r>
        <w:br/>
      </w:r>
      <w:r>
        <w:rPr>
          <w:sz w:val="20"/>
        </w:rPr>
        <w:t>50:07  eye opener for all Kashmiris, including me.</w:t>
      </w:r>
      <w:r>
        <w:br/>
      </w:r>
      <w:r>
        <w:rPr>
          <w:sz w:val="20"/>
        </w:rPr>
        <w:t>50:10  i think da revival of da prophetic sunnah, wich is based on replanning and da'wah, can be</w:t>
      </w:r>
      <w:r>
        <w:br/>
      </w:r>
      <w:r>
        <w:rPr>
          <w:sz w:val="20"/>
        </w:rPr>
        <w:t>50:17  best examplified by kashmir, as the kashmir has many opportunities for doing global da'wah work. " agla comment bangalore</w:t>
      </w:r>
      <w:r>
        <w:br/>
      </w:r>
      <w:r>
        <w:rPr>
          <w:sz w:val="20"/>
        </w:rPr>
        <w:t>50:25  سے بھیجا ہے فیصل سلیم صاحب نے، اور انہوں نے لکھا ہے: "really got a point from the</w:t>
      </w:r>
      <w:r>
        <w:br/>
      </w:r>
      <w:r>
        <w:rPr>
          <w:sz w:val="20"/>
        </w:rPr>
        <w:t>50:33  lesson that we need to ignore the community problems and avail global opportunities. " maulana yaqoob umri ne dilli</w:t>
      </w:r>
      <w:r>
        <w:br/>
      </w:r>
      <w:r>
        <w:rPr>
          <w:sz w:val="20"/>
        </w:rPr>
        <w:t>50:40  سے کمنٹ بھیجا ہے: "مولانا صاحب، today's lectures just is to plan according to the global opportunities available,</w:t>
      </w:r>
      <w:r>
        <w:br/>
      </w:r>
      <w:r>
        <w:rPr>
          <w:sz w:val="20"/>
        </w:rPr>
        <w:t>50:48  and not according to the grievances of victimised community.</w:t>
      </w:r>
    </w:p>
    <w:p>
      <w:pPr>
        <w:pStyle w:val="Heading2"/>
      </w:pPr>
      <w:r>
        <w:t>How to develop spiritual wisdom</w:t>
      </w:r>
    </w:p>
    <w:p>
      <w:r>
        <w:rPr>
          <w:color w:val="666666"/>
          <w:sz w:val="18"/>
        </w:rPr>
        <w:t>The Concept of Help Feb 9, 2020—Maulana Wahiduddin Khan · 2m 48s · at 39:19 · https://youtu.be/WScXmduh1AQ?t=2359</w:t>
      </w:r>
    </w:p>
    <w:p>
      <w:r>
        <w:rPr>
          <w:i/>
        </w:rPr>
        <w:t>“I need to know how I can develop ma'rifat (wisdom).”</w:t>
      </w:r>
    </w:p>
    <w:p>
      <w:r>
        <w:rPr>
          <w:sz w:val="20"/>
        </w:rPr>
        <w:t>39:19  Maulana, agla sawal lete hain. yeh sawal poocha hai Karim Nagar se Zaman Aiza ne.</w:t>
      </w:r>
      <w:r>
        <w:br/>
      </w:r>
      <w:r>
        <w:rPr>
          <w:sz w:val="20"/>
        </w:rPr>
        <w:t>39:30  Unhone aap se poocha hai ke: "I need to know how I can develop marifat wisdom."</w:t>
      </w:r>
      <w:r>
        <w:br/>
      </w:r>
      <w:r>
        <w:rPr>
          <w:sz w:val="20"/>
        </w:rPr>
        <w:t>39:42  Dekhiye, mera jo tajurba hai ke wisdom ya marifat to aap ke andar bhari hui hai, jis tarah se seb mein ras bhara hota hai,</w:t>
      </w:r>
      <w:r>
        <w:br/>
      </w:r>
      <w:r>
        <w:rPr>
          <w:sz w:val="20"/>
        </w:rPr>
        <w:t>39:59  seb mein ras bhare bhara hua hota hai. lekin seb ka ras pani ke liye seb ko crush karna parta hai.</w:t>
      </w:r>
      <w:r>
        <w:br/>
      </w:r>
      <w:r>
        <w:rPr>
          <w:sz w:val="20"/>
        </w:rPr>
        <w:t>40:09  Crush to aap apne ko crush hone ke dete nahi. Aap aap koi bhi koi dhoondte hain, koi aasani, koi help.</w:t>
      </w:r>
      <w:r>
        <w:br/>
      </w:r>
      <w:r>
        <w:rPr>
          <w:sz w:val="20"/>
        </w:rPr>
        <w:t>40:25  Mera dekh, self bari help. Yeh ek aadmi wisdom diya jaye, aur wisdom aati hai</w:t>
      </w:r>
      <w:r>
        <w:br/>
      </w:r>
      <w:r>
        <w:rPr>
          <w:sz w:val="20"/>
        </w:rPr>
        <w:t>40:33  crush ki technology ke zariye. Yeh bohat achi misaal hai ke Allah Ta'ala ne seb paida kiya. Seb mein ras bhara hua hota hai, bohat hi mufeed ras, faide wala.</w:t>
      </w:r>
      <w:r>
        <w:br/>
      </w:r>
      <w:r>
        <w:rPr>
          <w:sz w:val="20"/>
        </w:rPr>
        <w:t>40:45  lekin seb ka ras paane ke liye aap ko seb ko crush karna parta hai. Aise insaan ki ke andar jo khoobiyan hain, bhari hui hain, us ko crush karne ki zaroorat hai.</w:t>
      </w:r>
      <w:r>
        <w:br/>
      </w:r>
      <w:r>
        <w:rPr>
          <w:sz w:val="20"/>
        </w:rPr>
        <w:t>41:00  Sab se barhe is zamane mein jahan jahan to dekha hai maine, bachon ka sabz jis mein un ke maa baap hote hain, maa baap woh crush karne ki technique ko istemal nahi hone dete.</w:t>
      </w:r>
      <w:r>
        <w:br/>
      </w:r>
      <w:r>
        <w:rPr>
          <w:sz w:val="20"/>
        </w:rPr>
        <w:t>41:13  Yeh bachon ko lath par, lath par, lath par phir ek dam bekar bekar kar dete hain. Jis tarah se sirf jab tak crush na kiya jaye, uska ras nahi nikla.</w:t>
      </w:r>
      <w:r>
        <w:br/>
      </w:r>
      <w:r>
        <w:rPr>
          <w:sz w:val="20"/>
        </w:rPr>
        <w:t>41:27  Isi tarah se bachhe jab tak thokar na khayein, kuch museebat na uthayein, tab tak kuch nahi aata un ko. Yeh meri zindagi ka tajurba hai.</w:t>
      </w:r>
      <w:r>
        <w:br/>
      </w:r>
      <w:r>
        <w:rPr>
          <w:sz w:val="20"/>
        </w:rPr>
        <w:t>41:43  aur jo hadith maine sunai aap ko, woh hadith us ki</w:t>
      </w:r>
      <w:r>
        <w:br/>
      </w:r>
      <w:r>
        <w:rPr>
          <w:sz w:val="20"/>
        </w:rPr>
        <w:t>41:49  deeni aitbaar se us ki tasdeeq hai.</w:t>
      </w:r>
      <w:r>
        <w:br/>
      </w:r>
      <w:r>
        <w:rPr>
          <w:sz w:val="20"/>
        </w:rPr>
        <w:t>41:56  Riyaz Bhatt sahib ne Bangalore se likha hai: "Today lecture was an eye opener for all of us who try to find comfort and satisfaction together.</w:t>
      </w:r>
    </w:p>
    <w:p>
      <w:pPr>
        <w:pStyle w:val="Heading2"/>
      </w:pPr>
      <w:r>
        <w:t>Merciless self-introspection method</w:t>
      </w:r>
    </w:p>
    <w:p>
      <w:r>
        <w:rPr>
          <w:color w:val="666666"/>
          <w:sz w:val="18"/>
        </w:rPr>
        <w:t>Q&amp;A 04 DEC 2011 Maulana Wahiduddin Khan · 3m 00s · at 44:36 · https://youtu.be/KIMNmuUZoGo?t=2676</w:t>
      </w:r>
    </w:p>
    <w:p>
      <w:r>
        <w:rPr>
          <w:i/>
        </w:rPr>
        <w:t>“How can one do merciless introspection of oneself?”</w:t>
      </w:r>
    </w:p>
    <w:p>
      <w:r>
        <w:rPr>
          <w:sz w:val="20"/>
        </w:rPr>
        <w:t>44:36  maulana agla sawal hai miss naghma siddiqui ka. unhon ne likha hai: "How can one do merciless introspection of oneself?"</w:t>
      </w:r>
      <w:r>
        <w:br/>
      </w:r>
      <w:r>
        <w:rPr>
          <w:sz w:val="20"/>
        </w:rPr>
        <w:t>44:50  bhai yahan is mein how ki baat kya hai? bas karne lagiye? aadmi jo chahta hai karne lagta hai woh? is ko ab karne lagiye?</w:t>
      </w:r>
      <w:r>
        <w:br/>
      </w:r>
      <w:r>
        <w:rPr>
          <w:sz w:val="20"/>
        </w:rPr>
        <w:t>45:00  hain? kya kya matlab yeh sawal matlab hai</w:t>
      </w:r>
      <w:r>
        <w:br/>
      </w:r>
      <w:r>
        <w:rPr>
          <w:sz w:val="20"/>
        </w:rPr>
        <w:t>45:03  ? Maulana woh jo aap aksar kehte hain ke merciless introspection kijiye to woh yahi janna chahte hain ke what is that step by step process?</w:t>
      </w:r>
      <w:r>
        <w:br/>
      </w:r>
      <w:r>
        <w:rPr>
          <w:sz w:val="20"/>
        </w:rPr>
        <w:t>45:12  How to do merciless introspection?</w:t>
      </w:r>
      <w:r>
        <w:br/>
      </w:r>
      <w:r>
        <w:rPr>
          <w:sz w:val="20"/>
        </w:rPr>
        <w:t>45:17  dekhiye aam taur par yeh hota hai ke aadmi apne ko bacha kar rakhna chahta hai. isi liye jhoot bolta hai, twist kar ke bolta hai, baaton ko unfair andaaz mein pesh karta hai.</w:t>
      </w:r>
      <w:r>
        <w:br/>
      </w:r>
      <w:r>
        <w:rPr>
          <w:sz w:val="20"/>
        </w:rPr>
        <w:t>45:31  dekhein mein bacha raha hoon. meri ghalti na saabit ho. to yeh to bohat hi mein is ko third class ki baat samajhta hoon. aadmi ke andar openness hona chahiye.</w:t>
      </w:r>
      <w:r>
        <w:br/>
      </w:r>
      <w:r>
        <w:rPr>
          <w:sz w:val="20"/>
        </w:rPr>
        <w:t>45:49  aadmi ko janna chahiye ke mein agar mein yaani apni kya kya question hai</w:t>
      </w:r>
      <w:r>
        <w:br/>
      </w:r>
      <w:r>
        <w:rPr>
          <w:sz w:val="20"/>
        </w:rPr>
        <w:t>46:00  ? How should one do merciless introspection? dekhiye agar aadmi yeh jaan le ke mujhe meri meri jo</w:t>
      </w:r>
      <w:r>
        <w:br/>
      </w:r>
      <w:r>
        <w:rPr>
          <w:sz w:val="20"/>
        </w:rPr>
        <w:t>46:15  meri jo kamyabi hai dunya o akhirat mein woh isi par depend karti hai. to aadmi is bare mein hote hi yaani conscious ho jayega jaise jaise ke aaj kal larkiyan baghair beauty apna beauty parlor parlor gaye hue baghair un ko taskeen nahi milti.</w:t>
      </w:r>
      <w:r>
        <w:br/>
      </w:r>
      <w:r>
        <w:rPr>
          <w:sz w:val="20"/>
        </w:rPr>
        <w:t>46:34  jo beauty parlor nahi jata apne kamre mein aaina dekh kar apni apni ko woh karta hai. to jis jis cheez ke bare mein aadmi yaani conscious ho us ko kare karta hi karta hai woh.</w:t>
      </w:r>
      <w:r>
        <w:br/>
      </w:r>
      <w:r>
        <w:rPr>
          <w:sz w:val="20"/>
        </w:rPr>
        <w:t>46:51  us ko chhod nahi sakta hai woh. to jo conscious hai is maamle mein yaani jo conscious hai is maamle mein ke mujhe log dekhein to mein acha lagoon to woh apna to apne ko</w:t>
      </w:r>
      <w:r>
        <w:br/>
      </w:r>
      <w:r>
        <w:rPr>
          <w:sz w:val="20"/>
        </w:rPr>
        <w:t>47:08  sanwarta rehta hai. lekin jis ko yeh jo is maamle mein conscious ho jaye ke mujhe Allah taala ke haan yaani Allah ki rehmaton mein hissadaar banna hai to woh zaroor karega us ko yaani woh kiye baghair reh nahi sakta hai woh.</w:t>
      </w:r>
      <w:r>
        <w:br/>
      </w:r>
      <w:r>
        <w:rPr>
          <w:sz w:val="20"/>
        </w:rPr>
        <w:t>47:26  saara maamla yahi hai ke aap kis maamle mein aadmi conscious hai kis maamle mein ko us ne apna cursor banaya hai.</w:t>
      </w:r>
    </w:p>
    <w:p>
      <w:pPr>
        <w:pStyle w:val="Heading2"/>
      </w:pPr>
      <w:r>
        <w:t>Intention behind asking questions</w:t>
      </w:r>
    </w:p>
    <w:p>
      <w:r>
        <w:rPr>
          <w:color w:val="666666"/>
          <w:sz w:val="18"/>
        </w:rPr>
        <w:t>Islam and Peace August 25, 2013 · 17m 48s · at 1:15:32 · https://youtu.be/WbBu4W6AUUs?t=4532</w:t>
      </w:r>
    </w:p>
    <w:p>
      <w:r>
        <w:rPr>
          <w:i/>
        </w:rPr>
        <w:t>“With what intention should one ask questions? For increase in knowledge, for increase in recognition, or to remove someone's objection? Please explain.”</w:t>
      </w:r>
    </w:p>
    <w:p>
      <w:r>
        <w:rPr>
          <w:sz w:val="20"/>
        </w:rPr>
        <w:t>1:15:32  unho'n ne likha hai: "maulana, sawal kis niyat se karen</w:t>
      </w:r>
      <w:r>
        <w:br/>
      </w:r>
      <w:r>
        <w:rPr>
          <w:sz w:val="20"/>
        </w:rPr>
        <w:t>1:15:37  ? maloomat ke izafe ke liye, marifat ke izafe ke liye, ya phir kisi ke aitraz ko rafa karne ke liye? is ke bare mein bataen."</w:t>
      </w:r>
      <w:r>
        <w:br/>
      </w:r>
      <w:r>
        <w:rPr>
          <w:sz w:val="20"/>
        </w:rPr>
        <w:t>1:15:56  dekhiye, ek ek sahabi kehte hain: "nawhuna 'an qasd al-su'al wa in qasd al-qil wa al-qal" . ek sahabi ka qaul hai yeh:</w:t>
      </w:r>
      <w:r>
        <w:br/>
      </w:r>
      <w:r>
        <w:rPr>
          <w:sz w:val="20"/>
        </w:rPr>
        <w:t>1:16:05  "nawhuna 'an qasd al-su'al wa in qasd al-qil wa al-qal" . ke zyada sawal karne se hum ko mana kiya gaya. islam mein zyada sawal nahi hai.</w:t>
      </w:r>
      <w:r>
        <w:br/>
      </w:r>
      <w:r>
        <w:rPr>
          <w:sz w:val="20"/>
        </w:rPr>
        <w:t>1:16:17  to main ne ghor kiya ke aisa kyun hai? to asal mein yeh hai ke islam chahta hai khud aap ka apna intellectual development.</w:t>
      </w:r>
      <w:r>
        <w:br/>
      </w:r>
      <w:r>
        <w:rPr>
          <w:sz w:val="20"/>
        </w:rPr>
        <w:t>1:16:28  agar aap ke mind mein koi sawal aata hai to sochiye, sochiye, apne mind ko unfold kijiye.</w:t>
      </w:r>
      <w:r>
        <w:br/>
      </w:r>
      <w:r>
        <w:rPr>
          <w:sz w:val="20"/>
        </w:rPr>
        <w:t>1:16:35  apna intellectual development kijiye, apne zehni irtaqa ka zariya banaiye is ko. to log bas chahte hain ke log kya karte hain?</w:t>
      </w:r>
      <w:r>
        <w:br/>
      </w:r>
      <w:r>
        <w:rPr>
          <w:sz w:val="20"/>
        </w:rPr>
        <w:t>1:16:45  zehan mein ek baat aayi, dhar se kisi ko sawal kar diya. is ko sab se pehle khud sawal ko par ghor kijiye, digest kijiye, samjhiye.</w:t>
      </w:r>
      <w:r>
        <w:br/>
      </w:r>
      <w:r>
        <w:rPr>
          <w:sz w:val="20"/>
        </w:rPr>
        <w:t>1:16:57  is ke bawajood agar sawal baqi rehta hai to aap kisi se poochhiye.</w:t>
      </w:r>
      <w:r>
        <w:br/>
      </w:r>
      <w:r>
        <w:rPr>
          <w:sz w:val="20"/>
        </w:rPr>
        <w:t>1:17:02  yani sawal puchhna main galat nahi samajhta, lekin sa'il ko khud apne hisse ka kaam pehle karna chahiye. yani homework pehle karna chahiye.</w:t>
      </w:r>
      <w:r>
        <w:br/>
      </w:r>
      <w:r>
        <w:rPr>
          <w:sz w:val="20"/>
        </w:rPr>
        <w:t>1:17:13  homework ke baghair log sawal kar dete hain.</w:t>
      </w:r>
      <w:r>
        <w:br/>
      </w:r>
      <w:r>
        <w:rPr>
          <w:sz w:val="20"/>
        </w:rPr>
        <w:t>1:17:18  aksar main ne dekha ke homework kiye baghair sawal kar dete hain. is par khoob sochiye, khoob is par tehqiq kijiye, apne dimagh ko ladaiye.</w:t>
      </w:r>
      <w:r>
        <w:br/>
      </w:r>
      <w:r>
        <w:rPr>
          <w:sz w:val="20"/>
        </w:rPr>
        <w:t>1:17:29  to tab ja kar ke sawal ka asal faida milega. woh hai intellectual development. jahan tak main ne samjha hai ke islam mein supreme cheez hai intellectual development.</w:t>
      </w:r>
      <w:r>
        <w:br/>
      </w:r>
      <w:r>
        <w:rPr>
          <w:sz w:val="20"/>
        </w:rPr>
        <w:t>1:17:40  supreme cheez hai jo cheez record ban raha hai intellectual development mein, woh islam mein nahi hai.</w:t>
      </w:r>
      <w:r>
        <w:br/>
      </w:r>
      <w:r>
        <w:rPr>
          <w:sz w:val="20"/>
        </w:rPr>
        <w:t>1:17:49  abhi main kisi se baat kar raha tha kal parson</w:t>
      </w:r>
      <w:r>
        <w:br/>
      </w:r>
      <w:r>
        <w:rPr>
          <w:sz w:val="20"/>
        </w:rPr>
        <w:t>1:17:54  to ek hadith hai. "iyyak wa dhak fa in kathrat al-dhikri tu'ammid al-qalb" . ke zyada hansi ka tareeqa chhoden.</w:t>
      </w:r>
      <w:r>
        <w:br/>
      </w:r>
      <w:r>
        <w:rPr>
          <w:sz w:val="20"/>
        </w:rPr>
        <w:t>1:18:05  kyun ke hansne ke tareeqe se kya hota hai? dil mar jata hai. to dil marne ka matlab kya hai? dil marne ka matlab yeh hai ke intellectual development ka process ruk jata hai.</w:t>
      </w:r>
      <w:r>
        <w:br/>
      </w:r>
      <w:r>
        <w:rPr>
          <w:sz w:val="20"/>
        </w:rPr>
        <w:t>1:18:20  jo hansi mazak karte hain, joke chhodte hain, un ko sab se bari price deni padti hai. price ke un ke andar intellectual development ka process ruk jata hai.</w:t>
      </w:r>
      <w:r>
        <w:br/>
      </w:r>
      <w:r>
        <w:rPr>
          <w:sz w:val="20"/>
        </w:rPr>
        <w:t>1:18:32  main zaid tajrube bayan par kar sakta hoon ke main ne bohat se logon ke bare mein keh sakta hoon ke main ne un se baat ki jo hansi mazak karte hain, joke chhodte hain, to koi sanjeeda discussion ke qabil nahi hote woh.</w:t>
      </w:r>
      <w:r>
        <w:br/>
      </w:r>
      <w:r>
        <w:rPr>
          <w:sz w:val="20"/>
        </w:rPr>
        <w:t>1:18:46  koi koi serious discussion ke qabil nahi hote kyun ke un ke paas woh mind nahi hota ke woh is mein hissa le saken. bas hansi mazak, hansna hansana yeh rehta hai un ka tareeqa.</w:t>
      </w:r>
      <w:r>
        <w:br/>
      </w:r>
      <w:r>
        <w:rPr>
          <w:sz w:val="20"/>
        </w:rPr>
        <w:t>1:18:59  to islam mein har us cheez ko napasand kiya gaya hai jo aap ke intellectual development mein rukawat bane.</w:t>
      </w:r>
      <w:r>
        <w:br/>
      </w:r>
      <w:r>
        <w:rPr>
          <w:sz w:val="20"/>
        </w:rPr>
        <w:t>1:19:09  yeh bhi rukawat hai ke bas sawal aaya dimagh mein, dhar se pooch dala aap ne, khud kuch homework nahi kiya. yeh bhi rukawat hai intellectual development mein.</w:t>
      </w:r>
      <w:r>
        <w:br/>
      </w:r>
      <w:r>
        <w:rPr>
          <w:sz w:val="20"/>
        </w:rPr>
        <w:t>1:19:21  to har woh cheez islam mein main samajhta hoon ke islam ke aitbar se galat hai jo aap ke zehni irtaqa ke process mein kami kare.</w:t>
      </w:r>
      <w:r>
        <w:br/>
      </w:r>
      <w:r>
        <w:rPr>
          <w:sz w:val="20"/>
        </w:rPr>
        <w:t>1:19:32  zehni irtaqa ke process ko roke.</w:t>
      </w:r>
      <w:r>
        <w:br/>
      </w:r>
      <w:r>
        <w:rPr>
          <w:sz w:val="20"/>
        </w:rPr>
        <w:t>1:19:35  sab se ahem cheez hai zehni irtaqa. aur tajziya yeh jo hai, tazkiya jo hai, tazkiya bhi yahi cheez hai. zehni irtaqa'i ka naam tazkiya hai.</w:t>
      </w:r>
      <w:r>
        <w:br/>
      </w:r>
      <w:r>
        <w:rPr>
          <w:sz w:val="20"/>
        </w:rPr>
        <w:t>1:19:46  allah ta'ala ne aap ke mind mein bohat ziyada capacity rakhi hai. is is capacity ko unfold kijiye.</w:t>
      </w:r>
      <w:r>
        <w:br/>
      </w:r>
      <w:r>
        <w:rPr>
          <w:sz w:val="20"/>
        </w:rPr>
        <w:t>1:19:53  apne mind mein bohat ziyada potential hai. is potential ko unfold kijiye. lekin jo ghalat aadatein hain, hasna hansana hai, joke mein yani jeena hai, yeh sab cheezein jo hain, aap ko yeh process aap ke andar jaari nahi hone deti ke aap ke mind ke potential ko aap unfold karein aur zehni irtiqaa aap ka ho.</w:t>
      </w:r>
      <w:r>
        <w:br/>
      </w:r>
      <w:r>
        <w:rPr>
          <w:sz w:val="20"/>
        </w:rPr>
        <w:t>1:20:18  toh har woh cheez jo yani kisi bhi darje mein rukawat bane zehni irtiqaa mein, us ko is tarah chhod dijiye jaise koi haraam cheez ko chhodta hai.</w:t>
      </w:r>
      <w:r>
        <w:br/>
      </w:r>
      <w:r>
        <w:rPr>
          <w:sz w:val="20"/>
        </w:rPr>
        <w:t>1:20:30  haraam samajh ke chhod dijiye us ko.</w:t>
      </w:r>
      <w:r>
        <w:br/>
      </w:r>
      <w:r>
        <w:rPr>
          <w:sz w:val="20"/>
        </w:rPr>
        <w:t>1:20:35  maulana, yeh sawal dilli se hai maulana sharq hussain ka. unhone likha hai: "pakistan ke bare mein aap ne likha tha ke woh ab ab tak machhli ke pait mein rahenge</w:t>
      </w:r>
      <w:r>
        <w:br/>
      </w:r>
      <w:r>
        <w:rPr>
          <w:sz w:val="20"/>
        </w:rPr>
        <w:t>1:20:48  jab tak woh prophet yunus ki tarah rujoo na karein." is rujoo ka matlab kya hai? is ke bare mein bataein. rujoo ka matlab hai ke ke mad'oo se nafrat khatm karein, ada o bart karein.</w:t>
      </w:r>
      <w:r>
        <w:br/>
      </w:r>
      <w:r>
        <w:rPr>
          <w:sz w:val="20"/>
        </w:rPr>
        <w:t>1:21:03  yeh two point formula. mad'oo se maslan hindu mad'oo hain, yahoodi mad'oo hain, american mad'oo hain, saare doosri qaumein woh mad'oo hain hamare liye.</w:t>
      </w:r>
      <w:r>
        <w:br/>
      </w:r>
      <w:r>
        <w:rPr>
          <w:sz w:val="20"/>
        </w:rPr>
        <w:t>1:21:16  toh mad'oo se nafrat khatm karna aur peaceful dua work karna. bas yahi hai. aur kuch nahi. doosra jo tareeqa hai gun aur bomb ka hai, is se kabhi falaah nahi milegi.</w:t>
      </w:r>
      <w:r>
        <w:br/>
      </w:r>
      <w:r>
        <w:rPr>
          <w:sz w:val="20"/>
        </w:rPr>
        <w:t>1:21:30  ab tak falaah nahi milegi gun aur bomb ke tareeqe par. yeh tay hai. gun culture aur bomb culture chala kar ke kabhi falaah nahi milegi.</w:t>
      </w:r>
      <w:r>
        <w:br/>
      </w:r>
      <w:r>
        <w:rPr>
          <w:sz w:val="20"/>
        </w:rPr>
        <w:t>1:21:40  toh falaah ka formula yeh yeh two point formula hai ke mad'oo saare saare insaan hamare liye mad'oo hain, chahe hindu ho ya ya koi doosra ho.</w:t>
      </w:r>
      <w:r>
        <w:br/>
      </w:r>
      <w:r>
        <w:rPr>
          <w:sz w:val="20"/>
        </w:rPr>
        <w:t>1:21:54  toh yak tarfa taur par nafrat ko khatm karna. yun le lein, yak tarfa taur par nafrat ko khatm karna aur doosre peaceful dua work karna.</w:t>
      </w:r>
      <w:r>
        <w:br/>
      </w:r>
      <w:r>
        <w:rPr>
          <w:sz w:val="20"/>
        </w:rPr>
        <w:t>1:22:04  in ka khair khwah ban kar ke. bas yahi</w:t>
      </w:r>
      <w:r>
        <w:br/>
      </w:r>
      <w:r>
        <w:rPr>
          <w:sz w:val="20"/>
        </w:rPr>
        <w:t>1:22:08  yahi hai formula. koi doosra formula nahi hai. maulana, unka ek aur sawal hai. unhone likha hai: "partition ke baad pakistani leadership ne pakistan ko muslim country declare kar diya, jabke nehru ne india ko hindu country declare karne ki bajaye india ko secular country karar diya." do leadership ke beech mein yeh difference kyun hai?</w:t>
      </w:r>
      <w:r>
        <w:br/>
      </w:r>
      <w:r>
        <w:rPr>
          <w:sz w:val="20"/>
        </w:rPr>
        <w:t>1:22:35  nahi, is mein koi harj nahi tha lekin is ke taqaze poore kiye jayein. muslim country aap develop kar declare karein toh toh is ko sach much muslim ke ma'ne mein lein, na ke qaumi ma'ne mein.</w:t>
      </w:r>
      <w:r>
        <w:br/>
      </w:r>
      <w:r>
        <w:rPr>
          <w:sz w:val="20"/>
        </w:rPr>
        <w:t>1:22:49  aap declare karein is ko islami mulk aur muslim mulk, lekin amal'an kya hai ke qaumi mulk banaye hue rahein. wahan aapas ki ladai karein, musalman musalman ko marein toh muslim kahan hua?</w:t>
      </w:r>
      <w:r>
        <w:br/>
      </w:r>
      <w:r>
        <w:rPr>
          <w:sz w:val="20"/>
        </w:rPr>
        <w:t>1:23:02  na muslim land hai, na islami land hai woh.</w:t>
      </w:r>
      <w:r>
        <w:br/>
      </w:r>
      <w:r>
        <w:rPr>
          <w:sz w:val="20"/>
        </w:rPr>
        <w:t>1:23:06  toh main samajhta hoon ke yani na secular land declare karne mein koi ghalati hai, na muslim land declare karne mein.</w:t>
      </w:r>
      <w:r>
        <w:br/>
      </w:r>
      <w:r>
        <w:rPr>
          <w:sz w:val="20"/>
        </w:rPr>
        <w:t>1:23:16  asal cheez yeh hai ke sach much woh secular land ho, sach much muslim land ho. jabke aisa nahi hai.</w:t>
      </w:r>
      <w:r>
        <w:br/>
      </w:r>
      <w:r>
        <w:rPr>
          <w:sz w:val="20"/>
        </w:rPr>
        <w:t>1:23:26  maulana, yeh sawal dilli se hai doctor safeena ka. unhone aapse poocha hai: "what is the role of women in peaceful dua</w:t>
      </w:r>
      <w:r>
        <w:br/>
      </w:r>
      <w:r>
        <w:rPr>
          <w:sz w:val="20"/>
        </w:rPr>
        <w:t>1:23:35  we work?" is ke bare mein bataein. wahi hai jo mardon ka hai. aap islami leadership distributor kijiye. aur is zamane mein toh yeh hi ek hi kaam hai.</w:t>
      </w:r>
      <w:r>
        <w:br/>
      </w:r>
      <w:r>
        <w:rPr>
          <w:sz w:val="20"/>
        </w:rPr>
        <w:t>1:23:46  sahaba muqarrar the, aap distributor ban jaiye. aur koi doosra kaam nahi hai. chhupa hua quran maujood hai, chhupi hui kitabein maujood hain.</w:t>
      </w:r>
      <w:r>
        <w:br/>
      </w:r>
      <w:r>
        <w:rPr>
          <w:sz w:val="20"/>
        </w:rPr>
        <w:t>1:23:56  toh sahaba ke zamane mein toh chhapayi thi nahi, toh muqarrar ban gaye the. ab chhapayi hai toh aap distributor ban jaiye.</w:t>
      </w:r>
      <w:r>
        <w:br/>
      </w:r>
      <w:r>
        <w:rPr>
          <w:sz w:val="20"/>
        </w:rPr>
        <w:t>1:24:05  yeh mardon ko bhi karna hai, auraton ko bhi karna hai.</w:t>
      </w:r>
      <w:r>
        <w:br/>
      </w:r>
      <w:r>
        <w:rPr>
          <w:sz w:val="20"/>
        </w:rPr>
        <w:t>1:24:11  maulana, agla sawal mumbai se kiya hai naseem khan sahab ne. unhone likha hai: "maulana, allah ki taraf se tanbeeh, saza, aur hamare apne a'maal ki wajah se pohnchne wali saza ke farq ko hum kaise samjhein?" is ke bare mein bataein.</w:t>
      </w:r>
      <w:r>
        <w:br/>
      </w:r>
      <w:r>
        <w:rPr>
          <w:sz w:val="20"/>
        </w:rPr>
        <w:t>1:24:31  dekhein, yeh dunya mein aap samajh nahi sakte is ko. yeh allah ka mu'amla hai. yani allah ke domain mein dakhil hone ki koshish mat kijiye.</w:t>
      </w:r>
      <w:r>
        <w:br/>
      </w:r>
      <w:r>
        <w:rPr>
          <w:sz w:val="20"/>
        </w:rPr>
        <w:t>1:24:43  yani maal alam mein jhaanknay ki koshish mat kijiye.</w:t>
      </w:r>
      <w:r>
        <w:br/>
      </w:r>
      <w:r>
        <w:rPr>
          <w:sz w:val="20"/>
        </w:rPr>
        <w:t>1:24:47  aap to sirf apni zindagi ko quran ki roshni mein woh muhasba karte rahiye, introspection karte rahiye ke main jo mera jo rosh hai, meri jo zindagi hai, woh quran o sunnat ke mutabiq hai ya nahi mutabiq hai.</w:t>
      </w:r>
      <w:r>
        <w:br/>
      </w:r>
      <w:r>
        <w:rPr>
          <w:sz w:val="20"/>
        </w:rPr>
        <w:t>1:25:03  bas is meyar ko le kar apna muhasba karte rahiye. baqi maal aala mein kya ho raha hai, woh hum jhaank kar nahi jaan sakte. yeh hamare bas mein nahi hai.</w:t>
      </w:r>
      <w:r>
        <w:br/>
      </w:r>
      <w:r>
        <w:rPr>
          <w:sz w:val="20"/>
        </w:rPr>
        <w:t>1:25:14  maulana, unka ek aur sawal hai. unhon ne aapse poocha hai ke "kya ummat musalman par</w:t>
      </w:r>
      <w:r>
        <w:br/>
      </w:r>
      <w:r>
        <w:rPr>
          <w:sz w:val="20"/>
        </w:rPr>
        <w:t>1:25:20  pehli qomon ki tarah azaab elahi aayega?" bhaiya, yeh to allah se poochne ki baat hai. wohi mein ne kaha na ke saare logon ka ajeeb o ghareeb mizaj hota hai ke woh maal aala mein jhaanknay ki koshish karte hain.</w:t>
      </w:r>
      <w:r>
        <w:br/>
      </w:r>
      <w:r>
        <w:rPr>
          <w:sz w:val="20"/>
        </w:rPr>
        <w:t>1:25:35  hum maal aala mein jhaank nahi sakte. hamare bas mein nahi hai. apni zimmedariyon ko pata kijiye bas. hamari zimmedariyan kya hain?</w:t>
      </w:r>
      <w:r>
        <w:br/>
      </w:r>
      <w:r>
        <w:rPr>
          <w:sz w:val="20"/>
        </w:rPr>
        <w:t>1:25:46  maulana, agla sawal delhi se hai miss naghma siddiqui ka.</w:t>
      </w:r>
      <w:r>
        <w:br/>
      </w:r>
      <w:r>
        <w:rPr>
          <w:sz w:val="20"/>
        </w:rPr>
        <w:t>1:25:50  unhon ne likha hai: "in today's world is there any situation in which war in which war qatal is allowed?" mein baat samajhta hoon ke nahi.</w:t>
      </w:r>
      <w:r>
        <w:br/>
      </w:r>
      <w:r>
        <w:rPr>
          <w:sz w:val="20"/>
        </w:rPr>
        <w:t>1:26:04  is liye ke pehle zamanay mein jo qital hota tha, difai, woh bhi khatam ho gaya. ab to defensive war bhi nahi hai. kyun? yeh zamana hai, aap jante hain, weapons of mass destruction ka.</w:t>
      </w:r>
      <w:r>
        <w:br/>
      </w:r>
      <w:r>
        <w:rPr>
          <w:sz w:val="20"/>
        </w:rPr>
        <w:t>1:26:24  weapons of mass destruction. yani pehle zamanay mein talwar chalti thi to ek aadmi gardan kat'ti thi.</w:t>
      </w:r>
      <w:r>
        <w:br/>
      </w:r>
      <w:r>
        <w:rPr>
          <w:sz w:val="20"/>
        </w:rPr>
        <w:t>1:26:33  ab jab bomb phat'te hain to ek aadmi nahi marta is mein. bohat se log marte hain. bachay bhi, bachay bhi, boorhay bhi, auratain bhi, sab marte hain.</w:t>
      </w:r>
      <w:r>
        <w:br/>
      </w:r>
      <w:r>
        <w:rPr>
          <w:sz w:val="20"/>
        </w:rPr>
        <w:t>1:26:43  to to haram hai.</w:t>
      </w:r>
      <w:r>
        <w:br/>
      </w:r>
      <w:r>
        <w:rPr>
          <w:sz w:val="20"/>
        </w:rPr>
        <w:t>1:26:45  aap fiqi kitabon mein parhiye jo is maamle mein to woh batate hain ke islam mein sirf muqatil ko marna jaiz hai.</w:t>
      </w:r>
      <w:r>
        <w:br/>
      </w:r>
      <w:r>
        <w:rPr>
          <w:sz w:val="20"/>
        </w:rPr>
        <w:t>1:26:56  ghair muqatil ko marna ki ijazat nahi hai aap ko. yani competent ko aap maar sakte hain, non-competent ko aap nahi maar sakte. is zamanay mein yeh farq khatam ho gaya.</w:t>
      </w:r>
      <w:r>
        <w:br/>
      </w:r>
      <w:r>
        <w:rPr>
          <w:sz w:val="20"/>
        </w:rPr>
        <w:t>1:27:07  ab jab aap bomb exploit karenge to woh to sab marega is mein.</w:t>
      </w:r>
      <w:r>
        <w:br/>
      </w:r>
      <w:r>
        <w:rPr>
          <w:sz w:val="20"/>
        </w:rPr>
        <w:t>1:27:13  auratain, bachay, boorhay, beemar sab marega. to is zamanay mein ke aaj yeh mumkin nahi ke aap muqatil aur ghair muqatil ke darmiyan farq karen.</w:t>
      </w:r>
      <w:r>
        <w:br/>
      </w:r>
      <w:r>
        <w:rPr>
          <w:sz w:val="20"/>
        </w:rPr>
        <w:t>1:27:22  competent, non-competent ke. is liye mein samajhta hoon ke is zamanay mein qital ka koi option hi hamare nahi hai. qital ka option khatam hai.</w:t>
      </w:r>
      <w:r>
        <w:br/>
      </w:r>
      <w:r>
        <w:rPr>
          <w:sz w:val="20"/>
        </w:rPr>
        <w:t>1:27:34  kisi bhi haal mein nahi qital ka option hai.</w:t>
      </w:r>
      <w:r>
        <w:br/>
      </w:r>
      <w:r>
        <w:rPr>
          <w:sz w:val="20"/>
        </w:rPr>
        <w:t>1:27:38  ab to sirf yeh hai ke aap peaceful negotiation kijiye. peaceful method ikhtiyar kar ke logon ko persuade kijiye. yahi yeh option hai.</w:t>
      </w:r>
      <w:r>
        <w:br/>
      </w:r>
      <w:r>
        <w:rPr>
          <w:sz w:val="20"/>
        </w:rPr>
        <w:t>1:27:48  woh option baqi nahi raha hai.</w:t>
      </w:r>
      <w:r>
        <w:br/>
      </w:r>
      <w:r>
        <w:rPr>
          <w:sz w:val="20"/>
        </w:rPr>
        <w:t>1:27:53  maulana, doctor taah ne delhi se agla sawal kiya hai. unhon ne likha hai: "kisi aadmi ke liye poori tarah empty mind hona kis tarah mumkin hai</w:t>
      </w:r>
      <w:r>
        <w:br/>
      </w:r>
      <w:r>
        <w:rPr>
          <w:sz w:val="20"/>
        </w:rPr>
        <w:t>1:28:03  jabke aadmi ka mind har waqt in empty hota hai?" nahi, nahi, bilkul mumkin hai. aap insaan ke mind ko underestimate kar rahe hain. yani insaan ka mind itna zabardast cheez hai ke woh agarche us ke dimagh mein bohat sari baatein hon, phir bhi us ke alag ho kar soche woh.</w:t>
      </w:r>
      <w:r>
        <w:br/>
      </w:r>
      <w:r>
        <w:rPr>
          <w:sz w:val="20"/>
        </w:rPr>
        <w:t>1:28:25  phir bhi alag soche. yeh to bilkul possible hai. aur mein apni misaal</w:t>
      </w:r>
      <w:r>
        <w:br/>
      </w:r>
      <w:r>
        <w:rPr>
          <w:sz w:val="20"/>
        </w:rPr>
        <w:t>1:28:30  deta hoon. aap meri kisi kitab mein bata dijiye ke maine yani objectivity ko khoya ho kahin. mere mind mein hazaron, lakhon, karoron baatein hain lekin mein objective tor par analysis karta hoon har baat ka.</w:t>
      </w:r>
      <w:r>
        <w:br/>
      </w:r>
      <w:r>
        <w:rPr>
          <w:sz w:val="20"/>
        </w:rPr>
        <w:t>1:28:44  agar aap meri kitabon mein batayein ke kahan mein objectivity kho di hai maine to mein manunga aap ke mafroozay ko nahi manunga.</w:t>
      </w:r>
      <w:r>
        <w:br/>
      </w:r>
      <w:r>
        <w:rPr>
          <w:sz w:val="20"/>
        </w:rPr>
        <w:t>1:28:51  yeh bilkul mumkin hai ke insaan agarchay is ke dimagh mein bohat si baatein hoti hain lekin objective tor par kisi aik cheez ko analysis karay, us ko samjhay us ko.</w:t>
      </w:r>
      <w:r>
        <w:br/>
      </w:r>
      <w:r>
        <w:rPr>
          <w:sz w:val="20"/>
        </w:rPr>
        <w:t>1:29:01  yeh yeh mind ki capacity ki baat hai. Aap insaan ke mind ko under statement karain gay agar aisa kahain aap to. Insaan ke mind to bohat ajeeb o ghareeb cheez hai.</w:t>
      </w:r>
      <w:r>
        <w:br/>
      </w:r>
      <w:r>
        <w:rPr>
          <w:sz w:val="20"/>
        </w:rPr>
        <w:t>1:29:14  Ma Allah ke fazal se mere mind mein beshumar baatein hain, har waqt hain. Lekin jab mein kisi cheez ka analysis karta hoon to baaton ko alag kar ke bilkul objective tor par us ka mutalia karta hoon.</w:t>
      </w:r>
      <w:r>
        <w:br/>
      </w:r>
      <w:r>
        <w:rPr>
          <w:sz w:val="20"/>
        </w:rPr>
        <w:t>1:29:28  Har insaan ke liye mumkin hai yeh.</w:t>
      </w:r>
      <w:r>
        <w:br/>
      </w:r>
      <w:r>
        <w:rPr>
          <w:sz w:val="20"/>
        </w:rPr>
        <w:t>1:29:33  Maulana, agla sawal Delhi se hai Muhammad Anas sahib ka.</w:t>
      </w:r>
      <w:r>
        <w:br/>
      </w:r>
      <w:r>
        <w:rPr>
          <w:sz w:val="20"/>
        </w:rPr>
        <w:t>1:29:38  Unhon ne likha hai: "Aik hadith mein aaya hai ke tum aapas mein aik doosray ko hidayat diya karo, is se baaham mohabbat paida hogi." Maulana sahib, is hadith ko explain karain.</w:t>
      </w:r>
      <w:r>
        <w:br/>
      </w:r>
      <w:r>
        <w:rPr>
          <w:sz w:val="20"/>
        </w:rPr>
        <w:t>1:29:52  Haan, is ko bohat log liye rehtay hain. Tahadu, tahabo. Aaj kal to fashion hai. Aaj kal woh hadiya nahi duniya mein.</w:t>
      </w:r>
      <w:r>
        <w:br/>
      </w:r>
      <w:r>
        <w:rPr>
          <w:sz w:val="20"/>
        </w:rPr>
        <w:t>1:30:01  Is zamanay mein jo gift hota tha, aaj woh gift nahi hai. Aaj to aik fashion hai. To aaj ke riwaj ke aitbar se samajhta hoon ke yeh yeh gift culture jo hai, mein us ko pasand nahi karta.</w:t>
      </w:r>
      <w:r>
        <w:br/>
      </w:r>
      <w:r>
        <w:rPr>
          <w:sz w:val="20"/>
        </w:rPr>
        <w:t>1:30:15  Aaj ka jo gift culture hai, woh aik riwaj hai aur us ke yani us ki spirit hi doosri hoti hai.</w:t>
      </w:r>
      <w:r>
        <w:br/>
      </w:r>
      <w:r>
        <w:rPr>
          <w:sz w:val="20"/>
        </w:rPr>
        <w:t>1:30:25  Woh spirit nahi hoti hai jo us zamanay mein tha.</w:t>
      </w:r>
      <w:r>
        <w:br/>
      </w:r>
      <w:r>
        <w:rPr>
          <w:sz w:val="20"/>
        </w:rPr>
        <w:t>1:30:30  To speed ke lihaz se aaj ka gift culture ko mein sahi nahi samajhta. Us zamanay mein jo tha, us ki speed doosri hoti thi. Aaj ki speed doosri hai.</w:t>
      </w:r>
      <w:r>
        <w:br/>
      </w:r>
      <w:r>
        <w:rPr>
          <w:sz w:val="20"/>
        </w:rPr>
        <w:t>1:30:41  Maulana, aik aur sawal hai un ka. Unhon ne likha hai: "Last class mein aap ne bataya ke hidayat insaan khud se hasil karta hai.</w:t>
      </w:r>
      <w:r>
        <w:br/>
      </w:r>
      <w:r>
        <w:rPr>
          <w:sz w:val="20"/>
        </w:rPr>
        <w:t>1:30:51  Maulana, hidayat ke liye dua karne ka matlab kya hai?"</w:t>
      </w:r>
      <w:r>
        <w:br/>
      </w:r>
      <w:r>
        <w:rPr>
          <w:sz w:val="20"/>
        </w:rPr>
        <w:t>1:31:01  Dekhiye, mera tajurba yeh hai ke aadmi ko jab koi jati baat us ki guzarti hai, maslan uska uska beta mar gaya, to khoob dua karta hai woh. Dilo jaan se. Bimar hai, dilo jaan se dua karta hai. Lekin jo akhirat ki baatein, jannat, dozakh ki baatein hain, us ko fuzool tareeqay se dua karta hai. Kitabon mein kuch duaen jo likhi hui hain, rat liya to woh kar raha hai. Aur beta beti ke liye duaen karna hai to jigar phaar kar duaen karta hai.</w:t>
      </w:r>
      <w:r>
        <w:br/>
      </w:r>
      <w:r>
        <w:rPr>
          <w:sz w:val="20"/>
        </w:rPr>
        <w:t>1:31:30  To har aadmi ko khud pata hai ke rasmi dua kya hai aur haqeeqi dua kya hai. Aap ne bhi dekha, aap ne bhi dekha hai ke aik aik aurat ka bachcha bimar tha,</w:t>
      </w:r>
      <w:r>
        <w:br/>
      </w:r>
      <w:r>
        <w:rPr>
          <w:sz w:val="20"/>
        </w:rPr>
        <w:t>1:31:43  Is qadar jigar phaar kar duaen kar rahi thi woh apne bachche ke liye ke mera bachcha acha ho jaye.</w:t>
      </w:r>
      <w:r>
        <w:br/>
      </w:r>
      <w:r>
        <w:rPr>
          <w:sz w:val="20"/>
        </w:rPr>
        <w:t>1:31:50  Lekin wahi aurat ko jab dua karna hota hai akhirat ke baray mein, to kitabon mein rat leti hai, usi ko dua deti hai. Yeh to bohat aasani se samajh sakte hain aap ke dono duaon mein farq kya hai. To Allah taala ko lip service wali dua nahi matlab hai. Lip service wali dua se kuch nahi hota. Woh dua jo dil ki gehraiyon se niklay, jis mein aadmi apni shakhsiyat ko undel diya ho,</w:t>
      </w:r>
      <w:r>
        <w:br/>
      </w:r>
      <w:r>
        <w:rPr>
          <w:sz w:val="20"/>
        </w:rPr>
        <w:t>1:32:20  Woh dua bila shuba qabool hoti hai. Wahi dua yani Allah taala ko matlab hai.</w:t>
      </w:r>
    </w:p>
    <w:p>
      <w:pPr>
        <w:pStyle w:val="Heading2"/>
      </w:pPr>
      <w:r>
        <w:t>Discovering Modesty Before Others</w:t>
      </w:r>
    </w:p>
    <w:p>
      <w:r>
        <w:rPr>
          <w:color w:val="666666"/>
          <w:sz w:val="18"/>
        </w:rPr>
        <w:t>The Prophet An Example of Modesty August 27, 2017 · 1m 29s · at 46:36 · https://youtu.be/aR3V4c8fQC4?t=2796</w:t>
      </w:r>
    </w:p>
    <w:p>
      <w:r>
        <w:rPr>
          <w:i/>
        </w:rPr>
        <w:t>“Man is ready to discover his helplessness in comparison to God, but how should he discover his modesty in comparison to other men?”</w:t>
      </w:r>
    </w:p>
    <w:p>
      <w:r>
        <w:rPr>
          <w:sz w:val="20"/>
        </w:rPr>
        <w:t>46:36  doctor naghma siddiqui ne sawal likha hai delhi se, unhon ne likha hai, "Man is ready to discover his helplessness in comparison to God, but how should he discover his modesty in comparison to other men?" is ke bare mein batayein.</w:t>
      </w:r>
      <w:r>
        <w:br/>
      </w:r>
      <w:r>
        <w:rPr>
          <w:sz w:val="20"/>
        </w:rPr>
        <w:t>46:56  deykhiye, modesty ka taluq other men se nahi hai,</w:t>
      </w:r>
      <w:r>
        <w:br/>
      </w:r>
      <w:r>
        <w:rPr>
          <w:sz w:val="20"/>
        </w:rPr>
        <w:t>47:03  God se hai.</w:t>
      </w:r>
      <w:r>
        <w:br/>
      </w:r>
      <w:r>
        <w:rPr>
          <w:sz w:val="20"/>
        </w:rPr>
        <w:t>47:07  other men se to woh apne aap aa jata hai, alag se discover nahi karna hai.</w:t>
      </w:r>
      <w:r>
        <w:br/>
      </w:r>
      <w:r>
        <w:rPr>
          <w:sz w:val="20"/>
        </w:rPr>
        <w:t>47:16  allah rab ul alameen ke muqable mein jab aap apni modesty ko discover karte hain to aap aal madaris ban jaate hain, aal madaris, har aitbar se madaris, chahe doosra insan ho ya kuch bhi ho.</w:t>
      </w:r>
      <w:r>
        <w:br/>
      </w:r>
      <w:r>
        <w:rPr>
          <w:sz w:val="20"/>
        </w:rPr>
        <w:t>47:34  to hamara jo</w:t>
      </w:r>
      <w:r>
        <w:br/>
      </w:r>
      <w:r>
        <w:rPr>
          <w:sz w:val="20"/>
        </w:rPr>
        <w:t>47:39  humein jo karna hai woh yahi hai ke hum alhamdulillah rabbil alameen ki reality ko discover karein.</w:t>
      </w:r>
      <w:r>
        <w:br/>
      </w:r>
      <w:r>
        <w:rPr>
          <w:sz w:val="20"/>
        </w:rPr>
        <w:t>47:49  ab al-kabri lillah ko hum jaanein,</w:t>
      </w:r>
      <w:r>
        <w:br/>
      </w:r>
      <w:r>
        <w:rPr>
          <w:sz w:val="20"/>
        </w:rPr>
        <w:t>47:56  is ke baad apne aap sari baatein aa jaati hain, baqiya baaton ko alag se janne ki zaroorat baqi nahin rehti.</w:t>
      </w:r>
    </w:p>
    <w:p>
      <w:pPr>
        <w:pStyle w:val="Heading2"/>
      </w:pPr>
      <w:r>
        <w:t>How to achieve self-renewal in comfortable life?</w:t>
      </w:r>
    </w:p>
    <w:p>
      <w:r>
        <w:rPr>
          <w:color w:val="666666"/>
          <w:sz w:val="18"/>
        </w:rPr>
        <w:t>The Prophet An Example of Modesty August 27, 2017 · 2m 16s · at 53:57 · https://youtu.be/aR3V4c8fQC4?t=3237</w:t>
      </w:r>
    </w:p>
    <w:p>
      <w:r>
        <w:rPr>
          <w:i/>
        </w:rPr>
        <w:t>“Often it happens that even while living a very comfortable life, we get bored of everything and start taking everything for granted, which reduces the feeling of gratitude towards our Creator. So in such a situation, how can we do self-renewal? Please advice.”</w:t>
      </w:r>
    </w:p>
    <w:p>
      <w:r>
        <w:rPr>
          <w:sz w:val="20"/>
        </w:rPr>
        <w:t>53:57  agar yeh hai to bas kafi hai aap ke liye. molana, agla sawal bheja hai abdul rehman sahab ne dilli se, unhon ne likha hai, "aksar aisa hota hai ke hum bohat comfortable life jeete hue bhi har cheez se bore ho jate hain aur har cheez ko for granted lene lagte hain jis se apne creator ke liye shukr ka jazba bohat kam ho jata hai.</w:t>
      </w:r>
      <w:r>
        <w:br/>
      </w:r>
      <w:r>
        <w:rPr>
          <w:sz w:val="20"/>
        </w:rPr>
        <w:t>54:22  to aise mein hum apna self renewal kaise karein? is ki advice karein." bas quran ko samajh kar parhiye, hadithon ko samajh kar parhiye, rasool Allah ki zindagi ko samajh kar mutala kijiye,</w:t>
      </w:r>
      <w:r>
        <w:br/>
      </w:r>
      <w:r>
        <w:rPr>
          <w:sz w:val="20"/>
        </w:rPr>
        <w:t>54:40  sahaba ki zindagi ko samajh kar mutala kijiye. samajh kar is liye keh raha hoon mein, ek sath ek mulaqat hui jo urdu jante the to mere sath kuch aur log the to mein ne to nahi, doosron ne un se sawal kiya.</w:t>
      </w:r>
      <w:r>
        <w:br/>
      </w:r>
      <w:r>
        <w:rPr>
          <w:sz w:val="20"/>
        </w:rPr>
        <w:t>54:59  yeh baat aayi thi ke unhon ne kunz ul amal ka poora, yani ramzan ke mahine mein, pichle ramzan mein poora poora kunz ul amal ko parhaya.</w:t>
      </w:r>
      <w:r>
        <w:br/>
      </w:r>
      <w:r>
        <w:rPr>
          <w:sz w:val="20"/>
        </w:rPr>
        <w:t>55:15  kunz ul amal ek moti kitab hai</w:t>
      </w:r>
      <w:r>
        <w:br/>
      </w:r>
      <w:r>
        <w:rPr>
          <w:sz w:val="20"/>
        </w:rPr>
        <w:t>55:20  to is mein sahaba ki, tabeen ki aur aala darje ke musalmanon ki bohat si baatein hain. to hamare sathiyon ne un se poocha ke kunz ul amal ki koi ek baat bataiye,</w:t>
      </w:r>
      <w:r>
        <w:br/>
      </w:r>
      <w:r>
        <w:rPr>
          <w:sz w:val="20"/>
        </w:rPr>
        <w:t>55:34  wisdom ki jo hamari mufeed ho. to aap yaqeen kijiye ke koi ek baat na bata sake. woh jab ke woh urdu jante the, ab poori poori kunz ul amal unhon ne ramzan mein parhi thi.</w:t>
      </w:r>
      <w:r>
        <w:br/>
      </w:r>
      <w:r>
        <w:rPr>
          <w:sz w:val="20"/>
        </w:rPr>
        <w:t>55:47  to log parhte hain lekin wahi hai ke Hazrat Aisha ne jo kaha tha ke "أولئك قروا ولم يقروا" aksar logon par yahi saadiq aata hai ke "أولئك قروا ولم يقروا".</w:t>
      </w:r>
      <w:r>
        <w:br/>
      </w:r>
      <w:r>
        <w:rPr>
          <w:sz w:val="20"/>
        </w:rPr>
        <w:t>56:04  ab mein kya karoon? yeh mein kahunga ke bhai sahi tareeqe se parhiye</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How to make amends and get forgiveness?</w:t>
      </w:r>
    </w:p>
    <w:p>
      <w:r>
        <w:rPr>
          <w:color w:val="666666"/>
          <w:sz w:val="18"/>
        </w:rPr>
        <w:t>Anger An Obstacle to wisdom 5 Jan 2020 - Maulana Wahiduddin Khan · 2m 44s · at 1:08:00 · https://youtu.be/q0VPtCsiYrI?t=4080</w:t>
      </w:r>
    </w:p>
    <w:p>
      <w:r>
        <w:rPr>
          <w:i/>
        </w:rPr>
        <w:t>“Today's talk was very beneficial for me. I want to ask you that if out of anger in the past I have taken a rash decision and hurt someone and damaged his reputation, then how can I make amends and get forgiveness from God? I really need your advice on this.”</w:t>
      </w:r>
    </w:p>
    <w:p>
      <w:r>
        <w:rPr>
          <w:sz w:val="20"/>
        </w:rPr>
        <w:t>1:08:00  ma sha Allah. Maulana, ek sawal aaya hai, yeh sawal aaya hai lucknow se firoz sahib ne kiya hai, unhon ne likha hai: "Molana sahib, today's talk was very beneficial for me.</w:t>
      </w:r>
      <w:r>
        <w:br/>
      </w:r>
      <w:r>
        <w:rPr>
          <w:sz w:val="20"/>
        </w:rPr>
        <w:t>1:08:18  I want to ask you that if out of anger in the past I have taken a rash decision and hurt someone and damaged his reputation, then how can I make amends and get forgiveness from God</w:t>
      </w:r>
      <w:r>
        <w:br/>
      </w:r>
      <w:r>
        <w:rPr>
          <w:sz w:val="20"/>
        </w:rPr>
        <w:t>1:08:34  ? I really need your advice on this." dekhiye, yeh to har ek ke sath pesh aata hai aur is ka hal bohat hi asan hai,</w:t>
      </w:r>
      <w:r>
        <w:br/>
      </w:r>
      <w:r>
        <w:rPr>
          <w:sz w:val="20"/>
        </w:rPr>
        <w:t>1:08:48  bohat hi asan hai. aur yeh maine jana hai ek sahabi</w:t>
      </w:r>
      <w:r>
        <w:br/>
      </w:r>
      <w:r>
        <w:rPr>
          <w:sz w:val="20"/>
        </w:rPr>
        <w:t>1:08:57  abu darda se, woh itna asan hai ke jis insan ke sath aap ne koi</w:t>
      </w:r>
      <w:r>
        <w:br/>
      </w:r>
      <w:r>
        <w:rPr>
          <w:sz w:val="20"/>
        </w:rPr>
        <w:t>1:09:08  burai kar di hai, bas us ke liye dua kar ban jaiye. jab aap ko ehsas ehsas ho ke aap ne galat kiya tha, bas sirf yeh kijiye ke us ke liye dua shuru kar dijiye.</w:t>
      </w:r>
      <w:r>
        <w:br/>
      </w:r>
      <w:r>
        <w:rPr>
          <w:sz w:val="20"/>
        </w:rPr>
        <w:t>1:09:26  bas itna hi kijiye, aap kuch kar lijiye, kuch elan karne ki zaroorat nahi hai. is insan ke liye dua, aap dekhen ke achaanak ek naya inqalab aaye ga aap ke andar aur ek bilkul ek nai dunya wajood mein aa jaye gi.</w:t>
      </w:r>
      <w:r>
        <w:br/>
      </w:r>
      <w:r>
        <w:rPr>
          <w:sz w:val="20"/>
        </w:rPr>
        <w:t>1:09:47  bohat hi asan hai, log dua jante hain sirf yani mangna, dua jante hain sirf mangne ke liye.</w:t>
      </w:r>
      <w:r>
        <w:br/>
      </w:r>
      <w:r>
        <w:rPr>
          <w:sz w:val="20"/>
        </w:rPr>
        <w:t>1:09:58  lekin dua bhi ek ek giver item hai, giver dua ek azeem tareen qism ka giver item hai.</w:t>
      </w:r>
      <w:r>
        <w:br/>
      </w:r>
      <w:r>
        <w:rPr>
          <w:sz w:val="20"/>
        </w:rPr>
        <w:t>1:10:15  kisi insan ke liye aap jab dua karte hain to sare farishte amin karte hain, amin karte hain, amin karte hain. to dua ek bohat bara giver item hai,</w:t>
      </w:r>
      <w:r>
        <w:br/>
      </w:r>
      <w:r>
        <w:rPr>
          <w:sz w:val="20"/>
        </w:rPr>
        <w:t>1:10:28  aap nafe ban jate hain.</w:t>
      </w:r>
      <w:r>
        <w:br/>
      </w:r>
      <w:r>
        <w:rPr>
          <w:sz w:val="20"/>
        </w:rPr>
        <w:t>1:10:33  tajurba tajurba kar ke dekhiye, aap tajurba kar ke dekhiye.</w:t>
      </w:r>
    </w:p>
    <w:p>
      <w:pPr>
        <w:pStyle w:val="Heading1"/>
      </w:pPr>
      <w:r>
        <w:t>In the lectures (20)</w:t>
      </w:r>
    </w:p>
    <w:p>
      <w:pPr>
        <w:pStyle w:val="Heading2"/>
      </w:pPr>
      <w:r>
        <w:t>The Spirit of Fasting Gratitude to God April 25, 2020 Maulana Wahiduddin Khan</w:t>
      </w:r>
    </w:p>
    <w:p>
      <w:r>
        <w:rPr>
          <w:color w:val="666666"/>
          <w:sz w:val="18"/>
        </w:rPr>
        <w:t>34:42 · https://youtu.be/ql1UxsMLOzg?t=2082</w:t>
      </w:r>
    </w:p>
    <w:p>
      <w:r>
        <w:rPr>
          <w:i/>
        </w:rPr>
        <w:t>“خوب زیادہ شکر کیا جائے۔”</w:t>
      </w:r>
    </w:p>
    <w:p>
      <w:pPr>
        <w:pStyle w:val="Heading2"/>
      </w:pPr>
      <w:r>
        <w:t>Concept of God December 7, 2014</w:t>
      </w:r>
    </w:p>
    <w:p>
      <w:r>
        <w:rPr>
          <w:color w:val="666666"/>
          <w:sz w:val="18"/>
        </w:rPr>
        <w:t>48:15 · https://youtu.be/dCgL9lp8EAo?t=2895</w:t>
      </w:r>
    </w:p>
    <w:p>
      <w:r>
        <w:rPr>
          <w:i/>
        </w:rPr>
        <w:t>“اس کے بعد میرے اندر بہت زیادہ سدھار ہوا ہے۔ میں I want to thank God and thank you for for this change”</w:t>
      </w:r>
    </w:p>
    <w:p>
      <w:pPr>
        <w:pStyle w:val="Heading2"/>
      </w:pPr>
      <w:r>
        <w:t>Prayer for the Country April 05, 2020 Maulana Wahiduddin Khan</w:t>
      </w:r>
    </w:p>
    <w:p>
      <w:r>
        <w:rPr>
          <w:color w:val="666666"/>
          <w:sz w:val="18"/>
        </w:rPr>
        <w:t>30:44 · https://youtu.be/9Fh70tItjlQ?t=1844</w:t>
      </w:r>
    </w:p>
    <w:p>
      <w:r>
        <w:rPr>
          <w:i/>
        </w:rPr>
        <w:t>“بس شکر کرنا سیکھیں اور”</w:t>
      </w:r>
    </w:p>
    <w:p>
      <w:pPr>
        <w:pStyle w:val="Heading2"/>
      </w:pPr>
      <w:r>
        <w:t>Prophet of Islam A Role Model 16 January, 2011</w:t>
      </w:r>
    </w:p>
    <w:p>
      <w:r>
        <w:rPr>
          <w:color w:val="666666"/>
          <w:sz w:val="18"/>
        </w:rPr>
        <w:t>1:08:32 · https://youtu.be/77WIVVVMP04?t=4112</w:t>
      </w:r>
    </w:p>
    <w:p>
      <w:r>
        <w:rPr>
          <w:i/>
        </w:rPr>
        <w:t>“میں بول رہا ہوں۔ اسی سے آپ کا وہ جذبہ شکر ٹریگر ہو جائے۔”</w:t>
      </w:r>
    </w:p>
    <w:p>
      <w:pPr>
        <w:pStyle w:val="Heading2"/>
      </w:pPr>
      <w:r>
        <w:t>Deeper Meaning of The Quran May 17, 2015</w:t>
      </w:r>
    </w:p>
    <w:p>
      <w:r>
        <w:rPr>
          <w:color w:val="666666"/>
          <w:sz w:val="18"/>
        </w:rPr>
        <w:t>41:46 · https://youtu.be/CoTUNYxSRiI?t=2506</w:t>
      </w:r>
    </w:p>
    <w:p>
      <w:r>
        <w:rPr>
          <w:i/>
        </w:rPr>
        <w:t>“ایک اپنے کو ایک شکر کرنا پڑے گا۔”</w:t>
      </w:r>
    </w:p>
    <w:p>
      <w:pPr>
        <w:pStyle w:val="Heading2"/>
      </w:pPr>
      <w:r>
        <w:t>The Spirit of Fasting Gratitude to God April 25, 2020 Maulana Wahiduddin Khan</w:t>
      </w:r>
    </w:p>
    <w:p>
      <w:r>
        <w:rPr>
          <w:color w:val="666666"/>
          <w:sz w:val="18"/>
        </w:rPr>
        <w:t>11:54 · https://youtu.be/ql1UxsMLOzg?t=714</w:t>
      </w:r>
    </w:p>
    <w:p>
      <w:r>
        <w:rPr>
          <w:i/>
        </w:rPr>
        <w:t>“بننے کی توفیق دے۔ شکر گزار۔”</w:t>
      </w:r>
    </w:p>
    <w:p>
      <w:pPr>
        <w:pStyle w:val="Heading2"/>
      </w:pPr>
      <w:r>
        <w:t>Q&amp;A 10 Nov 2011 - Maulana Wahiduddin Khan</w:t>
      </w:r>
    </w:p>
    <w:p>
      <w:r>
        <w:rPr>
          <w:color w:val="666666"/>
          <w:sz w:val="18"/>
        </w:rPr>
        <w:t>4:02 · https://youtu.be/cmBNOsO1nVo?t=242</w:t>
      </w:r>
    </w:p>
    <w:p>
      <w:r>
        <w:rPr>
          <w:i/>
        </w:rPr>
        <w:t>“मैं चाहता हूं कि”</w:t>
      </w:r>
    </w:p>
    <w:p>
      <w:pPr>
        <w:pStyle w:val="Heading2"/>
      </w:pPr>
      <w:r>
        <w:t>The Importance of Shukr December 19, 2010</w:t>
      </w:r>
    </w:p>
    <w:p>
      <w:r>
        <w:rPr>
          <w:color w:val="666666"/>
          <w:sz w:val="18"/>
        </w:rPr>
        <w:t>12:27 · https://youtu.be/aoKMb5-IQQU?t=747</w:t>
      </w:r>
    </w:p>
    <w:p>
      <w:r>
        <w:rPr>
          <w:i/>
        </w:rPr>
        <w:t>“تو جو آدمی چاہتا ہو کہ وہ شکر کرے تو اس کو چاہیے کہ وہ کمپیئر کر کے چیزوں کو دیکھنا جانے۔ اب آج ہی کی میں ایک مثال دیتا ہوں۔”</w:t>
      </w:r>
    </w:p>
    <w:p>
      <w:pPr>
        <w:pStyle w:val="Heading2"/>
      </w:pPr>
      <w:r>
        <w:t>The Culture of People of Paradise January 06, 2019 Maulana Wahiduddin Khan</w:t>
      </w:r>
    </w:p>
    <w:p>
      <w:r>
        <w:rPr>
          <w:color w:val="666666"/>
          <w:sz w:val="18"/>
        </w:rPr>
        <w:t>0:48 · https://youtu.be/rFExua9zntM?t=48</w:t>
      </w:r>
    </w:p>
    <w:p>
      <w:r>
        <w:rPr>
          <w:i/>
        </w:rPr>
        <w:t>“کچھ عرض کرنا چاہتا ہوں۔”</w:t>
      </w:r>
    </w:p>
    <w:p>
      <w:pPr>
        <w:pStyle w:val="Heading2"/>
      </w:pPr>
      <w:r>
        <w:t>CPS Peace Conference, Day 1, Taking Quran to the World presentation</w:t>
      </w:r>
    </w:p>
    <w:p>
      <w:r>
        <w:rPr>
          <w:color w:val="666666"/>
          <w:sz w:val="18"/>
        </w:rPr>
        <w:t>15:19 · https://youtu.be/jfdpu0qRRPc?t=919</w:t>
      </w:r>
    </w:p>
    <w:p>
      <w:r>
        <w:rPr>
          <w:i/>
        </w:rPr>
        <w:t>“I want somebody to re”</w:t>
      </w:r>
    </w:p>
    <w:p>
      <w:pPr>
        <w:pStyle w:val="Heading2"/>
      </w:pPr>
      <w:r>
        <w:t>Q&amp;A 16 Jan 2011 Maulana Wahiduddin Khan</w:t>
      </w:r>
    </w:p>
    <w:p>
      <w:r>
        <w:rPr>
          <w:color w:val="666666"/>
          <w:sz w:val="18"/>
        </w:rPr>
        <w:t>10:34 · https://youtu.be/N8FHA_uH3QI?t=634</w:t>
      </w:r>
    </w:p>
    <w:p>
      <w:r>
        <w:rPr>
          <w:i/>
        </w:rPr>
        <w:t>“میں بول رہا ہوں۔ اسی سے آپ کا وہ جذبہ شکر trigger ہو جائے۔”</w:t>
      </w:r>
    </w:p>
    <w:p>
      <w:pPr>
        <w:pStyle w:val="Heading2"/>
      </w:pPr>
      <w:r>
        <w:t>Month of Spirituality July 28, 2013</w:t>
      </w:r>
    </w:p>
    <w:p>
      <w:r>
        <w:rPr>
          <w:color w:val="666666"/>
          <w:sz w:val="18"/>
        </w:rPr>
        <w:t>19:24 · https://youtu.be/p4MM2gjJBxA?t=1164</w:t>
      </w:r>
    </w:p>
    <w:p>
      <w:r>
        <w:rPr>
          <w:i/>
        </w:rPr>
        <w:t>“مجھے اپنی دینداری کے level کو بڑھانا ہے۔”</w:t>
      </w:r>
    </w:p>
    <w:p>
      <w:pPr>
        <w:pStyle w:val="Heading2"/>
      </w:pPr>
      <w:r>
        <w:t>CPS Peace Conference 2019 Sunday Lecture</w:t>
      </w:r>
    </w:p>
    <w:p>
      <w:r>
        <w:rPr>
          <w:color w:val="666666"/>
          <w:sz w:val="18"/>
        </w:rPr>
        <w:t>51:58 · https://youtu.be/aat_BoVRRFQ?t=3118</w:t>
      </w:r>
    </w:p>
    <w:p>
      <w:r>
        <w:rPr>
          <w:i/>
        </w:rPr>
        <w:t>“آپ مجھے بتائیے کہ میں شکر گزار کیسے بنوں؟ اچھا، یہاں آئیے، آپ میرے پاس آئیے۔”</w:t>
      </w:r>
    </w:p>
    <w:p>
      <w:pPr>
        <w:pStyle w:val="Heading2"/>
      </w:pPr>
      <w:r>
        <w:t>Covid Reminder The Need for Shukr April 12, 2020 Maulana Wahiduddin Khan</w:t>
      </w:r>
    </w:p>
    <w:p>
      <w:r>
        <w:rPr>
          <w:color w:val="666666"/>
          <w:sz w:val="18"/>
        </w:rPr>
        <w:t>9:13 · https://youtu.be/LETHR-bNgtQ?t=553</w:t>
      </w:r>
    </w:p>
    <w:p>
      <w:r>
        <w:rPr>
          <w:i/>
        </w:rPr>
        <w:t>“تو میری سوچ رہا تھا کہ اتنی بڑی نعمت کا شکر کیسے ادا کیا جائے۔”</w:t>
      </w:r>
    </w:p>
    <w:p>
      <w:pPr>
        <w:pStyle w:val="Heading2"/>
      </w:pPr>
      <w:r>
        <w:t>Personality Building January 05, 2014</w:t>
      </w:r>
    </w:p>
    <w:p>
      <w:r>
        <w:rPr>
          <w:color w:val="666666"/>
          <w:sz w:val="18"/>
        </w:rPr>
        <w:t>1:06:21 · https://youtu.be/3Zppdm2K4ug?t=3981</w:t>
      </w:r>
    </w:p>
    <w:p>
      <w:r>
        <w:rPr>
          <w:i/>
        </w:rPr>
        <w:t>“یہ ٹاپک دیا گیا تھا۔ تو میں نے کہا کہ یہ کریں کہ وہ شکر کریں۔”</w:t>
      </w:r>
    </w:p>
    <w:p>
      <w:pPr>
        <w:pStyle w:val="Heading2"/>
      </w:pPr>
      <w:r>
        <w:t>The Age of Deceiving Philosophies I 21 June 2009</w:t>
      </w:r>
    </w:p>
    <w:p>
      <w:r>
        <w:rPr>
          <w:color w:val="666666"/>
          <w:sz w:val="18"/>
        </w:rPr>
        <w:t>1:37:25 · https://youtu.be/RZCs_8AtCTM?t=5845</w:t>
      </w:r>
    </w:p>
    <w:p>
      <w:r>
        <w:rPr>
          <w:i/>
        </w:rPr>
        <w:t>“I offered thanksgiving prayers and extended my deepest gratitude to God.”</w:t>
      </w:r>
    </w:p>
    <w:p>
      <w:pPr>
        <w:pStyle w:val="Heading2"/>
      </w:pPr>
      <w:r>
        <w:t>On Salah (Prayer) (Part 2) 22 Jan 2006 - Maulana Wahiduddin Khan</w:t>
      </w:r>
    </w:p>
    <w:p>
      <w:r>
        <w:rPr>
          <w:color w:val="666666"/>
          <w:sz w:val="18"/>
        </w:rPr>
        <w:t>16:17 · https://youtu.be/NL9OG_8LJVk?t=977</w:t>
      </w:r>
    </w:p>
    <w:p>
      <w:r>
        <w:rPr>
          <w:i/>
        </w:rPr>
        <w:t>“اس پر شکر کرنا ہے۔”</w:t>
      </w:r>
    </w:p>
    <w:p>
      <w:pPr>
        <w:pStyle w:val="Heading2"/>
      </w:pPr>
      <w:r>
        <w:t>Prophet of Islam A Role Model 16 January, 2011</w:t>
      </w:r>
    </w:p>
    <w:p>
      <w:r>
        <w:rPr>
          <w:color w:val="666666"/>
          <w:sz w:val="18"/>
        </w:rPr>
        <w:t>1:09:10 · https://youtu.be/77WIVVVMP04?t=4150</w:t>
      </w:r>
    </w:p>
    <w:p>
      <w:r>
        <w:rPr>
          <w:i/>
        </w:rPr>
        <w:t>“میں اس سے بھی ٹریگر ہو گیا شکر۔”</w:t>
      </w:r>
    </w:p>
    <w:p>
      <w:pPr>
        <w:pStyle w:val="Heading2"/>
      </w:pPr>
      <w:r>
        <w:t>Covid Reminder The Need for Shukr April 12, 2020 Maulana Wahiduddin Khan</w:t>
      </w:r>
    </w:p>
    <w:p>
      <w:r>
        <w:rPr>
          <w:color w:val="666666"/>
          <w:sz w:val="18"/>
        </w:rPr>
        <w:t>9:50 · https://youtu.be/LETHR-bNgtQ?t=590</w:t>
      </w:r>
    </w:p>
    <w:p>
      <w:r>
        <w:rPr>
          <w:i/>
        </w:rPr>
        <w:t>“اور شکر کرنا سیکھیں۔”</w:t>
      </w:r>
    </w:p>
    <w:p>
      <w:pPr>
        <w:pStyle w:val="Heading2"/>
      </w:pPr>
      <w:r>
        <w:t>An Intellectual Journey May 1, 2011</w:t>
      </w:r>
    </w:p>
    <w:p>
      <w:r>
        <w:rPr>
          <w:color w:val="666666"/>
          <w:sz w:val="18"/>
        </w:rPr>
        <w:t>1:28:10 · https://youtu.be/AqjjyimoIqw?t=5290</w:t>
      </w:r>
    </w:p>
    <w:p>
      <w:r>
        <w:rPr>
          <w:i/>
        </w:rPr>
        <w:t>“شکر کرنے کی بات ہے۔ بس”</w:t>
      </w:r>
    </w:p>
    <w:p>
      <w:pPr>
        <w:pStyle w:val="Heading1"/>
      </w:pPr>
      <w:r>
        <w:t>Clips (30)</w:t>
      </w:r>
    </w:p>
    <w:p>
      <w:pPr>
        <w:pStyle w:val="Heading2"/>
      </w:pPr>
      <w:r>
        <w:t>Conceptual thinking to love the unseen God</w:t>
      </w:r>
    </w:p>
    <w:p>
      <w:r>
        <w:rPr>
          <w:color w:val="666666"/>
          <w:sz w:val="18"/>
        </w:rPr>
        <w:t>Q&amp;A 10 Nov 2011 - Maulana Wahiduddin Khan · 2m 08s · at 3:14 · https://youtu.be/cmBNOsO1nVo?t=194</w:t>
      </w:r>
    </w:p>
    <w:p>
      <w:r>
        <w:rPr>
          <w:i/>
        </w:rPr>
        <w:t>“Aam taur par insaan ka mizaj hai.”</w:t>
      </w:r>
    </w:p>
    <w:p>
      <w:r>
        <w:rPr>
          <w:sz w:val="20"/>
        </w:rPr>
        <w:t>3:14  । aam taur par insaan ka mizaj hai ki wo dekhi hui cheez par yakeen karta hai.</w:t>
      </w:r>
      <w:r>
        <w:br/>
      </w:r>
      <w:r>
        <w:rPr>
          <w:sz w:val="20"/>
        </w:rPr>
        <w:t>3:22  kisi ne kaha ke yaman ne bat shahad. jo cheez dikhai na de, us par apne ko concentrate karna bahut mushkil hota hai. to log apna beta dikhai deta hai, apni family dikhai deti hai, apna business dikhai deta hai. to apne jazbat ko us se attach kar lete hain.</w:t>
      </w:r>
      <w:r>
        <w:br/>
      </w:r>
      <w:r>
        <w:rPr>
          <w:sz w:val="20"/>
        </w:rPr>
        <w:t>3:43  khud dikhai nahi deta, to us se jazbat attach nahi kar pate. phir sochte nahi ke jo kuch mila hua, kaise mila hua hai. cheezon ko for granted le lete hain. cheezon ko for granted le lete hain. vasa to hai.</w:t>
      </w:r>
      <w:r>
        <w:br/>
      </w:r>
      <w:r>
        <w:rPr>
          <w:sz w:val="20"/>
        </w:rPr>
        <w:t>4:02  main chahta hoon ke</w:t>
      </w:r>
      <w:r>
        <w:br/>
      </w:r>
      <w:r>
        <w:rPr>
          <w:sz w:val="20"/>
        </w:rPr>
        <w:t>4:06  yeh, yeh, yeh to test hai. yaani agar itna aasan hota mohabbat ilahi, to test kis baat ka hota?</w:t>
      </w:r>
      <w:r>
        <w:br/>
      </w:r>
      <w:r>
        <w:rPr>
          <w:sz w:val="20"/>
        </w:rPr>
        <w:t>4:18  test yahi ke aap sochein. jo cheez dikhai na de rahi hai, us ko soch kar jayein. kyunke dekhiye, insan ki tareef hi kehti hai ke insan jo hai,</w:t>
      </w:r>
      <w:r>
        <w:br/>
      </w:r>
      <w:r>
        <w:rPr>
          <w:sz w:val="20"/>
        </w:rPr>
        <w:t>4:28  uske andar conceptual thinking hai. yahi insan ki, insan ki definition di thi. definition insan ko jo cheez mumayaz karti hai, doosri cheezon se,</w:t>
      </w:r>
      <w:r>
        <w:br/>
      </w:r>
      <w:r>
        <w:rPr>
          <w:sz w:val="20"/>
        </w:rPr>
        <w:t>4:42  woh yeh ke insan ke andar conceptual thinking hai. yaani tasawwur-o-fikr,</w:t>
      </w:r>
      <w:r>
        <w:br/>
      </w:r>
      <w:r>
        <w:rPr>
          <w:sz w:val="20"/>
        </w:rPr>
        <w:t>4:47  zehni satah par tasawwur karke woh soch pata hai. to yeh kis liye diya gaya hai? is liye diya gaya hai ke aap jo cheez dikhai nahi deti, us par soch sakein. aap ghaib ko mushahida bana sakein. to agar aadmi apni tasawwur, yaani salahiyat ko, conceptual thinking ko</w:t>
      </w:r>
      <w:r>
        <w:br/>
      </w:r>
      <w:r>
        <w:rPr>
          <w:sz w:val="20"/>
        </w:rPr>
        <w:t>5:10  activate karega, to zaroor woh Khuda ko daryaft karega. jab daryaft karega, zaroor woh Khuda se mohabbat karne wala ban jayega.</w:t>
      </w:r>
    </w:p>
    <w:p>
      <w:pPr>
        <w:pStyle w:val="Heading2"/>
      </w:pPr>
      <w:r>
        <w:t>Comparison reveals gratitude for Quran</w:t>
      </w:r>
    </w:p>
    <w:p>
      <w:r>
        <w:rPr>
          <w:color w:val="666666"/>
          <w:sz w:val="18"/>
        </w:rPr>
        <w:t>The Importance of Shukr December 19, 2010 · 2m 55s · at 12:09 · https://youtu.be/aoKMb5-IQQU?t=729</w:t>
      </w:r>
    </w:p>
    <w:p>
      <w:r>
        <w:rPr>
          <w:i/>
        </w:rPr>
        <w:t>“Kyun? Compare kar ke nahi dekhte”</w:t>
      </w:r>
    </w:p>
    <w:p>
      <w:r>
        <w:rPr>
          <w:sz w:val="20"/>
        </w:rPr>
        <w:t>12:09  kyun? compare kar ke nahi dekhte. kaha jata hai ke: "in comparison, that we understand</w:t>
      </w:r>
      <w:r>
        <w:br/>
      </w:r>
      <w:r>
        <w:rPr>
          <w:sz w:val="20"/>
        </w:rPr>
        <w:t>12:16  ". yeh ek universal masla hai. arabi mein bhi hai ke: "ta'rif al-ashya' bi-diddaha." cheezein apni zid se pehchani jati hain.</w:t>
      </w:r>
      <w:r>
        <w:br/>
      </w:r>
      <w:r>
        <w:rPr>
          <w:sz w:val="20"/>
        </w:rPr>
        <w:t>12:27  to jo aadmi chahta ho ke woh shukr kare to us ko chahiye ke woh compare kar ke cheezon ko dekhna jaane. ab aaj hi ki mein ek misaal deta hoon.</w:t>
      </w:r>
      <w:r>
        <w:br/>
      </w:r>
      <w:r>
        <w:rPr>
          <w:sz w:val="20"/>
        </w:rPr>
        <w:t>12:37  aaj mujhe Quran ka ek acha chupa hua nuskha mere samne aya.</w:t>
      </w:r>
      <w:r>
        <w:br/>
      </w:r>
      <w:r>
        <w:rPr>
          <w:sz w:val="20"/>
        </w:rPr>
        <w:t>12:43  jaise yeh Quran hai dekhiye. chupa hua, jild, kaghaz bohat achi. is ka itna shandar chhapayi aur har cheez.</w:t>
      </w:r>
      <w:r>
        <w:br/>
      </w:r>
      <w:r>
        <w:rPr>
          <w:sz w:val="20"/>
        </w:rPr>
        <w:t>12:58  to maine socha ke yeh itna chupa hua Quran agar kisi ko saatveen sadi mein milta, ab hum twenty first century mein hain, seven century mein jab yeh utra tha Arab mein,</w:t>
      </w:r>
      <w:r>
        <w:br/>
      </w:r>
      <w:r>
        <w:rPr>
          <w:sz w:val="20"/>
        </w:rPr>
        <w:t>13:15  tab koi agar is qism ka ek Quran paya jata aur le kar jata woh Makka Madina mein, Arab mein, to jante hain kya hota?</w:t>
      </w:r>
      <w:r>
        <w:br/>
      </w:r>
      <w:r>
        <w:rPr>
          <w:sz w:val="20"/>
        </w:rPr>
        <w:t>13:27  log dekh kar samajhte hain ke yeh to milla-e-aala ka quran hai.</w:t>
      </w:r>
      <w:r>
        <w:br/>
      </w:r>
      <w:r>
        <w:rPr>
          <w:sz w:val="20"/>
        </w:rPr>
        <w:t>13:33  musalmanon ka yeh aqeedah hai ke yeh jo quran hai yeh lauh-e-mehfooz mein hai, farishton ki duniya mein.</w:t>
      </w:r>
      <w:r>
        <w:br/>
      </w:r>
      <w:r>
        <w:rPr>
          <w:sz w:val="20"/>
        </w:rPr>
        <w:t>13:45  aur wahan se utra woh najman najman. asal nuskhah lauh-e-mehfooz mein tha, farishton ki duniya mein.</w:t>
      </w:r>
      <w:r>
        <w:br/>
      </w:r>
      <w:r>
        <w:rPr>
          <w:sz w:val="20"/>
        </w:rPr>
        <w:t>13:57  thoda thoda utra rasool Allah sal-lal-lahu alaihi wa-sallam par. to woh samjhein ke yeh lauh-e-mehfooz wali copy kisi ko mil gayi hai.</w:t>
      </w:r>
      <w:r>
        <w:br/>
      </w:r>
      <w:r>
        <w:rPr>
          <w:sz w:val="20"/>
        </w:rPr>
        <w:t>14:07  is zamane mein quran likha jata tha kis par? jhilli par. aur haddi par.</w:t>
      </w:r>
      <w:r>
        <w:br/>
      </w:r>
      <w:r>
        <w:rPr>
          <w:sz w:val="20"/>
        </w:rPr>
        <w:t>14:17  maamooli qism ka is zamane mein paper banta tha china mein. bohat hi maamooli.</w:t>
      </w:r>
      <w:r>
        <w:br/>
      </w:r>
      <w:r>
        <w:rPr>
          <w:sz w:val="20"/>
        </w:rPr>
        <w:t>14:23  aaj mile aap ko to is ko aap kuch bhi nahi likhna pasand karenge.</w:t>
      </w:r>
      <w:r>
        <w:br/>
      </w:r>
      <w:r>
        <w:rPr>
          <w:sz w:val="20"/>
        </w:rPr>
        <w:t>14:31  to woh compare kar ke jab dekhte woh to samajhte hain ke yeh to aaya hai kahin lauh-e-mehfooz wala quran mil gaya hai kisi ko, woh le kar chala aaya hai.</w:t>
      </w:r>
      <w:r>
        <w:br/>
      </w:r>
      <w:r>
        <w:rPr>
          <w:sz w:val="20"/>
        </w:rPr>
        <w:t>14:45  ab bataein ke itna zabardast hum ko yeh technology hum ko is hisse mein aayi hai hamare ke aisa quran hum chhap saken.</w:t>
      </w:r>
      <w:r>
        <w:br/>
      </w:r>
      <w:r>
        <w:rPr>
          <w:sz w:val="20"/>
        </w:rPr>
        <w:t>14:53  to shukr hi shukr hona chahiye is ka. shukr hi shukr. magar koi shukr karne wala nahi hai.</w:t>
      </w:r>
    </w:p>
    <w:p>
      <w:pPr>
        <w:pStyle w:val="Heading2"/>
      </w:pPr>
      <w:r>
        <w:t>Jannah is God's proximity explained</w:t>
      </w:r>
    </w:p>
    <w:p>
      <w:r>
        <w:rPr>
          <w:color w:val="666666"/>
          <w:sz w:val="18"/>
        </w:rPr>
        <w:t>The Culture of People of Paradise January 06, 2019 Maulana Wahiduddin Khan · 5m 56s · at 0:41 · https://youtu.be/rFExua9zntM?t=41</w:t>
      </w:r>
    </w:p>
    <w:p>
      <w:r>
        <w:rPr>
          <w:i/>
        </w:rPr>
        <w:t>“Aaj main Jannat ya Parah Raaz par”</w:t>
      </w:r>
    </w:p>
    <w:p>
      <w:r>
        <w:rPr>
          <w:sz w:val="20"/>
        </w:rPr>
        <w:t>0:41  aaj mein jannat ya parah raaz ke bare mein</w:t>
      </w:r>
      <w:r>
        <w:br/>
      </w:r>
      <w:r>
        <w:rPr>
          <w:sz w:val="20"/>
        </w:rPr>
        <w:t>0:48  kuch arz karna chahta hoon.</w:t>
      </w:r>
      <w:r>
        <w:br/>
      </w:r>
      <w:r>
        <w:rPr>
          <w:sz w:val="20"/>
        </w:rPr>
        <w:t>0:56  to mein bohat dinon se yeh</w:t>
      </w:r>
      <w:r>
        <w:br/>
      </w:r>
      <w:r>
        <w:rPr>
          <w:sz w:val="20"/>
        </w:rPr>
        <w:t>1:02  talash kar raha tha ke jannat aur insaan ka muamla kya hai.</w:t>
      </w:r>
      <w:r>
        <w:br/>
      </w:r>
      <w:r>
        <w:rPr>
          <w:sz w:val="20"/>
        </w:rPr>
        <w:t>1:12  to meri samajh mein aaya ke is muamle ka</w:t>
      </w:r>
      <w:r>
        <w:br/>
      </w:r>
      <w:r>
        <w:rPr>
          <w:sz w:val="20"/>
        </w:rPr>
        <w:t>1:19  qulo do Quran ke do ayaton mein maujood hai. qulo. pehla qulo to hai: wa-sjud wa-qtarib.</w:t>
      </w:r>
      <w:r>
        <w:br/>
      </w:r>
      <w:r>
        <w:rPr>
          <w:sz w:val="20"/>
        </w:rPr>
        <w:t>1:34  wa-sjud wa-qtarib Quran ki ayat hai. is ka matlab hai: sajda kar aur qareeb ho ja. to qareeb hone ka matlab kya hai?</w:t>
      </w:r>
      <w:r>
        <w:br/>
      </w:r>
      <w:r>
        <w:rPr>
          <w:sz w:val="20"/>
        </w:rPr>
        <w:t>1:47  beshumar logon ne sajda kiya, jis ka matlab yeh nahi ho ke distance khatam ho gaya Khuda aur bande ke darmiyan. yeh to hua nahi kabhi.</w:t>
      </w:r>
      <w:r>
        <w:br/>
      </w:r>
      <w:r>
        <w:rPr>
          <w:sz w:val="20"/>
        </w:rPr>
        <w:t>1:58  sajda karne walon ne sajda kiya, hatta ke prophet ne kiya. to aisa to nahi hua ke sajda kiya to Khuda aur bande ke darmiyan distance khatam ho gaya.</w:t>
      </w:r>
      <w:r>
        <w:br/>
      </w:r>
      <w:r>
        <w:rPr>
          <w:sz w:val="20"/>
        </w:rPr>
        <w:t>2:14  to sochte sochte meri samajh mein aaya ke sajda kar aur qareeb ho ja ki shara'it khud Quran mein maujood hain.</w:t>
      </w:r>
      <w:r>
        <w:br/>
      </w:r>
      <w:r>
        <w:rPr>
          <w:sz w:val="20"/>
        </w:rPr>
        <w:t>2:26  woh hai fir'aun jo</w:t>
      </w:r>
      <w:r>
        <w:br/>
      </w:r>
      <w:r>
        <w:rPr>
          <w:sz w:val="20"/>
        </w:rPr>
        <w:t>2:31  chaar hazaar saal se zyada ghaliban muddat hui jab woh misr mein aik despotic king ke taur par tha, woh firaun.</w:t>
      </w:r>
      <w:r>
        <w:br/>
      </w:r>
      <w:r>
        <w:rPr>
          <w:sz w:val="20"/>
        </w:rPr>
        <w:t>2:47  toh wahan par aik uski malika jo thi, woh thi Aasiya bint Muzahim.</w:t>
      </w:r>
      <w:r>
        <w:br/>
      </w:r>
      <w:r>
        <w:rPr>
          <w:sz w:val="20"/>
        </w:rPr>
        <w:t>2:59  Aasiya bint Muzahim. Toh uske zamane mein Hazrat Musa paida hue, unhone tauheed ki dawat di.</w:t>
      </w:r>
      <w:r>
        <w:br/>
      </w:r>
      <w:r>
        <w:rPr>
          <w:sz w:val="20"/>
        </w:rPr>
        <w:t>3:12  jabke firaun khud apne ko kehta tha ke "ana rabbukum al-a'la". Apne hi ko dawaye karta tha ke "main hi toh tumhara rab hoon".</w:t>
      </w:r>
      <w:r>
        <w:br/>
      </w:r>
      <w:r>
        <w:rPr>
          <w:sz w:val="20"/>
        </w:rPr>
        <w:t>3:25  toh firaun zahir hai ke iske khilaf ho gaya.</w:t>
      </w:r>
      <w:r>
        <w:br/>
      </w:r>
      <w:r>
        <w:rPr>
          <w:sz w:val="20"/>
        </w:rPr>
        <w:t>3:31  toh yeh jo Aasiya Aasiya bint Muzahim jo theen,</w:t>
      </w:r>
      <w:r>
        <w:br/>
      </w:r>
      <w:r>
        <w:rPr>
          <w:sz w:val="20"/>
        </w:rPr>
        <w:t>3:39  unko Musa ki awaaz pahunchi.</w:t>
      </w:r>
      <w:r>
        <w:br/>
      </w:r>
      <w:r>
        <w:rPr>
          <w:sz w:val="20"/>
        </w:rPr>
        <w:t>3:45  Musa ka jo paigham hai, woh suna unhone. Toh woh bohat thi, mere khayal se, nature pe thi.</w:t>
      </w:r>
      <w:r>
        <w:br/>
      </w:r>
      <w:r>
        <w:rPr>
          <w:sz w:val="20"/>
        </w:rPr>
        <w:t>3:53  nature pe. Toh unka nature jo tha, usne foran pakad liya Musa ki dawat ko aur uski mom ban gayeen.</w:t>
      </w:r>
      <w:r>
        <w:br/>
      </w:r>
      <w:r>
        <w:rPr>
          <w:sz w:val="20"/>
        </w:rPr>
        <w:t>4:06  woh jab firaun ko pata chala ke meri malika jo hai, woh Musa ki follower ban gayi hai, toh bohat ghussa hua woh.</w:t>
      </w:r>
      <w:r>
        <w:br/>
      </w:r>
      <w:r>
        <w:rPr>
          <w:sz w:val="20"/>
        </w:rPr>
        <w:t>4:20  aur usne unko talwar se qatl kar diya.</w:t>
      </w:r>
      <w:r>
        <w:br/>
      </w:r>
      <w:r>
        <w:rPr>
          <w:sz w:val="20"/>
        </w:rPr>
        <w:t>4:27  toh jab woh khada hua talwar le kar qatl karne ke liye</w:t>
      </w:r>
      <w:r>
        <w:br/>
      </w:r>
      <w:r>
        <w:rPr>
          <w:sz w:val="20"/>
        </w:rPr>
        <w:t>4:33  aur kaha ke "tum ya toh Musa ke deen ko chodo ya yeh talwar meri jo hai, tumhara khatma kar degi".</w:t>
      </w:r>
      <w:r>
        <w:br/>
      </w:r>
      <w:r>
        <w:rPr>
          <w:sz w:val="20"/>
        </w:rPr>
        <w:t>4:44  us waqt jo dua ki thi unhone, woh Quran mein hai: "rabbili baytan indaka fil jannati".</w:t>
      </w:r>
      <w:r>
        <w:br/>
      </w:r>
      <w:r>
        <w:rPr>
          <w:sz w:val="20"/>
        </w:rPr>
        <w:t>4:57  Ae Allah, mere liye apne paas, apne qareeb jannat mein aik ghar bana de.</w:t>
      </w:r>
      <w:r>
        <w:br/>
      </w:r>
      <w:r>
        <w:rPr>
          <w:sz w:val="20"/>
        </w:rPr>
        <w:t>5:10  toh is ayat ko le kar maine samjha ke yeh uski sharah karti hai. Wasjud waqtarib.</w:t>
      </w:r>
      <w:r>
        <w:br/>
      </w:r>
      <w:r>
        <w:rPr>
          <w:sz w:val="20"/>
        </w:rPr>
        <w:t>5:19  yeh jannat naam hai Allah ki qurbat mein jagah paane ka.</w:t>
      </w:r>
      <w:r>
        <w:br/>
      </w:r>
      <w:r>
        <w:rPr>
          <w:sz w:val="20"/>
        </w:rPr>
        <w:t>5:26  yeh duniya mein hum hain toh yahan hamari qurbat aik aur hai, hamare parosi kuch aur hain.</w:t>
      </w:r>
      <w:r>
        <w:br/>
      </w:r>
      <w:r>
        <w:rPr>
          <w:sz w:val="20"/>
        </w:rPr>
        <w:t>5:37  toh woh duniya jo next</w:t>
      </w:r>
      <w:r>
        <w:br/>
      </w:r>
      <w:r>
        <w:rPr>
          <w:sz w:val="20"/>
        </w:rPr>
        <w:t>5:46  mein aati hai, aane wali hai hamare paas,</w:t>
      </w:r>
      <w:r>
        <w:br/>
      </w:r>
      <w:r>
        <w:rPr>
          <w:sz w:val="20"/>
        </w:rPr>
        <w:t>5:51  wahan par jo jannat banegi,</w:t>
      </w:r>
      <w:r>
        <w:br/>
      </w:r>
      <w:r>
        <w:rPr>
          <w:sz w:val="20"/>
        </w:rPr>
        <w:t>5:59  jo ideal world, ideal world, woh khaliq ke paros mein hogi.</w:t>
      </w:r>
      <w:r>
        <w:br/>
      </w:r>
      <w:r>
        <w:rPr>
          <w:sz w:val="20"/>
        </w:rPr>
        <w:t>6:11  toh woh ideal world jo hai, jis ko hum kehte hain parah raaz, woh darasal naam hai creator ke paros ka.</w:t>
      </w:r>
      <w:r>
        <w:br/>
      </w:r>
      <w:r>
        <w:rPr>
          <w:sz w:val="20"/>
        </w:rPr>
        <w:t>6:21  jahan creator ka paros ho, aap sochiye ke woh kitni zyada aala jagah hogi. Toh jannat naam hai khaliq ke paros ki jo duniya hai, uska.</w:t>
      </w:r>
    </w:p>
    <w:p>
      <w:pPr>
        <w:pStyle w:val="Heading2"/>
      </w:pPr>
      <w:r>
        <w:t>Gratitude through small daily blessings</w:t>
      </w:r>
    </w:p>
    <w:p>
      <w:r>
        <w:rPr>
          <w:color w:val="666666"/>
          <w:sz w:val="18"/>
        </w:rPr>
        <w:t>Q&amp;A 16 Jan 2011 Maulana Wahiduddin Khan · 2m 38s · at 9:07 · https://youtu.be/N8FHA_uH3QI?t=547</w:t>
      </w:r>
    </w:p>
    <w:p>
      <w:r>
        <w:rPr>
          <w:i/>
        </w:rPr>
        <w:t>“Dekhiye, koi bada waqea shuru karne ke liye”</w:t>
      </w:r>
    </w:p>
    <w:p>
      <w:r>
        <w:rPr>
          <w:sz w:val="20"/>
        </w:rPr>
        <w:t>9:07  dekhiye, koi bara waqia shuru karne ke liye to zindagi mein kabhi ek aadmi hota hai.</w:t>
      </w:r>
      <w:r>
        <w:br/>
      </w:r>
      <w:r>
        <w:rPr>
          <w:sz w:val="20"/>
        </w:rPr>
        <w:t>9:15  lekin chhote waqiat har waqt hote hain, har lamha hote rehte hain. to koi to aap koi bara waqia aap ke mind ko agar trigger kare shukr ke liye, to bhi zindagi mein ho sakta hai ke woh aaya hua hai, hota hai ke na bhi aaye.</w:t>
      </w:r>
      <w:r>
        <w:br/>
      </w:r>
      <w:r>
        <w:rPr>
          <w:sz w:val="20"/>
        </w:rPr>
        <w:t>9:31  yeh chhote waqiat har waqt pesh aate rehte hain. jaise misaal ke taur par pani hai.</w:t>
      </w:r>
      <w:r>
        <w:br/>
      </w:r>
      <w:r>
        <w:rPr>
          <w:sz w:val="20"/>
        </w:rPr>
        <w:t>9:35  rozana pani peete hain aap. to pani glass aap ne liya. to aap ko socha aap ne ke kaise pani bana? do gases ekhta huin, us se ek liquid bana.</w:t>
      </w:r>
      <w:r>
        <w:br/>
      </w:r>
      <w:r>
        <w:rPr>
          <w:sz w:val="20"/>
        </w:rPr>
        <w:t>9:46  phir woh samandar mein aaya, us mein salt bhi mila hua tha ten percent. phir rain ka silsila qaim hua. phir woh uska</w:t>
      </w:r>
      <w:r>
        <w:br/>
      </w:r>
      <w:r>
        <w:rPr>
          <w:sz w:val="20"/>
        </w:rPr>
        <w:t>9:55  salt alag hua, pani alag hua. yeh sari baatein sochein. to ek glass pani se woh aap ka jazba shukr trigger ho jayega. to woh shukr kar payenge.</w:t>
      </w:r>
      <w:r>
        <w:br/>
      </w:r>
      <w:r>
        <w:rPr>
          <w:sz w:val="20"/>
        </w:rPr>
        <w:t>10:08  aap nahi to phir shukr hi nahi kar payenge. aap</w:t>
      </w:r>
      <w:r>
        <w:br/>
      </w:r>
      <w:r>
        <w:rPr>
          <w:sz w:val="20"/>
        </w:rPr>
        <w:t>10:12  koi bara sa waqia aap ko sone ka pahad de de to aap shukr karein. na sone ka pahad dega, na shukr karenge aap. to har waqt jo hai, jaise main bol raha hoon, woh socho ke kaise main bol raha hoon.</w:t>
      </w:r>
      <w:r>
        <w:br/>
      </w:r>
      <w:r>
        <w:rPr>
          <w:sz w:val="20"/>
        </w:rPr>
        <w:t>10:24  koi pahad nahi bol sakta, koi samandar nahi bol sakta, koi star nahi bol sakta, koi planet nahi bol sakta, koi suraj nahi bol sakta, koi chand nahi bol sakta.</w:t>
      </w:r>
      <w:r>
        <w:br/>
      </w:r>
      <w:r>
        <w:rPr>
          <w:sz w:val="20"/>
        </w:rPr>
        <w:t>10:34  main bol raha hoon. isi se aap ka woh jazba shukr trigger ho jaye.</w:t>
      </w:r>
      <w:r>
        <w:br/>
      </w:r>
      <w:r>
        <w:rPr>
          <w:sz w:val="20"/>
        </w:rPr>
        <w:t>10:41  tab aap bara shukr kar payenge. bara shukr mani hai ke ke jazbat ubhar ubhar padein aap ke. bara shukr yeh mani hai ke aap sone ka pahad koi de to us ka naam shukr hai.</w:t>
      </w:r>
      <w:r>
        <w:br/>
      </w:r>
      <w:r>
        <w:rPr>
          <w:sz w:val="20"/>
        </w:rPr>
        <w:t>10:54  nahi. har waqye mein</w:t>
      </w:r>
      <w:r>
        <w:br/>
      </w:r>
      <w:r>
        <w:rPr>
          <w:sz w:val="20"/>
        </w:rPr>
        <w:t>10:57  bara shukr ke asbab maujood hain. chhoti si baat bhi, jaise main soch raha tha ke ungliyon mein nakhun hain, agar nakhun na hote to kya hota?</w:t>
      </w:r>
      <w:r>
        <w:br/>
      </w:r>
      <w:r>
        <w:rPr>
          <w:sz w:val="20"/>
        </w:rPr>
        <w:t>11:09  gosht hoti sab. to koi kaam nahi kar sakta tha main. is se bhi trigger ho gaya shukr.</w:t>
      </w:r>
      <w:r>
        <w:br/>
      </w:r>
      <w:r>
        <w:rPr>
          <w:sz w:val="20"/>
        </w:rPr>
        <w:t>11:16  to shukr ka sara woh item yaad aane lage.</w:t>
      </w:r>
      <w:r>
        <w:br/>
      </w:r>
      <w:r>
        <w:rPr>
          <w:sz w:val="20"/>
        </w:rPr>
        <w:t>11:23  to is ka hadees ka matlab yahi hai ke chhote chhote waqiat par shukr karna seekho, tab ja kar ke tum bara shukr karne wale bano ge.</w:t>
      </w:r>
      <w:r>
        <w:br/>
      </w:r>
      <w:r>
        <w:rPr>
          <w:sz w:val="20"/>
        </w:rPr>
        <w:t>11:34  agar intezar karo ke koi bara sa waqia tumhare paas ho jaye, koi koi roz roz rice car la ke de de, koi muft mein, tab shukr karoge to to aisa kabhi kabhi hoga nahi aur tum bara shukr bhi nahi karoge.</w:t>
      </w:r>
    </w:p>
    <w:p>
      <w:pPr>
        <w:pStyle w:val="Heading2"/>
      </w:pPr>
      <w:r>
        <w:t>Rubber factory manager story explains 'fasting is for Me alone'</w:t>
      </w:r>
    </w:p>
    <w:p>
      <w:r>
        <w:rPr>
          <w:color w:val="666666"/>
          <w:sz w:val="18"/>
        </w:rPr>
        <w:t>Month of Spirituality July 28, 2013 · 6m 00s · at 15:46 · https://youtu.be/p4MM2gjJBxA?t=946</w:t>
      </w:r>
    </w:p>
    <w:p>
      <w:r>
        <w:rPr>
          <w:i/>
        </w:rPr>
        <w:t>“Point of reference ho tab baatein samajh mein aati hain”</w:t>
      </w:r>
    </w:p>
    <w:p>
      <w:r>
        <w:rPr>
          <w:sz w:val="20"/>
        </w:rPr>
        <w:t>15:46  dekhiye point of reference aap ke paas ho to tab baatein samajh mein aati hain. To is hadith ko sochte hue mujhe ek waqea yaad aaya.</w:t>
      </w:r>
      <w:r>
        <w:br/>
      </w:r>
      <w:r>
        <w:rPr>
          <w:sz w:val="20"/>
        </w:rPr>
        <w:t>15:57  ek sahab the jo hamare zile adam garh ke the woh. Allahabad university se padha tha unhone. Lekin woh English literature mein unki taleem hui thi.</w:t>
      </w:r>
      <w:r>
        <w:br/>
      </w:r>
      <w:r>
        <w:rPr>
          <w:sz w:val="20"/>
        </w:rPr>
        <w:t>16:10  Bombay mein unhein job mila ek factory mein jo rubber factory thi.</w:t>
      </w:r>
      <w:r>
        <w:br/>
      </w:r>
      <w:r>
        <w:rPr>
          <w:sz w:val="20"/>
        </w:rPr>
        <w:t>16:16  taleem unki hui thi English literature ki. Aur jo kaam unko mila woh rubber factory mein.</w:t>
      </w:r>
      <w:r>
        <w:br/>
      </w:r>
      <w:r>
        <w:rPr>
          <w:sz w:val="20"/>
        </w:rPr>
        <w:t>16:26  yani manager ka kaam. Woh factory abhi ibtedai halaat mein thi. Zyada taraqqi nahi kiya tha usne. Woh us zamane ki baat hai.</w:t>
      </w:r>
      <w:r>
        <w:br/>
      </w:r>
      <w:r>
        <w:rPr>
          <w:sz w:val="20"/>
        </w:rPr>
        <w:t>16:36  to unhone bataya ke main to literature ka aadmi tha. Ab woh thi industry ek thi.</w:t>
      </w:r>
      <w:r>
        <w:br/>
      </w:r>
      <w:r>
        <w:rPr>
          <w:sz w:val="20"/>
        </w:rPr>
        <w:t>16:49  industry ke bare mein meri koi jaankari nahi thi. To unhone bataya ke maine kya kiya? Ek faisla kiya maine. Apne aap yani malikan ne kuch nahi kaha tha unse.</w:t>
      </w:r>
      <w:r>
        <w:br/>
      </w:r>
      <w:r>
        <w:rPr>
          <w:sz w:val="20"/>
        </w:rPr>
        <w:t>17:04  factory ke malikan ne unse kuch bhi nahi kaha tha. Apne aap woh kya hai? Ke mujhko rubber technology ko padhna hai.</w:t>
      </w:r>
      <w:r>
        <w:br/>
      </w:r>
      <w:r>
        <w:rPr>
          <w:sz w:val="20"/>
        </w:rPr>
        <w:t>17:15  kyunki English woh jante the, English language. To rubber technology ko padhna shuru kiya unhone. Raat din, raat din, raat din. To rubber technology ko padh dala unhone.</w:t>
      </w:r>
      <w:r>
        <w:br/>
      </w:r>
      <w:r>
        <w:rPr>
          <w:sz w:val="20"/>
        </w:rPr>
        <w:t>17:28  the bahut intelligent aadmi, zaheen aadmi.</w:t>
      </w:r>
      <w:r>
        <w:br/>
      </w:r>
      <w:r>
        <w:rPr>
          <w:sz w:val="20"/>
        </w:rPr>
        <w:t>17:34  wo jumla maine kabhi yahan dohrata tha, woh inhi ka jumla tha. Ke insaan apne aap ko radiate karta rehta hai. Insaan har lamha apne aap ko radiate karta rehta hai.</w:t>
      </w:r>
      <w:r>
        <w:br/>
      </w:r>
      <w:r>
        <w:rPr>
          <w:sz w:val="20"/>
        </w:rPr>
        <w:t>17:47  is tarah aap samajh sakte hain kitne zaheen aadmi honge woh. To rubber technology padh dala unhone. Aur phir unhone is factory ko taraqqi dena shuru kiya.</w:t>
      </w:r>
      <w:r>
        <w:br/>
      </w:r>
      <w:r>
        <w:rPr>
          <w:sz w:val="20"/>
        </w:rPr>
        <w:t>18:01  ab bahut zyada taraqqi factory ko ho gayi. Aur malik jo log the woh unko itna pasand karne lage ke chhodna chahte the to unhone kaha ke aap ko chhodna nahi hai.</w:t>
      </w:r>
      <w:r>
        <w:br/>
      </w:r>
      <w:r>
        <w:rPr>
          <w:sz w:val="20"/>
        </w:rPr>
        <w:t>18:12  kisi qeemat par unhone factory chhodne nahi diya. Aur sara ikhtiyar unko de diya.</w:t>
      </w:r>
      <w:r>
        <w:br/>
      </w:r>
      <w:r>
        <w:rPr>
          <w:sz w:val="20"/>
        </w:rPr>
        <w:t>18:21  full fledged ikhtiyar unko de diya ke jaise chahe waise factory chalai.</w:t>
      </w:r>
      <w:r>
        <w:br/>
      </w:r>
      <w:r>
        <w:rPr>
          <w:sz w:val="20"/>
        </w:rPr>
        <w:t>18:25  sirf is liye kis liye yeh qeemat mili unko? Ke unhone bashor khud yeh faisla kiya ke mujhe rubber technology ko padhna hai.</w:t>
      </w:r>
      <w:r>
        <w:br/>
      </w:r>
      <w:r>
        <w:rPr>
          <w:sz w:val="20"/>
        </w:rPr>
        <w:t>18:37  is mein apne andar salahiyat paida ki.</w:t>
      </w:r>
      <w:r>
        <w:br/>
      </w:r>
      <w:r>
        <w:rPr>
          <w:sz w:val="20"/>
        </w:rPr>
        <w:t>18:41  is waqea jab yaad aaya tab mujhe woh hadith samajh aayi.</w:t>
      </w:r>
      <w:r>
        <w:br/>
      </w:r>
      <w:r>
        <w:rPr>
          <w:sz w:val="20"/>
        </w:rPr>
        <w:t>18:46  ke dekhiye ek qism ke woh hain dindar jo routine ki dindari karte hain. Routine ki dindari. Bas uske baad apne bachchon mein hain, apni business mein hain, apne job mein hain.</w:t>
      </w:r>
      <w:r>
        <w:br/>
      </w:r>
      <w:r>
        <w:rPr>
          <w:sz w:val="20"/>
        </w:rPr>
        <w:t>18:59  Routine ki deendari ke baad in ka koi talluq deen se nahi hota.</w:t>
      </w:r>
      <w:r>
        <w:br/>
      </w:r>
      <w:r>
        <w:rPr>
          <w:sz w:val="20"/>
        </w:rPr>
        <w:t>19:04  Doosra deendar woh hai jo</w:t>
      </w:r>
      <w:r>
        <w:br/>
      </w:r>
      <w:r>
        <w:rPr>
          <w:sz w:val="20"/>
        </w:rPr>
        <w:t>19:11  Allah ki khatir itna apne ko involve kare ke mujhe yeh faisla kare ke mujhe apni marifat ko badhana hai. Mujhe apne dua o work ko badhana hai.</w:t>
      </w:r>
      <w:r>
        <w:br/>
      </w:r>
      <w:r>
        <w:rPr>
          <w:sz w:val="20"/>
        </w:rPr>
        <w:t>19:24  Mujhe apni deendari ke level ko badhana hai.</w:t>
      </w:r>
      <w:r>
        <w:br/>
      </w:r>
      <w:r>
        <w:rPr>
          <w:sz w:val="20"/>
        </w:rPr>
        <w:t>19:29  Aur phir woh Quran mein ka mutala karta hai, Hadees ka mutala karta hai, Rasool Allah ki zindagi ka mutala karta hai, Sahaba ki zindagi ka mutala karta hai.</w:t>
      </w:r>
      <w:r>
        <w:br/>
      </w:r>
      <w:r>
        <w:rPr>
          <w:sz w:val="20"/>
        </w:rPr>
        <w:t>19:38  In saare studies ke baad apne aap ko bohat ooncha uthata hai woh.</w:t>
      </w:r>
      <w:r>
        <w:br/>
      </w:r>
      <w:r>
        <w:rPr>
          <w:sz w:val="20"/>
        </w:rPr>
        <w:t>19:50  Yaani iski routine ki deendari marifat ki deendari ban jati hai. Iska imaan ek discovery ka imaan ban jata hai. Iski namaz jo misaal wali namaz thi woh khushu wali namaz ban jati hai.</w:t>
      </w:r>
      <w:r>
        <w:br/>
      </w:r>
      <w:r>
        <w:rPr>
          <w:sz w:val="20"/>
        </w:rPr>
        <w:t>20:07  Iske har amal mein ek nayi jaan aa jati hai. Har amal mein ek nayi jaan aa jati hai. Toh Allah ke liye isne mazeed apne aap ko tayyar kiya.</w:t>
      </w:r>
      <w:r>
        <w:br/>
      </w:r>
      <w:r>
        <w:rPr>
          <w:sz w:val="20"/>
        </w:rPr>
        <w:t>20:22  Allah ke liye isi par qanaat nahi ke unhone isne ke routine ki namaz padh le, routine ka roza rakh le.</w:t>
      </w:r>
      <w:r>
        <w:br/>
      </w:r>
      <w:r>
        <w:rPr>
          <w:sz w:val="20"/>
        </w:rPr>
        <w:t>20:32  Balkeh yaani For the sake of God iske andar jo spirit jaagi toh isne faisla kiya ke ab mujhe apne level ko oopar oopar uthana hai.</w:t>
      </w:r>
      <w:r>
        <w:br/>
      </w:r>
      <w:r>
        <w:rPr>
          <w:sz w:val="20"/>
        </w:rPr>
        <w:t>20:46  Aur phir ek nayi spirit aayi iske andar, ek naya intellectual development hua iske andar. Ek nayi shakhsiyat bani iske andar. Aur phir is satah par woh Allah ka se talluq qaim hua iske andar.</w:t>
      </w:r>
      <w:r>
        <w:br/>
      </w:r>
      <w:r>
        <w:rPr>
          <w:sz w:val="20"/>
        </w:rPr>
        <w:t>21:02  Yeh hai woh baat jiski wajah se Allah ne farmaya ke فَإِنَّهُ لِي وَأَنَا أَجْزِي بِهِ ke iska amal For the sake of God amal hai aur iske liye main beshumar majboor doonga.</w:t>
      </w:r>
      <w:r>
        <w:br/>
      </w:r>
      <w:r>
        <w:rPr>
          <w:sz w:val="20"/>
        </w:rPr>
        <w:t>21:19  Jaisa ke rubber factory ke malikan ne poori factory unke hawale kar di ke jis tarah chaho tum chalao. Kyunke woh poora faith ho gaya unko.</w:t>
      </w:r>
      <w:r>
        <w:br/>
      </w:r>
      <w:r>
        <w:rPr>
          <w:sz w:val="20"/>
        </w:rPr>
        <w:t>21:30  Aur bohat taraqqi diya unhone factory ko. Toh yeh jo bataya yeh jo Hadees hai yeh Hadees jo hai yeh Bukhari mein bhi hai Muslim mein bhi hai aap padh sakte hain isko.</w:t>
      </w:r>
    </w:p>
    <w:p>
      <w:pPr>
        <w:pStyle w:val="Heading2"/>
      </w:pPr>
      <w:r>
        <w:t>Hot water at a button press is a great blessing</w:t>
      </w:r>
    </w:p>
    <w:p>
      <w:r>
        <w:rPr>
          <w:color w:val="666666"/>
          <w:sz w:val="18"/>
        </w:rPr>
        <w:t>Covid Reminder The Need for Shukr April 12, 2020 Maulana Wahiduddin Khan · 45s · at 8:41 · https://youtu.be/LETHR-bNgtQ?t=521</w:t>
      </w:r>
    </w:p>
    <w:p>
      <w:r>
        <w:rPr>
          <w:i/>
        </w:rPr>
        <w:t>“Main to subah ko jo baat ke liye jata hoon”</w:t>
      </w:r>
    </w:p>
    <w:p>
      <w:r>
        <w:rPr>
          <w:sz w:val="20"/>
        </w:rPr>
        <w:t>8:41  aur zarooriyat se farigh ho kar nah aata hoon, ek button daba diya to garam pani mil raha hai.</w:t>
      </w:r>
      <w:r>
        <w:br/>
      </w:r>
      <w:r>
        <w:rPr>
          <w:sz w:val="20"/>
        </w:rPr>
        <w:t>8:58  aur ek ek button daba diya to sari cheezein baqi chali gayeen.</w:t>
      </w:r>
      <w:r>
        <w:br/>
      </w:r>
      <w:r>
        <w:rPr>
          <w:sz w:val="20"/>
        </w:rPr>
        <w:t>9:13  to meri soch raha tha ke itni bari nemmat ka shukr kaise ada kiya jaye.</w:t>
      </w:r>
    </w:p>
    <w:p>
      <w:pPr>
        <w:pStyle w:val="Heading2"/>
      </w:pPr>
      <w:r>
        <w:t>Comparing your present to your past kills negative thinking</w:t>
      </w:r>
    </w:p>
    <w:p>
      <w:r>
        <w:rPr>
          <w:color w:val="666666"/>
          <w:sz w:val="18"/>
        </w:rPr>
        <w:t>Personality Building January 05, 2014 · 5m 09s · at 1:03:29 · https://youtu.be/3Zppdm2K4ug?t=3809</w:t>
      </w:r>
    </w:p>
    <w:p>
      <w:r>
        <w:rPr>
          <w:i/>
        </w:rPr>
        <w:t>“Today I'll share my own experience from this morning”</w:t>
      </w:r>
    </w:p>
    <w:p>
      <w:r>
        <w:rPr>
          <w:sz w:val="20"/>
        </w:rPr>
        <w:t>1:03:29  dekhen, bohat asan hai. aaj main aaj ka apna experience bataon. aaj ka, aaj subah mujhe nahana tha, to main ne kya kiya?</w:t>
      </w:r>
      <w:r>
        <w:br/>
      </w:r>
      <w:r>
        <w:rPr>
          <w:sz w:val="20"/>
        </w:rPr>
        <w:t>1:03:42  mere bathroom mein geyser hai, us ko chala diya. adha ghante tak chal gaya, pani is ka garam ho gaya. kamre mein bahar aaya to to aap ne do heater laga diya tha, wahan kamra bhi garam tha.</w:t>
      </w:r>
      <w:r>
        <w:br/>
      </w:r>
      <w:r>
        <w:rPr>
          <w:sz w:val="20"/>
        </w:rPr>
        <w:t>1:03:57  to nahakar jab nikla to garam kapde to nahakar nikla to garam kamre mein baith kar woh kapda badal liya.</w:t>
      </w:r>
      <w:r>
        <w:br/>
      </w:r>
      <w:r>
        <w:rPr>
          <w:sz w:val="20"/>
        </w:rPr>
        <w:t>1:04:08  sab kuch bilkul smooth tor par hua. to main ne kya kiya? main ne socha ke jab is se pehle main gaon mein tha to hamare gaon mein bijli nahi thi,</w:t>
      </w:r>
      <w:r>
        <w:br/>
      </w:r>
      <w:r>
        <w:rPr>
          <w:sz w:val="20"/>
        </w:rPr>
        <w:t>1:04:18  electricity nahi thi. wahan par kerosene se lamp jalte the, lalten jalti thi. lalten to main ne compare kiya ke is waqt mere liye possible hi nahi tha ke main geyser chalaon aur heater chalaon, kyunke wahan tha hi nahi.</w:t>
      </w:r>
      <w:r>
        <w:br/>
      </w:r>
      <w:r>
        <w:rPr>
          <w:sz w:val="20"/>
        </w:rPr>
        <w:t>1:04:34  yeh electricity hamare gaon mein aayi nahi thi. to in comparison, that we understand. aap compare kijiye,</w:t>
      </w:r>
      <w:r>
        <w:br/>
      </w:r>
      <w:r>
        <w:rPr>
          <w:sz w:val="20"/>
        </w:rPr>
        <w:t>1:04:44  har aadmi ke paas ek past hota hai, us se compare kar ke woh apne present mein khuda ki blessing ko daryaft kar sakta hai. har aadmi ko, chahe obama ho, tab bhi obama ke bhi ek past hai.</w:t>
      </w:r>
      <w:r>
        <w:br/>
      </w:r>
      <w:r>
        <w:rPr>
          <w:sz w:val="20"/>
        </w:rPr>
        <w:t>1:04:57  is past ko agar aap yaad karenge to us ke andar shukr aayega, tab us ko discovery hogi. to sab se asan tareeqa yeh hai ke aap apne present mein jo aap kuch pa rahe hain, past ko le kar sochiye aur compare kijiye,</w:t>
      </w:r>
      <w:r>
        <w:br/>
      </w:r>
      <w:r>
        <w:rPr>
          <w:sz w:val="20"/>
        </w:rPr>
        <w:t>1:05:14  jaise ke main karta rehta hoon. main rozana hi karta rehta hoon. jaise kitchen mein main gaya, wahan par gas jal rahi thi.</w:t>
      </w:r>
      <w:r>
        <w:br/>
      </w:r>
      <w:r>
        <w:rPr>
          <w:sz w:val="20"/>
        </w:rPr>
        <w:t>1:05:22  main ne socha ke jab main gaon mein tha to wahan koi concept hi nahi tha ke aap ek switch ghumayen aur gas nikalne lage. wahan to lakri aur is tarah ki cheez jala kar ke aag milti thi.</w:t>
      </w:r>
      <w:r>
        <w:br/>
      </w:r>
      <w:r>
        <w:rPr>
          <w:sz w:val="20"/>
        </w:rPr>
        <w:t>1:05:35  to is comparison se main ne socha ke Allah ke karti bari blessing ke aaj hamein gas mili hui hai.</w:t>
      </w:r>
      <w:r>
        <w:br/>
      </w:r>
      <w:r>
        <w:rPr>
          <w:sz w:val="20"/>
        </w:rPr>
        <w:t>1:05:41  sab se asan tareeqa apne andar shukr ko develop karne ka yeh hai, ya shukr ka matlab kya hai? positive thinking. sari negativity khatam ho jayegi aap ki, aur positive thinking ke siwa kuch aap ke mind mein rahega nahi.</w:t>
      </w:r>
      <w:r>
        <w:br/>
      </w:r>
      <w:r>
        <w:rPr>
          <w:sz w:val="20"/>
        </w:rPr>
        <w:t>1:05:56  bas itna aap karen ke apne present ko past se compare karte rahen. har aadmi ke paas jo past hota hai, woh kuch hota hai, present jo hai, woh kuch hota hai.</w:t>
      </w:r>
      <w:r>
        <w:br/>
      </w:r>
      <w:r>
        <w:rPr>
          <w:sz w:val="20"/>
        </w:rPr>
        <w:t>1:06:09  jaise main hyderabad mein gaya to wahan mujhe diya gaya tha topic bolne ke liye ke hyderabad ke musalman kya karen.</w:t>
      </w:r>
      <w:r>
        <w:br/>
      </w:r>
      <w:r>
        <w:rPr>
          <w:sz w:val="20"/>
        </w:rPr>
        <w:t>1:06:21  yeh topic diya gaya tha. to main ne kaha ke yeh karen ke woh shukr karen.</w:t>
      </w:r>
      <w:r>
        <w:br/>
      </w:r>
      <w:r>
        <w:rPr>
          <w:sz w:val="20"/>
        </w:rPr>
        <w:t>1:06:27  phir main ne poocha ke dekhen, jab independence se pehle ka jo hyderabad tha, to main yahan aaya tha. is waqt independence se pehle gaya tha main wahan.</w:t>
      </w:r>
      <w:r>
        <w:br/>
      </w:r>
      <w:r>
        <w:rPr>
          <w:sz w:val="20"/>
        </w:rPr>
        <w:t>1:06:38  to main ne dekha, main ne kaha ke wahan siwaye rickshaw ke aur kuch dikhai nahi deta. sirf rickshaw, rickshaw, rickshaw. aur ab main aaya hoon to wahan par airport par utra hoon. main to car hi car musalmanon ke mehle mein jaon ya jahan bhi jaon, car hi car.</w:t>
      </w:r>
      <w:r>
        <w:br/>
      </w:r>
      <w:r>
        <w:rPr>
          <w:sz w:val="20"/>
        </w:rPr>
        <w:t>1:06:51  acchi sadken sab. to</w:t>
      </w:r>
      <w:r>
        <w:br/>
      </w:r>
      <w:r>
        <w:rPr>
          <w:sz w:val="20"/>
        </w:rPr>
        <w:t>1:06:53  aap compare kijiye ke aaj aap caron par dor rahe hain, is se pehle aap riksha khichte the. to shukr hi shukr aayega. to main samajhta hoon ke positive thinking ko develop karne ka sab se aasan tareeqa yeh hai ke aap apne present ko past se compare karen.</w:t>
      </w:r>
      <w:r>
        <w:br/>
      </w:r>
      <w:r>
        <w:rPr>
          <w:sz w:val="20"/>
        </w:rPr>
        <w:t>1:07:10  b</w:t>
      </w:r>
      <w:r>
        <w:br/>
      </w:r>
      <w:r>
        <w:rPr>
          <w:sz w:val="20"/>
        </w:rPr>
        <w:t>1:07:11  s aap apne doosre ke nahin. yeh nahin ke uss waqt falan raja kaise rehta tha, falan badshah kaise rehta tha, yeh matlab nahin. apne present ko apne past se ke main aaj jahan hoon, kya mere dada bhi aise hi the?</w:t>
      </w:r>
      <w:r>
        <w:br/>
      </w:r>
      <w:r>
        <w:rPr>
          <w:sz w:val="20"/>
        </w:rPr>
        <w:t>1:07:25  wahan dada ki haalat kya thi? to maloom hoga ke dada se main hazaar guna behtar hoon. to saari negative thinking apne aap khatam ho jayegi.</w:t>
      </w:r>
      <w:r>
        <w:br/>
      </w:r>
      <w:r>
        <w:rPr>
          <w:sz w:val="20"/>
        </w:rPr>
        <w:t>1:07:35  negative thinking jo aati hai, woh sirf iss liye aati hai ke aadmi past ko bhula kar ke sochta hai. past ko bhula kar ke sochta hai.</w:t>
      </w:r>
      <w:r>
        <w:br/>
      </w:r>
      <w:r>
        <w:rPr>
          <w:sz w:val="20"/>
        </w:rPr>
        <w:t>1:07:46  bahut hi aasan tareeqa. main to daily yahi karta hoon, rozana yahi karta hoon. aaj bhi maine yahi kiya ke main yeh socha ke aap bol raha hoon. main is se pehle bhi bolta tha.</w:t>
      </w:r>
      <w:r>
        <w:br/>
      </w:r>
      <w:r>
        <w:rPr>
          <w:sz w:val="20"/>
        </w:rPr>
        <w:t>1:07:56  jab main apne gaon mein tha, main aadha bada tha to wahan par yeh sab kuch bhi nahin tha. yeh system hi nahin tha, yeh technology nahin</w:t>
      </w:r>
      <w:r>
        <w:br/>
      </w:r>
      <w:r>
        <w:rPr>
          <w:sz w:val="20"/>
        </w:rPr>
        <w:t>1:08:04  thi. aaj main bol raha hoon to meri baat record ho rahi hai. woh yaani video recording ho rahi hai. duniya mein jagah jo log sun rahe hain, to maine compare kiya aaj ko past se.</w:t>
      </w:r>
      <w:r>
        <w:br/>
      </w:r>
      <w:r>
        <w:rPr>
          <w:sz w:val="20"/>
        </w:rPr>
        <w:t>1:08:18  to likha ke kitna Allah ka shukr hai. to shukr ka matlab kya hai? apni negativity, negative thinking ko khatam karna aur positive thinking ko develop karna.</w:t>
      </w:r>
      <w:r>
        <w:br/>
      </w:r>
      <w:r>
        <w:rPr>
          <w:sz w:val="20"/>
        </w:rPr>
        <w:t>1:08:28  sab se bada jo formula hai personality development ka, woh yeh hai ke aap apne andar se negative thinking ko khatam karen aur positive thinking ko develop karen.</w:t>
      </w:r>
    </w:p>
    <w:p>
      <w:pPr>
        <w:pStyle w:val="Heading2"/>
      </w:pPr>
      <w:r>
        <w:t>True gratitude: appreciate what is already given</w:t>
      </w:r>
    </w:p>
    <w:p>
      <w:r>
        <w:rPr>
          <w:color w:val="666666"/>
          <w:sz w:val="18"/>
        </w:rPr>
        <w:t>On Salah (Prayer) (Part 2) 22 Jan 2006 - Maulana Wahiduddin Khan · 5m 27s · at 11:19 · https://youtu.be/NL9OG_8LJVk?t=679</w:t>
      </w:r>
    </w:p>
    <w:p>
      <w:r>
        <w:rPr>
          <w:i/>
        </w:rPr>
        <w:t>“True shukr is on what is already given to everyone.”</w:t>
      </w:r>
    </w:p>
    <w:p>
      <w:r>
        <w:rPr>
          <w:sz w:val="20"/>
        </w:rPr>
        <w:t>11:19  Is liye sahi baat kya hai? Shukr Khuda ka karna is cheez par jo already har ek ko mila hua hai.</w:t>
      </w:r>
      <w:r>
        <w:br/>
      </w:r>
      <w:r>
        <w:rPr>
          <w:sz w:val="20"/>
        </w:rPr>
        <w:t>11:31  Paida hote hi mil jata hai. Har ek ko, har ek ko, har ek ko. Maslan aap ka yeh body, aap ka yeh mind, aap ki yeh aankh, aap ke body mein digestive system, bolne ki</w:t>
      </w:r>
      <w:r>
        <w:br/>
      </w:r>
      <w:r>
        <w:rPr>
          <w:sz w:val="20"/>
        </w:rPr>
        <w:t>11:50  power, sunne ki power, inhi par shukr karna hai. Jo har ek ko barabar mila hua hai, janam hi se mil jata hai.</w:t>
      </w:r>
      <w:r>
        <w:br/>
      </w:r>
      <w:r>
        <w:rPr>
          <w:sz w:val="20"/>
        </w:rPr>
        <w:t>12:02  To kaha shukr woh hai jo kiya jaye is par jo already</w:t>
      </w:r>
      <w:r>
        <w:br/>
      </w:r>
      <w:r>
        <w:rPr>
          <w:sz w:val="20"/>
        </w:rPr>
        <w:t>12:09  Har ek ko mila hua hai. Woh nahin ke jo kama kar kama kar aap hasil karte hain. Phir to phir to har aadmi bara shukr ada nahin kar sakta.</w:t>
      </w:r>
      <w:r>
        <w:br/>
      </w:r>
      <w:r>
        <w:rPr>
          <w:sz w:val="20"/>
        </w:rPr>
        <w:t>12:24  Main ek qissa arz karoon. Main ek baar Srinagar mein tha,</w:t>
      </w:r>
      <w:r>
        <w:br/>
      </w:r>
      <w:r>
        <w:rPr>
          <w:sz w:val="20"/>
        </w:rPr>
        <w:t>12:28  Kashmir mein. To wahan par meri ek speech thi. Woh open place mein thi, woh khula maidan tha. To samne hamein Himalaya pahad dikhai de raha tha.</w:t>
      </w:r>
      <w:r>
        <w:br/>
      </w:r>
      <w:r>
        <w:rPr>
          <w:sz w:val="20"/>
        </w:rPr>
        <w:t>12:43  To wahan par thi.</w:t>
      </w:r>
      <w:r>
        <w:br/>
      </w:r>
      <w:r>
        <w:rPr>
          <w:sz w:val="20"/>
        </w:rPr>
        <w:t>12:46  To yahi baat chal rahi thi, shukr ki baat. To maine wahan yeh baat kahi ke shukr jo hai woh kiya cheez hai?</w:t>
      </w:r>
      <w:r>
        <w:br/>
      </w:r>
      <w:r>
        <w:rPr>
          <w:sz w:val="20"/>
        </w:rPr>
        <w:t>12:56  To maine ek ek sawal kiya. Maine kaha ke aankh jo hai, sirf aankh hi itni bari cheez hai</w:t>
      </w:r>
      <w:r>
        <w:br/>
      </w:r>
      <w:r>
        <w:rPr>
          <w:sz w:val="20"/>
        </w:rPr>
        <w:t>13:04  Ke jis par shukr karne ke liye aap ke paas zuban nahin. Jo har ek ko paida hote hi mil jati hai. Idhar aadmi paida hua aur aankh le kar aa gaya.</w:t>
      </w:r>
      <w:r>
        <w:br/>
      </w:r>
      <w:r>
        <w:rPr>
          <w:sz w:val="20"/>
        </w:rPr>
        <w:t>13:16  Koi kamai kiye baghair aankh mil gayi hai is ko. To maine kaha ke</w:t>
      </w:r>
      <w:r>
        <w:br/>
      </w:r>
      <w:r>
        <w:rPr>
          <w:sz w:val="20"/>
        </w:rPr>
        <w:t>13:23  Itni bari cheez, aap jante hain ke aankh jo hai, aadmi ke paas agar na ho to sari dunya andheri ho jaye. Aap aankh band kar ke paanch minute kahin khare ho jaiye to yeh sari dunya aap ke liye andheri hogi.</w:t>
      </w:r>
      <w:r>
        <w:br/>
      </w:r>
      <w:r>
        <w:rPr>
          <w:sz w:val="20"/>
        </w:rPr>
        <w:t>13:41  Woh exist hi nahin kar rahi hogi. Abhi main yahan aankh band kar loon to yahan na koi hal hai, na koi insaan hai, na koi yahan par camera hai, kuch bhi nahin.</w:t>
      </w:r>
      <w:r>
        <w:br/>
      </w:r>
      <w:r>
        <w:rPr>
          <w:sz w:val="20"/>
        </w:rPr>
        <w:t>13:52  Sab khatam. To kaha jata hai ke jo information hum</w:t>
      </w:r>
      <w:r>
        <w:br/>
      </w:r>
      <w:r>
        <w:rPr>
          <w:sz w:val="20"/>
        </w:rPr>
        <w:t>13:59  Gather karte hain bahar se, us mein more than eighty percent aankh ke through hoti hai. Aankh ke zariye hoti hai. More than eighty percent.</w:t>
      </w:r>
      <w:r>
        <w:br/>
      </w:r>
      <w:r>
        <w:rPr>
          <w:sz w:val="20"/>
        </w:rPr>
        <w:t>14:09  To maine kaha ke yeh bataiye, ek sawal kiya maine audience se.</w:t>
      </w:r>
      <w:r>
        <w:br/>
      </w:r>
      <w:r>
        <w:rPr>
          <w:sz w:val="20"/>
        </w:rPr>
        <w:t>14:16  Yeh bataiye ke agar ek angel aata hai Khuda ki taraf se aur woh kehta hai ke yeh Himalaya, jo dunya ka sab se bara pahad hai,</w:t>
      </w:r>
      <w:r>
        <w:br/>
      </w:r>
      <w:r>
        <w:rPr>
          <w:sz w:val="20"/>
        </w:rPr>
        <w:t>14:32  Yeh poora ka poora aap ko golden mountain bana kar de diya jaye ga.</w:t>
      </w:r>
      <w:r>
        <w:br/>
      </w:r>
      <w:r>
        <w:rPr>
          <w:sz w:val="20"/>
        </w:rPr>
        <w:t>14:37  sone ka pahaar. condition sirf ek hai. aur woh yeh hai ke aap ki dono aankhein le li jayengi.</w:t>
      </w:r>
      <w:r>
        <w:br/>
      </w:r>
      <w:r>
        <w:rPr>
          <w:sz w:val="20"/>
        </w:rPr>
        <w:t>14:51  Golden mountain aap ko milega is is shart par, is condition par ke phir aap dekhne qabil nahi honge.</w:t>
      </w:r>
      <w:r>
        <w:br/>
      </w:r>
      <w:r>
        <w:rPr>
          <w:sz w:val="20"/>
        </w:rPr>
        <w:t>15:01  dono aankhein bator price ke le li jayengi. to kya aap ko manzoor hoga?</w:t>
      </w:r>
      <w:r>
        <w:br/>
      </w:r>
      <w:r>
        <w:rPr>
          <w:sz w:val="20"/>
        </w:rPr>
        <w:t>15:10  to ek aadmi, ek senior aadmi khada hua. us ne bare hi dard ke sath kaha</w:t>
      </w:r>
      <w:r>
        <w:br/>
      </w:r>
      <w:r>
        <w:rPr>
          <w:sz w:val="20"/>
        </w:rPr>
        <w:t>15:24  ke aise golden mountain ko le kar hum kya karein? jis ko dekhne ke liye hamare paas do aankhein bhi na hon.</w:t>
      </w:r>
      <w:r>
        <w:br/>
      </w:r>
      <w:r>
        <w:rPr>
          <w:sz w:val="20"/>
        </w:rPr>
        <w:t>15:38  aise sone ke pahaar ko le kar hum kya karein? jis ko dekhne, jis ko dekhne ke liye hamare do aankhein bhi na hon. to maine is par add kiya ke dekhiye, is ka matlab kya hai?</w:t>
      </w:r>
      <w:r>
        <w:br/>
      </w:r>
      <w:r>
        <w:rPr>
          <w:sz w:val="20"/>
        </w:rPr>
        <w:t>15:53  yeh do aankhein</w:t>
      </w:r>
      <w:r>
        <w:br/>
      </w:r>
      <w:r>
        <w:rPr>
          <w:sz w:val="20"/>
        </w:rPr>
        <w:t>15:55  jo Khuda ki taraf se hum ko free mein mili hui hain. to maine kaha yeh do aankhein sone ke pahaar se zyada qimti hain.</w:t>
      </w:r>
      <w:r>
        <w:br/>
      </w:r>
      <w:r>
        <w:rPr>
          <w:sz w:val="20"/>
        </w:rPr>
        <w:t>16:10  yeh do aankhein sone ke pahaar se zyada qimti hain.</w:t>
      </w:r>
      <w:r>
        <w:br/>
      </w:r>
      <w:r>
        <w:rPr>
          <w:sz w:val="20"/>
        </w:rPr>
        <w:t>16:17  is par shukr karna hai.</w:t>
      </w:r>
      <w:r>
        <w:br/>
      </w:r>
      <w:r>
        <w:rPr>
          <w:sz w:val="20"/>
        </w:rPr>
        <w:t>16:22  shukr ke liye hamein intezar nahi karna hai ke mere paas bohat bari kothi ho jaye. mere paas bohat bari car ho jaye. mere paas bohat bara bank balance ho jaye.</w:t>
      </w:r>
      <w:r>
        <w:br/>
      </w:r>
      <w:r>
        <w:rPr>
          <w:sz w:val="20"/>
        </w:rPr>
        <w:t>16:31  mere mujh ko bohat bara political power mil jaye. is ko jo aadmi wait karega to woh kabhi shukr nahi kar sakta.</w:t>
      </w:r>
      <w:r>
        <w:br/>
      </w:r>
      <w:r>
        <w:rPr>
          <w:sz w:val="20"/>
        </w:rPr>
        <w:t>16:40  yeh hi already jo kuch mila hua hai, usi par shukr karna hai.</w:t>
      </w:r>
    </w:p>
    <w:p>
      <w:pPr>
        <w:pStyle w:val="Heading2"/>
      </w:pPr>
      <w:r>
        <w:t>From custom-made universe to daily blessings learn shukr</w:t>
      </w:r>
    </w:p>
    <w:p>
      <w:r>
        <w:rPr>
          <w:color w:val="666666"/>
          <w:sz w:val="18"/>
        </w:rPr>
        <w:t>Covid Reminder The Need for Shukr April 12, 2020 Maulana Wahiduddin Khan · 2m 38s · at 7:19 · https://youtu.be/LETHR-bNgtQ?t=439</w:t>
      </w:r>
    </w:p>
    <w:p>
      <w:r>
        <w:rPr>
          <w:i/>
        </w:rPr>
        <w:t>“Itni badi duniya Allah ne banai hai”</w:t>
      </w:r>
    </w:p>
    <w:p>
      <w:r>
        <w:rPr>
          <w:sz w:val="20"/>
        </w:rPr>
        <w:t>7:19  itni bari duniya Allah ne banai hai hamare liye. ghhor kijiye, custom made universe. jab aap paida hue to paida hote hi aap ko ek custom made universe mil gayi.</w:t>
      </w:r>
      <w:r>
        <w:br/>
      </w:r>
      <w:r>
        <w:rPr>
          <w:sz w:val="20"/>
        </w:rPr>
        <w:t>7:39  custom made</w:t>
      </w:r>
      <w:r>
        <w:br/>
      </w:r>
      <w:r>
        <w:rPr>
          <w:sz w:val="20"/>
        </w:rPr>
        <w:t>7:42  suraj system mil gaya. har cheez, har cheez, har cheez. to yeh jo</w:t>
      </w:r>
      <w:r>
        <w:br/>
      </w:r>
      <w:r>
        <w:rPr>
          <w:sz w:val="20"/>
        </w:rPr>
        <w:t>7:56  itni bari bari nematein hain, free mein mil gayi hain. aap se aap par farz hai, aap se.</w:t>
      </w:r>
      <w:r>
        <w:br/>
      </w:r>
      <w:r>
        <w:rPr>
          <w:sz w:val="20"/>
        </w:rPr>
        <w:t>8:08  aap se farz hai ke aap in nematon par shukr karna seekhiye. har har cheez mein</w:t>
      </w:r>
      <w:r>
        <w:br/>
      </w:r>
      <w:r>
        <w:rPr>
          <w:sz w:val="20"/>
        </w:rPr>
        <w:t>8:22  shukr ko daryaft kijiye.</w:t>
      </w:r>
      <w:r>
        <w:br/>
      </w:r>
      <w:r>
        <w:rPr>
          <w:sz w:val="20"/>
        </w:rPr>
        <w:t>8:30  mein to subah ko jo baat ke liye jata hoon</w:t>
      </w:r>
      <w:r>
        <w:br/>
      </w:r>
      <w:r>
        <w:rPr>
          <w:sz w:val="20"/>
        </w:rPr>
        <w:t>8:41  aur zarooriyat se farigh ho kar nah aata hoon, ek button daba diya to garam pani mil raha hai.</w:t>
      </w:r>
      <w:r>
        <w:br/>
      </w:r>
      <w:r>
        <w:rPr>
          <w:sz w:val="20"/>
        </w:rPr>
        <w:t>8:58  aur ek ek button daba diya to sari cheezein baqi chali gayeen.</w:t>
      </w:r>
      <w:r>
        <w:br/>
      </w:r>
      <w:r>
        <w:rPr>
          <w:sz w:val="20"/>
        </w:rPr>
        <w:t>9:13  to meri soch raha tha ke itni bari nemmat ka shukr kaise ada kiya jaye.</w:t>
      </w:r>
      <w:r>
        <w:br/>
      </w:r>
      <w:r>
        <w:rPr>
          <w:sz w:val="20"/>
        </w:rPr>
        <w:t>9:26  to beharhal</w:t>
      </w:r>
      <w:r>
        <w:br/>
      </w:r>
      <w:r>
        <w:rPr>
          <w:sz w:val="20"/>
        </w:rPr>
        <w:t>9:33  yeh ek bohat zabardast, yeh apple shock ki tarah ek jhatka tha. aur hamein hamare upar farz ho gaya hai ke hum is se seekhein</w:t>
      </w:r>
      <w:r>
        <w:br/>
      </w:r>
      <w:r>
        <w:rPr>
          <w:sz w:val="20"/>
        </w:rPr>
        <w:t>9:50  aur shukr karna seekhein.</w:t>
      </w:r>
    </w:p>
    <w:p>
      <w:pPr>
        <w:pStyle w:val="Heading2"/>
      </w:pPr>
      <w:r>
        <w:t>A maid's Quran leaflets, and why Muslims became 'users' not 'givers'</w:t>
      </w:r>
    </w:p>
    <w:p>
      <w:r>
        <w:rPr>
          <w:color w:val="666666"/>
          <w:sz w:val="18"/>
        </w:rPr>
        <w:t>Quran A Book of Universal Guidance May 31, 2009 · 4m 23s · at 29:54 · https://youtu.be/Q2_96C_3Zd8?t=1794</w:t>
      </w:r>
    </w:p>
    <w:p>
      <w:r>
        <w:rPr>
          <w:i/>
        </w:rPr>
        <w:t>“Kal mujhe aapa ne bataya, woh gayi thi Lodhi Garden”</w:t>
      </w:r>
    </w:p>
    <w:p>
      <w:r>
        <w:rPr>
          <w:sz w:val="20"/>
        </w:rPr>
        <w:t>29:54  kal mujhe apa ne bataya, woh gayi theen lodhi garden. to hamara jo jo larki kaam karti hai, jis ko kehte hain aaj kal ki zaban mein, yani domestic help, woh woh parhi likhi nahi hai, aise hi hai bilkul.</w:t>
      </w:r>
      <w:r>
        <w:br/>
      </w:r>
      <w:r>
        <w:rPr>
          <w:sz w:val="20"/>
        </w:rPr>
        <w:t>30:12  to ek ajeeb baat batayi unhon ne ke woh woh woh pamphlet dena chahti hai. wahan tourist atay hain, foreigners atay hain aur bohat educated log atay hain lodhi garden mein.</w:t>
      </w:r>
      <w:r>
        <w:br/>
      </w:r>
      <w:r>
        <w:rPr>
          <w:sz w:val="20"/>
        </w:rPr>
        <w:t>30:26  to woh gayi wahan par woh kitab dene ke liye. is ko unhon ne istemal kiya, is larki ko. kaha ke le aa kar sab ko do.</w:t>
      </w:r>
      <w:r>
        <w:br/>
      </w:r>
      <w:r>
        <w:rPr>
          <w:sz w:val="20"/>
        </w:rPr>
        <w:t>30:37  to jis ke paas jati thi, kehti thi ke uncle, is ko lijiye, is ko parhiye.</w:t>
      </w:r>
      <w:r>
        <w:br/>
      </w:r>
      <w:r>
        <w:rPr>
          <w:sz w:val="20"/>
        </w:rPr>
        <w:t>30:42  foran le lete thay, le lete thay log. to poore lodhi garden mein is tarah se woh kitab bantati rahi woh. do din.</w:t>
      </w:r>
      <w:r>
        <w:br/>
      </w:r>
      <w:r>
        <w:rPr>
          <w:sz w:val="20"/>
        </w:rPr>
        <w:t>30:52  to apa bata rahi theen ke do saal se woh kehti theen ke tum urdu parho, urdu parho, urdu parho. koi parhna koi janti nahi hai woh. ab woh khud hi keh rahi hain ke hum padhenge.</w:t>
      </w:r>
      <w:r>
        <w:br/>
      </w:r>
      <w:r>
        <w:rPr>
          <w:sz w:val="20"/>
        </w:rPr>
        <w:t>31:03  to main socha, aisa kyun hua? is ke samne ek mission aa gaya. mission aa gaya, hum kuch de sakte hain doosron ko.</w:t>
      </w:r>
      <w:r>
        <w:br/>
      </w:r>
      <w:r>
        <w:rPr>
          <w:sz w:val="20"/>
        </w:rPr>
        <w:t>31:13  yaad rakhiye, sab se sad story musalmanon ki kya hai? ke pehle woh giver thay, aaj woh user par bane hue hain logon ki nazar mein.</w:t>
      </w:r>
      <w:r>
        <w:br/>
      </w:r>
      <w:r>
        <w:rPr>
          <w:sz w:val="20"/>
        </w:rPr>
        <w:t>31:24  aap ne is ko khilafat ka naam diya, mukammal islam implement karne ka naam diya. lekin logon ki nazar mein aap user par ban gaye. yeh hamari zameen ko chheenana chahte hain.</w:t>
      </w:r>
      <w:r>
        <w:br/>
      </w:r>
      <w:r>
        <w:rPr>
          <w:sz w:val="20"/>
        </w:rPr>
        <w:t>31:34  hamari political power ko chheenana chahte hain. hamare economic sources ko chheenana chahte hain.</w:t>
      </w:r>
      <w:r>
        <w:br/>
      </w:r>
      <w:r>
        <w:rPr>
          <w:sz w:val="20"/>
        </w:rPr>
        <w:t>31:41  to pehle musalmanon ki image kya thi? yeh giver hain, giver. ab yeh image ban gayi, yeh user par hain, user par.</w:t>
      </w:r>
      <w:r>
        <w:br/>
      </w:r>
      <w:r>
        <w:rPr>
          <w:sz w:val="20"/>
        </w:rPr>
        <w:t>31:51  to jab aap giver hon to aap ka to yahi jazba aata hai, jis ka ek chhota sa namuna main ne aap ko is larki ki shakal mein bataya. jab giver hotay hain aap, giver, ke mere paas ek universal message hai.</w:t>
      </w:r>
      <w:r>
        <w:br/>
      </w:r>
      <w:r>
        <w:rPr>
          <w:sz w:val="20"/>
        </w:rPr>
        <w:t>32:05  mere paas doosron ko dene ke liye ek cheez hai.</w:t>
      </w:r>
      <w:r>
        <w:br/>
      </w:r>
      <w:r>
        <w:rPr>
          <w:sz w:val="20"/>
        </w:rPr>
        <w:t>32:08  yaad rakhiye, sab se bara jo thrilling ek jo experience hota hai, wohi hai ke aap yeh mehsoos karein ke mere paas doosron ko dene ke liye koi cheez hai.</w:t>
      </w:r>
      <w:r>
        <w:br/>
      </w:r>
      <w:r>
        <w:rPr>
          <w:sz w:val="20"/>
        </w:rPr>
        <w:t>32:18  aap giver hesiyat rakhte hain is duniya mein. aur duniya bhar ko dene ke liye koi cheez ho. is se bara koi afaqi tajruba nahi hai insaan ke liye.</w:t>
      </w:r>
      <w:r>
        <w:br/>
      </w:r>
      <w:r>
        <w:rPr>
          <w:sz w:val="20"/>
        </w:rPr>
        <w:t>32:33  ek ajib, ek ajib thrilling ehsas hota hai ke mere paas dene ke liye koi cheez hai.</w:t>
      </w:r>
      <w:r>
        <w:br/>
      </w:r>
      <w:r>
        <w:rPr>
          <w:sz w:val="20"/>
        </w:rPr>
        <w:t>32:42  toh yeh daawa hai, straight mamooli cheez nahi hai.</w:t>
      </w:r>
      <w:r>
        <w:br/>
      </w:r>
      <w:r>
        <w:rPr>
          <w:sz w:val="20"/>
        </w:rPr>
        <w:t>32:48  ashab-e-rasool ke bare mein aap tareekh kitabon mein padhiye. yaani jo makkah madine ke jo log the, arab ke, un ki kya image thi is zamane mein?</w:t>
      </w:r>
      <w:r>
        <w:br/>
      </w:r>
      <w:r>
        <w:rPr>
          <w:sz w:val="20"/>
        </w:rPr>
        <w:t>33:00  ladna, aapas mein ladna, aapas mein ladna.</w:t>
      </w:r>
      <w:r>
        <w:br/>
      </w:r>
      <w:r>
        <w:rPr>
          <w:sz w:val="20"/>
        </w:rPr>
        <w:t>33:03  yahi image thi ke aapas mein ladne wale log hain. ek is zamane ke ek shayar ne kaha tha ke woh</w:t>
      </w:r>
      <w:r>
        <w:br/>
      </w:r>
      <w:r>
        <w:rPr>
          <w:sz w:val="20"/>
        </w:rPr>
        <w:t>33:17  wa ahyaanan ala baqrin nakhina itha ma lam najid allaha akhana yeh yaani fakhr ke sath kaha tha, fakhr ke sath ke wa ahyaanan ala baqrin nakhina itha ma lam najid allaha akhana</w:t>
      </w:r>
      <w:r>
        <w:br/>
      </w:r>
      <w:r>
        <w:rPr>
          <w:sz w:val="20"/>
        </w:rPr>
        <w:t>33:32  yaani doosre nahi milte, agar hamein ladne ke liye toh hum apno se ladne lagte hain. doosre agar nahi milte ladne ke liye, hamein toh aap apno se ladne lagte hain.</w:t>
      </w:r>
      <w:r>
        <w:br/>
      </w:r>
      <w:r>
        <w:rPr>
          <w:sz w:val="20"/>
        </w:rPr>
        <w:t>33:42  yeh taliban ka mamla aap dekh rahe hain, aap roosi nahi mile toh aap aapas mein lad rahe hain. woh jab roos wale the, doosre lad rahe the, woh nahi hain toh aap aapas mein maar rahe hain, kaat rahe hain.</w:t>
      </w:r>
      <w:r>
        <w:br/>
      </w:r>
      <w:r>
        <w:rPr>
          <w:sz w:val="20"/>
        </w:rPr>
        <w:t>33:53  toh yeh bilkul wahi fanawra hai ke wa ahyaanan ala ala baqrin nakhina itha ma lam najid allaha akhana ke taliban ko jab roosi mile the, maar rahe the, un ko maar rahe the, woh chale gaye toh aap apne logon ko maar rahe hain.</w:t>
      </w:r>
      <w:r>
        <w:br/>
      </w:r>
      <w:r>
        <w:rPr>
          <w:sz w:val="20"/>
        </w:rPr>
        <w:t>34:08  kyun? passion nahi koi un ke paas, yeh un ko ehsas nahi ke hum duniya ko kuch de sakte hain.</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Being grateful just for digesting water and food</w:t>
      </w:r>
    </w:p>
    <w:p>
      <w:r>
        <w:rPr>
          <w:color w:val="666666"/>
          <w:sz w:val="18"/>
        </w:rPr>
        <w:t>Ramadan The Month of Spiritual Training September 20, 2008 · 2m 25s · at 20:38 · https://youtu.be/VI9axojg6Ro?t=1238</w:t>
      </w:r>
    </w:p>
    <w:p>
      <w:r>
        <w:rPr>
          <w:i/>
        </w:rPr>
        <w:t>“Hazrat Umar ne farmaya: pani ka ek glass piya”</w:t>
      </w:r>
    </w:p>
    <w:p>
      <w:r>
        <w:rPr>
          <w:sz w:val="20"/>
        </w:rPr>
        <w:t>20:38  hatumun ne farmaya, jo khalifa doam the, ke tum pani ka ek glass peete ho, tumhare jism ke andar jata hai, aur phir woh hazam ho jata hai.</w:t>
      </w:r>
      <w:r>
        <w:br/>
      </w:r>
      <w:r>
        <w:rPr>
          <w:sz w:val="20"/>
        </w:rPr>
        <w:t>20:52  is par bhi shukr karna hai. ab zara sochiye, aap pani jo do gases ka majmooa hai, yani alag alag woh do gases hain: hydrogen aur oxygen.</w:t>
      </w:r>
      <w:r>
        <w:br/>
      </w:r>
      <w:r>
        <w:rPr>
          <w:sz w:val="20"/>
        </w:rPr>
        <w:t>21:05  mil gayi to pani hai,</w:t>
      </w:r>
      <w:r>
        <w:br/>
      </w:r>
      <w:r>
        <w:rPr>
          <w:sz w:val="20"/>
        </w:rPr>
        <w:t>21:09  yani seyal pani, liquid pani. aap sochiye ke kaise khuda ne do gases ko apne liye pani bana diya. phir body ke andar pani gaya to body ke andar jo nizam hai, kis tarah pani ko is ne liya.</w:t>
      </w:r>
      <w:r>
        <w:br/>
      </w:r>
      <w:r>
        <w:rPr>
          <w:sz w:val="20"/>
        </w:rPr>
        <w:t>21:25  main ne ek aise admi ko dekha hai jis ka body pani ko accept nahi karta tha, woh pani pi nahi sakta tha.</w:t>
      </w:r>
      <w:r>
        <w:br/>
      </w:r>
      <w:r>
        <w:rPr>
          <w:sz w:val="20"/>
        </w:rPr>
        <w:t>21:34  woh</w:t>
      </w:r>
      <w:r>
        <w:br/>
      </w:r>
      <w:r>
        <w:rPr>
          <w:sz w:val="20"/>
        </w:rPr>
        <w:t>21:36  to main ne dekha ke is ka is ka body jo hai, bilkul sookh gaya tha, bhose ki tarah ho gaya tha. to yeh sadah baat nahi hai, yeh ke pani piya aap ne, woh pani mein ja kar ke, woh pani piya aap ne, woh pani jo hai, body mein ja kar ke, woh assimilate ho gaya.</w:t>
      </w:r>
      <w:r>
        <w:br/>
      </w:r>
      <w:r>
        <w:rPr>
          <w:sz w:val="20"/>
        </w:rPr>
        <w:t>21:52  yeh sadah baat nahi hai. to khuda koi koi namoona dikha deta hai, yani woh insan jis ko main ne dekha tha adab garh mein ke bilkul sara body is ka bhosa ho raha tha, sookh sookh sookh gaya tha,</w:t>
      </w:r>
      <w:r>
        <w:br/>
      </w:r>
      <w:r>
        <w:rPr>
          <w:sz w:val="20"/>
        </w:rPr>
        <w:t>22:05  kyun ke pani is ke andar ja nahi pata tha. aise hi khane ka mamla hai.</w:t>
      </w:r>
      <w:r>
        <w:br/>
      </w:r>
      <w:r>
        <w:rPr>
          <w:sz w:val="20"/>
        </w:rPr>
        <w:t>22:14  ya aap sochen, aap khana kha rahe hain to aap sochen, khana bhi kya cheez hai. abhi hal mein meri mulaqat hui ek sahib se, woh cancer ke mareez the.</w:t>
      </w:r>
      <w:r>
        <w:br/>
      </w:r>
      <w:r>
        <w:rPr>
          <w:sz w:val="20"/>
        </w:rPr>
        <w:t>22:25  unhon ne bataya ke main adhi roti agar kha loon to kai ghante tak andar taqreeb rehti hai, bohat der mein hazam hoti hai. adhi roti</w:t>
      </w:r>
      <w:r>
        <w:br/>
      </w:r>
      <w:r>
        <w:rPr>
          <w:sz w:val="20"/>
        </w:rPr>
        <w:t>22:36  hum hum aap asani se khate hain, roti khate hain, chawal khate hain, sabzi khate hain, phal khate hain, aur phir hazam ho jata hai. woh to yeh kitni bari baat hai ke hazam ho jata hai.</w:t>
      </w:r>
      <w:r>
        <w:br/>
      </w:r>
      <w:r>
        <w:rPr>
          <w:sz w:val="20"/>
        </w:rPr>
        <w:t>22:49  to hatumun ne kaha ke ek glass ka pani agar tumhara piyu aur hazam ho jaye, ek roti kha kar badan mein utaro, woh hazam ho jaye.</w:t>
      </w:r>
      <w:r>
        <w:br/>
      </w:r>
      <w:r>
        <w:rPr>
          <w:sz w:val="20"/>
        </w:rPr>
        <w:t>22:59  is par bhi shukr karna hai.</w:t>
      </w:r>
    </w:p>
    <w:p>
      <w:pPr>
        <w:pStyle w:val="Heading2"/>
      </w:pPr>
      <w:r>
        <w:t>Shukr a warning through loss of freedom</w:t>
      </w:r>
    </w:p>
    <w:p>
      <w:r>
        <w:rPr>
          <w:color w:val="666666"/>
          <w:sz w:val="18"/>
        </w:rPr>
        <w:t>Covid Reminder The Need for Shukr April 12, 2020 Maulana Wahiduddin Khan · 6m 01s · at 0:17 · https://youtu.be/LETHR-bNgtQ?t=17</w:t>
      </w:r>
    </w:p>
    <w:p>
      <w:r>
        <w:rPr>
          <w:i/>
        </w:rPr>
        <w:t>“Aaj ka mawzu shukar hai.”</w:t>
      </w:r>
    </w:p>
    <w:p>
      <w:r>
        <w:rPr>
          <w:sz w:val="20"/>
        </w:rPr>
        <w:t>0:17  aaj ka mozu shukr hai. is hisse mein hum aaj</w:t>
      </w:r>
      <w:r>
        <w:br/>
      </w:r>
      <w:r>
        <w:rPr>
          <w:sz w:val="20"/>
        </w:rPr>
        <w:t>0:30  aik aayat ka mutala karen ge. woh aayat yeh hai.</w:t>
      </w:r>
      <w:r>
        <w:br/>
      </w:r>
      <w:r>
        <w:rPr>
          <w:sz w:val="20"/>
        </w:rPr>
        <w:t>0:37  surah ibrahim, aayat number 7. waizana rabbukum la in shaqartum la azeedannakum wa la in kafartum inna azabi lashadeed</w:t>
      </w:r>
      <w:r>
        <w:br/>
      </w:r>
      <w:r>
        <w:rPr>
          <w:sz w:val="20"/>
        </w:rPr>
        <w:t>0:51  dekhen, yeh is aayat mein kaha gaya hai ke Allah ne hukum diya hai</w:t>
      </w:r>
      <w:r>
        <w:br/>
      </w:r>
      <w:r>
        <w:rPr>
          <w:sz w:val="20"/>
        </w:rPr>
        <w:t>1:01  ke shukr guzar bande ban kar raho. agar shukr guzar bande ban kar raho ge to tum ko mazeed diya jaye ga.</w:t>
      </w:r>
      <w:r>
        <w:br/>
      </w:r>
      <w:r>
        <w:rPr>
          <w:sz w:val="20"/>
        </w:rPr>
        <w:t>1:15  aur agar nashukri ka tareeqa ikhtiyar karo ge</w:t>
      </w:r>
      <w:r>
        <w:br/>
      </w:r>
      <w:r>
        <w:rPr>
          <w:sz w:val="20"/>
        </w:rPr>
        <w:t>1:21  to us waqt sakht pakar bhi hogi.</w:t>
      </w:r>
      <w:r>
        <w:br/>
      </w:r>
      <w:r>
        <w:rPr>
          <w:sz w:val="20"/>
        </w:rPr>
        <w:t>1:27  to yeh aayat mein</w:t>
      </w:r>
      <w:r>
        <w:br/>
      </w:r>
      <w:r>
        <w:rPr>
          <w:sz w:val="20"/>
        </w:rPr>
        <w:t>1:31  soch raha tha ke isi mein aaj ke jo halaat ka</w:t>
      </w:r>
      <w:r>
        <w:br/>
      </w:r>
      <w:r>
        <w:rPr>
          <w:sz w:val="20"/>
        </w:rPr>
        <w:t>1:39  jawab hai. aaj ka jo halaat hain, sach poochhen to woh</w:t>
      </w:r>
      <w:r>
        <w:br/>
      </w:r>
      <w:r>
        <w:rPr>
          <w:sz w:val="20"/>
        </w:rPr>
        <w:t>1:49  azab to nahin hain, woh qayamat qayamat bhi nahin hain.</w:t>
      </w:r>
      <w:r>
        <w:br/>
      </w:r>
      <w:r>
        <w:rPr>
          <w:sz w:val="20"/>
        </w:rPr>
        <w:t>1:57  woh</w:t>
      </w:r>
      <w:r>
        <w:br/>
      </w:r>
      <w:r>
        <w:rPr>
          <w:sz w:val="20"/>
        </w:rPr>
        <w:t>2:04  warning hai. warning. warning kis baat ki? ke hum ko</w:t>
      </w:r>
      <w:r>
        <w:br/>
      </w:r>
      <w:r>
        <w:rPr>
          <w:sz w:val="20"/>
        </w:rPr>
        <w:t>2:14  zabardast</w:t>
      </w:r>
      <w:r>
        <w:br/>
      </w:r>
      <w:r>
        <w:rPr>
          <w:sz w:val="20"/>
        </w:rPr>
        <w:t>2:19  mawaqe mile thay shukr ke,</w:t>
      </w:r>
      <w:r>
        <w:br/>
      </w:r>
      <w:r>
        <w:rPr>
          <w:sz w:val="20"/>
        </w:rPr>
        <w:t>2:23  lekin hum ne is par positive response nahin diya.</w:t>
      </w:r>
      <w:r>
        <w:br/>
      </w:r>
      <w:r>
        <w:rPr>
          <w:sz w:val="20"/>
        </w:rPr>
        <w:t>2:32  to ab jo ho raha hai woh bator</w:t>
      </w:r>
      <w:r>
        <w:br/>
      </w:r>
      <w:r>
        <w:rPr>
          <w:sz w:val="20"/>
        </w:rPr>
        <w:t>2:42  warning hai ke ab ab se sambhal jao, warna aur sakht pakar hogi.</w:t>
      </w:r>
      <w:r>
        <w:br/>
      </w:r>
      <w:r>
        <w:rPr>
          <w:sz w:val="20"/>
        </w:rPr>
        <w:t>2:57  dekhen, aaj kal jo halaat hain ke hum ghar se bahar nahin nikal sakte,</w:t>
      </w:r>
      <w:r>
        <w:br/>
      </w:r>
      <w:r>
        <w:rPr>
          <w:sz w:val="20"/>
        </w:rPr>
        <w:t>3:07  traffic rukawatein hain, to aap soch jante hain ke iski wajah se kitna zyada pareshani hai.</w:t>
      </w:r>
      <w:r>
        <w:br/>
      </w:r>
      <w:r>
        <w:rPr>
          <w:sz w:val="20"/>
        </w:rPr>
        <w:t>3:24  to hum yeh to yaad aa raha hai hum ko ke hum ko pareshani ho gayi hai.</w:t>
      </w:r>
      <w:r>
        <w:br/>
      </w:r>
      <w:r>
        <w:rPr>
          <w:sz w:val="20"/>
        </w:rPr>
        <w:t>3:34  positive pareshani kis baat ki?</w:t>
      </w:r>
      <w:r>
        <w:br/>
      </w:r>
      <w:r>
        <w:rPr>
          <w:sz w:val="20"/>
        </w:rPr>
        <w:t>3:41  azaadi ki jo nemmat thi woh mehdood banon mein, limited banon mein chhin gayi hai.</w:t>
      </w:r>
      <w:r>
        <w:br/>
      </w:r>
      <w:r>
        <w:rPr>
          <w:sz w:val="20"/>
        </w:rPr>
        <w:t>3:53  mehdood banon mein, limited banon mein.</w:t>
      </w:r>
      <w:r>
        <w:br/>
      </w:r>
      <w:r>
        <w:rPr>
          <w:sz w:val="20"/>
        </w:rPr>
        <w:t>4:01  ab hum ko mehsoos ho raha hai ke ke hum jo azaadi ke saath rehte the yahan, jab tha bazaar gaye, jab tha park gaye, jab tha is ghar se guzar gaye,</w:t>
      </w:r>
      <w:r>
        <w:br/>
      </w:r>
      <w:r>
        <w:rPr>
          <w:sz w:val="20"/>
        </w:rPr>
        <w:t>4:17  to</w:t>
      </w:r>
      <w:r>
        <w:br/>
      </w:r>
      <w:r>
        <w:rPr>
          <w:sz w:val="20"/>
        </w:rPr>
        <w:t>4:21  ab mehdood banon mein woh chhin gaya hai to kitni pareshani ho rahi hai.</w:t>
      </w:r>
      <w:r>
        <w:br/>
      </w:r>
      <w:r>
        <w:rPr>
          <w:sz w:val="20"/>
        </w:rPr>
        <w:t>4:29  to sach poochhein to yahan tak ke hum agar hamein zaroorat ho</w:t>
      </w:r>
      <w:r>
        <w:br/>
      </w:r>
      <w:r>
        <w:rPr>
          <w:sz w:val="20"/>
        </w:rPr>
        <w:t>4:40  medical aid ki to hum doctor ya hospital se aazadana taur par consult nahi kar sakte.</w:t>
      </w:r>
      <w:r>
        <w:br/>
      </w:r>
      <w:r>
        <w:rPr>
          <w:sz w:val="20"/>
        </w:rPr>
        <w:t>4:52  to</w:t>
      </w:r>
      <w:r>
        <w:br/>
      </w:r>
      <w:r>
        <w:rPr>
          <w:sz w:val="20"/>
        </w:rPr>
        <w:t>4:57  yeh cheezein is se pehle bilkul freely available theen. bilkul freely.</w:t>
      </w:r>
      <w:r>
        <w:br/>
      </w:r>
      <w:r>
        <w:rPr>
          <w:sz w:val="20"/>
        </w:rPr>
        <w:t>5:09  to ab jab woh un par pabandi lag gayi, limited pabandi, to hum ko ehsaas ho raha hai ke kitni bari museebat hai, kitni bari nemmat hai azaadi.</w:t>
      </w:r>
      <w:r>
        <w:br/>
      </w:r>
      <w:r>
        <w:rPr>
          <w:sz w:val="20"/>
        </w:rPr>
        <w:t>5:25  to yeh azaadi</w:t>
      </w:r>
      <w:r>
        <w:br/>
      </w:r>
      <w:r>
        <w:rPr>
          <w:sz w:val="20"/>
        </w:rPr>
        <w:t>5:28  to bohat si limitations mein chhani hai. misaal ke taur par dekhein, hawa se faida uthana, suraj se faida uthana, yeh is ki bhi to azaadi hai.</w:t>
      </w:r>
      <w:r>
        <w:br/>
      </w:r>
      <w:r>
        <w:rPr>
          <w:sz w:val="20"/>
        </w:rPr>
        <w:t>5:47  aakhri din se faida uthana.</w:t>
      </w:r>
      <w:r>
        <w:br/>
      </w:r>
      <w:r>
        <w:rPr>
          <w:sz w:val="20"/>
        </w:rPr>
        <w:t>5:54  saal mein ghalla bona aur ghalla agan nikaalna.</w:t>
      </w:r>
      <w:r>
        <w:br/>
      </w:r>
      <w:r>
        <w:rPr>
          <w:sz w:val="20"/>
        </w:rPr>
        <w:t>6:03  bazaar se samaan khareedna. to aaj pehle aap ko aazadana taur par har cheez ka mauqa tha.</w:t>
      </w:r>
    </w:p>
    <w:p>
      <w:pPr>
        <w:pStyle w:val="Heading2"/>
      </w:pPr>
      <w:r>
        <w:t>Creative shukr through real-life example</w:t>
      </w:r>
    </w:p>
    <w:p>
      <w:r>
        <w:rPr>
          <w:color w:val="666666"/>
          <w:sz w:val="18"/>
        </w:rPr>
        <w:t>Dars-e-Quran, Chapter 2 Verse 25 December 03, 2017 · 3m 14s · at 6:49 · https://youtu.be/XdaA0-OrPgg?t=409</w:t>
      </w:r>
    </w:p>
    <w:p>
      <w:r>
        <w:rPr>
          <w:i/>
        </w:rPr>
        <w:t>“To response kya cheez hai?”</w:t>
      </w:r>
    </w:p>
    <w:p>
      <w:r>
        <w:rPr>
          <w:sz w:val="20"/>
        </w:rPr>
        <w:t>6:49  to response kya cheez hai? mein aap ko aaj ki ek misaal deta hoon. response: abhi jab mein yahan aaya to ek sahab ke bare mein yeh khushkhabri mili ke un ke haan beta paida hua hai.</w:t>
      </w:r>
      <w:r>
        <w:br/>
      </w:r>
      <w:r>
        <w:rPr>
          <w:sz w:val="20"/>
        </w:rPr>
        <w:t>7:13  beta paida hua. ittefaq se mere paas ek aur sahab khade hue the jin ke haan beti paida ho chuki thi. pehle to mere zuban se nikla un se jo jin ke haan beti paida hui hai.</w:t>
      </w:r>
      <w:r>
        <w:br/>
      </w:r>
      <w:r>
        <w:rPr>
          <w:sz w:val="20"/>
        </w:rPr>
        <w:t>7:31  mein ne kaha ke log shukr karte hain bete ke paida hone par. ab shukr kijiye beti ke paida hone par.</w:t>
      </w:r>
      <w:r>
        <w:br/>
      </w:r>
      <w:r>
        <w:rPr>
          <w:sz w:val="20"/>
        </w:rPr>
        <w:t>7:41  phir mein ne kaha ke is shukr, shukr kiya cheez hai? shukr hai acknowledge karna. shukr koi yeh nahi ke Alhamdulillah kehna, acknowledge karna,</w:t>
      </w:r>
      <w:r>
        <w:br/>
      </w:r>
      <w:r>
        <w:rPr>
          <w:sz w:val="20"/>
        </w:rPr>
        <w:t>7:57  positive response dena. to mein ne kaha ke beti par shukr karna kiya hai?</w:t>
      </w:r>
      <w:r>
        <w:br/>
      </w:r>
      <w:r>
        <w:rPr>
          <w:sz w:val="20"/>
        </w:rPr>
        <w:t>8:09  woh yeh hai ke aap ka aap ke dil mein yeh ehsaas paida ho, yeh ehsaas ke log Allah ka shukr karte hain.</w:t>
      </w:r>
      <w:r>
        <w:br/>
      </w:r>
      <w:r>
        <w:rPr>
          <w:sz w:val="20"/>
        </w:rPr>
        <w:t>8:27  beta par, ab mein beti par mili hai to isi par karunga. to dekhiye, Allah taala ki jo anjuman hoti hai, us mein farishte hote hain, farishte, angels.</w:t>
      </w:r>
      <w:r>
        <w:br/>
      </w:r>
      <w:r>
        <w:rPr>
          <w:sz w:val="20"/>
        </w:rPr>
        <w:t>8:44  to Allah taala apne farishton se kahega ke dekho, is bande ko log apne maange, woh jo maangte hain, woh jab un ko diya jaye to us par shukr karna jaante hain.</w:t>
      </w:r>
      <w:r>
        <w:br/>
      </w:r>
      <w:r>
        <w:rPr>
          <w:sz w:val="20"/>
        </w:rPr>
        <w:t>9:03  apne apne maange hue par shukr. yeh is bande ko zara dekho,</w:t>
      </w:r>
      <w:r>
        <w:br/>
      </w:r>
      <w:r>
        <w:rPr>
          <w:sz w:val="20"/>
        </w:rPr>
        <w:t>9:11  us ko jo diya gaya hai, us par shukr kar raha hai. yeh is ne kiya maanga, yeh nahi. to log shukr karna jaante hain apne maange hue par.</w:t>
      </w:r>
      <w:r>
        <w:br/>
      </w:r>
      <w:r>
        <w:rPr>
          <w:sz w:val="20"/>
        </w:rPr>
        <w:t>9:23  yeh banda shukr kar raha hai jo us ko diya gaya hai.</w:t>
      </w:r>
      <w:r>
        <w:br/>
      </w:r>
      <w:r>
        <w:rPr>
          <w:sz w:val="20"/>
        </w:rPr>
        <w:t>9:31  to Khuda kahega angels se ke is ko double to double. is bande ko kyunke is ne diye hue par shukr kiya, jabke log maange hue par shukr karna jaante hain.</w:t>
      </w:r>
      <w:r>
        <w:br/>
      </w:r>
      <w:r>
        <w:rPr>
          <w:sz w:val="20"/>
        </w:rPr>
        <w:t>9:48  dekhiye, yeh hai creative shukr, creative response, creative acknowledgement.</w:t>
      </w:r>
    </w:p>
    <w:p>
      <w:pPr>
        <w:pStyle w:val="Heading2"/>
      </w:pPr>
      <w:r>
        <w:t>hadith of Mu'adh and why gratitude is supreme worship</w:t>
      </w:r>
    </w:p>
    <w:p>
      <w:r>
        <w:rPr>
          <w:color w:val="666666"/>
          <w:sz w:val="18"/>
        </w:rPr>
        <w:t>Asma-e-Husna and Ism-e-Azam February 12, 2023 · 2m 29s · at 17:39 · https://youtu.be/IkYHdIFdUy4?t=1059</w:t>
      </w:r>
    </w:p>
    <w:p>
      <w:r>
        <w:rPr>
          <w:i/>
        </w:rPr>
        <w:t>“The Prophet said to Mu'adh: I love you”</w:t>
      </w:r>
    </w:p>
    <w:p>
      <w:r>
        <w:rPr>
          <w:sz w:val="20"/>
        </w:rPr>
        <w:t>17:39  To mein samajhta hoon bohat aham cheez hai zikr-e-kaseer karna. Ab aage barhte hain woh shukr ke upar. Mein aap se sawal karunga, to is se pehle ek hadith jo Mu'adh ibn Jabal Razi Allahu Anhu ko Rasool Allah Sallallahu Alaihi Wasallam ne kahi thi ke "Ae Mu'adh!</w:t>
      </w:r>
      <w:r>
        <w:br/>
      </w:r>
      <w:r>
        <w:rPr>
          <w:sz w:val="20"/>
        </w:rPr>
        <w:t>17:52  mein tum se mohabbat karta hoon". To Mu'adh ne kaha ke "mein bhi aap se mohabbat karta hoon". To Rasool Allah ne is ke baad kaha ke "mein tum ko ek cheez ki naseehat karta hoon, kisi bhi namaz ke baad us ko nahi chhodna ke tum kaho Allahumma a'inni ala dhikrika wa shukrika wa husni ibadatika ke "Ae Allah!</w:t>
      </w:r>
      <w:r>
        <w:br/>
      </w:r>
      <w:r>
        <w:rPr>
          <w:sz w:val="20"/>
        </w:rPr>
        <w:t>18:09  mujhe tofeeq de ke mein te</w:t>
      </w:r>
      <w:r>
        <w:br/>
      </w:r>
      <w:r>
        <w:rPr>
          <w:sz w:val="20"/>
        </w:rPr>
        <w:t>18:11  ra zikr karoon, shukr karoon, aur behtar tareeqe se ibadat karoon". Aap ne zikr ka, Allah taala ke zikr ki baat kahi. Aap yeh batayein ke shukr ki kya ahmiyat hai?</w:t>
      </w:r>
      <w:r>
        <w:br/>
      </w:r>
      <w:r>
        <w:rPr>
          <w:sz w:val="20"/>
        </w:rPr>
        <w:t>18:23  Jab tak insaan ek shakir banda nahi banega na, tab tak woh is ka, woh zikr bhi nahi kar sakega, woh zikr jo matloob hai us se.</w:t>
      </w:r>
      <w:r>
        <w:br/>
      </w:r>
      <w:r>
        <w:rPr>
          <w:sz w:val="20"/>
        </w:rPr>
        <w:t>18:33  kyunke aap jante hain ke quran ki sab se pehli ayat hi hai alhamdulillah rabbul alameen aur doosre maulana ne yeh likha hai ke shukr chunke hum apne dil o dimaagh se karte hain, to hum bilkul ideal form mein, mukammal form mein kar sakte hain</w:t>
      </w:r>
      <w:r>
        <w:br/>
      </w:r>
      <w:r>
        <w:rPr>
          <w:sz w:val="20"/>
        </w:rPr>
        <w:t>18:53  ke doosre aamaal mein kuch na kuch kami reh jaati hai. lekin shukr jo hai, aala tareen shakal mein mumkin hai ke is mein humein koi aisi masla nahi hoga ke hum aala tareen shakal mein, kamil shakal mein is ko na kar saken.</w:t>
      </w:r>
      <w:r>
        <w:br/>
      </w:r>
      <w:r>
        <w:rPr>
          <w:sz w:val="20"/>
        </w:rPr>
        <w:t>19:08  to hum bohat ziyada shukr kar sakte hain, jaise ke bible mein aaya hai "You will love your God with all your heart, with all your soul, and with all your mind"</w:t>
      </w:r>
      <w:r>
        <w:br/>
      </w:r>
      <w:r>
        <w:rPr>
          <w:sz w:val="20"/>
        </w:rPr>
        <w:t>19:21  . to is mein yeh hai ke humein kisi cheez ki koi zaroorat nahi hai, hum bohat aaram se khuda ka shukr ada kar sakte hain, woh poori tareeqe se shukr ada kar sakte hain, jaisa ke khuda ka haq hai.</w:t>
      </w:r>
      <w:r>
        <w:br/>
      </w:r>
      <w:r>
        <w:rPr>
          <w:sz w:val="20"/>
        </w:rPr>
        <w:t>19:34  kyunke hum khuda ko dekhen, koi cheez dete nahi hain. khuda se humein hazaron, lakhon cheezen mil rahi hain, lekin hum khuda ko kuch nahi dete hain. to yahi shukr, yaani eteraaf, to yahi hum, yahi woh return hai jo humein khuda ki blessings mil rahi</w:t>
      </w:r>
      <w:r>
        <w:br/>
      </w:r>
      <w:r>
        <w:rPr>
          <w:sz w:val="20"/>
        </w:rPr>
        <w:t>19:50  hain. to yahi, yahi shukr ki shakal mein hum is ko return kar sakte hain. to agar hum shukr bhi nahi karenge, to is ka matlab hai ke hum ek user par hain, hum khuda se sab cheezen le rahe hain, aur is ka koi return is ko nahi de rahe hain.</w:t>
      </w:r>
    </w:p>
    <w:p>
      <w:pPr>
        <w:pStyle w:val="Heading2"/>
      </w:pPr>
      <w:r>
        <w:t>Gratitude means reflection, which unlocks Allah's help</w:t>
      </w:r>
    </w:p>
    <w:p>
      <w:r>
        <w:rPr>
          <w:color w:val="666666"/>
          <w:sz w:val="18"/>
        </w:rPr>
        <w:t>Shukr Acknowledgment of God's Blessings April 21, 2020 · 30s · at 23:22 · https://youtu.be/3iGMucsQXNk?t=1402</w:t>
      </w:r>
    </w:p>
    <w:p>
      <w:r>
        <w:rPr>
          <w:i/>
        </w:rPr>
        <w:t>“Shukr karne ke maayne hain ghor o fikr karna”</w:t>
      </w:r>
    </w:p>
    <w:p>
      <w:r>
        <w:rPr>
          <w:sz w:val="20"/>
        </w:rPr>
        <w:t>23:22  dear Maulana sahib. My question is that agar hum shukr karein to hum aage kaise badhein?</w:t>
      </w:r>
      <w:r>
        <w:br/>
      </w:r>
      <w:r>
        <w:rPr>
          <w:sz w:val="20"/>
        </w:rPr>
        <w:t>23:35  shukr karne ke maani ghore o fikr karna. jab ghore o fikr karenge to Allah ki madad hogi. Allah ki madad se sab raaste khulte chale jayenge.</w:t>
      </w:r>
    </w:p>
    <w:p>
      <w:pPr>
        <w:pStyle w:val="Heading2"/>
      </w:pPr>
      <w:r>
        <w:t>Remember blessings to increase gratitude</w:t>
      </w:r>
    </w:p>
    <w:p>
      <w:r>
        <w:rPr>
          <w:color w:val="666666"/>
          <w:sz w:val="18"/>
        </w:rPr>
        <w:t>Prayer for the Country April 05, 2020 Maulana Wahiduddin Khan · 28s · at 18:31 · https://youtu.be/9Fh70tItjlQ?t=1111</w:t>
      </w:r>
    </w:p>
    <w:p>
      <w:r>
        <w:rPr>
          <w:i/>
        </w:rPr>
        <w:t>“Yeh ek bahut badi zaroorat hai ke log mile hue ko yaad karein.”</w:t>
      </w:r>
    </w:p>
    <w:p>
      <w:r>
        <w:rPr>
          <w:sz w:val="20"/>
        </w:rPr>
        <w:t>18:31  yeh ek bohat bari zaroorat hai ke log mile hue ko yaad karein. mile hue ko. log ab darbadar bhi kya karte hain ke khoye hue ko yaad kar ke irritation karte hain.</w:t>
      </w:r>
      <w:r>
        <w:br/>
      </w:r>
      <w:r>
        <w:rPr>
          <w:sz w:val="20"/>
        </w:rPr>
        <w:t>18:49  mile hue ko yaad kijiye taake aap ko shukr mein izafa ho.</w:t>
      </w:r>
    </w:p>
    <w:p>
      <w:pPr>
        <w:pStyle w:val="Heading2"/>
      </w:pPr>
      <w:r>
        <w:t>closing call to wake up, repent, and turn to God now</w:t>
      </w:r>
    </w:p>
    <w:p>
      <w:r>
        <w:rPr>
          <w:color w:val="666666"/>
          <w:sz w:val="18"/>
        </w:rPr>
        <w:t>Paradise in The Making March 27, 2011 · 4m 44s · at 55:04 · https://youtu.be/Cn5pC7s16sY?t=3304</w:t>
      </w:r>
    </w:p>
    <w:p>
      <w:r>
        <w:rPr>
          <w:i/>
        </w:rPr>
        <w:t>“صحابہ کا طریقہ یہ تھا کہ اگر کوئی تیز آندھی چلتی تھی تو دوڑ کر مسجد جاتے تھے۔”</w:t>
      </w:r>
    </w:p>
    <w:p>
      <w:r>
        <w:rPr>
          <w:sz w:val="20"/>
        </w:rPr>
        <w:t>55:04  sahaba ka tareeqa yeh tha ke agar koi tez aandhi chalti thi, tez aandhi. to daud kar masjid jaate the. qayamat to nahin aa gayi.</w:t>
      </w:r>
      <w:r>
        <w:br/>
      </w:r>
      <w:r>
        <w:rPr>
          <w:sz w:val="20"/>
        </w:rPr>
        <w:t>55:16  ab zalzale par zalzale aa rahe hain, tab bhi log daud kar jaate nahin, allah ki taraf rujoo hote. aap ghore karein ke toofan aa rahe hain, tsunami aa raha hai, zalzale aa rahe hain.</w:t>
      </w:r>
      <w:r>
        <w:br/>
      </w:r>
      <w:r>
        <w:rPr>
          <w:sz w:val="20"/>
        </w:rPr>
        <w:t>55:29  yeh bhi zalzala hi hai ke mashriq-e-mushriq mein jo bam barsaye ja rahe hain, jo gun chal rahi hai. ke jo</w:t>
      </w:r>
      <w:r>
        <w:br/>
      </w:r>
      <w:r>
        <w:rPr>
          <w:sz w:val="20"/>
        </w:rPr>
        <w:t>55:43  jo war chadi hui hai, woh bhi to woh bhi to zalzala hi hai. tabahi hai. yeh sab kuch ho raha hai aur logon ko kuch bhi hosh nahin.</w:t>
      </w:r>
      <w:r>
        <w:br/>
      </w:r>
      <w:r>
        <w:rPr>
          <w:sz w:val="20"/>
        </w:rPr>
        <w:t>55:54  to sahaba kiram ka mizaj yeh tha ke aandhi chalti thi to daur kar masjid jate the, kahin qayamat to nahi aa gai. dua karte the, ibadat karte the, Allah ki taraf rujoo hote the.</w:t>
      </w:r>
      <w:r>
        <w:br/>
      </w:r>
      <w:r>
        <w:rPr>
          <w:sz w:val="20"/>
        </w:rPr>
        <w:t>56:05  ab is se hazaron guna bade bade waqeat ho rahe hain, lekin kisi ko hosh nahi hai. kyunke aap ne koi samjha hi nahi ke hum abna-e-Allah hain, hum farzandan-e-tauheed hain.</w:t>
      </w:r>
      <w:r>
        <w:br/>
      </w:r>
      <w:r>
        <w:rPr>
          <w:sz w:val="20"/>
        </w:rPr>
        <w:t>56:17  bigde ek doosron ke bigde, hamare to bigadne wala hai hi nahi.</w:t>
      </w:r>
      <w:r>
        <w:br/>
      </w:r>
      <w:r>
        <w:rPr>
          <w:sz w:val="20"/>
        </w:rPr>
        <w:t>56:25  magar yeh sab bilkul khush fehmi hai. laysa bi amani kum wa la amani ahl-e-kitab ma ya'malu su'an yujza bihi.</w:t>
      </w:r>
      <w:r>
        <w:br/>
      </w:r>
      <w:r>
        <w:rPr>
          <w:sz w:val="20"/>
        </w:rPr>
        <w:t>56:34  hum khush fehmi mein jee nahi sakte. khush fehmi ka ostrich jaisa rawaiyya hai. yaani shutur murgh jaisa rawaiyya.</w:t>
      </w:r>
      <w:r>
        <w:br/>
      </w:r>
      <w:r>
        <w:rPr>
          <w:sz w:val="20"/>
        </w:rPr>
        <w:t>56:43  aap jante hain ke shutur murgh ke bare mein kaha jata hai, yeh mashhoor hai ke sehra mein, jo sehra mein toofan uthte hain, ret ke toofan.</w:t>
      </w:r>
      <w:r>
        <w:br/>
      </w:r>
      <w:r>
        <w:rPr>
          <w:sz w:val="20"/>
        </w:rPr>
        <w:t>56:55  ret ke toofan bohat hi shadeed hote hain. ab shutur murgh dekh raha hai ke toofan aa raha hai. ab woh toofan ki zad mein aa jayega woh.</w:t>
      </w:r>
      <w:r>
        <w:br/>
      </w:r>
      <w:r>
        <w:rPr>
          <w:sz w:val="20"/>
        </w:rPr>
        <w:t>57:06  to woh kya karta hai? apna sir jo hai, ret mein daal leta hai.</w:t>
      </w:r>
      <w:r>
        <w:br/>
      </w:r>
      <w:r>
        <w:rPr>
          <w:sz w:val="20"/>
        </w:rPr>
        <w:t>57:11  matlab goya woh dekhne se na dekh sake. to toofan ko aap na dekhen, tab bhi toofan aa kar rahega. aankh band kar len, tab bhi toofan aa kar rahega.</w:t>
      </w:r>
      <w:r>
        <w:br/>
      </w:r>
      <w:r>
        <w:rPr>
          <w:sz w:val="20"/>
        </w:rPr>
        <w:t>57:26  to ostrich jaisa rawaiyya jo hai, woh kaam karne wala nahi hai.</w:t>
      </w:r>
      <w:r>
        <w:br/>
      </w:r>
      <w:r>
        <w:rPr>
          <w:sz w:val="20"/>
        </w:rPr>
        <w:t>57:33  kyunke woh to aa kar rahega.</w:t>
      </w:r>
      <w:r>
        <w:br/>
      </w:r>
      <w:r>
        <w:rPr>
          <w:sz w:val="20"/>
        </w:rPr>
        <w:t>57:36  hamari aankh band karne se aisa nahi ke woh hum uski zad mein na aayen.</w:t>
      </w:r>
      <w:r>
        <w:br/>
      </w:r>
      <w:r>
        <w:rPr>
          <w:sz w:val="20"/>
        </w:rPr>
        <w:t>57:45  main dekhta hoon ke logon ko kuch bhi hosh nahi. kuch bhi hosh nahi. wahi sarmasti, wahi behoshi, wahi sarkashi, wahi ho-ha, woh chal raha hai.</w:t>
      </w:r>
      <w:r>
        <w:br/>
      </w:r>
      <w:r>
        <w:rPr>
          <w:sz w:val="20"/>
        </w:rPr>
        <w:t>58:00  to hamein is se bahar aana hai.</w:t>
      </w:r>
      <w:r>
        <w:br/>
      </w:r>
      <w:r>
        <w:rPr>
          <w:sz w:val="20"/>
        </w:rPr>
        <w:t>58:05  hum log jo ke CPS mein ikhatta hue hain, hamein hamari double zimmedari hai. kyunke hamein is baat ka ilm ho chuka hai ke haq kya hai, na-haq kya hai.</w:t>
      </w:r>
      <w:r>
        <w:br/>
      </w:r>
      <w:r>
        <w:rPr>
          <w:sz w:val="20"/>
        </w:rPr>
        <w:t>58:20  to hum ko apne aap ko durust karna hai. aur da'wati amal ko tez kar dena hai.</w:t>
      </w:r>
      <w:r>
        <w:br/>
      </w:r>
      <w:r>
        <w:rPr>
          <w:sz w:val="20"/>
        </w:rPr>
        <w:t>58:31  apne aap ko durust karna hai. khud-ehtesabi ke zariye se. aur da'wati amal ko tez kar dena hai.</w:t>
      </w:r>
      <w:r>
        <w:br/>
      </w:r>
      <w:r>
        <w:rPr>
          <w:sz w:val="20"/>
        </w:rPr>
        <w:t>58:46  is waqt jo kaam kiya jayega, iska sawab bohat zyada hoga. aur dilon ke muqable mein aaj kal jo kaam aap karenge, iska sawab bohat zyada hoga.</w:t>
      </w:r>
      <w:r>
        <w:br/>
      </w:r>
      <w:r>
        <w:rPr>
          <w:sz w:val="20"/>
        </w:rPr>
        <w:t>58:56  bohat zyada hoga, bohat zyada hoga.</w:t>
      </w:r>
      <w:r>
        <w:br/>
      </w:r>
      <w:r>
        <w:rPr>
          <w:sz w:val="20"/>
        </w:rPr>
        <w:t>58:59  to ab zyada sawab lene ka waqt aa gaya hai.</w:t>
      </w:r>
      <w:r>
        <w:br/>
      </w:r>
      <w:r>
        <w:rPr>
          <w:sz w:val="20"/>
        </w:rPr>
        <w:t>59:04  zyada sawab lene ka waqt aa gaya hai.</w:t>
      </w:r>
      <w:r>
        <w:br/>
      </w:r>
      <w:r>
        <w:rPr>
          <w:sz w:val="20"/>
        </w:rPr>
        <w:t>59:09  yaani aur dilon mein ghaflat bhi, aur dilon ke muqable mein aaj ki ghaflat bhi zyada sangin hai.</w:t>
      </w:r>
      <w:r>
        <w:br/>
      </w:r>
      <w:r>
        <w:rPr>
          <w:sz w:val="20"/>
        </w:rPr>
        <w:t>59:20  to main dua karta hoon ke hum baat ko samjhen. aur zyada se zyada Allah ki taraf rujoo hon. aqoolu qawli hadha wa astaghfirullaha li wa lakum ajma'een</w:t>
      </w:r>
    </w:p>
    <w:p>
      <w:pPr>
        <w:pStyle w:val="Heading2"/>
      </w:pPr>
      <w:r>
        <w:t>Saba's first festival experience, from nerves to overwhelming demand</w:t>
      </w:r>
    </w:p>
    <w:p>
      <w:r>
        <w:rPr>
          <w:color w:val="666666"/>
          <w:sz w:val="18"/>
        </w:rPr>
        <w:t>Experience Sharing of CPS Member, Jaipur Literature Festival 2013 February 3, 2013 · 3m 01s · at 12:25 · https://youtu.be/ujlDnK5Wg3M?t=745</w:t>
      </w:r>
    </w:p>
    <w:p>
      <w:r>
        <w:rPr>
          <w:i/>
        </w:rPr>
        <w:t>“I went to Jaipur for the first time, and I was very nervous”</w:t>
      </w:r>
    </w:p>
    <w:p>
      <w:r>
        <w:rPr>
          <w:sz w:val="20"/>
        </w:rPr>
        <w:t>12:25  and keeps us as motivated at all times to undertake similar tasks. Assalam o alaikum. My name is Saba Hussain.</w:t>
      </w:r>
      <w:r>
        <w:br/>
      </w:r>
      <w:r>
        <w:rPr>
          <w:sz w:val="20"/>
        </w:rPr>
        <w:t>12:34  And I went to Jaipur for the first time. I had heard a lot about the festival from Razia and everybody else.</w:t>
      </w:r>
      <w:r>
        <w:br/>
      </w:r>
      <w:r>
        <w:rPr>
          <w:sz w:val="20"/>
        </w:rPr>
        <w:t>12:43  So the moment she told me ke hum log ja rahe hain, so I was like mujhe bhi jana hai. And thankfully, thanks to God, I could be accommodated</w:t>
      </w:r>
      <w:r>
        <w:br/>
      </w:r>
      <w:r>
        <w:rPr>
          <w:sz w:val="20"/>
        </w:rPr>
        <w:t>12:53  . And in the beginning, I was very nervous when we went there. And I was constantly asking everybody else ke kaise karungi main aur kaise dungi aur kaise approach karna hai aur main kaise khadi rahungi wahan pe.</w:t>
      </w:r>
      <w:r>
        <w:br/>
      </w:r>
      <w:r>
        <w:rPr>
          <w:sz w:val="20"/>
        </w:rPr>
        <w:t>13:07  So bahut sare questions the. Par Allah ka shukar hai wahan pahunch ke sab kuch jaise apne aap ho gaya.</w:t>
      </w:r>
      <w:r>
        <w:br/>
      </w:r>
      <w:r>
        <w:rPr>
          <w:sz w:val="20"/>
        </w:rPr>
        <w:t>13:16  I mean.</w:t>
      </w:r>
      <w:r>
        <w:br/>
      </w:r>
      <w:r>
        <w:rPr>
          <w:sz w:val="20"/>
        </w:rPr>
        <w:t>13:21  I mean in the evening, first day, I was standing in the middle of the road and giving Quran with both hands.</w:t>
      </w:r>
      <w:r>
        <w:br/>
      </w:r>
      <w:r>
        <w:rPr>
          <w:sz w:val="20"/>
        </w:rPr>
        <w:t>13:30  And it was overwhelming. And itna itna encouragement mila mujhe ke himmat nahi hoti thi kabhi kabhi kuch logon ko dene ki.</w:t>
      </w:r>
      <w:r>
        <w:br/>
      </w:r>
      <w:r>
        <w:rPr>
          <w:sz w:val="20"/>
        </w:rPr>
        <w:t>13:44  Par ab jab ghar wapas aayi main to mere paas jitne Quran rakhe the, main ne sab bag mein daal diye. Aur just andar se jaise ek awaz aati hai ke bas mujhe dena hai aur mujhe pata hai main de dungi.</w:t>
      </w:r>
      <w:r>
        <w:br/>
      </w:r>
      <w:r>
        <w:rPr>
          <w:sz w:val="20"/>
        </w:rPr>
        <w:t>13:55  To wahan jaane se mujhe yeh himmat mili. Aur bahut baar hua jab aisa hota hai ke log chale jate hain aap ko ignore kar ke and they come back to you and they ask for</w:t>
      </w:r>
      <w:r>
        <w:br/>
      </w:r>
      <w:r>
        <w:rPr>
          <w:sz w:val="20"/>
        </w:rPr>
        <w:t>14:08  Quran. And there would be times when, you know, we were surrounded by people who would be asking for Quran. It was, I can't, you know, I don't have words to describe that feeling when there were people all around and they were extending their hands ke mujhe bhi do aur mujhe bhi do, mujhe bhi do.</w:t>
      </w:r>
      <w:r>
        <w:br/>
      </w:r>
      <w:r>
        <w:rPr>
          <w:sz w:val="20"/>
        </w:rPr>
        <w:t>14:25  We were running to each other for Quran. And</w:t>
      </w:r>
      <w:r>
        <w:br/>
      </w:r>
      <w:r>
        <w:rPr>
          <w:sz w:val="20"/>
        </w:rPr>
        <w:t>14:31  while I was giving away the Quran, I was constantly thinking ke kya yeh log sach mein padhte bhi hain ya sirf le ja ke rakh dete honge? To jaise mujhe mera jawab dene ke liye Allah taala ne mujhe dikhaya andar festival mein hum log gaye the.</w:t>
      </w:r>
      <w:r>
        <w:br/>
      </w:r>
      <w:r>
        <w:rPr>
          <w:sz w:val="20"/>
        </w:rPr>
        <w:t>14:45  To wahan pe there was this girl jisko main ne Quran diya tha.</w:t>
      </w:r>
      <w:r>
        <w:br/>
      </w:r>
      <w:r>
        <w:rPr>
          <w:sz w:val="20"/>
        </w:rPr>
        <w:t>14:49  So she was reading another book. And after a while I saw her, she had put down the other book and she was reading Quran. So that was one thing I saw.</w:t>
      </w:r>
      <w:r>
        <w:br/>
      </w:r>
      <w:r>
        <w:rPr>
          <w:sz w:val="20"/>
        </w:rPr>
        <w:t>14:59  And then there was this another old man who was sitting there, he was also reading Quran. So I got my proof that yes, people do take it and they read it also.</w:t>
      </w:r>
      <w:r>
        <w:br/>
      </w:r>
      <w:r>
        <w:rPr>
          <w:sz w:val="20"/>
        </w:rPr>
        <w:t>15:10  So I don't know what else to</w:t>
      </w:r>
      <w:r>
        <w:br/>
      </w:r>
      <w:r>
        <w:rPr>
          <w:sz w:val="20"/>
        </w:rPr>
        <w:t>15:14  say. I thank to, I have, I thank to God that I could go there and do it. And I'm really, really thankful.</w:t>
      </w:r>
    </w:p>
    <w:p>
      <w:pPr>
        <w:pStyle w:val="Heading2"/>
      </w:pPr>
      <w:r>
        <w:t>clearing confusion on a misunderstood Quranic promise verse</w:t>
      </w:r>
    </w:p>
    <w:p>
      <w:r>
        <w:rPr>
          <w:color w:val="666666"/>
          <w:sz w:val="18"/>
        </w:rPr>
        <w:t>History Repeats Itself 10th March 2013 · 2m 42s · at 23:11 · https://youtu.be/dsjxiXLPXeg?t=1391</w:t>
      </w:r>
    </w:p>
    <w:p>
      <w:r>
        <w:rPr>
          <w:i/>
        </w:rPr>
        <w:t>“Yeh ayat tamam kitabon mein hai, logon ko wazeh nahi”</w:t>
      </w:r>
    </w:p>
    <w:p>
      <w:r>
        <w:rPr>
          <w:sz w:val="20"/>
        </w:rPr>
        <w:t>23:11  yeh aayat tamam kitabon mein aap parhiye. logon ko wazeh nahi hai. wazeh kyun nahi hai? aam taur par do mafhoom lete hain. dono irrelevant.</w:t>
      </w:r>
      <w:r>
        <w:br/>
      </w:r>
      <w:r>
        <w:rPr>
          <w:sz w:val="20"/>
        </w:rPr>
        <w:t>23:21  is ka confusion baqi rehta hai.</w:t>
      </w:r>
      <w:r>
        <w:br/>
      </w:r>
      <w:r>
        <w:rPr>
          <w:sz w:val="20"/>
        </w:rPr>
        <w:t>23:25  aik mafhoom lete hain ke rabbana aatina ma aatana ala ruslik wala takhuthna yawm al-qiyamah. yeh aagay jo baat hai woh qiyamah ke baray mein hai.</w:t>
      </w:r>
      <w:r>
        <w:br/>
      </w:r>
      <w:r>
        <w:rPr>
          <w:sz w:val="20"/>
        </w:rPr>
        <w:t>23:33  toh is ko bhi qiyamah se joor dete hain. matlab qiyamah mein humein jannat de de. toh woh toh hai hi agli aayat mein. toh kya isi ka repetition hai?</w:t>
      </w:r>
      <w:r>
        <w:br/>
      </w:r>
      <w:r>
        <w:rPr>
          <w:sz w:val="20"/>
        </w:rPr>
        <w:t>23:44  kuch mazeed baat honi chahiye. mazeed.</w:t>
      </w:r>
      <w:r>
        <w:br/>
      </w:r>
      <w:r>
        <w:rPr>
          <w:sz w:val="20"/>
        </w:rPr>
        <w:t>23:50  toh is wajah se woh confusion mein par jatay hain. is aayat ki koi meaning nazar nahi aati in ko.</w:t>
      </w:r>
      <w:r>
        <w:br/>
      </w:r>
      <w:r>
        <w:rPr>
          <w:sz w:val="20"/>
        </w:rPr>
        <w:t>23:56  acha doosray log kya lete hain is ko? wohi hukoomat aur iqtidaar aur sultan. aala karamat Allah.</w:t>
      </w:r>
      <w:r>
        <w:br/>
      </w:r>
      <w:r>
        <w:rPr>
          <w:sz w:val="20"/>
        </w:rPr>
        <w:t>24:06  toh woh kabhi hota nahi. kabhi hua nahi. toh bhi confusion hai ke kaisa wada hai jo poora nahi ho raha hai.</w:t>
      </w:r>
      <w:r>
        <w:br/>
      </w:r>
      <w:r>
        <w:rPr>
          <w:sz w:val="20"/>
        </w:rPr>
        <w:t>24:17  dekhiye yeh matlab nahi hai is ka.</w:t>
      </w:r>
      <w:r>
        <w:br/>
      </w:r>
      <w:r>
        <w:rPr>
          <w:sz w:val="20"/>
        </w:rPr>
        <w:t>24:21  rabbana aatina ma aatana ala ruslik. is ka tarjuma yeh hai ke aye aye hamare rab hum ko de woh cheez jis ka wada kiya hai tu ne apne rasoolon par.</w:t>
      </w:r>
      <w:r>
        <w:br/>
      </w:r>
      <w:r>
        <w:rPr>
          <w:sz w:val="20"/>
        </w:rPr>
        <w:t>24:37  rabbana aatina ma aatana ala ruslik. acha toh rasoolon par jo Allah ne wada kiya woh toh zaroor diya.</w:t>
      </w:r>
      <w:r>
        <w:br/>
      </w:r>
      <w:r>
        <w:rPr>
          <w:sz w:val="20"/>
        </w:rPr>
        <w:t>24:48  yeh toh manna paray ga hamara aqeedah hai. toh kis rasool ko yeh mauqa mila ke sari duniya mein hukoomat aaliya qaim kare woh? kis ko? khud rasool Allah ke zamanay mein aisay nahi hua?</w:t>
      </w:r>
      <w:r>
        <w:br/>
      </w:r>
      <w:r>
        <w:rPr>
          <w:sz w:val="20"/>
        </w:rPr>
        <w:t>24:58  mahdood ilaqay mein aik mahdood saltanat bani bas.</w:t>
      </w:r>
      <w:r>
        <w:br/>
      </w:r>
      <w:r>
        <w:rPr>
          <w:sz w:val="20"/>
        </w:rPr>
        <w:t>25:03  toh khud peghambaron ke zamanay mein bhi yeh wada unfilled fulfill raha. toh kaise aap confusion se niklein gay aap?</w:t>
      </w:r>
      <w:r>
        <w:br/>
      </w:r>
      <w:r>
        <w:rPr>
          <w:sz w:val="20"/>
        </w:rPr>
        <w:t>25:12  confusion hi confusion rahe ga. toh yeh yeh aayat jo hai logon ke liye sirf aqeeday ki aayat bani hui hai.</w:t>
      </w:r>
      <w:r>
        <w:br/>
      </w:r>
      <w:r>
        <w:rPr>
          <w:sz w:val="20"/>
        </w:rPr>
        <w:t>25:20  dekhiye is ka matlab yahi hai ke peghambaron ne kiya kaam kiya duniya mein? un ke mission ko samjhiye. un ka mission tha daawa mission.</w:t>
      </w:r>
      <w:r>
        <w:br/>
      </w:r>
      <w:r>
        <w:rPr>
          <w:sz w:val="20"/>
        </w:rPr>
        <w:t>25:32  daawa mission.</w:t>
      </w:r>
      <w:r>
        <w:br/>
      </w:r>
      <w:r>
        <w:rPr>
          <w:sz w:val="20"/>
        </w:rPr>
        <w:t>25:33  to daawa mission ki nisbat se jo waade kiye tum ne peghambaron par aur jo fulfill hue woh hamare par bhi fulfill kar de. Yaani baaitbaar daawa mission jo waade to ne kiye peghambaron se aur jis ko fulfill kiya woh hamare upar kar de.</w:t>
      </w:r>
      <w:r>
        <w:br/>
      </w:r>
      <w:r>
        <w:rPr>
          <w:sz w:val="20"/>
        </w:rPr>
        <w:t>25:54  ab is ko aap le kar sochiye is waqeye ko. Is waqeye ko. To rasool Allah ke saath woh waqea guzra</w:t>
      </w:r>
    </w:p>
    <w:p>
      <w:pPr>
        <w:pStyle w:val="Heading2"/>
      </w:pPr>
      <w:r>
        <w:t>First encounter with Maulana and the sutra</w:t>
      </w:r>
    </w:p>
    <w:p>
      <w:r>
        <w:rPr>
          <w:color w:val="666666"/>
          <w:sz w:val="18"/>
        </w:rPr>
        <w:t>Discussions on the impact of Maulana Wahiduddin Khan's Thought July 1, 2020 · 2m 48s · at 3:52 · https://youtu.be/Xzuu-nbDm4g?t=232</w:t>
      </w:r>
    </w:p>
    <w:p>
      <w:r>
        <w:rPr>
          <w:i/>
        </w:rPr>
        <w:t>“Before you meet a master meet the team first”</w:t>
      </w:r>
    </w:p>
    <w:p>
      <w:r>
        <w:rPr>
          <w:sz w:val="20"/>
        </w:rPr>
        <w:t>3:52  Anybody can go. And so just like a seeker, I also went there. I would say that, first of all, it's important that before you meet a master or a guru or somebody like Maulana,</w:t>
      </w:r>
      <w:r>
        <w:br/>
      </w:r>
      <w:r>
        <w:rPr>
          <w:sz w:val="20"/>
        </w:rPr>
        <w:t>4:08  you get to</w:t>
      </w:r>
      <w:r>
        <w:br/>
      </w:r>
      <w:r>
        <w:rPr>
          <w:sz w:val="20"/>
        </w:rPr>
        <w:t>4:09  meet the team members first, people who are around them. And I remember that entire Maulana's family and all the CPS members, the way they treated me on day one,</w:t>
      </w:r>
      <w:r>
        <w:br/>
      </w:r>
      <w:r>
        <w:rPr>
          <w:sz w:val="20"/>
        </w:rPr>
        <w:t>4:24  I felt I mean, that first day only, I got this feeling that I'm home.</w:t>
      </w:r>
      <w:r>
        <w:br/>
      </w:r>
      <w:r>
        <w:rPr>
          <w:sz w:val="20"/>
        </w:rPr>
        <w:t>4:30  I'm meeting people who are like I got this vibe that they are like they are my friends.</w:t>
      </w:r>
      <w:r>
        <w:br/>
      </w:r>
      <w:r>
        <w:rPr>
          <w:sz w:val="20"/>
        </w:rPr>
        <w:t>4:39  They are my I'm safe with them. And so initially, I think, in a few Sundays, I was just</w:t>
      </w:r>
      <w:r>
        <w:br/>
      </w:r>
      <w:r>
        <w:rPr>
          <w:sz w:val="20"/>
        </w:rPr>
        <w:t>4:50  reluctant to go to Maulana and talk to him.</w:t>
      </w:r>
      <w:r>
        <w:br/>
      </w:r>
      <w:r>
        <w:rPr>
          <w:sz w:val="20"/>
        </w:rPr>
        <w:t>4:54  But then once, I remember, I got an opportunity, and Maulana got to know from one of the team members that I've been coming.</w:t>
      </w:r>
      <w:r>
        <w:br/>
      </w:r>
      <w:r>
        <w:rPr>
          <w:sz w:val="20"/>
        </w:rPr>
        <w:t>5:04  And then Maulana called me, and he said that, "No, I bet you know how we're going to talk." So I was a little nervous.</w:t>
      </w:r>
      <w:r>
        <w:br/>
      </w:r>
      <w:r>
        <w:rPr>
          <w:sz w:val="20"/>
        </w:rPr>
        <w:t>5:16  And he asked me that, "I mean, what I have learned is that you have been coming for quite some time. So why do you come?</w:t>
      </w:r>
      <w:r>
        <w:br/>
      </w:r>
      <w:r>
        <w:rPr>
          <w:sz w:val="20"/>
        </w:rPr>
        <w:t>5:27  What is the reason? What are you looking for?" And that in all that nervousness, I told him, "Maulana, I come because after your lecture,</w:t>
      </w:r>
      <w:r>
        <w:br/>
      </w:r>
      <w:r>
        <w:rPr>
          <w:sz w:val="20"/>
        </w:rPr>
        <w:t>5:41  I get food for thought.</w:t>
      </w:r>
      <w:r>
        <w:br/>
      </w:r>
      <w:r>
        <w:rPr>
          <w:sz w:val="20"/>
        </w:rPr>
        <w:t>5:45  Whatever you say stimulates my intellect." And sochne ko miltai. After that, I get time. I get opportunity to ponder on things.</w:t>
      </w:r>
      <w:r>
        <w:br/>
      </w:r>
      <w:r>
        <w:rPr>
          <w:sz w:val="20"/>
        </w:rPr>
        <w:t>5:58  So Maulana was very happy by this. And he says that, "No, apko patai, apko ek sutra mil gaya.</w:t>
      </w:r>
      <w:r>
        <w:br/>
      </w:r>
      <w:r>
        <w:rPr>
          <w:sz w:val="20"/>
        </w:rPr>
        <w:t>6:07  You have got a sort of method or a tool with which you can really go deeper in your journey." So that was my first interaction with Maulana.</w:t>
      </w:r>
      <w:r>
        <w:br/>
      </w:r>
      <w:r>
        <w:rPr>
          <w:sz w:val="20"/>
        </w:rPr>
        <w:t>6:26  And I still remember when he says that, "No, apko ek sutra mil gaya. Apko ek path mil gaya in a way."</w:t>
      </w:r>
      <w:r>
        <w:br/>
      </w:r>
      <w:r>
        <w:rPr>
          <w:sz w:val="20"/>
        </w:rPr>
        <w:t>6:35  And now it's been 10 years, huh? 9 to 10 years, I guess. Yeah, long time. Long time to be. Ye</w:t>
      </w:r>
    </w:p>
    <w:p>
      <w:pPr>
        <w:pStyle w:val="Heading2"/>
      </w:pPr>
      <w:r>
        <w:t>Every hardship is a test, not an excuse</w:t>
      </w:r>
    </w:p>
    <w:p>
      <w:r>
        <w:rPr>
          <w:color w:val="666666"/>
          <w:sz w:val="18"/>
        </w:rPr>
        <w:t>Dars-e-Quran June 25, 2007 · 56s · at 29:27 · https://youtu.be/nrgQNgSemyo?t=1767</w:t>
      </w:r>
    </w:p>
    <w:p>
      <w:r>
        <w:rPr>
          <w:i/>
        </w:rPr>
        <w:t>“Yeh test hai, ise excuse mat banaiye”</w:t>
      </w:r>
    </w:p>
    <w:p>
      <w:r>
        <w:rPr>
          <w:sz w:val="20"/>
        </w:rPr>
        <w:t>29:26  ye sab kya hai</w:t>
      </w:r>
      <w:r>
        <w:br/>
      </w:r>
      <w:r>
        <w:rPr>
          <w:sz w:val="20"/>
        </w:rPr>
        <w:t>29:27  ? ye test hai. yani aise aisi situation mein jab aap apne ko payein to us waqt us ko excuse na banaiye, ye sochiye ke ye to test ka mauqa hai,</w:t>
      </w:r>
      <w:r>
        <w:br/>
      </w:r>
      <w:r>
        <w:rPr>
          <w:sz w:val="20"/>
        </w:rPr>
        <w:t>29:46  mujhe sabar ka response dena hai,</w:t>
      </w:r>
      <w:r>
        <w:br/>
      </w:r>
      <w:r>
        <w:rPr>
          <w:sz w:val="20"/>
        </w:rPr>
        <w:t>29:52  sabar ka, patience ka, tolerance ka response dena hai mujhe. to jo musbat response de, yani negative situation create hui,</w:t>
      </w:r>
      <w:r>
        <w:br/>
      </w:r>
      <w:r>
        <w:rPr>
          <w:sz w:val="20"/>
        </w:rPr>
        <w:t>30:07  aur jis ne negative response diya, wo fail ho gaya test mein. aur jis ka haal ye tha ke negative situation create hui to us ne musbat response diya,</w:t>
      </w:r>
      <w:r>
        <w:br/>
      </w:r>
      <w:r>
        <w:rPr>
          <w:sz w:val="20"/>
        </w:rPr>
        <w:t>30:22  wahi test mein kamyab hua</w:t>
      </w:r>
    </w:p>
    <w:p>
      <w:pPr>
        <w:pStyle w:val="Heading2"/>
      </w:pPr>
      <w:r>
        <w:t>A tough question from a listener pushed me to study harder</w:t>
      </w:r>
    </w:p>
    <w:p>
      <w:r>
        <w:rPr>
          <w:color w:val="666666"/>
          <w:sz w:val="18"/>
        </w:rPr>
        <w:t>Divine Personality April 2, 2014 Maulana Wahiduddin Khan · 1m 49s · at 23:42 · https://youtu.be/4F-V__KFzpA?t=1422</w:t>
      </w:r>
    </w:p>
    <w:p>
      <w:r>
        <w:rPr>
          <w:i/>
        </w:rPr>
        <w:t>“I have so many experiences in my life.”</w:t>
      </w:r>
    </w:p>
    <w:p>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p>
    <w:p>
      <w:pPr>
        <w:pStyle w:val="Heading2"/>
      </w:pPr>
      <w:r>
        <w:t>Unique dream and gratitude for global mission</w:t>
      </w:r>
    </w:p>
    <w:p>
      <w:r>
        <w:rPr>
          <w:color w:val="666666"/>
          <w:sz w:val="18"/>
        </w:rPr>
        <w:t>Age of the Quran July 14, 2019 Maulana Wahiduddin khan · 3m 11s · at 21:15 · https://youtu.be/vUuC3CcKnxw?t=1275</w:t>
      </w:r>
    </w:p>
    <w:p>
      <w:r>
        <w:rPr>
          <w:i/>
        </w:rPr>
        <w:t>“This is a unique dream of all of us”</w:t>
      </w:r>
    </w:p>
    <w:p>
      <w:r>
        <w:rPr>
          <w:sz w:val="20"/>
        </w:rPr>
        <w:t>21:15  yeh ek anokha khwab hai hum sab ka</w:t>
      </w:r>
      <w:r>
        <w:br/>
      </w:r>
      <w:r>
        <w:rPr>
          <w:sz w:val="20"/>
        </w:rPr>
        <w:t>21:23  hum mein se koi shakhs</w:t>
      </w:r>
      <w:r>
        <w:br/>
      </w:r>
      <w:r>
        <w:rPr>
          <w:sz w:val="20"/>
        </w:rPr>
        <w:t>21:27  janta nahi tha</w:t>
      </w:r>
      <w:r>
        <w:br/>
      </w:r>
      <w:r>
        <w:rPr>
          <w:sz w:val="20"/>
        </w:rPr>
        <w:t>21:31  ke hamari apni umar hi mein yeh waqia pesh aayega ke hum</w:t>
      </w:r>
      <w:r>
        <w:br/>
      </w:r>
      <w:r>
        <w:rPr>
          <w:sz w:val="20"/>
        </w:rPr>
        <w:t>21:43  global</w:t>
      </w:r>
      <w:r>
        <w:br/>
      </w:r>
      <w:r>
        <w:rPr>
          <w:sz w:val="20"/>
        </w:rPr>
        <w:t>21:47  pure almi satah par allah ke kalam ko</w:t>
      </w:r>
      <w:r>
        <w:br/>
      </w:r>
      <w:r>
        <w:rPr>
          <w:sz w:val="20"/>
        </w:rPr>
        <w:t>21:52  pohanchane ke qabil ho saken ge yeh allah taala ka</w:t>
      </w:r>
      <w:r>
        <w:br/>
      </w:r>
      <w:r>
        <w:rPr>
          <w:sz w:val="20"/>
        </w:rPr>
        <w:t>21:59  ajeeb o ghareeb ehsan hai</w:t>
      </w:r>
      <w:r>
        <w:br/>
      </w:r>
      <w:r>
        <w:rPr>
          <w:sz w:val="20"/>
        </w:rPr>
        <w:t>22:03  ke is ne hamare se kamzor</w:t>
      </w:r>
      <w:r>
        <w:br/>
      </w:r>
      <w:r>
        <w:rPr>
          <w:sz w:val="20"/>
        </w:rPr>
        <w:t>22:07  bandon ko chuna is kaam ke liye</w:t>
      </w:r>
      <w:r>
        <w:br/>
      </w:r>
      <w:r>
        <w:rPr>
          <w:sz w:val="20"/>
        </w:rPr>
        <w:t>22:12  yeh kaam to</w:t>
      </w:r>
      <w:r>
        <w:br/>
      </w:r>
      <w:r>
        <w:rPr>
          <w:sz w:val="20"/>
        </w:rPr>
        <w:t>22:16  allah ke plan ke mutabiq bohat pehle se</w:t>
      </w:r>
      <w:r>
        <w:br/>
      </w:r>
      <w:r>
        <w:rPr>
          <w:sz w:val="20"/>
        </w:rPr>
        <w:t>22:21  tay tha lekin is ka process jab mukammal hua</w:t>
      </w:r>
      <w:r>
        <w:br/>
      </w:r>
      <w:r>
        <w:rPr>
          <w:sz w:val="20"/>
        </w:rPr>
        <w:t>22:28  to koi chahiye tha allah taala ko jo is</w:t>
      </w:r>
      <w:r>
        <w:br/>
      </w:r>
      <w:r>
        <w:rPr>
          <w:sz w:val="20"/>
        </w:rPr>
        <w:t>22:32  kaam ko le kar uthe to allah ne</w:t>
      </w:r>
      <w:r>
        <w:br/>
      </w:r>
      <w:r>
        <w:rPr>
          <w:sz w:val="20"/>
        </w:rPr>
        <w:t>22:37  hum logon hamare jaise kamzor insanon ko</w:t>
      </w:r>
      <w:r>
        <w:br/>
      </w:r>
      <w:r>
        <w:rPr>
          <w:sz w:val="20"/>
        </w:rPr>
        <w:t>22:43  chuna is kaam ke liye to main apni taraf se puri team ki taraf se</w:t>
      </w:r>
      <w:r>
        <w:br/>
      </w:r>
      <w:r>
        <w:rPr>
          <w:sz w:val="20"/>
        </w:rPr>
        <w:t>22:51  mujhe nahi maloom ke mere paas</w:t>
      </w:r>
      <w:r>
        <w:br/>
      </w:r>
      <w:r>
        <w:rPr>
          <w:sz w:val="20"/>
        </w:rPr>
        <w:t>22:54  meri jo degree dictionary hai meri jo vocabulary hai is mein woh aise alfaaz hain ke hum allah</w:t>
      </w:r>
      <w:r>
        <w:br/>
      </w:r>
      <w:r>
        <w:rPr>
          <w:sz w:val="20"/>
        </w:rPr>
        <w:t>23:01  rab ul alameen ka shukr ada kar saken</w:t>
      </w:r>
      <w:r>
        <w:br/>
      </w:r>
      <w:r>
        <w:rPr>
          <w:sz w:val="20"/>
        </w:rPr>
        <w:t>23:06  haqeeqat yeh hai ke hamare paas</w:t>
      </w:r>
      <w:r>
        <w:br/>
      </w:r>
      <w:r>
        <w:rPr>
          <w:sz w:val="20"/>
        </w:rPr>
        <w:t>23:09  ya tamam zabanon ki dictionaries hamare paas hon tab bhi hum is ajeeb o ghareeb</w:t>
      </w:r>
      <w:r>
        <w:br/>
      </w:r>
      <w:r>
        <w:rPr>
          <w:sz w:val="20"/>
        </w:rPr>
        <w:t>23:17  nemmat ka shukr nahi kar sakte</w:t>
      </w:r>
      <w:r>
        <w:br/>
      </w:r>
      <w:r>
        <w:rPr>
          <w:sz w:val="20"/>
        </w:rPr>
        <w:t>23:22  ke hum allah taala ka</w:t>
      </w:r>
      <w:r>
        <w:br/>
      </w:r>
      <w:r>
        <w:rPr>
          <w:sz w:val="20"/>
        </w:rPr>
        <w:t>23:26  ka woh plan</w:t>
      </w:r>
      <w:r>
        <w:br/>
      </w:r>
      <w:r>
        <w:rPr>
          <w:sz w:val="20"/>
        </w:rPr>
        <w:t>23:28  ke lakon alameen</w:t>
      </w:r>
      <w:r>
        <w:br/>
      </w:r>
      <w:r>
        <w:rPr>
          <w:sz w:val="20"/>
        </w:rPr>
        <w:t>23:32  nazeer is ki takmeel par</w:t>
      </w:r>
      <w:r>
        <w:br/>
      </w:r>
      <w:r>
        <w:rPr>
          <w:sz w:val="20"/>
        </w:rPr>
        <w:t>23:35  is ko waqea banane ke liye is opportunity ko avail karne ke liye allah taala ne</w:t>
      </w:r>
      <w:r>
        <w:br/>
      </w:r>
      <w:r>
        <w:rPr>
          <w:sz w:val="20"/>
        </w:rPr>
        <w:t>23:44  hamare se kamzor bandon ko</w:t>
      </w:r>
      <w:r>
        <w:br/>
      </w:r>
      <w:r>
        <w:rPr>
          <w:sz w:val="20"/>
        </w:rPr>
        <w:t>23:47  muntakhab kiya Allah ka lakh lakh shukar hai</w:t>
      </w:r>
      <w:r>
        <w:br/>
      </w:r>
      <w:r>
        <w:rPr>
          <w:sz w:val="20"/>
        </w:rPr>
        <w:t>23:53  miliyan billion shukar hai</w:t>
      </w:r>
      <w:r>
        <w:br/>
      </w:r>
      <w:r>
        <w:rPr>
          <w:sz w:val="20"/>
        </w:rPr>
        <w:t>23:56  is is mauqe par main apni poori team ki taraf se tamam sathiyon</w:t>
      </w:r>
      <w:r>
        <w:br/>
      </w:r>
      <w:r>
        <w:rPr>
          <w:sz w:val="20"/>
        </w:rPr>
        <w:t>24:03  ki taraf se allah ka shukr karta hoon aur yeh dua karta hoon ke allah hum sab ko mazeed tofeeq ata farmaye taake yeh kaam yeh sabooti jaari rahe aur apni manzil tak pahunche</w:t>
      </w:r>
    </w:p>
    <w:p>
      <w:pPr>
        <w:pStyle w:val="Heading2"/>
      </w:pPr>
      <w:r>
        <w:t>Two-point formula for job seekers</w:t>
      </w:r>
    </w:p>
    <w:p>
      <w:r>
        <w:rPr>
          <w:color w:val="666666"/>
          <w:sz w:val="18"/>
        </w:rPr>
        <w:t>Importance of Focused Thinking March 7, 2010 Maulana Wahiduddin Khan · 58s · at 1:08:19 · https://youtu.be/eD4bs3E5WHE?t=4099</w:t>
      </w:r>
    </w:p>
    <w:p>
      <w:r>
        <w:rPr>
          <w:i/>
        </w:rPr>
        <w:t>“Aap yeh kijie, do to point formula.”</w:t>
      </w:r>
    </w:p>
    <w:p>
      <w:r>
        <w:rPr>
          <w:sz w:val="20"/>
        </w:rPr>
        <w:t>1:08:19  aap yeh kijiye, do to point formula. number one, is par shukr ki jiye ke Allah taala ne aap ko abhi bhi jism diya hai, abhi bhi health diya hai, abhi bhi subah shaam khane ko mil raha hai.</w:t>
      </w:r>
      <w:r>
        <w:br/>
      </w:r>
      <w:r>
        <w:rPr>
          <w:sz w:val="20"/>
        </w:rPr>
        <w:t>1:08:31  to shukr kijiye. doosra yeh hai ke apni skill ko badhaiye. skill ko badhaiye. maslan yeh ke agar aap ki English kamzor hai to aap English mein speaking power badhaiye.</w:t>
      </w:r>
      <w:r>
        <w:br/>
      </w:r>
      <w:r>
        <w:rPr>
          <w:sz w:val="20"/>
        </w:rPr>
        <w:t>1:08:46  koi aur aap ki engineering mein bohat sare pehlu hain, is ko is mein aap ne expertise paida kijiye. yeh yeh hai interm period ke aap ko baharhaal mile gi ek na ek time ja kar ke service.</w:t>
      </w:r>
      <w:r>
        <w:br/>
      </w:r>
      <w:r>
        <w:rPr>
          <w:sz w:val="20"/>
        </w:rPr>
        <w:t>1:09:03  is se pehle ka jo time hai, us ke liye main two point formula bata raha hoon aap ko ke aap apne aaj par shukr kijiye, apne aaj par. aur kal ke liye apne aap ko aur zyada skill badhaiye, apni skill badhaiye, skill badhaiye.</w:t>
      </w:r>
    </w:p>
    <w:p>
      <w:pPr>
        <w:pStyle w:val="Heading2"/>
      </w:pPr>
      <w:r>
        <w:t>Halal earning and gratitude as the true price we owe God</w:t>
      </w:r>
    </w:p>
    <w:p>
      <w:r>
        <w:rPr>
          <w:color w:val="666666"/>
          <w:sz w:val="18"/>
        </w:rPr>
        <w:t>Dars-e-Quran June 28, 2007 · 5m 39s · at 52:38 · https://youtu.be/2zYv7VV4iwk?t=3158</w:t>
      </w:r>
    </w:p>
    <w:p>
      <w:r>
        <w:rPr>
          <w:i/>
        </w:rPr>
        <w:t>“Jaayez tareeqe par tum is mein se apna hissa le sakte ho”</w:t>
      </w:r>
    </w:p>
    <w:p>
      <w:r>
        <w:rPr>
          <w:sz w:val="20"/>
        </w:rPr>
        <w:t>52:38  aur jaiz tareeqay par kama kar hasil karein, to woh woh jaiz, woh jaiz tareeqa hua.</w:t>
      </w:r>
      <w:r>
        <w:br/>
      </w:r>
      <w:r>
        <w:rPr>
          <w:sz w:val="20"/>
        </w:rPr>
        <w:t>52:47  agar hum in cheezon ko istemal kar ke lein, to woh najaaiz hai.</w:t>
      </w:r>
      <w:r>
        <w:br/>
      </w:r>
      <w:r>
        <w:rPr>
          <w:sz w:val="20"/>
        </w:rPr>
        <w:t>52:54  agar hum in cheezon ko ghaseb kar ke lein, to woh najaaiz hai. agar in cheezon ko hum kisi ki chori kar ke lein, to woh najaaiz hai. agar hum in cheezon ko kisi ka haq maar kar lein, to woh najaaiz hai.</w:t>
      </w:r>
      <w:r>
        <w:br/>
      </w:r>
      <w:r>
        <w:rPr>
          <w:sz w:val="20"/>
        </w:rPr>
        <w:t>53:08  to farmaya ke yeh sahih nahi hai. jaiz tareeqay par tum is mein se apna hissa le sakte ho.</w:t>
      </w:r>
      <w:r>
        <w:br/>
      </w:r>
      <w:r>
        <w:rPr>
          <w:sz w:val="20"/>
        </w:rPr>
        <w:t>53:15  yaani apni kamai se, insaaf ke sath koshish kar ke, kisi ka haq na maar kar ke.</w:t>
      </w:r>
      <w:r>
        <w:br/>
      </w:r>
      <w:r>
        <w:rPr>
          <w:sz w:val="20"/>
        </w:rPr>
        <w:t>53:26  is ko kahein ke jaiz tareeqay se lena. to jab aap doosron ka haq maar kar lete hain, to woh najaaiz ho gaya. aur jab doosron ka haq nahi maarte, balkeh apni mehnat se kamate hain, to woh jaiz hua aap ke liye.</w:t>
      </w:r>
      <w:r>
        <w:br/>
      </w:r>
      <w:r>
        <w:rPr>
          <w:sz w:val="20"/>
        </w:rPr>
        <w:t>53:43  to yeh farmaya ke Khuda ki paida ki hui rizq ko jaiz tareeqay par, paak tareeqay par hasil karo.</w:t>
      </w:r>
      <w:r>
        <w:br/>
      </w:r>
      <w:r>
        <w:rPr>
          <w:sz w:val="20"/>
        </w:rPr>
        <w:t>53:53  aur phir shukr karo.</w:t>
      </w:r>
      <w:r>
        <w:br/>
      </w:r>
      <w:r>
        <w:rPr>
          <w:sz w:val="20"/>
        </w:rPr>
        <w:t>53:58  shukr ka matlab hai maanna Khuda ko. Khuda ko maanna. dekhiye, dono cheezen aik doosre se bohat ziyada juri hui hain.</w:t>
      </w:r>
      <w:r>
        <w:br/>
      </w:r>
      <w:r>
        <w:rPr>
          <w:sz w:val="20"/>
        </w:rPr>
        <w:t>54:12  yaani jaiz kamai aur shukr. dono aik doosre se bandhe hue hain. kyun?</w:t>
      </w:r>
      <w:r>
        <w:br/>
      </w:r>
      <w:r>
        <w:rPr>
          <w:sz w:val="20"/>
        </w:rPr>
        <w:t>54:24  agar aap najaaiz tareeqay se hasil karein. dhoka de kar, istemal kar ke, jhoot bol kar,</w:t>
      </w:r>
      <w:r>
        <w:br/>
      </w:r>
      <w:r>
        <w:rPr>
          <w:sz w:val="20"/>
        </w:rPr>
        <w:t>54:37  ghaseb kar ke, is tareeqay se agar aap hasil karein, to aap ke andar Khudaai nafsiyaati nahi paida hogi.</w:t>
      </w:r>
      <w:r>
        <w:br/>
      </w:r>
      <w:r>
        <w:rPr>
          <w:sz w:val="20"/>
        </w:rPr>
        <w:t>54:48  farishtay aap se door ho jayenge.</w:t>
      </w:r>
      <w:r>
        <w:br/>
      </w:r>
      <w:r>
        <w:rPr>
          <w:sz w:val="20"/>
        </w:rPr>
        <w:t>54:53  to aap shukr kiya karenge? hadith mein aata hai ke har insaan ke sath aik farishta aur aik shaitan laga rehta hai.</w:t>
      </w:r>
      <w:r>
        <w:br/>
      </w:r>
      <w:r>
        <w:rPr>
          <w:sz w:val="20"/>
        </w:rPr>
        <w:t>55:04  har insaan ke sath. har aurat ke sath, har mard ke sath. aik shaitan, aik farishta. to kya hai?</w:t>
      </w:r>
      <w:r>
        <w:br/>
      </w:r>
      <w:r>
        <w:rPr>
          <w:sz w:val="20"/>
        </w:rPr>
        <w:t>55:14  insaan ke ikhtiyar mein azadi hai. azadi hamara hissa hai.</w:t>
      </w:r>
      <w:r>
        <w:br/>
      </w:r>
      <w:r>
        <w:rPr>
          <w:sz w:val="20"/>
        </w:rPr>
        <w:t>55:21  azadi ko jab hum sahih istemal karein, to foran farishtay aa jate hain hamari madad karne ke liye. aur jab hum azadi ko ghalat istemal karein, to foran shaitan aa jata hai hamare andar.</w:t>
      </w:r>
      <w:r>
        <w:br/>
      </w:r>
      <w:r>
        <w:rPr>
          <w:sz w:val="20"/>
        </w:rPr>
        <w:t>55:35  to jab shaitan ghus aaya, to Khuda ka shukr ka jazba kahan se ugega? Khuda ka shukr to aik bohat hi musbat cheez hai.</w:t>
      </w:r>
      <w:r>
        <w:br/>
      </w:r>
      <w:r>
        <w:rPr>
          <w:sz w:val="20"/>
        </w:rPr>
        <w:t>55:45  boht hi oonchi cheez hai.</w:t>
      </w:r>
      <w:r>
        <w:br/>
      </w:r>
      <w:r>
        <w:rPr>
          <w:sz w:val="20"/>
        </w:rPr>
        <w:t>55:47  yeh us dil mein paida hogi jis ke, jis ke, jis ke saathi farishtey hon. yeh jo farmaaya ke Khuda ke diye hue rizq mein se paakeezah cheezon ko khaao aur Khuda ka shukr karo.</w:t>
      </w:r>
      <w:r>
        <w:br/>
      </w:r>
      <w:r>
        <w:rPr>
          <w:sz w:val="20"/>
        </w:rPr>
        <w:t>56:05  is mein yeh baat apne aap shaamil hai ke jab tum</w:t>
      </w:r>
      <w:r>
        <w:br/>
      </w:r>
      <w:r>
        <w:rPr>
          <w:sz w:val="20"/>
        </w:rPr>
        <w:t>56:13  kamaai ke napak tareeqon ko ikhtiyaar karoge, to shukr ka jazba nikal jaayega. aur shukr hi to qeemat hai. duniya ki jo cheezain hum lete hain, duniya ki jo jo hum istemaal karte hain, to is ki qeemat kya hai?</w:t>
      </w:r>
      <w:r>
        <w:br/>
      </w:r>
      <w:r>
        <w:rPr>
          <w:sz w:val="20"/>
        </w:rPr>
        <w:t>56:29  shukr hai.</w:t>
      </w:r>
      <w:r>
        <w:br/>
      </w:r>
      <w:r>
        <w:rPr>
          <w:sz w:val="20"/>
        </w:rPr>
        <w:t>56:31  aur to koi qeemat hum nahin de sakte Khuda ko. lekin shukr jo hai, woh qeemat hai. is ke maani hain ke jab bhi aadmi is duniya ko istemaal kare aur sachcha shukr kare, to is ne is ki qeemat di aur woh is ke liye jaaiz ho gaya.</w:t>
      </w:r>
      <w:r>
        <w:br/>
      </w:r>
      <w:r>
        <w:rPr>
          <w:sz w:val="20"/>
        </w:rPr>
        <w:t>56:48  lekin jab aadmi duniya ki cheezon ko ghlat tareeqay se istemaal kare, bure andaaz se kamaaye, aur phir is ke andar shukr ka jazba nahin paida hua, sachcha shukr ka jazba,</w:t>
      </w:r>
      <w:r>
        <w:br/>
      </w:r>
      <w:r>
        <w:rPr>
          <w:sz w:val="20"/>
        </w:rPr>
        <w:t>57:06  to kya matlab hua? ke is ne qeemat diye baghair duniya ki cheezain lein. woh to ghaasib ban gaya. yeh boht hi aham baat hai.</w:t>
      </w:r>
      <w:r>
        <w:br/>
      </w:r>
      <w:r>
        <w:rPr>
          <w:sz w:val="20"/>
        </w:rPr>
        <w:t>57:19  duniya ki cheezain jo hain, sab Khuda ki di hui hain. hum ne to paida nahin ki hain. to Khuda ki taraf se jo shariat hai, woh yeh kehti hai ke agar tum duniya ki cheezon ko</w:t>
      </w:r>
      <w:r>
        <w:br/>
      </w:r>
      <w:r>
        <w:rPr>
          <w:sz w:val="20"/>
        </w:rPr>
        <w:t>57:34  haasil karo jaaiz tareeqay se, aur phir tum Khuda ka sachcha shukr karo, to tum ne is ki qeemat de di. phir tumhein haq mil gaya is ka.</w:t>
      </w:r>
      <w:r>
        <w:br/>
      </w:r>
      <w:r>
        <w:rPr>
          <w:sz w:val="20"/>
        </w:rPr>
        <w:t>57:45  lekin</w:t>
      </w:r>
      <w:r>
        <w:br/>
      </w:r>
      <w:r>
        <w:rPr>
          <w:sz w:val="20"/>
        </w:rPr>
        <w:t>57:47  agar tum ghlat tareeqay se haasil karo, aur shukr ka jazba tumhare andar nahin aaya, tum ne Khuda ka itraaf nahin kiya, to tum ne qeemat nahin di.</w:t>
      </w:r>
      <w:r>
        <w:br/>
      </w:r>
      <w:r>
        <w:rPr>
          <w:sz w:val="20"/>
        </w:rPr>
        <w:t>58:02  to aik hai Khuda ka itraaf kar ke cheezon ko lena, aur aik hai be itraafi ke saath lena. to dono mein boht ziyaada farq hai.</w:t>
      </w:r>
      <w:r>
        <w:br/>
      </w:r>
      <w:r>
        <w:rPr>
          <w:sz w:val="20"/>
        </w:rPr>
        <w:t>58:13  aik haraam hai aur aik halaall hai.</w:t>
      </w:r>
    </w:p>
    <w:p>
      <w:pPr>
        <w:pStyle w:val="Heading2"/>
      </w:pPr>
      <w:r>
        <w:t>Maulana's rediscovery of Islam</w:t>
      </w:r>
    </w:p>
    <w:p>
      <w:r>
        <w:rPr>
          <w:color w:val="666666"/>
          <w:sz w:val="18"/>
        </w:rPr>
        <w:t>In Search for Truth 18 May 2007 · 2m 57s · at 36:51 · https://youtu.be/3Q4zw6202eM?t=2211</w:t>
      </w:r>
    </w:p>
    <w:p>
      <w:r>
        <w:rPr>
          <w:i/>
        </w:rPr>
        <w:t>“I can say about myself that although I was born”</w:t>
      </w:r>
    </w:p>
    <w:p>
      <w:r>
        <w:rPr>
          <w:sz w:val="20"/>
        </w:rPr>
        <w:t>36:51  I can say about myself that although I was born in a Muslim family</w:t>
      </w:r>
      <w:r>
        <w:br/>
      </w:r>
      <w:r>
        <w:rPr>
          <w:sz w:val="20"/>
        </w:rPr>
        <w:t>37:00  and although I was educated in an Arabic institution, but when I reached the maturity age, I became an agnostic.</w:t>
      </w:r>
      <w:r>
        <w:br/>
      </w:r>
      <w:r>
        <w:rPr>
          <w:sz w:val="20"/>
        </w:rPr>
        <w:t>37:21  I wanted to know</w:t>
      </w:r>
      <w:r>
        <w:br/>
      </w:r>
      <w:r>
        <w:rPr>
          <w:sz w:val="20"/>
        </w:rPr>
        <w:t>37:27  in the light of my reason, what is the truth</w:t>
      </w:r>
      <w:r>
        <w:br/>
      </w:r>
      <w:r>
        <w:rPr>
          <w:sz w:val="20"/>
        </w:rPr>
        <w:t>37:32  ? I wanted to discover the truth on a rational basis.</w:t>
      </w:r>
      <w:r>
        <w:br/>
      </w:r>
      <w:r>
        <w:rPr>
          <w:sz w:val="20"/>
        </w:rPr>
        <w:t>37:43  So I embarked on a long, long journey. I myself</w:t>
      </w:r>
      <w:r>
        <w:br/>
      </w:r>
      <w:r>
        <w:rPr>
          <w:sz w:val="20"/>
        </w:rPr>
        <w:t>37:51  have experienced all these things. I was a Muslim by birth</w:t>
      </w:r>
      <w:r>
        <w:br/>
      </w:r>
      <w:r>
        <w:rPr>
          <w:sz w:val="20"/>
        </w:rPr>
        <w:t>37:59  . I was educated in a Muslim Arabic institution. But then I became</w:t>
      </w:r>
      <w:r>
        <w:br/>
      </w:r>
      <w:r>
        <w:rPr>
          <w:sz w:val="20"/>
        </w:rPr>
        <w:t>38:12  a skeptic or agnostic. For further conviction, for further conviction, I wanted to know Islam in detail.</w:t>
      </w:r>
      <w:r>
        <w:br/>
      </w:r>
      <w:r>
        <w:rPr>
          <w:sz w:val="20"/>
        </w:rPr>
        <w:t>38:29  So I wanted to judge Islam on my rational—so I wanted to judge Islam on a rational ground.</w:t>
      </w:r>
      <w:r>
        <w:br/>
      </w:r>
      <w:r>
        <w:rPr>
          <w:sz w:val="20"/>
        </w:rPr>
        <w:t>38:43  I wanted to judge Islam on the rational ground</w:t>
      </w:r>
      <w:r>
        <w:br/>
      </w:r>
      <w:r>
        <w:rPr>
          <w:sz w:val="20"/>
        </w:rPr>
        <w:t>38:47  . So although my case was just like Dr. Nishikan Chattopadhyay, he was a Hindu by—he was a Hindu by birth, then he discovered Islam.</w:t>
      </w:r>
      <w:r>
        <w:br/>
      </w:r>
      <w:r>
        <w:rPr>
          <w:sz w:val="20"/>
        </w:rPr>
        <w:t>39:03  And I was a Muslim by birth, then I rediscovered Islam.</w:t>
      </w:r>
      <w:r>
        <w:br/>
      </w:r>
      <w:r>
        <w:rPr>
          <w:sz w:val="20"/>
        </w:rPr>
        <w:t>39:07  So my case and the case of Dr. Nishikan Chattopadhyay were very similar.</w:t>
      </w:r>
      <w:r>
        <w:br/>
      </w:r>
      <w:r>
        <w:rPr>
          <w:sz w:val="20"/>
        </w:rPr>
        <w:t>39:22  Dr. Nishikan Chattopadhyay was a Hindu by birth. Then after a long study, he discovered Islam.</w:t>
      </w:r>
      <w:r>
        <w:br/>
      </w:r>
      <w:r>
        <w:rPr>
          <w:sz w:val="20"/>
        </w:rPr>
        <w:t>39:35  And I was a Muslim by birth</w:t>
      </w:r>
      <w:r>
        <w:br/>
      </w:r>
      <w:r>
        <w:rPr>
          <w:sz w:val="20"/>
        </w:rPr>
        <w:t>39:37  . Then after a long study, I rediscovered the truth of Islam. This is very interesting.</w:t>
      </w:r>
    </w:p>
    <w:p>
      <w:pPr>
        <w:pStyle w:val="Heading2"/>
      </w:pPr>
      <w:r>
        <w:t>Comparison reveals true value</w:t>
      </w:r>
    </w:p>
    <w:p>
      <w:r>
        <w:rPr>
          <w:color w:val="666666"/>
          <w:sz w:val="18"/>
        </w:rPr>
        <w:t>The Importance of Shukr 19 Dec, 2010 - Maulana Wahiduddin Khan · 33s · at 12:17 · https://youtu.be/F4mVn0DwH34?t=737</w:t>
      </w:r>
    </w:p>
    <w:p>
      <w:r>
        <w:rPr>
          <w:i/>
        </w:rPr>
        <w:t>“Kehte hain comparison that we understand.”</w:t>
      </w:r>
    </w:p>
    <w:p>
      <w:r>
        <w:rPr>
          <w:sz w:val="20"/>
        </w:rPr>
        <w:t>12:17  kaha jata hai ke in comparison that we understand. yeh ek universal masla hai. arabi mein bhi hai ke torf al ashya cheezein apni zid se pehchani jati hain.</w:t>
      </w:r>
      <w:r>
        <w:br/>
      </w:r>
      <w:r>
        <w:rPr>
          <w:sz w:val="20"/>
        </w:rPr>
        <w:t>12:32  tu jo aadmi chahta ho ke woh shukr kare to is ko chahiye ke woh compare kar ke cheezon ko dekhna jaane.</w:t>
      </w:r>
      <w:r>
        <w:br/>
      </w:r>
      <w:r>
        <w:rPr>
          <w:sz w:val="20"/>
        </w:rPr>
        <w:t>12:41  ab aaj hi ki mein ek misaal deta hoon. aaj mujhe Quran ka ek acha chhaapa hua nuskha mere samne aaya. jaise yeh Quran hai dekhiye.</w:t>
      </w:r>
    </w:p>
    <w:p>
      <w:pPr>
        <w:pStyle w:val="Heading2"/>
      </w:pPr>
      <w:r>
        <w:t>Hadith: gratitude to people is gratitude to God</w:t>
      </w:r>
    </w:p>
    <w:p>
      <w:r>
        <w:rPr>
          <w:color w:val="666666"/>
          <w:sz w:val="18"/>
        </w:rPr>
        <w:t>Kashmir, A Lesson September 14, 2014 · 49s · at 1:09:02 · https://youtu.be/JQoYEj0Vntc?t=4142</w:t>
      </w:r>
    </w:p>
    <w:p>
      <w:r>
        <w:rPr>
          <w:i/>
        </w:rPr>
        <w:t>“Whoever doesn't thank people doesn't thank God”</w:t>
      </w:r>
    </w:p>
    <w:p>
      <w:r>
        <w:rPr>
          <w:sz w:val="20"/>
        </w:rPr>
        <w:t>1:09:02  aur usooli baat mein yeh kehna chahta hoon ke jab aap acknowledge karte hain, shukriya ada karte hain to aap ibadat karte hain apne liye.</w:t>
      </w:r>
      <w:r>
        <w:br/>
      </w:r>
      <w:r>
        <w:rPr>
          <w:sz w:val="20"/>
        </w:rPr>
        <w:t>1:09:13  aur dekhiye, ek bohat hi zyada relevant hadith hai ke malam yashkurun nas lam yashkurullaha jo aadmi insaan ka shukr nahi karega, woh Allah ka shukr bhi nahi kar</w:t>
      </w:r>
      <w:r>
        <w:br/>
      </w:r>
      <w:r>
        <w:rPr>
          <w:sz w:val="20"/>
        </w:rPr>
        <w:t>1:09:28  ega. shukr ka matlab hota hai acknowledge karna, eteraaf karna. to</w:t>
      </w:r>
      <w:r>
        <w:br/>
      </w:r>
      <w:r>
        <w:rPr>
          <w:sz w:val="20"/>
        </w:rPr>
        <w:t>1:09:39  yani aap ko to aisa mauqa jo hai opportunity ke taur par lena chahiye, jahan aap keh saken ke mein aap ka eteraaf karta hoon, mein aap ka acknowledge karta hoon, aap ka shukr guzar hoon.</w:t>
      </w:r>
    </w:p>
    <w:p>
      <w:pPr>
        <w:pStyle w:val="Heading2"/>
      </w:pPr>
      <w:r>
        <w:t>Reframe anger as a chance for greater reward</w:t>
      </w:r>
    </w:p>
    <w:p>
      <w:r>
        <w:rPr>
          <w:color w:val="666666"/>
          <w:sz w:val="18"/>
        </w:rPr>
        <w:t>Islam in Daily Life December 26, 2010 · 1m 08s · at 1:35:11 · https://youtu.be/H0VYpUX3q3Q?t=5711</w:t>
      </w:r>
    </w:p>
    <w:p>
      <w:r>
        <w:rPr>
          <w:i/>
        </w:rPr>
        <w:t>“Har aise mauqe par mujhe Quran ki ek aayat yaad aati hai”</w:t>
      </w:r>
    </w:p>
    <w:p>
      <w:r>
        <w:rPr>
          <w:sz w:val="20"/>
        </w:rPr>
        <w:t>1:35:11  "Innama yuwaffa as sabiroona ajrahum bighayri hisab."</w:t>
      </w:r>
      <w:r>
        <w:br/>
      </w:r>
      <w:r>
        <w:rPr>
          <w:sz w:val="20"/>
        </w:rPr>
        <w:t>1:35:17  yani is mein hai ke patience jo hai aisi cheez hai jis per sab say ziyada sawab milega. patience per sab say ziyada sawab milega.</w:t>
      </w:r>
      <w:r>
        <w:br/>
      </w:r>
      <w:r>
        <w:rPr>
          <w:sz w:val="20"/>
        </w:rPr>
        <w:t>1:35:27  jab koi aisa mamla aata hai ke mein impatient ho jata hoon. mujhe ghussa aata hai. to us waqt mein sochta hoon ke yeh to woh moqa aa gaya jab ke mein ziyada bara sawab hasil karoon.</w:t>
      </w:r>
      <w:r>
        <w:br/>
      </w:r>
      <w:r>
        <w:rPr>
          <w:sz w:val="20"/>
        </w:rPr>
        <w:t>1:35:38  ya baray sawab ki azan de di gayi.</w:t>
      </w:r>
      <w:r>
        <w:br/>
      </w:r>
      <w:r>
        <w:rPr>
          <w:sz w:val="20"/>
        </w:rPr>
        <w:t>1:35:43  yeh cheez mujhe pacify kar deti hai.</w:t>
      </w:r>
      <w:r>
        <w:br/>
      </w:r>
      <w:r>
        <w:rPr>
          <w:sz w:val="20"/>
        </w:rPr>
        <w:t>1:35:47  yani is waqayay ko, kisi ki baat mujhe buri lagi. kisi ke khilaaf mujhe ghussa aa gaya. ke mein impatient ho gaya. us ko mein is sense mein leta hoon.</w:t>
      </w:r>
      <w:r>
        <w:br/>
      </w:r>
      <w:r>
        <w:rPr>
          <w:sz w:val="20"/>
        </w:rPr>
        <w:t>1:35:57  ke yeh hi to woh moqa hai jab mein sabr ka saboot doon. patience ka saboot doon. aur phir Allah ka reward mujhe mile.</w:t>
      </w:r>
      <w:r>
        <w:br/>
      </w:r>
      <w:r>
        <w:rPr>
          <w:sz w:val="20"/>
        </w:rPr>
        <w:t>1:36:07  to yeh hi aik cheez hai ke is waqt yeh sochiye. quran ki us ayat ko le kar ke. ke ab to waqt aa gaya bara reward lene ka.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