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want to feel close to God</w:t>
      </w:r>
    </w:p>
    <w:p>
      <w:r>
        <w:rPr>
          <w:sz w:val="18"/>
        </w:rPr>
        <w:t>Q&amp;A, lecture moments and clips · full transcripts with timestamps · exported 2026-09-21</w:t>
      </w:r>
    </w:p>
    <w:p>
      <w:pPr>
        <w:pStyle w:val="Heading1"/>
      </w:pPr>
      <w:r>
        <w:t>Maulana was asked (30)</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Developing strong connection with God</w:t>
      </w:r>
    </w:p>
    <w:p>
      <w:r>
        <w:rPr>
          <w:color w:val="666666"/>
          <w:sz w:val="18"/>
        </w:rPr>
        <w:t>Problem and Shukr March 15, 2015 · 1m 25s · at 50:49 · https://youtu.be/O4gfXHtntcc?t=3049</w:t>
      </w:r>
    </w:p>
    <w:p>
      <w:r>
        <w:rPr>
          <w:i/>
        </w:rPr>
        <w:t>“I want to develop strong connection with God but find myself lacking in it. How can I create strong connection like you have? Please advise me.”</w:t>
      </w:r>
    </w:p>
    <w:p>
      <w:r>
        <w:rPr>
          <w:sz w:val="20"/>
        </w:rPr>
        <w:t>50:49  ibadat hai maulana agla sawal feheem sahab ne kiya hai nagpur se aur unhon ne likha hai ke</w:t>
      </w:r>
      <w:r>
        <w:br/>
      </w:r>
      <w:r>
        <w:rPr>
          <w:sz w:val="20"/>
        </w:rPr>
        <w:t>50:57  مولانا I want to develop strong conviction in God but find myself lacking in it</w:t>
      </w:r>
      <w:r>
        <w:br/>
      </w:r>
      <w:r>
        <w:rPr>
          <w:sz w:val="20"/>
        </w:rPr>
        <w:t>51:04  How can I create strong conviction like you have please advise me</w:t>
      </w:r>
      <w:r>
        <w:br/>
      </w:r>
      <w:r>
        <w:rPr>
          <w:sz w:val="20"/>
        </w:rPr>
        <w:t>51:11  ke khuda ke upar jo conviction hai woh chahte hain ke aap un ko koi formula batayen jaise</w:t>
      </w:r>
      <w:r>
        <w:br/>
      </w:r>
      <w:r>
        <w:rPr>
          <w:sz w:val="20"/>
        </w:rPr>
        <w:t>51:17  aap ka strong conviction hai khuda pe waise woh develop kar saken</w:t>
      </w:r>
      <w:r>
        <w:br/>
      </w:r>
      <w:r>
        <w:rPr>
          <w:sz w:val="20"/>
        </w:rPr>
        <w:t>51:23  dekhen sirf ek hi formula hai woh hai apne aap ko distraction se bachana</w:t>
      </w:r>
      <w:r>
        <w:br/>
      </w:r>
      <w:r>
        <w:rPr>
          <w:sz w:val="20"/>
        </w:rPr>
        <w:t>51:29  bas ek hi cheez hai distraction se bachana log phanse rehte hain</w:t>
      </w:r>
      <w:r>
        <w:br/>
      </w:r>
      <w:r>
        <w:rPr>
          <w:sz w:val="20"/>
        </w:rPr>
        <w:t>51:35  idhar udhar god mein aur chahte hain ke god ka ki marifat unhein hasil ho yeh impossible hai</w:t>
      </w:r>
      <w:r>
        <w:br/>
      </w:r>
      <w:r>
        <w:rPr>
          <w:sz w:val="20"/>
        </w:rPr>
        <w:t>51:45  kisi ka shair hai ke</w:t>
      </w:r>
      <w:r>
        <w:br/>
      </w:r>
      <w:r>
        <w:rPr>
          <w:sz w:val="20"/>
        </w:rPr>
        <w:t>51:49  ke hum khuda khwahi o hum dunya doon ay khayalast o muhalast o junoon</w:t>
      </w:r>
      <w:r>
        <w:br/>
      </w:r>
      <w:r>
        <w:rPr>
          <w:sz w:val="20"/>
        </w:rPr>
        <w:t>51:55  to apne ko aap jab tak distract nahi karenge doosri cheezon se hata kar ke allah par</w:t>
      </w:r>
      <w:r>
        <w:br/>
      </w:r>
      <w:r>
        <w:rPr>
          <w:sz w:val="20"/>
        </w:rPr>
        <w:t>52:01  apna focus nahi karenge tab tak kuch nahi hone wala distraction se bachane ka matlab hai apna</w:t>
      </w:r>
      <w:r>
        <w:br/>
      </w:r>
      <w:r>
        <w:rPr>
          <w:sz w:val="20"/>
        </w:rPr>
        <w:t>52:07  focus other god se hatana aur god par focus dalna yeh to aap ko khud karna padega</w:t>
      </w:r>
    </w:p>
    <w:p>
      <w:pPr>
        <w:pStyle w:val="Heading2"/>
      </w:pPr>
      <w:r>
        <w:t>How to develop strong connection with God</w:t>
      </w:r>
    </w:p>
    <w:p>
      <w:r>
        <w:rPr>
          <w:color w:val="666666"/>
          <w:sz w:val="18"/>
        </w:rPr>
        <w:t>Problem and Shukr March 15, 2015 · 1m 16s · at 51:41 · https://youtu.be/SPBsXjH1hzM?t=3101</w:t>
      </w:r>
    </w:p>
    <w:p>
      <w:r>
        <w:rPr>
          <w:i/>
        </w:rPr>
        <w:t>“I want to develop strong connection with God, but find myself lacking in it. How can I create strong connection like you have? Please advise me.”</w:t>
      </w:r>
    </w:p>
    <w:p>
      <w:r>
        <w:rPr>
          <w:sz w:val="20"/>
        </w:rPr>
        <w:t>51:41  maulana, agla sawal faheem sahib ne kiya hai nagpur se, aur unhon ne likha hai ke maulana, i want to develop strong conviction in god, but find myself lacking in it.</w:t>
      </w:r>
      <w:r>
        <w:br/>
      </w:r>
      <w:r>
        <w:rPr>
          <w:sz w:val="20"/>
        </w:rPr>
        <w:t>51:55  How can I create strong connection like you have? Please advise me. Dekhiye, sirf aik hi formula hai, voh hai apnay aap ko distraction se bachana.</w:t>
      </w:r>
      <w:r>
        <w:br/>
      </w:r>
      <w:r>
        <w:rPr>
          <w:sz w:val="20"/>
        </w:rPr>
        <w:t>52:08  bas aik hi cheez hai, distraction se bachana. log phansay rehtay hain idhar udhar God mein aur chahtay hain ke God ka ki marifat unhein hasil ho.</w:t>
      </w:r>
      <w:r>
        <w:br/>
      </w:r>
      <w:r>
        <w:rPr>
          <w:sz w:val="20"/>
        </w:rPr>
        <w:t>52:19  to yeh impasibal hai.</w:t>
      </w:r>
      <w:r>
        <w:br/>
      </w:r>
      <w:r>
        <w:rPr>
          <w:sz w:val="20"/>
        </w:rPr>
        <w:t>52:24  kisi ka shair hai ke ke hum khuda khwahi o hum dunya don ai khyalast o maharast o junoon.</w:t>
      </w:r>
      <w:r>
        <w:br/>
      </w:r>
      <w:r>
        <w:rPr>
          <w:sz w:val="20"/>
        </w:rPr>
        <w:t>52:33  to apnay ko aap jab tak distract nahin karein gay, doosri cheezon se hata kar ke, aap apna focus nahin karein gay, tab tak kuch nahin honay wala.</w:t>
      </w:r>
      <w:r>
        <w:br/>
      </w:r>
      <w:r>
        <w:rPr>
          <w:sz w:val="20"/>
        </w:rPr>
        <w:t>52:43  distractions se bachane ka matlab hai apna focus other God se hatana aur God par focus dalna. yeh to aap ko khud karna paray ga.</w:t>
      </w:r>
      <w:r>
        <w:br/>
      </w:r>
      <w:r>
        <w:rPr>
          <w:sz w:val="20"/>
        </w:rPr>
        <w:t>52:53  koi bahar se aadmi ko aap ko koi taiknik nahin bata sakta.</w:t>
      </w:r>
    </w:p>
    <w:p>
      <w:pPr>
        <w:pStyle w:val="Heading2"/>
      </w:pPr>
      <w:r>
        <w:t>How to realize God's inspiration</w:t>
      </w:r>
    </w:p>
    <w:p>
      <w:r>
        <w:rPr>
          <w:color w:val="666666"/>
          <w:sz w:val="18"/>
        </w:rPr>
        <w:t>Concept of God December 7, 2014 · 53s · at 1:13:20 · https://youtu.be/dCgL9lp8EAo?t=4400</w:t>
      </w:r>
    </w:p>
    <w:p>
      <w:r>
        <w:rPr>
          <w:i/>
        </w:rPr>
        <w:t>“How do I realize God's inspiration?”</w:t>
      </w:r>
    </w:p>
    <w:p>
      <w:r>
        <w:rPr>
          <w:sz w:val="20"/>
        </w:rPr>
        <w:t>1:13:20  Maulana, agla sawal Delhi se kiya hai Dr. Anwar Abbas sahib ne, aur unhon ne aap se poocha hai ke "How do I realize God's inspiration?" .</w:t>
      </w:r>
      <w:r>
        <w:br/>
      </w:r>
      <w:r>
        <w:rPr>
          <w:sz w:val="20"/>
        </w:rPr>
        <w:t>1:13:30  Is ke bare mein bataein.</w:t>
      </w:r>
      <w:r>
        <w:br/>
      </w:r>
      <w:r>
        <w:rPr>
          <w:sz w:val="20"/>
        </w:rPr>
        <w:t>1:13:34  Dekhein, woh to apne aap pata chalta hai. Jab aap jab aadmi ko inspiration aata hai, apne aap hi woh self-introspection bhi hota hai.</w:t>
      </w:r>
      <w:r>
        <w:br/>
      </w:r>
      <w:r>
        <w:rPr>
          <w:sz w:val="20"/>
        </w:rPr>
        <w:t>1:13:45  Woh</w:t>
      </w:r>
      <w:r>
        <w:br/>
      </w:r>
      <w:r>
        <w:rPr>
          <w:sz w:val="20"/>
        </w:rPr>
        <w:t>1:13:48  Inspiration Allah ki taraf se aaye to yeh mumkin nahin ke woh aap is ko na pehchanen. Pehchanna to apne aap shamil rehta hai is ke andar.</w:t>
      </w:r>
      <w:r>
        <w:br/>
      </w:r>
      <w:r>
        <w:rPr>
          <w:sz w:val="20"/>
        </w:rPr>
        <w:t>1:14:00  Jahan tak mera tajruba hai ke divine inspiration apne aap mein apni pehchan hai. Mera tajruba to yahi hai.</w:t>
      </w:r>
    </w:p>
    <w:p>
      <w:pPr>
        <w:pStyle w:val="Heading2"/>
      </w:pPr>
      <w:r>
        <w:t>Detaching from world for God</w:t>
      </w:r>
    </w:p>
    <w:p>
      <w:r>
        <w:rPr>
          <w:color w:val="666666"/>
          <w:sz w:val="18"/>
        </w:rPr>
        <w:t>Self Correction November 09, 2014 Maulana Wahiduddin Khan · 1m 32s · at 52:29 · https://youtu.be/PpwTmeCQkSQ?t=3149</w:t>
      </w:r>
    </w:p>
    <w:p>
      <w:r>
        <w:rPr>
          <w:i/>
        </w:rPr>
        <w:t>“Why is it necessary to divest ourselves from all worldly attachment or addiction to establish contact with God?”</w:t>
      </w:r>
    </w:p>
    <w:p>
      <w:r>
        <w:rPr>
          <w:sz w:val="20"/>
        </w:rPr>
        <w:t>52:29  maulana, agla sawal Delhi se hai doctor Fareeda Khanam ka, aur unhon ne likha hai "Why is it</w:t>
      </w:r>
      <w:r>
        <w:br/>
      </w:r>
      <w:r>
        <w:rPr>
          <w:sz w:val="20"/>
        </w:rPr>
        <w:t>52:36  necessary to divest ourselves from all worldly attachment or addiction to establish contact with God?</w:t>
      </w:r>
      <w:r>
        <w:br/>
      </w:r>
      <w:r>
        <w:rPr>
          <w:sz w:val="20"/>
        </w:rPr>
        <w:t>52:43  " main ne dekhiye, yeh to bohat hi wazeh baat hai ke woh woh cheez destruction banti hai.</w:t>
      </w:r>
      <w:r>
        <w:br/>
      </w:r>
      <w:r>
        <w:rPr>
          <w:sz w:val="20"/>
        </w:rPr>
        <w:t>52:50  destruction to Khuda ya akhirat se musalsal taaluq darkar hai.</w:t>
      </w:r>
      <w:r>
        <w:br/>
      </w:r>
      <w:r>
        <w:rPr>
          <w:sz w:val="20"/>
        </w:rPr>
        <w:t>52:58  is ko Quran hadith mein taahud kaha gaya hai.</w:t>
      </w:r>
      <w:r>
        <w:br/>
      </w:r>
      <w:r>
        <w:rPr>
          <w:sz w:val="20"/>
        </w:rPr>
        <w:t>53:06  taahud ke darje mein taaluq darkar hai.</w:t>
      </w:r>
      <w:r>
        <w:br/>
      </w:r>
      <w:r>
        <w:rPr>
          <w:sz w:val="20"/>
        </w:rPr>
        <w:t>53:14  agar taahud na ho, matlab musalsal taaluq, musalsal tor par isi ko sochna, agar nahi karenge to</w:t>
      </w:r>
      <w:r>
        <w:br/>
      </w:r>
      <w:r>
        <w:rPr>
          <w:sz w:val="20"/>
        </w:rPr>
        <w:t>53:22  distract honge, aur destruction dhire dhire ban jayega.</w:t>
      </w:r>
      <w:r>
        <w:br/>
      </w:r>
      <w:r>
        <w:rPr>
          <w:sz w:val="20"/>
        </w:rPr>
        <w:t>53:30  wohi aadat aur addiction to mein samajhta hoon ke yeh is maamle mein aadmi ko bohat zyada focused hona chahiye.</w:t>
      </w:r>
      <w:r>
        <w:br/>
      </w:r>
      <w:r>
        <w:rPr>
          <w:sz w:val="20"/>
        </w:rPr>
        <w:t>53:37  focused na honge to is ke baad kya hoga? hum distraction mein mubtala ho jayenge.</w:t>
      </w:r>
      <w:r>
        <w:br/>
      </w:r>
      <w:r>
        <w:rPr>
          <w:sz w:val="20"/>
        </w:rPr>
        <w:t>53:45  hamari cheezein, hamari zehan divert ho jayega, aur phir kuch nahi milega.</w:t>
      </w:r>
      <w:r>
        <w:br/>
      </w:r>
      <w:r>
        <w:rPr>
          <w:sz w:val="20"/>
        </w:rPr>
        <w:t>53:53  na deen, na dunya.</w:t>
      </w:r>
    </w:p>
    <w:p>
      <w:pPr>
        <w:pStyle w:val="Heading2"/>
      </w:pPr>
      <w:r>
        <w:t>Why detach from world to contact God?</w:t>
      </w:r>
    </w:p>
    <w:p>
      <w:r>
        <w:rPr>
          <w:color w:val="666666"/>
          <w:sz w:val="18"/>
        </w:rPr>
        <w:t>Self Correction November 09, 2014 · 1m 32s · at 52:15 · https://youtu.be/EgAukdSfGRU?t=3135</w:t>
      </w:r>
    </w:p>
    <w:p>
      <w:r>
        <w:rPr>
          <w:i/>
        </w:rPr>
        <w:t>“Why is it necessary to divest ourselves of all worldly attachments or addiction in order to establish contact with God?”</w:t>
      </w:r>
    </w:p>
    <w:p>
      <w:r>
        <w:rPr>
          <w:sz w:val="20"/>
        </w:rPr>
        <w:t>52:15  maulana, agla sawal Dilli se hai doctor Fareeda Khanam ka, aur unhon ne likha hai "Why is it necessary to divest ourselves from all worldly attachment or addiction to establish contact with God?" main dekhiye, yeh to bohat hi clear baat hai</w:t>
      </w:r>
      <w:r>
        <w:br/>
      </w:r>
      <w:r>
        <w:rPr>
          <w:sz w:val="20"/>
        </w:rPr>
        <w:t>52:38  ke woh woh cheez destruction banti hai. destruction to Khuda ya aakhirat se continuous taluq darkaar hai.</w:t>
      </w:r>
      <w:r>
        <w:br/>
      </w:r>
      <w:r>
        <w:rPr>
          <w:sz w:val="20"/>
        </w:rPr>
        <w:t>52:53  us ko Quran hadith mein ta'ahhud kaha gaya hai. ta'ahhud, ta'ahhud ke darje mein taluq darkaar hai. agar ta'ahhud na ho, matlab continuous taluq, musalsal taur par usi ko sochna.</w:t>
      </w:r>
      <w:r>
        <w:br/>
      </w:r>
      <w:r>
        <w:rPr>
          <w:sz w:val="20"/>
        </w:rPr>
        <w:t>53:06  agar nahin karen ge to distract hon ge, aur distraction dhire dhire ban jayega wohi habit aur addiction.</w:t>
      </w:r>
      <w:r>
        <w:br/>
      </w:r>
      <w:r>
        <w:rPr>
          <w:sz w:val="20"/>
        </w:rPr>
        <w:t>53:16  to main samajhta hoon ke yeh is maamle mein aadmi ko bohat zyada focused hona chahiye.</w:t>
      </w:r>
      <w:r>
        <w:br/>
      </w:r>
      <w:r>
        <w:rPr>
          <w:sz w:val="20"/>
        </w:rPr>
        <w:t>53:26  focused, focused na hon ge to is ke baad kya hoga? hum distraction mein mubtala ho jayen ge.</w:t>
      </w:r>
      <w:r>
        <w:br/>
      </w:r>
      <w:r>
        <w:rPr>
          <w:sz w:val="20"/>
        </w:rPr>
        <w:t>53:35  hamari cheezen, hamari zehan divert ho jayega, aur phir kuch nahin mile ga. na deen, na duniya.</w:t>
      </w:r>
    </w:p>
    <w:p>
      <w:pPr>
        <w:pStyle w:val="Heading2"/>
      </w:pPr>
      <w:r>
        <w:t>Eliminating desires for simple living</w:t>
      </w:r>
    </w:p>
    <w:p>
      <w:r>
        <w:rPr>
          <w:color w:val="666666"/>
          <w:sz w:val="18"/>
        </w:rPr>
        <w:t>Realization of God in the Age of Science March 1, 2020 Maulana Wahiduddin Khan · 1m 52s · at 34:26 · https://youtu.be/duUnwicq5Yw?t=2066</w:t>
      </w:r>
    </w:p>
    <w:p>
      <w:r>
        <w:rPr>
          <w:i/>
        </w:rPr>
        <w:t>“I love your talk today. I believe the real problem of not being able to connect with God is due to having unlimited desires in ourselves. These desires keep distracting us from the remembrance of God. My question is: how can we eliminate these desires and come to the level of simple living?”</w:t>
      </w:r>
    </w:p>
    <w:p>
      <w:r>
        <w:rPr>
          <w:sz w:val="20"/>
        </w:rPr>
        <w:t>34:26  Maulana, sawal lena chahenge? aa yeh sawal bheja hai Lucknow se Mr. Gopal Krishan ne.</w:t>
      </w:r>
      <w:r>
        <w:br/>
      </w:r>
      <w:r>
        <w:rPr>
          <w:sz w:val="20"/>
        </w:rPr>
        <w:t>34:36  unhon ne likha hai: "Maulana sahib, i loved your talk today. i believe the real problem of not being able to connect with God is due to having unlimited desires in ourselves.</w:t>
      </w:r>
      <w:r>
        <w:br/>
      </w:r>
      <w:r>
        <w:rPr>
          <w:sz w:val="20"/>
        </w:rPr>
        <w:t>34:51  these desires keep distracting us from the remembrance of God. my question is: how can we eliminate these desires and come to the level of simple living?"</w:t>
      </w:r>
      <w:r>
        <w:br/>
      </w:r>
      <w:r>
        <w:rPr>
          <w:sz w:val="20"/>
        </w:rPr>
        <w:t>35:11  mein baat yahi samajhta hoon ke aadmi apni taraf se</w:t>
      </w:r>
      <w:r>
        <w:br/>
      </w:r>
      <w:r>
        <w:rPr>
          <w:sz w:val="20"/>
        </w:rPr>
        <w:t>35:22  saari koshish kara le</w:t>
      </w:r>
      <w:r>
        <w:br/>
      </w:r>
      <w:r>
        <w:rPr>
          <w:sz w:val="20"/>
        </w:rPr>
        <w:t>35:27  aur phir is ke baad woh dua kare. aoozu billah!</w:t>
      </w:r>
      <w:r>
        <w:br/>
      </w:r>
      <w:r>
        <w:rPr>
          <w:sz w:val="20"/>
        </w:rPr>
        <w:t>35:39  dua</w:t>
      </w:r>
      <w:r>
        <w:br/>
      </w:r>
      <w:r>
        <w:rPr>
          <w:sz w:val="20"/>
        </w:rPr>
        <w:t>35:43  aur koshish dono jab ek jagah ho jayen to is ke baad zaroor yeh maqam insaan ko mil jata hai.</w:t>
      </w:r>
      <w:r>
        <w:br/>
      </w:r>
      <w:r>
        <w:rPr>
          <w:sz w:val="20"/>
        </w:rPr>
        <w:t>36:03  qamar shahid siddiqui sahib ne comment bheja hai. unho ne location nahi likhi hai. un ka comment hai: "we know the creator through his science.</w:t>
      </w:r>
      <w:r>
        <w:br/>
      </w:r>
      <w:r>
        <w:rPr>
          <w:sz w:val="20"/>
        </w:rPr>
        <w:t>36:12  the balance in universe cannot be made through several powers at a time.</w:t>
      </w:r>
    </w:p>
    <w:p>
      <w:pPr>
        <w:pStyle w:val="Heading2"/>
      </w:pPr>
      <w:r>
        <w:t>Becoming son of God</w:t>
      </w:r>
    </w:p>
    <w:p>
      <w:r>
        <w:rPr>
          <w:color w:val="666666"/>
          <w:sz w:val="18"/>
        </w:rPr>
        <w:t>Islam in A New Age March 18, 2012 · 2m 38s · at 1:21:46 · https://youtu.be/P5hzq_NheY0?t=4906</w:t>
      </w:r>
    </w:p>
    <w:p>
      <w:r>
        <w:rPr>
          <w:i/>
        </w:rPr>
        <w:t>“How can I become the son of the great God?”</w:t>
      </w:r>
    </w:p>
    <w:p>
      <w:r>
        <w:rPr>
          <w:sz w:val="20"/>
        </w:rPr>
        <w:t>1:21:46  Maulana, agla sawal dilli se hai, Mr. Ramakant Swami, jinhon ne aap se poocha hai ke How can I become the son of the great God?</w:t>
      </w:r>
      <w:r>
        <w:br/>
      </w:r>
      <w:r>
        <w:rPr>
          <w:sz w:val="20"/>
        </w:rPr>
        <w:t>1:21:57  Son? Son of the great God. Bhai, hum to nahin jante ke aap bete banen Allah ke. Yeh to Christian aqeeda hai. Hum to mante hain ke Allah ki baaton ko man'ne wale banen.</w:t>
      </w:r>
      <w:r>
        <w:br/>
      </w:r>
      <w:r>
        <w:rPr>
          <w:sz w:val="20"/>
        </w:rPr>
        <w:t>1:22:11  Allah ke Son ka yeh Sonship ka jo concept hai, woh to Christian</w:t>
      </w:r>
      <w:r>
        <w:br/>
      </w:r>
      <w:r>
        <w:rPr>
          <w:sz w:val="20"/>
        </w:rPr>
        <w:t>1:22:15  concept hai. Is ko hum nahin nahin mante hum. Is ko hum galat samajhte hain. Allah koi beta nahin. Koi Allah ka baap nahin aur koi Allah ka beta nahin.</w:t>
      </w:r>
      <w:r>
        <w:br/>
      </w:r>
      <w:r>
        <w:rPr>
          <w:sz w:val="20"/>
        </w:rPr>
        <w:t>1:22:27  Hum sab Allah ke creature hain, paida kiye hue hain. Creature hone ke naate hamein Allah ki baaton ko follow karna hai.</w:t>
      </w:r>
      <w:r>
        <w:br/>
      </w:r>
      <w:r>
        <w:rPr>
          <w:sz w:val="20"/>
        </w:rPr>
        <w:t>1:22:36  Yeh hum mante hain ke Sonship ka jo aqeeda hai, woh to Christian aqeeda hai jo Hazrat Masih ka diya hua nahin hai. Yani abhi bhi yeh Hazrat Masih ki jo taraf jo mansoob hai, jo Bible, jo Injeel, us mein abhi bhi yeh baat nahin hai.</w:t>
      </w:r>
      <w:r>
        <w:br/>
      </w:r>
      <w:r>
        <w:rPr>
          <w:sz w:val="20"/>
        </w:rPr>
        <w:t>1:22:51  Yeh to Church ka aqeeda hai. Sach poochhen to yeh Christianity ka bhi nahin hai, Church ka aqeeda hai yeh. Yeh Saint Paul ne nikala. To hum is ko sahi nahin samajhte.</w:t>
      </w:r>
      <w:r>
        <w:br/>
      </w:r>
      <w:r>
        <w:rPr>
          <w:sz w:val="20"/>
        </w:rPr>
        <w:t>1:23:03  Maulana, dilli se Miss Amita Pushpendra ne aap se sawal kiya hai. Woh aap se pooch rahi hain ke Where can we go to find God if we cannot see Him?</w:t>
      </w:r>
      <w:r>
        <w:br/>
      </w:r>
      <w:r>
        <w:rPr>
          <w:sz w:val="20"/>
        </w:rPr>
        <w:t>1:23:17  Kya cheez dekhta hai aadmi? Kuch nahin. Aap dekhte hain aap. Apne baap ko dekhte hain, apni maa ko dekhte hain. Yeh yeh yeh ek bohat khalsi hai, bohat bari.</w:t>
      </w:r>
      <w:r>
        <w:br/>
      </w:r>
      <w:r>
        <w:rPr>
          <w:sz w:val="20"/>
        </w:rPr>
        <w:t>1:23:26  Koi bhi cheez aap dekh nahin sakte. Jo dekhte ho to appearance hota hai.</w:t>
      </w:r>
      <w:r>
        <w:br/>
      </w:r>
      <w:r>
        <w:rPr>
          <w:sz w:val="20"/>
        </w:rPr>
        <w:t>1:23:31  To Allah ke creature ko hum dekhte hain?</w:t>
      </w:r>
      <w:r>
        <w:br/>
      </w:r>
      <w:r>
        <w:rPr>
          <w:sz w:val="20"/>
        </w:rPr>
        <w:t>1:23:37  Jis yani aap bhi apne appearance ko dekhte hain. Apne wajood jo asli hai, aap ka mind, aap ke soul, us ko thori dekhte hain aap? Ya apne maa baap ko aap us ka ek physical appearance ko dekhte hain.</w:t>
      </w:r>
      <w:r>
        <w:br/>
      </w:r>
      <w:r>
        <w:rPr>
          <w:sz w:val="20"/>
        </w:rPr>
        <w:t>1:23:50  Andar jo maa baap hain, woh to dekhte nahin hain aap.</w:t>
      </w:r>
      <w:r>
        <w:br/>
      </w:r>
      <w:r>
        <w:rPr>
          <w:sz w:val="20"/>
        </w:rPr>
        <w:t>1:23:53  To Khuda ka muamla bhi aisa hi hai ke Khuda ke creature ko hum dekhte hain. Khud Khuda ko aap dekhna chahte hain to yeh yeh nigah is is ke liye kafi nahin hai.</w:t>
      </w:r>
      <w:r>
        <w:br/>
      </w:r>
      <w:r>
        <w:rPr>
          <w:sz w:val="20"/>
        </w:rPr>
        <w:t>1:24:04  Woh to akhirat mein hogi, inshallah. Yeh dunya mein jo hamein aqbli hui hai, us mein hum kisi bhi cheez ko nahin dekhte. Sirf appearance ko dekhte hain.</w:t>
      </w:r>
      <w:r>
        <w:br/>
      </w:r>
      <w:r>
        <w:rPr>
          <w:sz w:val="20"/>
        </w:rPr>
        <w:t>1:24:13  Ek kitab hai, us ka naam hai Appearance and Reality. Aap us ko parhiye. Bradley ki Appearance and Reality.</w:t>
      </w:r>
    </w:p>
    <w:p>
      <w:pPr>
        <w:pStyle w:val="Heading2"/>
      </w:pPr>
      <w:r>
        <w:t>Need for God realization in human nature</w:t>
      </w:r>
    </w:p>
    <w:p>
      <w:r>
        <w:rPr>
          <w:color w:val="666666"/>
          <w:sz w:val="18"/>
        </w:rPr>
        <w:t>Realization of God December 18, 2016 Maulana Wahiduddin Khan · 53s · at 1:03:05 · https://youtu.be/LHKb2btTIT8?t=3785</w:t>
      </w:r>
    </w:p>
    <w:p>
      <w:r>
        <w:rPr>
          <w:i/>
        </w:rPr>
        <w:t>“Can we say that the need for God realization is interwoven in human nature, that is, God Almighty wants every single soul to come closer to Him?”</w:t>
      </w:r>
    </w:p>
    <w:p>
      <w:r>
        <w:rPr>
          <w:sz w:val="20"/>
        </w:rPr>
        <w:t>1:03:05  bana hai Quran mein hai na Hadees mein hai ji Maulana agla sawal kiya hai Vadodara say hai</w:t>
      </w:r>
      <w:r>
        <w:br/>
      </w:r>
      <w:r>
        <w:rPr>
          <w:sz w:val="20"/>
        </w:rPr>
        <w:t>1:03:12  Muhammad Shakeel sahib nay aur unhon nay likha hai Maulana sahib can we say that need for God</w:t>
      </w:r>
      <w:r>
        <w:br/>
      </w:r>
      <w:r>
        <w:rPr>
          <w:sz w:val="20"/>
        </w:rPr>
        <w:t>1:03:20  realization is interwoven in human nature that is God almighty wants every single soul to come closer to</w:t>
      </w:r>
      <w:r>
        <w:br/>
      </w:r>
      <w:r>
        <w:rPr>
          <w:sz w:val="20"/>
        </w:rPr>
        <w:t>1:03:27  Him by unfolding His aur har spiritual potential what is your say on this yeh to sahi hai</w:t>
      </w:r>
      <w:r>
        <w:br/>
      </w:r>
      <w:r>
        <w:rPr>
          <w:sz w:val="20"/>
        </w:rPr>
        <w:t>1:03:35  yeh to quran o hadees sabit hai ke hamari fitrat mein har cheez interwoven hai yeh to sahi</w:t>
      </w:r>
      <w:r>
        <w:br/>
      </w:r>
      <w:r>
        <w:rPr>
          <w:sz w:val="20"/>
        </w:rPr>
        <w:t>1:03:43  hai hamari jo fitrat hai usi mein allah ka shaoor allah ne rakh diya hai fi to to</w:t>
      </w:r>
      <w:r>
        <w:br/>
      </w:r>
      <w:r>
        <w:rPr>
          <w:sz w:val="20"/>
        </w:rPr>
        <w:t>1:03:50  sadar mein fitrat mein nature mein har cheez maujood hai hum is ko is yani jo cheez potential</w:t>
      </w:r>
    </w:p>
    <w:p>
      <w:pPr>
        <w:pStyle w:val="Heading2"/>
      </w:pPr>
      <w:r>
        <w:t>Focusing on God amidst worldly duties</w:t>
      </w:r>
    </w:p>
    <w:p>
      <w:r>
        <w:rPr>
          <w:color w:val="666666"/>
          <w:sz w:val="18"/>
        </w:rPr>
        <w:t>Three levels of Realization July 4, 2010 · 1m 26s · at 1:09:39 · https://youtu.be/NtCTVVov3Nw?t=4179</w:t>
      </w:r>
    </w:p>
    <w:p>
      <w:r>
        <w:rPr>
          <w:i/>
        </w:rPr>
        <w:t>“In this world we have so many duties to perform. In such a situation, how can we focus on God? What should be done so that we may find nearness to God?”</w:t>
      </w:r>
    </w:p>
    <w:p>
      <w:r>
        <w:rPr>
          <w:sz w:val="20"/>
        </w:rPr>
        <w:t>1:09:39  molana agla sawal kiya hai doctor farida khanoom ne new delhi se she is written in this world we have so many duties to perform in such a situation how can we focus on god</w:t>
      </w:r>
      <w:r>
        <w:br/>
      </w:r>
      <w:r>
        <w:rPr>
          <w:sz w:val="20"/>
        </w:rPr>
        <w:t>1:09:55  what should be done in such a situation so that we may find nearness to god</w:t>
      </w:r>
      <w:r>
        <w:br/>
      </w:r>
      <w:r>
        <w:rPr>
          <w:sz w:val="20"/>
        </w:rPr>
        <w:t>1:10:03  bhai yeh kaam har aadmi karta hi karta hai har ghar mein jaise aik baap hai to woh</w:t>
      </w:r>
      <w:r>
        <w:br/>
      </w:r>
      <w:r>
        <w:rPr>
          <w:sz w:val="20"/>
        </w:rPr>
        <w:t>1:10:08  focus apne bete pe rehta hai hazar doosre problem hain is ko bhula deta hai is ko apni</w:t>
      </w:r>
      <w:r>
        <w:br/>
      </w:r>
      <w:r>
        <w:rPr>
          <w:sz w:val="20"/>
        </w:rPr>
        <w:t>1:10:15  beti ki education ke liye apne bete ko settle karne ke liye apne bete ko achi married life</w:t>
      </w:r>
      <w:r>
        <w:br/>
      </w:r>
      <w:r>
        <w:rPr>
          <w:sz w:val="20"/>
        </w:rPr>
        <w:t>1:10:21  ke liye woh sochta hai din bhar sochta hai raat din sochta hai</w:t>
      </w:r>
      <w:r>
        <w:br/>
      </w:r>
      <w:r>
        <w:rPr>
          <w:sz w:val="20"/>
        </w:rPr>
        <w:t>1:10:26  to har admi apnay ghar mein dekh sakta hai ke kis tarah se admi apnay aap ko deviation se bachata hai distraction se bachata hai yeh to har admi karta hi karta hai yeh aik aisi baat hai jis ko har admi khud apnay experience se samajh sakta hai</w:t>
      </w:r>
      <w:r>
        <w:br/>
      </w:r>
      <w:r>
        <w:rPr>
          <w:sz w:val="20"/>
        </w:rPr>
        <w:t>1:10:42  har ghar mein is is ka demonstration ho raha hai demonstration ke kis tarah tum har har har deviation se bacha sakte ho har distraction se apnay ko door kar sakte ho apas apna focus single rakh sakte ho apnay betay par apnay job par apnay business par wohi admi ko khuda ke liye karna hai</w:t>
      </w:r>
    </w:p>
    <w:p>
      <w:pPr>
        <w:pStyle w:val="Heading2"/>
      </w:pPr>
      <w:r>
        <w:t>The Straight Way to Reach God</w:t>
      </w:r>
    </w:p>
    <w:p>
      <w:r>
        <w:rPr>
          <w:color w:val="666666"/>
          <w:sz w:val="18"/>
        </w:rPr>
        <w:t>God Particle July 8, 2012 · 1m 02s · at 1:05:57 · https://youtu.be/30Ulu10c2nA?t=3957</w:t>
      </w:r>
    </w:p>
    <w:p>
      <w:r>
        <w:rPr>
          <w:i/>
        </w:rPr>
        <w:t>“What is the straight way to realize and reach God?”</w:t>
      </w:r>
    </w:p>
    <w:p>
      <w:r>
        <w:rPr>
          <w:sz w:val="20"/>
        </w:rPr>
        <w:t>1:05:57  bohat hi zyada yaani mein mein is ko gunah samajhta hoon ke Quran ki is ayat se Shab-e-Barat nikala jaye. koi is ka talluq nahi hai. Maulana, agla sawal Delhi se hai Mr. Shakeel Rehman Sahab</w:t>
      </w:r>
      <w:r>
        <w:br/>
      </w:r>
      <w:r>
        <w:rPr>
          <w:sz w:val="20"/>
        </w:rPr>
        <w:t>1:06:10  ka. unhon ne likha hai: "What is the straight way to realize or reach God?" Ek hi hai tareeqa, woh hai tadabbur.</w:t>
      </w:r>
      <w:r>
        <w:br/>
      </w:r>
      <w:r>
        <w:rPr>
          <w:sz w:val="20"/>
        </w:rPr>
        <w:t>1:06:21  tadabbur yaani ghor o fikr, contemplation. Quran mein ghor o fikr, hadith mein ghor o fikr, nature mein ghor o fikr, apne aap pe ghor o fikr.</w:t>
      </w:r>
      <w:r>
        <w:br/>
      </w:r>
      <w:r>
        <w:rPr>
          <w:sz w:val="20"/>
        </w:rPr>
        <w:t>1:06:36  koi doosra tareeqa nahi hai tadabbur ke siwa.</w:t>
      </w:r>
      <w:r>
        <w:br/>
      </w:r>
      <w:r>
        <w:rPr>
          <w:sz w:val="20"/>
        </w:rPr>
        <w:t>1:06:41  jitna zyada aadmi ghor o fikr karega, utni zyada us ko aala marifat hasil hogi. koi mysterious tareeqa nahi hai is ka, koi bhi mysterious tareeqa nahi hai.</w:t>
      </w:r>
    </w:p>
    <w:p>
      <w:pPr>
        <w:pStyle w:val="Heading2"/>
      </w:pPr>
      <w:r>
        <w:t>Closeness to God: Intellect or Emotions?</w:t>
      </w:r>
    </w:p>
    <w:p>
      <w:r>
        <w:rPr>
          <w:color w:val="666666"/>
          <w:sz w:val="18"/>
        </w:rPr>
        <w:t>The Importance of Thinking November 10, 2013 · 2m 25s · at 49:09 · https://youtu.be/y16CddTHoqE?t=2949</w:t>
      </w:r>
    </w:p>
    <w:p>
      <w:r>
        <w:rPr>
          <w:i/>
        </w:rPr>
        <w:t>“Is closeness to God possible at the level of intellect or at the level of emotions?”</w:t>
      </w:r>
    </w:p>
    <w:p>
      <w:r>
        <w:rPr>
          <w:sz w:val="20"/>
        </w:rPr>
        <w:t>49:09  maulana, agla sawal tamil nadu se hai maulana iqbal umri ka.</w:t>
      </w:r>
      <w:r>
        <w:br/>
      </w:r>
      <w:r>
        <w:rPr>
          <w:sz w:val="20"/>
        </w:rPr>
        <w:t>49:14  unhon ne likha hai: "maulana, khuda se qurbat aql ki satah par mumkin hai ya jazbat ki satah par?" dekhen, agar jazbat ki satah par qurbat na hui ho to woh qurbat hi nahi hai.</w:t>
      </w:r>
      <w:r>
        <w:br/>
      </w:r>
      <w:r>
        <w:rPr>
          <w:sz w:val="20"/>
        </w:rPr>
        <w:t>49:31  woh toh mechanical qurbat hai.</w:t>
      </w:r>
      <w:r>
        <w:br/>
      </w:r>
      <w:r>
        <w:rPr>
          <w:sz w:val="20"/>
        </w:rPr>
        <w:t>49:37  hub jo hai, hub toh zahir hai ke emotion ki cheez hai, hub toh jazbat ki cheez hai. aur Quran mein hai ke: "allazeen aamanoo ashad hubba lillah".</w:t>
      </w:r>
      <w:r>
        <w:br/>
      </w:r>
      <w:r>
        <w:rPr>
          <w:sz w:val="20"/>
        </w:rPr>
        <w:t>49:48  jo iman wale hain, unko Allah se hub shadeed hota hai.</w:t>
      </w:r>
      <w:r>
        <w:br/>
      </w:r>
      <w:r>
        <w:rPr>
          <w:sz w:val="20"/>
        </w:rPr>
        <w:t>49:54  toh sahi baat dekhiye yeh hai ke aqli soch se aap pohnchte hain gate tak,</w:t>
      </w:r>
      <w:r>
        <w:br/>
      </w:r>
      <w:r>
        <w:rPr>
          <w:sz w:val="20"/>
        </w:rPr>
        <w:t>50:07  mohabbat ke gate tak. jab aap aql ko istemal karte hain toh matlab kya hota hai? aap study karte hain, aap mushahida karte hain, aap cheezon ka analysis karte hain.</w:t>
      </w:r>
      <w:r>
        <w:br/>
      </w:r>
      <w:r>
        <w:rPr>
          <w:sz w:val="20"/>
        </w:rPr>
        <w:t>50:22  yeh sab karte karte aap ko intellectual level par discovery hoti hai. yeh ek darja hai.</w:t>
      </w:r>
      <w:r>
        <w:br/>
      </w:r>
      <w:r>
        <w:rPr>
          <w:sz w:val="20"/>
        </w:rPr>
        <w:t>50:32  is ke baad phir aql ka qafila aage badhta hai, phir mohabbat shuru hoti hai. jazbat, jazbat ke yani yani aala jazbat ke aitbar se aap Allah se taalluq paida ho jata</w:t>
      </w:r>
      <w:r>
        <w:br/>
      </w:r>
      <w:r>
        <w:rPr>
          <w:sz w:val="20"/>
        </w:rPr>
        <w:t>50:50  hai, phir badhte rehta hai, badhte rehta hai, badhta hai. toh main dekh, aql ka darja seerhi ka darja hai, seerhi manzil ka darja nahi hai.</w:t>
      </w:r>
      <w:r>
        <w:br/>
      </w:r>
      <w:r>
        <w:rPr>
          <w:sz w:val="20"/>
        </w:rPr>
        <w:t>51:02  seerhi yani stair, stair ke par charh kar hi aap pohnchte hain manzil tak. lekin stair, stair hai, manzil, manzil hai.</w:t>
      </w:r>
      <w:r>
        <w:br/>
      </w:r>
      <w:r>
        <w:rPr>
          <w:sz w:val="20"/>
        </w:rPr>
        <w:t>51:15  toh mere tajurbe ke mutabiq aql seerhi ka kaam karti hai. jab aap pohnch jaate hain toh woh duniya, duniya mohabbat hi hoti hai.</w:t>
      </w:r>
      <w:r>
        <w:br/>
      </w:r>
      <w:r>
        <w:rPr>
          <w:sz w:val="20"/>
        </w:rPr>
        <w:t>51:24  woh</w:t>
      </w:r>
      <w:r>
        <w:br/>
      </w:r>
      <w:r>
        <w:rPr>
          <w:sz w:val="20"/>
        </w:rPr>
        <w:t>51:28  yeh main samjha hoon mutale se bhi aur apne tajurbe se bhi.</w:t>
      </w:r>
    </w:p>
    <w:p>
      <w:pPr>
        <w:pStyle w:val="Heading2"/>
      </w:pPr>
      <w:r>
        <w:t>Focusing on God amid worldly duties</w:t>
      </w:r>
    </w:p>
    <w:p>
      <w:r>
        <w:rPr>
          <w:color w:val="666666"/>
          <w:sz w:val="18"/>
        </w:rPr>
        <w:t>Three levels of Realization 4 July 2010 - Maulana Wahiduddin Khan · 1m 29s · at 1:09:22 · https://youtu.be/H-kx5TldzfQ?t=4162</w:t>
      </w:r>
    </w:p>
    <w:p>
      <w:r>
        <w:rPr>
          <w:i/>
        </w:rPr>
        <w:t>“In this world we have so many duties to perform. In such a situation, how can we focus on God? What should be done in such a situation so that we may find nearness to God?”</w:t>
      </w:r>
    </w:p>
    <w:p>
      <w:r>
        <w:rPr>
          <w:sz w:val="20"/>
        </w:rPr>
        <w:t>1:09:22  maulana agla sawal kiya hai doctor farida khanoom ne new delhi se. she is written: "in this world we have so many duties to perform in such a situation</w:t>
      </w:r>
      <w:r>
        <w:br/>
      </w:r>
      <w:r>
        <w:rPr>
          <w:sz w:val="20"/>
        </w:rPr>
        <w:t>1:09:36  how can we focus on god? what should be done in such a situation so that we may find nearness to god?" bhai yeh kaam har aadmi karte hi karta hai har ghar mein jaise aik baap hai to wo focus apne bete pe rehta hai</w:t>
      </w:r>
      <w:r>
        <w:br/>
      </w:r>
      <w:r>
        <w:rPr>
          <w:sz w:val="20"/>
        </w:rPr>
        <w:t>1:09:55  hazaar doosre problem hain us ko bhula deta hai us ko apni beti ki education ke liye apne bete ko settle karne ke liye apne bete ko achi married life ke liye wo sochta din bhar sochta hai raat din sochta hai to har aadmi apne ghar mein dekh sakta hai ke kis tarah se aadmi apne aap ko deviation se bachata hai distraction se bachata hai yeh to har aadmi karta</w:t>
      </w:r>
      <w:r>
        <w:br/>
      </w:r>
      <w:r>
        <w:rPr>
          <w:sz w:val="20"/>
        </w:rPr>
        <w:t>1:10:21  he karta hai yeh ek aisi baat hai jis ko har aadmi khud apne experience se samajh sakta</w:t>
      </w:r>
      <w:r>
        <w:br/>
      </w:r>
      <w:r>
        <w:rPr>
          <w:sz w:val="20"/>
        </w:rPr>
        <w:t>1:10:26  hai har ghar mein is is ka demonstration ho raha hai demonstration</w:t>
      </w:r>
      <w:r>
        <w:br/>
      </w:r>
      <w:r>
        <w:rPr>
          <w:sz w:val="20"/>
        </w:rPr>
        <w:t>1:10:33  ke kis tarah tum har har har deviation se bacha sakte ho har distraction se apne ko door</w:t>
      </w:r>
      <w:r>
        <w:br/>
      </w:r>
      <w:r>
        <w:rPr>
          <w:sz w:val="20"/>
        </w:rPr>
        <w:t>1:10:39  kar sakte ho wapas apna focus single rakh sakte ho apne bete par apne job par apne business</w:t>
      </w:r>
      <w:r>
        <w:br/>
      </w:r>
      <w:r>
        <w:rPr>
          <w:sz w:val="20"/>
        </w:rPr>
        <w:t>1:10:45  par wohi aadmi ko Khuda ke liye karna hai.</w:t>
      </w:r>
    </w:p>
    <w:p>
      <w:pPr>
        <w:pStyle w:val="Heading2"/>
      </w:pPr>
      <w:r>
        <w:t>How to realize God and Paradise as reality</w:t>
      </w:r>
    </w:p>
    <w:p>
      <w:r>
        <w:rPr>
          <w:color w:val="666666"/>
          <w:sz w:val="18"/>
        </w:rPr>
        <w:t>Signs of Doomsday November 7, 2021 Prof. Farida Khanam · 3m 58s · at 46:29 · https://youtu.be/RQZchtP6uRg?t=2789</w:t>
      </w:r>
    </w:p>
    <w:p>
      <w:r>
        <w:rPr>
          <w:i/>
        </w:rPr>
        <w:t>“How can people realize God and Paradise as a reality?”</w:t>
      </w:r>
    </w:p>
    <w:p>
      <w:r>
        <w:rPr>
          <w:sz w:val="20"/>
        </w:rPr>
        <w:t>46:29  agla sawal apa mein leta hoon. yeh sawal bheja hai ahmedabad se irfan khan sahib ne, aur unhone likha hai: "how can people realize god and paradise as a reality?" iske bare mein batayein.</w:t>
      </w:r>
      <w:r>
        <w:br/>
      </w:r>
      <w:r>
        <w:rPr>
          <w:sz w:val="20"/>
        </w:rPr>
        <w:t>46:46  is par to maulana sahib ne bohat zyada likha hai. aap unki kitabein parhiye, urdu mein bhi hain, english mein bhi hain. al-rabaniyah hai, allah akbar hai, kitab-e-marifat hai.</w:t>
      </w:r>
      <w:r>
        <w:br/>
      </w:r>
      <w:r>
        <w:rPr>
          <w:sz w:val="20"/>
        </w:rPr>
        <w:t>46:59  sabhi kitabein jo hain isi subject par hain. to aap kitabein parhiye aur ghor-o-fikr kariye. woh tabassum aur tadabbur aur yeh sab zaroori hai.</w:t>
      </w:r>
      <w:r>
        <w:br/>
      </w:r>
      <w:r>
        <w:rPr>
          <w:sz w:val="20"/>
        </w:rPr>
        <w:t>47:10  sirf parh lene se poori baat samajh mein nahi aati. aap thoda parhiye aur is par bohat hi sanjeedgi se ghor kariye, is par sochiye, is par logon se discussion kijiye.</w:t>
      </w:r>
      <w:r>
        <w:br/>
      </w:r>
      <w:r>
        <w:rPr>
          <w:sz w:val="20"/>
        </w:rPr>
        <w:t>47:23  to isi ko apna orhna bichona bana lijiye. tab aise nahi hoga ke kabhi zara sa kuch parh liya to aise nahi samajh mein aata hai. isi ko apni zindagi bana dijiye, apne aap ko devote kar dijiye.</w:t>
      </w:r>
      <w:r>
        <w:br/>
      </w:r>
      <w:r>
        <w:rPr>
          <w:sz w:val="20"/>
        </w:rPr>
        <w:t>47:36  marifat aise nahi milti. koi choti cheezein bhi dunya mein aise nahi milti. iske liye bohat mehnat karni padti hai. to marifat aise kaise mil jayegi?</w:t>
      </w:r>
      <w:r>
        <w:br/>
      </w:r>
      <w:r>
        <w:rPr>
          <w:sz w:val="20"/>
        </w:rPr>
        <w:t>47:44  to iske liye aap sab se pehle to aap study kariye, phir is par ghor-o-fikr kariye, aur is par logon se baat cheet kariye, discussion kariye.</w:t>
      </w:r>
      <w:r>
        <w:br/>
      </w:r>
      <w:r>
        <w:rPr>
          <w:sz w:val="20"/>
        </w:rPr>
        <w:t>47:53  aur chhote chhote program bhi aap kar sakte hain. bohat sare aisa hota hai ke family mein hi log hote hain, rishtedar hote hain, dost hote hain.</w:t>
      </w:r>
      <w:r>
        <w:br/>
      </w:r>
      <w:r>
        <w:rPr>
          <w:sz w:val="20"/>
        </w:rPr>
        <w:t>48:03  unko bulaiye, in discussion kijiye. to is tareeqe se baatein jo hain na, bohat zyada gehrai se dimaagh mein baithti hain. to tabhi allah se qurbat hogi.</w:t>
      </w:r>
      <w:r>
        <w:br/>
      </w:r>
      <w:r>
        <w:rPr>
          <w:sz w:val="20"/>
        </w:rPr>
        <w:t>48:14  to phir aap ko marifat aap ko hasil hone lagegi. allah se qurbat zaroori hai, jisko spiritual provision kehte hain.</w:t>
      </w:r>
      <w:r>
        <w:br/>
      </w:r>
      <w:r>
        <w:rPr>
          <w:sz w:val="20"/>
        </w:rPr>
        <w:t>48:25  to yeh sab aap karenge to phir aap ko spiritual provision mein se hissa milne lagega.</w:t>
      </w:r>
      <w:r>
        <w:br/>
      </w:r>
      <w:r>
        <w:rPr>
          <w:sz w:val="20"/>
        </w:rPr>
        <w:t>48:36  aaj kal jo khuda ki marifat se doori ka aik aham reason yeh hai ke hum dekhte hain ke hamare bhai hamare saath koi takleef deh kaam kar jaate hain to hum usko le kar baith jaate hain.</w:t>
      </w:r>
      <w:r>
        <w:br/>
      </w:r>
      <w:r>
        <w:rPr>
          <w:sz w:val="20"/>
        </w:rPr>
        <w:t>48:46  samajhte hain yahi asal cheez hai. rasool allah salallahu alaihi wasallam ke zamane mein bhi jitna aaj hum ko raha is se zyada hua. aap jante hain ke hijrat ke mauqe par rasool allah salallahu alaihi wasallam jab nikle to sab log aap ko talash kar rahe the.</w:t>
      </w:r>
      <w:r>
        <w:br/>
      </w:r>
      <w:r>
        <w:rPr>
          <w:sz w:val="20"/>
        </w:rPr>
        <w:t>49:01  ghaar mein chale gaye, ghaar-e-soor mein. to woh log talash karte karte ghaar ke munh par aa gaye. us waqt hazrat abubakar ne yeh kaha tha: "allah ke rasool! agar woh apne qadam ko bhi dekhein to hum ko dekh lenge." lekin rasool allah salallahu alaihi wasallam ne is par dhyan nahi diya.</w:t>
      </w:r>
      <w:r>
        <w:br/>
      </w:r>
      <w:r>
        <w:rPr>
          <w:sz w:val="20"/>
        </w:rPr>
        <w:t>49:14  bilkul yeh kaha: "la tahzan, inna allaha ma'ana." gham na karo, allah taala hamare saath hai. iske muqable mein dekhiye, abhi jis pas manzar mein baat ho rahi hai ke rasool allah salallahu alaihi wasallam kehte hain ke hazrat aisha kehti hain ke rasool allah salallahu alaihi wasallam jab bhi koi badal dekhte ya koi tabdeeli dekhte, aafat jaisi, bohat pareshan hote,</w:t>
      </w:r>
      <w:r>
        <w:br/>
      </w:r>
      <w:r>
        <w:rPr>
          <w:sz w:val="20"/>
        </w:rPr>
        <w:t>49:37  bohat pareshan hote, darte rehte, duayein karte rehte ke allah taala is se khair nazil farmaye, is se khair nazil farma karte rehte. to aik taraf dekhiye, insaan ki jo takleef deh baatein thi, usko bhula diya, khuda ko uske muqable mein yaad kiya.</w:t>
      </w:r>
      <w:r>
        <w:br/>
      </w:r>
      <w:r>
        <w:rPr>
          <w:sz w:val="20"/>
        </w:rPr>
        <w:t>49:52  lekin jab khuda ki taraf se koi aafat jaisi koi cheez dekhte to bohat dar jaate the rasool allah salallahu alaihi wasallam. to yeh cheezein hain ke hum aaj hum shikayatein karte hain ke hum ko falan yeh nahi de raha, hum ko huqooq nahi mil rahe.</w:t>
      </w:r>
      <w:r>
        <w:br/>
      </w:r>
      <w:r>
        <w:rPr>
          <w:sz w:val="20"/>
        </w:rPr>
        <w:t>50:04  yeh sab cheezon ko bhulana hai hum ko taake hum khuda ko yaad karein. insaan bohat sari cheezon ko yaad nahi kar sakta. ya to woh yaad karega dunya ki cheezon ko ya akhirat ki cheezon ko yaad karega.</w:t>
      </w:r>
      <w:r>
        <w:br/>
      </w:r>
      <w:r>
        <w:rPr>
          <w:sz w:val="20"/>
        </w:rPr>
        <w:t>50:16  to yeh hum ko faisla karna hai. agar hum ko akhirat ki cheezon ko yaad karna hai, marifat ko yaad karna hai to hum ko bhulana padega dunya ki takleefon ko, insaan ki takleefon ko, museebaton ko bhulana padega.</w:t>
      </w:r>
    </w:p>
    <w:p>
      <w:pPr>
        <w:pStyle w:val="Heading2"/>
      </w:pPr>
      <w:r>
        <w:t>How to become God's devotee</w:t>
      </w:r>
    </w:p>
    <w:p>
      <w:r>
        <w:rPr>
          <w:color w:val="666666"/>
          <w:sz w:val="18"/>
        </w:rPr>
        <w:t>Don't Be Angry Culture January 15, 2012 Maulana Wahiduddin Khan · 1m 26s · at 1:27:59 · https://youtu.be/rY1Ikwmwwdk?t=5279</w:t>
      </w:r>
    </w:p>
    <w:p>
      <w:r>
        <w:rPr>
          <w:i/>
        </w:rPr>
        <w:t>“Guru ji, please tell me how can I become the devotee of the great God?”</w:t>
      </w:r>
    </w:p>
    <w:p>
      <w:r>
        <w:rPr>
          <w:sz w:val="20"/>
        </w:rPr>
        <w:t>1:27:59  Maulana, agla sawal aaya hai Delhi se Mr. Rama Cutsovin ka. unhon ne likha hai: "Guru ji, please tell me how can I become the devotee of the great God?" dekhiye, is ka jo process hai,</w:t>
      </w:r>
      <w:r>
        <w:br/>
      </w:r>
      <w:r>
        <w:rPr>
          <w:sz w:val="20"/>
        </w:rPr>
        <w:t>1:28:15  woh hai ke God ko aap dekh to sakte nahin hain. kyunke woh God jo hai, beyond space and time hai.</w:t>
      </w:r>
      <w:r>
        <w:br/>
      </w:r>
      <w:r>
        <w:rPr>
          <w:sz w:val="20"/>
        </w:rPr>
        <w:t>1:28:26  lekin God ko discover karte hain aap is</w:t>
      </w:r>
    </w:p>
    <w:p>
      <w:pPr>
        <w:pStyle w:val="Heading2"/>
      </w:pPr>
      <w:r>
        <w:t>How to find the true God and attain peace</w:t>
      </w:r>
    </w:p>
    <w:p>
      <w:r>
        <w:rPr>
          <w:color w:val="666666"/>
          <w:sz w:val="18"/>
        </w:rPr>
        <w:t>Material Science and Spiritual Science 20 May 2012 · 1m 50s · at 1:15:33 · https://youtu.be/4K6CxjThlxQ?t=4533</w:t>
      </w:r>
    </w:p>
    <w:p>
      <w:r>
        <w:rPr>
          <w:i/>
        </w:rPr>
        <w:t>“I want to find the true God. What should I do and which path should I follow so that after death I get peace and also become a true seeker in this world?”</w:t>
      </w:r>
    </w:p>
    <w:p>
      <w:r>
        <w:rPr>
          <w:sz w:val="20"/>
        </w:rPr>
        <w:t>1:15:33  yani guaranteed salvation ka aqeedah haqeeqatan pehle paida hua isaiyon mein wahi guaranteed salvation ka nazariya phir aa gaya hai musalmanon mein un ka is ka naam hai atonement yahan is ka naam hai sab shafaat mein un ko farq nahi hai maulana agla sawal lete hain jo delhi se hai mr polash mondal sahib ka unhon ne likha hai ke main sache ishwar ko pana chahta hoon is ke liye mujhe kya karna hai</w:t>
      </w:r>
      <w:r>
        <w:br/>
      </w:r>
      <w:r>
        <w:rPr>
          <w:sz w:val="20"/>
        </w:rPr>
        <w:t>1:16:01  kis raste pe chalna hai taake marne ke baad mujhe sukoon mile aur is duniya mein bhi</w:t>
      </w:r>
      <w:r>
        <w:br/>
      </w:r>
      <w:r>
        <w:rPr>
          <w:sz w:val="20"/>
        </w:rPr>
        <w:t>1:16:10  true seeker ban jaiye true seeker sacha mutalashi aur sab se mushkil kaam hai true seeker banna log chunke conditioning mein jeete hain tarah tarah ki conditioning mein to true seeker nahi ban paate</w:t>
      </w:r>
      <w:r>
        <w:br/>
      </w:r>
      <w:r>
        <w:rPr>
          <w:sz w:val="20"/>
        </w:rPr>
        <w:t>1:16:29  to man jaddah wajadah jo aadmi sacha seeker ban jaye zaroor us ko sachai milegi agar nahi mili hai to samjhiye ke aap abhi tak true seeker nahi bane</w:t>
      </w:r>
      <w:r>
        <w:br/>
      </w:r>
      <w:r>
        <w:rPr>
          <w:sz w:val="20"/>
        </w:rPr>
        <w:t>1:16:45  aur sachai mil gayi insaan ko aap ka dil khud gawahi deta hai ke mujhe sachai mil gayi</w:t>
      </w:r>
      <w:r>
        <w:br/>
      </w:r>
      <w:r>
        <w:rPr>
          <w:sz w:val="20"/>
        </w:rPr>
        <w:t>1:16:54  jaise main jo bolta hoon agar mujhe sachai na mili to main is tarah</w:t>
      </w:r>
      <w:r>
        <w:br/>
      </w:r>
      <w:r>
        <w:rPr>
          <w:sz w:val="20"/>
        </w:rPr>
        <w:t>1:16:58  bol nahi sakta tha mujhe himmat nahi padti ke aise bolun mein jis tarah bolta hoon main jis tarah se sab ko condemn karta hoon poori poori history condemn karta hoon kis ko himmat hogi bolne ki agar sachai na mili hui to kaun jurrat karega poori poori history ko condemn kare wo to sachai milegi to aap ke dil mein bolegi ke sachai pa liya hai maine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How to realize God more often</w:t>
      </w:r>
    </w:p>
    <w:p>
      <w:r>
        <w:rPr>
          <w:color w:val="666666"/>
          <w:sz w:val="18"/>
        </w:rPr>
        <w:t>Realization of God September 15, 2013 · 1m 40s · at 52:01 · https://youtu.be/CNEEeM5uyi8?t=3121</w:t>
      </w:r>
    </w:p>
    <w:p>
      <w:r>
        <w:rPr>
          <w:i/>
        </w:rPr>
        <w:t>“We often try to realize God, but are only able to get small moments in which eyes and heart start flowing. How can we realize God more often?”</w:t>
      </w:r>
    </w:p>
    <w:p>
      <w:r>
        <w:rPr>
          <w:sz w:val="20"/>
        </w:rPr>
        <w:t>52:01  maulana, agla sawal dilli se hai, miss naghma siddiqui ka. unhone likha hai: "we often try to realize god, but only are able to get small moments in which eyes and heart start flowing.</w:t>
      </w:r>
      <w:r>
        <w:br/>
      </w:r>
      <w:r>
        <w:rPr>
          <w:sz w:val="20"/>
        </w:rPr>
        <w:t>52:17  how can we realize god more often?"</w:t>
      </w:r>
      <w:r>
        <w:br/>
      </w:r>
      <w:r>
        <w:rPr>
          <w:sz w:val="20"/>
        </w:rPr>
        <w:t>52:23  dekhiye, yahi baat kahi thi ek sahabi ne ke rasool allah salallaho alaihi wasallam se. un ka naam tha hanzala. theek yahi baat thi ke hum ko kabhi kabhi aisa hota hai, magar barabar nahi hota.</w:t>
      </w:r>
      <w:r>
        <w:br/>
      </w:r>
      <w:r>
        <w:rPr>
          <w:sz w:val="20"/>
        </w:rPr>
        <w:t>52:42  to rasool allah ne farmaya tha ke: "ahyanan ya hanzala, aey hanzala! yeh cheez kuch kuch waqt hi ke liye hoti hai, musalsal nahi hoti."</w:t>
      </w:r>
      <w:r>
        <w:br/>
      </w:r>
      <w:r>
        <w:rPr>
          <w:sz w:val="20"/>
        </w:rPr>
        <w:t>52:53  kyunke musalsal agar ho to insan zinda na reh sake. yaad rakhiye, Allah ki rehmat hai ke musalsal woh nahi deta kisi ko.</w:t>
      </w:r>
      <w:r>
        <w:br/>
      </w:r>
      <w:r>
        <w:rPr>
          <w:sz w:val="20"/>
        </w:rPr>
        <w:t>53:03  phir insan pagal ho jayega, insan zinda nahi reh sakega.</w:t>
      </w:r>
      <w:r>
        <w:br/>
      </w:r>
      <w:r>
        <w:rPr>
          <w:sz w:val="20"/>
        </w:rPr>
        <w:t>53:11  to wahi matloob hai, walakin ahyaanan ya hanzala, qaalib yeh alfaaz hain. lekin aye hanzala, woh waqti taur par hi kuch kuch sa'at ke liye hoga, aur isi ko kaafi samjho, isi par shukr karo.</w:t>
      </w:r>
      <w:r>
        <w:br/>
      </w:r>
      <w:r>
        <w:rPr>
          <w:sz w:val="20"/>
        </w:rPr>
        <w:t>53:29  is hadith ko aap padhein, is ko mutala karein, woh bohat acha, is is cheez ka bohat acha jawab hai.</w:t>
      </w:r>
      <w:r>
        <w:br/>
      </w:r>
      <w:r>
        <w:rPr>
          <w:sz w:val="20"/>
        </w:rPr>
        <w:t>53:37  is hadith mein</w:t>
      </w:r>
    </w:p>
    <w:p>
      <w:pPr>
        <w:pStyle w:val="Heading2"/>
      </w:pPr>
      <w:r>
        <w:t>How to become a devotee of God</w:t>
      </w:r>
    </w:p>
    <w:p>
      <w:r>
        <w:rPr>
          <w:color w:val="666666"/>
          <w:sz w:val="18"/>
        </w:rPr>
        <w:t>Don't Be Angry Culture January 15, 2012 · 3m 26s · at 1:26:39 · https://youtu.be/NrA3X8y_FLY?t=5199</w:t>
      </w:r>
    </w:p>
    <w:p>
      <w:r>
        <w:rPr>
          <w:i/>
        </w:rPr>
        <w:t>“Guru ji, please tell me how can I become the devotee of the great God?”</w:t>
      </w:r>
    </w:p>
    <w:p>
      <w:r>
        <w:rPr>
          <w:sz w:val="20"/>
        </w:rPr>
        <w:t>1:26:39  Maulana, agla sawal aaya hai Delhi se Mr. Rama Katta Swamin ka. unhon ne likha hai: "Guru ji, please tell me how can I become the devotee of the great God?"</w:t>
      </w:r>
      <w:r>
        <w:br/>
      </w:r>
      <w:r>
        <w:rPr>
          <w:sz w:val="20"/>
        </w:rPr>
        <w:t>1:26:51  . dekhiye, is ka jo process hai, woh hai ke God ko aap dekh to sakte nahi hain, kyun ke God jo hai, beyond space and time hai.</w:t>
      </w:r>
      <w:r>
        <w:br/>
      </w:r>
      <w:r>
        <w:rPr>
          <w:sz w:val="20"/>
        </w:rPr>
        <w:t>1:27:06  lekin God ko discover karte hain aap is ke creation mein. yani ek hai creator, ek hai creation.</w:t>
      </w:r>
      <w:r>
        <w:br/>
      </w:r>
      <w:r>
        <w:rPr>
          <w:sz w:val="20"/>
        </w:rPr>
        <w:t>1:27:14  to creator ko aap aankhon se dekh nahin sakte hain, lekin us ke creation mein us ko aap discover kar sakte hain.</w:t>
      </w:r>
      <w:r>
        <w:br/>
      </w:r>
      <w:r>
        <w:rPr>
          <w:sz w:val="20"/>
        </w:rPr>
        <w:t>1:27:22  to jab aap creation mein sochte hain, creation mein study karte hain, to aap creator ko discover karte hain.</w:t>
      </w:r>
      <w:r>
        <w:br/>
      </w:r>
      <w:r>
        <w:rPr>
          <w:sz w:val="20"/>
        </w:rPr>
        <w:t>1:27:33  aur phir is se aap ko attachment hota hai, is se emotional contact banta hai. aur phir is ko apna, yani sab kuch banane bana bana lete hain aap.</w:t>
      </w:r>
      <w:r>
        <w:br/>
      </w:r>
      <w:r>
        <w:rPr>
          <w:sz w:val="20"/>
        </w:rPr>
        <w:t>1:27:45  to Khuda tak pahunchne ka rasta jo</w:t>
      </w:r>
      <w:r>
        <w:br/>
      </w:r>
      <w:r>
        <w:rPr>
          <w:sz w:val="20"/>
        </w:rPr>
        <w:t>1:27:49  yahi hai. creator tak pahunchne ka rasta, yani creation ke zariye jata hai. Through creation, you can discover God.</w:t>
      </w:r>
      <w:r>
        <w:br/>
      </w:r>
      <w:r>
        <w:rPr>
          <w:sz w:val="20"/>
        </w:rPr>
        <w:t>1:28:00  . is par bohat si kitabein hain, meri kitab bhi ek hai, is ko aap parh sakte hain: "God Arises" .</w:t>
      </w:r>
      <w:r>
        <w:br/>
      </w:r>
      <w:r>
        <w:rPr>
          <w:sz w:val="20"/>
        </w:rPr>
        <w:t>1:28:09  . main to rozana yahi karta hoon, jab main ek insaan ko dekhta hoon to sochta hoon, kaisa ajeeb hai yeh insaan.</w:t>
      </w:r>
      <w:r>
        <w:br/>
      </w:r>
      <w:r>
        <w:rPr>
          <w:sz w:val="20"/>
        </w:rPr>
        <w:t>1:28:18  to is is ke, is ke ek marvelous creation mein Khuda ko daryaft karta hoon. main drakht ko dekhta hoon, drakht bohat ajeeb lagta hai mujhe.</w:t>
      </w:r>
      <w:r>
        <w:br/>
      </w:r>
      <w:r>
        <w:rPr>
          <w:sz w:val="20"/>
        </w:rPr>
        <w:t>1:28:29  kaisa ajeeb hai drakht. to drakht ke andar main is ke, is ke, is ke creator ko daryaft karta hoon. aise hi suraj, chand aur sitare, galaxy, yeh sari cheezon mein sochta rehta hoon.</w:t>
      </w:r>
      <w:r>
        <w:br/>
      </w:r>
      <w:r>
        <w:rPr>
          <w:sz w:val="20"/>
        </w:rPr>
        <w:t>1:28:44  to is ke andar mujhe, yani yeh yeh creation ke ka phenomenon hai. is creation mein mujhe creator dikhai deta hai.</w:t>
      </w:r>
      <w:r>
        <w:br/>
      </w:r>
      <w:r>
        <w:rPr>
          <w:sz w:val="20"/>
        </w:rPr>
        <w:t>1:28:57  yahi process hai. jitna zyada aap sochenge, jitna zyada aap study karenge,</w:t>
      </w:r>
      <w:r>
        <w:br/>
      </w:r>
      <w:r>
        <w:rPr>
          <w:sz w:val="20"/>
        </w:rPr>
        <w:t>1:29:06  you can reach God through contemplation. . yahi ek hi rasta hai.</w:t>
      </w:r>
    </w:p>
    <w:p>
      <w:pPr>
        <w:pStyle w:val="Heading2"/>
      </w:pPr>
      <w:r>
        <w:t>How to properly thank God</w:t>
      </w:r>
    </w:p>
    <w:p>
      <w:r>
        <w:rPr>
          <w:color w:val="666666"/>
          <w:sz w:val="18"/>
        </w:rPr>
        <w:t>Quran for All Mankind June 3, 2012 · 1m 29s · at 1:10:34 · https://youtu.be/Gp-53Zjugcg?t=4234</w:t>
      </w:r>
    </w:p>
    <w:p>
      <w:r>
        <w:rPr>
          <w:i/>
        </w:rPr>
        <w:t>“How should we thank God?”</w:t>
      </w:r>
    </w:p>
    <w:p>
      <w:r>
        <w:rPr>
          <w:sz w:val="20"/>
        </w:rPr>
        <w:t>1:10:34  Maulana, agla sawal Lucknow se hai, Mr Adnan sahab ka. unhon ne aap se poocha hai ke "how should we thank God?" is ke baray mein bataein.</w:t>
      </w:r>
      <w:r>
        <w:br/>
      </w:r>
      <w:r>
        <w:rPr>
          <w:sz w:val="20"/>
        </w:rPr>
        <w:t>1:10:43  "how should we thank God?"</w:t>
      </w:r>
      <w:r>
        <w:br/>
      </w:r>
      <w:r>
        <w:rPr>
          <w:sz w:val="20"/>
        </w:rPr>
        <w:t>1:10:47  dekhein, thank ya shukriya, shukriya, hamdi, yeh is ka matlab yeh hai acknowledge karna, eteraaf, yani Allah ka shukar karna.</w:t>
      </w:r>
      <w:r>
        <w:br/>
      </w:r>
      <w:r>
        <w:rPr>
          <w:sz w:val="20"/>
        </w:rPr>
        <w:t>1:11:00  ya asal mein yeh wohi cheez hai jis ko hum kehte hain eteraaf, yani acknowledge karna. to</w:t>
      </w:r>
      <w:r>
        <w:br/>
      </w:r>
      <w:r>
        <w:rPr>
          <w:sz w:val="20"/>
        </w:rPr>
        <w:t>1:11:11  hum ko sab kuch jo mila hai, woh Allah ki taraf se mila hai.</w:t>
      </w:r>
      <w:r>
        <w:br/>
      </w:r>
      <w:r>
        <w:rPr>
          <w:sz w:val="20"/>
        </w:rPr>
        <w:t>1:11:14  hamara wajood, hamara dekhna, hamara bolna, zameen par chalna, phirna, life support system, jo kuch bhi hai, jo kuch bhi hai, sab kuch to woh Allah ki taraf se mila hai.</w:t>
      </w:r>
      <w:r>
        <w:br/>
      </w:r>
      <w:r>
        <w:rPr>
          <w:sz w:val="20"/>
        </w:rPr>
        <w:t>1:11:27  jab is ko hum daryaft karte hain to hum dene wale ka eteraaf karna chahte hain, acknowledge karna chahte hain. is se hum hamare zuban se niklta hai ke Khudaaya tera shukar hai, Alhamdulillah Rabb al-Alameen.</w:t>
      </w:r>
      <w:r>
        <w:br/>
      </w:r>
      <w:r>
        <w:rPr>
          <w:sz w:val="20"/>
        </w:rPr>
        <w:t>1:11:41  to shukar ka matlab hai eteraaf aur kuch nahin.</w:t>
      </w:r>
      <w:r>
        <w:br/>
      </w:r>
      <w:r>
        <w:rPr>
          <w:sz w:val="20"/>
        </w:rPr>
        <w:t>1:11:44  koi yeh purasrar cheez nahin hai, koi mysterious cheez nahin hai.</w:t>
      </w:r>
      <w:r>
        <w:br/>
      </w:r>
      <w:r>
        <w:rPr>
          <w:sz w:val="20"/>
        </w:rPr>
        <w:t>1:11:50  eteraaf aik fitri cheez hai jisay aap kuch mile to aap ka dil kehta hai ke mein is ka eteraaf karoon, is ko acknowledge karoon. isi ka naam hai mazhabi zuban mein shukar.</w:t>
      </w:r>
    </w:p>
    <w:p>
      <w:pPr>
        <w:pStyle w:val="Heading2"/>
      </w:pPr>
      <w:r>
        <w:t>How to become God's desired person?</w:t>
      </w:r>
    </w:p>
    <w:p>
      <w:r>
        <w:rPr>
          <w:color w:val="666666"/>
          <w:sz w:val="18"/>
        </w:rPr>
        <w:t>Islamic Pacifism Q&amp;A 8 May 2011 · 4m 02s · at 21:48 · https://youtu.be/5ZersGDNVcw?t=1308</w:t>
      </w:r>
    </w:p>
    <w:p>
      <w:r>
        <w:rPr>
          <w:i/>
        </w:rPr>
        <w:t>“How can a person become the desired person of God?”</w:t>
      </w:r>
    </w:p>
    <w:p>
      <w:r>
        <w:rPr>
          <w:sz w:val="20"/>
        </w:rPr>
        <w:t>21:48  Mr. Muhammad Daniyal ne Patna se sawal kiya hai. Unhon ne likha hai: "Koi shakhs Khuda ka matloob insaan kaise banay?" Is ke baray mein batayein.</w:t>
      </w:r>
      <w:r>
        <w:br/>
      </w:r>
      <w:r>
        <w:rPr>
          <w:sz w:val="20"/>
        </w:rPr>
        <w:t>22:07  Yeh to bohat mushkil sawal hai.</w:t>
      </w:r>
      <w:r>
        <w:br/>
      </w:r>
      <w:r>
        <w:rPr>
          <w:sz w:val="20"/>
        </w:rPr>
        <w:t>22:22  Baaki mein yahi keh sakta hoon ke takhallaqu be akhlaq Allah. Allah ke jo sifat hain, attributes hain, woh apne andar paida karna.</w:t>
      </w:r>
      <w:r>
        <w:br/>
      </w:r>
      <w:r>
        <w:rPr>
          <w:sz w:val="20"/>
        </w:rPr>
        <w:t>22:35  Aur sab se bari sifat Allah Ta'ala ki hai,</w:t>
      </w:r>
      <w:r>
        <w:br/>
      </w:r>
      <w:r>
        <w:rPr>
          <w:sz w:val="20"/>
        </w:rPr>
        <w:t>22:38  Rehman aur Raheem hona. Jo shuru hi mein bataya gaya hai. Rehman Raheem ke ma'ani kya hain? Yak tarfa tor par doosray ke baray mein wilshir hona.</w:t>
      </w:r>
      <w:r>
        <w:br/>
      </w:r>
      <w:r>
        <w:rPr>
          <w:sz w:val="20"/>
        </w:rPr>
        <w:t>22:54  Yak tarfa tor par positive mind ke sath duniya mein rehna. Yak tarfa tor par apne seene ko doosron ke liye achay jazbaat ka maskan banana.</w:t>
      </w:r>
      <w:r>
        <w:br/>
      </w:r>
      <w:r>
        <w:rPr>
          <w:sz w:val="20"/>
        </w:rPr>
        <w:t>23:11  To kaun Khuda ka matloob hai, yeh to aakhirat mein pata chalay ga. Duniya mein pata nahi chal sakta hai. Lekin Quran mein aik aik Surah hai jis mein hai ke razi Allah anhum wa radu.</w:t>
      </w:r>
      <w:r>
        <w:br/>
      </w:r>
      <w:r>
        <w:rPr>
          <w:sz w:val="20"/>
        </w:rPr>
        <w:t>23:23  Surah Al-Fajr. Is mein aik criteria milta hai humein.</w:t>
      </w:r>
      <w:r>
        <w:br/>
      </w:r>
      <w:r>
        <w:rPr>
          <w:sz w:val="20"/>
        </w:rPr>
        <w:t>23:30  Surah Al-Fajr mein. Ke do baat kahi gayi hain ke Allah kisi ko,</w:t>
      </w:r>
      <w:r>
        <w:br/>
      </w:r>
      <w:r>
        <w:rPr>
          <w:sz w:val="20"/>
        </w:rPr>
        <w:t>23:38  Allah Ta'ala jab kisi ko</w:t>
      </w:r>
      <w:r>
        <w:br/>
      </w:r>
      <w:r>
        <w:rPr>
          <w:sz w:val="20"/>
        </w:rPr>
        <w:t>23:43  Achay halaat deta hai, us ko</w:t>
      </w:r>
      <w:r>
        <w:br/>
      </w:r>
      <w:r>
        <w:rPr>
          <w:sz w:val="20"/>
        </w:rPr>
        <w:t>23:48  To woh hota hai ibtila ke liye, aazmaish ke liye. Lekin woh us ko apna fakhr bana leta hai. Ke Khuda ne mujhe yeh diya, Khuda ne mujhe woh diya. To aap ko kuch milay, achi cheez duniya ki.</w:t>
      </w:r>
      <w:r>
        <w:br/>
      </w:r>
      <w:r>
        <w:rPr>
          <w:sz w:val="20"/>
        </w:rPr>
        <w:t>24:02  Aap ko daulat milay, building milay, property milay.</w:t>
      </w:r>
      <w:r>
        <w:br/>
      </w:r>
      <w:r>
        <w:rPr>
          <w:sz w:val="20"/>
        </w:rPr>
        <w:t>24:06  To woh ibtila ke liye hota hai. Aazmaish ke liye hota hai. Ke aap us ko pa kar kaise bantay hain. Lekin hota kya hai ke log fakhr mein mubtala ho jatay hain.</w:t>
      </w:r>
      <w:r>
        <w:br/>
      </w:r>
      <w:r>
        <w:rPr>
          <w:sz w:val="20"/>
        </w:rPr>
        <w:t>24:19  Naaz mein mubtala hotay hain. Us ko apna pride bana letay hain, pride.</w:t>
      </w:r>
      <w:r>
        <w:br/>
      </w:r>
      <w:r>
        <w:rPr>
          <w:sz w:val="20"/>
        </w:rPr>
        <w:t>24:24  Phir us isi Surah mein hai ke jab Allah Ta'ala kisi ko tangi deta hai, tang haali mein mubtala karta hai, to woh bhi ibtila ke liye hota hai.</w:t>
      </w:r>
      <w:r>
        <w:br/>
      </w:r>
      <w:r>
        <w:rPr>
          <w:sz w:val="20"/>
        </w:rPr>
        <w:t>24:34  Woh bhi ibtila ke liye, aazmaish ke liye hota hai. Lekin yahan bhi aadmi kya karta hai? Ghalat ta'assur leta hai. Kehta hai ke dekho, Khuda ne mujhe</w:t>
      </w:r>
      <w:r>
        <w:br/>
      </w:r>
      <w:r>
        <w:rPr>
          <w:sz w:val="20"/>
        </w:rPr>
        <w:t>24:42  Bad haal kar diya? Kaisa Khuda hai? Kisi ko acha diya, kisi ko bura kar diya. Dekho, falan falan ko, un ko yeh mila hua hai, ab yeh kuch nahi mila.</w:t>
      </w:r>
      <w:r>
        <w:br/>
      </w:r>
      <w:r>
        <w:rPr>
          <w:sz w:val="20"/>
        </w:rPr>
        <w:t>24:52  to shikayati nafsiyat. Yani ek shakal, ek shakal mein fakhr ki nafsiyat. Doosri shakal mein shikayat ki nafsiyat. Yeh dono hi Khuda ke liye ghair matloob hain.</w:t>
      </w:r>
      <w:r>
        <w:br/>
      </w:r>
      <w:r>
        <w:rPr>
          <w:sz w:val="20"/>
        </w:rPr>
        <w:t>25:04  to is ke baad farmaya ke an-nafs al-mutmainnah jo hai, woh Allah ko matloob hai. An-nafs al-mutmainnah ka matlab hota hai complex free soul.</w:t>
      </w:r>
      <w:r>
        <w:br/>
      </w:r>
      <w:r>
        <w:rPr>
          <w:sz w:val="20"/>
        </w:rPr>
        <w:t>25:17  complex free soul. To inhi ke bare mein kaha hai ke Allah is se raazi hoga. To</w:t>
      </w:r>
      <w:r>
        <w:br/>
      </w:r>
      <w:r>
        <w:rPr>
          <w:sz w:val="20"/>
        </w:rPr>
        <w:t>25:24  fi waqe Allah kisi se raazi ho gaya. Fi waqe koi Allah ka matloob ban jab ban gaya, yeh to qayamat mein pata chalega. Lekin aap koshish kar sakte hain is tareeqe se ke apne ko aap complex free soul banayein.</w:t>
      </w:r>
      <w:r>
        <w:br/>
      </w:r>
      <w:r>
        <w:rPr>
          <w:sz w:val="20"/>
        </w:rPr>
        <w:t>25:38  apne ko an-nafs al-mutmainnah banayein.</w:t>
      </w:r>
      <w:r>
        <w:br/>
      </w:r>
      <w:r>
        <w:rPr>
          <w:sz w:val="20"/>
        </w:rPr>
        <w:t>25:41  har cheez ko is nazar se dekha jis nazar se Khuda is ko dekhta hai.</w:t>
      </w:r>
    </w:p>
    <w:p>
      <w:pPr>
        <w:pStyle w:val="Heading2"/>
      </w:pPr>
      <w:r>
        <w:t>Method to attain God's nearness</w:t>
      </w:r>
    </w:p>
    <w:p>
      <w:r>
        <w:rPr>
          <w:color w:val="666666"/>
          <w:sz w:val="18"/>
        </w:rPr>
        <w:t>The Importance of Thinking November 10, 2013 · 1m 38s · at 57:02 · https://youtu.be/y16CddTHoqE?t=3422</w:t>
      </w:r>
    </w:p>
    <w:p>
      <w:r>
        <w:rPr>
          <w:i/>
        </w:rPr>
        <w:t>“Maulana, you mentioned the nearness of God in the afterlife. What is the method to attain that nearness? Please explain.”</w:t>
      </w:r>
    </w:p>
    <w:p>
      <w:r>
        <w:rPr>
          <w:sz w:val="20"/>
        </w:rPr>
        <w:t>57:02  maulana, agla sawal dilli se hai hafiz muhammad shahid sahab ka. unhon ne likha hai: "maulana sahab, aap ne akhirat mein khuda ke jis qurb ka zikr kiya, us ko hasil karne ka tareeqa kya hai?</w:t>
      </w:r>
      <w:r>
        <w:br/>
      </w:r>
      <w:r>
        <w:rPr>
          <w:sz w:val="20"/>
        </w:rPr>
        <w:t>57:17  is ke baray mein batain."</w:t>
      </w:r>
      <w:r>
        <w:br/>
      </w:r>
      <w:r>
        <w:rPr>
          <w:sz w:val="20"/>
        </w:rPr>
        <w:t>57:29  bhai, aaj ki poori baat isi par thi. ab mein aur kya bataon?</w:t>
      </w:r>
      <w:r>
        <w:br/>
      </w:r>
      <w:r>
        <w:rPr>
          <w:sz w:val="20"/>
        </w:rPr>
        <w:t>57:34  aik ghanta jo mein bola hoon, to isi par to bola hoon. meri tarjuma ka aap yeh sawal kar rahe hain. ab mein aur kya boloon?</w:t>
      </w:r>
      <w:r>
        <w:br/>
      </w:r>
      <w:r>
        <w:rPr>
          <w:sz w:val="20"/>
        </w:rPr>
        <w:t>57:42  aur to mujhe kuch dekhen, jab aik hi mozu par mein ne aik ghanta bola hoon, to ab yeh sawal karna sahi nahi hai.</w:t>
      </w:r>
      <w:r>
        <w:br/>
      </w:r>
      <w:r>
        <w:rPr>
          <w:sz w:val="20"/>
        </w:rPr>
        <w:t>57:52  ab aap ko agar is mein koi baat samajh mein na aayi ho to us ko point out kijiye. falan baat jo kahi hai, woh is ka matlab kya hai?</w:t>
      </w:r>
      <w:r>
        <w:br/>
      </w:r>
      <w:r>
        <w:rPr>
          <w:sz w:val="20"/>
        </w:rPr>
        <w:t>58:03  yani aap is tarah ka sawal karna ke matlab yeh hai ke aap ne aik ghante ki taqreer suni nahi. shayad yeh baat mujhe samajh mein nahi aayi ke yahi isi yahi to mozu tha is is is aik ghante ki taqreer ka.</w:t>
      </w:r>
      <w:r>
        <w:br/>
      </w:r>
      <w:r>
        <w:rPr>
          <w:sz w:val="20"/>
        </w:rPr>
        <w:t>58:17  yahi to mauzu tha. ab yeh sawal sahi nahi hai.</w:t>
      </w:r>
      <w:r>
        <w:br/>
      </w:r>
      <w:r>
        <w:rPr>
          <w:sz w:val="20"/>
        </w:rPr>
        <w:t>58:21  aap ko yeh karna chahiye ke hafte par sochain. agle sunday ko aap batain ke falan baat is taqreer mein jo kahi gayi thi, us ke baray mein aap ki yeh rai hai.</w:t>
      </w:r>
      <w:r>
        <w:br/>
      </w:r>
      <w:r>
        <w:rPr>
          <w:sz w:val="20"/>
        </w:rPr>
        <w:t>58:33  yeh sawal to kar sakte hain aap. to aap ko sochiye, is ko sochiye, aur agle hafte aap dobara sahi lihaz par sawal kijiyay.</w:t>
      </w:r>
    </w:p>
    <w:p>
      <w:pPr>
        <w:pStyle w:val="Heading2"/>
      </w:pPr>
      <w:r>
        <w:t>Knowing Whether We Are Getting Close to Allah</w:t>
      </w:r>
    </w:p>
    <w:p>
      <w:r>
        <w:rPr>
          <w:color w:val="666666"/>
          <w:sz w:val="18"/>
        </w:rPr>
        <w:t>Realization of God September 15, 2013 · 2m 46s · at 1:00:59 · https://youtu.be/CNEEeM5uyi8?t=3659</w:t>
      </w:r>
    </w:p>
    <w:p>
      <w:r>
        <w:rPr>
          <w:i/>
        </w:rPr>
        <w:t>“Please guide us as to how we can know whether we are getting close to Allah or not.”</w:t>
      </w:r>
    </w:p>
    <w:p>
      <w:r>
        <w:rPr>
          <w:sz w:val="20"/>
        </w:rPr>
        <w:t>1:00:59  Maulana, agla sawal Mehtab Ahmad sahib ne kiya hai, Dhampur se. Unhon ne likha hai: "Maulana, please guide us as to how we can know whether we are getting close to Allah or not?"</w:t>
      </w:r>
      <w:r>
        <w:br/>
      </w:r>
      <w:r>
        <w:rPr>
          <w:sz w:val="20"/>
        </w:rPr>
        <w:t>1:01:16  dekhiye, yeh sawal karne ki baat nahin hai. kisi ko bhi yeh pata nahin hota ke woh allah is ke qareeb ho raha hai ya door ho raha hai.</w:t>
      </w:r>
      <w:r>
        <w:br/>
      </w:r>
      <w:r>
        <w:rPr>
          <w:sz w:val="20"/>
        </w:rPr>
        <w:t>1:01:28  agar aisa ho jaye to phir phir marifat ki had aa jayegi, aur paighambar ko yeh pata nahin hota hai. aap yeh samjhen ke paighambar ko pata hota hai ke woh kitna safar tay hua hai, kitna safar baqi hai.</w:t>
      </w:r>
      <w:r>
        <w:br/>
      </w:r>
      <w:r>
        <w:rPr>
          <w:sz w:val="20"/>
        </w:rPr>
        <w:t>1:01:42  yeh bilkul hi yeh soch galat hai,</w:t>
      </w:r>
      <w:r>
        <w:br/>
      </w:r>
      <w:r>
        <w:rPr>
          <w:sz w:val="20"/>
        </w:rPr>
        <w:t>1:01:47  yeh soch galat hai. Dekhiye, Allah ka jo nizam hai, jo takhleeqi naqsha Allah taala ka hai, uske mutabiq Allah ko matloob hai ke musalsal taur par aadmi uncertainty mein jeeye,</w:t>
      </w:r>
      <w:r>
        <w:br/>
      </w:r>
      <w:r>
        <w:rPr>
          <w:sz w:val="20"/>
        </w:rPr>
        <w:t>1:02:00  musalsal taur par uncertainty mein. Tabhi to intellectual process chalta rehta hai. Jitni yeh khatam ho jaye to intellectual process ruk jayega.</w:t>
      </w:r>
      <w:r>
        <w:br/>
      </w:r>
      <w:r>
        <w:rPr>
          <w:sz w:val="20"/>
        </w:rPr>
        <w:t>1:02:14  uncertainty yeh paighambar ke isi mein</w:t>
      </w:r>
      <w:r>
        <w:br/>
      </w:r>
      <w:r>
        <w:rPr>
          <w:sz w:val="20"/>
        </w:rPr>
        <w:t>1:02:16  rehta hai. Main aap ko misaal deta hoon, aap ko shakk na ho. Hadees baqayda maujood hai ke wallah la adri.</w:t>
      </w:r>
      <w:r>
        <w:br/>
      </w:r>
      <w:r>
        <w:rPr>
          <w:sz w:val="20"/>
        </w:rPr>
        <w:t>1:02:27  Log to samajhte hain ke Rasool Allah jo hai, takht par Allah miyan ke dayen ya bayen baithe hue hain. Yeh sab bilkul, yaani bilkul be-asar baatein hain, be-haqeeqat.</w:t>
      </w:r>
      <w:r>
        <w:br/>
      </w:r>
      <w:r>
        <w:rPr>
          <w:sz w:val="20"/>
        </w:rPr>
        <w:t>1:02:38  Rasool Allah ki jo tasweer hai, woh is hadees mein dekhiye: wallah la adri, wallah la adri, wallah la adri, wa ana Rasool Allah ma yufal bi wala bikum.</w:t>
      </w:r>
      <w:r>
        <w:br/>
      </w:r>
      <w:r>
        <w:rPr>
          <w:sz w:val="20"/>
        </w:rPr>
        <w:t>1:02:50  Khuda ki qasam, main nahi jaanta, Khuda ki qasam, main nahi jaanta, Khuda ki qasam, main nahi jaanta. Agarchay main Allah ka Rasool hoon, kya kiya jayega tumhare sath aur kya kiya jayega mere sath?</w:t>
      </w:r>
      <w:r>
        <w:br/>
      </w:r>
      <w:r>
        <w:rPr>
          <w:sz w:val="20"/>
        </w:rPr>
        <w:t>1:03:03  La adri ma yufal bi wala bikum. Yeh ayat Quran majeed ki hai: La adri ma yufal bi wala bikum.</w:t>
      </w:r>
      <w:r>
        <w:br/>
      </w:r>
      <w:r>
        <w:rPr>
          <w:sz w:val="20"/>
        </w:rPr>
        <w:t>1:03:12  To Quran mein bhi, hadees mein bhi hai. To yaad rakhiye, Allah ka jo takhleeqi naqsha hai, woh is par base karta hai ke insaan musalsal taur par uncertainty mein rahe.</w:t>
      </w:r>
      <w:r>
        <w:br/>
      </w:r>
      <w:r>
        <w:rPr>
          <w:sz w:val="20"/>
        </w:rPr>
        <w:t>1:03:25  Kyun? Isi waqt insaan ka jo intellectual development jo hai, spiritual development jo hai, uska process jaari rehta hai.</w:t>
      </w:r>
      <w:r>
        <w:br/>
      </w:r>
      <w:r>
        <w:rPr>
          <w:sz w:val="20"/>
        </w:rPr>
        <w:t>1:03:33  Woh pass ruk jayega, jahan ruk jayega to wahan stagnation aa jayega. Jahan process ruka, stagnation aaya.</w:t>
      </w:r>
    </w:p>
    <w:p>
      <w:pPr>
        <w:pStyle w:val="Heading2"/>
      </w:pPr>
      <w:r>
        <w:t>Balancing fear and love of God</w:t>
      </w:r>
    </w:p>
    <w:p>
      <w:r>
        <w:rPr>
          <w:color w:val="666666"/>
          <w:sz w:val="18"/>
        </w:rPr>
        <w:t>Between Hell and Paradise January 27, 2013 · 1m 04s · at 1:10:42 · https://youtu.be/0IItFxGXPQ4?t=4242</w:t>
      </w:r>
    </w:p>
    <w:p>
      <w:r>
        <w:rPr>
          <w:i/>
        </w:rPr>
        <w:t>“How can a person fear and love God simultaneously? Kindly guide.”</w:t>
      </w:r>
    </w:p>
    <w:p>
      <w:r>
        <w:rPr>
          <w:sz w:val="20"/>
        </w:rPr>
        <w:t>1:10:42  molana, unka ek aur sawal hai. unhone aapse poocha hai: "How can a person fear and love God simultaneously?</w:t>
      </w:r>
      <w:r>
        <w:br/>
      </w:r>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Ways to Increase God Consciousness</w:t>
      </w:r>
    </w:p>
    <w:p>
      <w:r>
        <w:rPr>
          <w:color w:val="666666"/>
          <w:sz w:val="18"/>
        </w:rPr>
        <w:t>The Prophet An Example of Modesty August 27, 2017 · 59s · at 1:08:11 · https://youtu.be/aR3V4c8fQC4?t=4091</w:t>
      </w:r>
    </w:p>
    <w:p>
      <w:r>
        <w:rPr>
          <w:i/>
        </w:rPr>
        <w:t>“How can we increase God consciousness?”</w:t>
      </w:r>
    </w:p>
    <w:p>
      <w:r>
        <w:rPr>
          <w:sz w:val="20"/>
        </w:rPr>
        <w:t>1:08:11  maulana, agla sawal lene se pehle ek comment padhna chahenge jo shad hussain sahib ne bheja hai srinagar se, unhon ne likha hai, "maulana sahib has deciphered an eternal breaking news from nature.</w:t>
      </w:r>
      <w:r>
        <w:br/>
      </w:r>
      <w:r>
        <w:rPr>
          <w:sz w:val="20"/>
        </w:rPr>
        <w:t>1:08:25  thank you for crushing our negligence.</w:t>
      </w:r>
      <w:r>
        <w:br/>
      </w:r>
      <w:r>
        <w:rPr>
          <w:sz w:val="20"/>
        </w:rPr>
        <w:t>1:08:28  thank you for guiding us to a wonderful parameter for modesty." maulana, agla sawal bhi srinagar se hai aamir mori sahib ka, unhon ne aapse poocha hai ke "how can we increase god consciousness?</w:t>
      </w:r>
      <w:r>
        <w:br/>
      </w:r>
      <w:r>
        <w:rPr>
          <w:sz w:val="20"/>
        </w:rPr>
        <w:t>1:08:43  is ki guidance hamein dijiye."</w:t>
      </w:r>
      <w:r>
        <w:br/>
      </w:r>
      <w:r>
        <w:rPr>
          <w:sz w:val="20"/>
        </w:rPr>
        <w:t>1:08:51  main bas yahi kahunga ke hamara program barabar suniye, hamari kitabein padhiye, yeh sab kijiye, quran ka mutala kijiye, tazkir al-quran ko padhiye, yeh sab kijiye.</w:t>
      </w:r>
      <w:r>
        <w:br/>
      </w:r>
      <w:r>
        <w:rPr>
          <w:sz w:val="20"/>
        </w:rPr>
        <w:t>1:09:06  is ka koi masti rasta tareeqa nahi hai.</w:t>
      </w:r>
    </w:p>
    <w:p>
      <w:pPr>
        <w:pStyle w:val="Heading2"/>
      </w:pPr>
      <w:r>
        <w:t>Personal Experience of Connection with God</w:t>
      </w:r>
    </w:p>
    <w:p>
      <w:r>
        <w:rPr>
          <w:color w:val="666666"/>
          <w:sz w:val="18"/>
        </w:rPr>
        <w:t>Importance of Peace December 16, 2012 · 36s · at 1:34:02 · https://youtu.be/nymyorYyEz4?t=5642</w:t>
      </w:r>
    </w:p>
    <w:p>
      <w:r>
        <w:rPr>
          <w:i/>
        </w:rPr>
        <w:t>“Maulana, how does your relationship with God happen? Please tell us about your experience.”</w:t>
      </w:r>
    </w:p>
    <w:p>
      <w:r>
        <w:rPr>
          <w:sz w:val="20"/>
        </w:rPr>
        <w:t>1:34:02  Maulana, agla sawal Tamil Nadu se hai Abu Rayan sahab ka. unhon ne likha hai: "Maulana, Allah taala se aap ka taalluq kaise hota hai?</w:t>
      </w:r>
      <w:r>
        <w:br/>
      </w:r>
      <w:r>
        <w:rPr>
          <w:sz w:val="20"/>
        </w:rPr>
        <w:t>1:34:13  is ka koi experience bataiye."</w:t>
      </w:r>
      <w:r>
        <w:br/>
      </w:r>
      <w:r>
        <w:rPr>
          <w:sz w:val="20"/>
        </w:rPr>
        <w:t>1:34:18  ji ji, is tarah thori is pe bataya jata hai.</w:t>
      </w:r>
      <w:r>
        <w:br/>
      </w:r>
      <w:r>
        <w:rPr>
          <w:sz w:val="20"/>
        </w:rPr>
        <w:t>1:34:25  aap meri aap woh parh lijiye. meri kitab jo hai, kitab marifat. kitab marifat mein aap is ka jawab mil jayega, inshallah aap ko.</w:t>
      </w:r>
    </w:p>
    <w:p>
      <w:pPr>
        <w:pStyle w:val="Heading2"/>
      </w:pPr>
      <w:r>
        <w:t>Consciously increasing iman</w:t>
      </w:r>
    </w:p>
    <w:p>
      <w:r>
        <w:rPr>
          <w:color w:val="666666"/>
          <w:sz w:val="18"/>
        </w:rPr>
        <w:t>Divine Help February 09, 2014 Maulana Wahiduddin Khan · 3m 55s · at 50:52 · https://youtu.be/eJBjiYGZcKY?t=3052</w:t>
      </w:r>
    </w:p>
    <w:p>
      <w:r>
        <w:rPr>
          <w:i/>
        </w:rPr>
        <w:t>“How can I increase my iman in a conscious way and...?”</w:t>
      </w:r>
    </w:p>
    <w:p>
      <w:r>
        <w:rPr>
          <w:sz w:val="20"/>
        </w:rPr>
        <w:t>50:52  Maulana agla sawal Islamabad Pakistan se hai.</w:t>
      </w:r>
      <w:r>
        <w:br/>
      </w:r>
      <w:r>
        <w:rPr>
          <w:sz w:val="20"/>
        </w:rPr>
        <w:t>50:57  Waseem Bari sahib ka.</w:t>
      </w:r>
      <w:r>
        <w:br/>
      </w:r>
      <w:r>
        <w:rPr>
          <w:sz w:val="20"/>
        </w:rPr>
        <w:t>51:03  انہوں نے آپ سے پوچھا ہے کہ How can I increase my iman in a conscious way and</w:t>
      </w:r>
      <w:r>
        <w:br/>
      </w:r>
      <w:r>
        <w:rPr>
          <w:sz w:val="20"/>
        </w:rPr>
        <w:t>51:09  permanently? is ke baray mein batayen.</w:t>
      </w:r>
      <w:r>
        <w:br/>
      </w:r>
      <w:r>
        <w:rPr>
          <w:sz w:val="20"/>
        </w:rPr>
        <w:t>51:14  pehli baat yeh hai ke aap sincere banen.</w:t>
      </w:r>
      <w:r>
        <w:br/>
      </w:r>
      <w:r>
        <w:rPr>
          <w:sz w:val="20"/>
        </w:rPr>
        <w:t>51:20  koi batane wala nahi bata sakta aap ko.</w:t>
      </w:r>
      <w:r>
        <w:br/>
      </w:r>
      <w:r>
        <w:rPr>
          <w:sz w:val="20"/>
        </w:rPr>
        <w:t>51:25  aap kisi aadmi se poochen ke main pani kaise piyoon? to kya batayega woh? dekhiye yeh sawal</w:t>
      </w:r>
      <w:r>
        <w:br/>
      </w:r>
      <w:r>
        <w:rPr>
          <w:sz w:val="20"/>
        </w:rPr>
        <w:t>51:31  poochne ka nahi hai.</w:t>
      </w:r>
      <w:r>
        <w:br/>
      </w:r>
      <w:r>
        <w:rPr>
          <w:sz w:val="20"/>
        </w:rPr>
        <w:t>51:36  main raat ke waqt sooon kaise? aur piyas lage to pani kaise piyoon? yeh poochne ki baat nahi hai.</w:t>
      </w:r>
      <w:r>
        <w:br/>
      </w:r>
      <w:r>
        <w:rPr>
          <w:sz w:val="20"/>
        </w:rPr>
        <w:t>51:42  aap sincere baniyen.</w:t>
      </w:r>
      <w:r>
        <w:br/>
      </w:r>
      <w:r>
        <w:rPr>
          <w:sz w:val="20"/>
        </w:rPr>
        <w:t>51:48  yaani aap is ko apna soul concern banaiye.</w:t>
      </w:r>
      <w:r>
        <w:br/>
      </w:r>
      <w:r>
        <w:rPr>
          <w:sz w:val="20"/>
        </w:rPr>
        <w:t>51:53  to kya hoga? aap ka zehn activate hoga.</w:t>
      </w:r>
      <w:r>
        <w:br/>
      </w:r>
      <w:r>
        <w:rPr>
          <w:sz w:val="20"/>
        </w:rPr>
        <w:t>51:59  aap ke andar thinking process jari hoga.</w:t>
      </w:r>
      <w:r>
        <w:br/>
      </w:r>
      <w:r>
        <w:rPr>
          <w:sz w:val="20"/>
        </w:rPr>
        <w:t>52:04  phir aap ko agar sincere hain, waqeatan sincere to batayega woh aap ki sincerity batayegi ke</w:t>
      </w:r>
      <w:r>
        <w:br/>
      </w:r>
      <w:r>
        <w:rPr>
          <w:sz w:val="20"/>
        </w:rPr>
        <w:t>52:10  Save yourself from all kinds of distraction.</w:t>
      </w:r>
      <w:r>
        <w:br/>
      </w:r>
      <w:r>
        <w:rPr>
          <w:sz w:val="20"/>
        </w:rPr>
        <w:t>52:16  apni conditioning ko torto.</w:t>
      </w:r>
      <w:r>
        <w:br/>
      </w:r>
      <w:r>
        <w:rPr>
          <w:sz w:val="20"/>
        </w:rPr>
        <w:t>52:21  apne aap ko deconnection banao.</w:t>
      </w:r>
      <w:r>
        <w:br/>
      </w:r>
      <w:r>
        <w:rPr>
          <w:sz w:val="20"/>
        </w:rPr>
        <w:t>52:27  Distraction se apne aap ko bachao.</w:t>
      </w:r>
      <w:r>
        <w:br/>
      </w:r>
      <w:r>
        <w:rPr>
          <w:sz w:val="20"/>
        </w:rPr>
        <w:t>52:32  Yeh sab aap ki sincerity bataey gi.</w:t>
      </w:r>
      <w:r>
        <w:br/>
      </w:r>
      <w:r>
        <w:rPr>
          <w:sz w:val="20"/>
        </w:rPr>
        <w:t>52:38  Dekhiye koi bhi batane wala nahi bata sakta.</w:t>
      </w:r>
      <w:r>
        <w:br/>
      </w:r>
      <w:r>
        <w:rPr>
          <w:sz w:val="20"/>
        </w:rPr>
        <w:t>52:44  Jo bataye gi woh aap ki sincerity, aap ki sanjeedgi.</w:t>
      </w:r>
      <w:r>
        <w:br/>
      </w:r>
      <w:r>
        <w:rPr>
          <w:sz w:val="20"/>
        </w:rPr>
        <w:t>52:49  Aise sawal jo hain aadmi ko apne aap se karne chahiye.</w:t>
      </w:r>
      <w:r>
        <w:br/>
      </w:r>
      <w:r>
        <w:rPr>
          <w:sz w:val="20"/>
        </w:rPr>
        <w:t>52:55  Keh mein jo chahta hoon us ke liye mein kitna sacrifice de sakta hoon? Kitni qurbani? Mein sachai</w:t>
      </w:r>
      <w:r>
        <w:br/>
      </w:r>
      <w:r>
        <w:rPr>
          <w:sz w:val="20"/>
        </w:rPr>
        <w:t>53:00  Chahta hoon to sachai ek qeemat mangti hai, qeemat.</w:t>
      </w:r>
      <w:r>
        <w:br/>
      </w:r>
      <w:r>
        <w:rPr>
          <w:sz w:val="20"/>
        </w:rPr>
        <w:t>53:06  Woh qeemat yeh hai aap apne aap ko conditioning se bachaen.</w:t>
      </w:r>
      <w:r>
        <w:br/>
      </w:r>
      <w:r>
        <w:rPr>
          <w:sz w:val="20"/>
        </w:rPr>
        <w:t>53:12  Apne aap ko distraction se bachaen.</w:t>
      </w:r>
      <w:r>
        <w:br/>
      </w:r>
      <w:r>
        <w:rPr>
          <w:sz w:val="20"/>
        </w:rPr>
        <w:t>53:17  Apne aap ko deconnection bataen. Banaen.</w:t>
      </w:r>
      <w:r>
        <w:br/>
      </w:r>
      <w:r>
        <w:rPr>
          <w:sz w:val="20"/>
        </w:rPr>
        <w:t>53:23  Apne habits ko badlen.</w:t>
      </w:r>
      <w:r>
        <w:br/>
      </w:r>
      <w:r>
        <w:rPr>
          <w:sz w:val="20"/>
        </w:rPr>
        <w:t>53:28  Bachpan se aadmi ke habit lag jaate hain.</w:t>
      </w:r>
      <w:r>
        <w:br/>
      </w:r>
      <w:r>
        <w:rPr>
          <w:sz w:val="20"/>
        </w:rPr>
        <w:t>53:34  Tarah tarah ke habit.</w:t>
      </w:r>
      <w:r>
        <w:br/>
      </w:r>
      <w:r>
        <w:rPr>
          <w:sz w:val="20"/>
        </w:rPr>
        <w:t>53:40  Is se apne aap ko bachaen.</w:t>
      </w:r>
      <w:r>
        <w:br/>
      </w:r>
      <w:r>
        <w:rPr>
          <w:sz w:val="20"/>
        </w:rPr>
        <w:t>53:45  Jhoote shauq se bachaen.</w:t>
      </w:r>
      <w:r>
        <w:br/>
      </w:r>
      <w:r>
        <w:rPr>
          <w:sz w:val="20"/>
        </w:rPr>
        <w:t>53:51  Kisi ko stage ka shauq hai.</w:t>
      </w:r>
      <w:r>
        <w:br/>
      </w:r>
      <w:r>
        <w:rPr>
          <w:sz w:val="20"/>
        </w:rPr>
        <w:t>53:56  Kisi ko sair o siyahat ka shauq hai.</w:t>
      </w:r>
      <w:r>
        <w:br/>
      </w:r>
      <w:r>
        <w:rPr>
          <w:sz w:val="20"/>
        </w:rPr>
        <w:t>54:02  Kisi ko luxury ka shauq hai.</w:t>
      </w:r>
      <w:r>
        <w:br/>
      </w:r>
      <w:r>
        <w:rPr>
          <w:sz w:val="20"/>
        </w:rPr>
        <w:t>54:08  Is se bachaen.</w:t>
      </w:r>
      <w:r>
        <w:br/>
      </w:r>
      <w:r>
        <w:rPr>
          <w:sz w:val="20"/>
        </w:rPr>
        <w:t>54:13  Apna focus sirf ek cheez pe dalen woh hai sachai.</w:t>
      </w:r>
      <w:r>
        <w:br/>
      </w:r>
      <w:r>
        <w:rPr>
          <w:sz w:val="20"/>
        </w:rPr>
        <w:t>54:19  Keh to yeh sab kuch kahan se aye gi? Aap ki sincerity se aye gi.</w:t>
      </w:r>
      <w:r>
        <w:br/>
      </w:r>
      <w:r>
        <w:rPr>
          <w:sz w:val="20"/>
        </w:rPr>
        <w:t>54:24  Agar aap sincere nahi hain to kuch bhi nahi, kuch bhi nahi, kuch bhi nahi.</w:t>
      </w:r>
      <w:r>
        <w:br/>
      </w:r>
      <w:r>
        <w:rPr>
          <w:sz w:val="20"/>
        </w:rPr>
        <w:t>54:30  To sab se pehle apne aap ko sachai ke muamle mein sincere banaiye. Sanjeeda banaiye.</w:t>
      </w:r>
      <w:r>
        <w:br/>
      </w:r>
      <w:r>
        <w:rPr>
          <w:sz w:val="20"/>
        </w:rPr>
        <w:t>54:36  To sanjeedgi apne aap mein moallim ban jaye gi, teacher ban jaye gi.</w:t>
      </w:r>
      <w:r>
        <w:br/>
      </w:r>
      <w:r>
        <w:rPr>
          <w:sz w:val="20"/>
        </w:rPr>
        <w:t>54:41  Woh sab kuch aap ko batati chali jaye gi.</w:t>
      </w:r>
    </w:p>
    <w:p>
      <w:pPr>
        <w:pStyle w:val="Heading2"/>
      </w:pPr>
      <w:r>
        <w:t>Spirit of God's presence in prayer</w:t>
      </w:r>
    </w:p>
    <w:p>
      <w:r>
        <w:rPr>
          <w:color w:val="666666"/>
          <w:sz w:val="18"/>
        </w:rPr>
        <w:t>Hadith-e-Jibril, April 21, 2013 · 1m 56s · at 1:42:12 · https://youtu.be/0rF6Ou0pDog?t=6132</w:t>
      </w:r>
    </w:p>
    <w:p>
      <w:r>
        <w:rPr>
          <w:i/>
        </w:rPr>
        <w:t>“How can we imbibe the spirit of presence of God while offering prayer?”</w:t>
      </w:r>
    </w:p>
    <w:p>
      <w:r>
        <w:rPr>
          <w:sz w:val="20"/>
        </w:rPr>
        <w:t>1:42:12  maulana, yeh sawal aaya hai kashmir se aamir jaan mori sahib ka. unhon ne aap se poocha hai how can we imbibe the spirit of presence of God while offering namaz?</w:t>
      </w:r>
      <w:r>
        <w:br/>
      </w:r>
      <w:r>
        <w:rPr>
          <w:sz w:val="20"/>
        </w:rPr>
        <w:t>1:42:27  dekhiye, sab se bari cheez jo hai, apne ko distraction se bachana. distraction se bachana. log distraction se to bachate nahin aur kehte hain ke hum kaise humein presence of God ke sath hi raho.</w:t>
      </w:r>
      <w:r>
        <w:br/>
      </w:r>
      <w:r>
        <w:rPr>
          <w:sz w:val="20"/>
        </w:rPr>
        <w:t>1:42:42  misalan masjidon mein jayenge aur jeeb mein mobile hai. itna bhi nahin kar sakte ke mobile ghar mein rakh kar aayen. itna bhi nahin kar sakte. to kahan se in ko presence of God ka tas</w:t>
      </w:r>
      <w:r>
        <w:br/>
      </w:r>
      <w:r>
        <w:rPr>
          <w:sz w:val="20"/>
        </w:rPr>
        <w:t>1:42:55  awwur hoga? woh to presence of mobile ka tasawwur hota hai. dekhiye, price deni parti hai har cheez ki. itni price bhi dene ko tayyar nahin koi ke apne mobile ko ghar par chhod kar aayen.</w:t>
      </w:r>
      <w:r>
        <w:br/>
      </w:r>
      <w:r>
        <w:rPr>
          <w:sz w:val="20"/>
        </w:rPr>
        <w:t>1:43:08  to kya aisi baatein karne se faida kya hai?</w:t>
      </w:r>
    </w:p>
    <w:p>
      <w:pPr>
        <w:pStyle w:val="Heading2"/>
      </w:pPr>
      <w:r>
        <w:t>Why God wants people to discover Him</w:t>
      </w:r>
    </w:p>
    <w:p>
      <w:r>
        <w:rPr>
          <w:color w:val="666666"/>
          <w:sz w:val="18"/>
        </w:rPr>
        <w:t>The Existence of God July 23, 2017 Maulana Wahiduddin Khan · 1m 04s · at 49:57 · https://youtu.be/shLM_JhG3iE?t=2997</w:t>
      </w:r>
    </w:p>
    <w:p>
      <w:r>
        <w:rPr>
          <w:i/>
        </w:rPr>
        <w:t>“Man wants to experience his creator in the physical world, but as per Quran, God wants to keep Himself unseen and He wants man to discover Him. Please explain, what is the reason as to why God wants people to discover Him?”</w:t>
      </w:r>
    </w:p>
    <w:p>
      <w:r>
        <w:rPr>
          <w:sz w:val="20"/>
        </w:rPr>
        <w:t>49:57  Maulana, agla sawal kolkata se aftab alam sahib ne bheja hai. unhon ne likha hai: "Man wants to experience his creator in the physical world, but as per Quran, God wants to keep Himself unseen and He wants man to discover Him.</w:t>
      </w:r>
      <w:r>
        <w:br/>
      </w:r>
      <w:r>
        <w:rPr>
          <w:sz w:val="20"/>
        </w:rPr>
        <w:t>50:18  Please explain, Maulana Sahib, what is the reason as to why God wants people to discover Him?" is liye ke khuda aap ko zyada bara reward dena chahta hai,</w:t>
      </w:r>
      <w:r>
        <w:br/>
      </w:r>
      <w:r>
        <w:rPr>
          <w:sz w:val="20"/>
        </w:rPr>
        <w:t>50:35  bara reward ke agar aaj insaan under compulsion ibadat kare to woh rewardable hai, lekin bohat chhota reward milega is par.</w:t>
      </w:r>
      <w:r>
        <w:br/>
      </w:r>
      <w:r>
        <w:rPr>
          <w:sz w:val="20"/>
        </w:rPr>
        <w:t>50:47  lekin aap ghor kijiye ke woh insaan jo as a matter of fact khuda ko jaane aur is par ibaadat kare, haalankeh is ne kabhi dekha nahi, to to bohat hi bari cheez hai.</w:t>
      </w:r>
    </w:p>
    <w:p>
      <w:pPr>
        <w:pStyle w:val="Heading1"/>
      </w:pPr>
      <w:r>
        <w:t>In the lectures (20)</w:t>
      </w:r>
    </w:p>
    <w:p>
      <w:pPr>
        <w:pStyle w:val="Heading2"/>
      </w:pPr>
      <w:r>
        <w:t>Age Of Consumerism I January 6, 2013 Maulana Wahiduddin Khan</w:t>
      </w:r>
    </w:p>
    <w:p>
      <w:r>
        <w:rPr>
          <w:color w:val="666666"/>
          <w:sz w:val="18"/>
        </w:rPr>
        <w:t>59:20 · https://youtu.be/CuRYFl7JuEM?t=3560</w:t>
      </w:r>
    </w:p>
    <w:p>
      <w:r>
        <w:rPr>
          <w:i/>
        </w:rPr>
        <w:t>“اللہ سے قربت حاصل ہو۔”</w:t>
      </w:r>
    </w:p>
    <w:p>
      <w:pPr>
        <w:pStyle w:val="Heading2"/>
      </w:pPr>
      <w:r>
        <w:t>Interaction with CPS Ulema September 26, 2020 Maulana Wahiduddin Khan</w:t>
      </w:r>
    </w:p>
    <w:p>
      <w:r>
        <w:rPr>
          <w:color w:val="666666"/>
          <w:sz w:val="18"/>
        </w:rPr>
        <w:t>10:52 · https://youtu.be/bLd4ZKlFvWY?t=652</w:t>
      </w:r>
    </w:p>
    <w:p>
      <w:r>
        <w:rPr>
          <w:i/>
        </w:rPr>
        <w:t>“میں چاہتا ہوں کہ اللہ کے وجود کو ہم”</w:t>
      </w:r>
    </w:p>
    <w:p>
      <w:pPr>
        <w:pStyle w:val="Heading2"/>
      </w:pPr>
      <w:r>
        <w:t>Muslim Militancy July 8, 2007</w:t>
      </w:r>
    </w:p>
    <w:p>
      <w:r>
        <w:rPr>
          <w:color w:val="666666"/>
          <w:sz w:val="18"/>
        </w:rPr>
        <w:t>1:59:08 · https://youtu.be/mfIIEFQDOtg?t=7148</w:t>
      </w:r>
    </w:p>
    <w:p>
      <w:r>
        <w:rPr>
          <w:i/>
        </w:rPr>
        <w:t>“خدا سے آپ قریب ہو جاتے ہیں۔”</w:t>
      </w:r>
    </w:p>
    <w:p>
      <w:pPr>
        <w:pStyle w:val="Heading2"/>
      </w:pPr>
      <w:r>
        <w:t>A Special Day 28 April 2018 - Maulana Wahiduddin Khan</w:t>
      </w:r>
    </w:p>
    <w:p>
      <w:r>
        <w:rPr>
          <w:color w:val="666666"/>
          <w:sz w:val="18"/>
        </w:rPr>
        <w:t>6:53 · https://youtu.be/MXrnOFgmAM4?t=413</w:t>
      </w:r>
    </w:p>
    <w:p>
      <w:r>
        <w:rPr>
          <w:i/>
        </w:rPr>
        <w:t>“میرے دل میں آیا کہ کاش اللہ تعالیٰ”</w:t>
      </w:r>
    </w:p>
    <w:p>
      <w:pPr>
        <w:pStyle w:val="Heading2"/>
      </w:pPr>
      <w:r>
        <w:t>Love of God October 04, 2009</w:t>
      </w:r>
    </w:p>
    <w:p>
      <w:r>
        <w:rPr>
          <w:color w:val="666666"/>
          <w:sz w:val="18"/>
        </w:rPr>
        <w:t>8:06 · https://youtu.be/zhGrZ1gfkjg?t=486</w:t>
      </w:r>
    </w:p>
    <w:p>
      <w:r>
        <w:rPr>
          <w:i/>
        </w:rPr>
        <w:t>“کیونکہ میں خدا تک پہنچ رہا تھا۔”</w:t>
      </w:r>
    </w:p>
    <w:p>
      <w:pPr>
        <w:pStyle w:val="Heading2"/>
      </w:pPr>
      <w:r>
        <w:t>The Discovery of God IIC Prog (CPS Members talk) November 2, 2019</w:t>
      </w:r>
    </w:p>
    <w:p>
      <w:r>
        <w:rPr>
          <w:color w:val="666666"/>
          <w:sz w:val="18"/>
        </w:rPr>
        <w:t>4:27 · https://youtu.be/hsBwCnNHLvw?t=267</w:t>
      </w:r>
    </w:p>
    <w:p>
      <w:r>
        <w:rPr>
          <w:i/>
        </w:rPr>
        <w:t>“I wanted a God who has relation with me, with whom I can understand my life.”</w:t>
      </w:r>
    </w:p>
    <w:p>
      <w:pPr>
        <w:pStyle w:val="Heading2"/>
      </w:pPr>
      <w:r>
        <w:t>Principles of Zakat in Islam 11 May 2007 - Maulana Wahiduddin Khan</w:t>
      </w:r>
    </w:p>
    <w:p>
      <w:r>
        <w:rPr>
          <w:color w:val="666666"/>
          <w:sz w:val="18"/>
        </w:rPr>
        <w:t>9:38 · https://youtu.be/RmfLc_lQrxs?t=578</w:t>
      </w:r>
    </w:p>
    <w:p>
      <w:r>
        <w:rPr>
          <w:i/>
        </w:rPr>
        <w:t>“I am for God.”</w:t>
      </w:r>
    </w:p>
    <w:p>
      <w:pPr>
        <w:pStyle w:val="Heading2"/>
      </w:pPr>
      <w:r>
        <w:t>Why this Ethical Crisis (Moral Crisis) I December 16, 2007 - Maulana Wahiduddin Khan</w:t>
      </w:r>
    </w:p>
    <w:p>
      <w:r>
        <w:rPr>
          <w:color w:val="666666"/>
          <w:sz w:val="18"/>
        </w:rPr>
        <w:t>5:57 · https://youtu.be/00lGcZ0tyyg?t=357</w:t>
      </w:r>
    </w:p>
    <w:p>
      <w:r>
        <w:rPr>
          <w:i/>
        </w:rPr>
        <w:t>“پانی کو دیکھ کر بھی میرے اندر خدا کو اکنالج کرنے کا سینٹیمنٹ آتا ہے۔”</w:t>
      </w:r>
    </w:p>
    <w:p>
      <w:pPr>
        <w:pStyle w:val="Heading2"/>
      </w:pPr>
      <w:r>
        <w:t>Divine Inspiration September 17, 2017 Maulana Wahiduddin Khan</w:t>
      </w:r>
    </w:p>
    <w:p>
      <w:r>
        <w:rPr>
          <w:color w:val="666666"/>
          <w:sz w:val="18"/>
        </w:rPr>
        <w:t>6:36 · https://youtu.be/xn4EhCPAE3o?t=396</w:t>
      </w:r>
    </w:p>
    <w:p>
      <w:r>
        <w:rPr>
          <w:i/>
        </w:rPr>
        <w:t>“سچ مچ اللہ کے پڑوس میں پہنچ گیا ہوں۔ اللہ کے بہت قریب پہنچ گیا ہوں۔”</w:t>
      </w:r>
    </w:p>
    <w:p>
      <w:pPr>
        <w:pStyle w:val="Heading2"/>
      </w:pPr>
      <w:r>
        <w:t>Islamic Prayer (English) February 27, 2007</w:t>
      </w:r>
    </w:p>
    <w:p>
      <w:r>
        <w:rPr>
          <w:color w:val="666666"/>
          <w:sz w:val="18"/>
        </w:rPr>
        <w:t>3:56 · https://youtu.be/7G6Wa2IGSwE?t=236</w:t>
      </w:r>
    </w:p>
    <w:p>
      <w:r>
        <w:rPr>
          <w:i/>
        </w:rPr>
        <w:t>“In the presence of God.”</w:t>
      </w:r>
    </w:p>
    <w:p>
      <w:pPr>
        <w:pStyle w:val="Heading2"/>
      </w:pPr>
      <w:r>
        <w:t>How to Deepen God Realization February 29, 2020 Maulana Wahiduddin Khan</w:t>
      </w:r>
    </w:p>
    <w:p>
      <w:r>
        <w:rPr>
          <w:color w:val="666666"/>
          <w:sz w:val="18"/>
        </w:rPr>
        <w:t>16:29 · https://youtu.be/1PL67G9Wcjc?t=989</w:t>
      </w:r>
    </w:p>
    <w:p>
      <w:r>
        <w:rPr>
          <w:i/>
        </w:rPr>
        <w:t>“تو یہ چیز مجھے خدا کی طرف لے آتی ہے۔”</w:t>
      </w:r>
    </w:p>
    <w:p>
      <w:pPr>
        <w:pStyle w:val="Heading2"/>
      </w:pPr>
      <w:r>
        <w:t>Dars-e-Quran June 26, 2007</w:t>
      </w:r>
    </w:p>
    <w:p>
      <w:r>
        <w:rPr>
          <w:color w:val="666666"/>
          <w:sz w:val="18"/>
        </w:rPr>
        <w:t>27:01 · https://youtu.be/5ztGu9ZGu6s?t=1621</w:t>
      </w:r>
    </w:p>
    <w:p>
      <w:r>
        <w:rPr>
          <w:i/>
        </w:rPr>
        <w:t>“میری باتیں خدا تک پہنچ رہی ہیں۔”</w:t>
      </w:r>
    </w:p>
    <w:p>
      <w:pPr>
        <w:pStyle w:val="Heading2"/>
      </w:pPr>
      <w:r>
        <w:t>Deeper Understanding of the Quran April 17, 2020 Maulana Wahiduddin Khan</w:t>
      </w:r>
    </w:p>
    <w:p>
      <w:r>
        <w:rPr>
          <w:color w:val="666666"/>
          <w:sz w:val="18"/>
        </w:rPr>
        <w:t>37:45 · https://youtu.be/BdHI7iWGiiY?t=2265</w:t>
      </w:r>
    </w:p>
    <w:p>
      <w:r>
        <w:rPr>
          <w:i/>
        </w:rPr>
        <w:t>“اللہ کی پکڑ کے احساس میں جیتا ہوں”</w:t>
      </w:r>
    </w:p>
    <w:p>
      <w:pPr>
        <w:pStyle w:val="Heading2"/>
      </w:pPr>
      <w:r>
        <w:t>Hadith (English) March 27, 2007 Maulana Wahiduddin Khan</w:t>
      </w:r>
    </w:p>
    <w:p>
      <w:r>
        <w:rPr>
          <w:color w:val="666666"/>
          <w:sz w:val="18"/>
        </w:rPr>
        <w:t>31:07 · https://youtu.be/VnwRJbqn9tU?t=1867</w:t>
      </w:r>
    </w:p>
    <w:p>
      <w:r>
        <w:rPr>
          <w:i/>
        </w:rPr>
        <w:t>“God is with me.”</w:t>
      </w:r>
    </w:p>
    <w:p>
      <w:pPr>
        <w:pStyle w:val="Heading2"/>
      </w:pPr>
      <w:r>
        <w:t>How to do Creative Dua</w:t>
      </w:r>
    </w:p>
    <w:p>
      <w:r>
        <w:rPr>
          <w:color w:val="666666"/>
          <w:sz w:val="18"/>
        </w:rPr>
        <w:t>13:39 · https://youtu.be/LiGXxL-poZE?t=819</w:t>
      </w:r>
    </w:p>
    <w:p>
      <w:r>
        <w:rPr>
          <w:i/>
        </w:rPr>
        <w:t>“میں اللہ سے ایک کام مانگ رہی تھی”</w:t>
      </w:r>
    </w:p>
    <w:p>
      <w:pPr>
        <w:pStyle w:val="Heading2"/>
      </w:pPr>
      <w:r>
        <w:t>The Power of Remembering God Often September 26, 2010</w:t>
      </w:r>
    </w:p>
    <w:p>
      <w:r>
        <w:rPr>
          <w:color w:val="666666"/>
          <w:sz w:val="18"/>
        </w:rPr>
        <w:t>1:15:55 · https://youtu.be/GMmwEr7Wt80?t=4555</w:t>
      </w:r>
    </w:p>
    <w:p>
      <w:r>
        <w:rPr>
          <w:i/>
        </w:rPr>
        <w:t>“یہ احساس کہ خدا مجھے دیکھ رہا ہے، خدا مجھے پکڑ سکتا ہے،”</w:t>
      </w:r>
    </w:p>
    <w:p>
      <w:pPr>
        <w:pStyle w:val="Heading2"/>
      </w:pPr>
      <w:r>
        <w:t>The Concept of Justice in Islam May 03, 2007</w:t>
      </w:r>
    </w:p>
    <w:p>
      <w:r>
        <w:rPr>
          <w:color w:val="666666"/>
          <w:sz w:val="18"/>
        </w:rPr>
        <w:t>35:55 · https://youtu.be/DY5SY8H554c?t=2155</w:t>
      </w:r>
    </w:p>
    <w:p>
      <w:r>
        <w:rPr>
          <w:i/>
        </w:rPr>
        <w:t>“"I fear God.”</w:t>
      </w:r>
    </w:p>
    <w:p>
      <w:pPr>
        <w:pStyle w:val="Heading2"/>
      </w:pPr>
      <w:r>
        <w:t>Role of Dayee in the Modern Age Sept 22, 2012 - Maulana Wahiduddin Khan</w:t>
      </w:r>
    </w:p>
    <w:p>
      <w:r>
        <w:rPr>
          <w:color w:val="666666"/>
          <w:sz w:val="18"/>
        </w:rPr>
        <w:t>14:12 · https://youtu.be/kRdsp_EkGX4?t=852</w:t>
      </w:r>
    </w:p>
    <w:p>
      <w:r>
        <w:rPr>
          <w:i/>
        </w:rPr>
        <w:t>“گویا کہ خدا مجھ سے کوئی بڑا کام لینا چاہتا ہے۔”</w:t>
      </w:r>
    </w:p>
    <w:p>
      <w:pPr>
        <w:pStyle w:val="Heading2"/>
      </w:pPr>
      <w:r>
        <w:t>Islamic Prayer (English) February 27, 2007</w:t>
      </w:r>
    </w:p>
    <w:p>
      <w:r>
        <w:rPr>
          <w:color w:val="666666"/>
          <w:sz w:val="18"/>
        </w:rPr>
        <w:t>3:47 · https://youtu.be/7G6Wa2IGSwE?t=227</w:t>
      </w:r>
    </w:p>
    <w:p>
      <w:r>
        <w:rPr>
          <w:i/>
        </w:rPr>
        <w:t>“then you feel that you are in the presence of God.”</w:t>
      </w:r>
    </w:p>
    <w:p>
      <w:pPr>
        <w:pStyle w:val="Heading2"/>
      </w:pPr>
      <w:r>
        <w:t>From The Spiritual Tree September 8, 2013</w:t>
      </w:r>
    </w:p>
    <w:p>
      <w:r>
        <w:rPr>
          <w:color w:val="666666"/>
          <w:sz w:val="18"/>
        </w:rPr>
        <w:t>25:31 · https://youtu.be/Vv6vf2N8YQA?t=1531</w:t>
      </w:r>
    </w:p>
    <w:p>
      <w:r>
        <w:rPr>
          <w:i/>
        </w:rPr>
        <w:t>“اگر احساس ہو کہ ہمیں اللہ کے سامنے کھڑا ہونا ہے۔”</w:t>
      </w:r>
    </w:p>
    <w:p>
      <w:pPr>
        <w:pStyle w:val="Heading1"/>
      </w:pPr>
      <w:r>
        <w:t>Clips (42)</w:t>
      </w:r>
    </w:p>
    <w:p>
      <w:pPr>
        <w:pStyle w:val="Heading2"/>
      </w:pPr>
      <w:r>
        <w:t>Knowing God beyond human form</w:t>
      </w:r>
    </w:p>
    <w:p>
      <w:r>
        <w:rPr>
          <w:color w:val="666666"/>
          <w:sz w:val="18"/>
        </w:rPr>
        <w:t>Interaction with CPS Ulema September 26, 2020 Maulana Wahiduddin Khan · 1m 13s · at 10:52 · https://youtu.be/bLd4ZKlFvWY?t=652</w:t>
      </w:r>
    </w:p>
    <w:p>
      <w:r>
        <w:rPr>
          <w:i/>
        </w:rPr>
        <w:t>“Main chahta hoon ke Allah ke wujood ko hum”</w:t>
      </w:r>
    </w:p>
    <w:p>
      <w:r>
        <w:rPr>
          <w:sz w:val="20"/>
        </w:rPr>
        <w:t>10:52  mein chahta hoon ke allah ke wajood ko hum</w:t>
      </w:r>
      <w:r>
        <w:br/>
      </w:r>
      <w:r>
        <w:rPr>
          <w:sz w:val="20"/>
        </w:rPr>
        <w:t>11:00  is tarah nahi jaan sakte jis tarah se</w:t>
      </w:r>
      <w:r>
        <w:br/>
      </w:r>
      <w:r>
        <w:rPr>
          <w:sz w:val="20"/>
        </w:rPr>
        <w:t>11:07  sheefa, sheefa ne bator-e-khud jaana. mislan ek soofi kaar ne kaha ke "ra'ayat rabbi,</w:t>
      </w:r>
      <w:r>
        <w:br/>
      </w:r>
      <w:r>
        <w:rPr>
          <w:sz w:val="20"/>
        </w:rPr>
        <w:t>11:22  ra'ayat rabbi, kashaf bilamart". yeh bilkul</w:t>
      </w:r>
      <w:r>
        <w:br/>
      </w:r>
      <w:r>
        <w:rPr>
          <w:sz w:val="20"/>
        </w:rPr>
        <w:t>11:32  ghalat baat hai.</w:t>
      </w:r>
      <w:r>
        <w:br/>
      </w:r>
      <w:r>
        <w:rPr>
          <w:sz w:val="20"/>
        </w:rPr>
        <w:t>11:38  aap allah ko insaan ke roop mein nahi jaan sakte. insaan ko aap</w:t>
      </w:r>
      <w:r>
        <w:br/>
      </w:r>
      <w:r>
        <w:rPr>
          <w:sz w:val="20"/>
        </w:rPr>
        <w:t>11:54  ek aisi hasti ke roop mein jaan sakte hain jo makhsus tasawwur se mawara hai.</w:t>
      </w:r>
    </w:p>
    <w:p>
      <w:pPr>
        <w:pStyle w:val="Heading2"/>
      </w:pPr>
      <w:r>
        <w:t>From Newton to teleconference fulfillment</w:t>
      </w:r>
    </w:p>
    <w:p>
      <w:r>
        <w:rPr>
          <w:color w:val="666666"/>
          <w:sz w:val="18"/>
        </w:rPr>
        <w:t>A Special Day 28 April 2018 - Maulana Wahiduddin Khan · 5m 52s · at 1:40 · https://youtu.be/MXrnOFgmAM4?t=100</w:t>
      </w:r>
    </w:p>
    <w:p>
      <w:r>
        <w:rPr>
          <w:i/>
        </w:rPr>
        <w:t>“Newton ka ek qissa bataya jata hai”</w:t>
      </w:r>
    </w:p>
    <w:p>
      <w:r>
        <w:rPr>
          <w:sz w:val="20"/>
        </w:rPr>
        <w:t>1:40  Newton ka ek qissa bataya jata hai ke Newton se pehle duniya Allah ki ek bohat hi badi blessing ko janti nahi thi.</w:t>
      </w:r>
      <w:r>
        <w:br/>
      </w:r>
      <w:r>
        <w:rPr>
          <w:sz w:val="20"/>
        </w:rPr>
        <w:t>1:55  woh hai Earth ke andar gravitational pull hona, gravity.</w:t>
      </w:r>
      <w:r>
        <w:br/>
      </w:r>
      <w:r>
        <w:rPr>
          <w:sz w:val="20"/>
        </w:rPr>
        <w:t>2:02  zameen ke andar jo gravity hai, us ko hazaron hazar saal se insan janta nahi tha. Halanke yeh Allah ki bohat hi badi blessing hai, kyunke agar yeh gravity na ho to kuch bhi na ho.</w:t>
      </w:r>
      <w:r>
        <w:br/>
      </w:r>
      <w:r>
        <w:rPr>
          <w:sz w:val="20"/>
        </w:rPr>
        <w:t>2:19  zameen par anaaj paida ho, na saare basayein, na hum chal phir saken. Hum log jo hain patte ke orhenge.</w:t>
      </w:r>
      <w:r>
        <w:br/>
      </w:r>
      <w:r>
        <w:rPr>
          <w:sz w:val="20"/>
        </w:rPr>
        <w:t>2:30  saara tamaddun, saara civilization, sari activities, sab band ho jayen.</w:t>
      </w:r>
      <w:r>
        <w:br/>
      </w:r>
      <w:r>
        <w:rPr>
          <w:sz w:val="20"/>
        </w:rPr>
        <w:t>2:39  aap ki carain jo darti hain, woh nahi darr sakain. woh gravity jo pakri hui hai, sab ko pakri hui hai, isi se sab ho raha hai. to insaan par Allah taala ne bees baar blessing ki thi, is mein se aik bohat bari blessing yeh thi</w:t>
      </w:r>
      <w:r>
        <w:br/>
      </w:r>
      <w:r>
        <w:rPr>
          <w:sz w:val="20"/>
        </w:rPr>
        <w:t>2:57  gravitational field zameen ke andar. to insaan bekhabar tha is se. to Newton ka aik bagh tha us ke family ka, saib ka,</w:t>
      </w:r>
      <w:r>
        <w:br/>
      </w:r>
      <w:r>
        <w:rPr>
          <w:sz w:val="20"/>
        </w:rPr>
        <w:t>3:12  to woh is mein baitha hua tha.</w:t>
      </w:r>
      <w:r>
        <w:br/>
      </w:r>
      <w:r>
        <w:rPr>
          <w:sz w:val="20"/>
        </w:rPr>
        <w:t>3:15  wahan jaya karta tha woh. aik din aise jagah baitha tha woh ke woh us ke ooper saib ka peir tha. to aik saib toota ooper se aur theek us ke sir par aa ke gira.</w:t>
      </w:r>
      <w:r>
        <w:br/>
      </w:r>
      <w:r>
        <w:rPr>
          <w:sz w:val="20"/>
        </w:rPr>
        <w:t>3:35  yani is sir ko hit kiya is ne. hit karne ka matlab kya tha? aay bewaqoof insaan, to apne creator ki itni bari blessing se abhi tak bekhabar hai?</w:t>
      </w:r>
      <w:r>
        <w:br/>
      </w:r>
      <w:r>
        <w:rPr>
          <w:sz w:val="20"/>
        </w:rPr>
        <w:t>3:52  to that was apple shock.</w:t>
      </w:r>
      <w:r>
        <w:br/>
      </w:r>
      <w:r>
        <w:rPr>
          <w:sz w:val="20"/>
        </w:rPr>
        <w:t>3:56  apple shock tha woh. is ke baad insaan ne, yani Newton ne, sochna shuru kiya. sochna shuru kiya.</w:t>
      </w:r>
      <w:r>
        <w:br/>
      </w:r>
      <w:r>
        <w:rPr>
          <w:sz w:val="20"/>
        </w:rPr>
        <w:t>4:06  aur sochte sochte us ne</w:t>
      </w:r>
      <w:r>
        <w:br/>
      </w:r>
      <w:r>
        <w:rPr>
          <w:sz w:val="20"/>
        </w:rPr>
        <w:t>4:11  jana ke zameen ke andar gravitational field hai. tab se insaan ne jana hai itni bari blessing ko jo Allah rab ul alameen ne di.</w:t>
      </w:r>
      <w:r>
        <w:br/>
      </w:r>
      <w:r>
        <w:rPr>
          <w:sz w:val="20"/>
        </w:rPr>
        <w:t>4:23  to hamare mission mein jo log yahan hain baithe hain, sab ke per koi na koi apple shock hua hai.</w:t>
      </w:r>
      <w:r>
        <w:br/>
      </w:r>
      <w:r>
        <w:rPr>
          <w:sz w:val="20"/>
        </w:rPr>
        <w:t>4:29  sab yahan hain warna na hotay.</w:t>
      </w:r>
      <w:r>
        <w:br/>
      </w:r>
      <w:r>
        <w:rPr>
          <w:sz w:val="20"/>
        </w:rPr>
        <w:t>4:34  jo log bhi yahan par hain, sab par koi na koi apple shock ka experience hua hai. aap sochiye, tab yahan aap hain.</w:t>
      </w:r>
      <w:r>
        <w:br/>
      </w:r>
      <w:r>
        <w:rPr>
          <w:sz w:val="20"/>
        </w:rPr>
        <w:t>4:47  recently do waqay ko mein zikr karoon in mein se. aik to Mr. Shoaib yeh ja rahe thay haan kaam se,</w:t>
      </w:r>
      <w:r>
        <w:br/>
      </w:r>
      <w:r>
        <w:rPr>
          <w:sz w:val="20"/>
        </w:rPr>
        <w:t>4:57  to un par aik saib gira. airport pohanch kar ke un ko lotna para. taake aaj ka jo yeh bohat hi special day hai, woh is mein shareek ho jayain.</w:t>
      </w:r>
      <w:r>
        <w:br/>
      </w:r>
      <w:r>
        <w:rPr>
          <w:sz w:val="20"/>
        </w:rPr>
        <w:t>5:12  is se pehle apple shock hua tha</w:t>
      </w:r>
      <w:r>
        <w:br/>
      </w:r>
      <w:r>
        <w:rPr>
          <w:sz w:val="20"/>
        </w:rPr>
        <w:t>5:15  ke Priya mili. aap jante hain ke Priya hum se bhag chuki thi. lekin Allah taala ne un ke sir par aik saib mara.</w:t>
      </w:r>
      <w:r>
        <w:br/>
      </w:r>
      <w:r>
        <w:rPr>
          <w:sz w:val="20"/>
        </w:rPr>
        <w:t>5:28  bhag ke kahan ja rahi hogi? bhag ke kahan jaogi?</w:t>
      </w:r>
      <w:r>
        <w:br/>
      </w:r>
      <w:r>
        <w:rPr>
          <w:sz w:val="20"/>
        </w:rPr>
        <w:t>5:35  to woh loti woh. aur itne shandar tareeqay se loti hain ke pehle se bhi zyada taluq un ka ho gaya Mr. se. aise sab ka haal hai.</w:t>
      </w:r>
      <w:r>
        <w:br/>
      </w:r>
      <w:r>
        <w:rPr>
          <w:sz w:val="20"/>
        </w:rPr>
        <w:t>5:48  to dekhiye aaj ka din special kyun batata hoon mein?</w:t>
      </w:r>
      <w:r>
        <w:br/>
      </w:r>
      <w:r>
        <w:rPr>
          <w:sz w:val="20"/>
        </w:rPr>
        <w:t>5:57  bohat pehle ki baat hai, mein</w:t>
      </w:r>
      <w:r>
        <w:br/>
      </w:r>
      <w:r>
        <w:rPr>
          <w:sz w:val="20"/>
        </w:rPr>
        <w:t>6:03  Times of India ke aik program mein mujhe shareek kiya gaya. woh tha jis ko kehte hain teleconferencing.</w:t>
      </w:r>
      <w:r>
        <w:br/>
      </w:r>
      <w:r>
        <w:rPr>
          <w:sz w:val="20"/>
        </w:rPr>
        <w:t>6:13  yehin Delhi mein un ke office mein tha, Times of India ke office mein. teleconferencing wahan mujhe bulaya gaya tha.</w:t>
      </w:r>
      <w:r>
        <w:br/>
      </w:r>
      <w:r>
        <w:rPr>
          <w:sz w:val="20"/>
        </w:rPr>
        <w:t>6:22  to is mein kai top ke log thay Mr. mein. CC se aur bhi kai log. to doosre maqam par, doosre saare log thay.</w:t>
      </w:r>
      <w:r>
        <w:br/>
      </w:r>
      <w:r>
        <w:rPr>
          <w:sz w:val="20"/>
        </w:rPr>
        <w:t>6:34  mein akela hi tha office mein aur log bahar bhag rahe thay.</w:t>
      </w:r>
      <w:r>
        <w:br/>
      </w:r>
      <w:r>
        <w:rPr>
          <w:sz w:val="20"/>
        </w:rPr>
        <w:t>6:40  to teleconferencing hui. hum logon ne apne apne maqam se bola aur wahan sab ko hamari di. to yeh bohat pehle ki baat hai.</w:t>
      </w:r>
      <w:r>
        <w:br/>
      </w:r>
      <w:r>
        <w:rPr>
          <w:sz w:val="20"/>
        </w:rPr>
        <w:t>6:53  mere dil mein aaya ke kaash Allah taala</w:t>
      </w:r>
      <w:r>
        <w:br/>
      </w:r>
      <w:r>
        <w:rPr>
          <w:sz w:val="20"/>
        </w:rPr>
        <w:t>6:58  hum ko bhi aur hamare mission ko bhi itna phailaye ke hamare bhi teleconferencing ho.</w:t>
      </w:r>
      <w:r>
        <w:br/>
      </w:r>
      <w:r>
        <w:rPr>
          <w:sz w:val="20"/>
        </w:rPr>
        <w:t>7:10  yani is waqt yeh anokhi aur anoni, ek na hone wali baat thi jab yeh hua tha. Yani hum hum jo hai sapne bhi nahi de sakte the ke hamari teleconferencing hogi.</w:t>
      </w:r>
      <w:r>
        <w:br/>
      </w:r>
      <w:r>
        <w:rPr>
          <w:sz w:val="20"/>
        </w:rPr>
        <w:t>7:24  lekin theek aaj hi ke din America mein teleconferencing hui hai aur is ka report un ke paas aayi hai.</w:t>
      </w:r>
    </w:p>
    <w:p>
      <w:pPr>
        <w:pStyle w:val="Heading2"/>
      </w:pPr>
      <w:r>
        <w:t>Atheist on verge of finding God</w:t>
      </w:r>
    </w:p>
    <w:p>
      <w:r>
        <w:rPr>
          <w:color w:val="666666"/>
          <w:sz w:val="18"/>
        </w:rPr>
        <w:t>Love of God October 04, 2009 · 53s · at 7:17 · https://youtu.be/zhGrZ1gfkjg?t=437</w:t>
      </w:r>
    </w:p>
    <w:p>
      <w:r>
        <w:rPr>
          <w:i/>
        </w:rPr>
        <w:t>“Ek baar main kaam kar raha tha apne table par”</w:t>
      </w:r>
    </w:p>
    <w:p>
      <w:r>
        <w:rPr>
          <w:sz w:val="20"/>
        </w:rPr>
        <w:t>7:17  aur kaan mein kya cheez hai keh woh aap ke mind tak is ko transfer kiya? yaani yeh bolna aur sunna itna anokha phenomena hai keh ek atheist ne likha hai keh ek baar mein kaam kar raha tha apne table par.</w:t>
      </w:r>
      <w:r>
        <w:br/>
      </w:r>
      <w:r>
        <w:rPr>
          <w:sz w:val="20"/>
        </w:rPr>
        <w:t>7:39  itne mein meri choti bachchi aa gayi. kuch us ne kaha kuch mein ne kaha to kuch conversation hua. to us ne likha hai keh mein mera mind idhar chala gaya keh yeh kaise aadmi bolta hai kaise sunta hai?</w:t>
      </w:r>
      <w:r>
        <w:br/>
      </w:r>
      <w:r>
        <w:rPr>
          <w:sz w:val="20"/>
        </w:rPr>
        <w:t>7:54  yeh kaise aisa hota hai? to achaanak woh us ke mind mein aaya keh yeh to lagta hai koi Khuda ho. to jaldi se us ne likha hai keh mein ne jaldi se sochna chhod diya.</w:t>
      </w:r>
      <w:r>
        <w:br/>
      </w:r>
      <w:r>
        <w:rPr>
          <w:sz w:val="20"/>
        </w:rPr>
        <w:t>8:06  kyun keh mein Khuda tak pahunch raha tha.</w:t>
      </w:r>
    </w:p>
    <w:p>
      <w:pPr>
        <w:pStyle w:val="Heading2"/>
      </w:pPr>
      <w:r>
        <w:t>From rational proof to relational experience with God</w:t>
      </w:r>
    </w:p>
    <w:p>
      <w:r>
        <w:rPr>
          <w:color w:val="666666"/>
          <w:sz w:val="18"/>
        </w:rPr>
        <w:t>The Discovery of God IIC Prog (CPS Members talk) November 2, 2019 · 3m 29s · at 3:46 · https://youtu.be/hsBwCnNHLvw?t=226</w:t>
      </w:r>
    </w:p>
    <w:p>
      <w:r>
        <w:rPr>
          <w:i/>
        </w:rPr>
        <w:t>“I got several proofs for the existence of God”</w:t>
      </w:r>
    </w:p>
    <w:p>
      <w:r>
        <w:rPr>
          <w:sz w:val="20"/>
        </w:rPr>
        <w:t>3:46  So I got several proofs for the existence of God at the rational level. However, I must confess that I was not convinced. I was looking for something deeper.</w:t>
      </w:r>
      <w:r>
        <w:br/>
      </w:r>
      <w:r>
        <w:rPr>
          <w:sz w:val="20"/>
        </w:rPr>
        <w:t>3:57  I was looking for something closer to my nature. I wanted to know who is God? What relation does God have with me?</w:t>
      </w:r>
      <w:r>
        <w:br/>
      </w:r>
      <w:r>
        <w:rPr>
          <w:sz w:val="20"/>
        </w:rPr>
        <w:t>4:08  What significance does God have for me in my own life?</w:t>
      </w:r>
      <w:r>
        <w:br/>
      </w:r>
      <w:r>
        <w:rPr>
          <w:sz w:val="20"/>
        </w:rPr>
        <w:t>4:13  How do I understand that Being who is the Creator? So I did not want to believe in God as a distant entity, as a spectator God who is controlling the entire universe like a cosmic magician.</w:t>
      </w:r>
      <w:r>
        <w:br/>
      </w:r>
      <w:r>
        <w:rPr>
          <w:sz w:val="20"/>
        </w:rPr>
        <w:t>4:27  I wanted a God who has relation with me, with whom I can understand my life.</w:t>
      </w:r>
      <w:r>
        <w:br/>
      </w:r>
      <w:r>
        <w:rPr>
          <w:sz w:val="20"/>
        </w:rPr>
        <w:t>4:36  So I understood this phenomena when I was once interacting with an American lady who was my neighbor for several years.</w:t>
      </w:r>
      <w:r>
        <w:br/>
      </w:r>
      <w:r>
        <w:rPr>
          <w:sz w:val="20"/>
        </w:rPr>
        <w:t>4:46  So she was a very devoutly religious person. She was a devout Christian. So once I was speaking to her about religion, and I asked her, "What is it that makes you believe in religion so devoutly?</w:t>
      </w:r>
      <w:r>
        <w:br/>
      </w:r>
      <w:r>
        <w:rPr>
          <w:sz w:val="20"/>
        </w:rPr>
        <w:t>4:59  What is it that makes you believe in God?"</w:t>
      </w:r>
      <w:r>
        <w:br/>
      </w:r>
      <w:r>
        <w:rPr>
          <w:sz w:val="20"/>
        </w:rPr>
        <w:t>5:02  So she revealed to me that she was a person who had a very good family, very loving children, a loving husband.</w:t>
      </w:r>
      <w:r>
        <w:br/>
      </w:r>
      <w:r>
        <w:rPr>
          <w:sz w:val="20"/>
        </w:rPr>
        <w:t>5:11  She had a very nice home, and she had a life that kept her very busy. But all this while, she felt that there was something within her that was lacking.</w:t>
      </w:r>
      <w:r>
        <w:br/>
      </w:r>
      <w:r>
        <w:rPr>
          <w:sz w:val="20"/>
        </w:rPr>
        <w:t>5:22  there was a void and a hollow within her. and this hollow and this void persisted uncomfortably until she turned to religion and she turned to god</w:t>
      </w:r>
      <w:r>
        <w:br/>
      </w:r>
      <w:r>
        <w:rPr>
          <w:sz w:val="20"/>
        </w:rPr>
        <w:t>5:31  and that is what made her believe in god. and this whole incident reminded me of some lines from burton russell's book on the conquest of happiness.</w:t>
      </w:r>
      <w:r>
        <w:br/>
      </w:r>
      <w:r>
        <w:rPr>
          <w:sz w:val="20"/>
        </w:rPr>
        <w:t>5:43  burton russell writes that people have a feeling of deprivation in the midst of abundance. and he says that animals are happy, and they become happy when they have enough to eat and they have a healthy and a secure l</w:t>
      </w:r>
      <w:r>
        <w:br/>
      </w:r>
      <w:r>
        <w:rPr>
          <w:sz w:val="20"/>
        </w:rPr>
        <w:t>5:58  ife. and similarly, human beings also should be happy in the modern world. but we see that they are not happy in a great majority of cases.</w:t>
      </w:r>
      <w:r>
        <w:br/>
      </w:r>
      <w:r>
        <w:rPr>
          <w:sz w:val="20"/>
        </w:rPr>
        <w:t>6:08  and i realized that this was also my own case. i reflected afterwards, and i realized that i was also suffering from a feeling of vacuum. and i realized that this vacuum cannot be fulfilled unless i believe in god.</w:t>
      </w:r>
      <w:r>
        <w:br/>
      </w:r>
      <w:r>
        <w:rPr>
          <w:sz w:val="20"/>
        </w:rPr>
        <w:t>6:20  so the proof for god does not exist somewhere out there. it exists in my own</w:t>
      </w:r>
      <w:r>
        <w:br/>
      </w:r>
      <w:r>
        <w:rPr>
          <w:sz w:val="20"/>
        </w:rPr>
        <w:t>6:25  being. if i reflect on the state of my own being, i realize that i will not have a sense of meaning in life, a sense of fulfillment, unless i believed in god.</w:t>
      </w:r>
      <w:r>
        <w:br/>
      </w:r>
      <w:r>
        <w:rPr>
          <w:sz w:val="20"/>
        </w:rPr>
        <w:t>6:38  and this meaningfulness, i realized, does not come by merely paying lip service to god, by merely having a belief in god.</w:t>
      </w:r>
      <w:r>
        <w:br/>
      </w:r>
      <w:r>
        <w:rPr>
          <w:sz w:val="20"/>
        </w:rPr>
        <w:t>6:48  i realized that this meaningfulness comes when you believe in god and you have a deep relationship with him.</w:t>
      </w:r>
      <w:r>
        <w:br/>
      </w:r>
      <w:r>
        <w:rPr>
          <w:sz w:val="20"/>
        </w:rPr>
        <w:t>6:56  and this point became very clear to me when i read a book, a very famous book, which is considered a christian classic. it's called "in pursuit of god" by a.w.</w:t>
      </w:r>
      <w:r>
        <w:br/>
      </w:r>
      <w:r>
        <w:rPr>
          <w:sz w:val="20"/>
        </w:rPr>
        <w:t>7:06  tozer. and he says that we, human beings, have to aspire to a relational experience with god.</w:t>
      </w:r>
    </w:p>
    <w:p>
      <w:pPr>
        <w:pStyle w:val="Heading2"/>
      </w:pPr>
      <w:r>
        <w:t>Zakat as money management and purification</w:t>
      </w:r>
    </w:p>
    <w:p>
      <w:r>
        <w:rPr>
          <w:color w:val="666666"/>
          <w:sz w:val="18"/>
        </w:rPr>
        <w:t>Principles of Zakat in Islam 11 May 2007 - Maulana Wahiduddin Khan · 2m 28s · at 7:55 · https://youtu.be/RmfLc_lQrxs?t=475</w:t>
      </w:r>
    </w:p>
    <w:p>
      <w:r>
        <w:rPr>
          <w:i/>
        </w:rPr>
        <w:t>“Zakat gives you the principle of money management.”</w:t>
      </w:r>
    </w:p>
    <w:p>
      <w:r>
        <w:rPr>
          <w:sz w:val="20"/>
        </w:rPr>
        <w:t>7:55  Zakat is... the... Zakat gives you the principle of money management.</w:t>
      </w:r>
      <w:r>
        <w:br/>
      </w:r>
      <w:r>
        <w:rPr>
          <w:sz w:val="20"/>
        </w:rPr>
        <w:t>8:04  Now... Zakat literally means purification. Purification.</w:t>
      </w:r>
      <w:r>
        <w:br/>
      </w:r>
      <w:r>
        <w:rPr>
          <w:sz w:val="20"/>
        </w:rPr>
        <w:t>8:15  The literal meaning of Zakat is purification. So when you pay Zakat from your earning... you are purifying yourself.</w:t>
      </w:r>
      <w:r>
        <w:br/>
      </w:r>
      <w:r>
        <w:rPr>
          <w:sz w:val="20"/>
        </w:rPr>
        <w:t>8:28  You know... money is the greatest... thing for everyone. The center of love is money.</w:t>
      </w:r>
      <w:r>
        <w:br/>
      </w:r>
      <w:r>
        <w:rPr>
          <w:sz w:val="20"/>
        </w:rPr>
        <w:t>8:37  For everyone.</w:t>
      </w:r>
      <w:r>
        <w:br/>
      </w:r>
      <w:r>
        <w:rPr>
          <w:sz w:val="20"/>
        </w:rPr>
        <w:t>8:40  Everyone loves money. So there is a verse in the Quran... lan tanalul birra hatta tunfiqu mimma tuhibbun Money is your supreme concern.</w:t>
      </w:r>
      <w:r>
        <w:br/>
      </w:r>
      <w:r>
        <w:rPr>
          <w:sz w:val="20"/>
        </w:rPr>
        <w:t>8:59  You love money. So until you pay from this... money, you are not a true believer. This is purification.</w:t>
      </w:r>
      <w:r>
        <w:br/>
      </w:r>
      <w:r>
        <w:rPr>
          <w:sz w:val="20"/>
        </w:rPr>
        <w:t>9:10  When you pay a part of your earning... for the sake of God...</w:t>
      </w:r>
      <w:r>
        <w:br/>
      </w:r>
      <w:r>
        <w:rPr>
          <w:sz w:val="20"/>
        </w:rPr>
        <w:t>9:20  it means that you are purifying your money. You are inculcating the spirit of...</w:t>
      </w:r>
      <w:r>
        <w:br/>
      </w:r>
      <w:r>
        <w:rPr>
          <w:sz w:val="20"/>
        </w:rPr>
        <w:t>9:31  consciousness. That God is everything. My money is for God.</w:t>
      </w:r>
      <w:r>
        <w:br/>
      </w:r>
      <w:r>
        <w:rPr>
          <w:sz w:val="20"/>
        </w:rPr>
        <w:t>9:38  I am for God.</w:t>
      </w:r>
      <w:r>
        <w:br/>
      </w:r>
      <w:r>
        <w:rPr>
          <w:sz w:val="20"/>
        </w:rPr>
        <w:t>9:42  Every... belonging of my...</w:t>
      </w:r>
      <w:r>
        <w:br/>
      </w:r>
      <w:r>
        <w:rPr>
          <w:sz w:val="20"/>
        </w:rPr>
        <w:t>9:48  myself is for God. So... Zakat is a sign of this kind of...</w:t>
      </w:r>
      <w:r>
        <w:br/>
      </w:r>
      <w:r>
        <w:rPr>
          <w:sz w:val="20"/>
        </w:rPr>
        <w:t>10:00  decision, this kind of...</w:t>
      </w:r>
      <w:r>
        <w:br/>
      </w:r>
      <w:r>
        <w:rPr>
          <w:sz w:val="20"/>
        </w:rPr>
        <w:t>10:04  of</w:t>
      </w:r>
      <w:r>
        <w:br/>
      </w:r>
      <w:r>
        <w:rPr>
          <w:sz w:val="20"/>
        </w:rPr>
        <w:t>10:06  declaration. So, there are 2 aspects, 2 basic aspects of Zakat. There are 2 basic aspects of Zakat.</w:t>
      </w:r>
      <w:r>
        <w:br/>
      </w:r>
      <w:r>
        <w:rPr>
          <w:sz w:val="20"/>
        </w:rPr>
        <w:t>10:21  One is personal.</w:t>
      </w:r>
    </w:p>
    <w:p>
      <w:pPr>
        <w:pStyle w:val="Heading2"/>
      </w:pPr>
      <w:r>
        <w:t>why prayer is the most important pillar of Islam</w:t>
      </w:r>
    </w:p>
    <w:p>
      <w:r>
        <w:rPr>
          <w:color w:val="666666"/>
          <w:sz w:val="18"/>
        </w:rPr>
        <w:t>Islamic Prayer (English) February 27, 2007 · 5m 47s · at 0:33 · https://youtu.be/7G6Wa2IGSwE?t=33</w:t>
      </w:r>
    </w:p>
    <w:p>
      <w:r>
        <w:rPr>
          <w:i/>
        </w:rPr>
        <w:t>“The theme for this day is Islamic prayer.”</w:t>
      </w:r>
    </w:p>
    <w:p>
      <w:r>
        <w:rPr>
          <w:sz w:val="20"/>
        </w:rPr>
        <w:t>0:33  The theme for this day is Islamic prayer.</w:t>
      </w:r>
      <w:r>
        <w:br/>
      </w:r>
      <w:r>
        <w:rPr>
          <w:sz w:val="20"/>
        </w:rPr>
        <w:t>0:47  The Arabic equivalent to the prayer is Salat,</w:t>
      </w:r>
      <w:r>
        <w:br/>
      </w:r>
      <w:r>
        <w:rPr>
          <w:sz w:val="20"/>
        </w:rPr>
        <w:t>0:57  and in Persian and Urdu it is called Namaaz. So prayer, and Salat, and Namaaz are one and the same.</w:t>
      </w:r>
      <w:r>
        <w:br/>
      </w:r>
      <w:r>
        <w:rPr>
          <w:sz w:val="20"/>
        </w:rPr>
        <w:t>1:19  You know,</w:t>
      </w:r>
      <w:r>
        <w:br/>
      </w:r>
      <w:r>
        <w:rPr>
          <w:sz w:val="20"/>
        </w:rPr>
        <w:t>1:23  there is a Hadith</w:t>
      </w:r>
      <w:r>
        <w:br/>
      </w:r>
      <w:r>
        <w:rPr>
          <w:sz w:val="20"/>
        </w:rPr>
        <w:t>1:26  . In this Hadith, the Prophet of Islam has said that there are five pillars of Islam:</w:t>
      </w:r>
      <w:r>
        <w:br/>
      </w:r>
      <w:r>
        <w:rPr>
          <w:sz w:val="20"/>
        </w:rPr>
        <w:t>1:46  Bani al-Islam wa ala-Qams, Shahadat Alla ilaha illallah, wa anna Muhammadan rabbu wa rasuluh, wa Iqam as-Salah, wa Eta'id Zakat,</w:t>
      </w:r>
      <w:r>
        <w:br/>
      </w:r>
      <w:r>
        <w:rPr>
          <w:sz w:val="20"/>
        </w:rPr>
        <w:t>2:00  wal-Hajj, wa Sawm-e-Ramadan.</w:t>
      </w:r>
      <w:r>
        <w:br/>
      </w:r>
      <w:r>
        <w:rPr>
          <w:sz w:val="20"/>
        </w:rPr>
        <w:t>2:07  Out of these five Islamic pillars, one is the prayer or Salat or Namaaz.</w:t>
      </w:r>
      <w:r>
        <w:br/>
      </w:r>
      <w:r>
        <w:rPr>
          <w:sz w:val="20"/>
        </w:rPr>
        <w:t>2:22  So</w:t>
      </w:r>
      <w:r>
        <w:br/>
      </w:r>
      <w:r>
        <w:rPr>
          <w:sz w:val="20"/>
        </w:rPr>
        <w:t>2:25  I will try to explain what is Salat.</w:t>
      </w:r>
      <w:r>
        <w:br/>
      </w:r>
      <w:r>
        <w:rPr>
          <w:sz w:val="20"/>
        </w:rPr>
        <w:t>2:34  Salat is</w:t>
      </w:r>
      <w:r>
        <w:br/>
      </w:r>
      <w:r>
        <w:rPr>
          <w:sz w:val="20"/>
        </w:rPr>
        <w:t>2:40  a mode of worship. Worship is the basic teaching of Islam.</w:t>
      </w:r>
      <w:r>
        <w:br/>
      </w:r>
      <w:r>
        <w:rPr>
          <w:sz w:val="20"/>
        </w:rPr>
        <w:t>2:53  Worship means Ibadah.</w:t>
      </w:r>
      <w:r>
        <w:br/>
      </w:r>
      <w:r>
        <w:rPr>
          <w:sz w:val="20"/>
        </w:rPr>
        <w:t>2:59  There is a Hadith</w:t>
      </w:r>
      <w:r>
        <w:br/>
      </w:r>
      <w:r>
        <w:rPr>
          <w:sz w:val="20"/>
        </w:rPr>
        <w:t>3:02  the Prophet of Islam has said: تعبد الله كأنك ترى</w:t>
      </w:r>
      <w:r>
        <w:br/>
      </w:r>
      <w:r>
        <w:rPr>
          <w:sz w:val="20"/>
        </w:rPr>
        <w:t>3:13  Do worship in such a way as though you are seeing God Almighty.</w:t>
      </w:r>
      <w:r>
        <w:br/>
      </w:r>
      <w:r>
        <w:rPr>
          <w:sz w:val="20"/>
        </w:rPr>
        <w:t>3:27  So Salat is a worship. And the most important aspect of Salat is that when you perform Salat with its inner content and its external content,</w:t>
      </w:r>
      <w:r>
        <w:br/>
      </w:r>
      <w:r>
        <w:rPr>
          <w:sz w:val="20"/>
        </w:rPr>
        <w:t>3:47  then you feel that you are in the presence of God.</w:t>
      </w:r>
      <w:r>
        <w:br/>
      </w:r>
      <w:r>
        <w:rPr>
          <w:sz w:val="20"/>
        </w:rPr>
        <w:t>3:56  In the presence of God.</w:t>
      </w:r>
      <w:r>
        <w:br/>
      </w:r>
      <w:r>
        <w:rPr>
          <w:sz w:val="20"/>
        </w:rPr>
        <w:t>3:59  So prayer or Salat is the most important teaching of the Islam.</w:t>
      </w:r>
      <w:r>
        <w:br/>
      </w:r>
      <w:r>
        <w:rPr>
          <w:sz w:val="20"/>
        </w:rPr>
        <w:t>4:09  Now,</w:t>
      </w:r>
      <w:r>
        <w:br/>
      </w:r>
      <w:r>
        <w:rPr>
          <w:sz w:val="20"/>
        </w:rPr>
        <w:t>4:13  there is a Hadith: الصلاة معراج المؤمنين Namaaz is the mirage of a believer</w:t>
      </w:r>
      <w:r>
        <w:br/>
      </w:r>
      <w:r>
        <w:rPr>
          <w:sz w:val="20"/>
        </w:rPr>
        <w:t>4:29  . Mirage means ascension. So Namaaz is like ascension</w:t>
      </w:r>
      <w:r>
        <w:br/>
      </w:r>
      <w:r>
        <w:rPr>
          <w:sz w:val="20"/>
        </w:rPr>
        <w:t>4:38  because it brings you in the presence of God. Then there is a Hadith: المساجد بيوت المتقين The mosque is the house of</w:t>
      </w:r>
      <w:r>
        <w:br/>
      </w:r>
      <w:r>
        <w:rPr>
          <w:sz w:val="20"/>
        </w:rPr>
        <w:t>4:55  pious people.</w:t>
      </w:r>
      <w:r>
        <w:br/>
      </w:r>
      <w:r>
        <w:rPr>
          <w:sz w:val="20"/>
        </w:rPr>
        <w:t>4:59  It means that mosque is a center of Taqwa.</w:t>
      </w:r>
      <w:r>
        <w:br/>
      </w:r>
      <w:r>
        <w:rPr>
          <w:sz w:val="20"/>
        </w:rPr>
        <w:t>5:10  Mosque is a center of Taqwa.</w:t>
      </w:r>
      <w:r>
        <w:br/>
      </w:r>
      <w:r>
        <w:rPr>
          <w:sz w:val="20"/>
        </w:rPr>
        <w:t>5:17  Then the second Caliph, Umar Farooq, has said: al-salat imad al-din man aqamaha aqam al-din wa man hadamaha hadam al-din</w:t>
      </w:r>
      <w:r>
        <w:br/>
      </w:r>
      <w:r>
        <w:rPr>
          <w:sz w:val="20"/>
        </w:rPr>
        <w:t>5:39  It means that</w:t>
      </w:r>
      <w:r>
        <w:br/>
      </w:r>
      <w:r>
        <w:rPr>
          <w:sz w:val="20"/>
        </w:rPr>
        <w:t>5:43  prayer or Salat or Namaaz is a pillar of Islam. One who demolishes this pillar,</w:t>
      </w:r>
      <w:r>
        <w:br/>
      </w:r>
      <w:r>
        <w:rPr>
          <w:sz w:val="20"/>
        </w:rPr>
        <w:t>5:57  he will demolish the whole edifice of Islam. By these references, you can understand the importance of Namaaz or Salat.</w:t>
      </w:r>
      <w:r>
        <w:br/>
      </w:r>
      <w:r>
        <w:rPr>
          <w:sz w:val="20"/>
        </w:rPr>
        <w:t>6:21  Now,</w:t>
      </w:r>
    </w:p>
    <w:p>
      <w:pPr>
        <w:pStyle w:val="Heading2"/>
      </w:pPr>
      <w:r>
        <w:t>Taking things for granted blocks God realization</w:t>
      </w:r>
    </w:p>
    <w:p>
      <w:r>
        <w:rPr>
          <w:color w:val="666666"/>
          <w:sz w:val="18"/>
        </w:rPr>
        <w:t>How to Deepen God Realization February 29, 2020 Maulana Wahiduddin Khan · 3m 58s · at 13:01 · https://youtu.be/1PL67G9Wcjc?t=781</w:t>
      </w:r>
    </w:p>
    <w:p>
      <w:r>
        <w:rPr>
          <w:i/>
        </w:rPr>
        <w:t>“Main samajhta hoon sab se badi rukawat yeh hai”</w:t>
      </w:r>
    </w:p>
    <w:p>
      <w:r>
        <w:rPr>
          <w:sz w:val="20"/>
        </w:rPr>
        <w:t>13:01  mein samajhta hoon ke sab se bari rukawat yeh hai, ghaleban, ke insaan cheezon ko pak grater leta rehta hai.</w:t>
      </w:r>
      <w:r>
        <w:br/>
      </w:r>
      <w:r>
        <w:rPr>
          <w:sz w:val="20"/>
        </w:rPr>
        <w:t>13:16  mein suraj dugra,</w:t>
      </w:r>
      <w:r>
        <w:br/>
      </w:r>
      <w:r>
        <w:rPr>
          <w:sz w:val="20"/>
        </w:rPr>
        <w:t>13:18  suraj dooba, raat aayi, din aaya.</w:t>
      </w:r>
      <w:r>
        <w:br/>
      </w:r>
      <w:r>
        <w:rPr>
          <w:sz w:val="20"/>
        </w:rPr>
        <w:t>13:27  acha, beshumar waqiat har waqt hote rehte hain. to hum is ko sochte nahi, hum kyunke hum is ko for-guarder lete rehte hain.</w:t>
      </w:r>
      <w:r>
        <w:br/>
      </w:r>
      <w:r>
        <w:rPr>
          <w:sz w:val="20"/>
        </w:rPr>
        <w:t>13:40  to is se nikalne ki shakal sirf yeh hai ke hum is ko for granted na len, balkeh is ko God se attribute karen, apne soch ko barhaen.</w:t>
      </w:r>
      <w:r>
        <w:br/>
      </w:r>
      <w:r>
        <w:rPr>
          <w:sz w:val="20"/>
        </w:rPr>
        <w:t>14:03  forgader ke liye urdu mein koi acha lafz mujhe maloom nahi hai, lekin yeh bohat,</w:t>
      </w:r>
      <w:r>
        <w:br/>
      </w:r>
      <w:r>
        <w:rPr>
          <w:sz w:val="20"/>
        </w:rPr>
        <w:t>14:14  bohat important hai. for that, it's bohat important hai. har waqt, har waqt beshumar waqiat hote hain zameen par, aasman mein, jo hamare liye</w:t>
      </w:r>
      <w:r>
        <w:br/>
      </w:r>
      <w:r>
        <w:rPr>
          <w:sz w:val="20"/>
        </w:rPr>
        <w:t>14:34  rehmat hai. hum un ko dekhte hain aur mante hain. yahi baat shayad quran mein hi in alfaz mein aayi hai ke</w:t>
      </w:r>
      <w:r>
        <w:br/>
      </w:r>
      <w:r>
        <w:rPr>
          <w:sz w:val="20"/>
        </w:rPr>
        <w:t>14:47  woh kya hai? sab yeh</w:t>
      </w:r>
      <w:r>
        <w:br/>
      </w:r>
      <w:r>
        <w:rPr>
          <w:sz w:val="20"/>
        </w:rPr>
        <w:t>14:57  kitni nishaniyan hain zameen o aasman mein jo har waqt in jis se woh guzarte hain, lekin woh is se sabak nahi lete.</w:t>
      </w:r>
      <w:r>
        <w:br/>
      </w:r>
      <w:r>
        <w:rPr>
          <w:sz w:val="20"/>
        </w:rPr>
        <w:t>15:07  yahi to hai ke agar ghore karen to zameen mein, aasman mein har taraf nishaniyan nishaniyan hain,</w:t>
      </w:r>
      <w:r>
        <w:br/>
      </w:r>
      <w:r>
        <w:rPr>
          <w:sz w:val="20"/>
        </w:rPr>
        <w:t>15:17  lekin is ko for granted lete rehte hain. is liye woh un ke liye</w:t>
      </w:r>
      <w:r>
        <w:br/>
      </w:r>
      <w:r>
        <w:rPr>
          <w:sz w:val="20"/>
        </w:rPr>
        <w:t>15:26  is ki marifat mein</w:t>
      </w:r>
      <w:r>
        <w:br/>
      </w:r>
      <w:r>
        <w:rPr>
          <w:sz w:val="20"/>
        </w:rPr>
        <w:t>15:32  izafa ka zariya nahi banta. yeh matlab hai is ayat ka.</w:t>
      </w:r>
      <w:r>
        <w:br/>
      </w:r>
      <w:r>
        <w:rPr>
          <w:sz w:val="20"/>
        </w:rPr>
        <w:t>15:42  Maulana, jaise abhi aap examples de rahe hain, yeh jaise aap ne bola ke hum ghore o fikr nahi karte. Maulana, hum yeh bol rahe hain ke kya aisi cheezein hoti hain, hamare distractions hote hain, kya hote hain ke hum is pe ghore o fikr nahi kar paate?</w:t>
      </w:r>
      <w:r>
        <w:br/>
      </w:r>
      <w:r>
        <w:rPr>
          <w:sz w:val="20"/>
        </w:rPr>
        <w:t>15:55  hum kyun nahi ghore o fikr kar paate?</w:t>
      </w:r>
      <w:r>
        <w:br/>
      </w:r>
      <w:r>
        <w:rPr>
          <w:sz w:val="20"/>
        </w:rPr>
        <w:t>15:57  ab mislan mein har har kuch bhi jo mujh se guzarta hai, mera to foran mein us ko god ko le kar sochta hoon.</w:t>
      </w:r>
      <w:r>
        <w:br/>
      </w:r>
      <w:r>
        <w:rPr>
          <w:sz w:val="20"/>
        </w:rPr>
        <w:t>16:06  jaise aaj, abhi abhi kha ke to us ko le kar sochta hoon ke mein mujh pe,</w:t>
      </w:r>
      <w:r>
        <w:br/>
      </w:r>
      <w:r>
        <w:rPr>
          <w:sz w:val="20"/>
        </w:rPr>
        <w:t>16:16  mere bas mein nahi hai ke mein kha kha ke na hone doon. bas mein nahi hai ke is mani mein mere siwa ek taqat hai, us ke bas mein hai.</w:t>
      </w:r>
      <w:r>
        <w:br/>
      </w:r>
      <w:r>
        <w:rPr>
          <w:sz w:val="20"/>
        </w:rPr>
        <w:t>16:29  to yeh cheez mujhe khuda ki taraf le aati hai.</w:t>
      </w:r>
      <w:r>
        <w:br/>
      </w:r>
      <w:r>
        <w:rPr>
          <w:sz w:val="20"/>
        </w:rPr>
        <w:t>16:35  to yeh aadmi ko chahiye ke is ki, is ko tadabbur kaha gaya quran mein, tadabbur ke tadabbur ka qiyadat barhaye.</w:t>
      </w:r>
      <w:r>
        <w:br/>
      </w:r>
      <w:r>
        <w:rPr>
          <w:sz w:val="20"/>
        </w:rPr>
        <w:t>16:48  aadmi bohat zyada tadabbur kare, bohat zyada ghore o fikr kare.</w:t>
      </w:r>
    </w:p>
    <w:p>
      <w:pPr>
        <w:pStyle w:val="Heading2"/>
      </w:pPr>
      <w:r>
        <w:t>confront someone privately instead of backbiting them</w:t>
      </w:r>
    </w:p>
    <w:p>
      <w:r>
        <w:rPr>
          <w:color w:val="666666"/>
          <w:sz w:val="18"/>
        </w:rPr>
        <w:t>Dars-e-Quran June 26, 2007 · 2m 48s · at 26:15 · https://youtu.be/5ztGu9ZGu6s?t=1575</w:t>
      </w:r>
    </w:p>
    <w:p>
      <w:r>
        <w:rPr>
          <w:i/>
        </w:rPr>
        <w:t>“If someone has a flaw, go to them directly”</w:t>
      </w:r>
    </w:p>
    <w:p>
      <w:r>
        <w:rPr>
          <w:sz w:val="20"/>
        </w:rPr>
        <w:t>26:15  fifeemabainaka wabainahu</w:t>
      </w:r>
      <w:r>
        <w:br/>
      </w:r>
      <w:r>
        <w:rPr>
          <w:sz w:val="20"/>
        </w:rPr>
        <w:t>26:18  us se appointment leejie, us ke paas akele mein baithie aur us se khair khwahi ke saath us ka behtareen mashwara ban kar ke us se aap samjhaie.</w:t>
      </w:r>
      <w:r>
        <w:br/>
      </w:r>
      <w:r>
        <w:rPr>
          <w:sz w:val="20"/>
        </w:rPr>
        <w:t>26:35  dard bandi ke saath aap us ko samjhaie.</w:t>
      </w:r>
      <w:r>
        <w:br/>
      </w:r>
      <w:r>
        <w:rPr>
          <w:sz w:val="20"/>
        </w:rPr>
        <w:t>26:38  bas isi se baraah-e-raast isi se. baat toh kisi aur ki hai aur aur doosre doosron se aap keh rahe hain, us ka charcha kar rahe hain.</w:t>
      </w:r>
      <w:r>
        <w:br/>
      </w:r>
      <w:r>
        <w:rPr>
          <w:sz w:val="20"/>
        </w:rPr>
        <w:t>26:49  yeh bohat bara gunah hai. yeh gunah aadmi kyun karta hai? woh yeh nahi samajh raha hota hai us waqt ke yeh meri baaten Khuda tak pohnch rahi hain.</w:t>
      </w:r>
      <w:r>
        <w:br/>
      </w:r>
      <w:r>
        <w:rPr>
          <w:sz w:val="20"/>
        </w:rPr>
        <w:t>27:01  meri baaten Khuda tak pohnch rahi hain.</w:t>
      </w:r>
      <w:r>
        <w:br/>
      </w:r>
      <w:r>
        <w:rPr>
          <w:sz w:val="20"/>
        </w:rPr>
        <w:t>27:08  to yeh yaqeen sab se bari cheez hai. yani Khuda par imaan jab yaqeen ban jaye. Khuda par imaan aik hai, woh zabaan service.</w:t>
      </w:r>
      <w:r>
        <w:br/>
      </w:r>
      <w:r>
        <w:rPr>
          <w:sz w:val="20"/>
        </w:rPr>
        <w:t>27:21  munh se aadmi ne kalma parh diya. zabaan service ke andar itni taqat nahi hai ke woh aap ke kirdaar mein sama jaye.</w:t>
      </w:r>
      <w:r>
        <w:br/>
      </w:r>
      <w:r>
        <w:rPr>
          <w:sz w:val="20"/>
        </w:rPr>
        <w:t>27:32  nahi, woh imaan jo dil mein dakhil ho jaye. jis ko kaha gaya Quran mein daakhil ul qalb imaan. jo dil mein dakhil ho jaye.</w:t>
      </w:r>
      <w:r>
        <w:br/>
      </w:r>
      <w:r>
        <w:rPr>
          <w:sz w:val="20"/>
        </w:rPr>
        <w:t>27:43  tab aisa hota hai ke aap har maamle mein sochte hain ke Khuda dekh raha hai, Khuda sun raha hai, Khuda ke farishtay record tayyar kar rahe hain.</w:t>
      </w:r>
      <w:r>
        <w:br/>
      </w:r>
      <w:r>
        <w:rPr>
          <w:sz w:val="20"/>
        </w:rPr>
        <w:t>27:58  yeh sab cheezein aap ko aik jis ko kehte hain aaj kal ki zabaan mein yani speed breaker. to aap ka yeh yaqeen aik qism ka speed breaker ban jata hai.</w:t>
      </w:r>
      <w:r>
        <w:br/>
      </w:r>
      <w:r>
        <w:rPr>
          <w:sz w:val="20"/>
        </w:rPr>
        <w:t>28:12  jo control karta hai aap ko. aap jante hain ke sarkon par jahan speed breaker hote hain to log apni gaariyan sust kar lete hain.</w:t>
      </w:r>
      <w:r>
        <w:br/>
      </w:r>
      <w:r>
        <w:rPr>
          <w:sz w:val="20"/>
        </w:rPr>
        <w:t>28:22  wahan tez nahi daudate. kabhi rok lete hain.</w:t>
      </w:r>
      <w:r>
        <w:br/>
      </w:r>
      <w:r>
        <w:rPr>
          <w:sz w:val="20"/>
        </w:rPr>
        <w:t>28:26  to yeh yaqeen ke Khuda mujhe dekh raha hai, Khuda meri baaton ko sun raha hai. yeh aap ke liye speed breaker ban jata hai.</w:t>
      </w:r>
      <w:r>
        <w:br/>
      </w:r>
      <w:r>
        <w:rPr>
          <w:sz w:val="20"/>
        </w:rPr>
        <w:t>28:39  to yeh hai imaan.</w:t>
      </w:r>
      <w:r>
        <w:br/>
      </w:r>
      <w:r>
        <w:rPr>
          <w:sz w:val="20"/>
        </w:rPr>
        <w:t>28:42  imaan jo hai agar sirf talaffuz kalma ho to woh zabaan service hai. aur imaan jab dilon mein dakhil ho jaye, woh yaqeen ban jaye.</w:t>
      </w:r>
      <w:r>
        <w:br/>
      </w:r>
      <w:r>
        <w:rPr>
          <w:sz w:val="20"/>
        </w:rPr>
        <w:t>28:54  tab woh sacha imaan hai. aur aisa imaan aadmi ko poori tarah apne control mein le leta hai.</w:t>
      </w:r>
    </w:p>
    <w:p>
      <w:pPr>
        <w:pStyle w:val="Heading2"/>
      </w:pPr>
      <w:r>
        <w:t>Prayer keeps you in constant contact with God</w:t>
      </w:r>
    </w:p>
    <w:p>
      <w:r>
        <w:rPr>
          <w:color w:val="666666"/>
          <w:sz w:val="18"/>
        </w:rPr>
        <w:t>Hadith (English) March 27, 2007 Maulana Wahiduddin Khan · 2m 48s · at 30:19 · https://youtu.be/VnwRJbqn9tU?t=1819</w:t>
      </w:r>
    </w:p>
    <w:p>
      <w:r>
        <w:rPr>
          <w:i/>
        </w:rPr>
        <w:t>“Prayer gives you conviction: I am not alone in this world”</w:t>
      </w:r>
    </w:p>
    <w:p>
      <w:r>
        <w:rPr>
          <w:sz w:val="20"/>
        </w:rPr>
        <w:t>30:19  there is a hadith</w:t>
      </w:r>
      <w:r>
        <w:br/>
      </w:r>
      <w:r>
        <w:rPr>
          <w:sz w:val="20"/>
        </w:rPr>
        <w:t>30:23  about dua. Al-</w:t>
      </w:r>
      <w:r>
        <w:br/>
      </w:r>
      <w:r>
        <w:rPr>
          <w:sz w:val="20"/>
        </w:rPr>
        <w:t>30:28  dua hiya al-ibadah. Al-dua makhul ibadah.</w:t>
      </w:r>
      <w:r>
        <w:br/>
      </w:r>
      <w:r>
        <w:rPr>
          <w:sz w:val="20"/>
        </w:rPr>
        <w:t>30:34  Dua means prayer.</w:t>
      </w:r>
      <w:r>
        <w:br/>
      </w:r>
      <w:r>
        <w:rPr>
          <w:sz w:val="20"/>
        </w:rPr>
        <w:t>30:39  So prayer is the greatest ibadah. Prayer is the essence of ibadah.</w:t>
      </w:r>
      <w:r>
        <w:br/>
      </w:r>
      <w:r>
        <w:rPr>
          <w:sz w:val="20"/>
        </w:rPr>
        <w:t>30:50  You know what is prayer? Prayer gives you conviction</w:t>
      </w:r>
      <w:r>
        <w:br/>
      </w:r>
      <w:r>
        <w:rPr>
          <w:sz w:val="20"/>
        </w:rPr>
        <w:t>30:58  . Dua or prayer gives you a conviction. You feel that I am not alone in this world.</w:t>
      </w:r>
      <w:r>
        <w:br/>
      </w:r>
      <w:r>
        <w:rPr>
          <w:sz w:val="20"/>
        </w:rPr>
        <w:t>31:07  God is with me.</w:t>
      </w:r>
      <w:r>
        <w:br/>
      </w:r>
      <w:r>
        <w:rPr>
          <w:sz w:val="20"/>
        </w:rPr>
        <w:t>31:12  For example, the Prophet of Islam, when he migrated from Mecca to Madinah, when he was in a - at that time, he spent some nights in the cave of Mount Thor.</w:t>
      </w:r>
      <w:r>
        <w:br/>
      </w:r>
      <w:r>
        <w:rPr>
          <w:sz w:val="20"/>
        </w:rPr>
        <w:t>31:32  So those enemies reached over there with swords. They wanted to kill him</w:t>
      </w:r>
      <w:r>
        <w:br/>
      </w:r>
      <w:r>
        <w:rPr>
          <w:sz w:val="20"/>
        </w:rPr>
        <w:t>31:42  . So his only complaint was Abu Bakr. He became afraid. The Prophet said, "la tahzan inna Allaha ma'ana."</w:t>
      </w:r>
      <w:r>
        <w:br/>
      </w:r>
      <w:r>
        <w:rPr>
          <w:sz w:val="20"/>
        </w:rPr>
        <w:t>31:54  "la tahzan inna Allaha ma'ana." Why fear? God is with us. So dua means you are with God every day and night.</w:t>
      </w:r>
      <w:r>
        <w:br/>
      </w:r>
      <w:r>
        <w:rPr>
          <w:sz w:val="20"/>
        </w:rPr>
        <w:t>32:10  You are not alone in this world</w:t>
      </w:r>
      <w:r>
        <w:br/>
      </w:r>
      <w:r>
        <w:rPr>
          <w:sz w:val="20"/>
        </w:rPr>
        <w:t>32:12  . Every time, you can contact with your God. Every time, you can contact with God who is the source of all power.</w:t>
      </w:r>
      <w:r>
        <w:br/>
      </w:r>
      <w:r>
        <w:rPr>
          <w:sz w:val="20"/>
        </w:rPr>
        <w:t>32:25  So dua is a source of power. dua is a source of strength. dua is a source of conviction</w:t>
      </w:r>
      <w:r>
        <w:br/>
      </w:r>
      <w:r>
        <w:rPr>
          <w:sz w:val="20"/>
        </w:rPr>
        <w:t>32:36  . In this sense, the Prophet of Islam has said that al-dua hiya al-ibadah. dua is greatest worship</w:t>
      </w:r>
      <w:r>
        <w:br/>
      </w:r>
      <w:r>
        <w:rPr>
          <w:sz w:val="20"/>
        </w:rPr>
        <w:t>32:48  because dua keeps you constantly in contact with God.</w:t>
      </w:r>
      <w:r>
        <w:br/>
      </w:r>
      <w:r>
        <w:rPr>
          <w:sz w:val="20"/>
        </w:rPr>
        <w:t>32:59  This is the greatest contribution of dua.</w:t>
      </w:r>
    </w:p>
    <w:p>
      <w:pPr>
        <w:pStyle w:val="Heading2"/>
      </w:pPr>
      <w:r>
        <w:t>Dua accepted through unexpected shield of responsibilities</w:t>
      </w:r>
    </w:p>
    <w:p>
      <w:r>
        <w:rPr>
          <w:color w:val="666666"/>
          <w:sz w:val="18"/>
        </w:rPr>
        <w:t>How to do Creative Dua · 1m 19s · at 13:39 · https://youtu.be/LiGXxL-poZE?t=819</w:t>
      </w:r>
    </w:p>
    <w:p>
      <w:r>
        <w:rPr>
          <w:i/>
        </w:rPr>
        <w:t>“Main Allah se ek kaam maang rahi thi mission ka”</w:t>
      </w:r>
    </w:p>
    <w:p>
      <w:r>
        <w:rPr>
          <w:sz w:val="20"/>
        </w:rPr>
        <w:t>13:39  mein Allah se ek kaam mang rahi thi</w:t>
      </w:r>
      <w:r>
        <w:br/>
      </w:r>
      <w:r>
        <w:rPr>
          <w:sz w:val="20"/>
        </w:rPr>
        <w:t>13:41  mission ka aur Allah ne yeh spirit of Islam magazine ka moqa ata farmaye. to meri yeh soch bani thi ke Allah ki madad is kaam ke liye mujhe aise ayegi ke meri gharelu zimmedariyan kam ho jayengi.</w:t>
      </w:r>
      <w:r>
        <w:br/>
      </w:r>
      <w:r>
        <w:rPr>
          <w:sz w:val="20"/>
        </w:rPr>
        <w:t>13:57  lekin hua kya? hamare ghar mein do buzurg the pehle se aur magazine shuru hone se chand din pehle aise halaat pesh aye ke do aur buzurgon ki zimmedari mujh par aa gayi.</w:t>
      </w:r>
      <w:r>
        <w:br/>
      </w:r>
      <w:r>
        <w:rPr>
          <w:sz w:val="20"/>
        </w:rPr>
        <w:t>14:11  mujhe yeh ajeeb</w:t>
      </w:r>
      <w:r>
        <w:br/>
      </w:r>
      <w:r>
        <w:rPr>
          <w:sz w:val="20"/>
        </w:rPr>
        <w:t>14:12  saga. samajh mein nahin aaya to main Allah se dua ki ke aey Allah aap to rehman o raheem hain, kisi ko is ki taqat se zyada bojh nahin dalte hain, hamare kaam mein aasani dete hain.</w:t>
      </w:r>
      <w:r>
        <w:br/>
      </w:r>
      <w:r>
        <w:rPr>
          <w:sz w:val="20"/>
        </w:rPr>
        <w:t>14:25  to yeh kya hai? mujhe samhaiye. to mujhe yeh tajruba hua ke yeh chaar log</w:t>
      </w:r>
      <w:r>
        <w:br/>
      </w:r>
      <w:r>
        <w:rPr>
          <w:sz w:val="20"/>
        </w:rPr>
        <w:t>14:35  badhi hui zimmedari nahin balkeh mere liye dhaal ki manind rahe. mujhe magazine ke liye jo zaroori tha ke main ek sui se ghar ke ek kone se kaam karoon is ka intezam tha.</w:t>
      </w:r>
      <w:r>
        <w:br/>
      </w:r>
      <w:r>
        <w:rPr>
          <w:sz w:val="20"/>
        </w:rPr>
        <w:t>14:49  saare doosre logon ke mujh se mutalbe khatm ho gaye. sab mujh par mujhe reham ki nigah se dekhne lage</w:t>
      </w:r>
    </w:p>
    <w:p>
      <w:pPr>
        <w:pStyle w:val="Heading2"/>
      </w:pPr>
      <w:r>
        <w:t>fearing God is a positive value</w:t>
      </w:r>
    </w:p>
    <w:p>
      <w:r>
        <w:rPr>
          <w:color w:val="666666"/>
          <w:sz w:val="18"/>
        </w:rPr>
        <w:t>The Power of Remembering God Often September 26, 2010 · 40s · at 1:15:34 · https://youtu.be/GMmwEr7Wt80?t=4534</w:t>
      </w:r>
    </w:p>
    <w:p>
      <w:r>
        <w:rPr>
          <w:i/>
        </w:rPr>
        <w:t>“Fearing God is a hundred percent positive value”</w:t>
      </w:r>
    </w:p>
    <w:p>
      <w:r>
        <w:rPr>
          <w:sz w:val="20"/>
        </w:rPr>
        <w:t>1:15:34  darna koi aise hi hai, saanp se darta hai aadmi. ek sahib ne kaha hai, "kya darna darna karte hain aap?" kaha khuda, "koi naozubillah saanp hai." yeh pagal pan ki baatein hain.</w:t>
      </w:r>
      <w:r>
        <w:br/>
      </w:r>
      <w:r>
        <w:rPr>
          <w:sz w:val="20"/>
        </w:rPr>
        <w:t>1:15:47  darna ek bohat hi positive value hai. yaad rakhiye,</w:t>
      </w:r>
      <w:r>
        <w:br/>
      </w:r>
      <w:r>
        <w:rPr>
          <w:sz w:val="20"/>
        </w:rPr>
        <w:t>1:15:55  yeh ehsas ke khuda mujhe dekh raha hai, khuda mujhe pakar sakta hai,</w:t>
      </w:r>
      <w:r>
        <w:br/>
      </w:r>
      <w:r>
        <w:rPr>
          <w:sz w:val="20"/>
        </w:rPr>
        <w:t>1:16:02  khuda mujhe punishment de sakta hai. is se jo cheez paida hoti hai, is ka naam darna hai. yeh hundred percent ek positive value hai.</w:t>
      </w:r>
    </w:p>
    <w:p>
      <w:pPr>
        <w:pStyle w:val="Heading2"/>
      </w:pPr>
      <w:r>
        <w:t>UP riot story: find who started it, then imagine standing before Allah</w:t>
      </w:r>
    </w:p>
    <w:p>
      <w:r>
        <w:rPr>
          <w:color w:val="666666"/>
          <w:sz w:val="18"/>
        </w:rPr>
        <w:t>From The Spiritual Tree September 8, 2013 · 4m 47s · at 22:12 · https://youtu.be/Vv6vf2N8YQA?t=1332</w:t>
      </w:r>
    </w:p>
    <w:p>
      <w:r>
        <w:rPr>
          <w:i/>
        </w:rPr>
        <w:t>“آج صبح میرے پاس ایک ٹیلی فون آیا”</w:t>
      </w:r>
    </w:p>
    <w:p>
      <w:r>
        <w:rPr>
          <w:sz w:val="20"/>
        </w:rPr>
        <w:t>22:12  Aaj subah mere paas ek telephone aaya. UP ke ek shehar se.</w:t>
      </w:r>
      <w:r>
        <w:br/>
      </w:r>
      <w:r>
        <w:rPr>
          <w:sz w:val="20"/>
        </w:rPr>
        <w:t>22:19  Aap ko maloom hoga ke UP ke ek shehar mein kamra riot ho gaya hai. Abhi bhi chal raha hai. Yaani aaj tak ki khabar ke mutabiq abhi wahan kamra riot khatam nahin hua.</w:t>
      </w:r>
      <w:r>
        <w:br/>
      </w:r>
      <w:r>
        <w:rPr>
          <w:sz w:val="20"/>
        </w:rPr>
        <w:t>22:34  Itna shadeed hai ke dono committee ke bohat se log maare gaye hain.</w:t>
      </w:r>
      <w:r>
        <w:br/>
      </w:r>
      <w:r>
        <w:rPr>
          <w:sz w:val="20"/>
        </w:rPr>
        <w:t>22:42  Shayad aap ko maloom ho. Toh jis sahab ka telephone aaya mere paas woh isi shehar mein rehte hain. Toh unhon ne kaha ke main ne tehqeeq ki ke kamra riot shuru kahan se hua?</w:t>
      </w:r>
      <w:r>
        <w:br/>
      </w:r>
      <w:r>
        <w:rPr>
          <w:sz w:val="20"/>
        </w:rPr>
        <w:t>22:58  Shuru kahan se hua?</w:t>
      </w:r>
      <w:r>
        <w:br/>
      </w:r>
      <w:r>
        <w:rPr>
          <w:sz w:val="20"/>
        </w:rPr>
        <w:t>23:02  Kyunke Quran mein hai ke "وَهُمْ بَدَوْكُمْ أَوْلَ الْأَمْرِ". Jo shuru kare wohi asal responsible hota hai. "الْبَادِ يَظ</w:t>
      </w:r>
      <w:r>
        <w:br/>
      </w:r>
      <w:r>
        <w:rPr>
          <w:sz w:val="20"/>
        </w:rPr>
        <w:t>23:11  ْلُمُ". Toh victim jo committee thi us ke afraad nikle aur kuch ihtijaj karne lage us ke khilaf.</w:t>
      </w:r>
      <w:r>
        <w:br/>
      </w:r>
      <w:r>
        <w:rPr>
          <w:sz w:val="20"/>
        </w:rPr>
        <w:t>23:23  Toh doosri committee jo hai aur bhadak uthi. Us ne maarna peetna shuru kiya. Ab dono taraf se maar kaat hui. Aur abhi tak woh maar kaat jaari hai.</w:t>
      </w:r>
      <w:r>
        <w:br/>
      </w:r>
      <w:r>
        <w:rPr>
          <w:sz w:val="20"/>
        </w:rPr>
        <w:t>23:35  Bohat hi bhayanak soorat-e-haal hai.</w:t>
      </w:r>
      <w:r>
        <w:br/>
      </w:r>
      <w:r>
        <w:rPr>
          <w:sz w:val="20"/>
        </w:rPr>
        <w:t>23:38  Toh unhon ne bataya ke main ne jis committee ke ladke ne yeh harkat ki thi. Un se kaha ke aap log jo hain apni committee ke naujawan ko himayat kar rahe hain.</w:t>
      </w:r>
      <w:r>
        <w:br/>
      </w:r>
      <w:r>
        <w:rPr>
          <w:sz w:val="20"/>
        </w:rPr>
        <w:t>23:51  Sab log himayat karne lage is ki. Is ko condemn kyun nahin karte? Is ko condemn kyun nahin karte? Quran o Hadees mein sakhti se kaha gaya hai ke tum zalimon ka ke ke supporter na bano.</w:t>
      </w:r>
      <w:r>
        <w:br/>
      </w:r>
      <w:r>
        <w:rPr>
          <w:sz w:val="20"/>
        </w:rPr>
        <w:t>24:13  Toh unhon ne kya kaha? Kaha ke kaisi buzdi ki baatein karte hain aap? Yeh kaisi buzdi ki baat karte hain aap? Yaani is ko buzdi samajh liya unhon ne.</w:t>
      </w:r>
      <w:r>
        <w:br/>
      </w:r>
      <w:r>
        <w:rPr>
          <w:sz w:val="20"/>
        </w:rPr>
        <w:t>24:26  Apni committee ke naujawan ki ghalti par is ko condemn karna yeh buzdi ki baat hai. Chunancha yak-tarfa taur par apni committee,</w:t>
      </w:r>
      <w:r>
        <w:br/>
      </w:r>
      <w:r>
        <w:rPr>
          <w:sz w:val="20"/>
        </w:rPr>
        <w:t>24:38  Ab tab committee ke saare log yak-tarfa taur par apne naujawan ki himayat karne lage. Main ne un se poocha yeh yeh yeh fasaad poore zile mein phail gaya hai, gaon mein.</w:t>
      </w:r>
      <w:r>
        <w:br/>
      </w:r>
      <w:r>
        <w:rPr>
          <w:sz w:val="20"/>
        </w:rPr>
        <w:t>24:53  Shehar se gaon tak. Toh main ne un se poocha ke aap koi aur paaya aap ne jo condemn kare apne naujawan ke jo jis ne yeh harkat ki hai?</w:t>
      </w:r>
      <w:r>
        <w:br/>
      </w:r>
      <w:r>
        <w:rPr>
          <w:sz w:val="20"/>
        </w:rPr>
        <w:t>25:04  Kaha koi nahin, mere siwa koi bhi nahin.</w:t>
      </w:r>
      <w:r>
        <w:br/>
      </w:r>
      <w:r>
        <w:rPr>
          <w:sz w:val="20"/>
        </w:rPr>
        <w:t>25:09  Is maane hai ke log itne be-khauf hain, unhein ehsaas nahin ke Allah ke haan pakad hogi. Allah ke haan poocha jayega. "یوم یقوم الناس لرب العالمین".</w:t>
      </w:r>
      <w:r>
        <w:br/>
      </w:r>
      <w:r>
        <w:rPr>
          <w:sz w:val="20"/>
        </w:rPr>
        <w:t>25:23  "یوم یقوم الناس لرب العالمین". Jis din log khade kiye jayenge Allah ke saamne.</w:t>
      </w:r>
      <w:r>
        <w:br/>
      </w:r>
      <w:r>
        <w:rPr>
          <w:sz w:val="20"/>
        </w:rPr>
        <w:t>25:31  Agar ehsaas ho ke humein Allah ke saamne khada hona hai.</w:t>
      </w:r>
      <w:r>
        <w:br/>
      </w:r>
      <w:r>
        <w:rPr>
          <w:sz w:val="20"/>
        </w:rPr>
        <w:t>25:39  Toh bataein kya haal hoga is ka?</w:t>
      </w:r>
      <w:r>
        <w:br/>
      </w:r>
      <w:r>
        <w:rPr>
          <w:sz w:val="20"/>
        </w:rPr>
        <w:t>25:47  Abhi abhi jab main yahan baitha hua tha is intezar mein ke</w:t>
      </w:r>
      <w:r>
        <w:br/>
      </w:r>
      <w:r>
        <w:rPr>
          <w:sz w:val="20"/>
        </w:rPr>
        <w:t>25:58  Red Signal mile toh main baat shuru karunga. Toh ek ajeeb taassur mujh par taari hua.</w:t>
      </w:r>
      <w:r>
        <w:br/>
      </w:r>
      <w:r>
        <w:rPr>
          <w:sz w:val="20"/>
        </w:rPr>
        <w:t>26:07  mujhe aisa laga ke main intezar kar raha hoon us waqt ka jab ke qayamat ka sur phoonk diya jayega. aur saare logon ko Allah ke darbar mein hazir hona padega.</w:t>
      </w:r>
      <w:r>
        <w:br/>
      </w:r>
      <w:r>
        <w:rPr>
          <w:sz w:val="20"/>
        </w:rPr>
        <w:t>26:19  to main ne socha ke shayad mujhe ko sab se pehle wahan pesh kiya jaye. aur meri peshi mein itna waqt lag jaye ke baqi log chhod diye jayen. jao.</w:t>
      </w:r>
      <w:r>
        <w:br/>
      </w:r>
      <w:r>
        <w:rPr>
          <w:sz w:val="20"/>
        </w:rPr>
        <w:t>26:29  ek hi aadmi par hisab kitab band kar diya aap ne. jao tum log. to jab aap ko yeh ehsas ho ke hamein Allah ke samne khada hona hai to sab kuch samet kar aap ke upar aa jata hai.</w:t>
      </w:r>
      <w:r>
        <w:br/>
      </w:r>
      <w:r>
        <w:rPr>
          <w:sz w:val="20"/>
        </w:rPr>
        <w:t>26:43  jaise ke mujhe ko hisab dena hai. mujhe ko sab se zyada sakht marhale se guzarna hai. to aap ghor kijiye ke aisa zamana aa gaya hai ke log "My Community Right or Wrong".</w:t>
      </w:r>
    </w:p>
    <w:p>
      <w:pPr>
        <w:pStyle w:val="Heading2"/>
      </w:pPr>
      <w:r>
        <w:t>Hajj after Hajj based on Zikr</w:t>
      </w:r>
    </w:p>
    <w:p>
      <w:r>
        <w:rPr>
          <w:color w:val="666666"/>
          <w:sz w:val="18"/>
        </w:rPr>
        <w:t>Hajj and Its Application in Daily Life October 20, 2007 Maulana Wahiduddin Khan · 1m 38s · at 4:07 · https://youtu.be/z_FspKZhl5s?t=247</w:t>
      </w:r>
    </w:p>
    <w:p>
      <w:r>
        <w:rPr>
          <w:i/>
        </w:rPr>
        <w:t>“There is a verse in the Quran in chapter Al-Baqarah”</w:t>
      </w:r>
    </w:p>
    <w:p>
      <w:r>
        <w:rPr>
          <w:sz w:val="20"/>
        </w:rPr>
        <w:t>4:07  there is a verse in the quran in chapter al-baqarah—that is chapter number two—and verse number 200</w:t>
      </w:r>
      <w:r>
        <w:br/>
      </w:r>
      <w:r>
        <w:rPr>
          <w:sz w:val="20"/>
        </w:rPr>
        <w:t>4:23  . god almighty says about hajj: "fa idha qadaytum manasikum fadzkurullaha kadzikrikum abakum aw ashaddadhikra".</w:t>
      </w:r>
      <w:r>
        <w:br/>
      </w:r>
      <w:r>
        <w:rPr>
          <w:sz w:val="20"/>
        </w:rPr>
        <w:t>4:38  it means that when you end the munasik of hajj—munasik means rituals of hajj—when you end the munasik of hajj,</w:t>
      </w:r>
      <w:r>
        <w:br/>
      </w:r>
      <w:r>
        <w:rPr>
          <w:sz w:val="20"/>
        </w:rPr>
        <w:t>4:58  remember god more and more with great intensity.</w:t>
      </w:r>
      <w:r>
        <w:br/>
      </w:r>
      <w:r>
        <w:rPr>
          <w:sz w:val="20"/>
        </w:rPr>
        <w:t>5:09  when you end your munasik of hajj,</w:t>
      </w:r>
      <w:r>
        <w:br/>
      </w:r>
      <w:r>
        <w:rPr>
          <w:sz w:val="20"/>
        </w:rPr>
        <w:t>5:16  remember God with great intensity—that is zikr-e-kaseer. Here you can see that there is Hajj after Hajj.</w:t>
      </w:r>
      <w:r>
        <w:br/>
      </w:r>
      <w:r>
        <w:rPr>
          <w:sz w:val="20"/>
        </w:rPr>
        <w:t>5:29  After completing all those Munasiks, all those rituals, there is another Hajj that is zikr-e-kaseer.</w:t>
      </w:r>
      <w:r>
        <w:br/>
      </w:r>
      <w:r>
        <w:rPr>
          <w:sz w:val="20"/>
        </w:rPr>
        <w:t>5:40  So I can say there is Hajj after Hajj.</w:t>
      </w:r>
    </w:p>
    <w:p>
      <w:pPr>
        <w:pStyle w:val="Heading2"/>
      </w:pPr>
      <w:r>
        <w:t>losing and regaining his spiritual corner after an accident</w:t>
      </w:r>
    </w:p>
    <w:p>
      <w:r>
        <w:rPr>
          <w:color w:val="666666"/>
          <w:sz w:val="18"/>
        </w:rPr>
        <w:t>Discovery of Paradise March 22, 2015 · 5m 56s · at 0:51 · https://youtu.be/2axrfd7sZkE?t=51</w:t>
      </w:r>
    </w:p>
    <w:p>
      <w:r>
        <w:rPr>
          <w:i/>
        </w:rPr>
        <w:t>“Mere saath ek accident hua, 12 December 2014 ko”</w:t>
      </w:r>
    </w:p>
    <w:p>
      <w:r>
        <w:rPr>
          <w:sz w:val="20"/>
        </w:rPr>
        <w:t>0:51  mere saath ek accident hua, 12 december 2014 ko, bombay mein.</w:t>
      </w:r>
      <w:r>
        <w:br/>
      </w:r>
      <w:r>
        <w:rPr>
          <w:sz w:val="20"/>
        </w:rPr>
        <w:t>1:04  uske baad taqreeban 3 mahine tak meri zindagi bilkul do taraf se jhuk gayi.</w:t>
      </w:r>
      <w:r>
        <w:br/>
      </w:r>
      <w:r>
        <w:rPr>
          <w:sz w:val="20"/>
        </w:rPr>
        <w:t>1:13  dekhen, main rehta hoon juhu deen west mein, c 29 mein. to</w:t>
      </w:r>
      <w:r>
        <w:br/>
      </w:r>
      <w:r>
        <w:rPr>
          <w:sz w:val="20"/>
        </w:rPr>
        <w:t>1:22  uske saath yahan park hai, park ke saamne hamare ghar mein ek jagah hai jisko main spiritual corner kehta hoon.</w:t>
      </w:r>
      <w:r>
        <w:br/>
      </w:r>
      <w:r>
        <w:rPr>
          <w:sz w:val="20"/>
        </w:rPr>
        <w:t>1:36  wahan baith kar main poore park ko dekhta hoon. to mere saamne hare bhare darakht hote hain, us mein chidiya udti hain, suraj ki kirnein phaili hui hoti hain, hawaein chalti hain.</w:t>
      </w:r>
      <w:r>
        <w:br/>
      </w:r>
      <w:r>
        <w:rPr>
          <w:sz w:val="20"/>
        </w:rPr>
        <w:t>1:51  yeh poora nature ka mahaul hota hai.</w:t>
      </w:r>
      <w:r>
        <w:br/>
      </w:r>
      <w:r>
        <w:rPr>
          <w:sz w:val="20"/>
        </w:rPr>
        <w:t>1:58  to main daily aisa karta tha ke is spiritual corner mein baithta tha, rozana.</w:t>
      </w:r>
      <w:r>
        <w:br/>
      </w:r>
      <w:r>
        <w:rPr>
          <w:sz w:val="20"/>
        </w:rPr>
        <w:t>2:08  aur is mein mujhe expression milta tha. is mein mujhe god</w:t>
      </w:r>
      <w:r>
        <w:br/>
      </w:r>
      <w:r>
        <w:rPr>
          <w:sz w:val="20"/>
        </w:rPr>
        <w:t>2:18  ka taaruf milta tha, jannati jhalak dikhai deti thi.</w:t>
      </w:r>
      <w:r>
        <w:br/>
      </w:r>
      <w:r>
        <w:rPr>
          <w:sz w:val="20"/>
        </w:rPr>
        <w:t>2:25  kyunki nature jo hai woh kya hai?</w:t>
      </w:r>
      <w:r>
        <w:br/>
      </w:r>
      <w:r>
        <w:rPr>
          <w:sz w:val="20"/>
        </w:rPr>
        <w:t>2:27  god ki takhleeq hai. aur takhleeq mein khaliq ko dekhna yahi marifat hai. to yeh main karta tha.</w:t>
      </w:r>
      <w:r>
        <w:br/>
      </w:r>
      <w:r>
        <w:rPr>
          <w:sz w:val="20"/>
        </w:rPr>
        <w:t>2:38  lekin 12 december ke baad yeh sab chhoot gaya mujh se.</w:t>
      </w:r>
      <w:r>
        <w:br/>
      </w:r>
      <w:r>
        <w:rPr>
          <w:sz w:val="20"/>
        </w:rPr>
        <w:t>2:45  main hospital mein raha, phir ek kamre mein rehna pada mujhe. to un dino mein samajhta tha ke ab mera woh waqt jo hai ab kabhi wapas nahi aayega.</w:t>
      </w:r>
      <w:r>
        <w:br/>
      </w:r>
      <w:r>
        <w:rPr>
          <w:sz w:val="20"/>
        </w:rPr>
        <w:t>3:02  aksar apni tanhaiyon mein yeh sher padhta tha: "aata yaad mujh ko guzra hua zamana, woh daaliyan chaman ki, woh mera aashiyana."</w:t>
      </w:r>
      <w:r>
        <w:br/>
      </w:r>
      <w:r>
        <w:rPr>
          <w:sz w:val="20"/>
        </w:rPr>
        <w:t>3:17  raat din yeh isi ehsaas mein jeeta tha. aur yeh sher padhta tha: "aata yaad mujh ko guzra hua zamana, woh daaliyan chaman ki, woh mera aashiyana." to ek ajeeb ehsaas hota tha ke kya mera woh spiritual corner mujh se chhoot gaya?</w:t>
      </w:r>
      <w:r>
        <w:br/>
      </w:r>
      <w:r>
        <w:rPr>
          <w:sz w:val="20"/>
        </w:rPr>
        <w:t>3:39  kya woh jagah mujh se chhoot gayi jahan se main jannat ki jhalak dekhta tha? jahan main god ka taaruf haasil karta tha?</w:t>
      </w:r>
      <w:r>
        <w:br/>
      </w:r>
      <w:r>
        <w:rPr>
          <w:sz w:val="20"/>
        </w:rPr>
        <w:t>3:51  jahan se mujhe spiritual rizq milta tha? ab lekin ab god ke fazl se woh poora daur wapas aa gaya hai.</w:t>
      </w:r>
      <w:r>
        <w:br/>
      </w:r>
      <w:r>
        <w:rPr>
          <w:sz w:val="20"/>
        </w:rPr>
        <w:t>4:03  ab main phir wahan baithta hoon.</w:t>
      </w:r>
      <w:r>
        <w:br/>
      </w:r>
      <w:r>
        <w:rPr>
          <w:sz w:val="20"/>
        </w:rPr>
        <w:t>4:06  ab phir apne spiritual corner ko main istemal karta hoon. isi tarah se mujhe inspiration mil raha hai.</w:t>
      </w:r>
      <w:r>
        <w:br/>
      </w:r>
      <w:r>
        <w:rPr>
          <w:sz w:val="20"/>
        </w:rPr>
        <w:t>4:15  to yeh mere liye ek bahut bada tajurba ban gaya.</w:t>
      </w:r>
      <w:r>
        <w:br/>
      </w:r>
      <w:r>
        <w:rPr>
          <w:sz w:val="20"/>
        </w:rPr>
        <w:t>4:22  tajruba is baat ka ke Allah taala ne jis tarah mujhe mere spiritual corner ko dobara lotaya hai, aise hi mujhe dobara jannat lotaye ga.</w:t>
      </w:r>
      <w:r>
        <w:br/>
      </w:r>
      <w:r>
        <w:rPr>
          <w:sz w:val="20"/>
        </w:rPr>
        <w:t>4:38  dekhen, hum sab ka case kya hai? Allah ne paida kiya hamare jo jo insatr the, Adam aur Hawa, un ko Allah ne paida kar ke jannat mein rakha.</w:t>
      </w:r>
      <w:r>
        <w:br/>
      </w:r>
      <w:r>
        <w:rPr>
          <w:sz w:val="20"/>
        </w:rPr>
        <w:t>4:56  yeh aap jante hain. phir kisi wajah se un ko jannat se nikal diya gaya.</w:t>
      </w:r>
      <w:r>
        <w:br/>
      </w:r>
      <w:r>
        <w:rPr>
          <w:sz w:val="20"/>
        </w:rPr>
        <w:t>5:03  ab masla yeh hai jannat mein lotne ka. jannat mein lotne ka. jis jannat se nikal diya gaya tha, us mein phir lotne ka.</w:t>
      </w:r>
      <w:r>
        <w:br/>
      </w:r>
      <w:r>
        <w:rPr>
          <w:sz w:val="20"/>
        </w:rPr>
        <w:t>5:15  isi ko le kar ke English poet Milton ne do bohat bari kitab likhi jo bohat mashhoor hai.</w:t>
      </w:r>
      <w:r>
        <w:br/>
      </w:r>
      <w:r>
        <w:rPr>
          <w:sz w:val="20"/>
        </w:rPr>
        <w:t>5:33  pehlay is ki kitab chhapi thi, is ka naam tha "Paradise Lost" yani "Gumshuda Paradise".</w:t>
      </w:r>
      <w:r>
        <w:br/>
      </w:r>
      <w:r>
        <w:rPr>
          <w:sz w:val="20"/>
        </w:rPr>
        <w:t>5:42  firdous gumgashta.</w:t>
      </w:r>
      <w:r>
        <w:br/>
      </w:r>
      <w:r>
        <w:rPr>
          <w:sz w:val="20"/>
        </w:rPr>
        <w:t>5:46  is mein wahi kahani hai ke Adam kis tarah se paida kar ke jannat mein rakhe gaye, phir jannat is se khoi gayi.</w:t>
      </w:r>
      <w:r>
        <w:br/>
      </w:r>
      <w:r>
        <w:rPr>
          <w:sz w:val="20"/>
        </w:rPr>
        <w:t>5:57  to hum sab ka case wahi hai jannat ke hum ne jannat kho rakhi hai.</w:t>
      </w:r>
      <w:r>
        <w:br/>
      </w:r>
      <w:r>
        <w:rPr>
          <w:sz w:val="20"/>
        </w:rPr>
        <w:t>6:05  to phir is ne kitab likhi doosri baat ko "Paradise Regained". jannat yani jannat ki bazyaft.</w:t>
      </w:r>
      <w:r>
        <w:br/>
      </w:r>
      <w:r>
        <w:rPr>
          <w:sz w:val="20"/>
        </w:rPr>
        <w:t>6:18  "Paradise Regained" ke khoi hui jannat phir insan ko mil gayi. to woh to shayari hai, koi haqeeqat nahi hai.</w:t>
      </w:r>
      <w:r>
        <w:br/>
      </w:r>
      <w:r>
        <w:rPr>
          <w:sz w:val="20"/>
        </w:rPr>
        <w:t>6:29  lekin mere liye jo yeh tajruba hua, woh mere liye aik dua ban gaya ke Khuda, jis tarah tune meri khoi hui jannat ko wapas kiya dunya mein,</w:t>
      </w:r>
      <w:r>
        <w:br/>
      </w:r>
      <w:r>
        <w:rPr>
          <w:sz w:val="20"/>
        </w:rPr>
        <w:t>6:43  aise hi akhirat mein to mujhe jannat ko wapas kar de.</w:t>
      </w:r>
    </w:p>
    <w:p>
      <w:pPr>
        <w:pStyle w:val="Heading2"/>
      </w:pPr>
      <w:r>
        <w:t>Dual personality, soul eternal, preparation and testing</w:t>
      </w:r>
    </w:p>
    <w:p>
      <w:r>
        <w:rPr>
          <w:color w:val="666666"/>
          <w:sz w:val="18"/>
        </w:rPr>
        <w:t>The Concept of Death in Islam August 7, 2007 · 5m 52s · at 6:47 · https://youtu.be/pB0cQfYw91E?t=407</w:t>
      </w:r>
    </w:p>
    <w:p>
      <w:r>
        <w:rPr>
          <w:i/>
        </w:rPr>
        <w:t>“Because you know, every human being is a dual personality”</w:t>
      </w:r>
    </w:p>
    <w:p>
      <w:r>
        <w:rPr>
          <w:sz w:val="20"/>
        </w:rPr>
        <w:t>6:47  Because you know, every human being is a</w:t>
      </w:r>
      <w:r>
        <w:br/>
      </w:r>
      <w:r>
        <w:rPr>
          <w:sz w:val="20"/>
        </w:rPr>
        <w:t>6:57  dual personality. Every human being has a dual personality: body and soul, or body and mind</w:t>
      </w:r>
      <w:r>
        <w:br/>
      </w:r>
      <w:r>
        <w:rPr>
          <w:sz w:val="20"/>
        </w:rPr>
        <w:t>7:08  . By all accounts, I can say that death—it is the body that is subject to death.</w:t>
      </w:r>
      <w:r>
        <w:br/>
      </w:r>
      <w:r>
        <w:rPr>
          <w:sz w:val="20"/>
        </w:rPr>
        <w:t>7:19  When one dies, his body dies, not the soul, not his mind.</w:t>
      </w:r>
      <w:r>
        <w:br/>
      </w:r>
      <w:r>
        <w:rPr>
          <w:sz w:val="20"/>
        </w:rPr>
        <w:t>7:29  Mind is eternal. Soul is eternal.</w:t>
      </w:r>
      <w:r>
        <w:br/>
      </w:r>
      <w:r>
        <w:rPr>
          <w:sz w:val="20"/>
        </w:rPr>
        <w:t>7:36  Mind or soul is beyond the laws of death. So when the body dies, mind or soul is still alive.</w:t>
      </w:r>
      <w:r>
        <w:br/>
      </w:r>
      <w:r>
        <w:rPr>
          <w:sz w:val="20"/>
        </w:rPr>
        <w:t>7:54  So what happens to mind? What happens to the real personality?</w:t>
      </w:r>
      <w:r>
        <w:br/>
      </w:r>
      <w:r>
        <w:rPr>
          <w:sz w:val="20"/>
        </w:rPr>
        <w:t>7:59  There is soul. It is a fact that our soul is our real personality.</w:t>
      </w:r>
      <w:r>
        <w:br/>
      </w:r>
      <w:r>
        <w:rPr>
          <w:sz w:val="20"/>
        </w:rPr>
        <w:t>8:11  So what happens to our soul, to our real personality? It is the greatest question we want to know.</w:t>
      </w:r>
      <w:r>
        <w:br/>
      </w:r>
      <w:r>
        <w:rPr>
          <w:sz w:val="20"/>
        </w:rPr>
        <w:t>8:31  This question—there are only prophets who claim that they can give answers to this question.</w:t>
      </w:r>
      <w:r>
        <w:br/>
      </w:r>
      <w:r>
        <w:rPr>
          <w:sz w:val="20"/>
        </w:rPr>
        <w:t>8:48  Because a prophet is a person who received revelations from God.</w:t>
      </w:r>
      <w:r>
        <w:br/>
      </w:r>
      <w:r>
        <w:rPr>
          <w:sz w:val="20"/>
        </w:rPr>
        <w:t>8:58  We do not receive such revelations.</w:t>
      </w:r>
      <w:r>
        <w:br/>
      </w:r>
      <w:r>
        <w:rPr>
          <w:sz w:val="20"/>
        </w:rPr>
        <w:t>9:04  so god selects god</w:t>
      </w:r>
      <w:r>
        <w:br/>
      </w:r>
      <w:r>
        <w:rPr>
          <w:sz w:val="20"/>
        </w:rPr>
        <w:t>9:10  selects some person</w:t>
      </w:r>
      <w:r>
        <w:br/>
      </w:r>
      <w:r>
        <w:rPr>
          <w:sz w:val="20"/>
        </w:rPr>
        <w:t>9:13  as His prophet,</w:t>
      </w:r>
      <w:r>
        <w:br/>
      </w:r>
      <w:r>
        <w:rPr>
          <w:sz w:val="20"/>
        </w:rPr>
        <w:t>9:16  and He reveals the truth to the prophet so that the prophet</w:t>
      </w:r>
      <w:r>
        <w:br/>
      </w:r>
      <w:r>
        <w:rPr>
          <w:sz w:val="20"/>
        </w:rPr>
        <w:t>9:24  may convey this message to all mankind.</w:t>
      </w:r>
      <w:r>
        <w:br/>
      </w:r>
      <w:r>
        <w:rPr>
          <w:sz w:val="20"/>
        </w:rPr>
        <w:t>9:35  So if we are serious about this question, we want to know what is after death.</w:t>
      </w:r>
      <w:r>
        <w:br/>
      </w:r>
      <w:r>
        <w:rPr>
          <w:sz w:val="20"/>
        </w:rPr>
        <w:t>9:48  So we have to know</w:t>
      </w:r>
      <w:r>
        <w:br/>
      </w:r>
      <w:r>
        <w:rPr>
          <w:sz w:val="20"/>
        </w:rPr>
        <w:t>9:50  . We have to</w:t>
      </w:r>
      <w:r>
        <w:br/>
      </w:r>
      <w:r>
        <w:rPr>
          <w:sz w:val="20"/>
        </w:rPr>
        <w:t>9:54  find the answer from the Quran, from the Hadith, from the prophet.</w:t>
      </w:r>
      <w:r>
        <w:br/>
      </w:r>
      <w:r>
        <w:rPr>
          <w:sz w:val="20"/>
        </w:rPr>
        <w:t>10:04  So when we read the Quran, we find that the answer given in the Quran is "kullu nafsin zaa'iqatul maut." Then the Quran says, "thumma turja'oona ilallahi." It means that everyone</w:t>
      </w:r>
      <w:r>
        <w:br/>
      </w:r>
      <w:r>
        <w:rPr>
          <w:sz w:val="20"/>
        </w:rPr>
        <w:t>10:27  will face death.</w:t>
      </w:r>
      <w:r>
        <w:br/>
      </w:r>
      <w:r>
        <w:rPr>
          <w:sz w:val="20"/>
        </w:rPr>
        <w:t>10:31  There is no doubt about it. There is no escape from the death. "kullu nafsin zaa'iqatul maut." Everyone is going to die.</w:t>
      </w:r>
      <w:r>
        <w:br/>
      </w:r>
      <w:r>
        <w:rPr>
          <w:sz w:val="20"/>
        </w:rPr>
        <w:t>10:47  "thumma turja'oona ilallahi." Then every human being, every man and woman,</w:t>
      </w:r>
      <w:r>
        <w:br/>
      </w:r>
      <w:r>
        <w:rPr>
          <w:sz w:val="20"/>
        </w:rPr>
        <w:t>10:57  will go to God.</w:t>
      </w:r>
      <w:r>
        <w:br/>
      </w:r>
      <w:r>
        <w:rPr>
          <w:sz w:val="20"/>
        </w:rPr>
        <w:t>11:02  It is a very serious matter. So life is a journey. Life is a journey.</w:t>
      </w:r>
      <w:r>
        <w:br/>
      </w:r>
      <w:r>
        <w:rPr>
          <w:sz w:val="20"/>
        </w:rPr>
        <w:t>11:11  The first journey was that we traveled from God to man.</w:t>
      </w:r>
      <w:r>
        <w:br/>
      </w:r>
      <w:r>
        <w:rPr>
          <w:sz w:val="20"/>
        </w:rPr>
        <w:t>11:22  The first part of the journey was from God to man. This was the pre-death period.</w:t>
      </w:r>
      <w:r>
        <w:br/>
      </w:r>
      <w:r>
        <w:rPr>
          <w:sz w:val="20"/>
        </w:rPr>
        <w:t>11:31  Then the second phase of the journey will be from man to God. This is the post-death period.</w:t>
      </w:r>
      <w:r>
        <w:br/>
      </w:r>
      <w:r>
        <w:rPr>
          <w:sz w:val="20"/>
        </w:rPr>
        <w:t>11:43  So this is the answer given in the Quran and the Hadith.</w:t>
      </w:r>
      <w:r>
        <w:br/>
      </w:r>
      <w:r>
        <w:rPr>
          <w:sz w:val="20"/>
        </w:rPr>
        <w:t>11:55  Then</w:t>
      </w:r>
      <w:r>
        <w:br/>
      </w:r>
      <w:r>
        <w:rPr>
          <w:sz w:val="20"/>
        </w:rPr>
        <w:t>11:58  the Quran and Hadith both tell us that you have to prepare yourself.</w:t>
      </w:r>
      <w:r>
        <w:br/>
      </w:r>
      <w:r>
        <w:rPr>
          <w:sz w:val="20"/>
        </w:rPr>
        <w:t>12:09  You have to prepare yourself in this world.</w:t>
      </w:r>
      <w:r>
        <w:br/>
      </w:r>
      <w:r>
        <w:rPr>
          <w:sz w:val="20"/>
        </w:rPr>
        <w:t>12:13  This world is a</w:t>
      </w:r>
      <w:r>
        <w:br/>
      </w:r>
      <w:r>
        <w:rPr>
          <w:sz w:val="20"/>
        </w:rPr>
        <w:t>12:18  chance of preparation so that you may find the result in the hereafter.</w:t>
      </w:r>
      <w:r>
        <w:br/>
      </w:r>
      <w:r>
        <w:rPr>
          <w:sz w:val="20"/>
        </w:rPr>
        <w:t>12:30  In this world, everyone is on the test. This world is a testing ground.</w:t>
      </w:r>
    </w:p>
    <w:p>
      <w:pPr>
        <w:pStyle w:val="Heading2"/>
      </w:pPr>
      <w:r>
        <w:t>Becoming second best of universe</w:t>
      </w:r>
    </w:p>
    <w:p>
      <w:r>
        <w:rPr>
          <w:color w:val="666666"/>
          <w:sz w:val="18"/>
        </w:rPr>
        <w:t>How to Become 2nd Best in the Universe Oct 8, 2006 Maulana Wahiduddin Khan · 4m 15s · at 1:19 · https://youtu.be/drciAo6jF_o?t=79</w:t>
      </w:r>
    </w:p>
    <w:p>
      <w:r>
        <w:rPr>
          <w:i/>
        </w:rPr>
        <w:t>“How to become the second best of the universe”</w:t>
      </w:r>
    </w:p>
    <w:p>
      <w:r>
        <w:rPr>
          <w:sz w:val="20"/>
        </w:rPr>
        <w:t>1:19  woh yeh hai ke "how to become</w:t>
      </w:r>
      <w:r>
        <w:br/>
      </w:r>
      <w:r>
        <w:rPr>
          <w:sz w:val="20"/>
        </w:rPr>
        <w:t>1:27  the second best of the universe".</w:t>
      </w:r>
      <w:r>
        <w:br/>
      </w:r>
      <w:r>
        <w:rPr>
          <w:sz w:val="20"/>
        </w:rPr>
        <w:t>1:33  "how to become the second best of the universe".</w:t>
      </w:r>
      <w:r>
        <w:br/>
      </w:r>
      <w:r>
        <w:rPr>
          <w:sz w:val="20"/>
        </w:rPr>
        <w:t>1:43  dekhiye, is baat mein koi doubt nahi, koi is mein do raay nahi ke is universe ka jo first best hai,</w:t>
      </w:r>
      <w:r>
        <w:br/>
      </w:r>
      <w:r>
        <w:rPr>
          <w:sz w:val="20"/>
        </w:rPr>
        <w:t>1:58  woh is ka creator hai. zahir hai ke jo creator hai, us ke siwa kaun hai jo universe ka first best ban sake?</w:t>
      </w:r>
      <w:r>
        <w:br/>
      </w:r>
      <w:r>
        <w:rPr>
          <w:sz w:val="20"/>
        </w:rPr>
        <w:t>2:18  ab sawal yeh hai ke second best kaun ho sakta hai?</w:t>
      </w:r>
      <w:r>
        <w:br/>
      </w:r>
      <w:r>
        <w:rPr>
          <w:sz w:val="20"/>
        </w:rPr>
        <w:t>2:25  main samajhta hoon ke second best woh hai jo</w:t>
      </w:r>
      <w:r>
        <w:br/>
      </w:r>
      <w:r>
        <w:rPr>
          <w:sz w:val="20"/>
        </w:rPr>
        <w:t>2:32  creator ko</w:t>
      </w:r>
      <w:r>
        <w:br/>
      </w:r>
      <w:r>
        <w:rPr>
          <w:sz w:val="20"/>
        </w:rPr>
        <w:t>2:36  acknowledge kare,</w:t>
      </w:r>
      <w:r>
        <w:br/>
      </w:r>
      <w:r>
        <w:rPr>
          <w:sz w:val="20"/>
        </w:rPr>
        <w:t>2:41  jo creator ko discover kare.</w:t>
      </w:r>
      <w:r>
        <w:br/>
      </w:r>
      <w:r>
        <w:rPr>
          <w:sz w:val="20"/>
        </w:rPr>
        <w:t>2:48  main samajhta hoon ke wohi is universe mein second best hai.</w:t>
      </w:r>
      <w:r>
        <w:br/>
      </w:r>
      <w:r>
        <w:rPr>
          <w:sz w:val="20"/>
        </w:rPr>
        <w:t>2:55  ek shayar ne phool ko dekha, us ki khushbu ko dekha</w:t>
      </w:r>
      <w:r>
        <w:br/>
      </w:r>
      <w:r>
        <w:rPr>
          <w:sz w:val="20"/>
        </w:rPr>
        <w:t>3:05  to shayar ne kaha, persian shayar ne: "ae gul but khursandam, to booye kase daari?</w:t>
      </w:r>
      <w:r>
        <w:br/>
      </w:r>
      <w:r>
        <w:rPr>
          <w:sz w:val="20"/>
        </w:rPr>
        <w:t>3:17  ae phool, main tujh ko dekh kar bohat shaad hota hoon, bohat khush hota hoon, kyunke tu</w:t>
      </w:r>
      <w:r>
        <w:br/>
      </w:r>
      <w:r>
        <w:rPr>
          <w:sz w:val="20"/>
        </w:rPr>
        <w:t>3:33  kisi ki khushbu apne sath rakhta hai."</w:t>
      </w:r>
      <w:r>
        <w:br/>
      </w:r>
      <w:r>
        <w:rPr>
          <w:sz w:val="20"/>
        </w:rPr>
        <w:t>3:38  yeh kya hai? yani creator ki khushbu. is shayar ne phool ko dekha, us ki khushbu ko soongha to us ki khushbu mein us ko dikhai pada ke kaisa ajeeb hoga woh khuda jis ne phool banaya aur us ke andar itni achhi khushbu rakh di.</w:t>
      </w:r>
      <w:r>
        <w:br/>
      </w:r>
      <w:r>
        <w:rPr>
          <w:sz w:val="20"/>
        </w:rPr>
        <w:t>4:08  to mein yeh kahoon ga ke phool silent, phool silent language mein apne creator ka pata deta hai.</w:t>
      </w:r>
      <w:r>
        <w:br/>
      </w:r>
      <w:r>
        <w:rPr>
          <w:sz w:val="20"/>
        </w:rPr>
        <w:t>4:20  insan ko yeh, insan ke andar yeh capacity hai ke woh speaking language mein</w:t>
      </w:r>
      <w:r>
        <w:br/>
      </w:r>
      <w:r>
        <w:rPr>
          <w:sz w:val="20"/>
        </w:rPr>
        <w:t>4:34  khuda ko acknowledge kar sake.</w:t>
      </w:r>
      <w:r>
        <w:br/>
      </w:r>
      <w:r>
        <w:rPr>
          <w:sz w:val="20"/>
        </w:rPr>
        <w:t>4:38  misalan aap kahein ke "God is the great, glory be to God".</w:t>
      </w:r>
      <w:r>
        <w:br/>
      </w:r>
      <w:r>
        <w:rPr>
          <w:sz w:val="20"/>
        </w:rPr>
        <w:t>4:48  yeh sentence sirf insan bol sakta hai. Yani mein simply lipstick ki baat, mein lip service ki baat nahi kar raha hoon, mein is sentence ki baat kar raha hoon jo khuda ki discovery ke baad is tarah nikalti hai jaise grace, Greek philosopher ki zuban se nikla tha: "Eureka, Eureka".</w:t>
      </w:r>
      <w:r>
        <w:br/>
      </w:r>
      <w:r>
        <w:rPr>
          <w:sz w:val="20"/>
        </w:rPr>
        <w:t>5:17  to yeh sirf insan hai jis ke andar thinking power hai, conceptual thinking hai, jo kisi cheez ko intellectually discover kar sakta hai.</w:t>
      </w:r>
    </w:p>
    <w:p>
      <w:pPr>
        <w:pStyle w:val="Heading2"/>
      </w:pPr>
      <w:r>
        <w:t>Discovering God's constant nearness as a way of life</w:t>
      </w:r>
    </w:p>
    <w:p>
      <w:r>
        <w:rPr>
          <w:color w:val="666666"/>
          <w:sz w:val="18"/>
        </w:rPr>
        <w:t>Ramadan and Quranic Guidance July 29, 2012 · 5m 56s · at 42:46 · https://youtu.be/WxpcI7qi4d0?t=2566</w:t>
      </w:r>
    </w:p>
    <w:p>
      <w:r>
        <w:rPr>
          <w:i/>
        </w:rPr>
        <w:t>“Wo ayat hai ke jab mere bande mere baare mein poochein”</w:t>
      </w:r>
    </w:p>
    <w:p>
      <w:r>
        <w:rPr>
          <w:sz w:val="20"/>
        </w:rPr>
        <w:t>42:46  woh yeh hai ke wiza salik ibadi ini wani qareeb</w:t>
      </w:r>
      <w:r>
        <w:br/>
      </w:r>
      <w:r>
        <w:rPr>
          <w:sz w:val="20"/>
        </w:rPr>
        <w:t>42:53  . woh ji woh dawat daai zatan falyastajibuli walion bi la lahum yashudun. is ka translation yeh hai ke jab mere bande mere bare mein poochhen to kahon ke mein bilkul qareeb hoon.</w:t>
      </w:r>
      <w:r>
        <w:br/>
      </w:r>
      <w:r>
        <w:rPr>
          <w:sz w:val="20"/>
        </w:rPr>
        <w:t>43:17  ini qareeb, mein to tumhare bilkul qareeb hoon.</w:t>
      </w:r>
      <w:r>
        <w:br/>
      </w:r>
      <w:r>
        <w:rPr>
          <w:sz w:val="20"/>
        </w:rPr>
        <w:t>43:23  sunta hoon tumhari baton ko aur jawab deta hoon tumhari pukar ko. to tum mujh ko pukaaro aur mere par yaqeen karo.</w:t>
      </w:r>
      <w:r>
        <w:br/>
      </w:r>
      <w:r>
        <w:rPr>
          <w:sz w:val="20"/>
        </w:rPr>
        <w:t>43:35  yeh hai rushd ka tareeqa. ab aap ghor kijiye. agar aap Allah ko is aise se daryaft karen ke woh to bilkul mere qareeb hai.</w:t>
      </w:r>
      <w:r>
        <w:br/>
      </w:r>
      <w:r>
        <w:rPr>
          <w:sz w:val="20"/>
        </w:rPr>
        <w:t>43:47  mein mein isi ki presence mein jee raha hoon.</w:t>
      </w:r>
      <w:r>
        <w:br/>
      </w:r>
      <w:r>
        <w:rPr>
          <w:sz w:val="20"/>
        </w:rPr>
        <w:t>43:51  mein mein aur khuda koi do door door ki cheezen nahin hain. mein Allah ki presence mein jee raha hoon, chaubis ghante har lamha.</w:t>
      </w:r>
      <w:r>
        <w:br/>
      </w:r>
      <w:r>
        <w:rPr>
          <w:sz w:val="20"/>
        </w:rPr>
        <w:t>44:03  to kya ho ga? yahi ho ga, whisper shuru ho jayega.</w:t>
      </w:r>
      <w:r>
        <w:br/>
      </w:r>
      <w:r>
        <w:rPr>
          <w:sz w:val="20"/>
        </w:rPr>
        <w:t>44:13  jis ko munajat ko log samajhte hain, yani munajat maqbool waghera bhi kaha jata hai, woh sab woh woh cheez nahin hai.</w:t>
      </w:r>
      <w:r>
        <w:br/>
      </w:r>
      <w:r>
        <w:rPr>
          <w:sz w:val="20"/>
        </w:rPr>
        <w:t>44:22  yeh munajat mani dua nahin hai. munajat ka mani sargoshi, whisper. to jab khuda ko aap is aise se daryaft karen, khuda har waqt sunta hai, har waqt meri baton, mujh ko dekh raha hai.</w:t>
      </w:r>
      <w:r>
        <w:br/>
      </w:r>
      <w:r>
        <w:rPr>
          <w:sz w:val="20"/>
        </w:rPr>
        <w:t>44:38  woh mujh se bilkul hi qareeb hai.</w:t>
      </w:r>
      <w:r>
        <w:br/>
      </w:r>
      <w:r>
        <w:rPr>
          <w:sz w:val="20"/>
        </w:rPr>
        <w:t>44:44  quran mein hai ke Allah tum se dar ke jahan se bhi zyada qareeb hai. aap ghor kijiye ke phir kya ho ga aap ka haal?</w:t>
      </w:r>
      <w:r>
        <w:br/>
      </w:r>
      <w:r>
        <w:rPr>
          <w:sz w:val="20"/>
        </w:rPr>
        <w:t>44:54  har waqt aap Allah ko yaad karenge. har waqt aap Allah ko pukarenge. har waqt aap ke dil se Allah se duaen niklengi.</w:t>
      </w:r>
      <w:r>
        <w:br/>
      </w:r>
      <w:r>
        <w:rPr>
          <w:sz w:val="20"/>
        </w:rPr>
        <w:t>45:05  har waqt. isi ka naam hai whisper.</w:t>
      </w:r>
      <w:r>
        <w:br/>
      </w:r>
      <w:r>
        <w:rPr>
          <w:sz w:val="20"/>
        </w:rPr>
        <w:t>45:11  jab khuda bilkul aap ke qareeb hai, jo khuda aap ke rag jahan se bhi zyada qareeb hai, jab aap us ko aap ki presence mein jee rahe hain, jab us ko apne charon taraf aap pa rahe hain, jab khuda-e-krishan mein aap creator ko observe kar rahe hain,</w:t>
      </w:r>
      <w:r>
        <w:br/>
      </w:r>
      <w:r>
        <w:rPr>
          <w:sz w:val="20"/>
        </w:rPr>
        <w:t>45:32  yeh sab jab aap ka haal ho jaye, yani discovery ke is level ko aap pahunch jayen to kya ho ga</w:t>
      </w:r>
      <w:r>
        <w:br/>
      </w:r>
      <w:r>
        <w:rPr>
          <w:sz w:val="20"/>
        </w:rPr>
        <w:t>45:42  ? wohi ho ga jis ko kaha gaya hai yanaji rabbah. yani har lamha aap ke khuda se sargoshiyan hongi.</w:t>
      </w:r>
      <w:r>
        <w:br/>
      </w:r>
      <w:r>
        <w:rPr>
          <w:sz w:val="20"/>
        </w:rPr>
        <w:t>45:50  har lamha aap ke khuda se whisper ho ga. har lamha aap se ek mutual conversation, conversation chalta rahe ga.</w:t>
      </w:r>
      <w:r>
        <w:br/>
      </w:r>
      <w:r>
        <w:rPr>
          <w:sz w:val="20"/>
        </w:rPr>
        <w:t>46:00  yeh hai maximum. to roze mein apne ko ekso ekso kar ke quran ki study karna, yeh to minimum hai, minimum.</w:t>
      </w:r>
      <w:r>
        <w:br/>
      </w:r>
      <w:r>
        <w:rPr>
          <w:sz w:val="20"/>
        </w:rPr>
        <w:t>46:11  yeh</w:t>
      </w:r>
      <w:r>
        <w:br/>
      </w:r>
      <w:r>
        <w:rPr>
          <w:sz w:val="20"/>
        </w:rPr>
        <w:t>46:12  maximum mein na yaad rakhiye ke yeh maximum nahi hai. yeh itna to kam se kam zaroori hai ke barah mahine mein se aik ghanta, mahina.</w:t>
      </w:r>
      <w:r>
        <w:br/>
      </w:r>
      <w:r>
        <w:rPr>
          <w:sz w:val="20"/>
        </w:rPr>
        <w:t>46:22  itna to kam se kam zaroori hai ke barah mahine mein se aik mahina aap apne ko iksu karen.</w:t>
      </w:r>
      <w:r>
        <w:br/>
      </w:r>
      <w:r>
        <w:rPr>
          <w:sz w:val="20"/>
        </w:rPr>
        <w:t>46:31  is mein bhi agar aap</w:t>
      </w:r>
      <w:r>
        <w:br/>
      </w:r>
      <w:r>
        <w:rPr>
          <w:sz w:val="20"/>
        </w:rPr>
        <w:t>46:35  ziyada aap ko mauqa nahi mil raha to kam se kam aakhri das din aitkaf mein le ja kar ke aik dam hi iksu kar len. yeh minimum hai.</w:t>
      </w:r>
      <w:r>
        <w:br/>
      </w:r>
      <w:r>
        <w:rPr>
          <w:sz w:val="20"/>
        </w:rPr>
        <w:t>46:48  lekin maximum kya hai?</w:t>
      </w:r>
      <w:r>
        <w:br/>
      </w:r>
      <w:r>
        <w:rPr>
          <w:sz w:val="20"/>
        </w:rPr>
        <w:t>46:52  maximum yeh hai ke aap barah ghante</w:t>
      </w:r>
      <w:r>
        <w:br/>
      </w:r>
      <w:r>
        <w:rPr>
          <w:sz w:val="20"/>
        </w:rPr>
        <w:t>46:58  ramzan aur aitkaf mein rahen. aur barah mahine. yaani barah mahine aap ka yahi haal ho.</w:t>
      </w:r>
      <w:r>
        <w:br/>
      </w:r>
      <w:r>
        <w:rPr>
          <w:sz w:val="20"/>
        </w:rPr>
        <w:t>47:08  aap ghor kijiye ke jab aap Allah ko isi se daryaft karen ke woh aap ka khaliq hai, woh aap ka rab hai, woh aap ka munib hai, woh aap ka sab kuch hai aur woh bilkul aap ke qareeb hai.</w:t>
      </w:r>
      <w:r>
        <w:br/>
      </w:r>
      <w:r>
        <w:rPr>
          <w:sz w:val="20"/>
        </w:rPr>
        <w:t>47:26  aap dil mein bolen tab bhi woh sune ga. yaani aap chahe lafzon mein na bolen, dil mein sochein tab bhi woh sune ga woh.</w:t>
      </w:r>
      <w:r>
        <w:br/>
      </w:r>
      <w:r>
        <w:rPr>
          <w:sz w:val="20"/>
        </w:rPr>
        <w:t>47:39  aur phir aap ko yeh yaad aaye ke aakhir kar mujhe isi Khuda ke haan jaana hai.</w:t>
      </w:r>
      <w:r>
        <w:br/>
      </w:r>
      <w:r>
        <w:rPr>
          <w:sz w:val="20"/>
        </w:rPr>
        <w:t>47:49  aakhir kar mujhe isi Khuda ke haan jaana hai.</w:t>
      </w:r>
      <w:r>
        <w:br/>
      </w:r>
      <w:r>
        <w:rPr>
          <w:sz w:val="20"/>
        </w:rPr>
        <w:t>47:54  mein bhaag nahi saka.</w:t>
      </w:r>
      <w:r>
        <w:br/>
      </w:r>
      <w:r>
        <w:rPr>
          <w:sz w:val="20"/>
        </w:rPr>
        <w:t>47:59  bhaag nahi sakta. zalik ma'an ko tamim wa tahid. yaani bhaagne wala bhi aakhir kar pohnche ga Allah ke paas.</w:t>
      </w:r>
      <w:r>
        <w:br/>
      </w:r>
      <w:r>
        <w:rPr>
          <w:sz w:val="20"/>
        </w:rPr>
        <w:t>48:09  chahe aap bhagen ya na bhagen, aakhir kar maut ke baad lazman mujhe Allah ko face karna hai. ab ghor kijiye, yeh sab baatein jab aur yeh bhi ho ke maut ka koi waqt nahi hai.</w:t>
      </w:r>
      <w:r>
        <w:br/>
      </w:r>
      <w:r>
        <w:rPr>
          <w:sz w:val="20"/>
        </w:rPr>
        <w:t>48:23  kabhi bhi aa sakti hai. in sab baaton se jab aap ka zehn banta hai to aap ghor kijiye, kya haal ho ga aap ka?</w:t>
      </w:r>
      <w:r>
        <w:br/>
      </w:r>
      <w:r>
        <w:rPr>
          <w:sz w:val="20"/>
        </w:rPr>
        <w:t>48:33  saal ke barah mahine aap munajat mein guzaren ge. yaani Allah se whisper mein, Allah se sargoshi mein.</w:t>
      </w:r>
    </w:p>
    <w:p>
      <w:pPr>
        <w:pStyle w:val="Heading2"/>
      </w:pPr>
      <w:r>
        <w:t>seeing God's beauty in everyday life</w:t>
      </w:r>
    </w:p>
    <w:p>
      <w:r>
        <w:rPr>
          <w:color w:val="666666"/>
          <w:sz w:val="18"/>
        </w:rPr>
        <w:t>Interpretation of Prophetic History March 18, 2007 Maulana Wahiduddin Khan · 22s · at 50:46 · https://youtu.be/em6fFdShppU?t=3046</w:t>
      </w:r>
    </w:p>
    <w:p>
      <w:r>
        <w:rPr>
          <w:i/>
        </w:rPr>
        <w:t>“Aaj hi mujhe abhi isi zindagi mein khuda itna beautiful maloom hota hai”</w:t>
      </w:r>
    </w:p>
    <w:p>
      <w:r>
        <w:rPr>
          <w:sz w:val="20"/>
        </w:rPr>
        <w:t>50:46  Khuda ko dekhna.</w:t>
      </w:r>
      <w:r>
        <w:br/>
      </w:r>
      <w:r>
        <w:rPr>
          <w:sz w:val="20"/>
        </w:rPr>
        <w:t>50:49  mein jab sochta hoon to aaj hi mujhe abhi isi zindagi mein Khuda itna beautiful maloom hota hai. mein sochta hoon ke</w:t>
      </w:r>
      <w:r>
        <w:br/>
      </w:r>
      <w:r>
        <w:rPr>
          <w:sz w:val="20"/>
        </w:rPr>
        <w:t>51:00  is ki booti kabhi khatam nahi ho sakti. eternally khatam nahi hoti. ek patti ko mujhe Khuda ki booti dikhai deti hai.</w:t>
      </w:r>
    </w:p>
    <w:p>
      <w:pPr>
        <w:pStyle w:val="Heading2"/>
      </w:pPr>
      <w:r>
        <w:t>How a true fast brings a felt closeness to God</w:t>
      </w:r>
    </w:p>
    <w:p>
      <w:r>
        <w:rPr>
          <w:color w:val="666666"/>
          <w:sz w:val="18"/>
        </w:rPr>
        <w:t>Spirit of Ramadan June 14, 2015 · 2m 52s · at 12:50 · https://youtu.be/mKQdhE2rhdQ?t=770</w:t>
      </w:r>
    </w:p>
    <w:p>
      <w:r>
        <w:rPr>
          <w:i/>
        </w:rPr>
        <w:t>“Woh aayat hai: Wa idha sa'alaka 'ibadi 'anni”</w:t>
      </w:r>
    </w:p>
    <w:p>
      <w:r>
        <w:rPr>
          <w:sz w:val="20"/>
        </w:rPr>
        <w:t>12:50  woh ayat hai: "wa idha saalaka 'ibadi 'anni fa'inni qarib".</w:t>
      </w:r>
      <w:r>
        <w:br/>
      </w:r>
      <w:r>
        <w:rPr>
          <w:sz w:val="20"/>
        </w:rPr>
        <w:t>13:03  tarjuma yeh hai: "bande jab poochen tum se mere bare mein, yani Allah ke bare mein, to kaho ke mein qareeb hoon, kaho ke mein qareeb hoon,</w:t>
      </w:r>
      <w:r>
        <w:br/>
      </w:r>
      <w:r>
        <w:rPr>
          <w:sz w:val="20"/>
        </w:rPr>
        <w:t>13:20  mein pukarnay walay ki pukar ko sunta hoon, to tum mujhe pukaro."</w:t>
      </w:r>
      <w:r>
        <w:br/>
      </w:r>
      <w:r>
        <w:rPr>
          <w:sz w:val="20"/>
        </w:rPr>
        <w:t>13:29  kehti hai: "ajeeb baat hai yeh, aur aisa tum karoge to tum ko rushd milegi, hidayat milegi." ab yahan par dekhiye, ek ek aam pehlu is ka hai ke Allah apne bondon se qareeb hai, ek aam baat</w:t>
      </w:r>
      <w:r>
        <w:br/>
      </w:r>
      <w:r>
        <w:rPr>
          <w:sz w:val="20"/>
        </w:rPr>
        <w:t>13:43  hai, lekin is mein doosra pehlu ek aur hai ke ramzan agar sahi tareeqay se guzare, aadmi sahi tareeqay se is ki jo asal speed hai, us ke sath guzare to woh apne, yani roohaniyat ke aitbaar se, spirituality ke aitbaar se,</w:t>
      </w:r>
      <w:r>
        <w:br/>
      </w:r>
      <w:r>
        <w:rPr>
          <w:sz w:val="20"/>
        </w:rPr>
        <w:t>14:03  Allah se qareeb ho jata hai, yani ehsas-e-qurbat mein jeenay lagta hai. woh</w:t>
      </w:r>
      <w:r>
        <w:br/>
      </w:r>
      <w:r>
        <w:rPr>
          <w:sz w:val="20"/>
        </w:rPr>
        <w:t>14:10  aam taur par jo log jo hain, ehsas-e-doori bhi jeetay hain. mein apne ghar ke samne jo khara hota hoon, dekhta hoon log aa rahe hain, ja rahe hain, aa rahe hain, ja rahe hain, to mujhe lagta hai ke, yani khamoshi ke sath woh ailan kar rahe hain ke hum ehsas-e-doori mein jee rahe hain,</w:t>
      </w:r>
      <w:r>
        <w:br/>
      </w:r>
      <w:r>
        <w:rPr>
          <w:sz w:val="20"/>
        </w:rPr>
        <w:t>14:30  ehsas-e-qurbat mein nahin jee rahe hain. to</w:t>
      </w:r>
      <w:r>
        <w:br/>
      </w:r>
      <w:r>
        <w:rPr>
          <w:sz w:val="20"/>
        </w:rPr>
        <w:t>14:34  ramzan mein agar aadmi sahi tareeqay se is ke aadab ka ehtimam kare, yani tadabbur kare, tafakkur kare, quran ka mutala kare,</w:t>
      </w:r>
      <w:r>
        <w:br/>
      </w:r>
      <w:r>
        <w:rPr>
          <w:sz w:val="20"/>
        </w:rPr>
        <w:t>14:48  to woh Allah ke muamle mein ehsas-e-qurbat mein jeenay lagta hai, jeenay lagega. yeh qurbat ka ehsas is ko shadeed hoga is ke andar.</w:t>
      </w:r>
      <w:r>
        <w:br/>
      </w:r>
      <w:r>
        <w:rPr>
          <w:sz w:val="20"/>
        </w:rPr>
        <w:t>15:00  to farmaya ke jab tum Allah se itni qurbat aa jaye, tum ko ehsas-e-qurbat tumhare andar paida ho jaye, to tum khud yeh daryaft kar liya tum ne ke Khuda to mere pas hi hai, ke door ki khabar nahin hai,</w:t>
      </w:r>
      <w:r>
        <w:br/>
      </w:r>
      <w:r>
        <w:rPr>
          <w:sz w:val="20"/>
        </w:rPr>
        <w:t>15:17  yani Khuda insan ke qareeb hai, yeh is insan ke liye hai jo aam insan hai,</w:t>
      </w:r>
      <w:r>
        <w:br/>
      </w:r>
      <w:r>
        <w:rPr>
          <w:sz w:val="20"/>
        </w:rPr>
        <w:t>15:24  is ke liye khabar hai, lekin ek sachche rozedaar ke liye jo sachchi speed ko jagaye apne andar, us ke liye yeh khabar nahi hai, yeh us ke liye ek waqea hai, yaani ehsaas ke aitbaar se mehsoos karne lagta hai ke main Allah se qareeb pahunch gaya hoon.</w:t>
      </w:r>
    </w:p>
    <w:p>
      <w:pPr>
        <w:pStyle w:val="Heading2"/>
      </w:pPr>
      <w:r>
        <w:t>If the sun lost its light, nothing would be visible</w:t>
      </w:r>
    </w:p>
    <w:p>
      <w:r>
        <w:rPr>
          <w:color w:val="666666"/>
          <w:sz w:val="18"/>
        </w:rPr>
        <w:t>Divine Guidance November 25, 2007 · 1m 25s · at 20:58 · https://youtu.be/uJjypJ-8His?t=1258</w:t>
      </w:r>
    </w:p>
    <w:p>
      <w:r>
        <w:rPr>
          <w:i/>
        </w:rPr>
        <w:t>“Kal main apne ghar ke corner mein baitha tha”</w:t>
      </w:r>
    </w:p>
    <w:p>
      <w:r>
        <w:rPr>
          <w:sz w:val="20"/>
        </w:rPr>
        <w:t>20:58  kal mein apne mere ghar mein ek corner hai park ki taraf. to wahan bohat beautiful scene rehta hai. mein wahan baithta hoon aksar.</w:t>
      </w:r>
      <w:r>
        <w:br/>
      </w:r>
      <w:r>
        <w:rPr>
          <w:sz w:val="20"/>
        </w:rPr>
        <w:t>21:08  to wahan park dikhai deta hai. peed dikhai dete hain. aasman dikhai deta hai. ek nature ka mahaul wahan par rehta hai. to kal mein wahan baitha hua tha aur suraj chamak raha tha upar.</w:t>
      </w:r>
      <w:r>
        <w:br/>
      </w:r>
      <w:r>
        <w:rPr>
          <w:sz w:val="20"/>
        </w:rPr>
        <w:t>21:22  to achaanak mein ne socha ke agar agar yeh suraj be noor ho jaye,</w:t>
      </w:r>
      <w:r>
        <w:br/>
      </w:r>
      <w:r>
        <w:rPr>
          <w:sz w:val="20"/>
        </w:rPr>
        <w:t>21:31  suraj ki roshni khatm ho jaye, science yeh kehti hai ke kisi bhi second ke fraction mein suraj ki roshni khatm ho sakti hai.</w:t>
      </w:r>
      <w:r>
        <w:br/>
      </w:r>
      <w:r>
        <w:rPr>
          <w:sz w:val="20"/>
        </w:rPr>
        <w:t>21:42  yeh bas samjhiye ke woh koi guaranteed na li jaye suraj ki roshni ko.</w:t>
      </w:r>
      <w:r>
        <w:br/>
      </w:r>
      <w:r>
        <w:rPr>
          <w:sz w:val="20"/>
        </w:rPr>
        <w:t>21:49  science ke lehaz se agar aap dekhen to second ke fraction mein suraj ki roshni khatm ho sakti hai. to mein ne socha ke agar agar roshni khatm ho jaye suraj ki to kya hoga?</w:t>
      </w:r>
      <w:r>
        <w:br/>
      </w:r>
      <w:r>
        <w:rPr>
          <w:sz w:val="20"/>
        </w:rPr>
        <w:t>22:02  mere sar par aankh ho gi magar mein dekhunga nahi. mere samne park ho ga magar mujh ko woh nazar nahi aaye ga. sab kuch phir bhi rahe ga, exist kare ga.</w:t>
      </w:r>
      <w:r>
        <w:br/>
      </w:r>
      <w:r>
        <w:rPr>
          <w:sz w:val="20"/>
        </w:rPr>
        <w:t>22:14  lekin mere liye woh non existent ho ga.</w:t>
      </w:r>
      <w:r>
        <w:br/>
      </w:r>
      <w:r>
        <w:rPr>
          <w:sz w:val="20"/>
        </w:rPr>
        <w:t>22:19  yeh hai Khuda se jodna.</w:t>
      </w:r>
    </w:p>
    <w:p>
      <w:pPr>
        <w:pStyle w:val="Heading2"/>
      </w:pPr>
      <w:r>
        <w:t>1941 cry: 'God, when will You come?'</w:t>
      </w:r>
    </w:p>
    <w:p>
      <w:r>
        <w:rPr>
          <w:color w:val="666666"/>
          <w:sz w:val="18"/>
        </w:rPr>
        <w:t>Kashmir Dwah Meet November 27, 2011 · 51s · at 1:23:04 · https://youtu.be/1eNX-LJ65so?t=4984</w:t>
      </w:r>
    </w:p>
    <w:p>
      <w:r>
        <w:rPr>
          <w:i/>
        </w:rPr>
        <w:t>“Mere andar shiddat se talaash-e-haq ka jazba ubhra”</w:t>
      </w:r>
    </w:p>
    <w:p>
      <w:r>
        <w:rPr>
          <w:sz w:val="20"/>
        </w:rPr>
        <w:t>1:23:04  ab se taqreeban 70 saal pehle, ghaliban 1941 mein, mere andar bohat shiddat se is se tahs haq ka jazba ubhra.</w:t>
      </w:r>
      <w:r>
        <w:br/>
      </w:r>
      <w:r>
        <w:rPr>
          <w:sz w:val="20"/>
        </w:rPr>
        <w:t>1:23:16  wohi jazba jo mother teresa mein hua tha, lekin mera mukhtalif tha. achaanak bilkul deewangi ke aalam mein mere dimagh se nikla: "Khuda hai to kab aayega?</w:t>
      </w:r>
      <w:r>
        <w:br/>
      </w:r>
      <w:r>
        <w:rPr>
          <w:sz w:val="20"/>
        </w:rPr>
        <w:t>1:23:29  mein kab tak tere aane ka intezar karoon?"</w:t>
      </w:r>
      <w:r>
        <w:br/>
      </w:r>
      <w:r>
        <w:rPr>
          <w:sz w:val="20"/>
        </w:rPr>
        <w:t>1:23:34  mein yeh kehta tha aur rota tha</w:t>
      </w:r>
      <w:r>
        <w:br/>
      </w:r>
      <w:r>
        <w:rPr>
          <w:sz w:val="20"/>
        </w:rPr>
        <w:t>1:23:38  kyunke meri talash Khuda ko paane ke liye thi.</w:t>
      </w:r>
      <w:r>
        <w:br/>
      </w:r>
      <w:r>
        <w:rPr>
          <w:sz w:val="20"/>
        </w:rPr>
        <w:t>1:23:44  "Khawand, tu kab aayega? mein kab tak tere aane ka intezar karoon?" is par mein ne, yaani us waqt, apne ehsasat ko mein likhta bhi tha.</w:t>
      </w:r>
    </w:p>
    <w:p>
      <w:pPr>
        <w:pStyle w:val="Heading2"/>
      </w:pPr>
      <w:r>
        <w:t>Ijtihad rewarded even if mistaken</w:t>
      </w:r>
    </w:p>
    <w:p>
      <w:r>
        <w:rPr>
          <w:color w:val="666666"/>
          <w:sz w:val="18"/>
        </w:rPr>
        <w:t>Islam in A New Age 18 March 2012 Maulana Wahiduddin Khan · 3m 08s · at 11:21 · https://youtu.be/HDisvam9R30?t=681</w:t>
      </w:r>
    </w:p>
    <w:p>
      <w:r>
        <w:rPr>
          <w:i/>
        </w:rPr>
        <w:t>“اور دیکھیے، رسول اللہ صلی اللہ علیہ وسلم نے اس معاملے میں”</w:t>
      </w:r>
    </w:p>
    <w:p>
      <w:r>
        <w:rPr>
          <w:sz w:val="20"/>
        </w:rPr>
        <w:t>11:21  aur dekhiye, rasool Allah sal Allah alaihi wasallam ne is maamle mein</w:t>
      </w:r>
      <w:r>
        <w:br/>
      </w:r>
      <w:r>
        <w:rPr>
          <w:sz w:val="20"/>
        </w:rPr>
        <w:t>11:27  apni ummat ko ek bohat bari hidayat di thi ke ijtihad har haal mein karo. agar galat ijtihad ho jaye tab bhi karo ijtihad.</w:t>
      </w:r>
      <w:r>
        <w:br/>
      </w:r>
      <w:r>
        <w:rPr>
          <w:sz w:val="20"/>
        </w:rPr>
        <w:t>11:38  yeh kaisi ajeeb cheez hai.</w:t>
      </w:r>
      <w:r>
        <w:br/>
      </w:r>
      <w:r>
        <w:rPr>
          <w:sz w:val="20"/>
        </w:rPr>
        <w:t>11:41  dekhiye, bukhari mein ek riwayat hai ijtihad ke bare mein.</w:t>
      </w:r>
      <w:r>
        <w:br/>
      </w:r>
      <w:r>
        <w:rPr>
          <w:sz w:val="20"/>
        </w:rPr>
        <w:t>11:47  sahih al bukhari mein. ke ek shakhs ijtihad karta hai aur ijtihad mein ghalti kar jata hai tab bhi us ke liye ek sawab hai.</w:t>
      </w:r>
      <w:r>
        <w:br/>
      </w:r>
      <w:r>
        <w:rPr>
          <w:sz w:val="20"/>
        </w:rPr>
        <w:t>11:59  is hadith mein hai ke agar ijtihad sahi ho to double sawab hai. aur agar sahi na ho, ghalti ho jaye tab bhi ek sawab hai. is ka matlab kya hai?</w:t>
      </w:r>
      <w:r>
        <w:br/>
      </w:r>
      <w:r>
        <w:rPr>
          <w:sz w:val="20"/>
        </w:rPr>
        <w:t>12:10  yeh ijtihad ko ubharna hai. ijtihad ka shauq dilana hai. ke bila daray hue ijtihad karo.</w:t>
      </w:r>
      <w:r>
        <w:br/>
      </w:r>
      <w:r>
        <w:rPr>
          <w:sz w:val="20"/>
        </w:rPr>
        <w:t>12:21  kaisi ajeeb baat hai.</w:t>
      </w:r>
      <w:r>
        <w:br/>
      </w:r>
      <w:r>
        <w:rPr>
          <w:sz w:val="20"/>
        </w:rPr>
        <w:t>12:25  yani yeh bad ro ke ijtihad kar ke tum ghalti kar jaoge. ghalti karoge tab bhi Allah taala tum ko inaam dega. sirf apni niyat ka lihaaz rakho.</w:t>
      </w:r>
      <w:r>
        <w:br/>
      </w:r>
      <w:r>
        <w:rPr>
          <w:sz w:val="20"/>
        </w:rPr>
        <w:t>12:34  "inma al aamaalu bin niyyat" . apni niyat ko dekho ke niyat durust ho. yani niyat agar durust hai, yani fehm e deen ki niyat hai, Allah ki marifat janne ki niyat hai,</w:t>
      </w:r>
      <w:r>
        <w:br/>
      </w:r>
      <w:r>
        <w:rPr>
          <w:sz w:val="20"/>
        </w:rPr>
        <w:t>12:50  Allah ki qurbat hasil karne ki niyat hai.</w:t>
      </w:r>
      <w:r>
        <w:br/>
      </w:r>
      <w:r>
        <w:rPr>
          <w:sz w:val="20"/>
        </w:rPr>
        <w:t>12:55  to khoob ijtihad karo.</w:t>
      </w:r>
      <w:r>
        <w:br/>
      </w:r>
      <w:r>
        <w:rPr>
          <w:sz w:val="20"/>
        </w:rPr>
        <w:t>13:00  kaisi ajeeb baat hai.</w:t>
      </w:r>
      <w:r>
        <w:br/>
      </w:r>
      <w:r>
        <w:rPr>
          <w:sz w:val="20"/>
        </w:rPr>
        <w:t>13:04  kaisi ajeeb baat hai. yani yeh niyat to hamare har hum mein se har ek ke bas mein hai. har ek janta hai ke meri niyat kya hai.</w:t>
      </w:r>
      <w:r>
        <w:br/>
      </w:r>
      <w:r>
        <w:rPr>
          <w:sz w:val="20"/>
        </w:rPr>
        <w:t>13:15  yani publicity ki niyat hai, paisa kamane ki niyat hai. ya dunya ka faida uthane ki niyat hai, political faida maqsood hai.</w:t>
      </w:r>
      <w:r>
        <w:br/>
      </w:r>
      <w:r>
        <w:rPr>
          <w:sz w:val="20"/>
        </w:rPr>
        <w:t>13:24  yeh sab</w:t>
      </w:r>
      <w:r>
        <w:br/>
      </w:r>
      <w:r>
        <w:rPr>
          <w:sz w:val="20"/>
        </w:rPr>
        <w:t>13:25  yehhan hota hai. woh hum mein hum mein se har shakhs ko pata hai. koi bhi nahi hai aisa aadmi jo yeh na jaane ke meri niyat kya hai.</w:t>
      </w:r>
      <w:r>
        <w:br/>
      </w:r>
      <w:r>
        <w:rPr>
          <w:sz w:val="20"/>
        </w:rPr>
        <w:t>13:36  to jab niyat ka pata hai aap ko to bas niyat ko dekhiye.</w:t>
      </w:r>
      <w:r>
        <w:br/>
      </w:r>
      <w:r>
        <w:rPr>
          <w:sz w:val="20"/>
        </w:rPr>
        <w:t>13:43  aur niyat ko durust rakhiye. yani koi bhi dunyaavi faida maqsood na ho. koi publicity maqsood na ho. media mein aana maqsood na ho.</w:t>
      </w:r>
      <w:r>
        <w:br/>
      </w:r>
      <w:r>
        <w:rPr>
          <w:sz w:val="20"/>
        </w:rPr>
        <w:t>13:55  koi paisa kamana maqsood na ho. koi political faida maqsood na ho. bas yehhan ijazat li jiye.</w:t>
      </w:r>
      <w:r>
        <w:br/>
      </w:r>
      <w:r>
        <w:rPr>
          <w:sz w:val="20"/>
        </w:rPr>
        <w:t>14:04  aur jab aap dekhen ke mere dil mein siwaye</w:t>
      </w:r>
      <w:r>
        <w:br/>
      </w:r>
      <w:r>
        <w:rPr>
          <w:sz w:val="20"/>
        </w:rPr>
        <w:t>14:12  Allah ki deen tak pohnchne ke siwa koi mere dil mein koi nahi to khoob ijtihad kijiye.</w:t>
      </w:r>
      <w:r>
        <w:br/>
      </w:r>
      <w:r>
        <w:rPr>
          <w:sz w:val="20"/>
        </w:rPr>
        <w:t>14:21  daray baghair ke ghalti ho jayegi to pakdo. nahi, ghalti par bhi sawab milega.</w:t>
      </w:r>
    </w:p>
    <w:p>
      <w:pPr>
        <w:pStyle w:val="Heading2"/>
      </w:pPr>
      <w:r>
        <w:t>Feeling God everywhere while writing his book, and Col. Irwin on the moon</w:t>
      </w:r>
    </w:p>
    <w:p>
      <w:r>
        <w:rPr>
          <w:color w:val="666666"/>
          <w:sz w:val="18"/>
        </w:rPr>
        <w:t>My Discovery of Truth January 8, 2006 Maulana Wahiduddin Khan · 5m 46s · at 48:06 · https://youtu.be/Q8ErBn6pGV8?t=2886</w:t>
      </w:r>
    </w:p>
    <w:p>
      <w:r>
        <w:rPr>
          <w:i/>
        </w:rPr>
        <w:t>“Jab main God Arises likh raha tha, ajeeb kaifiyat tari thi”</w:t>
      </w:r>
    </w:p>
    <w:p>
      <w:r>
        <w:rPr>
          <w:sz w:val="20"/>
        </w:rPr>
        <w:t>48:06  jab mein kitab likh raha tha, "God Arise" wali kitab jab likh raha tha, mein to mein Adam Garh mein tha.</w:t>
      </w:r>
      <w:r>
        <w:br/>
      </w:r>
      <w:r>
        <w:rPr>
          <w:sz w:val="20"/>
        </w:rPr>
        <w:t>48:14  to is zamanay mein jab mein yeh sab mutala kar raha tha to ajeeb mere par kaifiyat taari thi.</w:t>
      </w:r>
      <w:r>
        <w:br/>
      </w:r>
      <w:r>
        <w:rPr>
          <w:sz w:val="20"/>
        </w:rPr>
        <w:t>48:24  wahi kaifiyat jo aap parhein ge ke Colonel Irwin jab chand par gaya,</w:t>
      </w:r>
      <w:r>
        <w:br/>
      </w:r>
      <w:r>
        <w:rPr>
          <w:sz w:val="20"/>
        </w:rPr>
        <w:t>48:34  na ghaleban 1971 mein, Colonel Irwin, American astronomer, to us ne jab woh chand par gaya aur wahan par us ne dekha to zameen se aap chand ko samajhte hain ke woh bohat hi beautiful hai,</w:t>
      </w:r>
      <w:r>
        <w:br/>
      </w:r>
      <w:r>
        <w:rPr>
          <w:sz w:val="20"/>
        </w:rPr>
        <w:t>48:50  wahan par light hai, wahan par yeh hai, wahan par woh hai. lekin jab us chand par khara hua ja kar ke woh to wahan siwa chattan ke aur kuch nahi tha.</w:t>
      </w:r>
      <w:r>
        <w:br/>
      </w:r>
      <w:r>
        <w:rPr>
          <w:sz w:val="20"/>
        </w:rPr>
        <w:t>49:02  chattan ke siwa aur kuch bhi nahi tha. rock,</w:t>
      </w:r>
      <w:r>
        <w:br/>
      </w:r>
      <w:r>
        <w:rPr>
          <w:sz w:val="20"/>
        </w:rPr>
        <w:t>49:08  na pani, na sabza, na light, kuch bhi nahi. aik bhayanak sannata.</w:t>
      </w:r>
      <w:r>
        <w:br/>
      </w:r>
      <w:r>
        <w:rPr>
          <w:sz w:val="20"/>
        </w:rPr>
        <w:t>49:19  is alam mein jab us ne apna ko paya to woh wapas aanay ke baad us ne kaha tha ke "I felt the presence of God there".</w:t>
      </w:r>
      <w:r>
        <w:br/>
      </w:r>
      <w:r>
        <w:rPr>
          <w:sz w:val="20"/>
        </w:rPr>
        <w:t>49:35  "I felt the presence of God there". maine jab mein chand ke oopar tha to maine wahan Khuda ke, Khuda ki mojoodgi ka ka ehsas kiya.</w:t>
      </w:r>
      <w:r>
        <w:br/>
      </w:r>
      <w:r>
        <w:rPr>
          <w:sz w:val="20"/>
        </w:rPr>
        <w:t>49:44  to dekhiye kya baat hai, aadmi jab helpless ho jaye, akela par jaye, us ke source khatam ho jayein, us ki jawani khatam ho jaye, us ki beauty khatam ho jaye, us ka paisa khatam ho jaye to wahan par us help, us helplessness ki halat mein us ko discovery hoti hai God ki.</w:t>
      </w:r>
      <w:r>
        <w:br/>
      </w:r>
      <w:r>
        <w:rPr>
          <w:sz w:val="20"/>
        </w:rPr>
        <w:t>50:13  isi liye hadith mein aata hai ke "Ana indal munkasirat quloob". mein toote hue dilo ke paas hota hoon. jab tak insaan ke paas sahara ho, jab tak aainay mein us ka chehra apne ko bara beautiful chehra dikhai de to woh Khuda ko nahi yaad kar pata.</w:t>
      </w:r>
      <w:r>
        <w:br/>
      </w:r>
      <w:r>
        <w:rPr>
          <w:sz w:val="20"/>
        </w:rPr>
        <w:t>50:32  lekin jab woh boorha ho jata hai aur aaina batata hai ke tumhari beauty khatam ho chuki hai,</w:t>
      </w:r>
      <w:r>
        <w:br/>
      </w:r>
      <w:r>
        <w:rPr>
          <w:sz w:val="20"/>
        </w:rPr>
        <w:t>50:42  jab</w:t>
      </w:r>
      <w:r>
        <w:br/>
      </w:r>
      <w:r>
        <w:rPr>
          <w:sz w:val="20"/>
        </w:rPr>
        <w:t>50:43  maal chala jata hai, jab business toot jata hai to helplessness ka jab us ko tajurba hota hai, us waqt us ko nazar aata hai ke Khuda hai.</w:t>
      </w:r>
      <w:r>
        <w:br/>
      </w:r>
      <w:r>
        <w:rPr>
          <w:sz w:val="20"/>
        </w:rPr>
        <w:t>50:55  matlab is ka arrogance khatam ho jata hai, sara ka sara. to us waqt woh us ko woh daryaft karta hai ke mere siwa koi Khuda hai jo taqaton wala hai.</w:t>
      </w:r>
      <w:r>
        <w:br/>
      </w:r>
      <w:r>
        <w:rPr>
          <w:sz w:val="20"/>
        </w:rPr>
        <w:t>51:09  mein ajeez hoon, woh qadir hai.</w:t>
      </w:r>
      <w:r>
        <w:br/>
      </w:r>
      <w:r>
        <w:rPr>
          <w:sz w:val="20"/>
        </w:rPr>
        <w:t>51:15  to yeh ehsas hua us ko wahan par chand par, Colonel Irwin ko ke us ne chand par Khuda ke presence ko mehsoos kiya.</w:t>
      </w:r>
      <w:r>
        <w:br/>
      </w:r>
      <w:r>
        <w:rPr>
          <w:sz w:val="20"/>
        </w:rPr>
        <w:t>51:30  to yeh mera haal hua tha is zamanay mein jab ke mein mutala kar raha tha, parh raha tha apni kitab ke silsilay mein, matter ikatha kar raha tha.</w:t>
      </w:r>
      <w:r>
        <w:br/>
      </w:r>
      <w:r>
        <w:rPr>
          <w:sz w:val="20"/>
        </w:rPr>
        <w:t>51:42  to mujhe yaad hai ke mein Adam Garh mein tha to hamare paros mein aik sahib thay, un ka naam tha Shah Naseer Ahmed.</w:t>
      </w:r>
      <w:r>
        <w:br/>
      </w:r>
      <w:r>
        <w:rPr>
          <w:sz w:val="20"/>
        </w:rPr>
        <w:t>51:54  ab un ka intiqal ho chuka hai, woh hamare paros mein rehte thay. to Adam Garh mein mein tha, wahan par aik building hai, baqi manzil wahan par tha.</w:t>
      </w:r>
      <w:r>
        <w:br/>
      </w:r>
      <w:r>
        <w:rPr>
          <w:sz w:val="20"/>
        </w:rPr>
        <w:t>52:04  mein to aik roz woh aaye, kabhi kabhi building kiraye karte thay woh.</w:t>
      </w:r>
      <w:r>
        <w:br/>
      </w:r>
      <w:r>
        <w:rPr>
          <w:sz w:val="20"/>
        </w:rPr>
        <w:t>52:11  to achaanak unhon ne mujh se aik sawal kiya.</w:t>
      </w:r>
      <w:r>
        <w:br/>
      </w:r>
      <w:r>
        <w:rPr>
          <w:sz w:val="20"/>
        </w:rPr>
        <w:t>52:18  achaanak unhon ne kaha ke kya insaan Khuda ko dekh sakta hai?</w:t>
      </w:r>
      <w:r>
        <w:br/>
      </w:r>
      <w:r>
        <w:rPr>
          <w:sz w:val="20"/>
        </w:rPr>
        <w:t>52:29  achaanak hi, abrapatli, kya insaan Khuda ko dekh sakta hai?</w:t>
      </w:r>
      <w:r>
        <w:br/>
      </w:r>
      <w:r>
        <w:rPr>
          <w:sz w:val="20"/>
        </w:rPr>
        <w:t>52:37  to jab unhon ne yeh kaha to meri zubaan se bhi achaanak nikla</w:t>
      </w:r>
      <w:r>
        <w:br/>
      </w:r>
      <w:r>
        <w:rPr>
          <w:sz w:val="20"/>
        </w:rPr>
        <w:t>52:45  ke aap ne abhi tak Khuda ko nahi dekha?</w:t>
      </w:r>
      <w:r>
        <w:br/>
      </w:r>
      <w:r>
        <w:rPr>
          <w:sz w:val="20"/>
        </w:rPr>
        <w:t>52:51  kya aap ne abhi tak Khuda ko nahi dekha? is waqt jo mein study kar raha tha, is history mein apne aap, yani Khuda ke presence ka 24 ghante mujhe ehsaas rehta tha.</w:t>
      </w:r>
      <w:r>
        <w:br/>
      </w:r>
      <w:r>
        <w:rPr>
          <w:sz w:val="20"/>
        </w:rPr>
        <w:t>53:06  chaaron taraf mujhe Khuda dikhai deta tha.</w:t>
      </w:r>
      <w:r>
        <w:br/>
      </w:r>
      <w:r>
        <w:rPr>
          <w:sz w:val="20"/>
        </w:rPr>
        <w:t>53:13  peR ki pattiyon se le kar solar system tak, stars tak, har taraf Khudaai Khuda dikhai paRta tha.</w:t>
      </w:r>
      <w:r>
        <w:br/>
      </w:r>
      <w:r>
        <w:rPr>
          <w:sz w:val="20"/>
        </w:rPr>
        <w:t>53:23  to is kaifiyat mein, is aalam mein meri zubaan se nikla ke aap ne abhi tak Khuda ko dekha nahi?</w:t>
      </w:r>
      <w:r>
        <w:br/>
      </w:r>
      <w:r>
        <w:rPr>
          <w:sz w:val="20"/>
        </w:rPr>
        <w:t>53:33  ke Khuda to yeh kya dikhai de raha hai</w:t>
      </w:r>
      <w:r>
        <w:br/>
      </w:r>
      <w:r>
        <w:rPr>
          <w:sz w:val="20"/>
        </w:rPr>
        <w:t>53:35  ? kya hum ne, hamare saamne hai? aap kaise blind hain ke aap ko Khuda dikhai nahi de raha hai?</w:t>
      </w:r>
      <w:r>
        <w:br/>
      </w:r>
      <w:r>
        <w:rPr>
          <w:sz w:val="20"/>
        </w:rPr>
        <w:t>53:46  yeh baat dekhiye, koi sha'ari nahi thi.</w:t>
      </w:r>
    </w:p>
    <w:p>
      <w:pPr>
        <w:pStyle w:val="Heading2"/>
      </w:pPr>
      <w:r>
        <w:t>Daily experience of God's existence</w:t>
      </w:r>
    </w:p>
    <w:p>
      <w:r>
        <w:rPr>
          <w:color w:val="666666"/>
          <w:sz w:val="18"/>
        </w:rPr>
        <w:t>One Can See God 4 March, 2007 Maulana Wahiduddin Khan · 24s · at 27:19 · https://youtu.be/RhrntNbYslg?t=1639</w:t>
      </w:r>
    </w:p>
    <w:p>
      <w:r>
        <w:rPr>
          <w:i/>
        </w:rPr>
        <w:t>“Mujhe rozana yeh tajurba hota hai”</w:t>
      </w:r>
    </w:p>
    <w:p>
      <w:r>
        <w:rPr>
          <w:sz w:val="20"/>
        </w:rPr>
        <w:t>27:19  ecstasy hai. haan mein yeh aik arz kar doon aik baat. phir yeh arz karunga. ke mujhe rozana yeh tajurba hota hai ke Khuda hai.</w:t>
      </w:r>
      <w:r>
        <w:br/>
      </w:r>
      <w:r>
        <w:rPr>
          <w:sz w:val="20"/>
        </w:rPr>
        <w:t>27:30  kyun? rozana mujhe aisi baatein milti hain jo is se pehle mein ne na suna tha na jaana tha na parha tha. achaanak mere zehan mein aati hain.</w:t>
      </w:r>
      <w:r>
        <w:br/>
      </w:r>
      <w:r>
        <w:rPr>
          <w:sz w:val="20"/>
        </w:rPr>
        <w:t>27:40  Khuda se mangta hoon aur mujhe mil jata hai.</w:t>
      </w:r>
    </w:p>
    <w:p>
      <w:pPr>
        <w:pStyle w:val="Heading2"/>
      </w:pPr>
      <w:r>
        <w:t>Why God must be a discovery, not a mystery</w:t>
      </w:r>
    </w:p>
    <w:p>
      <w:r>
        <w:rPr>
          <w:color w:val="666666"/>
          <w:sz w:val="18"/>
        </w:rPr>
        <w:t>The Oneness of God 19 July, 2009 · 55s · at 19:54 · https://youtu.be/dAjxTrRiz0g?t=1194</w:t>
      </w:r>
    </w:p>
    <w:p>
      <w:r>
        <w:rPr>
          <w:i/>
        </w:rPr>
        <w:t>“Khuda meri discovery honi chahiye”</w:t>
      </w:r>
    </w:p>
    <w:p>
      <w:r>
        <w:rPr>
          <w:sz w:val="20"/>
        </w:rPr>
        <w:t>19:54  Khuda meri discovery hona chahiye.</w:t>
      </w:r>
      <w:r>
        <w:br/>
      </w:r>
      <w:r>
        <w:rPr>
          <w:sz w:val="20"/>
        </w:rPr>
        <w:t>19:58  mystery aap ki discovery nahi ho sakti, yaad rakhiye.Archimedes jo discovery hui thi, jis ne kaha tha Eureka, Eureka, to agar mystery ko paya hota us ne to Eureka, Eureka thori kehta woh ke maine pa liya, maine pa liya.</w:t>
      </w:r>
      <w:r>
        <w:br/>
      </w:r>
      <w:r>
        <w:rPr>
          <w:sz w:val="20"/>
        </w:rPr>
        <w:t>20:16  yaad rakhiye khuda ka koi bhi aisa concept jo mystery pe base karta ho, woh concept hi nahi hai. woh kyunke hum jo chahte hain khuda, woh ek aisa khuda jis ko hum ne discover kiya ho.</w:t>
      </w:r>
      <w:r>
        <w:br/>
      </w:r>
      <w:r>
        <w:rPr>
          <w:sz w:val="20"/>
        </w:rPr>
        <w:t>20:33  woh thrill jo discovery se hoti hai, woh mile mujhe.</w:t>
      </w:r>
      <w:r>
        <w:br/>
      </w:r>
      <w:r>
        <w:rPr>
          <w:sz w:val="20"/>
        </w:rPr>
        <w:t>20:39  toh Archimedes ko agar ek ek mystery mili hoti toh kabhi is ke munh se na nikalta ke eureka, eureka, maine pa liya, maine pa liya.</w:t>
      </w:r>
    </w:p>
    <w:p>
      <w:pPr>
        <w:pStyle w:val="Heading2"/>
      </w:pPr>
      <w:r>
        <w:t>Abel's reply to his killer: I fear Allah</w:t>
      </w:r>
    </w:p>
    <w:p>
      <w:r>
        <w:rPr>
          <w:color w:val="666666"/>
          <w:sz w:val="18"/>
        </w:rPr>
        <w:t>Islam A Religion of Peace January 8, 2007 Maulana Wahiduddin Khan · 1m 12s · at 5:29 · https://youtu.be/N1-IgG2ycKw?t=329</w:t>
      </w:r>
    </w:p>
    <w:p>
      <w:r>
        <w:rPr>
          <w:i/>
        </w:rPr>
        <w:t>“Quran mein dialogue aaya hai Qabil aur Habil ka.”</w:t>
      </w:r>
    </w:p>
    <w:p>
      <w:r>
        <w:rPr>
          <w:sz w:val="20"/>
        </w:rPr>
        <w:t>5:29  to yahan par jo sabak hai woh yeh hai ke quran mein dialogue aaya hai qabil aur habel ka ke jab dono mein controversy hui,</w:t>
      </w:r>
      <w:r>
        <w:br/>
      </w:r>
      <w:r>
        <w:rPr>
          <w:sz w:val="20"/>
        </w:rPr>
        <w:t>5:43  dono ke zuban bohat difference aa gaya. yahan tak ke ek ne keh diya doosre se ke mein tum ko maar dalunga. to doosra kya kehta hai?</w:t>
      </w:r>
      <w:r>
        <w:br/>
      </w:r>
      <w:r>
        <w:rPr>
          <w:sz w:val="20"/>
        </w:rPr>
        <w:t>5:57  yani qatil ne to yeh keh diya ke mein tum ko maar dalunga, lekin maqtool kya kehta hai marne se pehle? us ne kaha ke: "laim bastidak li taqtulani".</w:t>
      </w:r>
      <w:r>
        <w:br/>
      </w:r>
      <w:r>
        <w:rPr>
          <w:sz w:val="20"/>
        </w:rPr>
        <w:t>6:12  ma'ni babasti: "yadi ala iqtulak". inni akhafu Allah rab al-alamin.</w:t>
      </w:r>
      <w:r>
        <w:br/>
      </w:r>
      <w:r>
        <w:rPr>
          <w:sz w:val="20"/>
        </w:rPr>
        <w:t>6:24  yani agar tum apna hath badhao mujhe marne ke liye to mein apna hath nahi badhaunga tum ko marne ke liye.</w:t>
      </w:r>
      <w:r>
        <w:br/>
      </w:r>
      <w:r>
        <w:rPr>
          <w:sz w:val="20"/>
        </w:rPr>
        <w:t>6:36  mein Allah se darta hoon.</w:t>
      </w:r>
    </w:p>
    <w:p>
      <w:pPr>
        <w:pStyle w:val="Heading2"/>
      </w:pPr>
      <w:r>
        <w:t>Turning annoyance into divine discovery</w:t>
      </w:r>
    </w:p>
    <w:p>
      <w:r>
        <w:rPr>
          <w:color w:val="666666"/>
          <w:sz w:val="18"/>
        </w:rPr>
        <w:t>Art of Thinking November 02, 2014 Maulana Wahiduddin Khan · 3m 51s · at 14:35 · https://youtu.be/jxGjv30RG1Q?t=875</w:t>
      </w:r>
    </w:p>
    <w:p>
      <w:r>
        <w:rPr>
          <w:i/>
        </w:rPr>
        <w:t>“اب میں آپ کو ایک اور مثال دیتا ہوں”</w:t>
      </w:r>
    </w:p>
    <w:p>
      <w:r>
        <w:rPr>
          <w:sz w:val="20"/>
        </w:rPr>
        <w:t>14:35  ab mein aap ko ek aur misal deta hoon. kal subah ki misal. mein apne mere ghar ke samne ek balcony hai, jis ko barza kehte hain.</w:t>
      </w:r>
      <w:r>
        <w:br/>
      </w:r>
      <w:r>
        <w:rPr>
          <w:sz w:val="20"/>
        </w:rPr>
        <w:t>14:49  to wahan mein walk karta hoon. rozana. to mein kal wahan walk kar raha tha.</w:t>
      </w:r>
      <w:r>
        <w:br/>
      </w:r>
      <w:r>
        <w:rPr>
          <w:sz w:val="20"/>
        </w:rPr>
        <w:t>14:59  to hamare ghar bilkul road par hai. to wahan par har waqt car ja rahi hai, scooter ja raha hai. to har aadmi ka haath hota hai horn par.</w:t>
      </w:r>
      <w:r>
        <w:br/>
      </w:r>
      <w:r>
        <w:rPr>
          <w:sz w:val="20"/>
        </w:rPr>
        <w:t>15:10  jis ko dekhen horn baja raha hai, khwamkhwah horn baja raha hai. developed countries mein horn nahin bajaya jata. aap America jaiye, Germany jaiye, France jaiye to aap horn ki awaz hi nahin sunenge.</w:t>
      </w:r>
      <w:r>
        <w:br/>
      </w:r>
      <w:r>
        <w:rPr>
          <w:sz w:val="20"/>
        </w:rPr>
        <w:t>15:22  cars dor rahi hain, dor rahi hain, lekin koi horn nahin bajata. yeh to back pat countries mein yeh sab hai. under developed countries mein yeh hai horn bajana.</w:t>
      </w:r>
      <w:r>
        <w:br/>
      </w:r>
      <w:r>
        <w:rPr>
          <w:sz w:val="20"/>
        </w:rPr>
        <w:t>15:33  to khair, mein wahan walk kar raha tha, bar bar horn baj raha hai, to disturb ho raha hai. sun sun kar wehshat ho rahi thi.</w:t>
      </w:r>
      <w:r>
        <w:br/>
      </w:r>
      <w:r>
        <w:rPr>
          <w:sz w:val="20"/>
        </w:rPr>
        <w:t>15:44  to bohat hi yaani mere mind mein ek aaya, thori dair ke liye ghussa aaya. mein ne kaha kaash mere haath mein, mujhe ikhtiyar hota to mein in sab logon ko shoot kar deta.</w:t>
      </w:r>
      <w:r>
        <w:br/>
      </w:r>
      <w:r>
        <w:rPr>
          <w:sz w:val="20"/>
        </w:rPr>
        <w:t>15:57  is ghusse mein mein ne kaha kaash mujhe ikhtiyar hota to mein in sare logon ko shoot kar deta. jo horn baja baja kar nuisance create kar rahe hain.</w:t>
      </w:r>
      <w:r>
        <w:br/>
      </w:r>
      <w:r>
        <w:rPr>
          <w:sz w:val="20"/>
        </w:rPr>
        <w:t>16:06  isi English mein kehte hain nuisance. nuisance create kar rahe hain. yeh thori dair ke liye mere mind mein aaya. phir mein ne socha.</w:t>
      </w:r>
      <w:r>
        <w:br/>
      </w:r>
      <w:r>
        <w:rPr>
          <w:sz w:val="20"/>
        </w:rPr>
        <w:t>16:18  to mein ne kaha ke jo awaz mein sun raha hoon, woh awaz Allah taala bhi sun rahe hain. yeh to nahin ke Allah taala ko sunai nahin deta.</w:t>
      </w:r>
      <w:r>
        <w:br/>
      </w:r>
      <w:r>
        <w:rPr>
          <w:sz w:val="20"/>
        </w:rPr>
        <w:t>16:30  woh samee bhi hai. Allah jis tarah khaliq hai, us tarah samee bhi hai. yaani creator bhi hai to sunne wala bhi hai woh.</w:t>
      </w:r>
      <w:r>
        <w:br/>
      </w:r>
      <w:r>
        <w:rPr>
          <w:sz w:val="20"/>
        </w:rPr>
        <w:t>16:39  to mein ne socha ke mein to ek road par, itni door jahan mera ghar hai, wahan ki awazon ko sun raha hoon, is nuisance ko.</w:t>
      </w:r>
      <w:r>
        <w:br/>
      </w:r>
      <w:r>
        <w:rPr>
          <w:sz w:val="20"/>
        </w:rPr>
        <w:t>16:51  lekin Khuda to pure Delhi ke nuisance sun raha hai. pure India ke nuisance sun raha hai. aur nuisance ka aur bohat sa tareeqa hai. koi awaz hi ki baat nahin hai.</w:t>
      </w:r>
      <w:r>
        <w:br/>
      </w:r>
      <w:r>
        <w:rPr>
          <w:sz w:val="20"/>
        </w:rPr>
        <w:t>17:02  hazaron qism ke nuisance log create kar rahe hain. to Khuda ko sara nuisance sunai de raha hai. to mein ne socha ke kaisa ajeeb hoga woh Khuda.</w:t>
      </w:r>
      <w:r>
        <w:br/>
      </w:r>
      <w:r>
        <w:rPr>
          <w:sz w:val="20"/>
        </w:rPr>
        <w:t>17:15  jo disturb nahin hota. to mein ne Khuda ki ek ek sifat ko daryaft kiya. is ke ek attribute ko daryaft kiya.</w:t>
      </w:r>
      <w:r>
        <w:br/>
      </w:r>
      <w:r>
        <w:rPr>
          <w:sz w:val="20"/>
        </w:rPr>
        <w:t>17:24  ke Khuda ki capacity itni zyada hai, itni zyada hai, itni zyada hai. ke us ko woh all powerful hai. aur sari duniya ke nuisance bhi sun raha hai woh.</w:t>
      </w:r>
      <w:r>
        <w:br/>
      </w:r>
      <w:r>
        <w:rPr>
          <w:sz w:val="20"/>
        </w:rPr>
        <w:t>17:34  lekin koi action nahin leta. kaisi ajeeb yeh sifat Allah taala ki. yeh way of thinking se dekhen, ek way of thinking us ko le rahi thi ghusse ki taraf, aur sab ko maro ki taraf.</w:t>
      </w:r>
      <w:r>
        <w:br/>
      </w:r>
      <w:r>
        <w:rPr>
          <w:sz w:val="20"/>
        </w:rPr>
        <w:t>17:48  doosri way of thinking idhar le gai. yaani ek way of thinking us ko negative bana rahi thi, ghusse ki taraf le ja rahi thi.</w:t>
      </w:r>
      <w:r>
        <w:br/>
      </w:r>
      <w:r>
        <w:rPr>
          <w:sz w:val="20"/>
        </w:rPr>
        <w:t>17:58  yeh taraf dekhen, sab ko maro, sab ko shoot karo. aur doosri way of thinking jo thi, us mein mein ne Allah ki ek sifat ko daryaft kar liya.</w:t>
      </w:r>
      <w:r>
        <w:br/>
      </w:r>
      <w:r>
        <w:rPr>
          <w:sz w:val="20"/>
        </w:rPr>
        <w:t>18:08  Allah se talluq barh gaya.</w:t>
      </w:r>
      <w:r>
        <w:br/>
      </w:r>
      <w:r>
        <w:rPr>
          <w:sz w:val="20"/>
        </w:rPr>
        <w:t>18:13  phir mujhe ek ayat yaad aai. dekhen surah fatir mein ek ayat hai. surah fatir, ayat number ghaliban 45.</w:t>
      </w:r>
    </w:p>
    <w:p>
      <w:pPr>
        <w:pStyle w:val="Heading2"/>
      </w:pPr>
      <w:r>
        <w:t>Recap of Allah's plan and final exhortation</w:t>
      </w:r>
    </w:p>
    <w:p>
      <w:r>
        <w:rPr>
          <w:color w:val="666666"/>
          <w:sz w:val="18"/>
        </w:rPr>
        <w:t>God's Management of History 23 Feb 2020 - Maulana Wahiduddin Khan · 2m 59s · at 27:09 · https://youtu.be/NeNadnD-0KE?t=1629</w:t>
      </w:r>
    </w:p>
    <w:p>
      <w:r>
        <w:rPr>
          <w:i/>
        </w:rPr>
        <w:t>“یہ جو قرآن کا اعلان تھا اس زمانے میں، مکی دور میں”</w:t>
      </w:r>
    </w:p>
    <w:p>
      <w:r>
        <w:rPr>
          <w:sz w:val="20"/>
        </w:rPr>
        <w:t>27:09  aur har jagah pohanch rahe hain, har jagah pohanch rahe hain. Woh to main aap sab logon ko kahunga ke yeh jo Quran ka ailan tha is zamane mein, Makki daur mein,</w:t>
      </w:r>
      <w:r>
        <w:br/>
      </w:r>
      <w:r>
        <w:rPr>
          <w:sz w:val="20"/>
        </w:rPr>
        <w:t>27:25  nazir al-furqan al-'abidin li-yakuna lil-'alamin nadhirah, yeh Makke mein ailan kiya gaya tha. Makke mein phir woh ek process chal pada.</w:t>
      </w:r>
      <w:r>
        <w:br/>
      </w:r>
      <w:r>
        <w:rPr>
          <w:sz w:val="20"/>
        </w:rPr>
        <w:t>27:37  phir ek process chal pada. Aur Allah ke bande uthte rahe, uthte rahe, uthte rahe. Jo Quran ko pohanchate rahe.</w:t>
      </w:r>
      <w:r>
        <w:br/>
      </w:r>
      <w:r>
        <w:rPr>
          <w:sz w:val="20"/>
        </w:rPr>
        <w:t>27:46  phir Allah ne har daur mein aise halaat paida kiye jis se is ke kaam ko karna aasan ho gaya.</w:t>
      </w:r>
      <w:r>
        <w:br/>
      </w:r>
      <w:r>
        <w:rPr>
          <w:sz w:val="20"/>
        </w:rPr>
        <w:t>27:56  maslan dekhiye printing press paida kiya Allah taala ne. Phir international language paida kiya Allah taala ne.</w:t>
      </w:r>
      <w:r>
        <w:br/>
      </w:r>
      <w:r>
        <w:rPr>
          <w:sz w:val="20"/>
        </w:rPr>
        <w:t>28:10  is ke baad dekhiye dunya mein</w:t>
      </w:r>
      <w:r>
        <w:br/>
      </w:r>
      <w:r>
        <w:rPr>
          <w:sz w:val="20"/>
        </w:rPr>
        <w:t>28:13  joghrafiai boundaries aain. Is se safar karna aasan ho gaya. Phir hathyar bekar ho gaye kyunke weapons of mass destruction ka zamana aa gaya.</w:t>
      </w:r>
      <w:r>
        <w:br/>
      </w:r>
      <w:r>
        <w:rPr>
          <w:sz w:val="20"/>
        </w:rPr>
        <w:t>28:29  phir dekhiye industrial age aaya.</w:t>
      </w:r>
      <w:r>
        <w:br/>
      </w:r>
      <w:r>
        <w:rPr>
          <w:sz w:val="20"/>
        </w:rPr>
        <w:t>28:32  is mein computer ka daur aa gaya. Ab sara kaam computer ke zariye ho raha hai. Aap ko bohat bara center banane ki zaroorat nahi hai.</w:t>
      </w:r>
      <w:r>
        <w:br/>
      </w:r>
      <w:r>
        <w:rPr>
          <w:sz w:val="20"/>
        </w:rPr>
        <w:t>28:49  bohat bara center banane ki zaroorat nahi hai. Aap ke pas ek office ho, wahan barh jain computer le kar ke aur sari dunya aap ke aap ke co-ordinate kar sakte hain.</w:t>
      </w:r>
      <w:r>
        <w:br/>
      </w:r>
      <w:r>
        <w:rPr>
          <w:sz w:val="20"/>
        </w:rPr>
        <w:t>29:02  aap yeh kitni bari nemat hai aur yeh nemat</w:t>
      </w:r>
      <w:r>
        <w:br/>
      </w:r>
      <w:r>
        <w:rPr>
          <w:sz w:val="20"/>
        </w:rPr>
        <w:t>29:08  jo dunya mein aai hai.</w:t>
      </w:r>
      <w:r>
        <w:br/>
      </w:r>
      <w:r>
        <w:rPr>
          <w:sz w:val="20"/>
        </w:rPr>
        <w:t>29:13  dunya mein pais aaya, dunya mein kya kya aaya, bohat kuch. to Allah taala ne apne bondon ke liye jo quran ko phailane ke liye le liye hue hain, un ke liye tohfa bheja hai.</w:t>
      </w:r>
      <w:r>
        <w:br/>
      </w:r>
      <w:r>
        <w:rPr>
          <w:sz w:val="20"/>
        </w:rPr>
        <w:t>29:28  yeh sab, yeh sab Allah taala ke tohfe hain</w:t>
      </w:r>
      <w:r>
        <w:br/>
      </w:r>
      <w:r>
        <w:rPr>
          <w:sz w:val="20"/>
        </w:rPr>
        <w:t>29:33  ke a mere bondon, is ko istemal karo aur model bana kar de diya. Vatican ka ke dekho jo Vatican wale jis tarah Bible kar rahe hain, is tarah to Quran ko karo.</w:t>
      </w:r>
      <w:r>
        <w:br/>
      </w:r>
      <w:r>
        <w:rPr>
          <w:sz w:val="20"/>
        </w:rPr>
        <w:t>29:49  mein chahta hoon ke aaj se hum hum log Khuda ki awaz ko sunein aur is</w:t>
      </w:r>
      <w:r>
        <w:br/>
      </w:r>
      <w:r>
        <w:rPr>
          <w:sz w:val="20"/>
        </w:rPr>
        <w:t>29:58  muhim mein apne aap ko laga dein. Meri dua hai ke Allah taala aap ke dil mein yeh baat daal de.</w:t>
      </w:r>
    </w:p>
    <w:p>
      <w:pPr>
        <w:pStyle w:val="Heading2"/>
      </w:pPr>
      <w:r>
        <w:t>Price of paradise and missed opportunity</w:t>
      </w:r>
    </w:p>
    <w:p>
      <w:r>
        <w:rPr>
          <w:color w:val="666666"/>
          <w:sz w:val="18"/>
        </w:rPr>
        <w:t>Realization of God March 16, 2014 Maulana Wahiduddin Khan · 5m 52s · at 41:37 · https://youtu.be/OA8Apjhruag?t=2497</w:t>
      </w:r>
    </w:p>
    <w:p>
      <w:r>
        <w:rPr>
          <w:i/>
        </w:rPr>
        <w:t>“جنت کے بارے میں آتا ہے کہ قرآن میں کسی انسان کو”</w:t>
      </w:r>
    </w:p>
    <w:p>
      <w:r>
        <w:rPr>
          <w:sz w:val="20"/>
        </w:rPr>
        <w:t>41:37  jannat ke baray mein aata hai.</w:t>
      </w:r>
      <w:r>
        <w:br/>
      </w:r>
      <w:r>
        <w:rPr>
          <w:sz w:val="20"/>
        </w:rPr>
        <w:t>41:43  ke quran mein</w:t>
      </w:r>
      <w:r>
        <w:br/>
      </w:r>
      <w:r>
        <w:rPr>
          <w:sz w:val="20"/>
        </w:rPr>
        <w:t>41:54  kisi insan ko khabar nahi ke kya jannat mein thandak rakhi gayi hai. Aap ghor kijiye ke aisi dunya jo ideal world ho jis mein har cheez perfect ho woh kaisi ajeeb o ghareeb cheez hogi.</w:t>
      </w:r>
      <w:r>
        <w:br/>
      </w:r>
      <w:r>
        <w:rPr>
          <w:sz w:val="20"/>
        </w:rPr>
        <w:t>42:07  hadith mein aata hai ke la</w:t>
      </w:r>
      <w:r>
        <w:br/>
      </w:r>
      <w:r>
        <w:rPr>
          <w:sz w:val="20"/>
        </w:rPr>
        <w:t>42:14  jis jis ko kisi ne dekha nahi kisi ne socha nahi. To main soch raha tha ke itni qeemti cheez jo jannat hai us ki qeemat kya hai? Kaise milegi insan ko?</w:t>
      </w:r>
      <w:r>
        <w:br/>
      </w:r>
      <w:r>
        <w:rPr>
          <w:sz w:val="20"/>
        </w:rPr>
        <w:t>42:26  hamare paas to koi is ka price dene ke liye koi cheez nahi hai. To kaise hum jannat payenge? Yeh main soch raha tha.</w:t>
      </w:r>
      <w:r>
        <w:br/>
      </w:r>
      <w:r>
        <w:rPr>
          <w:sz w:val="20"/>
        </w:rPr>
        <w:t>42:37  yani what is the price of paradise?</w:t>
      </w:r>
      <w:r>
        <w:br/>
      </w:r>
      <w:r>
        <w:rPr>
          <w:sz w:val="20"/>
        </w:rPr>
        <w:t>42:43  To quran ki ek ayat mein mujhe is ka jawab mila.</w:t>
      </w:r>
      <w:r>
        <w:br/>
      </w:r>
      <w:r>
        <w:rPr>
          <w:sz w:val="20"/>
        </w:rPr>
        <w:t>42:56  yani jannat mein dakhila un ko milega jinhon ne jannat ki marifat hasil ki ho. Aur jannat ki marifat ka matlab kya hai? Jannat ke khaliq ki marifat.</w:t>
      </w:r>
      <w:r>
        <w:br/>
      </w:r>
      <w:r>
        <w:rPr>
          <w:sz w:val="20"/>
        </w:rPr>
        <w:t>43:06  Jannat ki marifat kya hai? Agar khaliq na ho to jannat ka koi wajood nahi. Khaliq hai to jannat hai.</w:t>
      </w:r>
      <w:r>
        <w:br/>
      </w:r>
      <w:r>
        <w:rPr>
          <w:sz w:val="20"/>
        </w:rPr>
        <w:t>43:15  Khaliq nahi hai to jannat bhi nahi. Yani jannat ko wajood mein lane ke liye ek khaliq chahiye. Phir jannat ko baqi rakhne ke liye bhi ek khaliq chahiye.</w:t>
      </w:r>
      <w:r>
        <w:br/>
      </w:r>
      <w:r>
        <w:rPr>
          <w:sz w:val="20"/>
        </w:rPr>
        <w:t>43:26  Jannat jo eternally maujood hai to us ke liye ek khaliq chahiye. Rab ul alameen chahiye.</w:t>
      </w:r>
      <w:r>
        <w:br/>
      </w:r>
      <w:r>
        <w:rPr>
          <w:sz w:val="20"/>
        </w:rPr>
        <w:t>43:38  Yani khaliq ke baghair jannat nahi. To jannat ki marifat jo kara di hai jannat ki marifat ke maani kya hain?</w:t>
      </w:r>
      <w:r>
        <w:br/>
      </w:r>
      <w:r>
        <w:rPr>
          <w:sz w:val="20"/>
        </w:rPr>
        <w:t>43:46  Khaliq hai jannat ki marifat.</w:t>
      </w:r>
      <w:r>
        <w:br/>
      </w:r>
      <w:r>
        <w:rPr>
          <w:sz w:val="20"/>
        </w:rPr>
        <w:t>43:52  To yeh jo maine baatein arz keen. Yeh yeh baatein jo arz keen ke yeh dunya Allah taala ne banai hai apne taaruf ke liye ke dunya mein pehchano Rab ul alameen ko.</w:t>
      </w:r>
      <w:r>
        <w:br/>
      </w:r>
      <w:r>
        <w:rPr>
          <w:sz w:val="20"/>
        </w:rPr>
        <w:t>44:06  Aur marifat hasil karo. Yahi tumhari jannat ka ticket hai.</w:t>
      </w:r>
      <w:r>
        <w:br/>
      </w:r>
      <w:r>
        <w:rPr>
          <w:sz w:val="20"/>
        </w:rPr>
        <w:t>44:14  Logon ne ajeeb ghareeb bana rakha hai. Koi samajhta hai ke saat tasbeeh parh lo to jannat hai. Koi samajhta hai ke kisi ka daman phaar sambhal pakad lo to jannat hai.</w:t>
      </w:r>
      <w:r>
        <w:br/>
      </w:r>
      <w:r>
        <w:rPr>
          <w:sz w:val="20"/>
        </w:rPr>
        <w:t>44:28  Ajeeb ghareeb qism ki cheezon ko logon ne sambhal rakha hai ke aisa kar do jannat waisa kar do jannat. Yaad rakhiye jannat ki qeemat sirf yeh hai.</w:t>
      </w:r>
      <w:r>
        <w:br/>
      </w:r>
      <w:r>
        <w:rPr>
          <w:sz w:val="20"/>
        </w:rPr>
        <w:t>44:37  Ek hai woh hai Allah ki marifat.</w:t>
      </w:r>
      <w:r>
        <w:br/>
      </w:r>
      <w:r>
        <w:rPr>
          <w:sz w:val="20"/>
        </w:rPr>
        <w:t>44:43  Aur koi jannat ki qeemat nahi hai.</w:t>
      </w:r>
      <w:r>
        <w:br/>
      </w:r>
      <w:r>
        <w:rPr>
          <w:sz w:val="20"/>
        </w:rPr>
        <w:t>44:51  Man kan fiha ama fawfi al-akhirah ama ka matlab kya hai? Jisko dunya mein yani yani word of creation jo hai yeh is mein creator ki marifat hasil nahi hui.</w:t>
      </w:r>
      <w:r>
        <w:br/>
      </w:r>
      <w:r>
        <w:rPr>
          <w:sz w:val="20"/>
        </w:rPr>
        <w:t>45:03  To wahan woh andha behra hoga. Us ke liye na jannat hai na kuch hai na kuch hai. To sab se bari cheez jannat hai. Aur aur jannat ka khaliq jo hai us ki marifat hogi tab jannat milegi.</w:t>
      </w:r>
      <w:r>
        <w:br/>
      </w:r>
      <w:r>
        <w:rPr>
          <w:sz w:val="20"/>
        </w:rPr>
        <w:t>45:20  Ab main aap ko isi taraf phir le jata hoon jo maine shuru mein kaha tha. Ke apne aap ko itna prepare kijiye. Ke aap ka mind trigger ho sake.</w:t>
      </w:r>
      <w:r>
        <w:br/>
      </w:r>
      <w:r>
        <w:rPr>
          <w:sz w:val="20"/>
        </w:rPr>
        <w:t>45:34  Kyunke har subah shaam har lamha aise waqiat paish aate hain.</w:t>
      </w:r>
      <w:r>
        <w:br/>
      </w:r>
      <w:r>
        <w:rPr>
          <w:sz w:val="20"/>
        </w:rPr>
        <w:t>45:42  Jin mein agar aap ka mind trigger ho jaye. To ajeeb ghareeb tareeqe par aap ko marifat hasil ho jayegi.</w:t>
      </w:r>
      <w:r>
        <w:br/>
      </w:r>
      <w:r>
        <w:rPr>
          <w:sz w:val="20"/>
        </w:rPr>
        <w:t>45:53  Ek arab shayar ne kaha tha ke wa fi kulli shay'in lahu ayatun tadullu 'ala annahu al-wahid yani har cheez mein nishani hai jo batati hai ke Allah ek hai.</w:t>
      </w:r>
      <w:r>
        <w:br/>
      </w:r>
      <w:r>
        <w:rPr>
          <w:sz w:val="20"/>
        </w:rPr>
        <w:t>46:07  lekin woh nishani bol to nahi rahi.</w:t>
      </w:r>
      <w:r>
        <w:br/>
      </w:r>
      <w:r>
        <w:rPr>
          <w:sz w:val="20"/>
        </w:rPr>
        <w:t>46:12  koi cheez bol to nahi rahi hai. aap is se extract karte hain. aap ise nikalte hain.</w:t>
      </w:r>
      <w:r>
        <w:br/>
      </w:r>
      <w:r>
        <w:rPr>
          <w:sz w:val="20"/>
        </w:rPr>
        <w:t>46:22  lekin extract kab kar payenge aap? jab aap itna prepare hon aap ke aap ka mind trigger ho sake. to apne andar</w:t>
      </w:r>
      <w:r>
        <w:br/>
      </w:r>
      <w:r>
        <w:rPr>
          <w:sz w:val="20"/>
        </w:rPr>
        <w:t>46:34  yeh sab cheezein paida kijiye.</w:t>
      </w:r>
      <w:r>
        <w:br/>
      </w:r>
      <w:r>
        <w:rPr>
          <w:sz w:val="20"/>
        </w:rPr>
        <w:t>46:42  meri dua hai ke Allah taala</w:t>
      </w:r>
      <w:r>
        <w:br/>
      </w:r>
      <w:r>
        <w:rPr>
          <w:sz w:val="20"/>
        </w:rPr>
        <w:t>46:48  hamari madad farmaye. main aksar sochta hoon ke itni ajeeb ghareeb duniya hamein di hai Allah taala ne. jis mein marifat ka saman tha. is mein rohani irtaqa ka saman tha.</w:t>
      </w:r>
      <w:r>
        <w:br/>
      </w:r>
      <w:r>
        <w:rPr>
          <w:sz w:val="20"/>
        </w:rPr>
        <w:t>47:02  aur is mein hum bekhabari mein jee rahe hain. to marne ke baad main aksar sochta hoon ke har aadmi kya sochega?</w:t>
      </w:r>
      <w:r>
        <w:br/>
      </w:r>
      <w:r>
        <w:rPr>
          <w:sz w:val="20"/>
        </w:rPr>
        <w:t>47:11  har aadmi yeh sochega ke mind was a case of missed opportunity. mind was a case of missed opportunity.</w:t>
      </w:r>
      <w:r>
        <w:br/>
      </w:r>
      <w:r>
        <w:rPr>
          <w:sz w:val="20"/>
        </w:rPr>
        <w:t>47:21  kaisa ajeeb chance tha jo maine kho diya.</w:t>
      </w:r>
    </w:p>
    <w:p>
      <w:pPr>
        <w:pStyle w:val="Heading2"/>
      </w:pPr>
      <w:r>
        <w:t>Full explanation of Iman bil-Ghaib via light analogy</w:t>
      </w:r>
    </w:p>
    <w:p>
      <w:r>
        <w:rPr>
          <w:color w:val="666666"/>
          <w:sz w:val="18"/>
        </w:rPr>
        <w:t>Faith in the Unseen (Iman Bil Ghaib) December 06, 2015 · 2m 53s · at 1:45 · https://youtu.be/MZIDIceIwg8?t=105</w:t>
      </w:r>
    </w:p>
    <w:p>
      <w:r>
        <w:rPr>
          <w:i/>
        </w:rPr>
        <w:t>“To masla kya hai? Allah Rabb-ul-Alameen ne is kainat ko paida kiya.”</w:t>
      </w:r>
    </w:p>
    <w:p>
      <w:r>
        <w:rPr>
          <w:sz w:val="20"/>
        </w:rPr>
        <w:t>1:45  to masla kya hai? Allah Rabb ul Alameen ne is kainat ko paida kiya, hum ko paida kiya, wohi is poori kainat ka ayub hai,</w:t>
      </w:r>
      <w:r>
        <w:br/>
      </w:r>
      <w:r>
        <w:rPr>
          <w:sz w:val="20"/>
        </w:rPr>
        <w:t>2:01  sab kuch hai, lekin woh hamare samne nahi hai.</w:t>
      </w:r>
      <w:r>
        <w:br/>
      </w:r>
      <w:r>
        <w:rPr>
          <w:sz w:val="20"/>
        </w:rPr>
        <w:t>2:08  hum us ko, us ki sifat ki marifat dekhte hain, aur sifat ki marifat dekh kar hum Allah ki zaat par yaqeen karte hain.</w:t>
      </w:r>
      <w:r>
        <w:br/>
      </w:r>
      <w:r>
        <w:rPr>
          <w:sz w:val="20"/>
        </w:rPr>
        <w:t>2:23  yahi hai iman. jaise misaal ke tor par dekhiye, hum is kamre mein hain, yahan light jal rahi hai.</w:t>
      </w:r>
      <w:r>
        <w:br/>
      </w:r>
      <w:r>
        <w:rPr>
          <w:sz w:val="20"/>
        </w:rPr>
        <w:t>2:37  is light, yeh light kahan se aa rahi hai? is kamre mein is ka source nahi hai.</w:t>
      </w:r>
      <w:r>
        <w:br/>
      </w:r>
      <w:r>
        <w:rPr>
          <w:sz w:val="20"/>
        </w:rPr>
        <w:t>2:45  woh bahar hai, power house mein. mein yahan reh raha hoon taqreeban 50 baras se, yeh aaj tak mein ne power house ko nahi dekha.</w:t>
      </w:r>
      <w:r>
        <w:br/>
      </w:r>
      <w:r>
        <w:rPr>
          <w:sz w:val="20"/>
        </w:rPr>
        <w:t>2:58  phir bhi mein yaqeen karta hoon ke yeh roshni aa rahi hai power house se. yahi iman hai.</w:t>
      </w:r>
      <w:r>
        <w:br/>
      </w:r>
      <w:r>
        <w:rPr>
          <w:sz w:val="20"/>
        </w:rPr>
        <w:t>3:06  iman ka matlab hai yaqeen. youmioon bil ghaib ka matlab hai yuqinoon bil ghaib.</w:t>
      </w:r>
      <w:r>
        <w:br/>
      </w:r>
      <w:r>
        <w:rPr>
          <w:sz w:val="20"/>
        </w:rPr>
        <w:t>3:18  to Allah par</w:t>
      </w:r>
      <w:r>
        <w:br/>
      </w:r>
      <w:r>
        <w:rPr>
          <w:sz w:val="20"/>
        </w:rPr>
        <w:t>3:23  yaqeen karna, jab ke woh ghaib mein hai, dunya mein woh ghaibi mein rahega, akhirat mein woh samne aa jayega, shuhood ban jayega.</w:t>
      </w:r>
      <w:r>
        <w:br/>
      </w:r>
      <w:r>
        <w:rPr>
          <w:sz w:val="20"/>
        </w:rPr>
        <w:t>3:34  to jin logon ne dunya mein Allah ko ghayb ki halat mein discover kiya aur is par yaqeen kiya, un ko yeh tofeeq mili gayi, mile gi ke woh Allah ke paros mein rahen,</w:t>
      </w:r>
      <w:r>
        <w:br/>
      </w:r>
      <w:r>
        <w:rPr>
          <w:sz w:val="20"/>
        </w:rPr>
        <w:t>3:50  Allah ko barah-e-rast dekhne ka</w:t>
      </w:r>
      <w:r>
        <w:br/>
      </w:r>
      <w:r>
        <w:rPr>
          <w:sz w:val="20"/>
        </w:rPr>
        <w:t>3:55  unhein moqa diya jaye ga. yeh ghayb par yaqeen karna kya</w:t>
      </w:r>
      <w:r>
        <w:br/>
      </w:r>
      <w:r>
        <w:rPr>
          <w:sz w:val="20"/>
        </w:rPr>
        <w:t>4:02  hai? isi se tamam imani sifat paida hoti hain.</w:t>
      </w:r>
      <w:r>
        <w:br/>
      </w:r>
      <w:r>
        <w:rPr>
          <w:sz w:val="20"/>
        </w:rPr>
        <w:t>4:09  aur darasal yeh nateeja hai</w:t>
      </w:r>
      <w:r>
        <w:br/>
      </w:r>
      <w:r>
        <w:rPr>
          <w:sz w:val="20"/>
        </w:rPr>
        <w:t>4:14  developed mind ka. jab aap ke andar intellectual development ki salahiyat paida hoti hai,</w:t>
      </w:r>
      <w:r>
        <w:br/>
      </w:r>
      <w:r>
        <w:rPr>
          <w:sz w:val="20"/>
        </w:rPr>
        <w:t>4:25  aap tadabbur karte hain, ghore o fikr karte hain, tab aisa hota hai ke aap Allah ko dekh lete hain, agarchay woh ghayb mein hai.</w:t>
      </w:r>
    </w:p>
    <w:p>
      <w:pPr>
        <w:pStyle w:val="Heading2"/>
      </w:pPr>
      <w:r>
        <w:t>Prophet asks Khadijah for time alone to worship</w:t>
      </w:r>
    </w:p>
    <w:p>
      <w:r>
        <w:rPr>
          <w:color w:val="666666"/>
          <w:sz w:val="18"/>
        </w:rPr>
        <w:t>The Story of Khadija Part 2 December 25, 2022 · 57s · at 5:08 · https://youtu.be/CT7OATmveus?t=308</w:t>
      </w:r>
    </w:p>
    <w:p>
      <w:r>
        <w:rPr>
          <w:i/>
        </w:rPr>
        <w:t>“I need some time to reflect and worship”</w:t>
      </w:r>
    </w:p>
    <w:p>
      <w:r>
        <w:rPr>
          <w:sz w:val="20"/>
        </w:rPr>
        <w:t>5:08  doctor sahib, jo waqt woh bataya karte thay. haan, to jab yeh kefiyat hui Rasool Allah (PBUH) ki to Hazrat Khadija R.A. se kaha prophet ne ke ab mein ghor o fikr ki zindagi guzarna chahta hoon.</w:t>
      </w:r>
      <w:r>
        <w:br/>
      </w:r>
      <w:r>
        <w:rPr>
          <w:sz w:val="20"/>
        </w:rPr>
        <w:t>5:24  ji, aur tanhai mein Khuda ki yaad karna chahta hoon. I need some time to reflect</w:t>
      </w:r>
      <w:r>
        <w:br/>
      </w:r>
      <w:r>
        <w:rPr>
          <w:sz w:val="20"/>
        </w:rPr>
        <w:t>5:31  , I want some time to worship, contemplate, and reflect on the higher realities.</w:t>
      </w:r>
      <w:r>
        <w:br/>
      </w:r>
      <w:r>
        <w:rPr>
          <w:sz w:val="20"/>
        </w:rPr>
        <w:t>5:43  to Hazrat Khadija ne is ko pasand kiya aur encourage kiya.</w:t>
      </w:r>
      <w:r>
        <w:br/>
      </w:r>
      <w:r>
        <w:rPr>
          <w:sz w:val="20"/>
        </w:rPr>
        <w:t>5:47  kaha ke bohat achi baat hai, aap zaroor aisa karein. aur kuch saman diya, kapray, kuch blanket, kuch khanay peenay ka saman, kuch pani waghera, aur phir rawana kar diya.</w:t>
      </w:r>
    </w:p>
    <w:p>
      <w:pPr>
        <w:pStyle w:val="Heading2"/>
      </w:pPr>
      <w:r>
        <w:t>Living in a godless era can earn you double reward</w:t>
      </w:r>
    </w:p>
    <w:p>
      <w:r>
        <w:rPr>
          <w:color w:val="666666"/>
          <w:sz w:val="18"/>
        </w:rPr>
        <w:t>Life After Death January 22, 2012 · 2m 56s · at 55:41 · https://youtu.be/5hVH1BLKBF4?t=3341</w:t>
      </w:r>
    </w:p>
    <w:p>
      <w:r>
        <w:rPr>
          <w:i/>
        </w:rPr>
        <w:t>“ہمارے بچپن میں یہ سب باتیں چرچے میں رہتی تھیں، اب نہیں”</w:t>
      </w:r>
    </w:p>
    <w:p>
      <w:r>
        <w:rPr>
          <w:sz w:val="20"/>
        </w:rPr>
        <w:t>55:41  hamare bachpan mein yeh sab baatein chirche mein rehti theen. ab to chirche mein nahin hain. ab to chircha Consumerism ka hai.</w:t>
      </w:r>
      <w:r>
        <w:br/>
      </w:r>
      <w:r>
        <w:rPr>
          <w:sz w:val="20"/>
        </w:rPr>
        <w:t>55:49  doosri cheez jo chircha hai. maslan mere baap, un ka intiqal hua December 1929 mein.</w:t>
      </w:r>
      <w:r>
        <w:br/>
      </w:r>
      <w:r>
        <w:rPr>
          <w:sz w:val="20"/>
        </w:rPr>
        <w:t>55:59  mere baap Farid Fariduddin Khan ka intiqal hua tha December 1929 mein. woh kaha karte the, "Khuda ko munh dikhana hai.</w:t>
      </w:r>
      <w:r>
        <w:br/>
      </w:r>
      <w:r>
        <w:rPr>
          <w:sz w:val="20"/>
        </w:rPr>
        <w:t>56:13  Khuda ko munh dikhana hai.</w:t>
      </w:r>
      <w:r>
        <w:br/>
      </w:r>
      <w:r>
        <w:rPr>
          <w:sz w:val="20"/>
        </w:rPr>
        <w:t>56:15  " yani Khuda ko Face karna hai. aakhirat ki adalat ko Face karna hai. tab yeh soch raha karti thi logon ke andar.</w:t>
      </w:r>
      <w:r>
        <w:br/>
      </w:r>
      <w:r>
        <w:rPr>
          <w:sz w:val="20"/>
        </w:rPr>
        <w:t>56:25  ab to kuch bhi nahin hai. ab to Politics hai, TV hai, tamashe hain.</w:t>
      </w:r>
      <w:r>
        <w:br/>
      </w:r>
      <w:r>
        <w:rPr>
          <w:sz w:val="20"/>
        </w:rPr>
        <w:t>56:35  Shopping hai. yahi sab tamashe hain. ab kaun kehta hai ke Khuda ko munh dikhana hai?</w:t>
      </w:r>
      <w:r>
        <w:br/>
      </w:r>
      <w:r>
        <w:rPr>
          <w:sz w:val="20"/>
        </w:rPr>
        <w:t>56:46  to mein is mahaul mein paida hua jab ke hamare samaj mein aise kehne wale hua karte the ke "Khuda ko munh dikhana hai. Hamein God ko Face karna hai." to maut yaad aati thi, hashr yaad aata tha.</w:t>
      </w:r>
      <w:r>
        <w:br/>
      </w:r>
      <w:r>
        <w:rPr>
          <w:sz w:val="20"/>
        </w:rPr>
        <w:t>57:03  Allah taala ke saamne Accountability yaad aati thi. Phir jannat jahannum yaad aati thi. Ab aaj ke mahaul mein kuch bhi nahin hai.</w:t>
      </w:r>
      <w:r>
        <w:br/>
      </w:r>
      <w:r>
        <w:rPr>
          <w:sz w:val="20"/>
        </w:rPr>
        <w:t>57:17  to yaad rakhiye yeh yeh maishati baat nahin hai. Is mein yeh hai ke aap ko Double sawab. Ek yeh hai ke maut ka ya aakhirat ka ya jannat jahannum ka charchaa mahaul mein ho aur aap us ko jaan lein to Single sawab milega.</w:t>
      </w:r>
      <w:r>
        <w:br/>
      </w:r>
      <w:r>
        <w:rPr>
          <w:sz w:val="20"/>
        </w:rPr>
        <w:t>57:34  lekin woh maadoom ho jaye, fitna dohama aa jaye aur phir aap ko Rediscover karein to aap ko Double sawab milega.</w:t>
      </w:r>
      <w:r>
        <w:br/>
      </w:r>
      <w:r>
        <w:rPr>
          <w:sz w:val="20"/>
        </w:rPr>
        <w:t>57:45  yaani jo cheez mahaul nahin bata raha hai, jo cheez samaj nahin bata raha hai.</w:t>
      </w:r>
      <w:r>
        <w:br/>
      </w:r>
      <w:r>
        <w:rPr>
          <w:sz w:val="20"/>
        </w:rPr>
        <w:t>57:52  bata raha hai to jaan liya aap ne to ek sawab hai. Lekin nahin bata raha hai, ghaflat ka mahaul har taraf hai. Aap apne zehan ko Active karte hain.</w:t>
      </w:r>
      <w:r>
        <w:br/>
      </w:r>
      <w:r>
        <w:rPr>
          <w:sz w:val="20"/>
        </w:rPr>
        <w:t>58:02  apne shaoor ko jagate hain. Raat din sochte hain. Phir Rediscover karte hain aap. Af woh! Maut aane wali hai.</w:t>
      </w:r>
      <w:r>
        <w:br/>
      </w:r>
      <w:r>
        <w:rPr>
          <w:sz w:val="20"/>
        </w:rPr>
        <w:t>58:10  maut ke baad hisab kitab hone wala hai. Jannat jahannum ka saamna pesh aane wala hai. To aap ka sawab badh jata hai.</w:t>
      </w:r>
      <w:r>
        <w:br/>
      </w:r>
      <w:r>
        <w:rPr>
          <w:sz w:val="20"/>
        </w:rPr>
        <w:t>58:22  to aap jis daur mein hain us ki shikayat mat kijiye. Balkeh logon ko khushkhabri dijiye ke tum aise woh daur mein paida hue ho ke tum ko agar Rediscover karo to tum ko Double sawab hai.</w:t>
      </w:r>
    </w:p>
    <w:p>
      <w:pPr>
        <w:pStyle w:val="Heading2"/>
      </w:pPr>
      <w:r>
        <w:t>Love guarantees God's help: the bicycle story</w:t>
      </w:r>
    </w:p>
    <w:p>
      <w:r>
        <w:rPr>
          <w:color w:val="666666"/>
          <w:sz w:val="18"/>
        </w:rPr>
        <w:t>God and Man February 19, 2012 · 4m 37s · at 42:44 · https://youtu.be/rL4g0LOU3wo?t=2564</w:t>
      </w:r>
    </w:p>
    <w:p>
      <w:r>
        <w:rPr>
          <w:i/>
        </w:rPr>
        <w:t>“What guarantees that God's help will come to you?”</w:t>
      </w:r>
    </w:p>
    <w:p>
      <w:r>
        <w:rPr>
          <w:sz w:val="20"/>
        </w:rPr>
        <w:t>42:44  to yeh kitna bara kal aik sahib se bari baat ho rahi thi. unhein kuch problem paish aa raha tha.</w:t>
      </w:r>
      <w:r>
        <w:br/>
      </w:r>
      <w:r>
        <w:rPr>
          <w:sz w:val="20"/>
        </w:rPr>
        <w:t>42:55  to mein ne kaha keh Khuda ki madad ko yaqeeni banane ke liye nuskhah kya hai? keh agar aap ne andar woh sifat paida kar lein to yaqeen kar lijiye keh Khuda ki madad lazman aye gi aap ko.</w:t>
      </w:r>
      <w:r>
        <w:br/>
      </w:r>
      <w:r>
        <w:rPr>
          <w:sz w:val="20"/>
        </w:rPr>
        <w:t>43:14  woh kya hai woh madad?</w:t>
      </w:r>
      <w:r>
        <w:br/>
      </w:r>
      <w:r>
        <w:rPr>
          <w:sz w:val="20"/>
        </w:rPr>
        <w:t>43:17  Qur'an mein hai keh WAL LAZEENA AMANOO ASHADDU HUBBAL LILLAH jo Allah par iman lanay walay hain woh Allah se shadeed mohabbat karte hain.</w:t>
      </w:r>
      <w:r>
        <w:br/>
      </w:r>
      <w:r>
        <w:rPr>
          <w:sz w:val="20"/>
        </w:rPr>
        <w:t>43:32  mohabbat ka kya cheez hai? hub kya cheez hai? hub hai strong affection. hub ke liye behtareen lafz hai strong affection.</w:t>
      </w:r>
      <w:r>
        <w:br/>
      </w:r>
      <w:r>
        <w:rPr>
          <w:sz w:val="20"/>
        </w:rPr>
        <w:t>43:44  to Khuda se aap ko strong affection ho jaye.</w:t>
      </w:r>
      <w:r>
        <w:br/>
      </w:r>
      <w:r>
        <w:rPr>
          <w:sz w:val="20"/>
        </w:rPr>
        <w:t>43:51  jab strong affection ke sath aap Khuda se kuch mangen to Khuda par lazim ho jata hai keh woh poora kare is ko.</w:t>
      </w:r>
      <w:r>
        <w:br/>
      </w:r>
      <w:r>
        <w:rPr>
          <w:sz w:val="20"/>
        </w:rPr>
        <w:t>44:02  mohabbat karne walay ko koi radd nahi kar sakta. aap apne family mein tajruba kar ke dekh lijiye. jo aadmi aap se mohabbat karta ho, jo bachah aap se mohabbat karta ho, us ke sawal ko aap radd nahi kar paate.</w:t>
      </w:r>
      <w:r>
        <w:br/>
      </w:r>
      <w:r>
        <w:rPr>
          <w:sz w:val="20"/>
        </w:rPr>
        <w:t>44:17  radd nahi kar paate aap. to</w:t>
      </w:r>
      <w:r>
        <w:br/>
      </w:r>
      <w:r>
        <w:rPr>
          <w:sz w:val="20"/>
        </w:rPr>
        <w:t>44:22  aap agar chahte hain keh aap yaqeeni banayein keh Khuda ki madad lazman aap ko aye gi to woh dua kijiye jo dua ke sath hub shamil ho.</w:t>
      </w:r>
      <w:r>
        <w:br/>
      </w:r>
      <w:r>
        <w:rPr>
          <w:sz w:val="20"/>
        </w:rPr>
        <w:t>44:36  jaise mein ne aik qissah bataya tha is se pehlay aap logon ko keh aik bachah tha us ke baap school master thay.</w:t>
      </w:r>
      <w:r>
        <w:br/>
      </w:r>
      <w:r>
        <w:rPr>
          <w:sz w:val="20"/>
        </w:rPr>
        <w:t>44:48  to bachay ko shauq tha bicycle ka. aur baap ki tankhwah kam thi. to bachay ne apne baap se kaha keh mujhe bicycle chahiye.</w:t>
      </w:r>
      <w:r>
        <w:br/>
      </w:r>
      <w:r>
        <w:rPr>
          <w:sz w:val="20"/>
        </w:rPr>
        <w:t>45:00  to baap ne us ko nazar andaaz kar diya. taal diya. to bete ne kai bar kaha.</w:t>
      </w:r>
      <w:r>
        <w:br/>
      </w:r>
      <w:r>
        <w:rPr>
          <w:sz w:val="20"/>
        </w:rPr>
        <w:t>45:12  to aik bar beta jo hai us ne kaha aur baap ne us ko jharak diya mujh se keh mujh se bicycle ke liye mat kehna.</w:t>
      </w:r>
      <w:r>
        <w:br/>
      </w:r>
      <w:r>
        <w:rPr>
          <w:sz w:val="20"/>
        </w:rPr>
        <w:t>45:22  mere paas itna paisa nahi keh mein tum ko bicycle doon. to bete ne jo mohabbat ke sath bolte hain yani woh mohabbat walay andaaz mein beta apne baap se kaha us ne.</w:t>
      </w:r>
      <w:r>
        <w:br/>
      </w:r>
      <w:r>
        <w:rPr>
          <w:sz w:val="20"/>
        </w:rPr>
        <w:t>45:35  aap ne yeh manzar dekha hoga keh aik beta jab mohabbat ke sath apni maan se apne baap se khitab karta hai to kaisa andaaz hota hai us ka. is mohabbat walay andaaz mein bete ne keh diya keh aap hi to hamare baap hain aap se na kahoon to kis se kahoon?</w:t>
      </w:r>
      <w:r>
        <w:br/>
      </w:r>
      <w:r>
        <w:rPr>
          <w:sz w:val="20"/>
        </w:rPr>
        <w:t>45:56  aap hi to hamare baap hain aap se na kahein to kis se kahein? ab beta bhi ro pada aur baap bhi ro pada.</w:t>
      </w:r>
      <w:r>
        <w:br/>
      </w:r>
      <w:r>
        <w:rPr>
          <w:sz w:val="20"/>
        </w:rPr>
        <w:t>46:05  donon rone lage. to baap ne kaha ke theek hai main tum ko kal tak bicycle ka intezaam kar doonga.</w:t>
      </w:r>
      <w:r>
        <w:br/>
      </w:r>
      <w:r>
        <w:rPr>
          <w:sz w:val="20"/>
        </w:rPr>
        <w:t>46:15  aur kal unhon ne bicycle ka intezaam kar diya. to dekhiye dua jo hai jazb-e-mohabbat ka izhaar hai.</w:t>
      </w:r>
      <w:r>
        <w:br/>
      </w:r>
      <w:r>
        <w:rPr>
          <w:sz w:val="20"/>
        </w:rPr>
        <w:t>46:25  yaad rakhiye.</w:t>
      </w:r>
      <w:r>
        <w:br/>
      </w:r>
      <w:r>
        <w:rPr>
          <w:sz w:val="20"/>
        </w:rPr>
        <w:t>46:29  dua kya hai? announcement nahin hai ke aap ne loud speaker par cheekh diya aey logon yeh yeh karo.</w:t>
      </w:r>
      <w:r>
        <w:br/>
      </w:r>
      <w:r>
        <w:rPr>
          <w:sz w:val="20"/>
        </w:rPr>
        <w:t>46:37  dua jazb-e-mohabbat ka izhaar hai. dua ka matlab yeh hai ke aap ko Khuda se strong affection hai. aap ko yaqeen hai ke Khuda hi meri baaton ko jaanta hai.</w:t>
      </w:r>
      <w:r>
        <w:br/>
      </w:r>
      <w:r>
        <w:rPr>
          <w:sz w:val="20"/>
        </w:rPr>
        <w:t>46:49  aap ko yaqeen hai ke mera meri khwahishon ko poora karne wala sirf Khuda hi hai. aap ko yaqeen hai ke yahi to mera sab kuch hai kisi aur se main kyun jaon kehne ke liye?</w:t>
      </w:r>
      <w:r>
        <w:br/>
      </w:r>
      <w:r>
        <w:rPr>
          <w:sz w:val="20"/>
        </w:rPr>
        <w:t>47:03  yaani Khuda hi to mera sab kuch hai to kisi aur se main kehne ke liye kyun jaon? yeh saari jo kaifiyat hain yeh sab jab milti hain aur dhalta hain kuch lafzon mein isi ka naam dua hota hai.</w:t>
      </w:r>
    </w:p>
    <w:p>
      <w:pPr>
        <w:pStyle w:val="Heading2"/>
      </w:pPr>
      <w:r>
        <w:t>Taqwa means God-consciousness</w:t>
      </w:r>
    </w:p>
    <w:p>
      <w:r>
        <w:rPr>
          <w:color w:val="666666"/>
          <w:sz w:val="18"/>
        </w:rPr>
        <w:t>Roza and Ramadan September 3, 2007 Maulana Wahiduddin Khan · 31s · at 22:54 · https://youtu.be/98PTg3r7yYE?t=1374</w:t>
      </w:r>
    </w:p>
    <w:p>
      <w:r>
        <w:rPr>
          <w:i/>
        </w:rPr>
        <w:t>“What is taqwa? Taqwa means piety”</w:t>
      </w:r>
    </w:p>
    <w:p>
      <w:r>
        <w:rPr>
          <w:sz w:val="20"/>
        </w:rPr>
        <w:t>22:54  lallakum tattaqoon. quran ki surah al baqarah mein aaya hai. taqwa ka matlab kya hai? taqwa ka matlab hai parhezgari.</w:t>
      </w:r>
      <w:r>
        <w:br/>
      </w:r>
      <w:r>
        <w:rPr>
          <w:sz w:val="20"/>
        </w:rPr>
        <w:t>23:08  god conscious ho kar dunya mein rehna.</w:t>
      </w:r>
      <w:r>
        <w:br/>
      </w:r>
      <w:r>
        <w:rPr>
          <w:sz w:val="20"/>
        </w:rPr>
        <w:t>23:14  taqwa ka matlab hai ke aap dunya mein is tarah rahen ke aap har waqt khuda ko yaad karen. yeh samjhen ke I am under God.</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Using lockdown for family spiritual training</w:t>
      </w:r>
    </w:p>
    <w:p>
      <w:r>
        <w:rPr>
          <w:color w:val="666666"/>
          <w:sz w:val="18"/>
        </w:rPr>
        <w:t>Prayer for the Country April 05, 2020 Maulana Wahiduddin Khan · 5m 30s · at 8:14 · https://youtu.be/9Fh70tItjlQ?t=494</w:t>
      </w:r>
    </w:p>
    <w:p>
      <w:r>
        <w:rPr>
          <w:i/>
        </w:rPr>
        <w:t>“Yes, I think this is a very good question.”</w:t>
      </w:r>
    </w:p>
    <w:p>
      <w:r>
        <w:rPr>
          <w:sz w:val="20"/>
        </w:rPr>
        <w:t>8:14  haan, main samajhta hoon ke yeh bohat hi acha sawal hai. bohat acha sawal hai.</w:t>
      </w:r>
      <w:r>
        <w:br/>
      </w:r>
      <w:r>
        <w:rPr>
          <w:sz w:val="20"/>
        </w:rPr>
        <w:t>8:25  aur quran ki ek ayat hai ke "wallahiyad'u ila daris-salam".</w:t>
      </w:r>
      <w:r>
        <w:br/>
      </w:r>
      <w:r>
        <w:rPr>
          <w:sz w:val="20"/>
        </w:rPr>
        <w:t>8:32  allah bulata hai aman ke ghar ki taraf, shanti ke ghar ki taraf. yeh hamara mission hai.</w:t>
      </w:r>
      <w:r>
        <w:br/>
      </w:r>
      <w:r>
        <w:rPr>
          <w:sz w:val="20"/>
        </w:rPr>
        <w:t>8:42  humein chahiye ke hum is mauqe ko isi ke liye istemal karein</w:t>
      </w:r>
      <w:r>
        <w:br/>
      </w:r>
      <w:r>
        <w:rPr>
          <w:sz w:val="20"/>
        </w:rPr>
        <w:t>8:49  ke mulk ki tarraqi, mulk ki shanti, mulk ko rohani mulk banana, isi ko apna maqsad samjhein aur isi ke mutabiq kaam karein.</w:t>
      </w:r>
      <w:r>
        <w:br/>
      </w:r>
      <w:r>
        <w:rPr>
          <w:sz w:val="20"/>
        </w:rPr>
        <w:t>9:07  main woh tamam log jo quran ko mante hain, un ko main kahunga ke aap quran ke is paigham ko le kar uthiye ke "wallahiyad'u ila daris-salam".</w:t>
      </w:r>
      <w:r>
        <w:br/>
      </w:r>
      <w:r>
        <w:rPr>
          <w:sz w:val="20"/>
        </w:rPr>
        <w:t>9:24  allah pukarta hai aman ke ghar ki taraf.</w:t>
      </w:r>
      <w:r>
        <w:br/>
      </w:r>
      <w:r>
        <w:rPr>
          <w:sz w:val="20"/>
        </w:rPr>
        <w:t>9:29  is se acha koi mission nahi ho sakta.</w:t>
      </w:r>
      <w:r>
        <w:br/>
      </w:r>
      <w:r>
        <w:rPr>
          <w:sz w:val="20"/>
        </w:rPr>
        <w:t>9:36  to mein samajhta hoon ke yeh aaj kal jo lockdown hai, is ko hum isi maqsad ke liye istemal karein.</w:t>
      </w:r>
      <w:r>
        <w:br/>
      </w:r>
      <w:r>
        <w:rPr>
          <w:sz w:val="20"/>
        </w:rPr>
        <w:t>9:48  aaj kal har firm mein kafi waqt hai logon ke paas. to is waqt ko istemal karein</w:t>
      </w:r>
      <w:r>
        <w:br/>
      </w:r>
      <w:r>
        <w:rPr>
          <w:sz w:val="20"/>
        </w:rPr>
        <w:t>9:55  isi ke liye. ghar mein isi ka charcha ho, ghar mein isi ki baat ho.</w:t>
      </w:r>
      <w:r>
        <w:br/>
      </w:r>
      <w:r>
        <w:rPr>
          <w:sz w:val="20"/>
        </w:rPr>
        <w:t>10:05  yehi soch logon ke andar paida karna sab se aham kaam hai.</w:t>
      </w:r>
      <w:r>
        <w:br/>
      </w:r>
      <w:r>
        <w:rPr>
          <w:sz w:val="20"/>
        </w:rPr>
        <w:t>10:16  maulana sahib, aaj kal log jo hain quran parhte hain, sirf tilawat karte hain. tarjuma nahi parhte, tafsir nahi parhte.</w:t>
      </w:r>
      <w:r>
        <w:br/>
      </w:r>
      <w:r>
        <w:rPr>
          <w:sz w:val="20"/>
        </w:rPr>
        <w:t>10:26  to is liye in ko quran ka paigham sahi ma'ne mein maloom hi nahi. to kya aisa ho sakta hai ke ab chounke ghar mein tamam log maujood hain, to ghar ka jo bara hai woh kuch hissa parhe quran ka logon ke samne aur is ko discuss kare?</w:t>
      </w:r>
      <w:r>
        <w:br/>
      </w:r>
      <w:r>
        <w:rPr>
          <w:sz w:val="20"/>
        </w:rPr>
        <w:t>10:44  to is ko kis tareeqe se kiya jaye?</w:t>
      </w:r>
      <w:r>
        <w:br/>
      </w:r>
      <w:r>
        <w:rPr>
          <w:sz w:val="20"/>
        </w:rPr>
        <w:t>10:48  yeh to bohat achi baat hai ke ghar ke log ikhatta hon aur ghar ka jo head hai woh quran ko le kar baithe.</w:t>
      </w:r>
      <w:r>
        <w:br/>
      </w:r>
      <w:r>
        <w:rPr>
          <w:sz w:val="20"/>
        </w:rPr>
        <w:t>10:58  mein ne khud is maqsad ke liye quran ki tafsir likhi hai jis mein sari baatein aman ki, peace ki,</w:t>
      </w:r>
      <w:r>
        <w:br/>
      </w:r>
      <w:r>
        <w:rPr>
          <w:sz w:val="20"/>
        </w:rPr>
        <w:t>11:07  rohaniyat ki hain. to aur bohat si tafsirien hain. to ghar ka jo head hai woh is qism ka ek quran le kar baithe, is ko kuch hissa parhe aur phir is ki</w:t>
      </w:r>
      <w:r>
        <w:br/>
      </w:r>
      <w:r>
        <w:rPr>
          <w:sz w:val="20"/>
        </w:rPr>
        <w:t>11:24  logon ko bataye ke dekhiye quran mein kis tarah aman ki, rohaniyat ki taleem di gayi hai.</w:t>
      </w:r>
      <w:r>
        <w:br/>
      </w:r>
      <w:r>
        <w:rPr>
          <w:sz w:val="20"/>
        </w:rPr>
        <w:t>11:33  yeh to bohat acha hoga. is waqt ko jo hamein mila hai, is ko hum ek moqa samjhein, ek moqa samjhein aur is ko</w:t>
      </w:r>
      <w:r>
        <w:br/>
      </w:r>
      <w:r>
        <w:rPr>
          <w:sz w:val="20"/>
        </w:rPr>
        <w:t>11:45  apni family ko isi qism ka banane ke liye istemal karein.</w:t>
      </w:r>
      <w:r>
        <w:br/>
      </w:r>
      <w:r>
        <w:rPr>
          <w:sz w:val="20"/>
        </w:rPr>
        <w:t>11:55  maulana sahib, ek sawal aya hai hamza khan ki taraf se jo hamara program dekh rahe hain. to woh poochte hain ke "how to get qurb of Allah".</w:t>
      </w:r>
      <w:r>
        <w:br/>
      </w:r>
      <w:r>
        <w:rPr>
          <w:sz w:val="20"/>
        </w:rPr>
        <w:t>12:06  Allah se qurb hasil karne ka kya zariya hai?</w:t>
      </w:r>
      <w:r>
        <w:br/>
      </w:r>
      <w:r>
        <w:rPr>
          <w:sz w:val="20"/>
        </w:rPr>
        <w:t>12:17  mein samajhta hoon ke sab se acha zariya Allah ko yaad karna hai.</w:t>
      </w:r>
      <w:r>
        <w:br/>
      </w:r>
      <w:r>
        <w:rPr>
          <w:sz w:val="20"/>
        </w:rPr>
        <w:t>12:25  yaad karne ki baat yeh hai ke hum</w:t>
      </w:r>
      <w:r>
        <w:br/>
      </w:r>
      <w:r>
        <w:rPr>
          <w:sz w:val="20"/>
        </w:rPr>
        <w:t>12:36  Allah ki baaton ko yaad karein. Allah ko ziyada se ziyada, Allah ka jo jalal o kamal hai,</w:t>
      </w:r>
      <w:r>
        <w:br/>
      </w:r>
      <w:r>
        <w:rPr>
          <w:sz w:val="20"/>
        </w:rPr>
        <w:t>12:49  is ko ziyada se ziyada sochein.</w:t>
      </w:r>
      <w:r>
        <w:br/>
      </w:r>
      <w:r>
        <w:rPr>
          <w:sz w:val="20"/>
        </w:rPr>
        <w:t>12:54  Allah ki jo nematein hain, un ko ziyada se ziyada. Allah ki jo sifat hain,</w:t>
      </w:r>
      <w:r>
        <w:br/>
      </w:r>
      <w:r>
        <w:rPr>
          <w:sz w:val="20"/>
        </w:rPr>
        <w:t>13:07  is ko ziyada se ziyada logon ko batayein. mein ne apni tafsir mein yahi kiya hai. meri tafsir isi ki tafsir hai.</w:t>
      </w:r>
      <w:r>
        <w:br/>
      </w:r>
      <w:r>
        <w:rPr>
          <w:sz w:val="20"/>
        </w:rPr>
        <w:t>13:22  is ka naam hai "Tazkir ul Quran".</w:t>
      </w:r>
      <w:r>
        <w:br/>
      </w:r>
      <w:r>
        <w:rPr>
          <w:sz w:val="20"/>
        </w:rPr>
        <w:t>13:26  to aap ko agar moqa ho to meri tafsir "Tazkir ul Quran" parhein. is mein aap ko aise bohat ayat milein gi jin ko aap logon ko jama kar ke un ke samne un ka charcha karein.</w:t>
      </w:r>
    </w:p>
    <w:p>
      <w:pPr>
        <w:pStyle w:val="Heading2"/>
      </w:pPr>
      <w:r>
        <w:t>From Spiritual Tree to Muslims as witnesses</w:t>
      </w:r>
    </w:p>
    <w:p>
      <w:r>
        <w:rPr>
          <w:color w:val="666666"/>
          <w:sz w:val="18"/>
        </w:rPr>
        <w:t>From The Spiritual Tree May 30, 2007 · 5m 01s · at 0:46 · https://youtu.be/vGj_dsCMv-M?t=46</w:t>
      </w:r>
    </w:p>
    <w:p>
      <w:r>
        <w:rPr>
          <w:i/>
        </w:rPr>
        <w:t>“I was sitting under my Spiritual Tree”</w:t>
      </w:r>
    </w:p>
    <w:p>
      <w:r>
        <w:rPr>
          <w:sz w:val="20"/>
        </w:rPr>
        <w:t>0:46  i was sitting under my spiritual tree, and i was thinking about the humanity.</w:t>
      </w:r>
      <w:r>
        <w:br/>
      </w:r>
      <w:r>
        <w:rPr>
          <w:sz w:val="20"/>
        </w:rPr>
        <w:t>0:59  i felt that</w:t>
      </w:r>
      <w:r>
        <w:br/>
      </w:r>
      <w:r>
        <w:rPr>
          <w:sz w:val="20"/>
        </w:rPr>
        <w:t>1:07  i asked a question to myself: if people were asked, "what is the greatest problem of the world, of the present world?"</w:t>
      </w:r>
      <w:r>
        <w:br/>
      </w:r>
      <w:r>
        <w:rPr>
          <w:sz w:val="20"/>
        </w:rPr>
        <w:t>1:23  some people would like to say that U.S. hegemony is the greatest problem</w:t>
      </w:r>
      <w:r>
        <w:br/>
      </w:r>
      <w:r>
        <w:rPr>
          <w:sz w:val="20"/>
        </w:rPr>
        <w:t>1:34  of the present world. Some would like to say that</w:t>
      </w:r>
      <w:r>
        <w:br/>
      </w:r>
      <w:r>
        <w:rPr>
          <w:sz w:val="20"/>
        </w:rPr>
        <w:t>1:41  the greatest problem of the time is that half, near about half of the humanity is living in poverty.</w:t>
      </w:r>
      <w:r>
        <w:br/>
      </w:r>
      <w:r>
        <w:rPr>
          <w:sz w:val="20"/>
        </w:rPr>
        <w:t>1:57  Some other people would like to say that after colonialism, we are facing a new problem that is multinationalism.</w:t>
      </w:r>
      <w:r>
        <w:br/>
      </w:r>
      <w:r>
        <w:rPr>
          <w:sz w:val="20"/>
        </w:rPr>
        <w:t>2:09  But I think that all these problems are superficial problems.</w:t>
      </w:r>
      <w:r>
        <w:br/>
      </w:r>
      <w:r>
        <w:rPr>
          <w:sz w:val="20"/>
        </w:rPr>
        <w:t>2:18  The greatest problem is that all men and women are heading to a future</w:t>
      </w:r>
      <w:r>
        <w:br/>
      </w:r>
      <w:r>
        <w:rPr>
          <w:sz w:val="20"/>
        </w:rPr>
        <w:t>2:30  where they will face</w:t>
      </w:r>
      <w:r>
        <w:br/>
      </w:r>
      <w:r>
        <w:rPr>
          <w:sz w:val="20"/>
        </w:rPr>
        <w:t>2:36  their God, where they will face the Day of Judgment, where they will be presented before God, Malik-e-Yomiddin.</w:t>
      </w:r>
      <w:r>
        <w:br/>
      </w:r>
      <w:r>
        <w:rPr>
          <w:sz w:val="20"/>
        </w:rPr>
        <w:t>2:54  And you know, after this presentation, what is the other step?</w:t>
      </w:r>
      <w:r>
        <w:br/>
      </w:r>
      <w:r>
        <w:rPr>
          <w:sz w:val="20"/>
        </w:rPr>
        <w:t>3:04  What is the other</w:t>
      </w:r>
      <w:r>
        <w:br/>
      </w:r>
      <w:r>
        <w:rPr>
          <w:sz w:val="20"/>
        </w:rPr>
        <w:t>3:09  phase of our life that is Hell and Paradise?</w:t>
      </w:r>
      <w:r>
        <w:br/>
      </w:r>
      <w:r>
        <w:rPr>
          <w:sz w:val="20"/>
        </w:rPr>
        <w:t>3:18  So this is the most important problem. And present global warming tells us that countdown has begun.</w:t>
      </w:r>
      <w:r>
        <w:br/>
      </w:r>
      <w:r>
        <w:rPr>
          <w:sz w:val="20"/>
        </w:rPr>
        <w:t>3:36  We are approaching the end of the history.</w:t>
      </w:r>
      <w:r>
        <w:br/>
      </w:r>
      <w:r>
        <w:rPr>
          <w:sz w:val="20"/>
        </w:rPr>
        <w:t>3:44  Now what to do? If this is the greatest problem, then what to do?</w:t>
      </w:r>
      <w:r>
        <w:br/>
      </w:r>
      <w:r>
        <w:rPr>
          <w:sz w:val="20"/>
        </w:rPr>
        <w:t>3:56  What is the task ahead? That is Dawa work.</w:t>
      </w:r>
      <w:r>
        <w:br/>
      </w:r>
      <w:r>
        <w:rPr>
          <w:sz w:val="20"/>
        </w:rPr>
        <w:t>4:06  That is conveying the message of God to all mankind. That is to make people aware of the creation plan of God</w:t>
      </w:r>
      <w:r>
        <w:br/>
      </w:r>
      <w:r>
        <w:rPr>
          <w:sz w:val="20"/>
        </w:rPr>
        <w:t>4:23  so that they may reassess</w:t>
      </w:r>
      <w:r>
        <w:br/>
      </w:r>
      <w:r>
        <w:rPr>
          <w:sz w:val="20"/>
        </w:rPr>
        <w:t>4:30  their life, so may they revise their lifestyle, so that they</w:t>
      </w:r>
      <w:r>
        <w:br/>
      </w:r>
      <w:r>
        <w:rPr>
          <w:sz w:val="20"/>
        </w:rPr>
        <w:t>4:45  may</w:t>
      </w:r>
      <w:r>
        <w:br/>
      </w:r>
      <w:r>
        <w:rPr>
          <w:sz w:val="20"/>
        </w:rPr>
        <w:t>4:48  prepare themselves</w:t>
      </w:r>
      <w:r>
        <w:br/>
      </w:r>
      <w:r>
        <w:rPr>
          <w:sz w:val="20"/>
        </w:rPr>
        <w:t>4:53  for the</w:t>
      </w:r>
      <w:r>
        <w:br/>
      </w:r>
      <w:r>
        <w:rPr>
          <w:sz w:val="20"/>
        </w:rPr>
        <w:t>4:57  next period of life, that is post-death period. Now who is going to perform this mission?</w:t>
      </w:r>
      <w:r>
        <w:br/>
      </w:r>
      <w:r>
        <w:rPr>
          <w:sz w:val="20"/>
        </w:rPr>
        <w:t>5:13  It is Ummat-e-Muhammadi, that is Muslims.</w:t>
      </w:r>
      <w:r>
        <w:br/>
      </w:r>
      <w:r>
        <w:rPr>
          <w:sz w:val="20"/>
        </w:rPr>
        <w:t>5:20  Muslims are</w:t>
      </w:r>
      <w:r>
        <w:br/>
      </w:r>
      <w:r>
        <w:rPr>
          <w:sz w:val="20"/>
        </w:rPr>
        <w:t>5:26  that group who is</w:t>
      </w:r>
      <w:r>
        <w:br/>
      </w:r>
      <w:r>
        <w:rPr>
          <w:sz w:val="20"/>
        </w:rPr>
        <w:t>5:36  called in the Quran and Hadith "Shahid," that is witness.</w:t>
      </w:r>
    </w:p>
    <w:p>
      <w:pPr>
        <w:pStyle w:val="Heading2"/>
      </w:pPr>
      <w:r>
        <w:t>Experiencing God's nearness is where real dua starts</w:t>
      </w:r>
    </w:p>
    <w:p>
      <w:r>
        <w:rPr>
          <w:color w:val="666666"/>
          <w:sz w:val="18"/>
        </w:rPr>
        <w:t>What is Dua (Only Lecture) April 26, 2009 Maulana Wahiduddin Khan · 2m 45s · at 5:06 · https://youtu.be/JxIR0o_C7GM?t=306</w:t>
      </w:r>
    </w:p>
    <w:p>
      <w:r>
        <w:rPr>
          <w:i/>
        </w:rPr>
        <w:t>“Khuda ki qurbat ka tajurba kya cheez hai?”</w:t>
      </w:r>
    </w:p>
    <w:p>
      <w:r>
        <w:rPr>
          <w:sz w:val="20"/>
        </w:rPr>
        <w:t>5:06  to Khuda ki qurbat ka tajruba kiya cheez hai? jab aap</w:t>
      </w:r>
      <w:r>
        <w:br/>
      </w:r>
      <w:r>
        <w:rPr>
          <w:sz w:val="20"/>
        </w:rPr>
        <w:t>5:15  God, Almighty, ko creator, ko sustainer, ko apne Rab ko discover karte hain,</w:t>
      </w:r>
      <w:r>
        <w:br/>
      </w:r>
      <w:r>
        <w:rPr>
          <w:sz w:val="20"/>
        </w:rPr>
        <w:t>5:26  yeh discovery aap ke upar chha jati hai. zahir hai ke is se bari aur kya discovery ho sakti hai ke aap Lord of the universe ko discover karen.</w:t>
      </w:r>
      <w:r>
        <w:br/>
      </w:r>
      <w:r>
        <w:rPr>
          <w:sz w:val="20"/>
        </w:rPr>
        <w:t>5:40  phir jab aap isi par sochte hain, apne andar, apne bahar ki jo duniya hai, us mein aap ko Khuda ki jhalakiyan dikhai dene lagti hain.</w:t>
      </w:r>
      <w:r>
        <w:br/>
      </w:r>
      <w:r>
        <w:rPr>
          <w:sz w:val="20"/>
        </w:rPr>
        <w:t>5:55  to wohi hai jis ko mein nearness mein ne kaha. yani presence of God ka tajruba aap ko hone lagta hai. aap ko aisa lagta hai ke mein Khuda ke bohat qareeb hoon.</w:t>
      </w:r>
      <w:r>
        <w:br/>
      </w:r>
      <w:r>
        <w:rPr>
          <w:sz w:val="20"/>
        </w:rPr>
        <w:t>6:13  jab yeh nearness ka tajurba hota hai, presence of god ka tajurba hota hai, tab jo dua nikalti hai, woh aap soch sakte hain ke kitni zyada is mein jaan hogi.</w:t>
      </w:r>
      <w:r>
        <w:br/>
      </w:r>
      <w:r>
        <w:rPr>
          <w:sz w:val="20"/>
        </w:rPr>
        <w:t>6:28  living dua jo hai, living dua tabhi niklegi.</w:t>
      </w:r>
      <w:r>
        <w:br/>
      </w:r>
      <w:r>
        <w:rPr>
          <w:sz w:val="20"/>
        </w:rPr>
        <w:t>6:34  jo log yeh samajhte hon ke kisi buddhu se ja kar dua karwa lo, ke kisi dargah mein ja kar dua karwa lo, yeh toh main samajhta hoon ke ek ridiculous baat hai.</w:t>
      </w:r>
      <w:r>
        <w:br/>
      </w:r>
      <w:r>
        <w:rPr>
          <w:sz w:val="20"/>
        </w:rPr>
        <w:t>6:49  yani aap ne khud khuda ke nearness ka tajurba hi nahi kiya.</w:t>
      </w:r>
      <w:r>
        <w:br/>
      </w:r>
      <w:r>
        <w:rPr>
          <w:sz w:val="20"/>
        </w:rPr>
        <w:t>6:56  aap sirf yeh jante hain ke falan buzurg khuda ke qareeb hain, falan qabr wala khuda ke qareeb hai, is se ja kar ke dua karwana chahte hain.</w:t>
      </w:r>
      <w:r>
        <w:br/>
      </w:r>
      <w:r>
        <w:rPr>
          <w:sz w:val="20"/>
        </w:rPr>
        <w:t>7:07  toh is ke baad kya hua? ke aap invalid hain, aap ki dua hi invalid hai.</w:t>
      </w:r>
      <w:r>
        <w:br/>
      </w:r>
      <w:r>
        <w:rPr>
          <w:sz w:val="20"/>
        </w:rPr>
        <w:t>7:16  kyun ke quran mein jab yeh bataya gaya hai ke main bande ke qareeb hoon,</w:t>
      </w:r>
      <w:r>
        <w:br/>
      </w:r>
      <w:r>
        <w:rPr>
          <w:sz w:val="20"/>
        </w:rPr>
        <w:t>7:26  i am near, toh yeh nearness ka jab tajurba hi aap ko nahi hai, toh phir dua kya hai?</w:t>
      </w:r>
      <w:r>
        <w:br/>
      </w:r>
      <w:r>
        <w:rPr>
          <w:sz w:val="20"/>
        </w:rPr>
        <w:t>7:35  woh toh kuch bhi nahi hai.</w:t>
      </w:r>
      <w:r>
        <w:br/>
      </w:r>
      <w:r>
        <w:rPr>
          <w:sz w:val="20"/>
        </w:rPr>
        <w:t>7:40  toh main samajhta hoon ke dua ka starting point jo hai, woh yeh experience hai ke khuda ke paas aap pahunch saken.</w:t>
      </w:r>
    </w:p>
    <w:p>
      <w:pPr>
        <w:pStyle w:val="Heading2"/>
      </w:pPr>
      <w:r>
        <w:t>Meaning of Labbaik Allahumma Labbaik at Eid</w:t>
      </w:r>
    </w:p>
    <w:p>
      <w:r>
        <w:rPr>
          <w:color w:val="666666"/>
          <w:sz w:val="18"/>
        </w:rPr>
        <w:t>The Message of Eid Al- Adha November 6, 2011 - Maulana Wahiduddin Khan · 2m 29s · at 3:18 · https://youtu.be/jRx-8VFlR9Q?t=198</w:t>
      </w:r>
    </w:p>
    <w:p>
      <w:r>
        <w:rPr>
          <w:i/>
        </w:rPr>
        <w:t>“Labbaik Allahumma Labbaik — a mumin's heart calling out”</w:t>
      </w:r>
    </w:p>
    <w:p>
      <w:r>
        <w:rPr>
          <w:sz w:val="20"/>
        </w:rPr>
        <w:t>3:18  maslan subah ko aap uthte hain to ghar se tayyar ho kar rawana hote hain eidgah ki taraf, yeh kehte hue: "labbaik allahumma labbaik, labbaik allahumma labbaik." aye Allah!</w:t>
      </w:r>
      <w:r>
        <w:br/>
      </w:r>
      <w:r>
        <w:rPr>
          <w:sz w:val="20"/>
        </w:rPr>
        <w:t>3:39  mein hazir hoon, aye Allah! mein ha</w:t>
      </w:r>
      <w:r>
        <w:br/>
      </w:r>
      <w:r>
        <w:rPr>
          <w:sz w:val="20"/>
        </w:rPr>
        <w:t>3:42  zoor hoon. yeh sirf ek lafzi baat nahi hai, yeh momin ke dil ki pukar hai.</w:t>
      </w:r>
      <w:r>
        <w:br/>
      </w:r>
      <w:r>
        <w:rPr>
          <w:sz w:val="20"/>
        </w:rPr>
        <w:t>3:57  eid al-adha ke din ek saccha momin apne</w:t>
      </w:r>
      <w:r>
        <w:br/>
      </w:r>
      <w:r>
        <w:rPr>
          <w:sz w:val="20"/>
        </w:rPr>
        <w:t>4:06  iman ko is tarah taza karta hai, apne pulsh ko, apne ahad ko is tarah din dobara taza karta hai, yeh alfaaz bol kar.</w:t>
      </w:r>
      <w:r>
        <w:br/>
      </w:r>
      <w:r>
        <w:rPr>
          <w:sz w:val="20"/>
        </w:rPr>
        <w:t>4:20  iska matlab yeh hai ke aap Allah se yeh ahad karte hain ke meri zindagi god oriented zindagi hogi,</w:t>
      </w:r>
      <w:r>
        <w:br/>
      </w:r>
      <w:r>
        <w:rPr>
          <w:sz w:val="20"/>
        </w:rPr>
        <w:t>4:33  khuda rukh zindagi hogi. meri dhoop ek Allah ke liye hogi.</w:t>
      </w:r>
      <w:r>
        <w:br/>
      </w:r>
      <w:r>
        <w:rPr>
          <w:sz w:val="20"/>
        </w:rPr>
        <w:t>4:43  aap jante hain is duniya mein har aadmi ke bahut se taaluqat hote hain: biwi, bachche, khandan, business, job, aur us ke bahut se duniyavi taqaze.</w:t>
      </w:r>
      <w:r>
        <w:br/>
      </w:r>
      <w:r>
        <w:rPr>
          <w:sz w:val="20"/>
        </w:rPr>
        <w:t>5:02  to aadmi bachpan se inhi cheezon mein conditioned ho jata hai.</w:t>
      </w:r>
      <w:r>
        <w:br/>
      </w:r>
      <w:r>
        <w:rPr>
          <w:sz w:val="20"/>
        </w:rPr>
        <w:t>5:11  dheere dheere aisa hota hai ke woh is ke siwa kuch aur soch nahi pata. to us ki tawajjohaat ka markaz yahi sab cheezein ho jati hain.</w:t>
      </w:r>
      <w:r>
        <w:br/>
      </w:r>
      <w:r>
        <w:rPr>
          <w:sz w:val="20"/>
        </w:rPr>
        <w:t>5:22  lekin momin woh hai jis ka soul karsan Allah ho, jis ki tawajjohaat ka markaz us ka khaliq ho.</w:t>
      </w:r>
      <w:r>
        <w:br/>
      </w:r>
      <w:r>
        <w:rPr>
          <w:sz w:val="20"/>
        </w:rPr>
        <w:t>5:33  to isi haqiqat ka ailaan hota hai "labbaik Allahumma labbaik" ke alfaaz mein.</w:t>
      </w:r>
    </w:p>
    <w:p>
      <w:pPr>
        <w:pStyle w:val="Heading2"/>
      </w:pPr>
      <w:r>
        <w:t>a sunrise walk that felt like walking through paradise</w:t>
      </w:r>
    </w:p>
    <w:p>
      <w:r>
        <w:rPr>
          <w:color w:val="666666"/>
          <w:sz w:val="18"/>
        </w:rPr>
        <w:t>Fragments of a CPS Mind April 24, 2011 Maulana Wahiduddin Khan · 3m 00s · at 11:10 · https://youtu.be/kn1KfE--rug?t=670</w:t>
      </w:r>
    </w:p>
    <w:p>
      <w:r>
        <w:rPr>
          <w:i/>
        </w:rPr>
        <w:t>“Aaj subah sawere main uth kar walk karne laga”</w:t>
      </w:r>
    </w:p>
    <w:p>
      <w:r>
        <w:rPr>
          <w:sz w:val="20"/>
        </w:rPr>
        <w:t>11:10  diya. subah ka waqt jo hai woh jannati waqt hota hai. aaj subah ko batata hoon mein, aaj hi subah sawere mein utha.</w:t>
      </w:r>
      <w:r>
        <w:br/>
      </w:r>
      <w:r>
        <w:rPr>
          <w:sz w:val="20"/>
        </w:rPr>
        <w:t>11:23  toh kaafi sawere. phir subah subah mein namaz ke baad apne samne jo barjah hamare, lamba barjah hai, wahan par walk karne laga.</w:t>
      </w:r>
      <w:r>
        <w:br/>
      </w:r>
      <w:r>
        <w:rPr>
          <w:sz w:val="20"/>
        </w:rPr>
        <w:t>11:39  akela. tha us waqt koi nahin tha. aur woh bohat hi suhana sama tha. suraj abhi bas nikalne wala tha.</w:t>
      </w:r>
      <w:r>
        <w:br/>
      </w:r>
      <w:r>
        <w:rPr>
          <w:sz w:val="20"/>
        </w:rPr>
        <w:t>11:50  halki roshni aa chuki thi. toh halki roshni, bohat taaza fresh hawa, chidiyan ud rahi hain.</w:t>
      </w:r>
      <w:r>
        <w:br/>
      </w:r>
      <w:r>
        <w:rPr>
          <w:sz w:val="20"/>
        </w:rPr>
        <w:t>12:03  har taraf darakhton ke, sar sabz darakhton ka manzar hai.</w:t>
      </w:r>
      <w:r>
        <w:br/>
      </w:r>
      <w:r>
        <w:rPr>
          <w:sz w:val="20"/>
        </w:rPr>
        <w:t>12:09  is mein walk kar raha tha mein. toh ek moment ke liye mujhe aisa laga ke mein paradise mein walk kar raha hoon.</w:t>
      </w:r>
      <w:r>
        <w:br/>
      </w:r>
      <w:r>
        <w:rPr>
          <w:sz w:val="20"/>
        </w:rPr>
        <w:t>12:19  arey dil mein aaya ke paradise bhi toh aisi hogi? mein similar to this situation hogi? kyunke quran mein khud hai ke paradise is dunya ke mutashabeh hai.</w:t>
      </w:r>
      <w:r>
        <w:br/>
      </w:r>
      <w:r>
        <w:rPr>
          <w:sz w:val="20"/>
        </w:rPr>
        <w:t>12:31  similar to this world hai.</w:t>
      </w:r>
      <w:r>
        <w:br/>
      </w:r>
      <w:r>
        <w:rPr>
          <w:sz w:val="20"/>
        </w:rPr>
        <w:t>12:34  ab ek ajeeb ghareeb tajurba hua ke mein khud khuda ki jannat mein walk kar raha hoon. ab shukr ka ek atha samandar mere dil mein ghoom raha hai.</w:t>
      </w:r>
      <w:r>
        <w:br/>
      </w:r>
      <w:r>
        <w:rPr>
          <w:sz w:val="20"/>
        </w:rPr>
        <w:t>12:46  us waqt mujhe ek ayat samajh mein aayi. quran ki ek ayat hai.</w:t>
      </w:r>
      <w:r>
        <w:br/>
      </w:r>
      <w:r>
        <w:rPr>
          <w:sz w:val="20"/>
        </w:rPr>
        <w:t>12:57  allah in ko jannat mein dakhil karega jis ki unhein pehchan kara di hai.</w:t>
      </w:r>
      <w:r>
        <w:br/>
      </w:r>
      <w:r>
        <w:rPr>
          <w:sz w:val="20"/>
        </w:rPr>
        <w:t>13:05  goya pehchan jo hai woh jannat ka certificate hai.</w:t>
      </w:r>
      <w:r>
        <w:br/>
      </w:r>
      <w:r>
        <w:rPr>
          <w:sz w:val="20"/>
        </w:rPr>
        <w:t>13:13  toh pehchan ka yeh waqt toh hai sab se acha waqt. sab se acha waqt jannat ko pehchanne ka subah ka hota hai. subah ka waqt wahi mahol hota</w:t>
      </w:r>
      <w:r>
        <w:br/>
      </w:r>
      <w:r>
        <w:rPr>
          <w:sz w:val="20"/>
        </w:rPr>
        <w:t>13:24  hai. aap kisi park mein chale jayein, aap kisi darya kinare chale jayein. aap kisi bhi khuli jagah par chale jayein jahan nature ka mahol ho.</w:t>
      </w:r>
      <w:r>
        <w:br/>
      </w:r>
      <w:r>
        <w:rPr>
          <w:sz w:val="20"/>
        </w:rPr>
        <w:t>13:37  aur wahan par subah subah subah ke waqt aap walk karein. toh ajeeb inspiration hota hai.</w:t>
      </w:r>
      <w:r>
        <w:br/>
      </w:r>
      <w:r>
        <w:rPr>
          <w:sz w:val="20"/>
        </w:rPr>
        <w:t>13:47  bilkul jaisa lagta hai ke aap khuda ko dekh rahe hain.</w:t>
      </w:r>
      <w:r>
        <w:br/>
      </w:r>
      <w:r>
        <w:rPr>
          <w:sz w:val="20"/>
        </w:rPr>
        <w:t>13:52  jannat ka experience kar rahe hain.</w:t>
      </w:r>
      <w:r>
        <w:br/>
      </w:r>
      <w:r>
        <w:rPr>
          <w:sz w:val="20"/>
        </w:rPr>
        <w:t>13:58  toh jo log is tarah ka experience karein, is tarah jannat ko pa lein isi dunya mein. wahi woh log hain jo akhirat mein jannat ko payenge.</w:t>
      </w:r>
    </w:p>
    <w:p>
      <w:pPr>
        <w:pStyle w:val="Heading2"/>
      </w:pPr>
      <w:r>
        <w:t>God's 99 names are for us, His attributes are infinite</w:t>
      </w:r>
    </w:p>
    <w:p>
      <w:r>
        <w:rPr>
          <w:color w:val="666666"/>
          <w:sz w:val="18"/>
        </w:rPr>
        <w:t>Asma-e-Husna and Ism-e-Azam February 12, 2023 · 2m 51s · at 29:02 · https://youtu.be/IkYHdIFdUy4?t=1742</w:t>
      </w:r>
    </w:p>
    <w:p>
      <w:r>
        <w:rPr>
          <w:i/>
        </w:rPr>
        <w:t>“Allah has 99 named attributes — but He is limitless”</w:t>
      </w:r>
    </w:p>
    <w:p>
      <w:r>
        <w:rPr>
          <w:sz w:val="20"/>
        </w:rPr>
        <w:t>29:02  aapa, mujhe ab aap se asma e hasni ke bare mein poochna hai. Hadees mein aaya hai ke Allah taala ke 99 naam hain: inna lillahi tis'a wa tis'oona isman mi'atan ghaira wahidatin man ahsaaha dakhala al-jannah.</w:t>
      </w:r>
      <w:r>
        <w:br/>
      </w:r>
      <w:r>
        <w:rPr>
          <w:sz w:val="20"/>
        </w:rPr>
        <w:t>29:15  to ulama yeh kehte hain ke 99 sirf yeh mukammal naam nahi hain, balke iske ilawa bhi naam hain.</w:t>
      </w:r>
      <w:r>
        <w:br/>
      </w:r>
      <w:r>
        <w:rPr>
          <w:sz w:val="20"/>
        </w:rPr>
        <w:t>29:23  to ab yeh hai ke Allah taala ke naam ko jaanna, jis ki buniyad par dakhil ho, kya hai? Asma e hasni ke bare mein aap kuch bataein, aap humein. Asma e hasni ko Maulana ne kaha hai: "abwab e hasni" yaani Khuda ki rehmaton ke maloom darwaze.</w:t>
      </w:r>
      <w:r>
        <w:br/>
      </w:r>
      <w:r>
        <w:rPr>
          <w:sz w:val="20"/>
        </w:rPr>
        <w:t>29:41  to aap ne sahih farmaya ke 99 to shumar kiye gaye hain, lekin Khuda ek limitless being hai, to aisa usko limit nahi kiya ja sakta 99 naam par.</w:t>
      </w:r>
      <w:r>
        <w:br/>
      </w:r>
      <w:r>
        <w:rPr>
          <w:sz w:val="20"/>
        </w:rPr>
        <w:t>29:53  yeh naam Maulana likhte hain ke yeh insaan ki nisbat se hai, na yeh ke Khuda ki nisbat se. Khuda ke to laamtanahi kamalat hain, aur laamtanahi naam hain.</w:t>
      </w:r>
      <w:r>
        <w:br/>
      </w:r>
      <w:r>
        <w:rPr>
          <w:sz w:val="20"/>
        </w:rPr>
        <w:t>30:04  naam ka matlab asma e hasni yaani sifaat. Khuda ki laamtanahi sifat, sifat hain. To Khuda ki ki hasti ka tasawwur kisi bhi limited cheez se nahi kiya ja sakta.</w:t>
      </w:r>
      <w:r>
        <w:br/>
      </w:r>
      <w:r>
        <w:rPr>
          <w:sz w:val="20"/>
        </w:rPr>
        <w:t>30:22  to insaan jo hai, woh samajhna chahta hai Khuda ko, kyunke insaan</w:t>
      </w:r>
      <w:r>
        <w:br/>
      </w:r>
      <w:r>
        <w:rPr>
          <w:sz w:val="20"/>
        </w:rPr>
        <w:t>30:29  abstract kisi bhi hasti ko woh apni giraft mein nahi la pata. To is wajah se yahi wajah hai ke insaan tarah tarah se Khuda ke mehsoos model banata hai,</w:t>
      </w:r>
      <w:r>
        <w:br/>
      </w:r>
      <w:r>
        <w:rPr>
          <w:sz w:val="20"/>
        </w:rPr>
        <w:t>30:43  aur usko samajhna chahta hai visible shakal mein. Lekin</w:t>
      </w:r>
      <w:r>
        <w:br/>
      </w:r>
      <w:r>
        <w:rPr>
          <w:sz w:val="20"/>
        </w:rPr>
        <w:t>30:49  koi bhi cheez jo hai, woh woh respond to karti nahi hai, koi us se inspiration to milta nahi hai. Aap kaisa bhi iska model bana lein, to insaan ek aisa Khuda chahta hai jo Al-Hayyul Qayyum ho, yaani Khuda zinda ho, Khuda qaim ho, Khuda uski sunne wala ho, Khuda uski duaon ko qabool karne wala ho.</w:t>
      </w:r>
      <w:r>
        <w:br/>
      </w:r>
      <w:r>
        <w:rPr>
          <w:sz w:val="20"/>
        </w:rPr>
        <w:t>31:12  Khuda se uska talluq, usko usko mehsoos ho. Jab</w:t>
      </w:r>
      <w:r>
        <w:br/>
      </w:r>
      <w:r>
        <w:rPr>
          <w:sz w:val="20"/>
        </w:rPr>
        <w:t>31:18  woh Khuda se dua maange, to usko lage ke Khuda dua qabool kar raha hai, aur Khuda se ek spiritual level par, ek psychological level par uska contact qaim ho jaye.</w:t>
      </w:r>
      <w:r>
        <w:br/>
      </w:r>
      <w:r>
        <w:rPr>
          <w:sz w:val="20"/>
        </w:rPr>
        <w:t>31:29  to yeh doosri jagah nahi milta. Judaism mein hai ke Khuda mein jo hoon, so hoon. Khuda ka jo naam bataya gaya hai, main jo hoon, so h</w:t>
      </w:r>
      <w:r>
        <w:br/>
      </w:r>
      <w:r>
        <w:rPr>
          <w:sz w:val="20"/>
        </w:rPr>
        <w:t>31:40  oon. Ab is se bhi Khuda ka contact nahi ho pata ke Khuda ka kuch aisa hona chahiye naam, jis se humein mehsoos ho ke yeh Khuda ke naam, yaani Khuda ki sifat hain.</w:t>
      </w:r>
    </w:p>
    <w:p>
      <w:pPr>
        <w:pStyle w:val="Heading2"/>
      </w:pPr>
      <w:r>
        <w:t>hadith of Mu'adh and why gratitude is supreme worship</w:t>
      </w:r>
    </w:p>
    <w:p>
      <w:r>
        <w:rPr>
          <w:color w:val="666666"/>
          <w:sz w:val="18"/>
        </w:rPr>
        <w:t>Asma-e-Husna and Ism-e-Azam February 12, 2023 · 2m 29s · at 17:39 · https://youtu.be/IkYHdIFdUy4?t=1059</w:t>
      </w:r>
    </w:p>
    <w:p>
      <w:r>
        <w:rPr>
          <w:i/>
        </w:rPr>
        <w:t>“The Prophet said to Mu'adh: I love you”</w:t>
      </w:r>
    </w:p>
    <w:p>
      <w:r>
        <w:rPr>
          <w:sz w:val="20"/>
        </w:rPr>
        <w:t>17:39  To mein samajhta hoon bohat aham cheez hai zikr-e-kaseer karna. Ab aage barhte hain woh shukr ke upar. Mein aap se sawal karunga, to is se pehle ek hadith jo Mu'adh ibn Jabal Razi Allahu Anhu ko Rasool Allah Sallallahu Alaihi Wasallam ne kahi thi ke "Ae Mu'adh!</w:t>
      </w:r>
      <w:r>
        <w:br/>
      </w:r>
      <w:r>
        <w:rPr>
          <w:sz w:val="20"/>
        </w:rPr>
        <w:t>17:52  mein tum se mohabbat karta hoon". To Mu'adh ne kaha ke "mein bhi aap se mohabbat karta hoon". To Rasool Allah ne is ke baad kaha ke "mein tum ko ek cheez ki naseehat karta hoon, kisi bhi namaz ke baad us ko nahi chhodna ke tum kaho Allahumma a'inni ala dhikrika wa shukrika wa husni ibadatika ke "Ae Allah!</w:t>
      </w:r>
      <w:r>
        <w:br/>
      </w:r>
      <w:r>
        <w:rPr>
          <w:sz w:val="20"/>
        </w:rPr>
        <w:t>18:09  mujhe tofeeq de ke mein te</w:t>
      </w:r>
      <w:r>
        <w:br/>
      </w:r>
      <w:r>
        <w:rPr>
          <w:sz w:val="20"/>
        </w:rPr>
        <w:t>18:11  ra zikr karoon, shukr karoon, aur behtar tareeqe se ibadat karoon". Aap ne zikr ka, Allah taala ke zikr ki baat kahi. Aap yeh batayein ke shukr ki kya ahmiyat hai?</w:t>
      </w:r>
      <w:r>
        <w:br/>
      </w:r>
      <w:r>
        <w:rPr>
          <w:sz w:val="20"/>
        </w:rPr>
        <w:t>18:23  Jab tak insaan ek shakir banda nahi banega na, tab tak woh is ka, woh zikr bhi nahi kar sakega, woh zikr jo matloob hai us se.</w:t>
      </w:r>
      <w:r>
        <w:br/>
      </w:r>
      <w:r>
        <w:rPr>
          <w:sz w:val="20"/>
        </w:rPr>
        <w:t>18:33  kyunke aap jante hain ke quran ki sab se pehli ayat hi hai alhamdulillah rabbul alameen aur doosre maulana ne yeh likha hai ke shukr chunke hum apne dil o dimaagh se karte hain, to hum bilkul ideal form mein, mukammal form mein kar sakte hain</w:t>
      </w:r>
      <w:r>
        <w:br/>
      </w:r>
      <w:r>
        <w:rPr>
          <w:sz w:val="20"/>
        </w:rPr>
        <w:t>18:53  ke doosre aamaal mein kuch na kuch kami reh jaati hai. lekin shukr jo hai, aala tareen shakal mein mumkin hai ke is mein humein koi aisi masla nahi hoga ke hum aala tareen shakal mein, kamil shakal mein is ko na kar saken.</w:t>
      </w:r>
      <w:r>
        <w:br/>
      </w:r>
      <w:r>
        <w:rPr>
          <w:sz w:val="20"/>
        </w:rPr>
        <w:t>19:08  to hum bohat ziyada shukr kar sakte hain, jaise ke bible mein aaya hai "You will love your God with all your heart, with all your soul, and with all your mind"</w:t>
      </w:r>
      <w:r>
        <w:br/>
      </w:r>
      <w:r>
        <w:rPr>
          <w:sz w:val="20"/>
        </w:rPr>
        <w:t>19:21  . to is mein yeh hai ke humein kisi cheez ki koi zaroorat nahi hai, hum bohat aaram se khuda ka shukr ada kar sakte hain, woh poori tareeqe se shukr ada kar sakte hain, jaisa ke khuda ka haq hai.</w:t>
      </w:r>
      <w:r>
        <w:br/>
      </w:r>
      <w:r>
        <w:rPr>
          <w:sz w:val="20"/>
        </w:rPr>
        <w:t>19:34  kyunke hum khuda ko dekhen, koi cheez dete nahi hain. khuda se humein hazaron, lakhon cheezen mil rahi hain, lekin hum khuda ko kuch nahi dete hain. to yahi shukr, yaani eteraaf, to yahi hum, yahi woh return hai jo humein khuda ki blessings mil rahi</w:t>
      </w:r>
      <w:r>
        <w:br/>
      </w:r>
      <w:r>
        <w:rPr>
          <w:sz w:val="20"/>
        </w:rPr>
        <w:t>19:50  hain. to yahi, yahi shukr ki shakal mein hum is ko return kar sakte hain. to agar hum shukr bhi nahi karenge, to is ka matlab hai ke hum ek user par hain, hum khuda se sab cheezen le rahe hain, aur is ka koi return is ko nahi de rahe hain.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