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want to think positively</w:t>
      </w:r>
    </w:p>
    <w:p>
      <w:r>
        <w:rPr>
          <w:sz w:val="18"/>
        </w:rPr>
        <w:t>Q&amp;A, lecture moments and clips · full transcripts with timestamps · exported 2026-09-21</w:t>
      </w:r>
    </w:p>
    <w:p>
      <w:pPr>
        <w:pStyle w:val="Heading1"/>
      </w:pPr>
      <w:r>
        <w:t>Maulana was asked (30)</w:t>
      </w:r>
    </w:p>
    <w:p>
      <w:pPr>
        <w:pStyle w:val="Heading2"/>
      </w:pPr>
      <w:r>
        <w:t>Developing high thinking for positive perspective</w:t>
      </w:r>
    </w:p>
    <w:p>
      <w:r>
        <w:rPr>
          <w:color w:val="666666"/>
          <w:sz w:val="18"/>
        </w:rPr>
        <w:t>The Problem of Conditioning April 22, 2012 · 1m 40s · at 1:01:26 · https://youtu.be/j-kJQzOz46g?t=3686</w:t>
      </w:r>
    </w:p>
    <w:p>
      <w:r>
        <w:rPr>
          <w:i/>
        </w:rPr>
        <w:t>“Taking negative things in a positive sense requires high thinking. How do we develop such high thinking?”</w:t>
      </w:r>
    </w:p>
    <w:p>
      <w:r>
        <w:rPr>
          <w:sz w:val="20"/>
        </w:rPr>
        <w:t>1:01:26  molana, agla sawal Dilli se hai, miss naghma siddiqui ka. unhon ne likha hai: "Taking negative things in a positive sense requires high thinking.</w:t>
      </w:r>
      <w:r>
        <w:br/>
      </w:r>
      <w:r>
        <w:rPr>
          <w:sz w:val="20"/>
        </w:rPr>
        <w:t>1:01:37  How do we develop such high thinking?"</w:t>
      </w:r>
      <w:r>
        <w:br/>
      </w:r>
      <w:r>
        <w:rPr>
          <w:sz w:val="20"/>
        </w:rPr>
        <w:t>1:01:44  dekhen, asal cheez wohi hai: deconditioning. aadmi jo hai, keh paida hota hai fitrat par, to goya ke woh ab woh high thinking hi paida hota hai.</w:t>
      </w:r>
      <w:r>
        <w:br/>
      </w:r>
      <w:r>
        <w:rPr>
          <w:sz w:val="20"/>
        </w:rPr>
        <w:t>1:01:55  woh high thinking hi is ki nature hai, lekin conditioning ki wajah se woh phans jata hai negative thinking mein.</w:t>
      </w:r>
      <w:r>
        <w:br/>
      </w:r>
      <w:r>
        <w:rPr>
          <w:sz w:val="20"/>
        </w:rPr>
        <w:t>1:02:05  to main samajhta hoon ke asal kaam jo hai islah ka, woh yahi hai ke deconditioning ki jaye.</w:t>
      </w:r>
      <w:r>
        <w:br/>
      </w:r>
      <w:r>
        <w:rPr>
          <w:sz w:val="20"/>
        </w:rPr>
        <w:t>1:02:13  aap ne soch soch kar ke apne andar se woh jo fitrat ke upar jo parde par gaye hain, us ko hataya jaye. yeh mamla bilkul aise hi hai jaise onion hoti hai.</w:t>
      </w:r>
      <w:r>
        <w:br/>
      </w:r>
      <w:r>
        <w:rPr>
          <w:sz w:val="20"/>
        </w:rPr>
        <w:t>1:02:24  onion, piaz. piaz mein aap jante hain ke aakhir mein ek maghz hota hai, us ke upar parat hoti hai, cover hota hai, layer hota hai.</w:t>
      </w:r>
      <w:r>
        <w:br/>
      </w:r>
      <w:r>
        <w:rPr>
          <w:sz w:val="20"/>
        </w:rPr>
        <w:t>1:02:33  to agar har har har har parat ko aap nikalein to aakhir mein maghz baqi rehta hai. is ka aise hi mamla fitrat ka bhi hai. fitrat ke aitbar se insan hai hi high thinker.</w:t>
      </w:r>
      <w:r>
        <w:br/>
      </w:r>
      <w:r>
        <w:rPr>
          <w:sz w:val="20"/>
        </w:rPr>
        <w:t>1:02:45  upar jo parat chal gayi hai nafrat ki aur negativity ki, us ko hataiye. decondition kar ke us ko hataiye.</w:t>
      </w:r>
      <w:r>
        <w:br/>
      </w:r>
      <w:r>
        <w:rPr>
          <w:sz w:val="20"/>
        </w:rPr>
        <w:t>1:02:54  is ke baad jo shakhsiyat bachegi, woh shakhsiyat wohi hogi. high thinking wali shakhsiyat hogi.</w:t>
      </w:r>
    </w:p>
    <w:p>
      <w:pPr>
        <w:pStyle w:val="Heading2"/>
      </w:pPr>
      <w:r>
        <w:t>Formula to stop negative thoughts</w:t>
      </w:r>
    </w:p>
    <w:p>
      <w:r>
        <w:rPr>
          <w:color w:val="666666"/>
          <w:sz w:val="18"/>
        </w:rPr>
        <w:t>The Existence of God October 7, 2012 · 1m 34s · at 1:11:55 · https://youtu.be/Hm0ybuokQ8s?t=4315</w:t>
      </w:r>
    </w:p>
    <w:p>
      <w:r>
        <w:rPr>
          <w:i/>
        </w:rPr>
        <w:t>“I want to live with a negative-free mind. Please give me a formula to stop negative thoughts.”</w:t>
      </w:r>
    </w:p>
    <w:p>
      <w:r>
        <w:rPr>
          <w:sz w:val="20"/>
        </w:rPr>
        <w:t>1:11:55  is is ko aap jab clear ho jaye ga aap ke zehan mein to yeh sawal bhi hal ho jaye ga aap ka. Maulana, agla sawal Delhi se hai Nafees Sahab ka.</w:t>
      </w:r>
      <w:r>
        <w:br/>
      </w:r>
      <w:r>
        <w:rPr>
          <w:sz w:val="20"/>
        </w:rPr>
        <w:t>1:12:07  unhon ne likha hai: "main main negative free mind ban kar rehna chahta hoon, mujhe koi aisa formula bata dijiye jis se negative thoughts aana band ho jayein." Woh kabhi nahi band honge.</w:t>
      </w:r>
      <w:r>
        <w:br/>
      </w:r>
      <w:r>
        <w:rPr>
          <w:sz w:val="20"/>
        </w:rPr>
        <w:t>1:12:23  aap aise chahte hain ke aakhri din aap dimagh mein aana band ho jaye to kabhi band nahi hoga? Kuch nahi, negative thought to aayenge.</w:t>
      </w:r>
      <w:r>
        <w:br/>
      </w:r>
      <w:r>
        <w:rPr>
          <w:sz w:val="20"/>
        </w:rPr>
        <w:t>1:12:34  aap is ko manage karna seekhiye. Yeh yeh possible nahi hai ke aap ko ek aisi duniya mil jaye jahan koi negative baat hi na hoti ho.</w:t>
      </w:r>
      <w:r>
        <w:br/>
      </w:r>
      <w:r>
        <w:rPr>
          <w:sz w:val="20"/>
        </w:rPr>
        <w:t>1:12:43  kuch nahi hai, aap ko negativity ke jhaad jhankad mein jeena hai.</w:t>
      </w:r>
      <w:r>
        <w:br/>
      </w:r>
      <w:r>
        <w:rPr>
          <w:sz w:val="20"/>
        </w:rPr>
        <w:t>1:12:49  you are you are to learn the art of yaani negative negativity management. Yeh to koi unnatural baat hai jo aap cha rahe hain.</w:t>
      </w:r>
      <w:r>
        <w:br/>
      </w:r>
      <w:r>
        <w:rPr>
          <w:sz w:val="20"/>
        </w:rPr>
        <w:t>1:13:03  negativity ko apni khorak banaiye, negativity ko point of discussion banaiye, is ke liye aur aur sochiye, aur aur sochiye. Jaise maine aap ko qissa bataya, aap ko ke main naha raha tha aur sabun haath se chhoot kar balti mein chal gaya.</w:t>
      </w:r>
      <w:r>
        <w:br/>
      </w:r>
      <w:r>
        <w:rPr>
          <w:sz w:val="20"/>
        </w:rPr>
        <w:t>1:13:19  that was a negative event, lekin main sochne laga, sochne laga, is se mujhe ek ek positive sabaq mila. To negativity jo hai, us ko ek challenge ke roop mein lijiye.</w:t>
      </w:r>
    </w:p>
    <w:p>
      <w:pPr>
        <w:pStyle w:val="Heading2"/>
      </w:pPr>
      <w:r>
        <w:t>How to think positive in negative institutions?</w:t>
      </w:r>
    </w:p>
    <w:p>
      <w:r>
        <w:rPr>
          <w:color w:val="666666"/>
          <w:sz w:val="18"/>
        </w:rPr>
        <w:t>The Art of Thinking January 28, 2024 · 12m 16s · at 26:22 · https://youtu.be/lpUsTrs0ulo?t=1582</w:t>
      </w:r>
    </w:p>
    <w:p>
      <w:r>
        <w:rPr>
          <w:i/>
        </w:rPr>
        <w:t>“How can we think positive for such a negative situation which is very obvious in our institutions?”</w:t>
      </w:r>
    </w:p>
    <w:p>
      <w:r>
        <w:rPr>
          <w:sz w:val="20"/>
        </w:rPr>
        <w:t>26:22  Miss Bushra Patauli Hyderabad Pakistan se apa. Un ka comment bhi hai aur ek sawal bhi hai. Un ka comment ye hai: "Unhon ne likha hai some phenomena we watch throughout our life, for example our politicians and elites who are exploiting the weak and the poor." Un ka phir sawal hai apa ke how can we think positive for such a negative situation which is very obvious in our institutions</w:t>
      </w:r>
      <w:r>
        <w:br/>
      </w:r>
      <w:r>
        <w:rPr>
          <w:sz w:val="20"/>
        </w:rPr>
        <w:t>26:51  institutions is ke bare mein batayein. Maulana yahi kehte the ke result dekhna chahiye. Ji, hamara har action result oriented hona chahiye.</w:t>
      </w:r>
      <w:r>
        <w:br/>
      </w:r>
      <w:r>
        <w:rPr>
          <w:sz w:val="20"/>
        </w:rPr>
        <w:t>27:02  to ye to sare tajrube mujhe bhi ho chuke hain. Ji, ke ye sab hota hai institutions mein. log ek doosre ke khilaf hote hain aur tarah tarah se pareshan karte hain.</w:t>
      </w:r>
      <w:r>
        <w:br/>
      </w:r>
      <w:r>
        <w:rPr>
          <w:sz w:val="20"/>
        </w:rPr>
        <w:t>27:14  to wahan par humein</w:t>
      </w:r>
      <w:r>
        <w:br/>
      </w:r>
      <w:r>
        <w:rPr>
          <w:sz w:val="20"/>
        </w:rPr>
        <w:t>27:19  positive planning karna chahiye.</w:t>
      </w:r>
      <w:r>
        <w:br/>
      </w:r>
      <w:r>
        <w:rPr>
          <w:sz w:val="20"/>
        </w:rPr>
        <w:t>27:23  to hum agar isi waqt, agar hum foran baghair soche samjhe jawab dene lag jayen ge na, to wo baat aur badhti hai. Ji, balkeh soch samajh ke agar hum kaam karein to humein koi achha is ka solution samajh mein aa jata hai.</w:t>
      </w:r>
      <w:r>
        <w:br/>
      </w:r>
      <w:r>
        <w:rPr>
          <w:sz w:val="20"/>
        </w:rPr>
        <w:t>27:38  hum kisi khaas mauqe par is ki madad kar dein to wo, wo, wo bhi bohat kaam aata hai. aur, aur ye mere sath to bohat bar bar hua hai.</w:t>
      </w:r>
      <w:r>
        <w:br/>
      </w:r>
      <w:r>
        <w:rPr>
          <w:sz w:val="20"/>
        </w:rPr>
        <w:t>27:49  bahut sakht sakht logon ne kuch keh diya lekin foran maine jawab nahi diya. baad mein woh log ko khud hi agar hum jawab na dein na, to baad mein khud hi unko realize hota hai.</w:t>
      </w:r>
      <w:r>
        <w:br/>
      </w:r>
      <w:r>
        <w:rPr>
          <w:sz w:val="20"/>
        </w:rPr>
        <w:t>28:01  kyunke har insan ke andar to consciousness hai aur woh consciousness jo hai, woh jab awaken hota hai to usko khud ehsaas ho jata hai ke ghalti uski thi.</w:t>
      </w:r>
      <w:r>
        <w:br/>
      </w:r>
      <w:r>
        <w:rPr>
          <w:sz w:val="20"/>
        </w:rPr>
        <w:t>28:13  ji, hamari ghalti nahi thi.</w:t>
      </w:r>
      <w:r>
        <w:br/>
      </w:r>
      <w:r>
        <w:rPr>
          <w:sz w:val="20"/>
        </w:rPr>
        <w:t>28:15  to woh asal mein kya hai ke jaisa mauqa ho, usi waise hi samajhna padega kya mauqa hai. ji, wahan usko kis tareeqe se hal kiya jaye.</w:t>
      </w:r>
      <w:r>
        <w:br/>
      </w:r>
      <w:r>
        <w:rPr>
          <w:sz w:val="20"/>
        </w:rPr>
        <w:t>28:25  ji, to to is tareeqe se hum, hum, main kai baar hum koi khaas madad kar diya. kisi ko koi kitaab chahiye, kisi ko aur koi cheez chahiye to hum acche taalluqaat bhi bana ke rakhna chahiye</w:t>
      </w:r>
      <w:r>
        <w:br/>
      </w:r>
      <w:r>
        <w:rPr>
          <w:sz w:val="20"/>
        </w:rPr>
        <w:t>28:38  ek doosre se. jaise hum, jaise hum apne ghar walon ki madad karte hain, waise hi jahan hum kaam karte hain, wahan par hamara saara time wahan guzarta hai.</w:t>
      </w:r>
      <w:r>
        <w:br/>
      </w:r>
      <w:r>
        <w:rPr>
          <w:sz w:val="20"/>
        </w:rPr>
        <w:t>28:47  to wahan bhi hamein ek doosre ki madad karna chahiye. students hain, unko humne kitaabein dete hain, hum unko har tarah se hum madad karte hain unki.</w:t>
      </w:r>
      <w:r>
        <w:br/>
      </w:r>
      <w:r>
        <w:rPr>
          <w:sz w:val="20"/>
        </w:rPr>
        <w:t>28:56  to woh sab hamare, hum, hamein bahut zyada hamara khayal rakhte hain. woh bhi to yeh do tarafah hog</w:t>
      </w:r>
      <w:r>
        <w:br/>
      </w:r>
      <w:r>
        <w:rPr>
          <w:sz w:val="20"/>
        </w:rPr>
        <w:t>29:05  a. agar hum chahein ke sirf hamari log, hum, hum se log acche tareeqe se rahein aur hum unke liye kuch na karein to yeh, yeh possible nahi hai, practical nahi hai.</w:t>
      </w:r>
      <w:r>
        <w:br/>
      </w:r>
      <w:r>
        <w:rPr>
          <w:sz w:val="20"/>
        </w:rPr>
        <w:t>29:15  ji, aur apa ek cheez aur bhi hai ke Maulana sahib aisi situations ko le ke yeh bhi kaha karte the ke aap apne ko negativity se b</w:t>
      </w:r>
      <w:r>
        <w:br/>
      </w:r>
      <w:r>
        <w:rPr>
          <w:sz w:val="20"/>
        </w:rPr>
        <w:t>29:25  achaiye. matlab jaise agar saamne wala corrupt hai, evil hai to we have to understand that this is because of the creation plan of God ke Khuda ne sab ko ek freedom di hai.</w:t>
      </w:r>
      <w:r>
        <w:br/>
      </w:r>
      <w:r>
        <w:rPr>
          <w:sz w:val="20"/>
        </w:rPr>
        <w:t>29:36  Now some people will definitely misuse their freedom and there will be some people who will use their freedom rightly. to jab aap aisi situation dekhte hain to aap frustration mein ya hopeless ness mein ya negativity mein na parein.</w:t>
      </w:r>
      <w:r>
        <w:br/>
      </w:r>
      <w:r>
        <w:rPr>
          <w:sz w:val="20"/>
        </w:rPr>
        <w:t>29:51  aap apne aap ko b</w:t>
      </w:r>
      <w:r>
        <w:br/>
      </w:r>
      <w:r>
        <w:rPr>
          <w:sz w:val="20"/>
        </w:rPr>
        <w:t>29:52  achaiye. to woh bahut insist karte the ke save yourself and we can at least lead our lives with the highest ethical conduct, good behavior, good speech, good words.</w:t>
      </w:r>
      <w:r>
        <w:br/>
      </w:r>
      <w:r>
        <w:rPr>
          <w:sz w:val="20"/>
        </w:rPr>
        <w:t>30:04  hazrat Aisha bhi apa kehti thi ke prophet hamesha emphasize karte the good words ko ke woh kaha karte the ke if you speak good words then it is sealed till the day of judgment.</w:t>
      </w:r>
      <w:r>
        <w:br/>
      </w:r>
      <w:r>
        <w:rPr>
          <w:sz w:val="20"/>
        </w:rPr>
        <w:t>30:16  to yeh situations to aayengi</w:t>
      </w:r>
      <w:r>
        <w:br/>
      </w:r>
      <w:r>
        <w:rPr>
          <w:sz w:val="20"/>
        </w:rPr>
        <w:t>30:19  aayengi. hamein bas yeh dekhna hai ke hum apne aap ko kaise bachayein aisi negativity se aur aisi situation se. ye maine bahut dekha hai. ji, ke jo log jo hain, jo is is ko solution unke paas, jis ke paas nahi hai, yeh baat creation plan wali baat nahi samajhte hain.</w:t>
      </w:r>
      <w:r>
        <w:br/>
      </w:r>
      <w:r>
        <w:rPr>
          <w:sz w:val="20"/>
        </w:rPr>
        <w:t>30:38  ji, to woh bhid jaate hain. haan,</w:t>
      </w:r>
      <w:r>
        <w:br/>
      </w:r>
      <w:r>
        <w:rPr>
          <w:sz w:val="20"/>
        </w:rPr>
        <w:t>30:40  to ek sahiba to itna zyada tension mein rehti thi, itna zyada tension mein rehti thi ke baqayda bimar ho gayi aur bahut jald unka inteqal ho gaya.</w:t>
      </w:r>
      <w:r>
        <w:br/>
      </w:r>
      <w:r>
        <w:rPr>
          <w:sz w:val="20"/>
        </w:rPr>
        <w:t>30:51  wo tension mein itna zyada unko rehta tha. to main to tension mein rehti hi nahi thi. main sochti thi ke yeh to creation plan jo Maulana ne bata diya hai na, us se saare masle hal ho jaate hain.</w:t>
      </w:r>
      <w:r>
        <w:br/>
      </w:r>
      <w:r>
        <w:rPr>
          <w:sz w:val="20"/>
        </w:rPr>
        <w:t>31:03  ji, ke unki azaadi Allah taala ne di hai aur woh azaadi ka misuse kar rahe</w:t>
      </w:r>
      <w:r>
        <w:br/>
      </w:r>
      <w:r>
        <w:rPr>
          <w:sz w:val="20"/>
        </w:rPr>
        <w:t>31:08  hain. to hum jo hai un un ko kyun blame dein? accha, apa is mein ek hikmat yeh bhi hai. Maulana sahib kehte the ke is liye bhi negativity mein nahi padna chahiye.</w:t>
      </w:r>
      <w:r>
        <w:br/>
      </w:r>
      <w:r>
        <w:rPr>
          <w:sz w:val="20"/>
        </w:rPr>
        <w:t>31:20  wo kehte the ke main ek iota of negativity bardasht nahi kar sakta. kyunke jaise hi aap ke andar negativity aayi, aap ke andar se creativity exit kar gayi.</w:t>
      </w:r>
      <w:r>
        <w:br/>
      </w:r>
      <w:r>
        <w:rPr>
          <w:sz w:val="20"/>
        </w:rPr>
        <w:t>31:32  And a creative mind can only work to its full potential when it is always positive.</w:t>
      </w:r>
      <w:r>
        <w:br/>
      </w:r>
      <w:r>
        <w:rPr>
          <w:sz w:val="20"/>
        </w:rPr>
        <w:t>31:38  So he used to say that do not allow negativity or doubt enter your mind and spoil your thought process.</w:t>
      </w:r>
      <w:r>
        <w:br/>
      </w:r>
      <w:r>
        <w:rPr>
          <w:sz w:val="20"/>
        </w:rPr>
        <w:t>31:47  to yeh bhi aik bohat important aspect hai aap ka. aur yeh bhi kehte thay ke agar hum negative hue to jitni dair hum negative rahengay, utni dair hum Khuda ka shukr ada nahi kar rahay hain. to woh kehte thay ke mein shukr ka erosion aik lamhay ke liye bhi bardasht nahi kar sakta.</w:t>
      </w:r>
      <w:r>
        <w:br/>
      </w:r>
      <w:r>
        <w:rPr>
          <w:sz w:val="20"/>
        </w:rPr>
        <w:t>32:06  ab negative honge to shukr kaise ada karengay? to hum to ghassay mein rahengay. ji, to yeh bhi hai. ji, jazak Allah aap ka. apa jaise aap ne generalization ke baray mein bataya, dichotomous thinking ke baray mein bataya, hum dekhte hain ke zindagi mein har mor pe there is a decision that needs to be taken.</w:t>
      </w:r>
      <w:r>
        <w:br/>
      </w:r>
      <w:r>
        <w:rPr>
          <w:sz w:val="20"/>
        </w:rPr>
        <w:t>32:24  there are problems, there are challenges, difficulties. at the same time, a person is required to view things analytically and crit</w:t>
      </w:r>
      <w:r>
        <w:br/>
      </w:r>
      <w:r>
        <w:rPr>
          <w:sz w:val="20"/>
        </w:rPr>
        <w:t>32:34  ically. lekin yeh tabhi ho sakta hai jab sound thinking us ke andar ho. sound thinking is very, very important. to apa, mein chahunga ke aap is ke baray mein bhi hamein batayein kaise develop kar sakte hain sound thinking aur why is it important to have sound thinking?</w:t>
      </w:r>
      <w:r>
        <w:br/>
      </w:r>
      <w:r>
        <w:rPr>
          <w:sz w:val="20"/>
        </w:rPr>
        <w:t>32:55  hum logon ko to Maulana ne itni zyada hammering ki ke jaise hum koi baat karte to hota hai na ke aadmi jo poori baat nahi batata hai ke daant par jaye gi, to is pe bhi bohat bohat naraz hotay thay.</w:t>
      </w:r>
      <w:r>
        <w:br/>
      </w:r>
      <w:r>
        <w:rPr>
          <w:sz w:val="20"/>
        </w:rPr>
        <w:t>33:13  kehte thay yeh indirect jhoot hai. baat poori hai as it is batao. to as it is thinking.</w:t>
      </w:r>
      <w:r>
        <w:br/>
      </w:r>
      <w:r>
        <w:rPr>
          <w:sz w:val="20"/>
        </w:rPr>
        <w:t>33:20  to is wajah se nahi to hum bhi nahi samajhte thay ke yeh as it is thinking kya hai, sound thinking kya hai. to lekin itna hum log darte thay ke as it is baat kahein warna woh itna zyada is mein question kar kar ke baat ko finally woh pakar hi letay thay.</w:t>
      </w:r>
      <w:r>
        <w:br/>
      </w:r>
      <w:r>
        <w:rPr>
          <w:sz w:val="20"/>
        </w:rPr>
        <w:t>33:37  agar hamare chupane se baat chupti nahi thi. ji, ji, scrutiny karte thay. haan, ji.</w:t>
      </w:r>
      <w:r>
        <w:br/>
      </w:r>
      <w:r>
        <w:rPr>
          <w:sz w:val="20"/>
        </w:rPr>
        <w:t>33:42  to phir woh jo hai is ki wajah se hum logon ko samajh mein aya ke kya cheez sochna kya cheez hota hai, kaise sochein, relevant aur irrelevant kya cheez hai.</w:t>
      </w:r>
      <w:r>
        <w:br/>
      </w:r>
      <w:r>
        <w:rPr>
          <w:sz w:val="20"/>
        </w:rPr>
        <w:t>33:54  ab hum kuch sawal kuch kiya hai, jawab kuch aur de rahay hain. kyunke hum relevant aur irrelevant ka farq nahi samajhte hain.</w:t>
      </w:r>
      <w:r>
        <w:br/>
      </w:r>
      <w:r>
        <w:rPr>
          <w:sz w:val="20"/>
        </w:rPr>
        <w:t>34:02  to misal ke tor par jaise kuch log kehte hain ke ab Quran utra hai, pandrah sau saal ho gaya, to ab naya zamana aa gaya, ab halaat badal gaye, to ab aik naya mazhab hona chahiye.</w:t>
      </w:r>
      <w:r>
        <w:br/>
      </w:r>
      <w:r>
        <w:rPr>
          <w:sz w:val="20"/>
        </w:rPr>
        <w:t>34:18  to is mein yeh is mein woh masla hai ke relevant aur irrelevant ka farq log nahi samajhte. kyunke Quran to book of principles hain, book of values hain.</w:t>
      </w:r>
      <w:r>
        <w:br/>
      </w:r>
      <w:r>
        <w:rPr>
          <w:sz w:val="20"/>
        </w:rPr>
        <w:t>34:31  ab misal ke tor par Khuda aik hai, to woh jo hazaron saal bhi ho jayengay to Khuda to aik hi rahega. to is mein koi naye mazhab ki zaroorat nahi hai.</w:t>
      </w:r>
      <w:r>
        <w:br/>
      </w:r>
      <w:r>
        <w:rPr>
          <w:sz w:val="20"/>
        </w:rPr>
        <w:t>34:40  aur jo waqti tor par jo kuch cheezein jo badalti hain zamanay ke lehaz se, us ke liye Islam mein ijtihad hai.</w:t>
      </w:r>
      <w:r>
        <w:br/>
      </w:r>
      <w:r>
        <w:rPr>
          <w:sz w:val="20"/>
        </w:rPr>
        <w:t>34:49  ijtihad ke zariye se hum in in usoolon ko le kar ke ab naye halaat ke mutabiq is ko hum apply kar sakte hain.</w:t>
      </w:r>
      <w:r>
        <w:br/>
      </w:r>
      <w:r>
        <w:rPr>
          <w:sz w:val="20"/>
        </w:rPr>
        <w:t>34:59  to misal ke tor par ab Quran mein aya hai ke oont haj karne ke liye log oont par ayein, oont par safar karein.</w:t>
      </w:r>
      <w:r>
        <w:br/>
      </w:r>
      <w:r>
        <w:rPr>
          <w:sz w:val="20"/>
        </w:rPr>
        <w:t>35:07  to ab zamana badal gaya, ab log kahengay oont pe kaise safar karein? itnay door door se log jo hain oont pe kaise jayengay?</w:t>
      </w:r>
      <w:r>
        <w:br/>
      </w:r>
      <w:r>
        <w:rPr>
          <w:sz w:val="20"/>
        </w:rPr>
        <w:t>35:16  to is ke liye hai. to is bhai isi tarah ke har mamlaat mein ijtihad hai ke ab jo zamana badal gaya hai, pehle pani ke jahaz se safar kiya jata tha, ab hawai jahaz se safar kiya jata hai.</w:t>
      </w:r>
      <w:r>
        <w:br/>
      </w:r>
      <w:r>
        <w:rPr>
          <w:sz w:val="20"/>
        </w:rPr>
        <w:t>35:30  to isi tarike se jaise jaraab hai, pehle zamanay mein chamray ke jaraab hotay thay, us pe masah kiya jata tha.</w:t>
      </w:r>
      <w:r>
        <w:br/>
      </w:r>
      <w:r>
        <w:rPr>
          <w:sz w:val="20"/>
        </w:rPr>
        <w:t>35:39  to woh wuzu ke tarike se kaam hota tha ke baar baar paon na dhona paray. to ab woh naye shauks</w:t>
      </w:r>
      <w:r>
        <w:br/>
      </w:r>
      <w:r>
        <w:rPr>
          <w:sz w:val="20"/>
        </w:rPr>
        <w:t>35:45  aaye, to ab is par is ijtihad ke zariye se unhon ne kaha yeh bhi theek hai, is pe bhi masah kiya ja sakta hai. to is tarike se choti choti batein, jaise qaid hai, qaid hai, ab pehle to qaid tha nahi, to ab larkiyan jo hain sath mein larkiyon bachon ke parh sakti hain ke nahi, yeh jo hai yeh sari choti choti cheezein hain, is par ijtihad hota hai.</w:t>
      </w:r>
      <w:r>
        <w:br/>
      </w:r>
      <w:r>
        <w:rPr>
          <w:sz w:val="20"/>
        </w:rPr>
        <w:t>36:09  aur har zamanay mein ulma aur fuqaha hotay hain, woh ijtihad karte</w:t>
      </w:r>
      <w:r>
        <w:br/>
      </w:r>
      <w:r>
        <w:rPr>
          <w:sz w:val="20"/>
        </w:rPr>
        <w:t>36:13  hain zamanay tabdeeli ke lehaz se. lekin jo moti moti batein hain, woh sari akhirat hai, Khuda ka khauf hai, Khuda se mohabbat hai, yeh sari cheezein to hamesha wahi rahengay, kitna bhi zamana badal jaye.</w:t>
      </w:r>
      <w:r>
        <w:br/>
      </w:r>
      <w:r>
        <w:rPr>
          <w:sz w:val="20"/>
        </w:rPr>
        <w:t>36:29  to yeh hai asal cheez. ab woh relevant aur irrelevant ka farq na samajhne se bohat baray baray nuqsanat uthate hain log</w:t>
      </w:r>
      <w:r>
        <w:br/>
      </w:r>
      <w:r>
        <w:rPr>
          <w:sz w:val="20"/>
        </w:rPr>
        <w:t>36:39  ۔ misal ke tor par yeh jo partition hua, to yahan par kuch masail thay, masail hamesha har jagah hotay hain. to unhon ne samjha ke land ko divide kar liya jaye ga, to sare masail khatam ho jayengay.</w:t>
      </w:r>
      <w:r>
        <w:br/>
      </w:r>
      <w:r>
        <w:rPr>
          <w:sz w:val="20"/>
        </w:rPr>
        <w:t>36:53  is hindu ek taraf ho jayenge, musalman ek taraf ho jayenge. to lekin woh masail aur zyada badh gaye. kyunke is tarike se masail thodi land se thodi masla hal hot</w:t>
      </w:r>
      <w:r>
        <w:br/>
      </w:r>
      <w:r>
        <w:rPr>
          <w:sz w:val="20"/>
        </w:rPr>
        <w:t>37:03  a hai. masla to jab hum individuals ko tayyar karen, unki islaah karen, unke andar yeh mizaj paida karen ke adjustment ka mizaj paida karen, tab masla hal hota hai.</w:t>
      </w:r>
      <w:r>
        <w:br/>
      </w:r>
      <w:r>
        <w:rPr>
          <w:sz w:val="20"/>
        </w:rPr>
        <w:t>37:19  to isi wajah se ke koi masla hal nahi hua aur masle badhte hi chale gaye.</w:t>
      </w:r>
      <w:r>
        <w:br/>
      </w:r>
      <w:r>
        <w:rPr>
          <w:sz w:val="20"/>
        </w:rPr>
        <w:t>37:26  to yeh jo hai bahut zyada zaroori hai ke hum apni soch ko sahi soch, sound soch, as it is soch, yeh hum develop karen aur is par zyada se zyada is par kaam karen.</w:t>
      </w:r>
      <w:r>
        <w:br/>
      </w:r>
      <w:r>
        <w:rPr>
          <w:sz w:val="20"/>
        </w:rPr>
        <w:t>37:41  kyunke yeh khud se nahi hota, is par kaam karna padega, is par mehnat karni padegi. is par jo hamare paas jo mazameen hain, usko</w:t>
      </w:r>
      <w:r>
        <w:br/>
      </w:r>
      <w:r>
        <w:rPr>
          <w:sz w:val="20"/>
        </w:rPr>
        <w:t>37:53  padhna padega. bahut sari kitabein hain English mein clear thinking par, usko padhna padega, tabhi hum baaton ko gehrai se samajh sakte hain.</w:t>
      </w:r>
      <w:r>
        <w:br/>
      </w:r>
      <w:r>
        <w:rPr>
          <w:sz w:val="20"/>
        </w:rPr>
        <w:t>38:03  ji, apa kuch comments padhna chahunga. yeh comment bheja hai Muhammad Asif Khan sahab ne Kanpur se, unhone likha hai: "Allah ke zikr se dilon ko sukoon milta hai.</w:t>
      </w:r>
      <w:r>
        <w:br/>
      </w:r>
      <w:r>
        <w:rPr>
          <w:sz w:val="20"/>
        </w:rPr>
        <w:t>38:15  jab hum Allah ki takhleeq mein ghore o fikr karte hain to dilon ko sukoon milta hai."</w:t>
      </w:r>
      <w:r>
        <w:br/>
      </w:r>
      <w:r>
        <w:rPr>
          <w:sz w:val="20"/>
        </w:rPr>
        <w:t>38:22  mujhe thinking ki importance ka andaza is baat se bahut hua. very effective topic, jazak Allah. Shah Hussain sahab ne Kashmir se likha hai: "Great conversation, Maulana sahab wud always lead us to act of right thinking</w:t>
      </w:r>
    </w:p>
    <w:p>
      <w:pPr>
        <w:pStyle w:val="Heading2"/>
      </w:pPr>
      <w:r>
        <w:t>How to avoid negative thinking?</w:t>
      </w:r>
    </w:p>
    <w:p>
      <w:r>
        <w:rPr>
          <w:color w:val="666666"/>
          <w:sz w:val="18"/>
        </w:rPr>
        <w:t>Jihad Fillah June 23, 2013 · 2m 14s · at 1:02:05 · https://youtu.be/NRTno1eQTos?t=3725</w:t>
      </w:r>
    </w:p>
    <w:p>
      <w:r>
        <w:rPr>
          <w:i/>
        </w:rPr>
        <w:t>“How can I avoid negative thinking? I try hard to be positive, but I feel at times. Please guide me.”</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A Formula to Stop Negative Thoughts</w:t>
      </w:r>
    </w:p>
    <w:p>
      <w:r>
        <w:rPr>
          <w:color w:val="666666"/>
          <w:sz w:val="18"/>
        </w:rPr>
        <w:t>The Existence of God-7th October 2012 · 1m 54s · at 1:16:04 · https://youtu.be/XWFqKwm-LPM?t=4564</w:t>
      </w:r>
    </w:p>
    <w:p>
      <w:r>
        <w:rPr>
          <w:i/>
        </w:rPr>
        <w:t>“I want to become completely free of negative thoughts. Please give me a formula to stop negative thoughts from coming.”</w:t>
      </w:r>
    </w:p>
    <w:p>
      <w:r>
        <w:rPr>
          <w:sz w:val="20"/>
        </w:rPr>
        <w:t>1:16:04  maulana, agla sawal dilli se hai nafees sahib ka.</w:t>
      </w:r>
      <w:r>
        <w:br/>
      </w:r>
      <w:r>
        <w:rPr>
          <w:sz w:val="20"/>
        </w:rPr>
        <w:t>1:16:11  unhon ne likha hai: "main main negative free mind ban kar rehna chahta hoon.</w:t>
      </w:r>
      <w:r>
        <w:br/>
      </w:r>
      <w:r>
        <w:rPr>
          <w:sz w:val="20"/>
        </w:rPr>
        <w:t>1:16:17  mujhe koi aisa formula bata dijiye jis se negative thoughts aana band ho jayein." woh kabhi nahi band honge.</w:t>
      </w:r>
      <w:r>
        <w:br/>
      </w:r>
      <w:r>
        <w:rPr>
          <w:sz w:val="20"/>
        </w:rPr>
        <w:t>1:16:24  aap aise chahte hain ke oxygen aap ke dimagh mein aana band ho jaye, to kabhi band nahi hoga.</w:t>
      </w:r>
      <w:r>
        <w:br/>
      </w:r>
      <w:r>
        <w:rPr>
          <w:sz w:val="20"/>
        </w:rPr>
        <w:t>1:16:31  kuch nahi, negative thought to aayenge, aap un ko manage karna seekhiye.</w:t>
      </w:r>
      <w:r>
        <w:br/>
      </w:r>
      <w:r>
        <w:rPr>
          <w:sz w:val="20"/>
        </w:rPr>
        <w:t>1:16:38  yeh yeh possible nahi hai ke aap ko ek aisi duniya mil jaye jahan koi negative baat hi</w:t>
      </w:r>
      <w:r>
        <w:br/>
      </w:r>
      <w:r>
        <w:rPr>
          <w:sz w:val="20"/>
        </w:rPr>
        <w:t>1:16:44  na hoti ho.</w:t>
      </w:r>
      <w:r>
        <w:br/>
      </w:r>
      <w:r>
        <w:rPr>
          <w:sz w:val="20"/>
        </w:rPr>
        <w:t>1:16:51  kuch nahi, aap ko negativity ke jhaar jhankhaar mein jeena hai.</w:t>
      </w:r>
      <w:r>
        <w:br/>
      </w:r>
      <w:r>
        <w:rPr>
          <w:sz w:val="20"/>
        </w:rPr>
        <w:t>1:16:58  you are you are to learn the art of, yani, negative negativity management.</w:t>
      </w:r>
      <w:r>
        <w:br/>
      </w:r>
      <w:r>
        <w:rPr>
          <w:sz w:val="20"/>
        </w:rPr>
        <w:t>1:17:04  yeh to koi unnatural baat hai jo aap cha rahe hain.</w:t>
      </w:r>
      <w:r>
        <w:br/>
      </w:r>
      <w:r>
        <w:rPr>
          <w:sz w:val="20"/>
        </w:rPr>
        <w:t>1:17:11  negativity ko apni khorak banaiye, negativity ko point of discussion banaiye, us ko le kar aur aur sochiye,</w:t>
      </w:r>
      <w:r>
        <w:br/>
      </w:r>
      <w:r>
        <w:rPr>
          <w:sz w:val="20"/>
        </w:rPr>
        <w:t>1:17:18  aur aur sochiye.</w:t>
      </w:r>
      <w:r>
        <w:br/>
      </w:r>
      <w:r>
        <w:rPr>
          <w:sz w:val="20"/>
        </w:rPr>
        <w:t>1:17:25  jaise maine aap ko qissa bataya, aap ko ke main naha raha tha aur sabun haath se</w:t>
      </w:r>
      <w:r>
        <w:br/>
      </w:r>
      <w:r>
        <w:rPr>
          <w:sz w:val="20"/>
        </w:rPr>
        <w:t>1:17:31  chhoot ke balti mein chal gaya.</w:t>
      </w:r>
      <w:r>
        <w:br/>
      </w:r>
      <w:r>
        <w:rPr>
          <w:sz w:val="20"/>
        </w:rPr>
        <w:t>1:17:38  That was a negative event, ke main sochne laga, sochne laga, isse mujhe ek positive sabaq mila.</w:t>
      </w:r>
      <w:r>
        <w:br/>
      </w:r>
      <w:r>
        <w:rPr>
          <w:sz w:val="20"/>
        </w:rPr>
        <w:t>1:17:45  to negativity jo hai, us ko ek challenge ke roop mein lijiye, aap intellectual challenge.</w:t>
      </w:r>
      <w:r>
        <w:br/>
      </w:r>
      <w:r>
        <w:rPr>
          <w:sz w:val="20"/>
        </w:rPr>
        <w:t>1:17:51  yeh mat chahiye ke negativity khatm ho jaye, kyunke woh to possible nahi hai.</w:t>
      </w:r>
    </w:p>
    <w:p>
      <w:pPr>
        <w:pStyle w:val="Heading2"/>
      </w:pPr>
      <w:r>
        <w:t>Avoiding Negative Response and Staying Positive</w:t>
      </w:r>
    </w:p>
    <w:p>
      <w:r>
        <w:rPr>
          <w:color w:val="666666"/>
          <w:sz w:val="18"/>
        </w:rPr>
        <w:t>The Expression of Faith (Izhar e Deen) September 1, 2013 · 2m 24s · at 1:19:07 · https://youtu.be/muBDJ8a_8-0?t=4747</w:t>
      </w:r>
    </w:p>
    <w:p>
      <w:r>
        <w:rPr>
          <w:i/>
        </w:rPr>
        <w:t>“How can I avoid negative response and maintain my positive frame of mind?”</w:t>
      </w:r>
    </w:p>
    <w:p>
      <w:r>
        <w:rPr>
          <w:sz w:val="20"/>
        </w:rPr>
        <w:t>1:19:07  maulana agla sawal Mumbai se hai, Mr Ravi Prakash ka. unhon ne likha hai: "maulana, please tell me how can I avoid negative response and maintain my positive frame of mind?" dekhein,</w:t>
      </w:r>
      <w:r>
        <w:br/>
      </w:r>
      <w:r>
        <w:rPr>
          <w:sz w:val="20"/>
        </w:rPr>
        <w:t>1:19:26  doosre lafzon mein yeh hai realistic approach.</w:t>
      </w:r>
      <w:r>
        <w:br/>
      </w:r>
      <w:r>
        <w:rPr>
          <w:sz w:val="20"/>
        </w:rPr>
        <w:t>1:19:33  doosre lafzon mein isi ka naam hai realistic approach. kyunke jis duniya mein aap hain, is duniya mein har ek ko freedom mila hua hai.</w:t>
      </w:r>
      <w:r>
        <w:br/>
      </w:r>
      <w:r>
        <w:rPr>
          <w:sz w:val="20"/>
        </w:rPr>
        <w:t>1:19:45  to jab freedom mila hua hai to zahir hai ke woh kabhi proper use kare ga, kabhi misuse kare ga. to jab woh misuse kare ga to aap ke against mein jaye ga woh.</w:t>
      </w:r>
      <w:r>
        <w:br/>
      </w:r>
      <w:r>
        <w:rPr>
          <w:sz w:val="20"/>
        </w:rPr>
        <w:t>1:19:56  to aap negative ho jayenge.</w:t>
      </w:r>
      <w:r>
        <w:br/>
      </w:r>
      <w:r>
        <w:rPr>
          <w:sz w:val="20"/>
        </w:rPr>
        <w:t>1:20:00  You have to accept it as a reality.</w:t>
      </w:r>
      <w:r>
        <w:br/>
      </w:r>
      <w:r>
        <w:rPr>
          <w:sz w:val="20"/>
        </w:rPr>
        <w:t>1:20:03  This is the only answer. kyunke aap un ki freedom chheen nahi sakte. woh to creator ne diya hai. to jab un ki freedom ko chheen nahi sakte to aap yeh bhi nahi kar sakte ke woh misuse na karein.</w:t>
      </w:r>
      <w:r>
        <w:br/>
      </w:r>
      <w:r>
        <w:rPr>
          <w:sz w:val="20"/>
        </w:rPr>
        <w:t>1:20:17  misuse to karein ge woh. misuse karein ge to aap ko bura lage ga. to apne apne aap apna correction kijiye. kyunke Khuda ki scheme ko badal nahi sakte aap.</w:t>
      </w:r>
      <w:r>
        <w:br/>
      </w:r>
      <w:r>
        <w:rPr>
          <w:sz w:val="20"/>
        </w:rPr>
        <w:t>1:20:29  You cannot change the Christian plan of God. woh to rahega apni jagah par. When you are not in a position to change the Christian plan of God, you are also not in a position to abolish the people's freedom.</w:t>
      </w:r>
      <w:r>
        <w:br/>
      </w:r>
      <w:r>
        <w:rPr>
          <w:sz w:val="20"/>
        </w:rPr>
        <w:t>1:20:48  is liye aap ko kya karna hai? You have to accept it as a reality.</w:t>
      </w:r>
      <w:r>
        <w:br/>
      </w:r>
      <w:r>
        <w:rPr>
          <w:sz w:val="20"/>
        </w:rPr>
        <w:t>1:20:56  jaise hi aap samjhenge ke bhai yeh to reality hai, foran aap is ko merge kar payenge. negative thought ko merge karne ka ek hi rasta hai ke aap samjhe yeh is baat ko samjh samjh payen ke yeh to reality hai.</w:t>
      </w:r>
      <w:r>
        <w:br/>
      </w:r>
      <w:r>
        <w:rPr>
          <w:sz w:val="20"/>
        </w:rPr>
        <w:t>1:21:09  hum kai ab to lad nahi sakte is se.</w:t>
      </w:r>
      <w:r>
        <w:br/>
      </w:r>
      <w:r>
        <w:rPr>
          <w:sz w:val="20"/>
        </w:rPr>
        <w:t>1:21:15  to sab se bari cheez hai realistic approach.</w:t>
      </w:r>
      <w:r>
        <w:br/>
      </w:r>
      <w:r>
        <w:rPr>
          <w:sz w:val="20"/>
        </w:rPr>
        <w:t>1:21:19  jitna zyada aayega realistic approach, utne zyada aadmi ke andar positive thinking aa jayegi.</w:t>
      </w:r>
    </w:p>
    <w:p>
      <w:pPr>
        <w:pStyle w:val="Heading2"/>
      </w:pPr>
      <w:r>
        <w:t>Managing Stress and Maintaining Positive Thinking</w:t>
      </w:r>
    </w:p>
    <w:p>
      <w:r>
        <w:rPr>
          <w:color w:val="666666"/>
          <w:sz w:val="18"/>
        </w:rPr>
        <w:t>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2"/>
      </w:pPr>
      <w:r>
        <w:t>How does as-it-is thinking bring positivity?</w:t>
      </w:r>
    </w:p>
    <w:p>
      <w:r>
        <w:rPr>
          <w:color w:val="666666"/>
          <w:sz w:val="18"/>
        </w:rPr>
        <w:t>Living in a New Age | March 26, 2017 · 1m 52s · at 44:31 · https://youtu.be/iST0AxQscKo?t=2671</w:t>
      </w:r>
    </w:p>
    <w:p>
      <w:r>
        <w:rPr>
          <w:i/>
        </w:rPr>
        <w:t>“How does 'as it is' thinking help a person become positive in life?”</w:t>
      </w:r>
    </w:p>
    <w:p>
      <w:r>
        <w:rPr>
          <w:sz w:val="20"/>
        </w:rPr>
        <w:t>44:31  pehla sawal bheja hai zuber ahmed sahab ne muradabad se.</w:t>
      </w:r>
      <w:r>
        <w:br/>
      </w:r>
      <w:r>
        <w:rPr>
          <w:sz w:val="20"/>
        </w:rPr>
        <w:t>44:36  unhone likha hai maulana sahab how does as it is thinking help</w:t>
      </w:r>
      <w:r>
        <w:br/>
      </w:r>
      <w:r>
        <w:rPr>
          <w:sz w:val="20"/>
        </w:rPr>
        <w:t>44:40  a person become positive in life? dekhen quran ki jo pehli ayat hai alhamdulillah rabbul alameen.</w:t>
      </w:r>
      <w:r>
        <w:br/>
      </w:r>
      <w:r>
        <w:rPr>
          <w:sz w:val="20"/>
        </w:rPr>
        <w:t>44:46  is ayat ko har musalman roz namaz mein dohrate hain.</w:t>
      </w:r>
      <w:r>
        <w:br/>
      </w:r>
      <w:r>
        <w:rPr>
          <w:sz w:val="20"/>
        </w:rPr>
        <w:t>44:52  is ka matlab kya hai? is ka matlab yahi hai ke elan karta hai musalman ke i am</w:t>
      </w:r>
      <w:r>
        <w:br/>
      </w:r>
      <w:r>
        <w:rPr>
          <w:sz w:val="20"/>
        </w:rPr>
        <w:t>44:58  a positive thinker.</w:t>
      </w:r>
      <w:r>
        <w:br/>
      </w:r>
      <w:r>
        <w:rPr>
          <w:sz w:val="20"/>
        </w:rPr>
        <w:t>45:04  jab aap namaz mein kehte hain alhamdulillah rabbul alameen</w:t>
      </w:r>
      <w:r>
        <w:br/>
      </w:r>
      <w:r>
        <w:rPr>
          <w:sz w:val="20"/>
        </w:rPr>
        <w:t>45:10  to aap dusre lafzon mein yeh keh rahe hote hain ke o allah rabbul alameen i am</w:t>
      </w:r>
      <w:r>
        <w:br/>
      </w:r>
      <w:r>
        <w:rPr>
          <w:sz w:val="20"/>
        </w:rPr>
        <w:t>45:15  a positive thinker.</w:t>
      </w:r>
      <w:r>
        <w:br/>
      </w:r>
      <w:r>
        <w:rPr>
          <w:sz w:val="20"/>
        </w:rPr>
        <w:t>45:19  to yeh to aap wada karte hain allah se usi ke din mein us ke khilaf.</w:t>
      </w:r>
      <w:r>
        <w:br/>
      </w:r>
      <w:r>
        <w:rPr>
          <w:sz w:val="20"/>
        </w:rPr>
        <w:t>45:24  har din har namaz mein musalman yeh kehta hai ke khuda ya main kyunke dekhiye alhamdulillah kaise kahenge</w:t>
      </w:r>
      <w:r>
        <w:br/>
      </w:r>
      <w:r>
        <w:rPr>
          <w:sz w:val="20"/>
        </w:rPr>
        <w:t>45:28  aap? alhamdulillah ka mani shukr.</w:t>
      </w:r>
      <w:r>
        <w:br/>
      </w:r>
      <w:r>
        <w:rPr>
          <w:sz w:val="20"/>
        </w:rPr>
        <w:t>45:33  khuda ya tera shukr hai.</w:t>
      </w:r>
      <w:r>
        <w:br/>
      </w:r>
      <w:r>
        <w:rPr>
          <w:sz w:val="20"/>
        </w:rPr>
        <w:t>45:37  din mein nafrat bhari hui hai.</w:t>
      </w:r>
      <w:r>
        <w:br/>
      </w:r>
      <w:r>
        <w:rPr>
          <w:sz w:val="20"/>
        </w:rPr>
        <w:t>45:42  to shukr kaisa? shukr kaisa? to jab aap kehte hain alhamdulillah rabbul alameen to is mani ka</w:t>
      </w:r>
      <w:r>
        <w:br/>
      </w:r>
      <w:r>
        <w:rPr>
          <w:sz w:val="20"/>
        </w:rPr>
        <w:t>45:46  aap elan kar rahe hain allah ko gawah bana kar.</w:t>
      </w:r>
      <w:r>
        <w:br/>
      </w:r>
      <w:r>
        <w:rPr>
          <w:sz w:val="20"/>
        </w:rPr>
        <w:t>45:50  firishton ko gawah bana kar.</w:t>
      </w:r>
      <w:r>
        <w:br/>
      </w:r>
      <w:r>
        <w:rPr>
          <w:sz w:val="20"/>
        </w:rPr>
        <w:t>45:54  ke main shukr karne wala hoon.</w:t>
      </w:r>
      <w:r>
        <w:br/>
      </w:r>
      <w:r>
        <w:rPr>
          <w:sz w:val="20"/>
        </w:rPr>
        <w:t>45:59  main positive thinking wala aadmi hoon.</w:t>
      </w:r>
      <w:r>
        <w:br/>
      </w:r>
      <w:r>
        <w:rPr>
          <w:sz w:val="20"/>
        </w:rPr>
        <w:t>46:03  mere dil mein hate nahi hai.</w:t>
      </w:r>
      <w:r>
        <w:br/>
      </w:r>
      <w:r>
        <w:rPr>
          <w:sz w:val="20"/>
        </w:rPr>
        <w:t>46:07  to is ke is to agar aap aisa na karein to phir aap ki namaz hi namaz nahi. jaise hadith</w:t>
      </w:r>
      <w:r>
        <w:br/>
      </w:r>
      <w:r>
        <w:rPr>
          <w:sz w:val="20"/>
        </w:rPr>
        <w:t>46:12  hadith mein aata hai ke namazein padhenge lekin un ki namaz kuch nahi hogi.</w:t>
      </w:r>
      <w:r>
        <w:br/>
      </w:r>
      <w:r>
        <w:rPr>
          <w:sz w:val="20"/>
        </w:rPr>
        <w:t>46:18  hata la trakhash.</w:t>
      </w:r>
    </w:p>
    <w:p>
      <w:pPr>
        <w:pStyle w:val="Heading2"/>
      </w:pPr>
      <w:r>
        <w:t>How to align thinking correctly</w:t>
      </w:r>
    </w:p>
    <w:p>
      <w:r>
        <w:rPr>
          <w:color w:val="666666"/>
          <w:sz w:val="18"/>
        </w:rPr>
        <w:t>Divine Help September 22, 2015 · 2m 10s · at 55:22 · https://youtu.be/sozrNCif0Gg?t=3322</w:t>
      </w:r>
    </w:p>
    <w:p>
      <w:r>
        <w:rPr>
          <w:i/>
        </w:rPr>
        <w:t>“What should we do to bring our thinking on the right track? Please advise.”</w:t>
      </w:r>
    </w:p>
    <w:p>
      <w:r>
        <w:rPr>
          <w:sz w:val="20"/>
        </w:rPr>
        <w:t>55:22  maulana sajid ahmed khan sahab ne nagpur se likha hai: "maulana sahab, mera ek dost ka sawal hai ke jis tarah aap baat karte hain aur jo kuch unhon ne aap ka literature padha hai to to unhon ne yeh paya hai ke hum log aisa nahi soch sakte.</w:t>
      </w:r>
      <w:r>
        <w:br/>
      </w:r>
      <w:r>
        <w:rPr>
          <w:sz w:val="20"/>
        </w:rPr>
        <w:t>55:41  maulana, woh pooch rahe hain ke apni apni soch ko right track par laane ke liye kya karna chahiye? is ke baray mein batayen."</w:t>
      </w:r>
      <w:r>
        <w:br/>
      </w:r>
      <w:r>
        <w:rPr>
          <w:sz w:val="20"/>
        </w:rPr>
        <w:t>55:51  bhai, dekhiye, main to sochta hoon ke ek hi bara rukta hai. You have to save yourself from all kinds of distraction.</w:t>
      </w:r>
      <w:r>
        <w:br/>
      </w:r>
      <w:r>
        <w:rPr>
          <w:sz w:val="20"/>
        </w:rPr>
        <w:t>56:06  You have to save yourself from all kinds of distraction. sab se bari jo bhagane wali cheez hai, woh distraction hai.</w:t>
      </w:r>
      <w:r>
        <w:br/>
      </w:r>
      <w:r>
        <w:rPr>
          <w:sz w:val="20"/>
        </w:rPr>
        <w:t>56:25  kal parson ki baat hai, ek sahab mere paas aaye, yahi yahi sawal kiya unhon ne. Yahi sawal.</w:t>
      </w:r>
      <w:r>
        <w:br/>
      </w:r>
      <w:r>
        <w:rPr>
          <w:sz w:val="20"/>
        </w:rPr>
        <w:t>56:35  to ittefaq se us waqt main kha raha tha to mera khana kya hai? Mera khana yeh hai ke ek pyala hota hai,</w:t>
      </w:r>
      <w:r>
        <w:br/>
      </w:r>
      <w:r>
        <w:rPr>
          <w:sz w:val="20"/>
        </w:rPr>
        <w:t>56:47  is pyale mein hamara jo kaam karti hai bano, is mein roti aur salan la ke de deti hai.</w:t>
      </w:r>
      <w:r>
        <w:br/>
      </w:r>
      <w:r>
        <w:rPr>
          <w:sz w:val="20"/>
        </w:rPr>
        <w:t>56:55  aur main apne haath mein leta hoon use aur use bhi khana shuru karta hoon. To main ne kaha, dekhiye, yahi asal hai. Aap phanse rehte hain dastarkhwan aur woh dining table aur yeh item, woh item.</w:t>
      </w:r>
      <w:r>
        <w:br/>
      </w:r>
      <w:r>
        <w:rPr>
          <w:sz w:val="20"/>
        </w:rPr>
        <w:t>57:13  main khata hoon aisa jaise ek aam aadmi khata hai. Kuch bhi ab distraction hota hi nahin.</w:t>
      </w:r>
      <w:r>
        <w:br/>
      </w:r>
      <w:r>
        <w:rPr>
          <w:sz w:val="20"/>
        </w:rPr>
        <w:t>57:22  aaj se aap ban jaiye, bas sab kuch theek ho jayega.</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Differentiating and controlling thoughts</w:t>
      </w:r>
    </w:p>
    <w:p>
      <w:r>
        <w:rPr>
          <w:color w:val="666666"/>
          <w:sz w:val="18"/>
        </w:rPr>
        <w:t>The Culture of People of Paradise January 06, 2019 Maulana Wahiduddin Khan · 57s · at 52:03 · https://youtu.be/rFExua9zntM?t=3123</w:t>
      </w:r>
    </w:p>
    <w:p>
      <w:r>
        <w:rPr>
          <w:i/>
        </w:rPr>
        <w:t>“We get so many thoughts every second, including positive and negative thoughts. How to differentiate and control thoughts and stay positive? What is your guidance in this?”</w:t>
      </w:r>
    </w:p>
    <w:p>
      <w:r>
        <w:rPr>
          <w:sz w:val="20"/>
        </w:rPr>
        <w:t>52:03  maulana, agla sawal dilli se kiya hai mr vikrant dagar ne. unhon ne likha hai: "maulana, we get so many, maulana, we get so many thoughts every second, including positive and negative thoughts.</w:t>
      </w:r>
      <w:r>
        <w:br/>
      </w:r>
      <w:r>
        <w:rPr>
          <w:sz w:val="20"/>
        </w:rPr>
        <w:t>52:21  how to differentiate and control thoughts and stay positive? what is your guidance on this?" dekhiye, positivity to chahiye, positive thinking to chahiye.</w:t>
      </w:r>
      <w:r>
        <w:br/>
      </w:r>
      <w:r>
        <w:rPr>
          <w:sz w:val="20"/>
        </w:rPr>
        <w:t>52:37  lekin is ka matlab yeh nahi ke negative thought bilkul khatam ho jaye, sirf positive thought baqi rahe. aisa matlab nahi hai, balkeh dono mein struggle hoti hai.</w:t>
      </w:r>
      <w:r>
        <w:br/>
      </w:r>
      <w:r>
        <w:rPr>
          <w:sz w:val="20"/>
        </w:rPr>
        <w:t>52:47  har lamha struggle, positive thinking aur negative thinking mein struggle hoti hai. ab woh struggle hi to jo personality development ka zariya hai, yeh struggle jo hai,</w:t>
      </w:r>
    </w:p>
    <w:p>
      <w:pPr>
        <w:pStyle w:val="Heading2"/>
      </w:pPr>
      <w:r>
        <w:t>Overcoming Difficulty in Staying Always Positive</w:t>
      </w:r>
    </w:p>
    <w:p>
      <w:r>
        <w:rPr>
          <w:color w:val="666666"/>
          <w:sz w:val="18"/>
        </w:rPr>
        <w:t>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Focusing on positivity despite negativity</w:t>
      </w:r>
    </w:p>
    <w:p>
      <w:r>
        <w:rPr>
          <w:color w:val="666666"/>
          <w:sz w:val="18"/>
        </w:rPr>
        <w:t>God Particle July 8, 2012 · 1m 26s · at 1:00:28 · https://youtu.be/30Ulu10c2nA?t=3628</w:t>
      </w:r>
    </w:p>
    <w:p>
      <w:r>
        <w:rPr>
          <w:i/>
        </w:rPr>
        <w:t>“How can we keep our focus on the positive aspects of life when there are many negative things around us? Kindly advise.”</w:t>
      </w:r>
    </w:p>
    <w:p>
      <w:r>
        <w:rPr>
          <w:sz w:val="20"/>
        </w:rPr>
        <w:t>1:00:28  maulana, agla sawal hai miss naghma siddiqui ka delhi se. unhone likha hai: "how can we keep our focus on the positive aspects of life when there are many negative things around us?" kindly advice.</w:t>
      </w:r>
      <w:r>
        <w:br/>
      </w:r>
      <w:r>
        <w:rPr>
          <w:sz w:val="20"/>
        </w:rPr>
        <w:t>1:00:45  dekhein, yeh ek intellectual exercise hai. jis tarah se body ke liye aap physical exercise karte hain,</w:t>
      </w:r>
      <w:r>
        <w:br/>
      </w:r>
      <w:r>
        <w:rPr>
          <w:sz w:val="20"/>
        </w:rPr>
        <w:t>1:00:56  agar aap ko body banana hai toh aap ko physical exercise karni parti hai.</w:t>
      </w:r>
      <w:r>
        <w:br/>
      </w:r>
      <w:r>
        <w:rPr>
          <w:sz w:val="20"/>
        </w:rPr>
        <w:t>1:01:05  isi tarike se agar aap ko spiritual development chahiye toh uske liye intellectual exercise karni hai. yaani is par sochna, apni soch ko distract hone se bachana aur focus hatne na paye,</w:t>
      </w:r>
      <w:r>
        <w:br/>
      </w:r>
      <w:r>
        <w:rPr>
          <w:sz w:val="20"/>
        </w:rPr>
        <w:t>1:01:25  mutale'a ko barhana, observation ko barhana,</w:t>
      </w:r>
      <w:r>
        <w:br/>
      </w:r>
      <w:r>
        <w:rPr>
          <w:sz w:val="20"/>
        </w:rPr>
        <w:t>1:01:29  yeh sab cheezon ko mein kehta hoon intellectual exercise. jis tarah physical exercise ke baghair aadmi ko health nahi milti, isi tarah physical exercise ke baghair health nahi milti.</w:t>
      </w:r>
      <w:r>
        <w:br/>
      </w:r>
      <w:r>
        <w:rPr>
          <w:sz w:val="20"/>
        </w:rPr>
        <w:t>1:01:45  is tarah se intellectual exercise ke baghair aadmi ko aala rohani taraqqi bhi nahi ho sakti.</w:t>
      </w:r>
    </w:p>
    <w:p>
      <w:pPr>
        <w:pStyle w:val="Heading2"/>
      </w:pPr>
      <w:r>
        <w:t>Dealing with negative thinking due to inequality</w:t>
      </w:r>
    </w:p>
    <w:p>
      <w:r>
        <w:rPr>
          <w:color w:val="666666"/>
          <w:sz w:val="18"/>
        </w:rPr>
        <w:t>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Maulana's emphasis on positive thinking</w:t>
      </w:r>
    </w:p>
    <w:p>
      <w:r>
        <w:rPr>
          <w:color w:val="666666"/>
          <w:sz w:val="18"/>
        </w:rPr>
        <w:t>The Divine Purpose Behind Human Creation October 6, 2024 · 17m 25s · at 58:21 · https://youtu.be/VepgdrN7M2A?t=3501</w:t>
      </w:r>
    </w:p>
    <w:p>
      <w:r>
        <w:rPr>
          <w:i/>
        </w:rPr>
        <w:t>“Maulana always used to talk about positive thinking.”</w:t>
      </w:r>
    </w:p>
    <w:p>
      <w:r>
        <w:rPr>
          <w:sz w:val="20"/>
        </w:rPr>
        <w:t>58:21  and this is what Quran also says in chapter 50. apa, main kuch do comments lena chahunga agla sawal lenay se pehlay. yeh comment bheja hai miss farida kamran ne Pakistan se, unhon ne likha hai: "jazak Allah, beautifully narrated and useful session." ah</w:t>
      </w:r>
      <w:r>
        <w:br/>
      </w:r>
      <w:r>
        <w:rPr>
          <w:sz w:val="20"/>
        </w:rPr>
        <w:t>58:40  , Maulana Iqbal Umri ne Chennai se likha hai: "masha Allah, aaj ka topic ne phir se Maulana ke mission ko achhay tareeqay se yaad dilaya." apa ne bohat achhi tafseel se aaj baat batai.</w:t>
      </w:r>
      <w:r>
        <w:br/>
      </w:r>
      <w:r>
        <w:rPr>
          <w:sz w:val="20"/>
        </w:rPr>
        <w:t>58:54  jazak Allah khaira, apa. apa, Rohit Kumar ji ne Amritsar se aik sawal kiya hai, unhon ne likha hai ke Maulana hamesha positive thinking ko le kar baat kartay thay.</w:t>
      </w:r>
      <w:r>
        <w:br/>
      </w:r>
      <w:r>
        <w:rPr>
          <w:sz w:val="20"/>
        </w:rPr>
        <w:t>59:05  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r>
        <w:br/>
      </w:r>
      <w:r>
        <w:rPr>
          <w:sz w:val="20"/>
        </w:rPr>
        <w:t>59:29  to yeh ek negative thaat hai.</w:t>
      </w:r>
      <w:r>
        <w:br/>
      </w:r>
      <w:r>
        <w:rPr>
          <w:sz w:val="20"/>
        </w:rPr>
        <w:t>59:31  to isi liye woh pooch rahe hain ke kya yeh thought ah is the is are these thoughts okay? ah, that in one hand you are positive about starting a new work, but in the other hand you are worried ke shayad aap nakamyab rahen.</w:t>
      </w:r>
      <w:r>
        <w:br/>
      </w:r>
      <w:r>
        <w:rPr>
          <w:sz w:val="20"/>
        </w:rPr>
        <w:t>59:46  to is ke baray mein ah woh aap ki aap ka advice chah rah</w:t>
      </w:r>
      <w:r>
        <w:br/>
      </w:r>
      <w:r>
        <w:rPr>
          <w:sz w:val="20"/>
        </w:rPr>
        <w:t>59:50  e hain. maine is ko negative nahi kahunga. yeh negativity to woh hai jab hum kisi ke khilaf, kisi ke khilaf koi galat baat sochen, woh negativity hoti hai.</w:t>
      </w:r>
      <w:r>
        <w:br/>
      </w:r>
      <w:r>
        <w:rPr>
          <w:sz w:val="20"/>
        </w:rPr>
        <w:t>1:00:02  ab aap koi bhi bara kaam karne ja rahe hain to yeh to sochen ge ke is ka nateeja kya nikle ga. yeh to bilkul natural hai, nateeja kya nikle ga?</w:t>
      </w:r>
      <w:r>
        <w:br/>
      </w:r>
      <w:r>
        <w:rPr>
          <w:sz w:val="20"/>
        </w:rPr>
        <w:t>1:00:11  ab bas ek baat yeh bhi hai ke jo log risk lete hain, kai baar un ko nuqsan hota hai, lekin agar risk nahi len to koi bara kaam kar bhi nahi sakte.</w:t>
      </w:r>
      <w:r>
        <w:br/>
      </w:r>
      <w:r>
        <w:rPr>
          <w:sz w:val="20"/>
        </w:rPr>
        <w:t>1:00:21  bilkul ji ji kehte hain, woh ek misal hai na ke jahaz jo hain, woh kya hai, woh harbor harbor mein rehne ke liye nahi banaye gaye hain.</w:t>
      </w:r>
      <w:r>
        <w:br/>
      </w:r>
      <w:r>
        <w:rPr>
          <w:sz w:val="20"/>
        </w:rPr>
        <w:t>1:00:32  ji yaad hai aap ko? haan, kuch achi si misal hai. ji bilkul baat samajh aa rahi hai jo aap bata rahe hain. to agar jahaz jaye ga jab samandar mein to kabhi toofan bhi aaye</w:t>
      </w:r>
      <w:r>
        <w:br/>
      </w:r>
      <w:r>
        <w:rPr>
          <w:sz w:val="20"/>
        </w:rPr>
        <w:t>1:00:41  ga. ji ji is ka matlab yeh nahi ke harbor mein woh khara rahe. ji to thora to yeh sab tajurba, in cheezon ko tajurbaat, tajurba samjha karien.</w:t>
      </w:r>
      <w:r>
        <w:br/>
      </w:r>
      <w:r>
        <w:rPr>
          <w:sz w:val="20"/>
        </w:rPr>
        <w:t>1:00:50  bilkul ek koi bohat bari company thi, naam yaad nahi aa raha hai, to us mein ek aadmi manager rakha gaya. to us ne koi risk liya aur bohat us mein bhari nuqsan ho gaya.</w:t>
      </w:r>
      <w:r>
        <w:br/>
      </w:r>
      <w:r>
        <w:rPr>
          <w:sz w:val="20"/>
        </w:rPr>
        <w:t>1:01:01  hmm ab woh bohat dar raha tha ke is ka malik jo hai, woh bohat ghusa hoga. to malik kuch bhi nahi ghusa hua, malik aur khush hua ke tum ne itna bara risk liya.</w:t>
      </w:r>
      <w:r>
        <w:br/>
      </w:r>
      <w:r>
        <w:rPr>
          <w:sz w:val="20"/>
        </w:rPr>
        <w:t>1:01:11  kyun ke har bara kaam ke liye risk lena hi parta hai, lekin bohat achay se</w:t>
      </w:r>
      <w:r>
        <w:br/>
      </w:r>
      <w:r>
        <w:rPr>
          <w:sz w:val="20"/>
        </w:rPr>
        <w:t>1:01:16  soch ke kaam karna chahiye. mashware, mashwara bhi zaroor karna chahiye. aur apa, loss ke bhi na do pehlu hote hain. ek to loss at itself aur doosri cheez yahi jo aap ne kaha ke learning from that loss.</w:t>
      </w:r>
      <w:r>
        <w:br/>
      </w:r>
      <w:r>
        <w:rPr>
          <w:sz w:val="20"/>
        </w:rPr>
        <w:t>1:01:29  matlab aap ko kya experience milta hai is loss se?</w:t>
      </w:r>
      <w:r>
        <w:br/>
      </w:r>
      <w:r>
        <w:rPr>
          <w:sz w:val="20"/>
        </w:rPr>
        <w:t>1:01:33  and aksar yeh bhi hai ke when you lose something or you suffer something negative, then you turn towards God for its compensation.</w:t>
      </w:r>
      <w:r>
        <w:br/>
      </w:r>
      <w:r>
        <w:rPr>
          <w:sz w:val="20"/>
        </w:rPr>
        <w:t>1:01:42  and who can be a better compensator then God himself, because woh minus ko plus kar sakte hain. to har loss mein mayoos nahi hona hai, har loss se ek experience lena hai, jaise aap ne kaha, ek learning leni hai.</w:t>
      </w:r>
      <w:r>
        <w:br/>
      </w:r>
      <w:r>
        <w:rPr>
          <w:sz w:val="20"/>
        </w:rPr>
        <w:t>1:01:54  and then turning towards God for the right direction, for the right adv</w:t>
      </w:r>
      <w:r>
        <w:br/>
      </w:r>
      <w:r>
        <w:rPr>
          <w:sz w:val="20"/>
        </w:rPr>
        <w:t>1:01:58  voice. Acha woh shayad aisa hai ke ships are safe in the harbour, but they are not made</w:t>
      </w:r>
      <w:r>
        <w:br/>
      </w:r>
      <w:r>
        <w:rPr>
          <w:sz w:val="20"/>
        </w:rPr>
        <w:t>1:02:04  for that purpose.</w:t>
      </w:r>
      <w:r>
        <w:br/>
      </w:r>
      <w:r>
        <w:rPr>
          <w:sz w:val="20"/>
        </w:rPr>
        <w:t>1:02:39  cheez to Quran o Hadees ke mutabiq wohi hai. Surah Al-Rad mein aaya hai, chapter 13, verse 28: "Suno, Allah ki yaad hi se dilo ko itminan hasil hota hai." ji peace to dekhiye,</w:t>
      </w:r>
      <w:r>
        <w:br/>
      </w:r>
      <w:r>
        <w:rPr>
          <w:sz w:val="20"/>
        </w:rPr>
        <w:t>1:02:57  Allah se jurrne mein hi peace hai,</w:t>
      </w:r>
      <w:r>
        <w:br/>
      </w:r>
      <w:r>
        <w:rPr>
          <w:sz w:val="20"/>
        </w:rPr>
        <w:t>1:03:00  warna peace to hai nahi. kyun ke insaan itna zyada is ki khwahishat hain, itni zyada khwahishat hain ke woh khwahishat kabhi poori hoti nahi hain.</w:t>
      </w:r>
      <w:r>
        <w:br/>
      </w:r>
      <w:r>
        <w:rPr>
          <w:sz w:val="20"/>
        </w:rPr>
        <w:t>1:03:10  ji to peace kahan se mile ga? hmm jab tak hum yeh na samajh lein ke yeh khwahishat is dunya mein poori hone ke liye nahi hain, balke yeh khwahishat is liye hain ke hum janen.</w:t>
      </w:r>
      <w:r>
        <w:br/>
      </w:r>
      <w:r>
        <w:rPr>
          <w:sz w:val="20"/>
        </w:rPr>
        <w:t>1:03:22  agar khwahishat soch lijiye, aap ko hamare andar khwahish na hoti to hamare andar jannat ki bhi khwahish na hoti.</w:t>
      </w:r>
      <w:r>
        <w:br/>
      </w:r>
      <w:r>
        <w:rPr>
          <w:sz w:val="20"/>
        </w:rPr>
        <w:t>1:03:28  to hum jannat ke liye koshish karen aur yeh janen ke yeh khwahishat jannat mein poori hongi. to is liye yeh khwahishat hain. ji to hum is ka, is is ka jo hai, sahi rukh se woh dekhna shuru kar dein.</w:t>
      </w:r>
      <w:r>
        <w:br/>
      </w:r>
      <w:r>
        <w:rPr>
          <w:sz w:val="20"/>
        </w:rPr>
        <w:t>1:03:44  life ki, life ko sahi rukh se dekhen. ji yeh galat rukh se dekhne</w:t>
      </w:r>
      <w:r>
        <w:br/>
      </w:r>
      <w:r>
        <w:rPr>
          <w:sz w:val="20"/>
        </w:rPr>
        <w:t>1:03:49  ke liye yeh hai. woh samajhte hain ke isi dunya mein ideal milega aur wohi kiya, poori history, human history mein logon ne yahi samjha ke isi dunya mein ideal milna chahiye.</w:t>
      </w:r>
      <w:r>
        <w:br/>
      </w:r>
      <w:r>
        <w:rPr>
          <w:sz w:val="20"/>
        </w:rPr>
        <w:t>1:04:01  toh ideal ki talash mein bohat kaam hue, tamam philosophers kaam karte rahe ideal ki talash mein. aik aik aik philosopher hai abdul karim al jili.</w:t>
      </w:r>
      <w:r>
        <w:br/>
      </w:r>
      <w:r>
        <w:rPr>
          <w:sz w:val="20"/>
        </w:rPr>
        <w:t>1:04:11  hmm toh is ki aik poora poori theory is ne develop kiya, insan-e-kamil ki. hmm</w:t>
      </w:r>
      <w:r>
        <w:br/>
      </w:r>
      <w:r>
        <w:rPr>
          <w:sz w:val="20"/>
        </w:rPr>
        <w:t>1:04:18  ke woh ideal man, ideal state, ideal society, ideal family, yeh aaj se thori ke woh chala aa raha hai, chala aa raha hai.</w:t>
      </w:r>
      <w:r>
        <w:br/>
      </w:r>
      <w:r>
        <w:rPr>
          <w:sz w:val="20"/>
        </w:rPr>
        <w:t>1:04:28  kyunke woh jo hamare andar ideal basa hua hai, woh jannat ka ideal hai. lekin ab log itna jante nahi, itna samajhte nahi hain. ab sikandar azam ki misaal lijiye, us ne socha tha sari dunya fateh kar ke aik ideal political social system banayenge.</w:t>
      </w:r>
      <w:r>
        <w:br/>
      </w:r>
      <w:r>
        <w:rPr>
          <w:sz w:val="20"/>
        </w:rPr>
        <w:t>1:04:46  ji kahan kar</w:t>
      </w:r>
      <w:r>
        <w:br/>
      </w:r>
      <w:r>
        <w:rPr>
          <w:sz w:val="20"/>
        </w:rPr>
        <w:t>1:04:47  saka? hmm toh woh toh bohat bahadur insan tha, bohat bashalahiyat insan tha, woh nahi kar saka. toh aik bohat dilchasp aik qissa hai charlie chaplin ka.</w:t>
      </w:r>
      <w:r>
        <w:br/>
      </w:r>
      <w:r>
        <w:rPr>
          <w:sz w:val="20"/>
        </w:rPr>
        <w:t>1:04:57  ji toh charlie chaplin toh bohat hi mashhoor comedian tha, log us ko dekh dekh ke bohat khush hote the us ke shows ko. toh aik din woh aik psychiatrist ke paas gaya, us se kaha ke "I live in constant tension." toh</w:t>
      </w:r>
      <w:r>
        <w:br/>
      </w:r>
      <w:r>
        <w:rPr>
          <w:sz w:val="20"/>
        </w:rPr>
        <w:t>1:05:14  psychiatrist ne kaha "You should watch the shows of Charlie Chaplin." toh us ne kaha "But I am Charlie Chaplin." ji toh woh aadmi jo kaam comedy kar raha hai, logon ko hasa raha hai, woh bhi khush nahi hai.</w:t>
      </w:r>
      <w:r>
        <w:br/>
      </w:r>
      <w:r>
        <w:rPr>
          <w:sz w:val="20"/>
        </w:rPr>
        <w:t>1:05:29  kyunke insan jannat ke ilawa aur Khuda se mulaqat ke ilawa kisi cheez se khush reh nahi sakta.</w:t>
      </w:r>
      <w:r>
        <w:br/>
      </w:r>
      <w:r>
        <w:rPr>
          <w:sz w:val="20"/>
        </w:rPr>
        <w:t>1:05:39  dunya ki cheezon se woh khush nahi reh</w:t>
      </w:r>
      <w:r>
        <w:br/>
      </w:r>
      <w:r>
        <w:rPr>
          <w:sz w:val="20"/>
        </w:rPr>
        <w:t>1:05:41  sakta. woh sirf aarzii koi cheez aap ke paas aayi hai, koi cheez aap ke paas nahi aayi jis ko aap bohat chahte the.</w:t>
      </w:r>
      <w:r>
        <w:br/>
      </w:r>
      <w:r>
        <w:rPr>
          <w:sz w:val="20"/>
        </w:rPr>
        <w:t>1:05:50  woh thore lamhon mein bhi aap ko lagne lagta hai ke ab is se dilchaspi aap ko nahi rahi. ji isi liye jo bare bare log hain, hero heroine, paise wale, woh ghar badalte rehte hain, gariyan badalte rehte hain ke woh bohat jald un ko bore ho jate hain.</w:t>
      </w:r>
      <w:r>
        <w:br/>
      </w:r>
      <w:r>
        <w:rPr>
          <w:sz w:val="20"/>
        </w:rPr>
        <w:t>1:06:05  ji toh is dunya mein boredom hai, aap ko kuch bhi mil jaye, aap bore ho jayenge.</w:t>
      </w:r>
      <w:r>
        <w:br/>
      </w:r>
      <w:r>
        <w:rPr>
          <w:sz w:val="20"/>
        </w:rPr>
        <w:t>1:06:11  toh is ka aik aur woh hai ke "I Charlie Chaplin ka I love walking in the rain because no one can see me cry." toh aik baar Maulana ne bohat sare bare bare logon ko encyclopedia mein nikala tha, 402 top ke logon ko.</w:t>
      </w:r>
      <w:r>
        <w:br/>
      </w:r>
      <w:r>
        <w:rPr>
          <w:sz w:val="20"/>
        </w:rPr>
        <w:t>1:06:30  ji toh is mein Alexander, Napoleon, Hitler, Button, Roosevelt waghera, Mother Teresa sab disappear mein mar</w:t>
      </w:r>
      <w:r>
        <w:br/>
      </w:r>
      <w:r>
        <w:rPr>
          <w:sz w:val="20"/>
        </w:rPr>
        <w:t>1:06:38  e. halanke jo hum achieve karna chahte hain, hum toh woh nahi achieve kar sake. in logon ne toh bohat kuch achieve kiya. ji lekin woh is dunya mein asal mein hai hi nahi.</w:t>
      </w:r>
      <w:r>
        <w:br/>
      </w:r>
      <w:r>
        <w:rPr>
          <w:sz w:val="20"/>
        </w:rPr>
        <w:t>1:06:51  woh fulfillment is dunya mein hai hi nahi, toh milega kahan se? is dunya mein toh bas hamari duties hain, duties hain. Maulana kehte the ke aap ko rights jo hain na, woh sab akhirat mein milenge.</w:t>
      </w:r>
      <w:r>
        <w:br/>
      </w:r>
      <w:r>
        <w:rPr>
          <w:sz w:val="20"/>
        </w:rPr>
        <w:t>1:07:03  is dunya mein sirf duties hain. ji</w:t>
      </w:r>
      <w:r>
        <w:br/>
      </w:r>
      <w:r>
        <w:rPr>
          <w:sz w:val="20"/>
        </w:rPr>
        <w:t>1:07:07  ab Albert Einstein ko le lijiye, most famous scientist in the world. ab Israel jab bana toh logon ne chaha ke isi ko Israel ka pehla president banaye, lekin Nobel Prize bhi us ko mila tha.</w:t>
      </w:r>
      <w:r>
        <w:br/>
      </w:r>
      <w:r>
        <w:rPr>
          <w:sz w:val="20"/>
        </w:rPr>
        <w:t>1:07:21  lekin us ne bilkul inkar kar diya. aur aakhri zamane mein us ne kaha ke "He died at the age of 76." us ne kaha ke "I am alone, I feel like a stranger in the world.</w:t>
      </w:r>
      <w:r>
        <w:br/>
      </w:r>
      <w:r>
        <w:rPr>
          <w:sz w:val="20"/>
        </w:rPr>
        <w:t>1:07:35  " itna qabil aadmi. hmm toh woh bhi aik stranger ki nafsiyat ke sath mara. ji toh asal mein hamein ideology of life ko discover karna hai,</w:t>
      </w:r>
      <w:r>
        <w:br/>
      </w:r>
      <w:r>
        <w:rPr>
          <w:sz w:val="20"/>
        </w:rPr>
        <w:t>1:07:48  na ke ideology of atom se hamein sukoon nahi milega. yeh toh sab dunya mein chunke Khuda ne potential rakha hai, us ko discover kar ke aik aik tehzeeb banani hai.</w:t>
      </w:r>
      <w:r>
        <w:br/>
      </w:r>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r>
        <w:br/>
      </w:r>
      <w:r>
        <w:rPr>
          <w:sz w:val="20"/>
        </w:rPr>
        <w:t>1:09:28  ji aap that brings us to the last question of today session. aap ne bhi jaise ah abhi kaha aur aap ne starting mein bhi kaha tha ke khuda ki marifat mein aap</w:t>
      </w:r>
      <w:r>
        <w:br/>
      </w:r>
      <w:r>
        <w:rPr>
          <w:sz w:val="20"/>
        </w:rPr>
        <w:t>1:09:39  jiyein. to aap we can say that the purpose of human life is is marifat and the life before death is beginning of marifat and life after death is the culmination of marifat.</w:t>
      </w:r>
      <w:r>
        <w:br/>
      </w:r>
      <w:r>
        <w:rPr>
          <w:sz w:val="20"/>
        </w:rPr>
        <w:t>1:09:53  ah but aap yahi aakhri sawal bhi hai isi ko le kar ke kya marifat jo hai, woh ah marne ke baad bhi jaari rahe gi?</w:t>
      </w:r>
      <w:r>
        <w:br/>
      </w:r>
      <w:r>
        <w:rPr>
          <w:sz w:val="20"/>
        </w:rPr>
        <w:t>1:10:01  ah is ke bare mein aap bataein.</w:t>
      </w:r>
      <w:r>
        <w:br/>
      </w:r>
      <w:r>
        <w:rPr>
          <w:sz w:val="20"/>
        </w:rPr>
        <w:t>1:10:04  is ke bare mein Maulana ne apni kitaab "kitaab marifat" par bohat achhe tareeqe se is ka shayad aakhri chapter hai. ji bohat achhe tareeqe se is par ah likha hai.</w:t>
      </w:r>
      <w:r>
        <w:br/>
      </w:r>
      <w:r>
        <w:rPr>
          <w:sz w:val="20"/>
        </w:rPr>
        <w:t>1:10:18  to insaan ka dekhiye, lamahdood dimaagh hai aur bare se bara scientist bhi do chaar paanch percent hi use kar pata hai.</w:t>
      </w:r>
      <w:r>
        <w:br/>
      </w:r>
      <w:r>
        <w:rPr>
          <w:sz w:val="20"/>
        </w:rPr>
        <w:t>1:10:27  to ab Allah taala ne koi bhi cheez bilawaja to nahin banai.</w:t>
      </w:r>
      <w:r>
        <w:br/>
      </w:r>
      <w:r>
        <w:rPr>
          <w:sz w:val="20"/>
        </w:rPr>
        <w:t>1:10:32  har cheez ab janwaron ko dekhiye, un ke instinct mein itna hi rehta hai jitni un ko zaroorat hai. to insaan ko itni zyada kyun diya gaya?</w:t>
      </w:r>
      <w:r>
        <w:br/>
      </w:r>
      <w:r>
        <w:rPr>
          <w:sz w:val="20"/>
        </w:rPr>
        <w:t>1:10:42  ah dimaagh is ka matlab hai ke woh dimaagh ah jo hai, woh kahin na kahin is ka istemal hoga. to woh jo lamahdood dimaagh Allah ne diya hai, to woh yahan istemal ho nahin raha hai kyunke yahan ki limitations hain.</w:t>
      </w:r>
      <w:r>
        <w:br/>
      </w:r>
      <w:r>
        <w:rPr>
          <w:sz w:val="20"/>
        </w:rPr>
        <w:t>1:10:57  to is limitations har tarah ki hain: maut hai, barhapa hai, accident hai, bimari hai.</w:t>
      </w:r>
      <w:r>
        <w:br/>
      </w:r>
      <w:r>
        <w:rPr>
          <w:sz w:val="20"/>
        </w:rPr>
        <w:t>1:11:02  yeh sari limitations hain. to is tareeqe se hamari jo creation plan hai, jo Allah taala ne hamein bataya hai, peghambaron ne bataya hai, is ke do phase hain: ek to yeh present world hai aur ek jo hai akhirat ki dunya hai.</w:t>
      </w:r>
      <w:r>
        <w:br/>
      </w:r>
      <w:r>
        <w:rPr>
          <w:sz w:val="20"/>
        </w:rPr>
        <w:t>1:11:18  to present world mein aaghaz hoga marifat ka aur akhirat ki dunya mein is ki takmeel hogi.</w:t>
      </w:r>
      <w:r>
        <w:br/>
      </w:r>
      <w:r>
        <w:rPr>
          <w:sz w:val="20"/>
        </w:rPr>
        <w:t>1:11:26  to is dunya mein jo hai asal jo kaam hai is dunya mein woh hai jaise companies ke liye recruitment kiya jata hai, waise hi yahan par deserving candidate ka recruitment ho raha hai, selection ho raha hai.</w:t>
      </w:r>
      <w:r>
        <w:br/>
      </w:r>
      <w:r>
        <w:rPr>
          <w:sz w:val="20"/>
        </w:rPr>
        <w:t>1:11:39  aur jitne competent log hain, woh sab alag kar diye jayen ge, chhaant ke, aur aur phir unhi ko akhirat mein mauqa mile ga kaam karne ka.</w:t>
      </w:r>
      <w:r>
        <w:br/>
      </w:r>
      <w:r>
        <w:rPr>
          <w:sz w:val="20"/>
        </w:rPr>
        <w:t>1:11:53  to doosri dunya mein jo ek to insaan ko keh keh ki sari limitations khatam ho hi jayen gi, aur doosri dunya mein farishtay khul kar hamara saath den ge.</w:t>
      </w:r>
      <w:r>
        <w:br/>
      </w:r>
      <w:r>
        <w:rPr>
          <w:sz w:val="20"/>
        </w:rPr>
        <w:t>1:12:03  ji wahan farishtay invisible nahin honge, visible honge. yahan to invisible hain hamara. jab hum kabhi bohat maslay mein par jate hain, museebat mein par jate hain to farishtay saath dete hain,</w:t>
      </w:r>
      <w:r>
        <w:br/>
      </w:r>
      <w:r>
        <w:rPr>
          <w:sz w:val="20"/>
        </w:rPr>
        <w:t>1:12:16  lekin wahan par hamare saath honge farishtay aur hamara poori madad karen ge. aur wahan koi thakan nahin hogi, kuch nahin.</w:t>
      </w:r>
      <w:r>
        <w:br/>
      </w:r>
      <w:r>
        <w:rPr>
          <w:sz w:val="20"/>
        </w:rPr>
        <w:t>1:12:25  wahan bohat hi joyful activities hongi. yeh joyful activities quran mein aaya hai ke wahan par log bohat sar garam honge, safar karen ge, har kaam karen ge, Allah ki raza ke mutabiq har kaam karen ge, lekin koi thakan nahin hogi, koi kuch nahin hoga.</w:t>
      </w:r>
      <w:r>
        <w:br/>
      </w:r>
      <w:r>
        <w:rPr>
          <w:sz w:val="20"/>
        </w:rPr>
        <w:t>1:12:44  is mein ek aaya hai ke wahan par jab mard log jayen ge shopping karne to wahan se ayen ge to woh aur khoobsurat lag rahe honge.</w:t>
      </w:r>
      <w:r>
        <w:br/>
      </w:r>
      <w:r>
        <w:rPr>
          <w:sz w:val="20"/>
        </w:rPr>
        <w:t>1:12:53  un ki biwiyan kahen gi: "ab to aur zyada achhe lag rahe hain." to ab yahan dekhiye, shopping karne aap jate hain, kitna thak thaka ke ate hain. ji aur halat kharab ho jati hai.</w:t>
      </w:r>
      <w:r>
        <w:br/>
      </w:r>
      <w:r>
        <w:rPr>
          <w:sz w:val="20"/>
        </w:rPr>
        <w:t>1:13:03  to wahan par jo bhi activities hongi, wahan aap bahut hi joyful activities hongi. wo</w:t>
      </w:r>
      <w:r>
        <w:br/>
      </w:r>
      <w:r>
        <w:rPr>
          <w:sz w:val="20"/>
        </w:rPr>
        <w:t>1:13:10  ji to is tarike se insan jo hai, wahan par farishton ki madad se aala rohani jo hai tajrubaat is ko honge.</w:t>
      </w:r>
      <w:r>
        <w:br/>
      </w:r>
      <w:r>
        <w:rPr>
          <w:sz w:val="20"/>
        </w:rPr>
        <w:t>1:13:21  musalsal marifat ka safar hoga, wahan neend bhi nahi aayegi. jab itni zyada wahan khushiyan hongi to khushi mein neend kahan ati hai</w:t>
      </w:r>
      <w:r>
        <w:br/>
      </w:r>
      <w:r>
        <w:rPr>
          <w:sz w:val="20"/>
        </w:rPr>
        <w:t>1:13:29  ? to wahan par insan musalsal sargaram rahega Khuda ki marifat hasil karne ke liye. aur jab Khuda kabhi kabhi apni jhalakiyan dikhayega to phir insan ab wo sari jo jannat ki khushiyan hain, wo bhi bhool jayega Khuda ki jhalakiyan dekh kar ke.</w:t>
      </w:r>
      <w:r>
        <w:br/>
      </w:r>
      <w:r>
        <w:rPr>
          <w:sz w:val="20"/>
        </w:rPr>
        <w:t>1:13:45  ji to wahan par jo Maulana kehte the "spiritual empire" to us ki beginning yahan hai aur spiritual empire banegi aa</w:t>
      </w:r>
      <w:r>
        <w:br/>
      </w:r>
      <w:r>
        <w:rPr>
          <w:sz w:val="20"/>
        </w:rPr>
        <w:t>1:13:55  khirat mein. to hamein yahi chahiye, yahi ek hi shart hai ke insan Khuda ke plan ko samjhe aur us ke mutabiq apna safar jari rakhe.</w:t>
      </w:r>
      <w:r>
        <w:br/>
      </w:r>
      <w:r>
        <w:rPr>
          <w:sz w:val="20"/>
        </w:rPr>
        <w:t>1:14:07  aur yeh safar jannat mein eternally, eternally jari rahega. wo logon ne sahi kaha hai ke agar hum khali sofa pe baith ke khate peete rahein to bore to ho hi jayenge.</w:t>
      </w:r>
      <w:r>
        <w:br/>
      </w:r>
      <w:r>
        <w:rPr>
          <w:sz w:val="20"/>
        </w:rPr>
        <w:t>1:14:17  to wo bore nahi hone ka hai. wahan</w:t>
      </w:r>
      <w:r>
        <w:br/>
      </w:r>
      <w:r>
        <w:rPr>
          <w:sz w:val="20"/>
        </w:rPr>
        <w:t>1:14:19  par ab Maulana ne bataya ke wahan musalsal joyful activities hongi aur marifat ki, Khuda ki marifat wali activities hongi.</w:t>
      </w:r>
      <w:r>
        <w:br/>
      </w:r>
      <w:r>
        <w:rPr>
          <w:sz w:val="20"/>
        </w:rPr>
        <w:t>1:14:29  to is tarike se jannat mein hum apna musalsal spiritual development karte rahenge. ji jaisa ke Allah aap ko "for doing a very detailed session in today topic".</w:t>
      </w:r>
      <w:r>
        <w:br/>
      </w:r>
      <w:r>
        <w:rPr>
          <w:sz w:val="20"/>
        </w:rPr>
        <w:t>1:14:42  so we with this we will end today class. thank you for watching aur</w:t>
      </w:r>
      <w:r>
        <w:br/>
      </w:r>
      <w:r>
        <w:rPr>
          <w:sz w:val="20"/>
        </w:rPr>
        <w:t>1:14:47  program. be back next sunday same time. thank you.</w:t>
      </w:r>
    </w:p>
    <w:p>
      <w:pPr>
        <w:pStyle w:val="Heading2"/>
      </w:pPr>
      <w:r>
        <w:t>Contemplating death and positive thinking</w:t>
      </w:r>
    </w:p>
    <w:p>
      <w:r>
        <w:rPr>
          <w:color w:val="666666"/>
          <w:sz w:val="18"/>
        </w:rPr>
        <w:t>Concept of Death in Islam 26th Aug 12 SLOW · 1m 33s · at 29:40 · https://youtu.be/8dsos0OBM6M?t=1780</w:t>
      </w:r>
    </w:p>
    <w:p>
      <w:r>
        <w:rPr>
          <w:i/>
        </w:rPr>
        <w:t>“How contemplating about death is linked to development of positive thinking? Kindly guide.”</w:t>
      </w:r>
    </w:p>
    <w:p>
      <w:r>
        <w:rPr>
          <w:sz w:val="20"/>
        </w:rPr>
        <w:t>29:40  Maulana, agla sawal ah Roorkee se hai Sajid Anwar sahib ka. unhon ne likha hai: "Moulana, how contemplating about death is linked to development of positive thinking, kindly guide."</w:t>
      </w:r>
      <w:r>
        <w:br/>
      </w:r>
      <w:r>
        <w:rPr>
          <w:sz w:val="20"/>
        </w:rPr>
        <w:t>29:55  kya hai? "How contemplating about death is linked to development of positive thinking." bohat zyada. positive thinking kya hai? positive thinking naam hai realistic thinking ka. yani positive thinking is only another name of.</w:t>
      </w:r>
      <w:r>
        <w:br/>
      </w:r>
      <w:r>
        <w:rPr>
          <w:sz w:val="20"/>
        </w:rPr>
        <w:t>30:18  realistic thinking.</w:t>
      </w:r>
      <w:r>
        <w:br/>
      </w:r>
      <w:r>
        <w:rPr>
          <w:sz w:val="20"/>
        </w:rPr>
        <w:t>30:23  to maut to sab ka realist banati hai.</w:t>
      </w:r>
      <w:r>
        <w:br/>
      </w:r>
      <w:r>
        <w:rPr>
          <w:sz w:val="20"/>
        </w:rPr>
        <w:t>30:28  tamam jitne bhi experience hote hain insaan ke upar, jo kuch bhi insaan dekhta hai, sunta hai, un</w:t>
      </w:r>
      <w:r>
        <w:br/>
      </w:r>
      <w:r>
        <w:rPr>
          <w:sz w:val="20"/>
        </w:rPr>
        <w:t>30:33  mein in mein sab se zyada jo cheez aap ko realist banati hai, woh maut hai.</w:t>
      </w:r>
      <w:r>
        <w:br/>
      </w:r>
      <w:r>
        <w:rPr>
          <w:sz w:val="20"/>
        </w:rPr>
        <w:t>30:38  yeh mera bhi tajurba hai aur yeh aqal bhi samajh mein aata hai.</w:t>
      </w:r>
      <w:r>
        <w:br/>
      </w:r>
      <w:r>
        <w:rPr>
          <w:sz w:val="20"/>
        </w:rPr>
        <w:t>30:43  to jab maut aap ko realist banayegi, haqeeqat pasand, to lazman aisa hoga ke aap ko pata</w:t>
      </w:r>
      <w:r>
        <w:br/>
      </w:r>
      <w:r>
        <w:rPr>
          <w:sz w:val="20"/>
        </w:rPr>
        <w:t>30:48  hai positive thinking kya hai.</w:t>
      </w:r>
      <w:r>
        <w:br/>
      </w:r>
      <w:r>
        <w:rPr>
          <w:sz w:val="20"/>
        </w:rPr>
        <w:t>30:53  positive thinking kya hai? koi mysterious cheez nahin hai.</w:t>
      </w:r>
      <w:r>
        <w:br/>
      </w:r>
      <w:r>
        <w:rPr>
          <w:sz w:val="20"/>
        </w:rPr>
        <w:t>30:58  woh as it is thinking hai.</w:t>
      </w:r>
      <w:r>
        <w:br/>
      </w:r>
      <w:r>
        <w:rPr>
          <w:sz w:val="20"/>
        </w:rPr>
        <w:t>31:03  as it is thinking aa jaye to wahi positive thinking hai.</w:t>
      </w:r>
      <w:r>
        <w:br/>
      </w:r>
      <w:r>
        <w:rPr>
          <w:sz w:val="20"/>
        </w:rPr>
        <w:t>31:08  samajhta hoon ke bohat ziyada juda hua hai dono, dono aik doosre se bohat ziyada interlinked hain.</w:t>
      </w:r>
      <w:r>
        <w:br/>
      </w:r>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pStyle w:val="Heading2"/>
      </w:pPr>
      <w:r>
        <w:t>Contemplating death and positive thinking</w:t>
      </w:r>
    </w:p>
    <w:p>
      <w:r>
        <w:rPr>
          <w:color w:val="666666"/>
          <w:sz w:val="18"/>
        </w:rPr>
        <w:t>Concept of Death in Islam August 26, 2012 · 1m 23s · at 1:21:46 · https://youtu.be/y0TJxKi0L94?t=4906</w:t>
      </w:r>
    </w:p>
    <w:p>
      <w:r>
        <w:rPr>
          <w:i/>
        </w:rPr>
        <w:t>“How is contemplating about death linked to the development of positive thinking? Kindly guide.”</w:t>
      </w:r>
    </w:p>
    <w:p>
      <w:r>
        <w:rPr>
          <w:sz w:val="20"/>
        </w:rPr>
        <w:t>1:21:46  maulana, agla sawal roorkee se hai, sajid anwar sahab ka</w:t>
      </w:r>
      <w:r>
        <w:br/>
      </w:r>
      <w:r>
        <w:rPr>
          <w:sz w:val="20"/>
        </w:rPr>
        <w:t>1:21:50  unhon ne likha hai maulana, how contemplating about death is linked to development of positive thinking?</w:t>
      </w:r>
      <w:r>
        <w:br/>
      </w:r>
      <w:r>
        <w:rPr>
          <w:sz w:val="20"/>
        </w:rPr>
        <w:t>1:21:59  kindly guide. bohat ziyada. positive thinking kya hai? positive thinking naam hai realistic thinking ka.</w:t>
      </w:r>
      <w:r>
        <w:br/>
      </w:r>
      <w:r>
        <w:rPr>
          <w:sz w:val="20"/>
        </w:rPr>
        <w:t>1:22:11  positive thinking is only another name of realistic thinking. to maut to sab ko realistic banati hai.</w:t>
      </w:r>
      <w:r>
        <w:br/>
      </w:r>
      <w:r>
        <w:rPr>
          <w:sz w:val="20"/>
        </w:rPr>
        <w:t>1:22:19  tamam jitne bhi tajurbe hote hain insan ke upar, jo kuch bhi insan dekhta hai, sunta hai, un mein un mein sab se ziyada jo cheez aap ko realistic banati hai, woh maut hai.</w:t>
      </w:r>
      <w:r>
        <w:br/>
      </w:r>
      <w:r>
        <w:rPr>
          <w:sz w:val="20"/>
        </w:rPr>
        <w:t>1:22:35  yeh mera bhi tajurba hai aur yeh aql bhi samajh mein aata hai. to jab maut aap ko realistic banayegi, haqiqat pasand, to lazman aisa hoga ke aap ke andar positive thinking ayegi.</w:t>
      </w:r>
      <w:r>
        <w:br/>
      </w:r>
      <w:r>
        <w:rPr>
          <w:sz w:val="20"/>
        </w:rPr>
        <w:t>1:22:50  positive thinking kya hai? koi mysterious cheez nahi hai. woh as it is thinking hai.</w:t>
      </w:r>
      <w:r>
        <w:br/>
      </w:r>
      <w:r>
        <w:rPr>
          <w:sz w:val="20"/>
        </w:rPr>
        <w:t>1:22:57  as it is thinking aa jaye to wahi positive thinking hai. samajhta hoon ke bohat ziyada juda hua hai dono, dono ek doosre se bohat ziyada interlinked hain. to</w:t>
      </w:r>
    </w:p>
    <w:p>
      <w:pPr>
        <w:pStyle w:val="Heading2"/>
      </w:pPr>
      <w:r>
        <w:t>Influence of Positive Words on Thoughts</w:t>
      </w:r>
    </w:p>
    <w:p>
      <w:r>
        <w:rPr>
          <w:color w:val="666666"/>
          <w:sz w:val="18"/>
        </w:rPr>
        <w:t>Divine Love July 31, 2016 · 1m 03s · at 56:57 · https://youtu.be/-gQiWX3l6J4?t=3417</w:t>
      </w:r>
    </w:p>
    <w:p>
      <w:r>
        <w:rPr>
          <w:i/>
        </w:rPr>
        <w:t>“Do positive words have positive influence on our ability to translate good thoughts to”</w:t>
      </w:r>
    </w:p>
    <w:p>
      <w:r>
        <w:rPr>
          <w:sz w:val="20"/>
        </w:rPr>
        <w:t>56:57  Maulana agla sawal kya hai Miss Ruhooson Sung ne.</w:t>
      </w:r>
      <w:r>
        <w:br/>
      </w:r>
      <w:r>
        <w:rPr>
          <w:sz w:val="20"/>
        </w:rPr>
        <w:t>57:01  unhone apni location nahi likhi hai.</w:t>
      </w:r>
      <w:r>
        <w:br/>
      </w:r>
      <w:r>
        <w:rPr>
          <w:sz w:val="20"/>
        </w:rPr>
        <w:t>57:04  unka sawal hai Do positive words have positive influence on our ability to translate good thoughts to</w:t>
      </w:r>
      <w:r>
        <w:br/>
      </w:r>
      <w:r>
        <w:rPr>
          <w:sz w:val="20"/>
        </w:rPr>
        <w:t>57:11  action? What is your comment on this? kya mein samjha nahi kya sawal unka hai.</w:t>
      </w:r>
      <w:r>
        <w:br/>
      </w:r>
      <w:r>
        <w:rPr>
          <w:sz w:val="20"/>
        </w:rPr>
        <w:t>57:18  Maulana woh yeh janna chah rahi hain ke jo positive words hote hain kya us se hamare action</w:t>
      </w:r>
      <w:r>
        <w:br/>
      </w:r>
      <w:r>
        <w:rPr>
          <w:sz w:val="20"/>
        </w:rPr>
        <w:t>57:26  influence hote hain through our thought process? aap to dohra rahe hain.</w:t>
      </w:r>
      <w:r>
        <w:br/>
      </w:r>
      <w:r>
        <w:rPr>
          <w:sz w:val="20"/>
        </w:rPr>
        <w:t>57:31  kuch sense to matlab nahi samjha nahi.</w:t>
      </w:r>
      <w:r>
        <w:br/>
      </w:r>
      <w:r>
        <w:rPr>
          <w:sz w:val="20"/>
        </w:rPr>
        <w:t>57:34  ji is ka sense kya hai? is ko zyada tafseel se woh agle Sunday ko likhein.</w:t>
      </w:r>
      <w:r>
        <w:br/>
      </w:r>
      <w:r>
        <w:rPr>
          <w:sz w:val="20"/>
        </w:rPr>
        <w:t>57:41  ji zyada zyada clear tor par.</w:t>
      </w:r>
      <w:r>
        <w:br/>
      </w:r>
      <w:r>
        <w:rPr>
          <w:sz w:val="20"/>
        </w:rPr>
        <w:t>57:43  is mein clarity nahi hai unke question mein clarity nahi hai.</w:t>
      </w:r>
      <w:r>
        <w:br/>
      </w:r>
      <w:r>
        <w:rPr>
          <w:sz w:val="20"/>
        </w:rPr>
        <w:t>57:49  ji kya murad hai in ke positive words se? kya kya cheez hai positive words? to clear taur</w:t>
      </w:r>
      <w:r>
        <w:br/>
      </w:r>
      <w:r>
        <w:rPr>
          <w:sz w:val="20"/>
        </w:rPr>
        <w:t>57:56  par agle Sunday mein woh sawal karein woh.</w:t>
      </w:r>
    </w:p>
    <w:p>
      <w:pPr>
        <w:pStyle w:val="Heading2"/>
      </w:pPr>
      <w:r>
        <w:t>Dealing with negative thoughts using dua</w:t>
      </w:r>
    </w:p>
    <w:p>
      <w:r>
        <w:rPr>
          <w:color w:val="666666"/>
          <w:sz w:val="18"/>
        </w:rPr>
        <w:t>Dars-e-Quran, Ch. 2 Verse 54 | March 18, 2018 · 53s · at 1:06:47 · https://youtu.be/xQ2LXsz1oTw?t=4007</w:t>
      </w:r>
    </w:p>
    <w:p>
      <w:r>
        <w:rPr>
          <w:i/>
        </w:rPr>
        <w:t>“My thinking changed after reading your books and listening to dars-e-Quran live talks. My question today is that whenever any wrong or negative thoughts come into my mind, I do dua (supplication).”</w:t>
      </w:r>
    </w:p>
    <w:p>
      <w:r>
        <w:rPr>
          <w:sz w:val="20"/>
        </w:rPr>
        <w:t>1:06:47  chaliye, Maulana, agla sawal Kanpur se bheja hai Zubair Shah sahib ne.</w:t>
      </w:r>
      <w:r>
        <w:br/>
      </w:r>
      <w:r>
        <w:rPr>
          <w:sz w:val="20"/>
        </w:rPr>
        <w:t>1:06:55  انہوں نے لکھا ہے: "مولانا صاحب، my thinking changed after reading your books and listening to Dars Quran live talks.</w:t>
      </w:r>
      <w:r>
        <w:br/>
      </w:r>
      <w:r>
        <w:rPr>
          <w:sz w:val="20"/>
        </w:rPr>
        <w:t>1:07:03  my question today is that when ever any wrong or negative thoughts come into my mind, i do dua,</w:t>
      </w:r>
      <w:r>
        <w:br/>
      </w:r>
      <w:r>
        <w:rPr>
          <w:sz w:val="20"/>
        </w:rPr>
        <w:t>1:07:10  but thoughts do not go away.</w:t>
      </w:r>
      <w:r>
        <w:br/>
      </w:r>
      <w:r>
        <w:rPr>
          <w:sz w:val="20"/>
        </w:rPr>
        <w:t>1:07:17  so what is the reason for my dua not working? what should i do to make myself</w:t>
      </w:r>
      <w:r>
        <w:br/>
      </w:r>
      <w:r>
        <w:rPr>
          <w:sz w:val="20"/>
        </w:rPr>
        <w:t>1:07:23  positive all the time?" dekhiye, aap dua karte hain, alfaaz ko dohrate hain, woh dua nahin hai.</w:t>
      </w:r>
      <w:r>
        <w:br/>
      </w:r>
      <w:r>
        <w:rPr>
          <w:sz w:val="20"/>
        </w:rPr>
        <w:t>1:07:29  jo aap dua karte hain, woh dua nahin hai.</w:t>
      </w:r>
      <w:r>
        <w:br/>
      </w:r>
      <w:r>
        <w:rPr>
          <w:sz w:val="20"/>
        </w:rPr>
        <w:t>1:07:35  dua ek roots deconditioning hai. dua</w:t>
      </w:r>
    </w:p>
    <w:p>
      <w:pPr>
        <w:pStyle w:val="Heading2"/>
      </w:pPr>
      <w:r>
        <w:t>How to become positive after bad experiences</w:t>
      </w:r>
    </w:p>
    <w:p>
      <w:r>
        <w:rPr>
          <w:color w:val="666666"/>
          <w:sz w:val="18"/>
        </w:rPr>
        <w:t>The Purpose of Life | April 30, 2017 · 1m 46s · at 28:05 · https://youtu.be/ue3I3uQEYb8?t=1685</w:t>
      </w:r>
    </w:p>
    <w:p>
      <w:r>
        <w:rPr>
          <w:i/>
        </w:rPr>
        <w:t>“Maulana, my question is how can we make experience learning oriented? We often see that people who have bad experiences become negative. So how can we become positive?”</w:t>
      </w:r>
    </w:p>
    <w:p>
      <w:r>
        <w:rPr>
          <w:sz w:val="20"/>
        </w:rPr>
        <w:t>28:05  maulana ab sawal lete hain ah yeh sawal bheja hai fawad sahab ne moradabad se unhone</w:t>
      </w:r>
      <w:r>
        <w:br/>
      </w:r>
      <w:r>
        <w:rPr>
          <w:sz w:val="20"/>
        </w:rPr>
        <w:t>28:12  likha hai maulana sahab my question is that how can we make our experience learning oriented</w:t>
      </w:r>
      <w:r>
        <w:br/>
      </w:r>
      <w:r>
        <w:rPr>
          <w:sz w:val="20"/>
        </w:rPr>
        <w:t>28:20  We often say that people who have bad experiences become negative, so how can we become positive or</w:t>
      </w:r>
      <w:r>
        <w:br/>
      </w:r>
      <w:r>
        <w:rPr>
          <w:sz w:val="20"/>
        </w:rPr>
        <w:t>28:30  take positive lessons from daily negative experiences.</w:t>
      </w:r>
      <w:r>
        <w:br/>
      </w:r>
      <w:r>
        <w:rPr>
          <w:sz w:val="20"/>
        </w:rPr>
        <w:t>28:40  dekhiye sari learning ke liye jo condition hai woh sirf ek hi hai apne aap ko negative thin</w:t>
      </w:r>
      <w:r>
        <w:br/>
      </w:r>
      <w:r>
        <w:rPr>
          <w:sz w:val="20"/>
        </w:rPr>
        <w:t>28:50  se bachana. Aur yeh sab se zyada asan baat hai ke kyunke by birth har aadmi positive thinker hi hai. By birth har aadmi positive thinker hi hai. Jab aap negative thinking mein jate hain to aap deviate karte hain. To aap ko koi cheez create nahi karna hai</w:t>
      </w:r>
      <w:r>
        <w:br/>
      </w:r>
      <w:r>
        <w:rPr>
          <w:sz w:val="20"/>
        </w:rPr>
        <w:t>29:20  sirf use bachana hai ke aap deviate na karein main samajhta hoon ke yeh to bohat asaan baat</w:t>
      </w:r>
      <w:r>
        <w:br/>
      </w:r>
      <w:r>
        <w:rPr>
          <w:sz w:val="20"/>
        </w:rPr>
        <w:t>29:27  hai is se zyada asaan baat kahan ho sakti hai apni nature ko preserve rakhein apni nature ko</w:t>
      </w:r>
      <w:r>
        <w:br/>
      </w:r>
      <w:r>
        <w:rPr>
          <w:sz w:val="20"/>
        </w:rPr>
        <w:t>29:35  jis par Allah ne paida kiya aap ko us ko bachayein.</w:t>
      </w:r>
      <w:r>
        <w:br/>
      </w:r>
      <w:r>
        <w:rPr>
          <w:sz w:val="20"/>
        </w:rPr>
        <w:t>29:43  to yeh to already jo aap ki personality hai usi ko bachane ka mamla hai.</w:t>
      </w:r>
    </w:p>
    <w:p>
      <w:pPr>
        <w:pStyle w:val="Heading2"/>
      </w:pPr>
      <w:r>
        <w:t>Guidance to avoid negative thinking</w:t>
      </w:r>
    </w:p>
    <w:p>
      <w:r>
        <w:rPr>
          <w:color w:val="666666"/>
          <w:sz w:val="18"/>
        </w:rPr>
        <w:t>Collective Repentance I Feb 24, 2013 Maulana Wahiduddin Khan · 1m 47s · at 1:17:45 · https://youtu.be/lkkolxAL38c?t=4665</w:t>
      </w:r>
    </w:p>
    <w:p>
      <w:r>
        <w:rPr>
          <w:i/>
        </w:rPr>
        <w:t>“Maulana, please guide us on how we can save ourselves from negative thinking.”</w:t>
      </w:r>
    </w:p>
    <w:p>
      <w:r>
        <w:rPr>
          <w:sz w:val="20"/>
        </w:rPr>
        <w:t>1:17:45  maulana, agla sawal roorkee se hai sajid anwar sahib ka. unhone aap se poocha hai: "maulana, please guide as to how we can save our self from negative thinking?"</w:t>
      </w:r>
      <w:r>
        <w:br/>
      </w:r>
      <w:r>
        <w:rPr>
          <w:sz w:val="20"/>
        </w:rPr>
        <w:t>1:18:00  bhai, main jo tareeqa mera batata hoon aap ko ke negative thought to hamesha ate hi ate hain, lekin jaise mujhe mehsoos hua ke mere andar koi degree thoda thought aaya to jaldi se parhta hoon main: "Allahumma inni aoozu, aoozu bik min hamdi aadi shaadi"</w:t>
      </w:r>
      <w:r>
        <w:br/>
      </w:r>
      <w:r>
        <w:rPr>
          <w:sz w:val="20"/>
        </w:rPr>
        <w:t>1:18:20  aur woh foran nikal jata hai. "Allahumma inni aoozu bik min hamdi aadi shaadi" parhta hoon aur nikal jata hai. To yeh mumkin nahi, yaad rakhiye, dunya mein ke kisi aadmi ke negative thought sary se na aayen.</w:t>
      </w:r>
      <w:r>
        <w:br/>
      </w:r>
      <w:r>
        <w:rPr>
          <w:sz w:val="20"/>
        </w:rPr>
        <w:t>1:18:35  Yeh to mumkin nahi, negative thought aayenge, bas jaldi se woh nikaliye, jaldi se nikaliye is ko</w:t>
      </w:r>
      <w:r>
        <w:br/>
      </w:r>
      <w:r>
        <w:rPr>
          <w:sz w:val="20"/>
        </w:rPr>
        <w:t>1:18:45  aur koi doosra formula ize kar len.</w:t>
      </w:r>
      <w:r>
        <w:br/>
      </w:r>
      <w:r>
        <w:rPr>
          <w:sz w:val="20"/>
        </w:rPr>
        <w:t>1:18:53  Maulana, agla Quran mein kaha gaya: "Misr Shaitani"</w:t>
      </w:r>
      <w:r>
        <w:br/>
      </w:r>
      <w:r>
        <w:rPr>
          <w:sz w:val="20"/>
        </w:rPr>
        <w:t>1:19:00  Haan, is ko kehte hain "Misr Shaitani". Woh lazman hoga, Shaitan aazad hai to aap ko bas bhi karega, touch bhi karega.</w:t>
      </w:r>
      <w:r>
        <w:br/>
      </w:r>
      <w:r>
        <w:rPr>
          <w:sz w:val="20"/>
        </w:rPr>
        <w:t>1:19:10  Badalna der, aap bilkul aap hoshiyar ho jaiye aur is ko khatam kijiye apne andar se.</w:t>
      </w:r>
      <w:r>
        <w:br/>
      </w:r>
      <w:r>
        <w:rPr>
          <w:sz w:val="20"/>
        </w:rPr>
        <w:t>1:19:18  Aur mera tareeqa to yahi hai, mera tajurba hai ke jaise hi main parhta hoon: "Allahumma inni aoozu bik min hamdi aadi shaitain", woh sab khatam ho jata hai, within second khatam ho jata hai.</w:t>
      </w:r>
    </w:p>
    <w:p>
      <w:pPr>
        <w:pStyle w:val="Heading2"/>
      </w:pPr>
      <w:r>
        <w:t>Staying Positive Amidst Negative Situations</w:t>
      </w:r>
    </w:p>
    <w:p>
      <w:r>
        <w:rPr>
          <w:color w:val="666666"/>
          <w:sz w:val="18"/>
        </w:rPr>
        <w:t>Man and Paradise May 05, 2013 · 2m 54s · at 54:43 · https://youtu.be/VyFgim3pvts?t=3283</w:t>
      </w:r>
    </w:p>
    <w:p>
      <w:r>
        <w:rPr>
          <w:i/>
        </w:rPr>
        <w:t>“We are living in darul-qabz (a state of oppression), while striving towards day-to-day goals. How can we stay positive and give positive response in spite of negative situation?”</w:t>
      </w:r>
    </w:p>
    <w:p>
      <w:r>
        <w:rPr>
          <w:sz w:val="20"/>
        </w:rPr>
        <w:t>54:43  maulana, agla sawal dilli se hai, miss naghma siddiqui ka</w:t>
      </w:r>
      <w:r>
        <w:br/>
      </w:r>
      <w:r>
        <w:rPr>
          <w:sz w:val="20"/>
        </w:rPr>
        <w:t>54:47  . unhon ne likha hai: "we are living in darul qabz, while striving towards day to day goals.</w:t>
      </w:r>
      <w:r>
        <w:br/>
      </w:r>
      <w:r>
        <w:rPr>
          <w:sz w:val="20"/>
        </w:rPr>
        <w:t>54:56  how can we stay positive and give positive response in spite of negative situation?"</w:t>
      </w:r>
      <w:r>
        <w:br/>
      </w:r>
      <w:r>
        <w:rPr>
          <w:sz w:val="20"/>
        </w:rPr>
        <w:t>55:07  dekhen, yeh jo problem hai zindagi mein, woh na ho toh hamari personality ka development bhi na ho.</w:t>
      </w:r>
      <w:r>
        <w:br/>
      </w:r>
      <w:r>
        <w:rPr>
          <w:sz w:val="20"/>
        </w:rPr>
        <w:t>55:19  kabhi bhi yaad rakhiye, isبوت halaat mein insaan ke andar irtaqa nahi hota. jo log is ko yaani qabr ko evil samajhte hain, woh bohat bari bhool mein mubtala hain.</w:t>
      </w:r>
      <w:r>
        <w:br/>
      </w:r>
      <w:r>
        <w:rPr>
          <w:sz w:val="20"/>
        </w:rPr>
        <w:t>55:37  dunya mein jin logon ne bari bari taraqqiyat ki hain, bari bari taraqqiyat, woh sab wohi hain jo problem mein mubtala hue hain.</w:t>
      </w:r>
      <w:r>
        <w:br/>
      </w:r>
      <w:r>
        <w:rPr>
          <w:sz w:val="20"/>
        </w:rPr>
        <w:t>55:47  kal mein soch raha tha ek hadith ke baray mein ke hadith mein hai ke jis aadmi ki aankh le li gayi allah ta'ala ne aur us ne sabr kiya, toh us ko bohat bara reward milega.</w:t>
      </w:r>
      <w:r>
        <w:br/>
      </w:r>
      <w:r>
        <w:rPr>
          <w:sz w:val="20"/>
        </w:rPr>
        <w:t>56:02  daikhen, yeh sirf akhirat ki baat nahin hai,</w:t>
      </w:r>
      <w:r>
        <w:br/>
      </w:r>
      <w:r>
        <w:rPr>
          <w:sz w:val="20"/>
        </w:rPr>
        <w:t>56:05  sirf akhirat ki baat nahin hai. yani aankh jab le li jati hai to hamari kya hui hai? iski inside barh jati hai.</w:t>
      </w:r>
      <w:r>
        <w:br/>
      </w:r>
      <w:r>
        <w:rPr>
          <w:sz w:val="20"/>
        </w:rPr>
        <w:t>56:16  yeh jo zahiri aankh hai, agar nar hai to andar jo soch hai, us mein bohat izafa ho jata hai. super thinker ban jata hai aadmi.</w:t>
      </w:r>
      <w:r>
        <w:br/>
      </w:r>
      <w:r>
        <w:rPr>
          <w:sz w:val="20"/>
        </w:rPr>
        <w:t>56:28  super thinker,</w:t>
      </w:r>
      <w:r>
        <w:br/>
      </w:r>
      <w:r>
        <w:rPr>
          <w:sz w:val="20"/>
        </w:rPr>
        <w:t>56:29  super thinker, chunancha kai bohat bari bari baaten ki hain. kuch andhe logon ne, jaise Milton ne kitab likhi hai "Paradise Lost", jo andha ho gaya tha.</w:t>
      </w:r>
      <w:r>
        <w:br/>
      </w:r>
      <w:r>
        <w:rPr>
          <w:sz w:val="20"/>
        </w:rPr>
        <w:t>56:41  to andha hone ka matlab hai ke aap ki inner side jo hai, bohat barh jaye. aise hi dekhiye, Louis Braille jo tha, kitne hi bara kaam kiya us ne ke andhon ko parhne ka uth daryaft kiya us ne.</w:t>
      </w:r>
      <w:r>
        <w:br/>
      </w:r>
      <w:r>
        <w:rPr>
          <w:sz w:val="20"/>
        </w:rPr>
        <w:t>56:57  to dunya mein Allah taala ne agar problem na rakha hota to aap ki aap ki mind activate na hota, aap ki personality mein development na hota.</w:t>
      </w:r>
      <w:r>
        <w:br/>
      </w:r>
      <w:r>
        <w:rPr>
          <w:sz w:val="20"/>
        </w:rPr>
        <w:t>57:07  yeh saboot halaat mein ke koi taraqqi hoti hai. aap aise logon ko dekh rahe hain jo paida hote hi, un ko easy money mil gaya, baap ne un ko sab kuch de diya, to zindagi bhar woh bewakoof hi bewakoof rehte hain.</w:t>
      </w:r>
      <w:r>
        <w:br/>
      </w:r>
      <w:r>
        <w:rPr>
          <w:sz w:val="20"/>
        </w:rPr>
        <w:t>57:22  stupid jeete hain, stupid marte hain.</w:t>
      </w:r>
      <w:r>
        <w:br/>
      </w:r>
      <w:r>
        <w:rPr>
          <w:sz w:val="20"/>
        </w:rPr>
        <w:t>57:26  jin logon ko shauq lage, jin logon ko problem face karna pade, un ko challenge ka samna karna pade, wohi log taraqqi karte hain is dunya mein.</w:t>
      </w:r>
    </w:p>
    <w:p>
      <w:pPr>
        <w:pStyle w:val="Heading2"/>
      </w:pPr>
      <w:r>
        <w:t>Developing positive minds in madrasa girls</w:t>
      </w:r>
    </w:p>
    <w:p>
      <w:r>
        <w:rPr>
          <w:color w:val="666666"/>
          <w:sz w:val="18"/>
        </w:rPr>
        <w:t>Politics and Nation Building May 19, 2013 · 1m 11s · at 1:08:07 · https://youtu.be/kmiMGq0Ki2Q?t=4087</w:t>
      </w:r>
    </w:p>
    <w:p>
      <w:r>
        <w:rPr>
          <w:i/>
        </w:rPr>
        <w:t>“I have an assignment to teach English to madrasa girls for one month. How can I effectively use this time to start the process of positive mind development in the girls?”</w:t>
      </w:r>
    </w:p>
    <w:p>
      <w:r>
        <w:rPr>
          <w:sz w:val="20"/>
        </w:rPr>
        <w:t>1:08:07  baqi sab cheezon ko secretary bana dein yehi ek hi solution hai is mamle ka Maulana agla sawal Raipur se hai miss Shabana ka unhon ne likha hai i have got an assignment to teach english to madrasa girls this goes me an opportunity of interaction for about one month</w:t>
      </w:r>
      <w:r>
        <w:br/>
      </w:r>
      <w:r>
        <w:rPr>
          <w:sz w:val="20"/>
        </w:rPr>
        <w:t>1:08:29  Maulana sahib you have mentioned many times that asal cheez hai development of mind that is positive thinking open mind its please guide me as to how i can effectively use this time of one month to start the process of the girls positive mind development</w:t>
      </w:r>
      <w:r>
        <w:br/>
      </w:r>
      <w:r>
        <w:rPr>
          <w:sz w:val="20"/>
        </w:rPr>
        <w:t>1:08:53  bhai yeh to ap yeh to on the spot baat tay karne ki hai ke jahan ap parhati hain woh station kya hai wahan kaise log hain wahan ke halaat kya hain is ke lehaz se ap khud plan karengi hum yahan se nahi bata sakte ke ap kya plan karein yahan se hum koi yani do do char ki tarah koi plan yahan se nahi bata sakte ap</w:t>
      </w:r>
    </w:p>
    <w:p>
      <w:pPr>
        <w:pStyle w:val="Heading2"/>
      </w:pPr>
      <w:r>
        <w:t>Is Some Negative Thinking Also Correct?</w:t>
      </w:r>
    </w:p>
    <w:p>
      <w:r>
        <w:rPr>
          <w:color w:val="666666"/>
          <w:sz w:val="18"/>
        </w:rPr>
        <w:t>The Divine Purpose Behind Human Creation October 6, 2024 · 16m 52s · at 58:54 · https://youtu.be/VepgdrN7M2A?t=3534</w:t>
      </w:r>
    </w:p>
    <w:p>
      <w:r>
        <w:rPr>
          <w:i/>
        </w:rPr>
        <w:t>“Moulana, you always spoke about positive thinking. But is it true that some negative thinking is also correct? For example, when you think of starting a new work, on one hand you are positive because you are going to start a new work, but on the other hand the thought also comes to mind that perhaps you may fail—so this is a negative thought.”</w:t>
      </w:r>
    </w:p>
    <w:p>
      <w:r>
        <w:rPr>
          <w:sz w:val="20"/>
        </w:rPr>
        <w:t>58:54  jazak Allah khaira, apa. apa, Rohit Kumar ji ne Amritsar se aik sawal kiya hai, unhon ne likha hai ke Maulana hamesha positive thinking ko le kar baat kartay thay.</w:t>
      </w:r>
      <w:r>
        <w:br/>
      </w:r>
      <w:r>
        <w:rPr>
          <w:sz w:val="20"/>
        </w:rPr>
        <w:t>59:05  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r>
        <w:br/>
      </w:r>
      <w:r>
        <w:rPr>
          <w:sz w:val="20"/>
        </w:rPr>
        <w:t>59:29  to yeh ek negative thaat hai.</w:t>
      </w:r>
      <w:r>
        <w:br/>
      </w:r>
      <w:r>
        <w:rPr>
          <w:sz w:val="20"/>
        </w:rPr>
        <w:t>59:31  to isi liye woh pooch rahe hain ke kya yeh thought ah is the is are these thoughts okay? ah, that in one hand you are positive about starting a new work, but in the other hand you are worried ke shayad aap nakamyab rahen.</w:t>
      </w:r>
      <w:r>
        <w:br/>
      </w:r>
      <w:r>
        <w:rPr>
          <w:sz w:val="20"/>
        </w:rPr>
        <w:t>59:46  to is ke baray mein ah woh aap ki aap ka advice chah rah</w:t>
      </w:r>
      <w:r>
        <w:br/>
      </w:r>
      <w:r>
        <w:rPr>
          <w:sz w:val="20"/>
        </w:rPr>
        <w:t>59:50  e hain. maine is ko negative nahi kahunga. yeh negativity to woh hai jab hum kisi ke khilaf, kisi ke khilaf koi galat baat sochen, woh negativity hoti hai.</w:t>
      </w:r>
      <w:r>
        <w:br/>
      </w:r>
      <w:r>
        <w:rPr>
          <w:sz w:val="20"/>
        </w:rPr>
        <w:t>1:00:02  ab aap koi bhi bara kaam karne ja rahe hain to yeh to sochen ge ke is ka nateeja kya nikle ga. yeh to bilkul natural hai, nateeja kya nikle ga?</w:t>
      </w:r>
      <w:r>
        <w:br/>
      </w:r>
      <w:r>
        <w:rPr>
          <w:sz w:val="20"/>
        </w:rPr>
        <w:t>1:00:11  ab bas ek baat yeh bhi hai ke jo log risk lete hain, kai baar un ko nuqsan hota hai, lekin agar risk nahi len to koi bara kaam kar bhi nahi sakte.</w:t>
      </w:r>
      <w:r>
        <w:br/>
      </w:r>
      <w:r>
        <w:rPr>
          <w:sz w:val="20"/>
        </w:rPr>
        <w:t>1:00:21  bilkul ji ji kehte hain, woh ek misal hai na ke jahaz jo hain, woh kya hai, woh harbor harbor mein rehne ke liye nahi banaye gaye hain.</w:t>
      </w:r>
      <w:r>
        <w:br/>
      </w:r>
      <w:r>
        <w:rPr>
          <w:sz w:val="20"/>
        </w:rPr>
        <w:t>1:00:32  ji yaad hai aap ko? haan, kuch achi si misal hai. ji bilkul baat samajh aa rahi hai jo aap bata rahe hain. to agar jahaz jaye ga jab samandar mein to kabhi toofan bhi aaye</w:t>
      </w:r>
      <w:r>
        <w:br/>
      </w:r>
      <w:r>
        <w:rPr>
          <w:sz w:val="20"/>
        </w:rPr>
        <w:t>1:00:41  ga. ji ji is ka matlab yeh nahi ke harbor mein woh khara rahe. ji to thora to yeh sab tajurba, in cheezon ko tajurbaat, tajurba samjha karien.</w:t>
      </w:r>
      <w:r>
        <w:br/>
      </w:r>
      <w:r>
        <w:rPr>
          <w:sz w:val="20"/>
        </w:rPr>
        <w:t>1:00:50  bilkul ek koi bohat bari company thi, naam yaad nahi aa raha hai, to us mein ek aadmi manager rakha gaya. to us ne koi risk liya aur bohat us mein bhari nuqsan ho gaya.</w:t>
      </w:r>
      <w:r>
        <w:br/>
      </w:r>
      <w:r>
        <w:rPr>
          <w:sz w:val="20"/>
        </w:rPr>
        <w:t>1:01:01  hmm ab woh bohat dar raha tha ke is ka malik jo hai, woh bohat ghusa hoga. to malik kuch bhi nahi ghusa hua, malik aur khush hua ke tum ne itna bara risk liya.</w:t>
      </w:r>
      <w:r>
        <w:br/>
      </w:r>
      <w:r>
        <w:rPr>
          <w:sz w:val="20"/>
        </w:rPr>
        <w:t>1:01:11  kyun ke har bara kaam ke liye risk lena hi parta hai, lekin bohat achay se</w:t>
      </w:r>
      <w:r>
        <w:br/>
      </w:r>
      <w:r>
        <w:rPr>
          <w:sz w:val="20"/>
        </w:rPr>
        <w:t>1:01:16  soch ke kaam karna chahiye. mashware, mashwara bhi zaroor karna chahiye. aur apa, loss ke bhi na do pehlu hote hain. ek to loss at itself aur doosri cheez yahi jo aap ne kaha ke learning from that loss.</w:t>
      </w:r>
      <w:r>
        <w:br/>
      </w:r>
      <w:r>
        <w:rPr>
          <w:sz w:val="20"/>
        </w:rPr>
        <w:t>1:01:29  matlab aap ko kya experience milta hai is loss se?</w:t>
      </w:r>
      <w:r>
        <w:br/>
      </w:r>
      <w:r>
        <w:rPr>
          <w:sz w:val="20"/>
        </w:rPr>
        <w:t>1:01:33  and aksar yeh bhi hai ke when you lose something or you suffer something negative, then you turn towards God for its compensation.</w:t>
      </w:r>
      <w:r>
        <w:br/>
      </w:r>
      <w:r>
        <w:rPr>
          <w:sz w:val="20"/>
        </w:rPr>
        <w:t>1:01:42  and who can be a better compensator then God himself, because woh minus ko plus kar sakte hain. to har loss mein mayoos nahi hona hai, har loss se ek experience lena hai, jaise aap ne kaha, ek learning leni hai.</w:t>
      </w:r>
      <w:r>
        <w:br/>
      </w:r>
      <w:r>
        <w:rPr>
          <w:sz w:val="20"/>
        </w:rPr>
        <w:t>1:01:54  and then turning towards God for the right direction, for the right adv</w:t>
      </w:r>
      <w:r>
        <w:br/>
      </w:r>
      <w:r>
        <w:rPr>
          <w:sz w:val="20"/>
        </w:rPr>
        <w:t>1:01:58  voice. Acha woh shayad aisa hai ke ships are safe in the harbour, but they are not made</w:t>
      </w:r>
      <w:r>
        <w:br/>
      </w:r>
      <w:r>
        <w:rPr>
          <w:sz w:val="20"/>
        </w:rPr>
        <w:t>1:02:04  for that purpose.</w:t>
      </w:r>
      <w:r>
        <w:br/>
      </w:r>
      <w:r>
        <w:rPr>
          <w:sz w:val="20"/>
        </w:rPr>
        <w:t>1:02:39  cheez to Quran o Hadees ke mutabiq wohi hai. Surah Al-Rad mein aaya hai, chapter 13, verse 28: "Suno, Allah ki yaad hi se dilo ko itminan hasil hota hai." ji peace to dekhiye,</w:t>
      </w:r>
      <w:r>
        <w:br/>
      </w:r>
      <w:r>
        <w:rPr>
          <w:sz w:val="20"/>
        </w:rPr>
        <w:t>1:02:57  Allah se jurrne mein hi peace hai,</w:t>
      </w:r>
      <w:r>
        <w:br/>
      </w:r>
      <w:r>
        <w:rPr>
          <w:sz w:val="20"/>
        </w:rPr>
        <w:t>1:03:00  warna peace to hai nahi. kyun ke insaan itna zyada is ki khwahishat hain, itni zyada khwahishat hain ke woh khwahishat kabhi poori hoti nahi hain.</w:t>
      </w:r>
      <w:r>
        <w:br/>
      </w:r>
      <w:r>
        <w:rPr>
          <w:sz w:val="20"/>
        </w:rPr>
        <w:t>1:03:10  ji to peace kahan se mile ga? hmm jab tak hum yeh na samajh lein ke yeh khwahishat is dunya mein poori hone ke liye nahi hain, balke yeh khwahishat is liye hain ke hum janen.</w:t>
      </w:r>
      <w:r>
        <w:br/>
      </w:r>
      <w:r>
        <w:rPr>
          <w:sz w:val="20"/>
        </w:rPr>
        <w:t>1:03:22  agar khwahishat soch lijiye, aap ko hamare andar khwahish na hoti to hamare andar jannat ki bhi khwahish na hoti.</w:t>
      </w:r>
      <w:r>
        <w:br/>
      </w:r>
      <w:r>
        <w:rPr>
          <w:sz w:val="20"/>
        </w:rPr>
        <w:t>1:03:28  to hum jannat ke liye koshish karen aur yeh janen ke yeh khwahishat jannat mein poori hongi. to is liye yeh khwahishat hain. ji to hum is ka, is is ka jo hai, sahi rukh se woh dekhna shuru kar dein.</w:t>
      </w:r>
      <w:r>
        <w:br/>
      </w:r>
      <w:r>
        <w:rPr>
          <w:sz w:val="20"/>
        </w:rPr>
        <w:t>1:03:44  life ki, life ko sahi rukh se dekhen. ji yeh galat rukh se dekhne</w:t>
      </w:r>
      <w:r>
        <w:br/>
      </w:r>
      <w:r>
        <w:rPr>
          <w:sz w:val="20"/>
        </w:rPr>
        <w:t>1:03:49  ke liye yeh hai. woh samajhte hain ke isi dunya mein ideal milega aur wohi kiya, poori history, human history mein logon ne yahi samjha ke isi dunya mein ideal milna chahiye.</w:t>
      </w:r>
      <w:r>
        <w:br/>
      </w:r>
      <w:r>
        <w:rPr>
          <w:sz w:val="20"/>
        </w:rPr>
        <w:t>1:04:01  toh ideal ki talash mein bohat kaam hue, tamam philosophers kaam karte rahe ideal ki talash mein. aik aik aik philosopher hai abdul karim al jili.</w:t>
      </w:r>
      <w:r>
        <w:br/>
      </w:r>
      <w:r>
        <w:rPr>
          <w:sz w:val="20"/>
        </w:rPr>
        <w:t>1:04:11  hmm toh is ki aik poora poori theory is ne develop kiya, insan-e-kamil ki. hmm</w:t>
      </w:r>
      <w:r>
        <w:br/>
      </w:r>
      <w:r>
        <w:rPr>
          <w:sz w:val="20"/>
        </w:rPr>
        <w:t>1:04:18  ke woh ideal man, ideal state, ideal society, ideal family, yeh aaj se thori ke woh chala aa raha hai, chala aa raha hai.</w:t>
      </w:r>
      <w:r>
        <w:br/>
      </w:r>
      <w:r>
        <w:rPr>
          <w:sz w:val="20"/>
        </w:rPr>
        <w:t>1:04:28  kyunke woh jo hamare andar ideal basa hua hai, woh jannat ka ideal hai. lekin ab log itna jante nahi, itna samajhte nahi hain. ab sikandar azam ki misaal lijiye, us ne socha tha sari dunya fateh kar ke aik ideal political social system banayenge.</w:t>
      </w:r>
      <w:r>
        <w:br/>
      </w:r>
      <w:r>
        <w:rPr>
          <w:sz w:val="20"/>
        </w:rPr>
        <w:t>1:04:46  ji kahan kar</w:t>
      </w:r>
      <w:r>
        <w:br/>
      </w:r>
      <w:r>
        <w:rPr>
          <w:sz w:val="20"/>
        </w:rPr>
        <w:t>1:04:47  saka? hmm toh woh toh bohat bahadur insan tha, bohat bashalahiyat insan tha, woh nahi kar saka. toh aik bohat dilchasp aik qissa hai charlie chaplin ka.</w:t>
      </w:r>
      <w:r>
        <w:br/>
      </w:r>
      <w:r>
        <w:rPr>
          <w:sz w:val="20"/>
        </w:rPr>
        <w:t>1:04:57  ji toh charlie chaplin toh bohat hi mashhoor comedian tha, log us ko dekh dekh ke bohat khush hote the us ke shows ko. toh aik din woh aik psychiatrist ke paas gaya, us se kaha ke "I live in constant tension." toh</w:t>
      </w:r>
      <w:r>
        <w:br/>
      </w:r>
      <w:r>
        <w:rPr>
          <w:sz w:val="20"/>
        </w:rPr>
        <w:t>1:05:14  psychiatrist ne kaha "You should watch the shows of Charlie Chaplin." toh us ne kaha "But I am Charlie Chaplin." ji toh woh aadmi jo kaam comedy kar raha hai, logon ko hasa raha hai, woh bhi khush nahi hai.</w:t>
      </w:r>
      <w:r>
        <w:br/>
      </w:r>
      <w:r>
        <w:rPr>
          <w:sz w:val="20"/>
        </w:rPr>
        <w:t>1:05:29  kyunke insan jannat ke ilawa aur Khuda se mulaqat ke ilawa kisi cheez se khush reh nahi sakta.</w:t>
      </w:r>
      <w:r>
        <w:br/>
      </w:r>
      <w:r>
        <w:rPr>
          <w:sz w:val="20"/>
        </w:rPr>
        <w:t>1:05:39  dunya ki cheezon se woh khush nahi reh</w:t>
      </w:r>
      <w:r>
        <w:br/>
      </w:r>
      <w:r>
        <w:rPr>
          <w:sz w:val="20"/>
        </w:rPr>
        <w:t>1:05:41  sakta. woh sirf aarzii koi cheez aap ke paas aayi hai, koi cheez aap ke paas nahi aayi jis ko aap bohat chahte the.</w:t>
      </w:r>
      <w:r>
        <w:br/>
      </w:r>
      <w:r>
        <w:rPr>
          <w:sz w:val="20"/>
        </w:rPr>
        <w:t>1:05:50  woh thore lamhon mein bhi aap ko lagne lagta hai ke ab is se dilchaspi aap ko nahi rahi. ji isi liye jo bare bare log hain, hero heroine, paise wale, woh ghar badalte rehte hain, gariyan badalte rehte hain ke woh bohat jald un ko bore ho jate hain.</w:t>
      </w:r>
      <w:r>
        <w:br/>
      </w:r>
      <w:r>
        <w:rPr>
          <w:sz w:val="20"/>
        </w:rPr>
        <w:t>1:06:05  ji toh is dunya mein boredom hai, aap ko kuch bhi mil jaye, aap bore ho jayenge.</w:t>
      </w:r>
      <w:r>
        <w:br/>
      </w:r>
      <w:r>
        <w:rPr>
          <w:sz w:val="20"/>
        </w:rPr>
        <w:t>1:06:11  toh is ka aik aur woh hai ke "I Charlie Chaplin ka I love walking in the rain because no one can see me cry." toh aik baar Maulana ne bohat sare bare bare logon ko encyclopedia mein nikala tha, 402 top ke logon ko.</w:t>
      </w:r>
      <w:r>
        <w:br/>
      </w:r>
      <w:r>
        <w:rPr>
          <w:sz w:val="20"/>
        </w:rPr>
        <w:t>1:06:30  ji toh is mein Alexander, Napoleon, Hitler, Button, Roosevelt waghera, Mother Teresa sab disappear mein mar</w:t>
      </w:r>
      <w:r>
        <w:br/>
      </w:r>
      <w:r>
        <w:rPr>
          <w:sz w:val="20"/>
        </w:rPr>
        <w:t>1:06:38  e. halanke jo hum achieve karna chahte hain, hum toh woh nahi achieve kar sake. in logon ne toh bohat kuch achieve kiya. ji lekin woh is dunya mein asal mein hai hi nahi.</w:t>
      </w:r>
      <w:r>
        <w:br/>
      </w:r>
      <w:r>
        <w:rPr>
          <w:sz w:val="20"/>
        </w:rPr>
        <w:t>1:06:51  woh fulfillment is dunya mein hai hi nahi, toh milega kahan se? is dunya mein toh bas hamari duties hain, duties hain. Maulana kehte the ke aap ko rights jo hain na, woh sab akhirat mein milenge.</w:t>
      </w:r>
      <w:r>
        <w:br/>
      </w:r>
      <w:r>
        <w:rPr>
          <w:sz w:val="20"/>
        </w:rPr>
        <w:t>1:07:03  is dunya mein sirf duties hain. ji</w:t>
      </w:r>
      <w:r>
        <w:br/>
      </w:r>
      <w:r>
        <w:rPr>
          <w:sz w:val="20"/>
        </w:rPr>
        <w:t>1:07:07  ab Albert Einstein ko le lijiye, most famous scientist in the world. ab Israel jab bana toh logon ne chaha ke isi ko Israel ka pehla president banaye, lekin Nobel Prize bhi us ko mila tha.</w:t>
      </w:r>
      <w:r>
        <w:br/>
      </w:r>
      <w:r>
        <w:rPr>
          <w:sz w:val="20"/>
        </w:rPr>
        <w:t>1:07:21  lekin us ne bilkul inkar kar diya. aur aakhri zamane mein us ne kaha ke "He died at the age of 76." us ne kaha ke "I am alone, I feel like a stranger in the world.</w:t>
      </w:r>
      <w:r>
        <w:br/>
      </w:r>
      <w:r>
        <w:rPr>
          <w:sz w:val="20"/>
        </w:rPr>
        <w:t>1:07:35  " itna qabil aadmi. hmm toh woh bhi aik stranger ki nafsiyat ke sath mara. ji toh asal mein hamein ideology of life ko discover karna hai,</w:t>
      </w:r>
      <w:r>
        <w:br/>
      </w:r>
      <w:r>
        <w:rPr>
          <w:sz w:val="20"/>
        </w:rPr>
        <w:t>1:07:48  na ke ideology of atom se hamein sukoon nahi milega. yeh toh sab dunya mein chunke Khuda ne potential rakha hai, us ko discover kar ke aik aik tehzeeb banani hai.</w:t>
      </w:r>
      <w:r>
        <w:br/>
      </w:r>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r>
        <w:br/>
      </w:r>
      <w:r>
        <w:rPr>
          <w:sz w:val="20"/>
        </w:rPr>
        <w:t>1:09:28  ji aap that brings us to the last question of today session. aap ne bhi jaise ah abhi kaha aur aap ne starting mein bhi kaha tha ke khuda ki marifat mein aap</w:t>
      </w:r>
      <w:r>
        <w:br/>
      </w:r>
      <w:r>
        <w:rPr>
          <w:sz w:val="20"/>
        </w:rPr>
        <w:t>1:09:39  jiyein. to aap we can say that the purpose of human life is is marifat and the life before death is beginning of marifat and life after death is the culmination of marifat.</w:t>
      </w:r>
      <w:r>
        <w:br/>
      </w:r>
      <w:r>
        <w:rPr>
          <w:sz w:val="20"/>
        </w:rPr>
        <w:t>1:09:53  ah but aap yahi aakhri sawal bhi hai isi ko le kar ke kya marifat jo hai, woh ah marne ke baad bhi jaari rahe gi?</w:t>
      </w:r>
      <w:r>
        <w:br/>
      </w:r>
      <w:r>
        <w:rPr>
          <w:sz w:val="20"/>
        </w:rPr>
        <w:t>1:10:01  ah is ke bare mein aap bataein.</w:t>
      </w:r>
      <w:r>
        <w:br/>
      </w:r>
      <w:r>
        <w:rPr>
          <w:sz w:val="20"/>
        </w:rPr>
        <w:t>1:10:04  is ke bare mein Maulana ne apni kitaab "kitaab marifat" par bohat achhe tareeqe se is ka shayad aakhri chapter hai. ji bohat achhe tareeqe se is par ah likha hai.</w:t>
      </w:r>
      <w:r>
        <w:br/>
      </w:r>
      <w:r>
        <w:rPr>
          <w:sz w:val="20"/>
        </w:rPr>
        <w:t>1:10:18  to insaan ka dekhiye, lamahdood dimaagh hai aur bare se bara scientist bhi do chaar paanch percent hi use kar pata hai.</w:t>
      </w:r>
      <w:r>
        <w:br/>
      </w:r>
      <w:r>
        <w:rPr>
          <w:sz w:val="20"/>
        </w:rPr>
        <w:t>1:10:27  to ab Allah taala ne koi bhi cheez bilawaja to nahin banai.</w:t>
      </w:r>
      <w:r>
        <w:br/>
      </w:r>
      <w:r>
        <w:rPr>
          <w:sz w:val="20"/>
        </w:rPr>
        <w:t>1:10:32  har cheez ab janwaron ko dekhiye, un ke instinct mein itna hi rehta hai jitni un ko zaroorat hai. to insaan ko itni zyada kyun diya gaya?</w:t>
      </w:r>
      <w:r>
        <w:br/>
      </w:r>
      <w:r>
        <w:rPr>
          <w:sz w:val="20"/>
        </w:rPr>
        <w:t>1:10:42  ah dimaagh is ka matlab hai ke woh dimaagh ah jo hai, woh kahin na kahin is ka istemal hoga. to woh jo lamahdood dimaagh Allah ne diya hai, to woh yahan istemal ho nahin raha hai kyunke yahan ki limitations hain.</w:t>
      </w:r>
      <w:r>
        <w:br/>
      </w:r>
      <w:r>
        <w:rPr>
          <w:sz w:val="20"/>
        </w:rPr>
        <w:t>1:10:57  to is limitations har tarah ki hain: maut hai, barhapa hai, accident hai, bimari hai.</w:t>
      </w:r>
      <w:r>
        <w:br/>
      </w:r>
      <w:r>
        <w:rPr>
          <w:sz w:val="20"/>
        </w:rPr>
        <w:t>1:11:02  yeh sari limitations hain. to is tareeqe se hamari jo creation plan hai, jo Allah taala ne hamein bataya hai, peghambaron ne bataya hai, is ke do phase hain: ek to yeh present world hai aur ek jo hai akhirat ki dunya hai.</w:t>
      </w:r>
      <w:r>
        <w:br/>
      </w:r>
      <w:r>
        <w:rPr>
          <w:sz w:val="20"/>
        </w:rPr>
        <w:t>1:11:18  to present world mein aaghaz hoga marifat ka aur akhirat ki dunya mein is ki takmeel hogi.</w:t>
      </w:r>
      <w:r>
        <w:br/>
      </w:r>
      <w:r>
        <w:rPr>
          <w:sz w:val="20"/>
        </w:rPr>
        <w:t>1:11:26  to is dunya mein jo hai asal jo kaam hai is dunya mein woh hai jaise companies ke liye recruitment kiya jata hai, waise hi yahan par deserving candidate ka recruitment ho raha hai, selection ho raha hai.</w:t>
      </w:r>
      <w:r>
        <w:br/>
      </w:r>
      <w:r>
        <w:rPr>
          <w:sz w:val="20"/>
        </w:rPr>
        <w:t>1:11:39  aur jitne competent log hain, woh sab alag kar diye jayen ge, chhaant ke, aur aur phir unhi ko akhirat mein mauqa mile ga kaam karne ka.</w:t>
      </w:r>
      <w:r>
        <w:br/>
      </w:r>
      <w:r>
        <w:rPr>
          <w:sz w:val="20"/>
        </w:rPr>
        <w:t>1:11:53  to doosri dunya mein jo ek to insaan ko keh keh ki sari limitations khatam ho hi jayen gi, aur doosri dunya mein farishtay khul kar hamara saath den ge.</w:t>
      </w:r>
      <w:r>
        <w:br/>
      </w:r>
      <w:r>
        <w:rPr>
          <w:sz w:val="20"/>
        </w:rPr>
        <w:t>1:12:03  ji wahan farishtay invisible nahin honge, visible honge. yahan to invisible hain hamara. jab hum kabhi bohat maslay mein par jate hain, museebat mein par jate hain to farishtay saath dete hain,</w:t>
      </w:r>
      <w:r>
        <w:br/>
      </w:r>
      <w:r>
        <w:rPr>
          <w:sz w:val="20"/>
        </w:rPr>
        <w:t>1:12:16  lekin wahan par hamare saath honge farishtay aur hamara poori madad karen ge. aur wahan koi thakan nahin hogi, kuch nahin.</w:t>
      </w:r>
      <w:r>
        <w:br/>
      </w:r>
      <w:r>
        <w:rPr>
          <w:sz w:val="20"/>
        </w:rPr>
        <w:t>1:12:25  wahan bohat hi joyful activities hongi. yeh joyful activities quran mein aaya hai ke wahan par log bohat sar garam honge, safar karen ge, har kaam karen ge, Allah ki raza ke mutabiq har kaam karen ge, lekin koi thakan nahin hogi, koi kuch nahin hoga.</w:t>
      </w:r>
      <w:r>
        <w:br/>
      </w:r>
      <w:r>
        <w:rPr>
          <w:sz w:val="20"/>
        </w:rPr>
        <w:t>1:12:44  is mein ek aaya hai ke wahan par jab mard log jayen ge shopping karne to wahan se ayen ge to woh aur khoobsurat lag rahe honge.</w:t>
      </w:r>
      <w:r>
        <w:br/>
      </w:r>
      <w:r>
        <w:rPr>
          <w:sz w:val="20"/>
        </w:rPr>
        <w:t>1:12:53  un ki biwiyan kahen gi: "ab to aur zyada achhe lag rahe hain." to ab yahan dekhiye, shopping karne aap jate hain, kitna thak thaka ke ate hain. ji aur halat kharab ho jati hai.</w:t>
      </w:r>
      <w:r>
        <w:br/>
      </w:r>
      <w:r>
        <w:rPr>
          <w:sz w:val="20"/>
        </w:rPr>
        <w:t>1:13:03  to wahan par jo bhi activities hongi, wahan aap bahut hi joyful activities hongi. wo</w:t>
      </w:r>
      <w:r>
        <w:br/>
      </w:r>
      <w:r>
        <w:rPr>
          <w:sz w:val="20"/>
        </w:rPr>
        <w:t>1:13:10  ji to is tarike se insan jo hai, wahan par farishton ki madad se aala rohani jo hai tajrubaat is ko honge.</w:t>
      </w:r>
      <w:r>
        <w:br/>
      </w:r>
      <w:r>
        <w:rPr>
          <w:sz w:val="20"/>
        </w:rPr>
        <w:t>1:13:21  musalsal marifat ka safar hoga, wahan neend bhi nahi aayegi. jab itni zyada wahan khushiyan hongi to khushi mein neend kahan ati hai</w:t>
      </w:r>
      <w:r>
        <w:br/>
      </w:r>
      <w:r>
        <w:rPr>
          <w:sz w:val="20"/>
        </w:rPr>
        <w:t>1:13:29  ? to wahan par insan musalsal sargaram rahega Khuda ki marifat hasil karne ke liye. aur jab Khuda kabhi kabhi apni jhalakiyan dikhayega to phir insan ab wo sari jo jannat ki khushiyan hain, wo bhi bhool jayega Khuda ki jhalakiyan dekh kar ke.</w:t>
      </w:r>
      <w:r>
        <w:br/>
      </w:r>
      <w:r>
        <w:rPr>
          <w:sz w:val="20"/>
        </w:rPr>
        <w:t>1:13:45  ji to wahan par jo Maulana kehte the "spiritual empire" to us ki beginning yahan hai aur spiritual empire banegi aa</w:t>
      </w:r>
      <w:r>
        <w:br/>
      </w:r>
      <w:r>
        <w:rPr>
          <w:sz w:val="20"/>
        </w:rPr>
        <w:t>1:13:55  khirat mein. to hamein yahi chahiye, yahi ek hi shart hai ke insan Khuda ke plan ko samjhe aur us ke mutabiq apna safar jari rakhe.</w:t>
      </w:r>
      <w:r>
        <w:br/>
      </w:r>
      <w:r>
        <w:rPr>
          <w:sz w:val="20"/>
        </w:rPr>
        <w:t>1:14:07  aur yeh safar jannat mein eternally, eternally jari rahega. wo logon ne sahi kaha hai ke agar hum khali sofa pe baith ke khate peete rahein to bore to ho hi jayenge.</w:t>
      </w:r>
      <w:r>
        <w:br/>
      </w:r>
      <w:r>
        <w:rPr>
          <w:sz w:val="20"/>
        </w:rPr>
        <w:t>1:14:17  to wo bore nahi hone ka hai. wahan</w:t>
      </w:r>
      <w:r>
        <w:br/>
      </w:r>
      <w:r>
        <w:rPr>
          <w:sz w:val="20"/>
        </w:rPr>
        <w:t>1:14:19  par ab Maulana ne bataya ke wahan musalsal joyful activities hongi aur marifat ki, Khuda ki marifat wali activities hongi.</w:t>
      </w:r>
      <w:r>
        <w:br/>
      </w:r>
      <w:r>
        <w:rPr>
          <w:sz w:val="20"/>
        </w:rPr>
        <w:t>1:14:29  to is tarike se jannat mein hum apna musalsal spiritual development karte rahenge. ji jaisa ke Allah aap ko "for doing a very detailed session in today topic".</w:t>
      </w:r>
      <w:r>
        <w:br/>
      </w:r>
      <w:r>
        <w:rPr>
          <w:sz w:val="20"/>
        </w:rPr>
        <w:t>1:14:42  so we with this we will end today class. thank you for watching aur</w:t>
      </w:r>
      <w:r>
        <w:br/>
      </w:r>
      <w:r>
        <w:rPr>
          <w:sz w:val="20"/>
        </w:rPr>
        <w:t>1:14:47  program. be back next sunday same time. thank you.</w:t>
      </w:r>
    </w:p>
    <w:p>
      <w:pPr>
        <w:pStyle w:val="Heading2"/>
      </w:pPr>
      <w:r>
        <w:t>How to stay positive amidst constant distractions?</w:t>
      </w:r>
    </w:p>
    <w:p>
      <w:r>
        <w:rPr>
          <w:color w:val="666666"/>
          <w:sz w:val="18"/>
        </w:rPr>
        <w:t>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Rising above negativity for positive divine response</w:t>
      </w:r>
    </w:p>
    <w:p>
      <w:r>
        <w:rPr>
          <w:color w:val="666666"/>
          <w:sz w:val="18"/>
        </w:rPr>
        <w:t>Prophetic Model February 16, 2014 · 2m 45s · at 55:27 · https://youtu.be/ypIIqSmExzk?t=3327</w:t>
      </w:r>
    </w:p>
    <w:p>
      <w:r>
        <w:rPr>
          <w:i/>
        </w:rPr>
        <w:t>“How can we rise above a negative situation to be able to give a positive divine response? Please guide us.”</w:t>
      </w:r>
    </w:p>
    <w:p>
      <w:r>
        <w:rPr>
          <w:sz w:val="20"/>
        </w:rPr>
        <w:t>55:27  maulana agla sawal lene se pehle ek comment parhna chahenge jo Maulana Iqbal Umri ne bheja hai Tamil Nadu se. unhon ne likha hai: "Maulana ibadat aur itaat ke is farq se mein andha tha." Maulana Allah aap ko jaza e khair de.</w:t>
      </w:r>
      <w:r>
        <w:br/>
      </w:r>
      <w:r>
        <w:rPr>
          <w:sz w:val="20"/>
        </w:rPr>
        <w:t>55:47  Maulana agla sawal Delhi se hai Miss Naghma Siddiqui ka. unhon ne likha hai: "How can we rise above negative situation to be able to give a positive rabbani response?</w:t>
      </w:r>
      <w:r>
        <w:br/>
      </w:r>
      <w:r>
        <w:rPr>
          <w:sz w:val="20"/>
        </w:rPr>
        <w:t>56:02  Please guide us." kis ka hai? Naghma Siddiqui. dekhiye yeh bohat hi aasan hai.</w:t>
      </w:r>
      <w:r>
        <w:br/>
      </w:r>
      <w:r>
        <w:rPr>
          <w:sz w:val="20"/>
        </w:rPr>
        <w:t>56:15  woh hai cheezon ko aap Allah ke khane mein daalte rahen. bas. ek hi nuskhah is ka hai.</w:t>
      </w:r>
      <w:r>
        <w:br/>
      </w:r>
      <w:r>
        <w:rPr>
          <w:sz w:val="20"/>
        </w:rPr>
        <w:t>56:24  aur yeh Surah Yusuf mein bataya hua hai. yeh nuskhah. aap jante hain ke Hazrat Yaqoob jo thay un ko ek bohat bara sadmah guzra.</w:t>
      </w:r>
      <w:r>
        <w:br/>
      </w:r>
      <w:r>
        <w:rPr>
          <w:sz w:val="20"/>
        </w:rPr>
        <w:t>56:35  un ke ek bete ko yani kuinwein mein daal diya. bazahir yeh bataya ke bhediya kha gaya. to ek bohat bara sadmah tha.</w:t>
      </w:r>
      <w:r>
        <w:br/>
      </w:r>
      <w:r>
        <w:rPr>
          <w:sz w:val="20"/>
        </w:rPr>
        <w:t>56:46  lekin aap parhiye Surah Yusuf ko to Hazrat Yaqoob ghussa nahi hue. kuch bhi ghussa nahi hue. yeh keh diya ke innam ashku basti wahdani ila Allah.</w:t>
      </w:r>
      <w:r>
        <w:br/>
      </w:r>
      <w:r>
        <w:rPr>
          <w:sz w:val="20"/>
        </w:rPr>
        <w:t>56:58  yani is mamle ko mein Allah ke khane mein dalta hoon. jo kuch guzra us ko mein Allah ke khane mein dalta hoon. yeh bhi kar sakte thay woh ke yani apne bete par ghussa hote, marte un ko, nikalte.</w:t>
      </w:r>
      <w:r>
        <w:br/>
      </w:r>
      <w:r>
        <w:rPr>
          <w:sz w:val="20"/>
        </w:rPr>
        <w:t>57:14  kyun ke bazahir wohi zimmedar thay is ke. to unhon ne aa kar kaha ke tumhare bete ko bhediya kha gaya. to ghussa nahi hue.</w:t>
      </w:r>
      <w:r>
        <w:br/>
      </w:r>
      <w:r>
        <w:rPr>
          <w:sz w:val="20"/>
        </w:rPr>
        <w:t>57:27  to yeh keh diya ke innam ashku basti wahdani ila Allah. mein apna jo jo guzra mere upar us ko mein Allah ke khane mein dalta hoon. is tarah unhon ne apne ko positive bana liya.</w:t>
      </w:r>
      <w:r>
        <w:br/>
      </w:r>
      <w:r>
        <w:rPr>
          <w:sz w:val="20"/>
        </w:rPr>
        <w:t>57:40  yahi behtareen nuskhah hai. koi bhi baat guzre jo aap ko sadmah pohanchay, jo aap ko yani aap ke liye unpleasant ho.</w:t>
      </w:r>
      <w:r>
        <w:br/>
      </w:r>
      <w:r>
        <w:rPr>
          <w:sz w:val="20"/>
        </w:rPr>
        <w:t>57:52  kisi bhi qism ka nuqsan to us ko Allah ke khane mein daal diye. innam bas yahi keh diye ke innam ashku basti wahdani ila Allah.</w:t>
      </w:r>
      <w:r>
        <w:br/>
      </w:r>
      <w:r>
        <w:rPr>
          <w:sz w:val="20"/>
        </w:rPr>
        <w:t>58:02  yeh ayat Surah Yusuf mein hai. us ko aap us mein dekh sakte hain.</w:t>
      </w:r>
      <w:r>
        <w:br/>
      </w:r>
      <w:r>
        <w:rPr>
          <w:sz w:val="20"/>
        </w:rPr>
        <w:t>58:12  Maulana agla sawal Delhi se hai Jameel Akhtar sahib ka. unhon ne likha hai: "Musalmanon ka ek firqah bashar ki ajeeb o ghareeb taweel karta hai jo aap ki tashreeh se mil nahi khati.</w:t>
      </w:r>
    </w:p>
    <w:p>
      <w:pPr>
        <w:pStyle w:val="Heading2"/>
      </w:pPr>
      <w:r>
        <w:t>Positive thinking definition and adoption methods</w:t>
      </w:r>
    </w:p>
    <w:p>
      <w:r>
        <w:rPr>
          <w:color w:val="666666"/>
          <w:sz w:val="18"/>
        </w:rPr>
        <w:t>Doomsday is Coming November 24, 2013 · 26m 03s · at 47:43 · https://youtu.be/rixrzrrK-cE?t=2863</w:t>
      </w:r>
    </w:p>
    <w:p>
      <w:r>
        <w:rPr>
          <w:i/>
        </w:rPr>
        <w:t>“What is positive thinking and how can it be adopted? Also, can you recommend a book on this?”</w:t>
      </w:r>
    </w:p>
    <w:p>
      <w:r>
        <w:rPr>
          <w:sz w:val="20"/>
        </w:rPr>
        <w:t>47:43  maulana, agla sawal islamabad, pakistan se aaya hai, jo muhammad faisal sahab ne kiya hai. Unhone likha hai: "Maulana, positive thinking kya hai aur usko kis tarike se adopt kiya jaye?</w:t>
      </w:r>
      <w:r>
        <w:br/>
      </w:r>
      <w:r>
        <w:rPr>
          <w:sz w:val="20"/>
        </w:rPr>
        <w:t>47:58  aur iske liye agar koi aap kitaab mujhe recommend kar sakte hain to please mujhe bataiye." hamari to saari kitaabein isi par hain.</w:t>
      </w:r>
      <w:r>
        <w:br/>
      </w:r>
      <w:r>
        <w:rPr>
          <w:sz w:val="20"/>
        </w:rPr>
        <w:t>48:09  positive thinking yeh to hamara mission hai.</w:t>
      </w:r>
      <w:r>
        <w:br/>
      </w:r>
      <w:r>
        <w:rPr>
          <w:sz w:val="20"/>
        </w:rPr>
        <w:t>48:12  aap hamara magazine jo Arsal nikalta hai, woh yaani chupa hua milta hai, usko aap internet par padh sakte hain, usko us mein bhi har mahine aata rehta hai.</w:t>
      </w:r>
      <w:r>
        <w:br/>
      </w:r>
      <w:r>
        <w:rPr>
          <w:sz w:val="20"/>
        </w:rPr>
        <w:t>48:25  hamari tafseer jo hai, woh bhi isi mauzu par hai. Hamari saari kitaabein hi yeh hain ke how to develop positive thinking.</w:t>
      </w:r>
      <w:r>
        <w:br/>
      </w:r>
      <w:r>
        <w:rPr>
          <w:sz w:val="20"/>
        </w:rPr>
        <w:t>48:39  baqi yeh hai ke kaise aisa hota hai?</w:t>
      </w:r>
      <w:r>
        <w:br/>
      </w:r>
      <w:r>
        <w:rPr>
          <w:sz w:val="20"/>
        </w:rPr>
        <w:t>48:41  to yahi to imtehaan hai. Duniya ko dekhiye, quran mein hai ke laqad khalaqnal insaana fi qab. Duniya ko paida kiya Allah taala ne is tarah ke yahan par problem hote hain.</w:t>
      </w:r>
      <w:r>
        <w:br/>
      </w:r>
      <w:r>
        <w:rPr>
          <w:sz w:val="20"/>
        </w:rPr>
        <w:t>48:52  darul qabz ke maani hain problem, problem, problem. World of problem. To aaj kal musalmanon ka kya haal hai?</w:t>
      </w:r>
      <w:r>
        <w:br/>
      </w:r>
      <w:r>
        <w:rPr>
          <w:sz w:val="20"/>
        </w:rPr>
        <w:t>49:01  problem ke khilaf chekhna chalana, yahi unhon ne islam bana rakha hai is ko.</w:t>
      </w:r>
      <w:r>
        <w:br/>
      </w:r>
      <w:r>
        <w:rPr>
          <w:sz w:val="20"/>
        </w:rPr>
        <w:t>49:07  yani protest karna ka matlab yeh hai ke aap chahte hain ke problem na ho. aap ghor kijiye ke aap Khuda ki takhleeq ko badalna chahte hain. jab Quran mein saaf saaf likha hua hai ke laqad khalaqna al-insana fi qabbin.</w:t>
      </w:r>
      <w:r>
        <w:br/>
      </w:r>
      <w:r>
        <w:rPr>
          <w:sz w:val="20"/>
        </w:rPr>
        <w:t>49:23  Allah ko paida kiya insan ne aur yahan rakha hai ek world of problem mein. yahan to problem hoga,</w:t>
      </w:r>
      <w:r>
        <w:br/>
      </w:r>
      <w:r>
        <w:rPr>
          <w:sz w:val="20"/>
        </w:rPr>
        <w:t>49:31  lekin kaisi ajeeb baat hai ke Musalman sab pe doosron ko be-hurmati ka ilzaam batate hain, khud be-hurmati kar rahe hain. Musalman doosron ko ilzaam lagate hain ke Quran ki be-hurmati kiya is ne?</w:t>
      </w:r>
      <w:r>
        <w:br/>
      </w:r>
      <w:r>
        <w:rPr>
          <w:sz w:val="20"/>
        </w:rPr>
        <w:t>49:45  aur hungama karte hain is ke upar. jalsa jaloos ke hungame hote hain. khud Musalman sab bari be-hurmati yeh kar rahe hain ke Allah ne ailan kiya hai ke hum ne dunya ko banaya hai is tarah ke yahan par problem rahen ge.</w:t>
      </w:r>
      <w:r>
        <w:br/>
      </w:r>
      <w:r>
        <w:rPr>
          <w:sz w:val="20"/>
        </w:rPr>
        <w:t>49:59  aap shor macha rahe hain ke problem na ho.</w:t>
      </w:r>
      <w:r>
        <w:br/>
      </w:r>
      <w:r>
        <w:rPr>
          <w:sz w:val="20"/>
        </w:rPr>
        <w:t>50:03  aap jahan se dekhen, Kashmir se le kar Egypt tak, Arkan se le kar Palestine tak, yahi to ho raha hai. woh chahte hain ke problem na ho hamare liye.</w:t>
      </w:r>
      <w:r>
        <w:br/>
      </w:r>
      <w:r>
        <w:rPr>
          <w:sz w:val="20"/>
        </w:rPr>
        <w:t>50:14  ek no problem world hamein chahiye. to yeh to sab se be-hurmati hai Quran Majeed ki. to dekhiye, yeh yeh muamla Allah ke ke creation plan se juda hua hai.</w:t>
      </w:r>
      <w:r>
        <w:br/>
      </w:r>
      <w:r>
        <w:rPr>
          <w:sz w:val="20"/>
        </w:rPr>
        <w:t>50:29  yeh Allah ke creation plan hai ke aap ko rehna pare ga world world of problem mein. aap ne ko bachana pare ga phir bhi negativity se, provocation se.</w:t>
      </w:r>
      <w:r>
        <w:br/>
      </w:r>
      <w:r>
        <w:rPr>
          <w:sz w:val="20"/>
        </w:rPr>
        <w:t>50:42  yahi to yahi to imtehan hai.</w:t>
      </w:r>
      <w:r>
        <w:br/>
      </w:r>
      <w:r>
        <w:rPr>
          <w:sz w:val="20"/>
        </w:rPr>
        <w:t>50:47  kaisi ajeeb o ghareeb baat hai ke jo cheezen Allah Ta'ala ne bator imtehan rakhi hain, usi ko chahte hain Musalman ke is ko khatam kar diya</w:t>
      </w:r>
      <w:r>
        <w:br/>
      </w:r>
      <w:r>
        <w:rPr>
          <w:sz w:val="20"/>
        </w:rPr>
        <w:t>50:54  jaye. ek aisi dunya ho jahan koi problem nahi, jahan koi negative tajruba nahi, jahan koi koi provocation karne wala nahi. to yeh to ho nahi sakta.</w:t>
      </w:r>
      <w:r>
        <w:br/>
      </w:r>
      <w:r>
        <w:rPr>
          <w:sz w:val="20"/>
        </w:rPr>
        <w:t>51:04  that's against the creation plan of God. to Musalman lad rahe hain Allah ke creation plan se lad rahe hain. sari dunya mein, chahe Kashmir ho, chahe Palestine ho, chahe Egypt ho, chahe Pakistan ho, chahe Iran ho, Iraq ho, har jagah Musalman jo bomb maar rahe hain, woh Allah ke creation plan of God jo hai, us ke us ke khilaf bomb maar rahe hain.</w:t>
      </w:r>
      <w:r>
        <w:br/>
      </w:r>
      <w:r>
        <w:rPr>
          <w:sz w:val="20"/>
        </w:rPr>
        <w:t>51:25  kaisi bhayanak baat hai yeh? kaisi bhayanak</w:t>
      </w:r>
      <w:r>
        <w:br/>
      </w:r>
      <w:r>
        <w:rPr>
          <w:sz w:val="20"/>
        </w:rPr>
        <w:t>51:27  baat hai? aur sawal karte hain ke kaise positive banein? bhai, positive banne mein to jannat mile gi. yahi to jannat ka ticket hai.</w:t>
      </w:r>
      <w:r>
        <w:br/>
      </w:r>
      <w:r>
        <w:rPr>
          <w:sz w:val="20"/>
        </w:rPr>
        <w:t>51:38  yaad rakhiye, jannat sirf is ke liye hai jo Allah ki dunya mein, jis ko Allah ne banaya hai dar-ul-qabz ke taur par, wahan par woh apne ko bachaye negativity se aur banaye apne aap ko positive.</w:t>
      </w:r>
      <w:r>
        <w:br/>
      </w:r>
      <w:r>
        <w:rPr>
          <w:sz w:val="20"/>
        </w:rPr>
        <w:t>51:52  jo provocation se, hate se, tashaddud se sab bachaye apne aap ko.</w:t>
      </w:r>
      <w:r>
        <w:br/>
      </w:r>
      <w:r>
        <w:rPr>
          <w:sz w:val="20"/>
        </w:rPr>
        <w:t>51:58  yahi to imtehan hai. isi par jannat hai. aur sari Muslim dunya jo hai, isi mein mubtala hai.</w:t>
      </w:r>
      <w:r>
        <w:br/>
      </w:r>
      <w:r>
        <w:rPr>
          <w:sz w:val="20"/>
        </w:rPr>
        <w:t>52:08  main phir kahoon ga ke dekhiye, Allah ka jo creation plan hai, jo takhleeq ka mansooba hai, woh yeh hai ke aap ko paida kar ke rakha gaya hai ek is dunya mein jahan masael hain, masael hain jahan provocation hai, jahan negative tajruba hain.</w:t>
      </w:r>
      <w:r>
        <w:br/>
      </w:r>
      <w:r>
        <w:rPr>
          <w:sz w:val="20"/>
        </w:rPr>
        <w:t>52:25  lekin in sab ke bawajood aap ko positive response dena hai. in sab ke bawajood aap ko positive thinking develop karna hai apne andar. in sab ke bawajood aap ko dunya ka khair khwah banna hai, dunya se mohabbat karna hai.</w:t>
      </w:r>
      <w:r>
        <w:br/>
      </w:r>
      <w:r>
        <w:rPr>
          <w:sz w:val="20"/>
        </w:rPr>
        <w:t>52:37  in sab ke bawajood aap ko dunya ko dushman nahi samajhna hai, balkeh un ka khair khwah ban kar dunya mein rehna hai.</w:t>
      </w:r>
      <w:r>
        <w:br/>
      </w:r>
      <w:r>
        <w:rPr>
          <w:sz w:val="20"/>
        </w:rPr>
        <w:t>52:45  yahi yahi jannat ka jannat ke sath ticket hai. yahi jannat ka ticket hai. koi aur cheez nahi hai jo aadmi ko jannat mein le jane wali ho. yeh bilkul tashaddud baat hai ke Musalmanon ne jo bana rakha hai ke falan cheez se jannat mil jaye gi, falan jannat mil jaye gi, woh sab bilkul khud sakhta hain.</w:t>
      </w:r>
      <w:r>
        <w:br/>
      </w:r>
      <w:r>
        <w:rPr>
          <w:sz w:val="20"/>
        </w:rPr>
        <w:t>53:03  jannat mile gi sirf is par ke aap negative world mein positive ban kar rahen.</w:t>
      </w:r>
      <w:r>
        <w:br/>
      </w:r>
      <w:r>
        <w:rPr>
          <w:sz w:val="20"/>
        </w:rPr>
        <w:t>53:10  yahi jannat ka ticket hai. yahi jannat ke sath ticket hai. aur koi cheez aadmi ko jannat mein le jane wali nahi hai.</w:t>
      </w:r>
      <w:r>
        <w:br/>
      </w:r>
      <w:r>
        <w:rPr>
          <w:sz w:val="20"/>
        </w:rPr>
        <w:t>53:20  yani negative item rahen ge, negative tajruba rahen ge, aap ko is ke bawajood apne andar positive thinking develop karna hai.</w:t>
      </w:r>
      <w:r>
        <w:br/>
      </w:r>
      <w:r>
        <w:rPr>
          <w:sz w:val="20"/>
        </w:rPr>
        <w:t>53:30  to agar kisi ko jannat chahiye to yahi yahi hai rasta jannat ka. aur koi doosra rasta nahin.</w:t>
      </w:r>
      <w:r>
        <w:br/>
      </w:r>
      <w:r>
        <w:rPr>
          <w:sz w:val="20"/>
        </w:rPr>
        <w:t>53:40  maulana, agla sawal dilli se kiya hai jameel akhtar sahab ne. unhon ne likha hai: "quran mein kya san o tareekh ke sath qayamat ka zikr hai ya hadith mein is silsile ki baat hai?</w:t>
      </w:r>
      <w:r>
        <w:br/>
      </w:r>
      <w:r>
        <w:rPr>
          <w:sz w:val="20"/>
        </w:rPr>
        <w:t>53:54  agar nahin to sainsi san o tareekh par kaise aitbaar kiya jaye?" dekhen, aitbaar ki baat nahin hai yeh.</w:t>
      </w:r>
      <w:r>
        <w:br/>
      </w:r>
      <w:r>
        <w:rPr>
          <w:sz w:val="20"/>
        </w:rPr>
        <w:t>54:03  yeh probability ki baat hai.</w:t>
      </w:r>
      <w:r>
        <w:br/>
      </w:r>
      <w:r>
        <w:rPr>
          <w:sz w:val="20"/>
        </w:rPr>
        <w:t>54:06  quran mein aur hadith mein aaya hai ke baad ke zamane mein bohat si cheezen khulengi. to woh khul rahi hain to un ko aap sochiye is ke bare mein.</w:t>
      </w:r>
      <w:r>
        <w:br/>
      </w:r>
      <w:r>
        <w:rPr>
          <w:sz w:val="20"/>
        </w:rPr>
        <w:t>54:16  aap koi bhi aisa nahin keh sakta ke falan tareekh ko qayamat aayi hai, yeh koi keh sakta. lekin yeh sab reminder hain.</w:t>
      </w:r>
      <w:r>
        <w:br/>
      </w:r>
      <w:r>
        <w:rPr>
          <w:sz w:val="20"/>
        </w:rPr>
        <w:t>54:25  quran mein dekhen, ayat is ayat ko padhiye aap ja kar ke ghar ja kar ke. ke yeh ayat hai ke "sanurihim ayatina fil afaqi wa fi anfusihim hatta yatabayyana lahum annahul haqq" .</w:t>
      </w:r>
      <w:r>
        <w:br/>
      </w:r>
      <w:r>
        <w:rPr>
          <w:sz w:val="20"/>
        </w:rPr>
        <w:t>54:44  is ka tarjuma yeh hai ke mustaqbil mein hum dikhayenge un ko nishaniyan, afaq mein bhi aur anfus mein bhi. yani space mein bhi, insan ki zaat mein bhi</w:t>
      </w:r>
      <w:r>
        <w:br/>
      </w:r>
      <w:r>
        <w:rPr>
          <w:sz w:val="20"/>
        </w:rPr>
        <w:t>54:54  . yahan tak ke woh khul jaye ke yahi haq hai. is ko ja kar aap quran ki is ayat ko padhiye, ja kar ghor kijiye is ke upar.</w:t>
      </w:r>
      <w:r>
        <w:br/>
      </w:r>
      <w:r>
        <w:rPr>
          <w:sz w:val="20"/>
        </w:rPr>
        <w:t>55:04  to koi yeh haq nahin rakhta ke woh kahe ke falan tareekh qayamat aayegi. lekin yeh bilashuba haq rakhta hai ke kahe ke dekho, is warning aa rahi hai, ghor karo, qayamat qayamat aa gayi ho, qareeb.</w:t>
      </w:r>
      <w:r>
        <w:br/>
      </w:r>
      <w:r>
        <w:rPr>
          <w:sz w:val="20"/>
        </w:rPr>
        <w:t>55:18  yeh sab probability ki baat hai, yaqeen ki baat nahin hai.</w:t>
      </w:r>
      <w:r>
        <w:br/>
      </w:r>
      <w:r>
        <w:rPr>
          <w:sz w:val="20"/>
        </w:rPr>
        <w:t>55:25  maulana, agla sawal doctor farida khanam ne kiya hai dilli se. unhon ne likha hai: "muslims are not afraid of qayamat.</w:t>
      </w:r>
      <w:r>
        <w:br/>
      </w:r>
      <w:r>
        <w:rPr>
          <w:sz w:val="20"/>
        </w:rPr>
        <w:t>55:34  they think that they say their prayers, do fasting and perform hajj. therefore prophet muhammad himself will intervene and not let anyone go to hell.</w:t>
      </w:r>
      <w:r>
        <w:br/>
      </w:r>
      <w:r>
        <w:rPr>
          <w:sz w:val="20"/>
        </w:rPr>
        <w:t>55:48  this belief makes them fearless of doomsday. what is your comment</w:t>
      </w:r>
      <w:r>
        <w:br/>
      </w:r>
      <w:r>
        <w:rPr>
          <w:sz w:val="20"/>
        </w:rPr>
        <w:t>55:54  on this?" dekhen, yeh baat bilkul sahi hai. aur yahi baat hai jo yahood ke andar paida hui thi pehle. aur hadith mein dekhen, saaf saaf yeh hai: "latatba'ununa sunan man kana qablakum shibran bishibrin wa dhira'an bidhira'in hatta law dakhaloo dabba jahril ladakhaltoohum." ke tum yahood ki qadam ba qadam pairvi karoge.</w:t>
      </w:r>
      <w:r>
        <w:br/>
      </w:r>
      <w:r>
        <w:rPr>
          <w:sz w:val="20"/>
        </w:rPr>
        <w:t>56:19  har cheez mein khuda ke yahood ke peer ban jaoge. to yahood ne samajh rakha tha ke "nahnu abna'ullah wa ahbba'uh." hum to Allah ke khaas log hain.</w:t>
      </w:r>
      <w:r>
        <w:br/>
      </w:r>
      <w:r>
        <w:rPr>
          <w:sz w:val="20"/>
        </w:rPr>
        <w:t>56:29  "lan tamassana illa ayyaman ma'dudatan." jannat hamare liye hai, jahannum doosron ke liye. theek yahi aqeedah musalmanon ne bana rakha hai aaj.</w:t>
      </w:r>
      <w:r>
        <w:br/>
      </w:r>
      <w:r>
        <w:rPr>
          <w:sz w:val="20"/>
        </w:rPr>
        <w:t>56:38  aur tarah tarah ke justification is ke talash kar rakhe hain. yaqeen kijiye, woh sab false false ground par yeh sab aqeeday banaye gaye hain.</w:t>
      </w:r>
      <w:r>
        <w:br/>
      </w:r>
      <w:r>
        <w:rPr>
          <w:sz w:val="20"/>
        </w:rPr>
        <w:t>56:47  koi haqiqat in ki nahin hai. jo asal haqiqat hai, woh sirf yeh hai ke "laysa lil insani illa ma sa'a" . "laysa lil insani illa ma sa'a ." insan ko wohi milega jis ki us ne koshish ki.</w:t>
      </w:r>
      <w:r>
        <w:br/>
      </w:r>
      <w:r>
        <w:rPr>
          <w:sz w:val="20"/>
        </w:rPr>
        <w:t>57:00  bas. insan ko wohi milega jis ke liye us ne koshish ki.</w:t>
      </w:r>
      <w:r>
        <w:br/>
      </w:r>
      <w:r>
        <w:rPr>
          <w:sz w:val="20"/>
        </w:rPr>
        <w:t>57:06  yeh sare false ground par banaye hue aqeeday hain, woh bilashuba un ki koi buniyad nahin hai.</w:t>
      </w:r>
      <w:r>
        <w:br/>
      </w:r>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r>
        <w:br/>
      </w:r>
      <w:r>
        <w:rPr>
          <w:sz w:val="20"/>
        </w:rPr>
        <w:t>1:02:19  unhon ne likha hai: "Moulana, when we think of the magnitude of our responsibility, we find ourselves unfit for it.</w:t>
      </w:r>
      <w:r>
        <w:br/>
      </w:r>
      <w:r>
        <w:rPr>
          <w:sz w:val="20"/>
        </w:rPr>
        <w:t>1:02:30  What should we do?" dekhen, yeh to soch sahi nahi hai. kyunkay quran mein hai kay "atqaw allah ma astata'tum, la yukallif allah illa asaa'tum" .</w:t>
      </w:r>
      <w:r>
        <w:br/>
      </w:r>
      <w:r>
        <w:rPr>
          <w:sz w:val="20"/>
        </w:rPr>
        <w:t>1:02:45  to aadmi ko, jo us ki capacity hai, us kay qadr karna hai.</w:t>
      </w:r>
      <w:r>
        <w:br/>
      </w:r>
      <w:r>
        <w:rPr>
          <w:sz w:val="20"/>
        </w:rPr>
        <w:t>1:02:53  magnitude ko mat dekhiye aap. apni capacity ko dekhiye. yeh galat soch hai kay aap magnitude ko dekhen. apni capacity ko dekhiye.</w:t>
      </w:r>
      <w:r>
        <w:br/>
      </w:r>
      <w:r>
        <w:rPr>
          <w:sz w:val="20"/>
        </w:rPr>
        <w:t>1:03:03  capacity mein agar aadmi kami nahi ki hai to allah ta'ala us ka muqabil qaul ban jayega. kis ki kya capacity hai?</w:t>
      </w:r>
      <w:r>
        <w:br/>
      </w:r>
      <w:r>
        <w:rPr>
          <w:sz w:val="20"/>
        </w:rPr>
        <w:t>1:03:12  us ko arabi mein "us" kaha jata hai. "us". "us" yani capacity. bas mein kya hai? to apnay apnay bas mein jo hai, us ko dekhiye.</w:t>
      </w:r>
      <w:r>
        <w:br/>
      </w:r>
      <w:r>
        <w:rPr>
          <w:sz w:val="20"/>
        </w:rPr>
        <w:t>1:03:23  baqi kaam to zameen aasman tak phaila hua ho sakta hai. woh aap ki zimmedari nahi hai.</w:t>
      </w:r>
      <w:r>
        <w:br/>
      </w:r>
      <w:r>
        <w:rPr>
          <w:sz w:val="20"/>
        </w:rPr>
        <w:t>1:03:32  maulana, agla sawal roorkee se kiya hai, sajid anwar</w:t>
      </w:r>
      <w:r>
        <w:br/>
      </w:r>
      <w:r>
        <w:rPr>
          <w:sz w:val="20"/>
        </w:rPr>
        <w:t>1:03:35  sahab ne. unhon ne likha hai: "In the quran it has been mentioned regarding a group of people who understood that they were doing right things in this life,</w:t>
      </w:r>
      <w:r>
        <w:br/>
      </w:r>
      <w:r>
        <w:rPr>
          <w:sz w:val="20"/>
        </w:rPr>
        <w:t>1:03:48  but in fact they were following the wrong path, and as a result their acts would come to nothing on the day of judgment.</w:t>
      </w:r>
      <w:r>
        <w:br/>
      </w:r>
      <w:r>
        <w:rPr>
          <w:sz w:val="20"/>
        </w:rPr>
        <w:t>1:04:00  Maulana, my question is: how can we save ourselves from being part of such a group and recognize that we are always on the right path?</w:t>
      </w:r>
      <w:r>
        <w:br/>
      </w:r>
      <w:r>
        <w:rPr>
          <w:sz w:val="20"/>
        </w:rPr>
        <w:t>1:04:12  Please advise." dekhen, yeh jo ayat hai quran ki, to us ko maujooda zamanay mein aap jo concept hai conditioning ka, usay samajh saktay hain.</w:t>
      </w:r>
      <w:r>
        <w:br/>
      </w:r>
      <w:r>
        <w:rPr>
          <w:sz w:val="20"/>
        </w:rPr>
        <w:t>1:04:30  yeh baat yani ab sabit ho chuki hai, jo researches hui hain insaan kay baray mein, kay paida hotay hi aadmi ki conditioning shuru ho jati hai.</w:t>
      </w:r>
      <w:r>
        <w:br/>
      </w:r>
      <w:r>
        <w:rPr>
          <w:sz w:val="20"/>
        </w:rPr>
        <w:t>1:04:45  paida hotay hi. yahan tak kay yeh kaha jata hai kay maa kay pait mein hai, tab bhi us ki shuru ho jati hai conditioning.</w:t>
      </w:r>
      <w:r>
        <w:br/>
      </w:r>
      <w:r>
        <w:rPr>
          <w:sz w:val="20"/>
        </w:rPr>
        <w:t>1:04:55  is ka matlab kya hua? kay "Every man is a case of conditioning. Every woman is a case of conditioning, without any exception.</w:t>
      </w:r>
      <w:r>
        <w:br/>
      </w:r>
      <w:r>
        <w:rPr>
          <w:sz w:val="20"/>
        </w:rPr>
        <w:t>1:05:05  " . to ab insaan ki pehli zimmedari kya hui? apnay ko decondition karna. apni conditioning ki deconditioning. yeh aap ki zimmedari hui.</w:t>
      </w:r>
      <w:r>
        <w:br/>
      </w:r>
      <w:r>
        <w:rPr>
          <w:sz w:val="20"/>
        </w:rPr>
        <w:t>1:05:14  yeh pre iman yeh taqaza hai. pre marifat yeh taqaza hai. yeh to karni paray gi. yeh to test ka aik hissa hai.</w:t>
      </w:r>
      <w:r>
        <w:br/>
      </w:r>
      <w:r>
        <w:rPr>
          <w:sz w:val="20"/>
        </w:rPr>
        <w:t>1:05:26  albatta agar aadmi ne apni conditioning ki sari koshishain kar dalin, sach much, phir bhi koi hissa, koi item reh gaya, conditioning ka reh gaya baqi, to allah maaf karega us ko.</w:t>
      </w:r>
      <w:r>
        <w:br/>
      </w:r>
      <w:r>
        <w:rPr>
          <w:sz w:val="20"/>
        </w:rPr>
        <w:t>1:05:38  lekin aap ko koshish to karna hai. har aadmi ko yeh kaam karna hai kay woh apni conditioning ko toray. apni deconditioning karay.</w:t>
      </w:r>
      <w:r>
        <w:br/>
      </w:r>
      <w:r>
        <w:rPr>
          <w:sz w:val="20"/>
        </w:rPr>
        <w:t>1:05:48  yeh zimmedari hai insaan ki. lazmi zimmedari hai. us se koi bach nahi sakta.</w:t>
      </w:r>
      <w:r>
        <w:br/>
      </w:r>
      <w:r>
        <w:rPr>
          <w:sz w:val="20"/>
        </w:rPr>
        <w:t>1:05:54  bachnay ka aik tareeqa sirf yeh hai kay koshish karnay kay bawajood agar kuch hissa baqi reh jaye conditioning ka, woh na tor pay, to wahan woh maaf kar diya jayega.</w:t>
      </w:r>
      <w:r>
        <w:br/>
      </w:r>
      <w:r>
        <w:rPr>
          <w:sz w:val="20"/>
        </w:rPr>
        <w:t>1:06:06  lekin koshish na karay, yeh qabil e maafi nahi hai. koi bhi lame excuse us kay liye allah kay haan accept nahi hoga.</w:t>
      </w:r>
      <w:r>
        <w:br/>
      </w:r>
      <w:r>
        <w:rPr>
          <w:sz w:val="20"/>
        </w:rPr>
        <w:t>1:06:18  aur woh sab us ki, us jo jo samajhta hai, bator khud us ne ke hum yeh kar rahe hain, hum woh kar rahe hain, ke hum jahad kar rahe hain, hum islami nizam nafiz kar rahe hain, hum qanoon nafiz kar rahe hain, yeh sab habt ho jayega.</w:t>
      </w:r>
      <w:r>
        <w:br/>
      </w:r>
      <w:r>
        <w:rPr>
          <w:sz w:val="20"/>
        </w:rPr>
        <w:t>1:06:29  habt. kyunke conditioning todi nahi, aur isi conditioning ke tehat khud hi khud tarah tarah ke khud sakhta karname dikhate rahe, woh Allah ke haan qabool nahi hoga.</w:t>
      </w:r>
      <w:r>
        <w:br/>
      </w:r>
      <w:r>
        <w:rPr>
          <w:sz w:val="20"/>
        </w:rPr>
        <w:t>1:06:45  to khulasa yeh hai ke aadmi ki, har insan ki pehli yani zimmedari hai ke woh apni conditioning ko tode.</w:t>
      </w:r>
      <w:r>
        <w:br/>
      </w:r>
      <w:r>
        <w:rPr>
          <w:sz w:val="20"/>
        </w:rPr>
        <w:t>1:06:54  yeh pehli zimmedari hai. is se, is se koi, koi bhi insan is se bach nahi sakta.</w:t>
      </w:r>
      <w:r>
        <w:br/>
      </w:r>
      <w:r>
        <w:rPr>
          <w:sz w:val="20"/>
        </w:rPr>
        <w:t>1:07:01  maulana, agla sawal kiya hai muhammad yaqoob sahib ne haiderabad</w:t>
      </w:r>
      <w:r>
        <w:br/>
      </w:r>
      <w:r>
        <w:rPr>
          <w:sz w:val="20"/>
        </w:rPr>
        <w:t>1:07:06  se. unhone likha hai: "maulana, ek sahib ne kaha: jisko hum qayamat kehte hain aur is se darate hain, in tamam mushkilat ko door karne ke liye projects banaye ja rahe hain, jis se bacha jayega.</w:t>
      </w:r>
      <w:r>
        <w:br/>
      </w:r>
      <w:r>
        <w:rPr>
          <w:sz w:val="20"/>
        </w:rPr>
        <w:t>1:07:23  aisi surat mein hum kaise inzar karein?" nahi, nahi, aisa bilkul alag baat hai. kahan bachaya ja raha hai, banaya ja raha hai, kahan project hai?</w:t>
      </w:r>
      <w:r>
        <w:br/>
      </w:r>
      <w:r>
        <w:rPr>
          <w:sz w:val="20"/>
        </w:rPr>
        <w:t>1:07:34  koi bhi bataye, is ka naam bataye.</w:t>
      </w:r>
      <w:r>
        <w:br/>
      </w:r>
      <w:r>
        <w:rPr>
          <w:sz w:val="20"/>
        </w:rPr>
        <w:t>1:07:37  misal ke taur par ek cheez mein deta hoon aap ko misal. stephen hawking ne ek tajweez pesh ki hai ke ab yeh zameen rehne qabil nahi hogi, to hamein space colonies banana chahiye.</w:t>
      </w:r>
      <w:r>
        <w:br/>
      </w:r>
      <w:r>
        <w:rPr>
          <w:sz w:val="20"/>
        </w:rPr>
        <w:t>1:07:54  yeh to ek joke hai. yeh khud washa bhi janta hai, stephen hawking bhi janta hai ke aasman mein hum banayenge to wahan kahan se pani layen, kahan se khana layen, kahan se oxygen layen.</w:t>
      </w:r>
      <w:r>
        <w:br/>
      </w:r>
      <w:r>
        <w:rPr>
          <w:sz w:val="20"/>
        </w:rPr>
        <w:t>1:08:04  rocket to aap bhej sakte hain, lekin living insan ko wahan par rehne ka intezam karna yeh impossible hai. yeh to joke hai. yeh jo log intezam baatein kar rahe hain, woh to woh, woh joke ko aap waqai samajh liya aap ne?</w:t>
      </w:r>
      <w:r>
        <w:br/>
      </w:r>
      <w:r>
        <w:rPr>
          <w:sz w:val="20"/>
        </w:rPr>
        <w:t>1:08:16  aur ek sawal qaim kar diya aap ne. koi mujhe bataye, agle sunday ko mujhe bataye ke woh kaun sa intezam hai jo waqatan feasible hai, woh mujhe bataya jaye agle sunday ko.</w:t>
      </w:r>
      <w:r>
        <w:br/>
      </w:r>
      <w:r>
        <w:rPr>
          <w:sz w:val="20"/>
        </w:rPr>
        <w:t>1:08:28  yeh bilkul joke ki baatein hain. stephen hawking ne jo kaha hai, woh joke hai. joke. woh scientific joke hai. woh</w:t>
      </w:r>
      <w:r>
        <w:br/>
      </w:r>
      <w:r>
        <w:rPr>
          <w:sz w:val="20"/>
        </w:rPr>
        <w:t>1:08:33  , woh koi haqeeqat nahi hai. woh space colonies banayi jayen. bilkul. koi, koi surprise nahi hai is ka. har scientist janta hai ke space colony banana bilkul impossible hai.</w:t>
      </w:r>
      <w:r>
        <w:br/>
      </w:r>
      <w:r>
        <w:rPr>
          <w:sz w:val="20"/>
        </w:rPr>
        <w:t>1:08:45  impossible hai.</w:t>
      </w:r>
      <w:r>
        <w:br/>
      </w:r>
      <w:r>
        <w:rPr>
          <w:sz w:val="20"/>
        </w:rPr>
        <w:t>1:08:49  maulana, agla sawal delhi se kiya hai miss tuti malhotra ne. unhone likha hai: "It is said that man gets glimpses of paradise when he does Dawa work</w:t>
      </w:r>
      <w:r>
        <w:br/>
      </w:r>
      <w:r>
        <w:rPr>
          <w:sz w:val="20"/>
        </w:rPr>
        <w:t>1:09:02  , but is it that man gets glimpses of hell when he does evil? Please comment." glimpse ki jo baat hai, to is dhang par to mein nahi keh sakta ke aadmi jab koi burai kar raha hai to woh glimpse us ke dekhega.</w:t>
      </w:r>
      <w:r>
        <w:br/>
      </w:r>
      <w:r>
        <w:rPr>
          <w:sz w:val="20"/>
        </w:rPr>
        <w:t>1:09:19  lekin ek aur tareeqe se hadith mein aaya hai, yeh ke "إن شدة الحر من فح جہنم" ।</w:t>
      </w:r>
      <w:r>
        <w:br/>
      </w:r>
      <w:r>
        <w:rPr>
          <w:sz w:val="20"/>
        </w:rPr>
        <w:t>1:09:30  yeh jo garmi hoti hai, is mein sakht garmi hoti hai. aadmi pareshan ho jata hai. to is ko le kar yeh hadith hai ke "إن شدة الحر من فح جہنم" ।</w:t>
      </w:r>
      <w:r>
        <w:br/>
      </w:r>
      <w:r>
        <w:rPr>
          <w:sz w:val="20"/>
        </w:rPr>
        <w:t>1:09:40  yani mausam, garmi ke mausam mein jo shadeed garmi hoti hai, woh, woh jahannum ki phoonk se hoti hai.</w:t>
      </w:r>
      <w:r>
        <w:br/>
      </w:r>
      <w:r>
        <w:rPr>
          <w:sz w:val="20"/>
        </w:rPr>
        <w:t>1:09:50  to is ka yeh matlab nahi ke jahannum phoonk, koi, yani koi, yani koi janwar hai, ajdaha hai, phoonkta hai to garmi aa jati hai.</w:t>
      </w:r>
      <w:r>
        <w:br/>
      </w:r>
      <w:r>
        <w:rPr>
          <w:sz w:val="20"/>
        </w:rPr>
        <w:t>1:10:00  yeh matlab nahi hai. yani is ka matlab yeh hai ke tum garmi ki shiddat ko dekh kar jahannum ki shiddat ka tasawwur kar sakte ho.</w:t>
      </w:r>
      <w:r>
        <w:br/>
      </w:r>
      <w:r>
        <w:rPr>
          <w:sz w:val="20"/>
        </w:rPr>
        <w:t>1:10:11  yani is ka matlab yeh hai ke garmi ki shiddat jahannum ko understandable banati hai. yeh matlab is hadith ka hai.</w:t>
      </w:r>
      <w:r>
        <w:br/>
      </w:r>
      <w:r>
        <w:rPr>
          <w:sz w:val="20"/>
        </w:rPr>
        <w:t>1:10:22  garmi ki shiddat ka jo tajurba hota hai insan ko, us se jahannum ka mamla aadmi ke liye understandable ho jata hai. yeh, yeh aaya hai hadith mein.</w:t>
      </w:r>
      <w:r>
        <w:br/>
      </w:r>
      <w:r>
        <w:rPr>
          <w:sz w:val="20"/>
        </w:rPr>
        <w:t>1:10:32  ab is se aap ka sawal ka jawab hota hai ya nahi hota hai, aap samajh sakte hain. maulana, agla sawal kiya hai tamil nadu se</w:t>
      </w:r>
      <w:r>
        <w:br/>
      </w:r>
      <w:r>
        <w:rPr>
          <w:sz w:val="20"/>
        </w:rPr>
        <w:t>1:10:42  maulana iqbal umri ne. unhon ne likha hai: "maulana, ek sahab ne kaha ke sare problem ka solution islam ne diya hai. agar islami hukoomat aa jaye to problem free dunya banana mumkin hai. maulana, aisa kehna kahan tak sahi hai?" sahi ka be buniyad hai.</w:t>
      </w:r>
      <w:r>
        <w:br/>
      </w:r>
      <w:r>
        <w:rPr>
          <w:sz w:val="20"/>
        </w:rPr>
        <w:t>1:11:04  sab se pehle is ayat ko batayein woh. quran ki is ayat ko batayein.</w:t>
      </w:r>
      <w:r>
        <w:br/>
      </w:r>
      <w:r>
        <w:rPr>
          <w:sz w:val="20"/>
        </w:rPr>
        <w:t>1:11:10  yeh to bilkul ek be sarpar ki baatein hain yeh sab. ek ayat batayein jis mein likha ho ke tamam dunya ke masail ka hal quran mein hai aur quran ki hukoomat qaim karo to bas sare masail hal ho jayenge.</w:t>
      </w:r>
      <w:r>
        <w:br/>
      </w:r>
      <w:r>
        <w:rPr>
          <w:sz w:val="20"/>
        </w:rPr>
        <w:t>1:11:23  kahan likha hua hai quran mein? yeh to khud sakhta baatein hain. is mauzu par jitni bhi kitabein aur mazameen jo maine padhe hain, woh sirf bayania andaaz mein hote hain.</w:t>
      </w:r>
      <w:r>
        <w:br/>
      </w:r>
      <w:r>
        <w:rPr>
          <w:sz w:val="20"/>
        </w:rPr>
        <w:t>1:11:31  bayania. is mein na koi fact hote hain, na koi analysis hota hai, na koi is ka, yani jis ko maine kaha tha,</w:t>
      </w:r>
      <w:r>
        <w:br/>
      </w:r>
      <w:r>
        <w:rPr>
          <w:sz w:val="20"/>
        </w:rPr>
        <w:t>1:11:40  yani well structured model koi hota. jaise pichle is mein maine bataya tha aap ko ke ek arab aaye the hamare paas to maine un se kaha ke bahut mashhoor kitab hai syed qutb ki "al-adalat al-ijtima'iyah fi al-islam" .</w:t>
      </w:r>
      <w:r>
        <w:br/>
      </w:r>
      <w:r>
        <w:rPr>
          <w:sz w:val="20"/>
        </w:rPr>
        <w:t>1:11:58  yani "social justice in islam" . to is mein social justice ka koi well, well structured model nahi hai.</w:t>
      </w:r>
      <w:r>
        <w:br/>
      </w:r>
      <w:r>
        <w:rPr>
          <w:sz w:val="20"/>
        </w:rPr>
        <w:t>1:12:08  well structured model ko hona chahiye na is mein? woh hai nahi</w:t>
      </w:r>
      <w:r>
        <w:br/>
      </w:r>
      <w:r>
        <w:rPr>
          <w:sz w:val="20"/>
        </w:rPr>
        <w:t>1:12:13  . to kahan se? kahan, kahan? yeh sab baniya daway hain. is ne mana hai woh sare hum ne? kya sahi keh rahe hain? bayania andaaz ki kitab hai woh.</w:t>
      </w:r>
      <w:r>
        <w:br/>
      </w:r>
      <w:r>
        <w:rPr>
          <w:sz w:val="20"/>
        </w:rPr>
        <w:t>1:12:23  yeh sab baatein log kehte hain. main hairaan hoon ke, yani sochte kyun nahi ke jo baat keh rahe hain, us ke, us ka, yani us ko kaha jata hai logic mein ke yeh dar, dar check hai.</w:t>
      </w:r>
      <w:r>
        <w:br/>
      </w:r>
      <w:r>
        <w:rPr>
          <w:sz w:val="20"/>
        </w:rPr>
        <w:t>1:12:34  yeh logic mein ek dar bada aata hai. dar check</w:t>
      </w:r>
      <w:r>
        <w:br/>
      </w:r>
      <w:r>
        <w:rPr>
          <w:sz w:val="20"/>
        </w:rPr>
        <w:t>1:12:38  . dar check kehte hain aise check ko ke aap ka account bank mein hai, farz kijiye ke pachas hazar.</w:t>
      </w:r>
      <w:r>
        <w:br/>
      </w:r>
      <w:r>
        <w:rPr>
          <w:sz w:val="20"/>
        </w:rPr>
        <w:t>1:12:47  aap ne likh diya pachas lakh ka check. to jab woh jayega wahan to woh cash nahi hoga. kyunke woh amount hi nahi maujood hai wahan par.</w:t>
      </w:r>
      <w:r>
        <w:br/>
      </w:r>
      <w:r>
        <w:rPr>
          <w:sz w:val="20"/>
        </w:rPr>
        <w:t>1:12:57  to aise alfaaz behlana jis ke liye amount, us ke liye koi wahi na maujood ho. us ka cash karne ke liye saman maujood na ho.</w:t>
      </w:r>
      <w:r>
        <w:br/>
      </w:r>
      <w:r>
        <w:rPr>
          <w:sz w:val="20"/>
        </w:rPr>
        <w:t>1:13:07  to sare log dar check issue kar rahe hain. yeh sari is tarah ki baatein jo log karte hain, jo log dar check issue kar rahe hain. koi bataye ke kahan jo mein yeh, maine arz kiya ke well structured model chahiye is system ka, woh kahan hai?</w:t>
      </w:r>
      <w:r>
        <w:br/>
      </w:r>
      <w:r>
        <w:rPr>
          <w:sz w:val="20"/>
        </w:rPr>
        <w:t>1:13:27  woh, woh hai hi nahi kehein.</w:t>
      </w:r>
      <w:r>
        <w:br/>
      </w:r>
      <w:r>
        <w:rPr>
          <w:sz w:val="20"/>
        </w:rPr>
        <w:t>1:13:32  to yeh sab dar check issue kar rahe hain yeh log aur jante nahi ke woh aisa, woh kya kar rahe hain woh. "innama hi kalimaton wa qailuha kamisdaqaha" .</w:t>
      </w:r>
    </w:p>
    <w:p>
      <w:pPr>
        <w:pStyle w:val="Heading2"/>
      </w:pPr>
      <w:r>
        <w:t>منفی کو مثبت میں بدلنے کا طریقہ</w:t>
      </w:r>
    </w:p>
    <w:p>
      <w:r>
        <w:rPr>
          <w:color w:val="666666"/>
          <w:sz w:val="18"/>
        </w:rPr>
        <w:t>Islam and Science (In Conversation with Maulana) · 4m 08s · at 17:31 · https://youtu.be/pKS94tSXlT4?t=1051</w:t>
      </w:r>
    </w:p>
    <w:p>
      <w:r>
        <w:rPr>
          <w:i/>
        </w:rPr>
        <w:t>“نیگیٹیو کو پوزیٹیو میں بدلنے کا میتھڈ کیا ہے؟ اس کے بارے میں بتائیں۔”</w:t>
      </w:r>
    </w:p>
    <w:p>
      <w:r>
        <w:rPr>
          <w:sz w:val="20"/>
        </w:rPr>
        <w:t>17:31  agla sawal tamil nadu se mister farah ahmed ka hai. unhon ne likha hai: "maulana, negative ko positive mein badalne ka method kya hai?</w:t>
      </w:r>
      <w:r>
        <w:br/>
      </w:r>
      <w:r>
        <w:rPr>
          <w:sz w:val="20"/>
        </w:rPr>
        <w:t>17:41  is ke baray mein batayen."</w:t>
      </w:r>
      <w:r>
        <w:br/>
      </w:r>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r>
        <w:br/>
      </w:r>
      <w:r>
        <w:rPr>
          <w:sz w:val="20"/>
        </w:rPr>
        <w:t>20:13  yeh self killing hai. yani aap jab negative bante hain kisi ke khilaf to doosre ko kuch nahi bigadte, aap doosre ko koi nuqsan nahi pahunchate, aap aap khud apna nuqsan karte hain.</w:t>
      </w:r>
      <w:r>
        <w:br/>
      </w:r>
      <w:r>
        <w:rPr>
          <w:sz w:val="20"/>
        </w:rPr>
        <w:t>20:30  aap soch lijiyay, koi bhi shakhs soche kya is ki nafrat se kisi doosray ko kuch bigar gaya to jab mein doosray ko bigar nahin sakta to aap apna nuqsan kyon karoon, apnay ko halak kyon karoon?</w:t>
      </w:r>
      <w:r>
        <w:br/>
      </w:r>
      <w:r>
        <w:rPr>
          <w:sz w:val="20"/>
        </w:rPr>
        <w:t>20:45  kyunkay nafrat aayi to farishtay chalay gay. nafrat aayi to Allah ka ilham aap par nahin utray ga. nafrat aayi to Allah ki rehmat aap se door chali jaye gi.</w:t>
      </w:r>
      <w:r>
        <w:br/>
      </w:r>
      <w:r>
        <w:rPr>
          <w:sz w:val="20"/>
        </w:rPr>
        <w:t>20:56  to yeh sochiye aap ke nafrat ka nuqsan doosray ko to nahin puhanchay ga, aap ko puhanch jaye ga. jitna ziyada aap is ko sochengay, utnay ziyada aap nafrat se door hotay chalay jayengay.</w:t>
      </w:r>
      <w:r>
        <w:br/>
      </w:r>
      <w:r>
        <w:rPr>
          <w:sz w:val="20"/>
        </w:rPr>
        <w:t>21:10  isi ka naam hai muhasba, isi ka naam hai introspection. to mein samajhta hoon ke koi bhi aur tadbeer is ke nahin siwaye is ke ke aap muhasba karen, introspection karen, rethinking karen,</w:t>
      </w:r>
      <w:r>
        <w:br/>
      </w:r>
      <w:r>
        <w:rPr>
          <w:sz w:val="20"/>
        </w:rPr>
        <w:t>21:24  apnay baray mein sochen. to aik second mein aap yani negative thinking ko khatam kar den gay aur positive thinking ko apna len gay.</w:t>
      </w:r>
    </w:p>
    <w:p>
      <w:pPr>
        <w:pStyle w:val="Heading2"/>
      </w:pPr>
      <w:r>
        <w:t>How to maintain positivity in face of problems?</w:t>
      </w:r>
    </w:p>
    <w:p>
      <w:r>
        <w:rPr>
          <w:color w:val="666666"/>
          <w:sz w:val="18"/>
        </w:rPr>
        <w:t>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Spreading confidence to minorities through new mindset</w:t>
      </w:r>
    </w:p>
    <w:p>
      <w:r>
        <w:rPr>
          <w:color w:val="666666"/>
          <w:sz w:val="18"/>
        </w:rPr>
        <w:t>Revival and Revivalist June 7, 2015 · 44s · at 1:00:02 · https://youtu.be/MCY8AJ87BXc?t=3602</w:t>
      </w:r>
    </w:p>
    <w:p>
      <w:r>
        <w:rPr>
          <w:i/>
        </w:rPr>
        <w:t>“Your talk today has given a different angle of thinking and mindset, which would give confidence to minorities instead of low self-esteem. I am thinking to propagate this message to the women groups and educational institutions where I go. What is your opinion?”</w:t>
      </w:r>
    </w:p>
    <w:p>
      <w:r>
        <w:rPr>
          <w:sz w:val="20"/>
        </w:rPr>
        <w:t>1:00:02  Maulana, yeh agla sawal kiya hai doctor Najma Siddiqui ne Delhi se. Maulana, your talk today has given a different angle of thinking and mindset, which would give confidence to minorities instead of low self-esteem.</w:t>
      </w:r>
      <w:r>
        <w:br/>
      </w:r>
      <w:r>
        <w:rPr>
          <w:sz w:val="20"/>
        </w:rPr>
        <w:t>1:00:19  I am thinking to propagate this message to the women groups and educational institutions where I go. What is your opinion?</w:t>
      </w:r>
      <w:r>
        <w:br/>
      </w:r>
      <w:r>
        <w:rPr>
          <w:sz w:val="20"/>
        </w:rPr>
        <w:t>1:00:29  To bohat achi baat hai, aap ne sahi pakra baat ko. Aur yeh is nahj par aap already kaam kar rahe hain, mere khayal se.</w:t>
      </w:r>
      <w:r>
        <w:br/>
      </w:r>
      <w:r>
        <w:rPr>
          <w:sz w:val="20"/>
        </w:rPr>
        <w:t>1:00:40  Ab is ko aur barhaiye. Allah taala aap ki madad farmaye.</w:t>
      </w:r>
    </w:p>
    <w:p>
      <w:pPr>
        <w:pStyle w:val="Heading1"/>
      </w:pPr>
      <w:r>
        <w:t>In the lectures (20)</w:t>
      </w:r>
    </w:p>
    <w:p>
      <w:pPr>
        <w:pStyle w:val="Heading2"/>
      </w:pPr>
      <w:r>
        <w:t>Why God Pushes You out of Your Comfort Zone November 24, 2018</w:t>
      </w:r>
    </w:p>
    <w:p>
      <w:r>
        <w:rPr>
          <w:color w:val="666666"/>
          <w:sz w:val="18"/>
        </w:rPr>
        <w:t>6:48 · https://youtu.be/smtQmn5KbxY?t=408</w:t>
      </w:r>
    </w:p>
    <w:p>
      <w:r>
        <w:rPr>
          <w:i/>
        </w:rPr>
        <w:t>“پازیٹیو مائنڈ کے ساتھ سوچنا۔”</w:t>
      </w:r>
    </w:p>
    <w:p>
      <w:pPr>
        <w:pStyle w:val="Heading2"/>
      </w:pPr>
      <w:r>
        <w:t>Present Day Muslims Jan 13, 2013</w:t>
      </w:r>
    </w:p>
    <w:p>
      <w:r>
        <w:rPr>
          <w:color w:val="666666"/>
          <w:sz w:val="18"/>
        </w:rPr>
        <w:t>1:28:24 · https://youtu.be/CVcbWVYitog?t=5304</w:t>
      </w:r>
    </w:p>
    <w:p>
      <w:r>
        <w:rPr>
          <w:i/>
        </w:rPr>
        <w:t>“اپنا Positive کام کرنا ہے۔”</w:t>
      </w:r>
    </w:p>
    <w:p>
      <w:pPr>
        <w:pStyle w:val="Heading2"/>
      </w:pPr>
      <w:r>
        <w:t>Spirituality in Simple Living, High Thinking October 27, 2019 Maulana Wahiduddin Khan</w:t>
      </w:r>
    </w:p>
    <w:p>
      <w:r>
        <w:rPr>
          <w:color w:val="666666"/>
          <w:sz w:val="18"/>
        </w:rPr>
        <w:t>16:03 · https://youtu.be/Kr28g15eFr8?t=963</w:t>
      </w:r>
    </w:p>
    <w:p>
      <w:r>
        <w:rPr>
          <w:i/>
        </w:rPr>
        <w:t>“مائنڈ کو پازیٹیو فکر بنائیں،”</w:t>
      </w:r>
    </w:p>
    <w:p>
      <w:pPr>
        <w:pStyle w:val="Heading2"/>
      </w:pPr>
      <w:r>
        <w:t>Q&amp;A 20 Nov 2011 Maulana Wahiduddin Khan</w:t>
      </w:r>
    </w:p>
    <w:p>
      <w:r>
        <w:rPr>
          <w:color w:val="666666"/>
          <w:sz w:val="18"/>
        </w:rPr>
        <w:t>9:32 · https://youtu.be/7sNDn8Y6jUc?t=572</w:t>
      </w:r>
    </w:p>
    <w:p>
      <w:r>
        <w:rPr>
          <w:i/>
        </w:rPr>
        <w:t>“اسی لیے میں زور دیتا ہوں بہت زیادہ positive thinking پر۔”</w:t>
      </w:r>
    </w:p>
    <w:p>
      <w:pPr>
        <w:pStyle w:val="Heading2"/>
      </w:pPr>
      <w:r>
        <w:t>The Art of Thinking January 28, 2024</w:t>
      </w:r>
    </w:p>
    <w:p>
      <w:r>
        <w:rPr>
          <w:color w:val="666666"/>
          <w:sz w:val="18"/>
        </w:rPr>
        <w:t>27:19 · https://youtu.be/lpUsTrs0ulo?t=1639</w:t>
      </w:r>
    </w:p>
    <w:p>
      <w:r>
        <w:rPr>
          <w:i/>
        </w:rPr>
        <w:t>“پازیٹیو پلاننگ کرنا چاہیے۔”</w:t>
      </w:r>
    </w:p>
    <w:p>
      <w:pPr>
        <w:pStyle w:val="Heading2"/>
      </w:pPr>
      <w:r>
        <w:t>Importance of Art of Situation Management 16th Sept ’07</w:t>
      </w:r>
    </w:p>
    <w:p>
      <w:r>
        <w:rPr>
          <w:color w:val="666666"/>
          <w:sz w:val="18"/>
        </w:rPr>
        <w:t>10:40 · https://youtu.be/a-3ewJVGdIc?t=640</w:t>
      </w:r>
    </w:p>
    <w:p>
      <w:r>
        <w:rPr>
          <w:i/>
        </w:rPr>
        <w:t>“خدا چاہتا ہے کہ آپ positive thinker بنیں۔”</w:t>
      </w:r>
    </w:p>
    <w:p>
      <w:pPr>
        <w:pStyle w:val="Heading2"/>
      </w:pPr>
      <w:r>
        <w:t>How to Deal with Problems December 7, 2008</w:t>
      </w:r>
    </w:p>
    <w:p>
      <w:r>
        <w:rPr>
          <w:color w:val="666666"/>
          <w:sz w:val="18"/>
        </w:rPr>
        <w:t>35:21 · https://youtu.be/03Wx7Ydxf84?t=2121</w:t>
      </w:r>
    </w:p>
    <w:p>
      <w:r>
        <w:rPr>
          <w:i/>
        </w:rPr>
        <w:t>“Negativity کو mind سے نکالیں۔”</w:t>
      </w:r>
    </w:p>
    <w:p>
      <w:pPr>
        <w:pStyle w:val="Heading2"/>
      </w:pPr>
      <w:r>
        <w:t>The Fate of Muslim Ummah (English) May 03, 2014</w:t>
      </w:r>
    </w:p>
    <w:p>
      <w:r>
        <w:rPr>
          <w:color w:val="666666"/>
          <w:sz w:val="18"/>
        </w:rPr>
        <w:t>21:20 · https://youtu.be/Gu64pZtxdAA?t=1280</w:t>
      </w:r>
    </w:p>
    <w:p>
      <w:r>
        <w:rPr>
          <w:i/>
        </w:rPr>
        <w:t>“positive goal.”</w:t>
      </w:r>
    </w:p>
    <w:p>
      <w:pPr>
        <w:pStyle w:val="Heading2"/>
      </w:pPr>
      <w:r>
        <w:t>Pearls of Wisdom (Prophetic Wisdom)</w:t>
      </w:r>
    </w:p>
    <w:p>
      <w:r>
        <w:rPr>
          <w:color w:val="666666"/>
          <w:sz w:val="18"/>
        </w:rPr>
        <w:t>3:37 · https://youtu.be/ZOZcMOF7jxM?t=217</w:t>
      </w:r>
    </w:p>
    <w:p>
      <w:r>
        <w:rPr>
          <w:i/>
        </w:rPr>
        <w:t>“ایک शब्द میں اگر میں کہوں تو وہ یہ ہوگا کہ اس کے اندر positive thinking آجاتی ہے۔”</w:t>
      </w:r>
    </w:p>
    <w:p>
      <w:pPr>
        <w:pStyle w:val="Heading2"/>
      </w:pPr>
      <w:r>
        <w:t>God's Way of Shock Treatment April 19, 2020 Maulana Wahiduddin Khan</w:t>
      </w:r>
    </w:p>
    <w:p>
      <w:r>
        <w:rPr>
          <w:color w:val="666666"/>
          <w:sz w:val="18"/>
        </w:rPr>
        <w:t>24:53 · https://youtu.be/MtNdT66yOLA?t=1493</w:t>
      </w:r>
    </w:p>
    <w:p>
      <w:r>
        <w:rPr>
          <w:i/>
        </w:rPr>
        <w:t>“سوچتا ہی نہیں۔ پازیٹیو بات کو لے کر سوچتا ہوں۔”</w:t>
      </w:r>
    </w:p>
    <w:p>
      <w:pPr>
        <w:pStyle w:val="Heading2"/>
      </w:pPr>
      <w:r>
        <w:t>The Importance of Tadabbur December 5, 2010</w:t>
      </w:r>
    </w:p>
    <w:p>
      <w:r>
        <w:rPr>
          <w:color w:val="666666"/>
          <w:sz w:val="18"/>
        </w:rPr>
        <w:t>9:03 · https://youtu.be/VEhC8W1mfSY?t=543</w:t>
      </w:r>
    </w:p>
    <w:p>
      <w:r>
        <w:rPr>
          <w:i/>
        </w:rPr>
        <w:t>“پوزیٹیوبنائیے۔”</w:t>
      </w:r>
    </w:p>
    <w:p>
      <w:pPr>
        <w:pStyle w:val="Heading2"/>
      </w:pPr>
      <w:r>
        <w:t>Prophet of Islam as a Model for Mankind August 31, 2007</w:t>
      </w:r>
    </w:p>
    <w:p>
      <w:r>
        <w:rPr>
          <w:color w:val="666666"/>
          <w:sz w:val="18"/>
        </w:rPr>
        <w:t>57:35 · https://youtu.be/UKUzH7_OjKM?t=3455</w:t>
      </w:r>
    </w:p>
    <w:p>
      <w:r>
        <w:rPr>
          <w:i/>
        </w:rPr>
        <w:t>“all these negative thoughts into positive thoughts.”</w:t>
      </w:r>
    </w:p>
    <w:p>
      <w:pPr>
        <w:pStyle w:val="Heading2"/>
      </w:pPr>
      <w:r>
        <w:t>Nation Building On India's Republic Day Jan 26, 2020 Maulana Wahiduddin Khan</w:t>
      </w:r>
    </w:p>
    <w:p>
      <w:r>
        <w:rPr>
          <w:color w:val="666666"/>
          <w:sz w:val="18"/>
        </w:rPr>
        <w:t>33:18 · https://youtu.be/58CVocbLAb8?t=1998</w:t>
      </w:r>
    </w:p>
    <w:p>
      <w:r>
        <w:rPr>
          <w:i/>
        </w:rPr>
        <w:t>“میں یہ کہہ سکتا ہوں اپنے بارے میں کہ میں by birth positive thinker ہوں۔”</w:t>
      </w:r>
    </w:p>
    <w:p>
      <w:pPr>
        <w:pStyle w:val="Heading2"/>
      </w:pPr>
      <w:r>
        <w:t>Islam in the Changing World August 6, 2007</w:t>
      </w:r>
    </w:p>
    <w:p>
      <w:r>
        <w:rPr>
          <w:color w:val="666666"/>
          <w:sz w:val="18"/>
        </w:rPr>
        <w:t>51:08 · https://youtu.be/lEhH4VDLSFY?t=3068</w:t>
      </w:r>
    </w:p>
    <w:p>
      <w:r>
        <w:rPr>
          <w:i/>
        </w:rPr>
        <w:t>“thinking.”</w:t>
      </w:r>
    </w:p>
    <w:p>
      <w:pPr>
        <w:pStyle w:val="Heading2"/>
      </w:pPr>
      <w:r>
        <w:t>Islam and Peace (In Conversation with Maulana) April 5, 2009</w:t>
      </w:r>
    </w:p>
    <w:p>
      <w:r>
        <w:rPr>
          <w:color w:val="666666"/>
          <w:sz w:val="18"/>
        </w:rPr>
        <w:t>3:10 · https://youtu.be/-1Bnl6dYkrg?t=190</w:t>
      </w:r>
    </w:p>
    <w:p>
      <w:r>
        <w:rPr>
          <w:i/>
        </w:rPr>
        <w:t>“थिंकिंग पॉजिटिवली इवन इन नेगेटिव सिचुएशंस।”</w:t>
      </w:r>
    </w:p>
    <w:p>
      <w:pPr>
        <w:pStyle w:val="Heading2"/>
      </w:pPr>
      <w:r>
        <w:t>Surah Al-'Asr I November 23, 2014 Maulana Wahiduddin Khan</w:t>
      </w:r>
    </w:p>
    <w:p>
      <w:r>
        <w:rPr>
          <w:color w:val="666666"/>
          <w:sz w:val="18"/>
        </w:rPr>
        <w:t>1:20:36 · https://youtu.be/3dBMIUC0Dqw?t=4836</w:t>
      </w:r>
    </w:p>
    <w:p>
      <w:r>
        <w:rPr>
          <w:i/>
        </w:rPr>
        <w:t>“بجائے negative side میں سوچنے کے، ہم positive side میں سوچنے لگتے ہیں۔”</w:t>
      </w:r>
    </w:p>
    <w:p>
      <w:pPr>
        <w:pStyle w:val="Heading2"/>
      </w:pPr>
      <w:r>
        <w:t>Study of The Quran November 30, 2014</w:t>
      </w:r>
    </w:p>
    <w:p>
      <w:r>
        <w:rPr>
          <w:color w:val="666666"/>
          <w:sz w:val="18"/>
        </w:rPr>
        <w:t>36:54 · https://youtu.be/x3fcJ2nlDow?t=2214</w:t>
      </w:r>
    </w:p>
    <w:p>
      <w:r>
        <w:rPr>
          <w:i/>
        </w:rPr>
        <w:t>“آپ کا مائنڈ پازیٹیولی سوچے گا۔ پازیٹیولی۔”</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Modern Age June 9, 2019 Maulana Wahiduddin Khan</w:t>
      </w:r>
    </w:p>
    <w:p>
      <w:r>
        <w:rPr>
          <w:color w:val="666666"/>
          <w:sz w:val="18"/>
        </w:rPr>
        <w:t>22:18 · https://youtu.be/7mjCvAvHEdA?t=1338</w:t>
      </w:r>
    </w:p>
    <w:p>
      <w:r>
        <w:rPr>
          <w:i/>
        </w:rPr>
        <w:t>“مکمل معنوں میں positive thinking لائیں اپنے اندر۔ میں اسی کے لیے دعا کرتا ہوں۔ اپنے لیے اور آپ سب لوگوں کے لیے۔”</w:t>
      </w:r>
    </w:p>
    <w:p>
      <w:pPr>
        <w:pStyle w:val="Heading2"/>
      </w:pPr>
      <w:r>
        <w:t>How to Develop Spiritual Personality July 16, 2006 Maulana Wahiduddin Khan</w:t>
      </w:r>
    </w:p>
    <w:p>
      <w:r>
        <w:rPr>
          <w:color w:val="666666"/>
          <w:sz w:val="18"/>
        </w:rPr>
        <w:t>1:05:21 · https://youtu.be/nxFUXRFboW4?t=3921</w:t>
      </w:r>
    </w:p>
    <w:p>
      <w:r>
        <w:rPr>
          <w:i/>
        </w:rPr>
        <w:t>“سوچنے کی بات ہے۔”</w:t>
      </w:r>
    </w:p>
    <w:p>
      <w:pPr>
        <w:pStyle w:val="Heading1"/>
      </w:pPr>
      <w:r>
        <w:t>Clips (19)</w:t>
      </w:r>
    </w:p>
    <w:p>
      <w:pPr>
        <w:pStyle w:val="Heading2"/>
      </w:pPr>
      <w:r>
        <w:t>Peace of mind through patience and positive mindset</w:t>
      </w:r>
    </w:p>
    <w:p>
      <w:r>
        <w:rPr>
          <w:color w:val="666666"/>
          <w:sz w:val="18"/>
        </w:rPr>
        <w:t>Why God Pushes You out of Your Comfort Zone November 24, 2018 · 1m 18s · at 6:10 · https://youtu.be/smtQmn5KbxY?t=370</w:t>
      </w:r>
    </w:p>
    <w:p>
      <w:r>
        <w:rPr>
          <w:i/>
        </w:rPr>
        <w:t>“Bilashuba, Allah ki yaad se peace of mind milta hai”</w:t>
      </w:r>
    </w:p>
    <w:p>
      <w:r>
        <w:rPr>
          <w:sz w:val="20"/>
        </w:rPr>
        <w:t>6:10  to bilashuba Allah ki yaad se insan ko peace of mind milta hai. lekin is ki, is ka, yani is ka jo jar bataya,</w:t>
      </w:r>
      <w:r>
        <w:br/>
      </w:r>
      <w:r>
        <w:rPr>
          <w:sz w:val="20"/>
        </w:rPr>
        <w:t>6:26  wo sabr. sabr.</w:t>
      </w:r>
      <w:r>
        <w:br/>
      </w:r>
      <w:r>
        <w:rPr>
          <w:sz w:val="20"/>
        </w:rPr>
        <w:t>6:32  sabr. sabr ka matlab kya hai? sabr ka matlab hai ke react na karte hue</w:t>
      </w:r>
      <w:r>
        <w:br/>
      </w:r>
      <w:r>
        <w:rPr>
          <w:sz w:val="20"/>
        </w:rPr>
        <w:t>6:48  positive mind ke sath sochna.</w:t>
      </w:r>
      <w:r>
        <w:br/>
      </w:r>
      <w:r>
        <w:rPr>
          <w:sz w:val="20"/>
        </w:rPr>
        <w:t>6:54  yani aap par jo beet hai, jo suffering, jo problem, jo difficulties</w:t>
      </w:r>
      <w:r>
        <w:br/>
      </w:r>
      <w:r>
        <w:rPr>
          <w:sz w:val="20"/>
        </w:rPr>
        <w:t>7:09  beet hain, is par aap react na karen, negative na ho jayen, balke apne aap ko positive mind ko maintain karte hue sochen.</w:t>
      </w:r>
    </w:p>
    <w:p>
      <w:pPr>
        <w:pStyle w:val="Heading2"/>
      </w:pPr>
      <w:r>
        <w:t>Controlling your mind is the real spirituality</w:t>
      </w:r>
    </w:p>
    <w:p>
      <w:r>
        <w:rPr>
          <w:color w:val="666666"/>
          <w:sz w:val="18"/>
        </w:rPr>
        <w:t>Spirituality in Simple Living, High Thinking October 27, 2019 Maulana Wahiduddin Khan · 33s · at 15:54 · https://youtu.be/Kr28g15eFr8?t=954</w:t>
      </w:r>
    </w:p>
    <w:p>
      <w:r>
        <w:rPr>
          <w:i/>
        </w:rPr>
        <w:t>“Control your mind, make it positive — that's spirituality”</w:t>
      </w:r>
    </w:p>
    <w:p>
      <w:r>
        <w:rPr>
          <w:sz w:val="20"/>
        </w:rPr>
        <w:t>15:54  to aap apne mind ko control karein,</w:t>
      </w:r>
      <w:r>
        <w:br/>
      </w:r>
      <w:r>
        <w:rPr>
          <w:sz w:val="20"/>
        </w:rPr>
        <w:t>16:03  mind ko positive fikr banayein,</w:t>
      </w:r>
      <w:r>
        <w:br/>
      </w:r>
      <w:r>
        <w:rPr>
          <w:sz w:val="20"/>
        </w:rPr>
        <w:t>16:10  apne mind ko apne control mein rakhein,</w:t>
      </w:r>
      <w:r>
        <w:br/>
      </w:r>
      <w:r>
        <w:rPr>
          <w:sz w:val="20"/>
        </w:rPr>
        <w:t>16:19  apne mind ko positive mind banayein. bas yahi spirituality hai,</w:t>
      </w:r>
    </w:p>
    <w:p>
      <w:pPr>
        <w:pStyle w:val="Heading2"/>
      </w:pPr>
      <w:r>
        <w:t>Muslims need to overcome reaction for dawah</w:t>
      </w:r>
    </w:p>
    <w:p>
      <w:r>
        <w:rPr>
          <w:color w:val="666666"/>
          <w:sz w:val="18"/>
        </w:rPr>
        <w:t>Q&amp;A 20 Nov 2011 Maulana Wahiduddin Khan · 2m 28s · at 8:44 · https://youtu.be/7sNDn8Y6jUc?t=524</w:t>
      </w:r>
    </w:p>
    <w:p>
      <w:r>
        <w:rPr>
          <w:i/>
        </w:rPr>
        <w:t>“Humare khilaf saazishein jari hain, sab log dushman hain hamare.”</w:t>
      </w:r>
    </w:p>
    <w:p>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negative thinking is worse than wine and pork</w:t>
      </w:r>
    </w:p>
    <w:p>
      <w:r>
        <w:rPr>
          <w:color w:val="666666"/>
          <w:sz w:val="18"/>
        </w:rPr>
        <w:t>Importance of Art of Situation Management 16th Sept ’07 · 41s · at 10:30 · https://youtu.be/a-3ewJVGdIc?t=630</w:t>
      </w:r>
    </w:p>
    <w:p>
      <w:r>
        <w:rPr>
          <w:i/>
        </w:rPr>
        <w:t>“Negative thinking khuda ko sab se buri cheez hai”</w:t>
      </w:r>
    </w:p>
    <w:p>
      <w:r>
        <w:rPr>
          <w:sz w:val="20"/>
        </w:rPr>
        <w:t>10:30  Negative thinking Khuda ko sab se buri cheez hai Khuda ke nazdeek. Main to samajhta hoon ke sharab aur khanzir se bhi ziyada buri cheez hai negative thinking.</w:t>
      </w:r>
      <w:r>
        <w:br/>
      </w:r>
      <w:r>
        <w:rPr>
          <w:sz w:val="20"/>
        </w:rPr>
        <w:t>10:40  Khuda chahta hai ke aap positive thinker banen.</w:t>
      </w:r>
      <w:r>
        <w:br/>
      </w:r>
      <w:r>
        <w:rPr>
          <w:sz w:val="20"/>
        </w:rPr>
        <w:t>10:43  Hamesha aap ke andar musbat khayalat hon. Kyun? Khuda aap ke andar jo blessing dalna chahta hai, wo blessing us waqt aap receive nahi kar sakte.</w:t>
      </w:r>
      <w:r>
        <w:br/>
      </w:r>
      <w:r>
        <w:rPr>
          <w:sz w:val="20"/>
        </w:rPr>
        <w:t>10:55  Agar aap ke andar negative thought hon. Hundred percent positivity chahiye Khuda ki blessing ko receive karne ke liye. To Khuda ko bohat hi ziyada, Khuda pasand nahi hai zara bhi negative thinking.</w:t>
      </w:r>
    </w:p>
    <w:p>
      <w:pPr>
        <w:pStyle w:val="Heading2"/>
      </w:pPr>
      <w:r>
        <w:t>Two conditions for real Dawah: well-wishing and disarmament</w:t>
      </w:r>
    </w:p>
    <w:p>
      <w:r>
        <w:rPr>
          <w:color w:val="666666"/>
          <w:sz w:val="18"/>
        </w:rPr>
        <w:t>The Fate of Muslim Ummah (English) May 03, 2014 · 1m 48s · at 19:43 · https://youtu.be/Gu64pZtxdAA?t=1183</w:t>
      </w:r>
    </w:p>
    <w:p>
      <w:r>
        <w:rPr>
          <w:i/>
        </w:rPr>
        <w:t>“We have to show a spirit of well-wishing towards all these people.”</w:t>
      </w:r>
    </w:p>
    <w:p>
      <w:r>
        <w:rPr>
          <w:sz w:val="20"/>
        </w:rPr>
        <w:t>19:43  And we have to show a spirit of well-wishing towards all these people. This is the first condition.</w:t>
      </w:r>
      <w:r>
        <w:br/>
      </w:r>
      <w:r>
        <w:rPr>
          <w:sz w:val="20"/>
        </w:rPr>
        <w:t>19:56  Without inculcating the spirit of well-wishing in your heart, you cannot do Dawah work.</w:t>
      </w:r>
      <w:r>
        <w:br/>
      </w:r>
      <w:r>
        <w:rPr>
          <w:sz w:val="20"/>
        </w:rPr>
        <w:t>20:07  Then the other condition is Muslims must abandon all kinds of violence.</w:t>
      </w:r>
      <w:r>
        <w:br/>
      </w:r>
      <w:r>
        <w:rPr>
          <w:sz w:val="20"/>
        </w:rPr>
        <w:t>20:19  For example, in several countries, there are groups who have acquired arms.</w:t>
      </w:r>
      <w:r>
        <w:br/>
      </w:r>
      <w:r>
        <w:rPr>
          <w:sz w:val="20"/>
        </w:rPr>
        <w:t>20:35  There are several groups who have acquired arms. So first of all, you have to disarm all these groups. Simply talking about peace, separating about justice is not enough.</w:t>
      </w:r>
      <w:r>
        <w:br/>
      </w:r>
      <w:r>
        <w:rPr>
          <w:sz w:val="20"/>
        </w:rPr>
        <w:t>20:51  This kind of talk is futile.</w:t>
      </w:r>
      <w:r>
        <w:br/>
      </w:r>
      <w:r>
        <w:rPr>
          <w:sz w:val="20"/>
        </w:rPr>
        <w:t>20:55  Unless you disarm all these Muslim groups who are engaged in violence in different Muslim countries, unless you disarm all these groups,</w:t>
      </w:r>
      <w:r>
        <w:br/>
      </w:r>
      <w:r>
        <w:rPr>
          <w:sz w:val="20"/>
        </w:rPr>
        <w:t>21:08  no plan will do. You cannot achieve any kind of</w:t>
      </w:r>
      <w:r>
        <w:br/>
      </w:r>
      <w:r>
        <w:rPr>
          <w:sz w:val="20"/>
        </w:rPr>
        <w:t>21:20  positive goal.</w:t>
      </w:r>
      <w:r>
        <w:br/>
      </w:r>
      <w:r>
        <w:rPr>
          <w:sz w:val="20"/>
        </w:rPr>
        <w:t>21:23  So these two are very, very important conditions.</w:t>
      </w:r>
    </w:p>
    <w:p>
      <w:pPr>
        <w:pStyle w:val="Heading2"/>
      </w:pPr>
      <w:r>
        <w:t>Reaction versus tolerance in believer's mindset</w:t>
      </w:r>
    </w:p>
    <w:p>
      <w:r>
        <w:rPr>
          <w:color w:val="666666"/>
          <w:sz w:val="18"/>
        </w:rPr>
        <w:t>Pearls of Wisdom (Prophetic Wisdom) · 2m 28s · at 2:29 · https://youtu.be/ZOZcMOF7jxM?t=149</w:t>
      </w:r>
    </w:p>
    <w:p>
      <w:r>
        <w:rPr>
          <w:i/>
        </w:rPr>
        <w:t>“Ab sochiye ki jo aadmi cheezon ko khuda ki light se dekhe”</w:t>
      </w:r>
    </w:p>
    <w:p>
      <w:r>
        <w:rPr>
          <w:sz w:val="20"/>
        </w:rPr>
        <w:t>2:29  ab sochiye ke jo aadmi cheezon ko Khuda ki light se dekhe, to woh unconquering personality us ki ban jayegi.</w:t>
      </w:r>
      <w:r>
        <w:br/>
      </w:r>
      <w:r>
        <w:rPr>
          <w:sz w:val="20"/>
        </w:rPr>
        <w:t>2:42  Khuda ko kaun conquer kar sakta hai?</w:t>
      </w:r>
      <w:r>
        <w:br/>
      </w:r>
      <w:r>
        <w:rPr>
          <w:sz w:val="20"/>
        </w:rPr>
        <w:t>2:46  Khuda ko kaun overpower kar sakta hai? kisi ko bhi yeh taqat nahin ke woh Khuda ko conquer kar sake.</w:t>
      </w:r>
      <w:r>
        <w:br/>
      </w:r>
      <w:r>
        <w:rPr>
          <w:sz w:val="20"/>
        </w:rPr>
        <w:t>2:59  yahi quality us momin mein, us sachay momin mein ban jati hai jo sach much Khuda ko realize kare.</w:t>
      </w:r>
      <w:r>
        <w:br/>
      </w:r>
      <w:r>
        <w:rPr>
          <w:sz w:val="20"/>
        </w:rPr>
        <w:t>3:11  sach much Khuda ke aagay surrender kar de, to us ke andar wahi light aajati hai jo divine light jis ko hum kehte hain.</w:t>
      </w:r>
      <w:r>
        <w:br/>
      </w:r>
      <w:r>
        <w:rPr>
          <w:sz w:val="20"/>
        </w:rPr>
        <w:t>3:24  woh unconquering personality ka haamil ban jata hai.</w:t>
      </w:r>
      <w:r>
        <w:br/>
      </w:r>
      <w:r>
        <w:rPr>
          <w:sz w:val="20"/>
        </w:rPr>
        <w:t>3:32  yeh kaise hota hai?</w:t>
      </w:r>
      <w:r>
        <w:br/>
      </w:r>
      <w:r>
        <w:rPr>
          <w:sz w:val="20"/>
        </w:rPr>
        <w:t>3:37  aik lafz mein agar mein kahoon to woh yeh hoga ke us ke andar positive thinking aajati hai.</w:t>
      </w:r>
      <w:r>
        <w:br/>
      </w:r>
      <w:r>
        <w:rPr>
          <w:sz w:val="20"/>
        </w:rPr>
        <w:t>3:48  Reaction ki psychology us se khatam ho jati hai. jaise ke aap dekhen, bohat hi common misaal yeh hai ke jab koi shakhs kisi ko provoke kar de,</w:t>
      </w:r>
      <w:r>
        <w:br/>
      </w:r>
      <w:r>
        <w:rPr>
          <w:sz w:val="20"/>
        </w:rPr>
        <w:t>4:07  kisi ko ghussa dila de, to aadmi samajhta hai ke zaroori hai ke us ko lesson diya jaye. kyun?</w:t>
      </w:r>
      <w:r>
        <w:br/>
      </w:r>
      <w:r>
        <w:rPr>
          <w:sz w:val="20"/>
        </w:rPr>
        <w:t>4:16  agar lesson nahin diya jayega to woh aur ziyada karega. woh delay ho jayega hamare khilaaf karne ke liye kuch.</w:t>
      </w:r>
      <w:r>
        <w:br/>
      </w:r>
      <w:r>
        <w:rPr>
          <w:sz w:val="20"/>
        </w:rPr>
        <w:t>4:26  to chup hone ko log samajhte hain buzdi. kal mere paas telephone aaya hai aik sahab ka. unhon ne kaha ke aap sabr ki baatein karte hain, tolerance ki baatein karte hain.</w:t>
      </w:r>
      <w:r>
        <w:br/>
      </w:r>
      <w:r>
        <w:rPr>
          <w:sz w:val="20"/>
        </w:rPr>
        <w:t>4:39  to kahan tak sabr kiya jayega? phir to log hamare upar daily ho jayenge. yeh to aap cowardice ki baat batate hain.</w:t>
      </w:r>
      <w:r>
        <w:br/>
      </w:r>
      <w:r>
        <w:rPr>
          <w:sz w:val="20"/>
        </w:rPr>
        <w:t>4:50  It is a cowardice۔ to kya aap sab logon ko coward bana rahe hain?</w:t>
      </w:r>
    </w:p>
    <w:p>
      <w:pPr>
        <w:pStyle w:val="Heading2"/>
      </w:pPr>
      <w:r>
        <w:t>Al-Hamdulillah example: gratitude requires a purified heart</w:t>
      </w:r>
    </w:p>
    <w:p>
      <w:r>
        <w:rPr>
          <w:color w:val="666666"/>
          <w:sz w:val="18"/>
        </w:rPr>
        <w:t>The Importance of Tadabbur December 5, 2010 · 3m 52s · at 5:39 · https://youtu.be/VEhC8W1mfSY?t=339</w:t>
      </w:r>
    </w:p>
    <w:p>
      <w:r>
        <w:rPr>
          <w:i/>
        </w:rPr>
        <w:t>“Main ek misaal deta hoon: Quran ki pehli ayat Alhamdulillah”</w:t>
      </w:r>
    </w:p>
    <w:p>
      <w:r>
        <w:rPr>
          <w:sz w:val="20"/>
        </w:rPr>
        <w:t>5:39  to mein ek misaal deta hoon. dekhen, Quran ki pehli ayat hai Alhamdulillah Rabb al 'alameen.</w:t>
      </w:r>
      <w:r>
        <w:br/>
      </w:r>
      <w:r>
        <w:rPr>
          <w:sz w:val="20"/>
        </w:rPr>
        <w:t>5:50  to ek woh hai ke aap ungli ghuma dein is ke upar ke yeh Allah ka kalam hai. ya aap behtar tarah isko acharan karein. ek yeh hua.</w:t>
      </w:r>
      <w:r>
        <w:br/>
      </w:r>
      <w:r>
        <w:rPr>
          <w:sz w:val="20"/>
        </w:rPr>
        <w:t>6:01  ek yeh ke aap isko sochen. dekhen, is ayat ka matlab kya hai? yeh hai acknowledge karna. Allah ki hamd ko karne ke ma'ani hain.</w:t>
      </w:r>
      <w:r>
        <w:br/>
      </w:r>
      <w:r>
        <w:rPr>
          <w:sz w:val="20"/>
        </w:rPr>
        <w:t>6:12  Allah ki glory ko acknowledge karna.</w:t>
      </w:r>
      <w:r>
        <w:br/>
      </w:r>
      <w:r>
        <w:rPr>
          <w:sz w:val="20"/>
        </w:rPr>
        <w:t>6:18  aap isko tarjuma chahe kahein ke sari tareef Allah ke liye hai. sara shukr Allah ke liye hai. matlab kya hua? itraaf, acknowledgement.</w:t>
      </w:r>
      <w:r>
        <w:br/>
      </w:r>
      <w:r>
        <w:rPr>
          <w:sz w:val="20"/>
        </w:rPr>
        <w:t>6:29  kiska? Allah ki glory ka. Allah ke Rabb al 'alameen hone ka. ab aap dekhiye ke yeh jo kaam hai, woh kaun karega? pathar ya star aur planet nahin keh rahe hain ke insaan karega.</w:t>
      </w:r>
      <w:r>
        <w:br/>
      </w:r>
      <w:r>
        <w:rPr>
          <w:sz w:val="20"/>
        </w:rPr>
        <w:t>6:43  insaan. insaan rehta hai society mein. insanon ke darmiyan.</w:t>
      </w:r>
      <w:r>
        <w:br/>
      </w:r>
      <w:r>
        <w:rPr>
          <w:sz w:val="20"/>
        </w:rPr>
        <w:t>6:49  har waqt isko aisi baatein pesh aati hain jis se is dil mein shikayat aa jati hai. complaint aa jati hai. nafrat aa jati hai, hate aa jati hai.</w:t>
      </w:r>
      <w:r>
        <w:br/>
      </w:r>
      <w:r>
        <w:rPr>
          <w:sz w:val="20"/>
        </w:rPr>
        <w:t>7:02  yeh bilkul ataz bat natural. yeh hota hai. kyun ke society mein yeh society ka matlab hi yahi hai ke har ek ko doosre se kuch na kuch hogi shikayat.</w:t>
      </w:r>
      <w:r>
        <w:br/>
      </w:r>
      <w:r>
        <w:rPr>
          <w:sz w:val="20"/>
        </w:rPr>
        <w:t>7:16  namumkin hai ke shikayat na ho.</w:t>
      </w:r>
      <w:r>
        <w:br/>
      </w:r>
      <w:r>
        <w:rPr>
          <w:sz w:val="20"/>
        </w:rPr>
        <w:t>7:19  aap sochen ke jab dil shikayat se bhara hua hai to kaise kahega aadmi Alhamdulillah Rabb al 'alameen? phir to sirf lafz ko dohraega.</w:t>
      </w:r>
      <w:r>
        <w:br/>
      </w:r>
      <w:r>
        <w:rPr>
          <w:sz w:val="20"/>
        </w:rPr>
        <w:t>7:32  kyun ke yeh kehne ke liye ke Khuda tera shukr hai, bohat hi positive dil chahiye. bohat hi open mind chahiye.</w:t>
      </w:r>
      <w:r>
        <w:br/>
      </w:r>
      <w:r>
        <w:rPr>
          <w:sz w:val="20"/>
        </w:rPr>
        <w:t>7:42  dil mein na bughz ho, na nafrat ho, na ghussa ho, na complaint ho.</w:t>
      </w:r>
      <w:r>
        <w:br/>
      </w:r>
      <w:r>
        <w:rPr>
          <w:sz w:val="20"/>
        </w:rPr>
        <w:t>7:52  tab sahi ma'non mein aadmi keh payega Khuda ya tera shukr hai, mein acknowledge karta hoon teri glory ka. teri boundaries ka.</w:t>
      </w:r>
      <w:r>
        <w:br/>
      </w:r>
      <w:r>
        <w:rPr>
          <w:sz w:val="20"/>
        </w:rPr>
        <w:t>8:07  to kaise kahega aadmi? is</w:t>
      </w:r>
      <w:r>
        <w:br/>
      </w:r>
      <w:r>
        <w:rPr>
          <w:sz w:val="20"/>
        </w:rPr>
        <w:t>8:10  mein yeh cheez, iske ma'ni ka implicit hai is mein ke pehle apne aapko tayyar karo, prepare karo yeh kehne ke liye.</w:t>
      </w:r>
      <w:r>
        <w:br/>
      </w:r>
      <w:r>
        <w:rPr>
          <w:sz w:val="20"/>
        </w:rPr>
        <w:t>8:24  yani Alhamdulillah Rabb al 'alameen se pehle ek ek precondition hai. pre Alhamdulillah ek. woh kya hai? soch soch kar, soch soch kar ke meaning karna.</w:t>
      </w:r>
      <w:r>
        <w:br/>
      </w:r>
      <w:r>
        <w:rPr>
          <w:sz w:val="20"/>
        </w:rPr>
        <w:t>8:40  you have to learn the art of problem management, complaint management, hate management.</w:t>
      </w:r>
      <w:r>
        <w:br/>
      </w:r>
      <w:r>
        <w:rPr>
          <w:sz w:val="20"/>
        </w:rPr>
        <w:t>8:50  yani jo aap ke dil mein aaya negative thought, pehle isko manage kijiye. apne aapko ek dam</w:t>
      </w:r>
      <w:r>
        <w:br/>
      </w:r>
      <w:r>
        <w:rPr>
          <w:sz w:val="20"/>
        </w:rPr>
        <w:t>9:03  positive banaiye.</w:t>
      </w:r>
      <w:r>
        <w:br/>
      </w:r>
      <w:r>
        <w:rPr>
          <w:sz w:val="20"/>
        </w:rPr>
        <w:t>9:06  bohat ziyada aap apne dil ko saaf kijiye, purify kijiye. tab aap is qabil honge ke aap kahein Alhamdulillah Rabb al-Alameen.</w:t>
      </w:r>
      <w:r>
        <w:br/>
      </w:r>
      <w:r>
        <w:rPr>
          <w:sz w:val="20"/>
        </w:rPr>
        <w:t>9:17  abhi sari baatein soch ke maloom hoti hain. aap na sochein to bas samjhenge ke zubaan se bol diya, isko uchar nahi kiya to bas ho gaya.</w:t>
      </w:r>
    </w:p>
    <w:p>
      <w:pPr>
        <w:pStyle w:val="Heading2"/>
      </w:pPr>
      <w:r>
        <w:t>Positive thinking even in negative situations</w:t>
      </w:r>
    </w:p>
    <w:p>
      <w:r>
        <w:rPr>
          <w:color w:val="666666"/>
          <w:sz w:val="18"/>
        </w:rPr>
        <w:t>Islam and Peace (In Conversation with Maulana) April 5, 2009 · 3m 57s · at 0:30 · https://youtu.be/-1Bnl6dYkrg?t=30</w:t>
      </w:r>
    </w:p>
    <w:p>
      <w:r>
        <w:rPr>
          <w:i/>
        </w:rPr>
        <w:t>“Main toh nahin sochta ki koi good sign hai”</w:t>
      </w:r>
    </w:p>
    <w:p>
      <w:r>
        <w:rPr>
          <w:sz w:val="20"/>
        </w:rPr>
        <w:t>0:30  main to nahi sochta ke koi good sign hai. good sign hoga jab soch mein badlav aaye. us mein un ka koi role hi nahi tha, kya karte wo?</w:t>
      </w:r>
      <w:r>
        <w:br/>
      </w:r>
      <w:r>
        <w:rPr>
          <w:sz w:val="20"/>
        </w:rPr>
        <w:t>0:43  kuch statement de sakte the, is se zyada to kuch role nahi tha un ka. aap kisi musalman se miliye, aur agar wo positive baat kare to samjhiye ke change aaya hai. koi bhi jo sadak par chal raha ho,</w:t>
      </w:r>
      <w:r>
        <w:br/>
      </w:r>
      <w:r>
        <w:rPr>
          <w:sz w:val="20"/>
        </w:rPr>
        <w:t>0:59  ya aap ke pados mein koi rehta ho, kahin bhi, jis musalman se kam se kam main milta hoon, andar se negative niklta hai wo. thoda scrutiny karne ke baad. wahi aadmi jo chup hai, jo aap keh rahe hain,</w:t>
      </w:r>
      <w:r>
        <w:br/>
      </w:r>
      <w:r>
        <w:rPr>
          <w:sz w:val="20"/>
        </w:rPr>
        <w:t>1:14  good sign. aap varun gandhi ke bare mein us se baat kijiye. bura-bura kahega varun gandhi ko wo.</w:t>
      </w:r>
      <w:r>
        <w:br/>
      </w:r>
      <w:r>
        <w:rPr>
          <w:sz w:val="20"/>
        </w:rPr>
        <w:t>1:23  agar woh yeh bura-bura na kahe, parso yani</w:t>
      </w:r>
      <w:r>
        <w:br/>
      </w:r>
      <w:r>
        <w:rPr>
          <w:sz w:val="20"/>
        </w:rPr>
        <w:t>1:28  baat cheet karne mein, tab main manunga keh good sign hai yeh.</w:t>
      </w:r>
      <w:r>
        <w:br/>
      </w:r>
      <w:r>
        <w:rPr>
          <w:sz w:val="20"/>
        </w:rPr>
        <w:t>1:33  dekhiye, asli cheez yeh hai keh is zamane mein</w:t>
      </w:r>
      <w:r>
        <w:br/>
      </w:r>
      <w:r>
        <w:rPr>
          <w:sz w:val="20"/>
        </w:rPr>
        <w:t>1:37  har aadmi paisa oriented ban gaya hai.</w:t>
      </w:r>
      <w:r>
        <w:br/>
      </w:r>
      <w:r>
        <w:rPr>
          <w:sz w:val="20"/>
        </w:rPr>
        <w:t>1:39  daud raha hai paise ke liye.</w:t>
      </w:r>
      <w:r>
        <w:br/>
      </w:r>
      <w:r>
        <w:rPr>
          <w:sz w:val="20"/>
        </w:rPr>
        <w:t>1:40  usko time nahin ki varun gandhi par bole.</w:t>
      </w:r>
      <w:r>
        <w:br/>
      </w:r>
      <w:r>
        <w:rPr>
          <w:sz w:val="20"/>
        </w:rPr>
        <w:t>1:44  kuchh leader log, jinka doosra koi kaam nahin hai, yahi profession unka hai, bolte hain, chhapte hain, bolte</w:t>
      </w:r>
      <w:r>
        <w:br/>
      </w:r>
      <w:r>
        <w:rPr>
          <w:sz w:val="20"/>
        </w:rPr>
        <w:t>1:48  hain, chhapte hain.</w:t>
      </w:r>
      <w:r>
        <w:br/>
      </w:r>
      <w:r>
        <w:rPr>
          <w:sz w:val="20"/>
        </w:rPr>
        <w:t>1:50  baqi log to apna paisa kamane mein lage hue hain.</w:t>
      </w:r>
      <w:r>
        <w:br/>
      </w:r>
      <w:r>
        <w:rPr>
          <w:sz w:val="20"/>
        </w:rPr>
        <w:t>1:53  ab baat jab karenge to vahi ugalenge, hate wali baaten.</w:t>
      </w:r>
      <w:r>
        <w:br/>
      </w:r>
      <w:r>
        <w:rPr>
          <w:sz w:val="20"/>
        </w:rPr>
        <w:t>1:58  is kism ki cheezen kabhi bhi good sign nahin hoti hain.</w:t>
      </w:r>
      <w:r>
        <w:br/>
      </w:r>
      <w:r>
        <w:rPr>
          <w:sz w:val="20"/>
        </w:rPr>
        <w:t>2:03  so you have to see the their mind,</w:t>
      </w:r>
      <w:r>
        <w:br/>
      </w:r>
      <w:r>
        <w:rPr>
          <w:sz w:val="20"/>
        </w:rPr>
        <w:t>2:07  their thinking, whether they are thinking in positive term or in negative term. so according to my experience, all the muslim without any exception, they are living in negativity,</w:t>
      </w:r>
      <w:r>
        <w:br/>
      </w:r>
      <w:r>
        <w:rPr>
          <w:sz w:val="20"/>
        </w:rPr>
        <w:t>2:22  except those who are attending this class.</w:t>
      </w:r>
      <w:r>
        <w:br/>
      </w:r>
      <w:r>
        <w:rPr>
          <w:sz w:val="20"/>
        </w:rPr>
        <w:t>2:28  mister and molvi, religious and secular, both. so these things are not good sign, neither bad sign.</w:t>
      </w:r>
      <w:r>
        <w:br/>
      </w:r>
      <w:r>
        <w:rPr>
          <w:sz w:val="20"/>
        </w:rPr>
        <w:t>2:42  today i have expressed that things begin from mind.</w:t>
      </w:r>
      <w:r>
        <w:br/>
      </w:r>
      <w:r>
        <w:rPr>
          <w:sz w:val="20"/>
        </w:rPr>
        <w:t>2:50  so you have to see the mind, that thinking. with if if you find a muslim who thinks in positive term, what is positive term?</w:t>
      </w:r>
      <w:r>
        <w:br/>
      </w:r>
      <w:r>
        <w:rPr>
          <w:sz w:val="20"/>
        </w:rPr>
        <w:t>3:02  what is positive thinking? positive thinking means</w:t>
      </w:r>
      <w:r>
        <w:br/>
      </w:r>
      <w:r>
        <w:rPr>
          <w:sz w:val="20"/>
        </w:rPr>
        <w:t>3:10  thinking positively even in negative situations.</w:t>
      </w:r>
      <w:r>
        <w:br/>
      </w:r>
      <w:r>
        <w:rPr>
          <w:sz w:val="20"/>
        </w:rPr>
        <w:t>3:17  because negative negative experience, negative things are part of history, part of society. so you cannot eliminate those negative things. everyone is varun gandhi.</w:t>
      </w:r>
      <w:r>
        <w:br/>
      </w:r>
      <w:r>
        <w:rPr>
          <w:sz w:val="20"/>
        </w:rPr>
        <w:t>3:43  so muslims must adopt this kind of formula,</w:t>
      </w:r>
      <w:r>
        <w:br/>
      </w:r>
      <w:r>
        <w:rPr>
          <w:sz w:val="20"/>
        </w:rPr>
        <w:t>3:49  living in positivity</w:t>
      </w:r>
      <w:r>
        <w:br/>
      </w:r>
      <w:r>
        <w:rPr>
          <w:sz w:val="20"/>
        </w:rPr>
        <w:t>3:52  even in negative situations.</w:t>
      </w:r>
      <w:r>
        <w:br/>
      </w:r>
      <w:r>
        <w:rPr>
          <w:sz w:val="20"/>
        </w:rPr>
        <w:t>3:56  then it is a good sign.</w:t>
      </w:r>
      <w:r>
        <w:br/>
      </w:r>
      <w:r>
        <w:rPr>
          <w:sz w:val="20"/>
        </w:rPr>
        <w:t>3:58  then it is a sign of change.</w:t>
      </w:r>
      <w:r>
        <w:br/>
      </w:r>
      <w:r>
        <w:rPr>
          <w:sz w:val="20"/>
        </w:rPr>
        <w:t>4:03  i don't think that presence</w:t>
      </w:r>
      <w:r>
        <w:br/>
      </w:r>
      <w:r>
        <w:rPr>
          <w:sz w:val="20"/>
        </w:rPr>
        <w:t>4:05  situation is a sign.</w:t>
      </w:r>
      <w:r>
        <w:br/>
      </w:r>
      <w:r>
        <w:rPr>
          <w:sz w:val="20"/>
        </w:rPr>
        <w:t>4:08  it are good sign, naader bad sign.</w:t>
      </w:r>
      <w:r>
        <w:br/>
      </w:r>
      <w:r>
        <w:rPr>
          <w:sz w:val="20"/>
        </w:rPr>
        <w:t>4:11  they are engaged in paisa, in money.</w:t>
      </w:r>
      <w:r>
        <w:br/>
      </w:r>
      <w:r>
        <w:rPr>
          <w:sz w:val="20"/>
        </w:rPr>
        <w:t>4:14  that's all. they have no time for other things.</w:t>
      </w:r>
      <w:r>
        <w:br/>
      </w:r>
      <w:r>
        <w:rPr>
          <w:sz w:val="20"/>
        </w:rPr>
        <w:t>4:20  so i can not say that this is good sign.</w:t>
      </w:r>
      <w:r>
        <w:br/>
      </w:r>
      <w:r>
        <w:rPr>
          <w:sz w:val="20"/>
        </w:rPr>
        <w:t>4:24  it simply is nothing.</w:t>
      </w:r>
    </w:p>
    <w:p>
      <w:pPr>
        <w:pStyle w:val="Heading2"/>
      </w:pPr>
      <w:r>
        <w:t>Sabr as patient planning, Prophet's Hijra and result</w:t>
      </w:r>
    </w:p>
    <w:p>
      <w:r>
        <w:rPr>
          <w:color w:val="666666"/>
          <w:sz w:val="18"/>
        </w:rPr>
        <w:t>Study of The Quran November 30, 2014 · 6m 04s · at 32:00 · https://youtu.be/x3fcJ2nlDow?t=1920</w:t>
      </w:r>
    </w:p>
    <w:p>
      <w:r>
        <w:rPr>
          <w:i/>
        </w:rPr>
        <w:t>“Misaal dekhiye, mein ek baat arz karta hoon ke Quran mein bahut baar”</w:t>
      </w:r>
    </w:p>
    <w:p>
      <w:r>
        <w:rPr>
          <w:sz w:val="20"/>
        </w:rPr>
        <w:t>32:00  misalan dekhiye, mein ek baat arz karta hoon ke quran mein bohat bar bar kaha gaya hai ke sabr karo, sabr karo, yahan tak ke ek ayat hai ke sabr par sab se zyada reward hai ﴿إِنَّمَّا يُوَفَّى الصَّابِرُونَ أَجْرَهُمْ بِغَيْرِ حِسَابٍ﴾ ।</w:t>
      </w:r>
      <w:r>
        <w:br/>
      </w:r>
      <w:r>
        <w:rPr>
          <w:sz w:val="20"/>
        </w:rPr>
        <w:t>32:21  to aksar log samajhte hain ke sabr ka matlab hai guzri, paspai, peeche hat jana, dab jana.</w:t>
      </w:r>
      <w:r>
        <w:br/>
      </w:r>
      <w:r>
        <w:rPr>
          <w:sz w:val="20"/>
        </w:rPr>
        <w:t>32:28  is liye sabr ko koi badi baat nahi samajhte, azimat ki baat nahi samajhte. yeh matlab sabr ka nahi hai. sabr ka matlab peeche hatna nahi hai.</w:t>
      </w:r>
      <w:r>
        <w:br/>
      </w:r>
      <w:r>
        <w:rPr>
          <w:sz w:val="20"/>
        </w:rPr>
        <w:t>32:42  sabr jo hai, woh kya hai? by time strategy hai.</w:t>
      </w:r>
      <w:r>
        <w:br/>
      </w:r>
      <w:r>
        <w:rPr>
          <w:sz w:val="20"/>
        </w:rPr>
        <w:t>32:50  waqt hazir karne ka. jab situation koi create hui, koi controversy aayi kisi se, kisi mamle mein koi difference hua,</w:t>
      </w:r>
      <w:r>
        <w:br/>
      </w:r>
      <w:r>
        <w:rPr>
          <w:sz w:val="20"/>
        </w:rPr>
        <w:t>33:04  to aap jab sabr karen to kya matlab hai? ke aap apne aap ko uljhaye baghair, apne dimagh ko free kar ke sochte hain ke kya karna chahiye.</w:t>
      </w:r>
      <w:r>
        <w:br/>
      </w:r>
      <w:r>
        <w:rPr>
          <w:sz w:val="20"/>
        </w:rPr>
        <w:t>33:18  sabr ka matlab hai patient planning. agar main sabr ko ek lafz mein kahoon to main kahunga ke patient planning. bohat hi zyada apne ko uljhaye baghair, apne ko negative banaye baghair sochna, sochna, sochna ke is situation mein mujhe kya mera plan hona chahiye.</w:t>
      </w:r>
      <w:r>
        <w:br/>
      </w:r>
      <w:r>
        <w:rPr>
          <w:sz w:val="20"/>
        </w:rPr>
        <w:t>33:44  jaise rasool Allah salallahu alaihi wasallam ka waqea lijiye</w:t>
      </w:r>
      <w:r>
        <w:br/>
      </w:r>
      <w:r>
        <w:rPr>
          <w:sz w:val="20"/>
        </w:rPr>
        <w:t>33:50  ke jab aap ne hijrat farmayi to aap ke liye do mein se ek option tha: ya to Makkah walon se ladein ya chhod ke chale jayen.</w:t>
      </w:r>
      <w:r>
        <w:br/>
      </w:r>
      <w:r>
        <w:rPr>
          <w:sz w:val="20"/>
        </w:rPr>
        <w:t>34:04  yani 13 saal ke baad yeh point aa gaya tha ke ya to aap sahaba ko le kar, jitne aap ke sath sahaba hue the, un ko le kar ladein Makkah walon se ya Makkah chhod kar hijrat chale jayen.</w:t>
      </w:r>
      <w:r>
        <w:br/>
      </w:r>
      <w:r>
        <w:rPr>
          <w:sz w:val="20"/>
        </w:rPr>
        <w:t>34:20  to aap agar is par ghussa ho jate hain, hum kyon apna watan chhoden? yeh hamara watan hai, hamare baap dada ka ghar hai, yeh hum kyon chhoden?</w:t>
      </w:r>
      <w:r>
        <w:br/>
      </w:r>
      <w:r>
        <w:rPr>
          <w:sz w:val="20"/>
        </w:rPr>
        <w:t>34:30  to aap lad jate hain.</w:t>
      </w:r>
      <w:r>
        <w:br/>
      </w:r>
      <w:r>
        <w:rPr>
          <w:sz w:val="20"/>
        </w:rPr>
        <w:t>34:33  lekin aap ne patiently socha ke lad kar yahan par shaheed hone se behtar yeh hai ke hum chhod ke jayen Madinah, wahan par Islam guard banayen.</w:t>
      </w:r>
      <w:r>
        <w:br/>
      </w:r>
      <w:r>
        <w:rPr>
          <w:sz w:val="20"/>
        </w:rPr>
        <w:t>34:44  to aap ne farmaya tha us waqt, jab hijrat se kuch pehle ke 'umirtu biqualatin ta'kulul quraa yaquluna yasrifu wa hiya al-madinah'</w:t>
      </w:r>
      <w:r>
        <w:br/>
      </w:r>
      <w:r>
        <w:rPr>
          <w:sz w:val="20"/>
        </w:rPr>
        <w:t>35:00  . matlab mujhe bhi, mujhe yeh strategy batai gayi hai ke Makkah mein lad kar shaheed hone ki zaroorat nahi hai. Makkah chhod kar naye maqam par jao, wahan par apna shutter banao aur planning karo apni dawat ki.</w:t>
      </w:r>
      <w:r>
        <w:br/>
      </w:r>
      <w:r>
        <w:rPr>
          <w:sz w:val="20"/>
        </w:rPr>
        <w:t>35:15  woh is se to phir sare Arab mein tum kamyab ho jaoge. to 'umirtu biqualatin ta'kulul quraa'.</w:t>
      </w:r>
      <w:r>
        <w:br/>
      </w:r>
      <w:r>
        <w:rPr>
          <w:sz w:val="20"/>
        </w:rPr>
        <w:t>35:24  yeh patient planning ki ek misaal hai. patient planning.</w:t>
      </w:r>
      <w:r>
        <w:br/>
      </w:r>
      <w:r>
        <w:rPr>
          <w:sz w:val="20"/>
        </w:rPr>
        <w:t>35:34  to log sabr ka matlab samajhte hain buzdi, paspai, kamzori dikhana. nahi, sab se badi bahaduri hai sabr.</w:t>
      </w:r>
      <w:r>
        <w:br/>
      </w:r>
      <w:r>
        <w:rPr>
          <w:sz w:val="20"/>
        </w:rPr>
        <w:t>35:44  sabr sab se badi bahaduri hai.</w:t>
      </w:r>
      <w:r>
        <w:br/>
      </w:r>
      <w:r>
        <w:rPr>
          <w:sz w:val="20"/>
        </w:rPr>
        <w:t>35:50  kyonke dekhiye, jab aap duniya mein hain, aap dawat ka kaam kar rahe hain, Islam ka mission chala rahe hain to bar bar aap ka takrao hoga doosron se.</w:t>
      </w:r>
      <w:r>
        <w:br/>
      </w:r>
      <w:r>
        <w:rPr>
          <w:sz w:val="20"/>
        </w:rPr>
        <w:t>36:02  bar bar. us waqt agar jhijhkayen aap, aap ghussa provoke ho jayen, aap ghussa karen to kya hoga?</w:t>
      </w:r>
      <w:r>
        <w:br/>
      </w:r>
      <w:r>
        <w:rPr>
          <w:sz w:val="20"/>
        </w:rPr>
        <w:t>36:12  normal mind ke sath aap cheezon ko nahi dekh paoge. normal mind ke sath nahi dekh paoge. bas aap ko ladai sochegi, nafrat to na sochega.</w:t>
      </w:r>
      <w:r>
        <w:br/>
      </w:r>
      <w:r>
        <w:rPr>
          <w:sz w:val="20"/>
        </w:rPr>
        <w:t>36:23  negative planning aap ke dimagh mein aayegi. lekin agar aap sabr karen, sabr karen to sabr ka maani kya hai?</w:t>
      </w:r>
      <w:r>
        <w:br/>
      </w:r>
      <w:r>
        <w:rPr>
          <w:sz w:val="20"/>
        </w:rPr>
        <w:t>36:32  apne mind ko normal, normal banaye rakhen. normal. apne mind ko disturb na hone den.</w:t>
      </w:r>
      <w:r>
        <w:br/>
      </w:r>
      <w:r>
        <w:rPr>
          <w:sz w:val="20"/>
        </w:rPr>
        <w:t>36:43  sabr ka matlab hai patience. apne mind ko normal banaye rakhna. disturb hone se bachana.</w:t>
      </w:r>
      <w:r>
        <w:br/>
      </w:r>
      <w:r>
        <w:rPr>
          <w:sz w:val="20"/>
        </w:rPr>
        <w:t>36:52  to phir kya hoga?</w:t>
      </w:r>
      <w:r>
        <w:br/>
      </w:r>
      <w:r>
        <w:rPr>
          <w:sz w:val="20"/>
        </w:rPr>
        <w:t>36:54  aap ka mind positively sochega. positively.</w:t>
      </w:r>
      <w:r>
        <w:br/>
      </w:r>
      <w:r>
        <w:rPr>
          <w:sz w:val="20"/>
        </w:rPr>
        <w:t>37:02  aur phir jo aap ki planning hogi, woh bohat zabardast planning hogi. jaisa ke ab maine misaal di. rasool Allah salallahu alaihi wasallam agar lad lad kar ke wohin par sab sare sahaba shaheed ho gaye hote Makkah mein to history kaise banti?</w:t>
      </w:r>
      <w:r>
        <w:br/>
      </w:r>
      <w:r>
        <w:rPr>
          <w:sz w:val="20"/>
        </w:rPr>
        <w:t>37:15  history kaise banti?</w:t>
      </w:r>
      <w:r>
        <w:br/>
      </w:r>
      <w:r>
        <w:rPr>
          <w:sz w:val="20"/>
        </w:rPr>
        <w:t>37:17  lekin jab madina gaye, wahan par unhon ne apni madina gaye, wahan par jo planning kiya aap ne, peaceful planning, dawat ki.</w:t>
      </w:r>
      <w:r>
        <w:br/>
      </w:r>
      <w:r>
        <w:rPr>
          <w:sz w:val="20"/>
        </w:rPr>
        <w:t>37:31  is ke baad kya hua? kya hua ke das saal ke andar poora arab islamize ho gaya. das saal ke andar poora arab islamize ho gaya. That was a miracle of patient planning .</w:t>
      </w:r>
      <w:r>
        <w:br/>
      </w:r>
      <w:r>
        <w:rPr>
          <w:sz w:val="20"/>
        </w:rPr>
        <w:t>37:45  yani das hijrat ke baad das saal ka waqt hai. to in das saalon mein jo poora poora arab islamize hoga, that was the result of patient planning .</w:t>
      </w:r>
      <w:r>
        <w:br/>
      </w:r>
      <w:r>
        <w:rPr>
          <w:sz w:val="20"/>
        </w:rPr>
        <w:t>37:58  to yeh is tareeqe se jab aap quran ko parhenge, tab quran aap ke liye guide book banega.</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Art and novels as time waste</w:t>
      </w:r>
    </w:p>
    <w:p>
      <w:r>
        <w:rPr>
          <w:color w:val="666666"/>
          <w:sz w:val="18"/>
        </w:rPr>
        <w:t>Understanding Islam (In Conversation with Maulan) 15.5.2008 · 2m 07s · at 16:10 · https://youtu.be/0SGSOPSun0E?t=970</w:t>
      </w:r>
    </w:p>
    <w:p>
      <w:r>
        <w:rPr>
          <w:i/>
        </w:rPr>
        <w:t>“Dekhiye, is mein bahut se ulema ne kuch cheezon ko haraam bataya.”</w:t>
      </w:r>
    </w:p>
    <w:p>
      <w:r>
        <w:rPr>
          <w:sz w:val="20"/>
        </w:rPr>
        <w:t>16:10  dekhiye, is mein bohat se ulama ne kuch cheezon ko haram bataya hai. lekin mein is ko haram halaal ka masla nahi samajhta.</w:t>
      </w:r>
      <w:r>
        <w:br/>
      </w:r>
      <w:r>
        <w:rPr>
          <w:sz w:val="20"/>
        </w:rPr>
        <w:t>16:21  mein is ko distraction ka masla samajhta hoon. yani agar aap apne aap ko yani in cheezon pe lagayein to mein chahoon ga ke aap apne aap ko distract kar rahe hain.</w:t>
      </w:r>
      <w:r>
        <w:br/>
      </w:r>
      <w:r>
        <w:rPr>
          <w:sz w:val="20"/>
        </w:rPr>
        <w:t>16:37  yani distraction ka matlab yeh hai ke bare kaam se chhod kar chhote kaam mein apne aap ko laga rahe hain.</w:t>
      </w:r>
      <w:r>
        <w:br/>
      </w:r>
      <w:r>
        <w:rPr>
          <w:sz w:val="20"/>
        </w:rPr>
        <w:t>16:45  aap jo time aap ke paas hai is ka ek ek bara istemal bhi hai. to is is bare istemal ke aap lagayein to woh mere nazdeek sahi baat hai.</w:t>
      </w:r>
      <w:r>
        <w:br/>
      </w:r>
      <w:r>
        <w:rPr>
          <w:sz w:val="20"/>
        </w:rPr>
        <w:t>16:58  aur agar aap kisi chhoti cheez mein apne aap ko laga rahe hain to aap to aap apne aap ko distract kar rahe hain chhoti cheezon ki taraf. to in cheezon ke mein mein samajhta hoon ke haram halaal ka yani maamla nahi hai.</w:t>
      </w:r>
      <w:r>
        <w:br/>
      </w:r>
      <w:r>
        <w:rPr>
          <w:sz w:val="20"/>
        </w:rPr>
        <w:t>17:11  yeh distraction ka maamla hai. ab aadmi ke apne upar hai ke kya woh distraction ko afford kar sakta hai. to mein to samajhta hoon ke bhai mein to afford nahi kar sakta distraction ko.</w:t>
      </w:r>
      <w:r>
        <w:br/>
      </w:r>
      <w:r>
        <w:rPr>
          <w:sz w:val="20"/>
        </w:rPr>
        <w:t>17:22  isi liye mein novel nahi parhta. ke novel parhna koi na aisa nahi ke woh Islam mein jaiz na ho, unlawful ho novel parhna.</w:t>
      </w:r>
      <w:r>
        <w:br/>
      </w:r>
      <w:r>
        <w:rPr>
          <w:sz w:val="20"/>
        </w:rPr>
        <w:t>17:34  lekin novel parhne ke baad hai time waste karna. time waste karna. to mein time waste karoon kyun? woh subject parhoon jo is ka history parhoon, science parhoon to is se mujhe kuch mile gi,</w:t>
      </w:r>
      <w:r>
        <w:br/>
      </w:r>
      <w:r>
        <w:rPr>
          <w:sz w:val="20"/>
        </w:rPr>
        <w:t>17:50  information mile gi. lekin novel to fiction par base karta hai. yani farzi kahaniyon par. is mein kya mujhe mile ga siwaye enjoy ke?</w:t>
      </w:r>
      <w:r>
        <w:br/>
      </w:r>
      <w:r>
        <w:rPr>
          <w:sz w:val="20"/>
        </w:rPr>
        <w:t>18:03  to behal mein novel ko ya art ko koi najayez cheez nahi samajhta. lekin mein is ko samajhta hoon ke yeh time ko waste kar raha hai.</w:t>
      </w:r>
      <w:r>
        <w:br/>
      </w:r>
      <w:r>
        <w:rPr>
          <w:sz w:val="20"/>
        </w:rPr>
        <w:t>18:13  is sense mein mein samajhta hoon ke aadmi ko sochna chahiye.</w:t>
      </w:r>
    </w:p>
    <w:p>
      <w:pPr>
        <w:pStyle w:val="Heading2"/>
      </w:pPr>
      <w:r>
        <w:t>Five pillars mapped to life management aspects</w:t>
      </w:r>
    </w:p>
    <w:p>
      <w:r>
        <w:rPr>
          <w:color w:val="666666"/>
          <w:sz w:val="18"/>
        </w:rPr>
        <w:t>Principles of Zakat in Islam 11 May 2007 - Maulana Wahiduddin Khan · 5m 31s · at 0:10 · https://youtu.be/RmfLc_lQrxs?t=10</w:t>
      </w:r>
    </w:p>
    <w:p>
      <w:r>
        <w:rPr>
          <w:i/>
        </w:rPr>
        <w:t>“I would like to tell you something about the principle of Zakat in Islam.”</w:t>
      </w:r>
    </w:p>
    <w:p>
      <w:r>
        <w:rPr>
          <w:sz w:val="20"/>
        </w:rPr>
        <w:t>0:10  I would like to tell you something about the principle of Zakat in Islam. You know there are 5 pillars, according to a Hadith, there are 5 pillars of Islam.</w:t>
      </w:r>
      <w:r>
        <w:br/>
      </w:r>
      <w:r>
        <w:rPr>
          <w:sz w:val="20"/>
        </w:rPr>
        <w:t>0:25  One of these 5 pillars is Zakat. Z-A-K-A-T.</w:t>
      </w:r>
      <w:r>
        <w:br/>
      </w:r>
      <w:r>
        <w:rPr>
          <w:sz w:val="20"/>
        </w:rPr>
        <w:t>0:35  So what are those 5 pillars? And what is the place of Zakat in this system of 5 pillars?</w:t>
      </w:r>
      <w:r>
        <w:br/>
      </w:r>
      <w:r>
        <w:rPr>
          <w:sz w:val="20"/>
        </w:rPr>
        <w:t>0:46  I think that these 5 pillars cover all the human life. All the aspects of human life.</w:t>
      </w:r>
      <w:r>
        <w:br/>
      </w:r>
      <w:r>
        <w:rPr>
          <w:sz w:val="20"/>
        </w:rPr>
        <w:t>0:56  These 5 pillars are not simply religious pillars. Religious pillars. No. These are life pillars.</w:t>
      </w:r>
      <w:r>
        <w:br/>
      </w:r>
      <w:r>
        <w:rPr>
          <w:sz w:val="20"/>
        </w:rPr>
        <w:t>1:04  According to my analysis, there are distinctively 5 pillars of your life.</w:t>
      </w:r>
      <w:r>
        <w:br/>
      </w:r>
      <w:r>
        <w:rPr>
          <w:sz w:val="20"/>
        </w:rPr>
        <w:t>1:15  Pillar means aspect. So there are 5 aspects of human life. And these 5 pillars cover.</w:t>
      </w:r>
      <w:r>
        <w:br/>
      </w:r>
      <w:r>
        <w:rPr>
          <w:sz w:val="20"/>
        </w:rPr>
        <w:t>1:28  All those 5 aspects are pillars of human life. Now, what are those 5</w:t>
      </w:r>
      <w:r>
        <w:br/>
      </w:r>
      <w:r>
        <w:rPr>
          <w:sz w:val="20"/>
        </w:rPr>
        <w:t>1:36  aspects? First of all,</w:t>
      </w:r>
      <w:r>
        <w:br/>
      </w:r>
      <w:r>
        <w:rPr>
          <w:sz w:val="20"/>
        </w:rPr>
        <w:t>1:41  man is a thinking animal.</w:t>
      </w:r>
      <w:r>
        <w:br/>
      </w:r>
      <w:r>
        <w:rPr>
          <w:sz w:val="20"/>
        </w:rPr>
        <w:t>1:46  So thinking is one aspect of life. It is called that. It is said that man is a thinking animal.</w:t>
      </w:r>
      <w:r>
        <w:br/>
      </w:r>
      <w:r>
        <w:rPr>
          <w:sz w:val="20"/>
        </w:rPr>
        <w:t>1:55  So thinking is</w:t>
      </w:r>
      <w:r>
        <w:br/>
      </w:r>
      <w:r>
        <w:rPr>
          <w:sz w:val="20"/>
        </w:rPr>
        <w:t>1:59  an aspect of human life. You can say thought. The first pillar is thought.</w:t>
      </w:r>
      <w:r>
        <w:br/>
      </w:r>
      <w:r>
        <w:rPr>
          <w:sz w:val="20"/>
        </w:rPr>
        <w:t>2:09  Then time. Everyone has time. Time is the most precious asset of your life.</w:t>
      </w:r>
      <w:r>
        <w:br/>
      </w:r>
      <w:r>
        <w:rPr>
          <w:sz w:val="20"/>
        </w:rPr>
        <w:t>2:19  Then</w:t>
      </w:r>
      <w:r>
        <w:br/>
      </w:r>
      <w:r>
        <w:rPr>
          <w:sz w:val="20"/>
        </w:rPr>
        <w:t>2:22  you have desires. Everyone is full of desires. So desires are also part of human life. Then you have time.</w:t>
      </w:r>
      <w:r>
        <w:br/>
      </w:r>
      <w:r>
        <w:rPr>
          <w:sz w:val="20"/>
        </w:rPr>
        <w:t>2:35  It is said that time is everything. So you have time.</w:t>
      </w:r>
      <w:r>
        <w:br/>
      </w:r>
      <w:r>
        <w:rPr>
          <w:sz w:val="20"/>
        </w:rPr>
        <w:t>2:42  Then</w:t>
      </w:r>
      <w:r>
        <w:br/>
      </w:r>
      <w:r>
        <w:rPr>
          <w:sz w:val="20"/>
        </w:rPr>
        <w:t>2:45  you have money. Everyone has some money.</w:t>
      </w:r>
      <w:r>
        <w:br/>
      </w:r>
      <w:r>
        <w:rPr>
          <w:sz w:val="20"/>
        </w:rPr>
        <w:t>2:55  More or less. Then everyone wants to set a goal. Setting a goal is also a part of human life.</w:t>
      </w:r>
      <w:r>
        <w:br/>
      </w:r>
      <w:r>
        <w:rPr>
          <w:sz w:val="20"/>
        </w:rPr>
        <w:t>3:08  So these are 5 aspects: thought, time, desires,</w:t>
      </w:r>
      <w:r>
        <w:br/>
      </w:r>
      <w:r>
        <w:rPr>
          <w:sz w:val="20"/>
        </w:rPr>
        <w:t>3:15  money, and goal. I think that these are 5 aspects of human life. And these 5 aspects cover all the...</w:t>
      </w:r>
      <w:r>
        <w:br/>
      </w:r>
      <w:r>
        <w:rPr>
          <w:sz w:val="20"/>
        </w:rPr>
        <w:t>3:30  all the human personality.</w:t>
      </w:r>
      <w:r>
        <w:br/>
      </w:r>
      <w:r>
        <w:rPr>
          <w:sz w:val="20"/>
        </w:rPr>
        <w:t>3:35  So these 5 pillars of Islam</w:t>
      </w:r>
      <w:r>
        <w:br/>
      </w:r>
      <w:r>
        <w:rPr>
          <w:sz w:val="20"/>
        </w:rPr>
        <w:t>3:40  cover all these 5 aspects of human life. So I can say these 5 pillars mean...</w:t>
      </w:r>
      <w:r>
        <w:br/>
      </w:r>
      <w:r>
        <w:rPr>
          <w:sz w:val="20"/>
        </w:rPr>
        <w:t>3:49  Art of thought management. Art of time management. Art of</w:t>
      </w:r>
      <w:r>
        <w:br/>
      </w:r>
      <w:r>
        <w:rPr>
          <w:sz w:val="20"/>
        </w:rPr>
        <w:t>3:58  desire management. Art of money management. And art of goal management.</w:t>
      </w:r>
      <w:r>
        <w:br/>
      </w:r>
      <w:r>
        <w:rPr>
          <w:sz w:val="20"/>
        </w:rPr>
        <w:t>4:08  Setting a goal. So according to the Hadith, the... the Hadith is</w:t>
      </w:r>
      <w:r>
        <w:br/>
      </w:r>
      <w:r>
        <w:rPr>
          <w:sz w:val="20"/>
        </w:rPr>
        <w:t>4:15  like this. These are the Arabic words of Hadith: bani al-islam ala khams: shahadat la ilaha illallah, wa iqam al-salat, wa ita al-zakat,</w:t>
      </w:r>
      <w:r>
        <w:br/>
      </w:r>
      <w:r>
        <w:rPr>
          <w:sz w:val="20"/>
        </w:rPr>
        <w:t>4:31  wa al-hajj, wa sawm ramadan.</w:t>
      </w:r>
      <w:r>
        <w:br/>
      </w:r>
      <w:r>
        <w:rPr>
          <w:sz w:val="20"/>
        </w:rPr>
        <w:t>4:35  These are 5 pillars. The first is Kalimah.</w:t>
      </w:r>
      <w:r>
        <w:br/>
      </w:r>
      <w:r>
        <w:rPr>
          <w:sz w:val="20"/>
        </w:rPr>
        <w:t>4:42  Kalimah, word of tawhid. That represents art of thought management. When you say la ilaha illallah, there is no God but one God.</w:t>
      </w:r>
      <w:r>
        <w:br/>
      </w:r>
      <w:r>
        <w:rPr>
          <w:sz w:val="20"/>
        </w:rPr>
        <w:t>4:59  So you are</w:t>
      </w:r>
      <w:r>
        <w:br/>
      </w:r>
      <w:r>
        <w:rPr>
          <w:sz w:val="20"/>
        </w:rPr>
        <w:t>5:01  managing your thought process.</w:t>
      </w:r>
      <w:r>
        <w:br/>
      </w:r>
      <w:r>
        <w:rPr>
          <w:sz w:val="20"/>
        </w:rPr>
        <w:t>5:07  So it is art of thought management. Then Salat, 5 time prayers. That is management of time.</w:t>
      </w:r>
      <w:r>
        <w:br/>
      </w:r>
      <w:r>
        <w:rPr>
          <w:sz w:val="20"/>
        </w:rPr>
        <w:t>5:18  So Salat means... So Salat means art of time management.</w:t>
      </w:r>
      <w:r>
        <w:br/>
      </w:r>
      <w:r>
        <w:rPr>
          <w:sz w:val="20"/>
        </w:rPr>
        <w:t>5:26  Then there is money. And Zakat pertains to money. So Zakat means art of money management.</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Nine commandments and positive lessons</w:t>
      </w:r>
    </w:p>
    <w:p>
      <w:r>
        <w:rPr>
          <w:color w:val="666666"/>
          <w:sz w:val="18"/>
        </w:rPr>
        <w:t>Islamic Ethics May 28, 2008 · 5m 07s · at 27:14 · https://youtu.be/_isdXSSDbEg?t=1634</w:t>
      </w:r>
    </w:p>
    <w:p>
      <w:r>
        <w:rPr>
          <w:i/>
        </w:rPr>
        <w:t>“Amrani rabbi bitis”</w:t>
      </w:r>
    </w:p>
    <w:p>
      <w:r>
        <w:rPr>
          <w:sz w:val="20"/>
        </w:rPr>
        <w:t>27:14  kabhi detail karte thay. to aap ne farmaya ke amarni rabbi baithas.</w:t>
      </w:r>
      <w:r>
        <w:br/>
      </w:r>
      <w:r>
        <w:rPr>
          <w:sz w:val="20"/>
        </w:rPr>
        <w:t>27:25  amarni rabbi baithas. khashiyatullah fil sirri wal alaniyati. wa kalimatu al adli fil ghadabi wal riza.</w:t>
      </w:r>
      <w:r>
        <w:br/>
      </w:r>
      <w:r>
        <w:rPr>
          <w:sz w:val="20"/>
        </w:rPr>
        <w:t>27:35  wal qasdu fil faqr wal ghina.</w:t>
      </w:r>
      <w:r>
        <w:br/>
      </w:r>
      <w:r>
        <w:rPr>
          <w:sz w:val="20"/>
        </w:rPr>
        <w:t>27:40  wa wa wan otia aman haram otia min harmani wa afa min zalamani wa</w:t>
      </w:r>
      <w:r>
        <w:br/>
      </w:r>
      <w:r>
        <w:rPr>
          <w:sz w:val="20"/>
        </w:rPr>
        <w:t>27:55  wan yakoon samat fikran wa nutqi dhikran wa nazari abratan. yani mujhe Khuda ne aap ne farmaya ke mujhe Khuda ne no baaton ka hukum diya hai.</w:t>
      </w:r>
      <w:r>
        <w:br/>
      </w:r>
      <w:r>
        <w:rPr>
          <w:sz w:val="20"/>
        </w:rPr>
        <w:t>28:13  mujhe Khuda ne no baaton ka hukum diya hai. yani in no baaton ko follow karte hue mein is dunya mein rahoon.</w:t>
      </w:r>
      <w:r>
        <w:br/>
      </w:r>
      <w:r>
        <w:rPr>
          <w:sz w:val="20"/>
        </w:rPr>
        <w:t>28:25  pehla kya? mein Khuda se daroon khulle mein bhi aur chhupe mein bhi. public mein bhi aur private mein bhi.</w:t>
      </w:r>
      <w:r>
        <w:br/>
      </w:r>
      <w:r>
        <w:rPr>
          <w:sz w:val="20"/>
        </w:rPr>
        <w:t>28:35  Khuda se daroon. daroon ka matlab yeh hai ke mein is ehsas mein jeena chahiye mujhe ke Khuda mujhe pakdega agar mein ghalti karunga to.</w:t>
      </w:r>
      <w:r>
        <w:br/>
      </w:r>
      <w:r>
        <w:rPr>
          <w:sz w:val="20"/>
        </w:rPr>
        <w:t>28:45  yani accountability is ko keh sakte hain aap. in se pehla yeh hua ke accountability ke ehsas ke sath mein dunya mein rahoon.</w:t>
      </w:r>
      <w:r>
        <w:br/>
      </w:r>
      <w:r>
        <w:rPr>
          <w:sz w:val="20"/>
        </w:rPr>
        <w:t>28:54  ke Khuda ke samne mein accountable hoon. aur Khuda mujhe pakdega. achhe par achha inaam dega. bure par bura inaam dega.</w:t>
      </w:r>
      <w:r>
        <w:br/>
      </w:r>
      <w:r>
        <w:rPr>
          <w:sz w:val="20"/>
        </w:rPr>
        <w:t>29:04  yani punishment aur reward ka aqeedah. to pehli baat aap ne yeh farmayi ke mein khulle aur chhupe har haal mein Khuda se daroon.</w:t>
      </w:r>
      <w:r>
        <w:br/>
      </w:r>
      <w:r>
        <w:rPr>
          <w:sz w:val="20"/>
        </w:rPr>
        <w:t>29:16  aur chahe mein ghusse ki halat mein hoon. chahe mein khushi khushi ki halat mein hoon. har haal mein mein justice ki baat kahoon.</w:t>
      </w:r>
      <w:r>
        <w:br/>
      </w:r>
      <w:r>
        <w:rPr>
          <w:sz w:val="20"/>
        </w:rPr>
        <w:t>29:27  chahe mein ghusse ki halat mein hoon. chahe mein khushi ki halat mein hoon. har haal mein mein justice ki baat kahoon.</w:t>
      </w:r>
      <w:r>
        <w:br/>
      </w:r>
      <w:r>
        <w:rPr>
          <w:sz w:val="20"/>
        </w:rPr>
        <w:t>29:39  aur chahe mein yani penniless ho jaoon. ya mere paas maal ho. dono halaton mein mein etidal ke sath rahoon.</w:t>
      </w:r>
      <w:r>
        <w:br/>
      </w:r>
      <w:r>
        <w:rPr>
          <w:sz w:val="20"/>
        </w:rPr>
        <w:t>29:51  yani aisa na ho ke paisa nahi hai to main haaye haaye karne lagoon. aur paisa hai to mere andar pride aa jaye fakhr aa jaye.</w:t>
      </w:r>
      <w:r>
        <w:br/>
      </w:r>
      <w:r>
        <w:rPr>
          <w:sz w:val="20"/>
        </w:rPr>
        <w:t>30:01  isko kehte hain eitdaal. yani aksar haalat mein rehna. phir aap ne farmaya ke</w:t>
      </w:r>
      <w:r>
        <w:br/>
      </w:r>
      <w:r>
        <w:rPr>
          <w:sz w:val="20"/>
        </w:rPr>
        <w:t>30:12  khuda ne mujhe hukum diya hai ke jo mujhe na de main us ko doon. yani aisa nahi ke jis se mujhe mile tabhi main us ko doon. jis se mujhe na mile jo mujhe deprive kare tab bhi main apne bas par us ke liye us ke liye karoon us ko doon.</w:t>
      </w:r>
      <w:r>
        <w:br/>
      </w:r>
      <w:r>
        <w:rPr>
          <w:sz w:val="20"/>
        </w:rPr>
        <w:t>30:33  aur jo mujhe sataye jo mere jo mujhe zulm kare us ko main maaf kar doon.</w:t>
      </w:r>
      <w:r>
        <w:br/>
      </w:r>
      <w:r>
        <w:rPr>
          <w:sz w:val="20"/>
        </w:rPr>
        <w:t>30:42  isko maaf kar doon.</w:t>
      </w:r>
      <w:r>
        <w:br/>
      </w:r>
      <w:r>
        <w:rPr>
          <w:sz w:val="20"/>
        </w:rPr>
        <w:t>30:49  aap jante hain ke samaj mein aisa hota hai ke aadmi ko doosre se takleef pahunchti hai. yeh to hota hi hota hai.</w:t>
      </w:r>
      <w:r>
        <w:br/>
      </w:r>
      <w:r>
        <w:rPr>
          <w:sz w:val="20"/>
        </w:rPr>
        <w:t>31:01  lekin is ko maaf karta rahe aadmi. yeh hai islam ka moral teaching.</w:t>
      </w:r>
      <w:r>
        <w:br/>
      </w:r>
      <w:r>
        <w:rPr>
          <w:sz w:val="20"/>
        </w:rPr>
        <w:t>31:15  isi tarah se aap ne farmaya ke</w:t>
      </w:r>
      <w:r>
        <w:br/>
      </w:r>
      <w:r>
        <w:rPr>
          <w:sz w:val="20"/>
        </w:rPr>
        <w:t>31:20  aur yeh ke jab main chup rahoon to main sochun. mera chup rehna soch na ho. mera chup rehna soch na ho.</w:t>
      </w:r>
      <w:r>
        <w:br/>
      </w:r>
      <w:r>
        <w:rPr>
          <w:sz w:val="20"/>
        </w:rPr>
        <w:t>31:32  aur mera bolna achhi baat bolna ho.</w:t>
      </w:r>
      <w:r>
        <w:br/>
      </w:r>
      <w:r>
        <w:rPr>
          <w:sz w:val="20"/>
        </w:rPr>
        <w:t>31:41  aur mera dekhna ibret ka dekhna ho. yani lesson lene ke liye ho. yani main jab cheezon ko dekhoon.</w:t>
      </w:r>
      <w:r>
        <w:br/>
      </w:r>
      <w:r>
        <w:rPr>
          <w:sz w:val="20"/>
        </w:rPr>
        <w:t>31:50  aas paas ki cheezon ko to is se main lesson loon. is mein mujhe naseehat mile. aap jante hain ke aadmi yeh duniya mein hota hai to baar baar kai dhang ke experience hote hain.</w:t>
      </w:r>
      <w:r>
        <w:br/>
      </w:r>
      <w:r>
        <w:rPr>
          <w:sz w:val="20"/>
        </w:rPr>
        <w:t>32:07  kai dhang ki cheezein woh dekhta hai. to is se humein positive lesson lena chahiye. positive lesson. hamesha positive lesson lete rehna chahiye.</w:t>
      </w:r>
    </w:p>
    <w:p>
      <w:pPr>
        <w:pStyle w:val="Heading2"/>
      </w:pPr>
      <w:r>
        <w:t>Repentance and divine mercy for Muslims</w:t>
      </w:r>
    </w:p>
    <w:p>
      <w:r>
        <w:rPr>
          <w:color w:val="666666"/>
          <w:sz w:val="18"/>
        </w:rPr>
        <w:t>Universal outlook April 09, 2017 · 3m 44s · at 37:06 · https://youtu.be/n3HAPCpom5c?t=2226</w:t>
      </w:r>
    </w:p>
    <w:p>
      <w:r>
        <w:rPr>
          <w:i/>
        </w:rPr>
        <w:t>“Allah Ta'ala ka mamla bohat ajeeb hai”</w:t>
      </w:r>
    </w:p>
    <w:p>
      <w:r>
        <w:rPr>
          <w:sz w:val="20"/>
        </w:rPr>
        <w:t>37:06  beh-haal Allah taala ka muamla bohat ajeeb hai. insan kitni bari ghalti kar dalay. lekin agar woh toba kare to Allah ki rehmat us par laut aati hai.</w:t>
      </w:r>
      <w:r>
        <w:br/>
      </w:r>
      <w:r>
        <w:rPr>
          <w:sz w:val="20"/>
        </w:rPr>
        <w:t>37:22  jaise Adam ne ghalti ki thi to Allah ki rehmat us par laut aayi.</w:t>
      </w:r>
      <w:r>
        <w:br/>
      </w:r>
      <w:r>
        <w:rPr>
          <w:sz w:val="20"/>
        </w:rPr>
        <w:t>37:31  to insan kitni bari ghalti karay. lekin agar woh laut toba kare dil se, jo jo quran mein toba rasool kaha gaya hai, to Allah ki rehmat us ki taraf laut aati hai.</w:t>
      </w:r>
      <w:r>
        <w:br/>
      </w:r>
      <w:r>
        <w:rPr>
          <w:sz w:val="20"/>
        </w:rPr>
        <w:t>37:52  to main isi cheez ka intazar kar raha hoon.</w:t>
      </w:r>
      <w:r>
        <w:br/>
      </w:r>
      <w:r>
        <w:rPr>
          <w:sz w:val="20"/>
        </w:rPr>
        <w:t>37:59  shayad Allah taala ne meri umar lambi kar di hai ta ke main is ko dekh kar maroon.</w:t>
      </w:r>
      <w:r>
        <w:br/>
      </w:r>
      <w:r>
        <w:rPr>
          <w:sz w:val="20"/>
        </w:rPr>
        <w:t>38:09  is ko dekh kar maroon ke insan laut aaya, insan ne toba kiya. insan ne toba kiya aur Allah ki rehmat us ki taraf laut aayi.</w:t>
      </w:r>
      <w:r>
        <w:br/>
      </w:r>
      <w:r>
        <w:rPr>
          <w:sz w:val="20"/>
        </w:rPr>
        <w:t>38:20  shayad Allah ne meri lambi umar is liye kar di ke main yeh manzar dekh kar maroon.</w:t>
      </w:r>
      <w:r>
        <w:br/>
      </w:r>
      <w:r>
        <w:rPr>
          <w:sz w:val="20"/>
        </w:rPr>
        <w:t>38:32  kyun ke yeh quran o hadith se sabit hai ke chahe log kitni hi bari ghalti kar dalain, lekin agar woh sachay dil se toba karein to Allah un ki taraf laut aata hai.</w:t>
      </w:r>
      <w:r>
        <w:br/>
      </w:r>
      <w:r>
        <w:rPr>
          <w:sz w:val="20"/>
        </w:rPr>
        <w:t>38:46  Allah dobara un par apni rehmat ki barish karta hai.</w:t>
      </w:r>
      <w:r>
        <w:br/>
      </w:r>
      <w:r>
        <w:rPr>
          <w:sz w:val="20"/>
        </w:rPr>
        <w:t>38:54  dobara un ko accept kar leta hai.</w:t>
      </w:r>
      <w:r>
        <w:br/>
      </w:r>
      <w:r>
        <w:rPr>
          <w:sz w:val="20"/>
        </w:rPr>
        <w:t>39:00  to inshallah wo din aane wala hai.</w:t>
      </w:r>
      <w:r>
        <w:br/>
      </w:r>
      <w:r>
        <w:rPr>
          <w:sz w:val="20"/>
        </w:rPr>
        <w:t>39:06  kyun ke raat raat ka din lambi ho, behraal subah hoti hai. Muhammad</w:t>
      </w:r>
      <w:r>
        <w:br/>
      </w:r>
      <w:r>
        <w:rPr>
          <w:sz w:val="20"/>
        </w:rPr>
        <w:t>39:19  yani shair ka shair hai</w:t>
      </w:r>
      <w:r>
        <w:br/>
      </w:r>
      <w:r>
        <w:rPr>
          <w:sz w:val="20"/>
        </w:rPr>
        <w:t>39:25  ke yani raat ka din lambi ho jaye, subah phir aa kar rehti hai. To waqt zaroor aayega.</w:t>
      </w:r>
      <w:r>
        <w:br/>
      </w:r>
      <w:r>
        <w:rPr>
          <w:sz w:val="20"/>
        </w:rPr>
        <w:t>39:36  humain</w:t>
      </w:r>
      <w:r>
        <w:br/>
      </w:r>
      <w:r>
        <w:rPr>
          <w:sz w:val="20"/>
        </w:rPr>
        <w:t>39:41  puri tarah positive soch ke sath apna kaam jari rakhna chahiye. Jo log</w:t>
      </w:r>
      <w:r>
        <w:br/>
      </w:r>
      <w:r>
        <w:rPr>
          <w:sz w:val="20"/>
        </w:rPr>
        <w:t>39:53  dawat ke peshe mein lage hue hain, un ko apne aap ko aakhri had tak negative soch se bachana hai. Ek ayat ke barabar bhi unhein apne aap ko negativity mein mubtala nahi karna hai.</w:t>
      </w:r>
      <w:r>
        <w:br/>
      </w:r>
      <w:r>
        <w:rPr>
          <w:sz w:val="20"/>
        </w:rPr>
        <w:t>40:11  To meri dua hai ke Allah taala mujh ko aur aap ko qabool farmaye apne mission ke liye, apni rehmat ke liye.</w:t>
      </w:r>
      <w:r>
        <w:br/>
      </w:r>
      <w:r>
        <w:rPr>
          <w:sz w:val="20"/>
        </w:rPr>
        <w:t>40:24  Aur is subah ko Allah ke liye jab ke raat khatam hogi aur naya daur insan par shuru hoga.</w:t>
      </w:r>
      <w:r>
        <w:br/>
      </w:r>
      <w:r>
        <w:rPr>
          <w:sz w:val="20"/>
        </w:rPr>
        <w:t>40:37  Assalam o alaikum wa rehmatullah.</w:t>
      </w:r>
    </w:p>
    <w:p>
      <w:pPr>
        <w:pStyle w:val="Heading2"/>
      </w:pPr>
      <w:r>
        <w:t>Conceptual thinking to love the unseen God</w:t>
      </w:r>
    </w:p>
    <w:p>
      <w:r>
        <w:rPr>
          <w:color w:val="666666"/>
          <w:sz w:val="18"/>
        </w:rPr>
        <w:t>Q&amp;A 10 Nov 2011 - Maulana Wahiduddin Khan · 2m 08s · at 3:14 · https://youtu.be/cmBNOsO1nVo?t=194</w:t>
      </w:r>
    </w:p>
    <w:p>
      <w:r>
        <w:rPr>
          <w:i/>
        </w:rPr>
        <w:t>“Aam taur par insaan ka mizaj hai.”</w:t>
      </w:r>
    </w:p>
    <w:p>
      <w:r>
        <w:rPr>
          <w:sz w:val="20"/>
        </w:rPr>
        <w:t>3:14  । aam taur par insaan ka mizaj hai ki wo dekhi hui cheez par yakeen karta hai.</w:t>
      </w:r>
      <w:r>
        <w:br/>
      </w:r>
      <w:r>
        <w:rPr>
          <w:sz w:val="20"/>
        </w:rPr>
        <w:t>3:22  kisi ne kaha ke yaman ne bat shahad. jo cheez dikhai na de, us par apne ko concentrate karna bahut mushkil hota hai. to log apna beta dikhai deta hai, apni family dikhai deti hai, apna business dikhai deta hai. to apne jazbat ko us se attach kar lete hain.</w:t>
      </w:r>
      <w:r>
        <w:br/>
      </w:r>
      <w:r>
        <w:rPr>
          <w:sz w:val="20"/>
        </w:rPr>
        <w:t>3:43  khud dikhai nahi deta, to us se jazbat attach nahi kar pate. phir sochte nahi ke jo kuch mila hua, kaise mila hua hai. cheezon ko for granted le lete hain. cheezon ko for granted le lete hain. vasa to hai.</w:t>
      </w:r>
      <w:r>
        <w:br/>
      </w:r>
      <w:r>
        <w:rPr>
          <w:sz w:val="20"/>
        </w:rPr>
        <w:t>4:02  main chahta hoon ke</w:t>
      </w:r>
      <w:r>
        <w:br/>
      </w:r>
      <w:r>
        <w:rPr>
          <w:sz w:val="20"/>
        </w:rPr>
        <w:t>4:06  yeh, yeh, yeh to test hai. yaani agar itna aasan hota mohabbat ilahi, to test kis baat ka hota?</w:t>
      </w:r>
      <w:r>
        <w:br/>
      </w:r>
      <w:r>
        <w:rPr>
          <w:sz w:val="20"/>
        </w:rPr>
        <w:t>4:18  test yahi ke aap sochein. jo cheez dikhai na de rahi hai, us ko soch kar jayein. kyunke dekhiye, insan ki tareef hi kehti hai ke insan jo hai,</w:t>
      </w:r>
      <w:r>
        <w:br/>
      </w:r>
      <w:r>
        <w:rPr>
          <w:sz w:val="20"/>
        </w:rPr>
        <w:t>4:28  uske andar conceptual thinking hai. yahi insan ki, insan ki definition di thi. definition insan ko jo cheez mumayaz karti hai, doosri cheezon se,</w:t>
      </w:r>
      <w:r>
        <w:br/>
      </w:r>
      <w:r>
        <w:rPr>
          <w:sz w:val="20"/>
        </w:rPr>
        <w:t>4:42  woh yeh ke insan ke andar conceptual thinking hai. yaani tasawwur-o-fikr,</w:t>
      </w:r>
      <w:r>
        <w:br/>
      </w:r>
      <w:r>
        <w:rPr>
          <w:sz w:val="20"/>
        </w:rPr>
        <w:t>4:47  zehni satah par tasawwur karke woh soch pata hai. to yeh kis liye diya gaya hai? is liye diya gaya hai ke aap jo cheez dikhai nahi deti, us par soch sakein. aap ghaib ko mushahida bana sakein. to agar aadmi apni tasawwur, yaani salahiyat ko, conceptual thinking ko</w:t>
      </w:r>
      <w:r>
        <w:br/>
      </w:r>
      <w:r>
        <w:rPr>
          <w:sz w:val="20"/>
        </w:rPr>
        <w:t>5:10  activate karega, to zaroor woh Khuda ko daryaft karega. jab daryaft karega, zaroor woh Khuda se mohabbat karne wala ban jayega.</w:t>
      </w:r>
    </w:p>
    <w:p>
      <w:pPr>
        <w:pStyle w:val="Heading2"/>
      </w:pPr>
      <w:r>
        <w:t>Saying if about the past is a satanic thought</w:t>
      </w:r>
    </w:p>
    <w:p>
      <w:r>
        <w:rPr>
          <w:color w:val="666666"/>
          <w:sz w:val="18"/>
        </w:rPr>
        <w:t>Hadith (English) March 27, 2007 Maulana Wahiduddin Khan · 45s · at 25:57 · https://youtu.be/VnwRJbqn9tU?t=1557</w:t>
      </w:r>
    </w:p>
    <w:p>
      <w:r>
        <w:rPr>
          <w:i/>
        </w:rPr>
        <w:t>“Don't say if, if is a satanic thought”</w:t>
      </w:r>
    </w:p>
    <w:p>
      <w:r>
        <w:rPr>
          <w:sz w:val="20"/>
        </w:rPr>
        <w:t>25:57  Then there is a hadith. "la taqul law fa-inna law min amal al-shaitan."</w:t>
      </w:r>
      <w:r>
        <w:br/>
      </w:r>
      <w:r>
        <w:rPr>
          <w:sz w:val="20"/>
        </w:rPr>
        <w:t>26:07  Don't say if. If is a satanic</w:t>
      </w:r>
      <w:r>
        <w:br/>
      </w:r>
      <w:r>
        <w:rPr>
          <w:sz w:val="20"/>
        </w:rPr>
        <w:t>26:18  thought.</w:t>
      </w:r>
      <w:r>
        <w:br/>
      </w:r>
      <w:r>
        <w:rPr>
          <w:sz w:val="20"/>
        </w:rPr>
        <w:t>26:26  Don't say law</w:t>
      </w:r>
      <w:r>
        <w:br/>
      </w:r>
      <w:r>
        <w:rPr>
          <w:sz w:val="20"/>
        </w:rPr>
        <w:t>26:28  . "la taqul law fa-inna law min amal al-shaitan." law means if. Don't say if because if is a satanic thought.</w:t>
      </w:r>
    </w:p>
    <w:p>
      <w:pPr>
        <w:pStyle w:val="Heading2"/>
      </w:pPr>
      <w:r>
        <w:t>Stay a well-wisher to all, never excuse negativity</w:t>
      </w:r>
    </w:p>
    <w:p>
      <w:r>
        <w:rPr>
          <w:color w:val="666666"/>
          <w:sz w:val="18"/>
        </w:rPr>
        <w:t>Hadith (English) March 27, 2007 Maulana Wahiduddin Khan · 2m 46s · at 18:20 · https://youtu.be/VnwRJbqn9tU?t=1100</w:t>
      </w:r>
    </w:p>
    <w:p>
      <w:r>
        <w:rPr>
          <w:i/>
        </w:rPr>
        <w:t>“You are living in a society full of provocations, yet”</w:t>
      </w:r>
    </w:p>
    <w:p>
      <w:r>
        <w:rPr>
          <w:sz w:val="20"/>
        </w:rPr>
        <w:t>18:20  So you are living in a society. And you know in every society, there are unpleasant situations. There are provocations.</w:t>
      </w:r>
      <w:r>
        <w:br/>
      </w:r>
      <w:r>
        <w:rPr>
          <w:sz w:val="20"/>
        </w:rPr>
        <w:t>18:30  There are different kinds of negative experiences. But in spite of all those negative experiences, you have to live as a positive person.</w:t>
      </w:r>
      <w:r>
        <w:br/>
      </w:r>
      <w:r>
        <w:rPr>
          <w:sz w:val="20"/>
        </w:rPr>
        <w:t>18:44  You have to live as a well-wisher to all, friendly to all.</w:t>
      </w:r>
      <w:r>
        <w:br/>
      </w:r>
      <w:r>
        <w:rPr>
          <w:sz w:val="20"/>
        </w:rPr>
        <w:t>18:51  So Islam makes you insan-friendly. Islam makes you insan-friendly.</w:t>
      </w:r>
      <w:r>
        <w:br/>
      </w:r>
      <w:r>
        <w:rPr>
          <w:sz w:val="20"/>
        </w:rPr>
        <w:t>19:05  Insan-friendly means that in spite of all those negative experiences, you have to maintain friendship and well-wishing.</w:t>
      </w:r>
      <w:r>
        <w:br/>
      </w:r>
      <w:r>
        <w:rPr>
          <w:sz w:val="20"/>
        </w:rPr>
        <w:t>19:16  Don't take any excuse.</w:t>
      </w:r>
      <w:r>
        <w:br/>
      </w:r>
      <w:r>
        <w:rPr>
          <w:sz w:val="20"/>
        </w:rPr>
        <w:t>19:20  Don't take any kind of negative experience as an excuse. No.</w:t>
      </w:r>
      <w:r>
        <w:br/>
      </w:r>
      <w:r>
        <w:rPr>
          <w:sz w:val="20"/>
        </w:rPr>
        <w:t>19:29  If you have a good excuse, don't use it in this regard.</w:t>
      </w:r>
      <w:r>
        <w:br/>
      </w:r>
      <w:r>
        <w:rPr>
          <w:sz w:val="20"/>
        </w:rPr>
        <w:t>19:36  If you have a good excuse, don't use it. You are not allowed to go to negative reaction. It is unlawful in Islam.</w:t>
      </w:r>
      <w:r>
        <w:br/>
      </w:r>
      <w:r>
        <w:rPr>
          <w:sz w:val="20"/>
        </w:rPr>
        <w:t>19:50  So even if you have a good excuse to be negative, even then you are not allowed to be negative. You have to maintain your positivity in every situation.</w:t>
      </w:r>
      <w:r>
        <w:br/>
      </w:r>
      <w:r>
        <w:rPr>
          <w:sz w:val="20"/>
        </w:rPr>
        <w:t>20:08  You have to maintain your positivity in every situation</w:t>
      </w:r>
      <w:r>
        <w:br/>
      </w:r>
      <w:r>
        <w:rPr>
          <w:sz w:val="20"/>
        </w:rPr>
        <w:t>20:16  without using any excuse whatsoever.</w:t>
      </w:r>
      <w:r>
        <w:br/>
      </w:r>
      <w:r>
        <w:rPr>
          <w:sz w:val="20"/>
        </w:rPr>
        <w:t>20:22  This is Islam. This is imaan.</w:t>
      </w:r>
      <w:r>
        <w:br/>
      </w:r>
      <w:r>
        <w:rPr>
          <w:sz w:val="20"/>
        </w:rPr>
        <w:t>20:30  So one aspect of imaan is realization of God. And the other aspect of imaan is</w:t>
      </w:r>
      <w:r>
        <w:br/>
      </w:r>
      <w:r>
        <w:rPr>
          <w:sz w:val="20"/>
        </w:rPr>
        <w:t>20:41  living as a well-wisher among people</w:t>
      </w:r>
      <w:r>
        <w:br/>
      </w:r>
      <w:r>
        <w:rPr>
          <w:sz w:val="20"/>
        </w:rPr>
        <w:t>20:49  . These are two very - these are two integral parts of imaan. Without this, there is no imaan.</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