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waste my time</w:t>
      </w:r>
    </w:p>
    <w:p>
      <w:r>
        <w:rPr>
          <w:sz w:val="18"/>
        </w:rPr>
        <w:t>Q&amp;A, lecture moments and clips · full transcripts with timestamps · exported 2026-09-21</w:t>
      </w:r>
    </w:p>
    <w:p>
      <w:pPr>
        <w:pStyle w:val="Heading1"/>
      </w:pPr>
      <w:r>
        <w:t>Maulana was asked (30)</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Hobby as an Excuse for Wasting Precious Time</w:t>
      </w:r>
    </w:p>
    <w:p>
      <w:r>
        <w:rPr>
          <w:color w:val="666666"/>
          <w:sz w:val="18"/>
        </w:rPr>
        <w:t>The Companions and the Hadith Scholars June 24, 2012 · 1m 38s · at 1:06:21 · https://youtu.be/Dj4QiYnxgBs?t=3981</w:t>
      </w:r>
    </w:p>
    <w:p>
      <w:r>
        <w:rPr>
          <w:i/>
        </w:rPr>
        <w:t>“I told a woman that keeping birds is a source of distraction and her precious time is being wasted in caring for them. She replied that it is both her hobby and her business, and she is compelled by her hobby. Please comment.”</w:t>
      </w:r>
    </w:p>
    <w:p>
      <w:r>
        <w:rPr>
          <w:sz w:val="20"/>
        </w:rPr>
        <w:t>1:06:21  yeh matlab hai is ka. Maulana, agla sawal Karachi, Pakistan se hai, Abdul Latif sahib ka.</w:t>
      </w:r>
      <w:r>
        <w:br/>
      </w:r>
      <w:r>
        <w:rPr>
          <w:sz w:val="20"/>
        </w:rPr>
        <w:t>1:06:30  unho ne likha hai: "Ek da'i ko mein ne kaha ke aap ne parinday paal rakhe hain jo aap ke liye distraction ka zariya hain, aur aap ka qeemti waqt is ki dekh bhaal mein sarf ho raha hai.</w:t>
      </w:r>
      <w:r>
        <w:br/>
      </w:r>
      <w:r>
        <w:rPr>
          <w:sz w:val="20"/>
        </w:rPr>
        <w:t>1:06:44  to unho ne kaha ke yeh yeh to mera shauq bhi hai aur karobar bhi hai, aur mein shauq ke hathon majboor hoon.</w:t>
      </w:r>
      <w:r>
        <w:br/>
      </w:r>
      <w:r>
        <w:rPr>
          <w:sz w:val="20"/>
        </w:rPr>
        <w:t>1:06:53  Maulana sahib, ek ba-maqsad insaan is dunya mein koi aisa shauq rakh sakta hai jo is ke liye distraction ka sabab ho?</w:t>
      </w:r>
      <w:r>
        <w:br/>
      </w:r>
      <w:r>
        <w:rPr>
          <w:sz w:val="20"/>
        </w:rPr>
        <w:t>1:07:05  is ke baray mein bataein." zahir hai ke yeh koi woh halaal halaal ka masla nahi hai, na qanoon ka masla hai.</w:t>
      </w:r>
      <w:r>
        <w:br/>
      </w:r>
      <w:r>
        <w:rPr>
          <w:sz w:val="20"/>
        </w:rPr>
        <w:t>1:07:15  is aadmi ko aap samjhaiye ke sab se pehle yeh mutayyan karo ke What is the purpose of life?</w:t>
      </w:r>
      <w:r>
        <w:br/>
      </w:r>
      <w:r>
        <w:rPr>
          <w:sz w:val="20"/>
        </w:rPr>
        <w:t>1:07:24  What is the goal of life? phir is ke lihaaz se jaanchon ke is se distraction hai ke nahi.</w:t>
      </w:r>
      <w:r>
        <w:br/>
      </w:r>
      <w:r>
        <w:rPr>
          <w:sz w:val="20"/>
        </w:rPr>
        <w:t>1:07:32  distraction hai jo goal hai, is se agar yeh sab cheezein aap ko hatati hain to bilashubah woh qabil-e-ijtinab hai, is ko chhodna chahiye.</w:t>
      </w:r>
      <w:r>
        <w:br/>
      </w:r>
      <w:r>
        <w:rPr>
          <w:sz w:val="20"/>
        </w:rPr>
        <w:t>1:07:44  to yeh cheezein aisi nahi, is ko jis ko koi fatwa de ya koi qanoon nafiz kare, jo samjhane bujhane ki baatein hain. to is aadmi ko masla yahi samjhana chahiye ke sab se pehle jano ke tumhari zindagi ka maqsad kya hai, tab ja kar ke woh tayyar hoga,</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Study plan failure and parental frustration</w:t>
      </w:r>
    </w:p>
    <w:p>
      <w:r>
        <w:rPr>
          <w:color w:val="666666"/>
          <w:sz w:val="18"/>
        </w:rPr>
        <w:t>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Dawah considered waste of money</w:t>
      </w:r>
    </w:p>
    <w:p>
      <w:r>
        <w:rPr>
          <w:color w:val="666666"/>
          <w:sz w:val="18"/>
        </w:rPr>
        <w:t>Revival and Revivalist | June 7, 2015 · 1m 30s · at 45:43 · https://youtu.be/tJqheiPlZ94?t=2743</w:t>
      </w:r>
    </w:p>
    <w:p>
      <w:r>
        <w:rPr>
          <w:i/>
        </w:rPr>
        <w:t>“Why do Muslims consider dawah a waste of money?”</w:t>
      </w:r>
    </w:p>
    <w:p>
      <w:r>
        <w:rPr>
          <w:sz w:val="20"/>
        </w:rPr>
        <w:t>45:43  de ke hum sahi raaste par chalein, Allah ki rehmat ke mustahiq banein, inshallah. assalam o alaikum wa rehmatullah. we are starting with the question and answer session now. i request our online viewers to please send in their questions on info at cpsglobal.org. yeh pehla sawal aaya hai mr. asif ka delhi se. why muslims consider dawa</w:t>
      </w:r>
      <w:r>
        <w:br/>
      </w:r>
      <w:r>
        <w:rPr>
          <w:sz w:val="20"/>
        </w:rPr>
        <w:t>46:13  waste of money? dekhen, dawat ki importance musalmanon ko pata hi nahi.</w:t>
      </w:r>
      <w:r>
        <w:br/>
      </w:r>
      <w:r>
        <w:rPr>
          <w:sz w:val="20"/>
        </w:rPr>
        <w:t>46:19  masla yeh hai ke jitne musalmanon ke jo likhne wale aur bolne wale log hain, unhon ne kabhi</w:t>
      </w:r>
      <w:r>
        <w:br/>
      </w:r>
      <w:r>
        <w:rPr>
          <w:sz w:val="20"/>
        </w:rPr>
        <w:t>46:25  dawat ki imd batai hi nahi.</w:t>
      </w:r>
      <w:r>
        <w:br/>
      </w:r>
      <w:r>
        <w:rPr>
          <w:sz w:val="20"/>
        </w:rPr>
        <w:t>46:31  to woh is wajah se ke dawat ka kaam karna, time waste karna hai.</w:t>
      </w:r>
      <w:r>
        <w:br/>
      </w:r>
      <w:r>
        <w:rPr>
          <w:sz w:val="20"/>
        </w:rPr>
        <w:t>46:37  dawat woh ch</w:t>
      </w:r>
      <w:r>
        <w:br/>
      </w:r>
      <w:r>
        <w:rPr>
          <w:sz w:val="20"/>
        </w:rPr>
        <w:t>46:43  eez hai jo aap ko, yani is aap ko nabi ka, aap ko yeh credit deti hai ke</w:t>
      </w:r>
      <w:r>
        <w:br/>
      </w:r>
      <w:r>
        <w:rPr>
          <w:sz w:val="20"/>
        </w:rPr>
        <w:t>46:50  aap ne woh kaam kiya jo jis kaam ko nabi ne chhora tha apne baad, woh kaam kar rahe hain.</w:t>
      </w:r>
      <w:r>
        <w:br/>
      </w:r>
      <w:r>
        <w:rPr>
          <w:sz w:val="20"/>
        </w:rPr>
        <w:t>46:58  wilike nabi, yeh woh log hain jo nabi ke saathi hon ge.</w:t>
      </w:r>
      <w:r>
        <w:br/>
      </w:r>
      <w:r>
        <w:rPr>
          <w:sz w:val="20"/>
        </w:rPr>
        <w:t>47:05  inhein itna bara darja milega ke qayamat mein anbiya ke saathi hon ge yeh log. yeh bat</w:t>
      </w:r>
    </w:p>
    <w:p>
      <w:pPr>
        <w:pStyle w:val="Heading2"/>
      </w:pPr>
      <w:r>
        <w:t>Why Muslims consider dawah a waste</w:t>
      </w:r>
    </w:p>
    <w:p>
      <w:r>
        <w:rPr>
          <w:color w:val="666666"/>
          <w:sz w:val="18"/>
        </w:rPr>
        <w:t>Revival and Revivalist June 7, 2015 · 1m 12s · at 45:50 · https://youtu.be/MCY8AJ87BXc?t=2750</w:t>
      </w:r>
    </w:p>
    <w:p>
      <w:r>
        <w:rPr>
          <w:i/>
        </w:rPr>
        <w:t>“Why Muslims consider dawah a waste of money?”</w:t>
      </w:r>
    </w:p>
    <w:p>
      <w:r>
        <w:rPr>
          <w:sz w:val="20"/>
        </w:rPr>
        <w:t>45:50  ma'ni yeh pehla sawal aaya hai mr. asif ka dehli se. why muslims consider dawah a wastage of money?</w:t>
      </w:r>
      <w:r>
        <w:br/>
      </w:r>
      <w:r>
        <w:rPr>
          <w:sz w:val="20"/>
        </w:rPr>
        <w:t>46:01  dekhiye, dawah</w:t>
      </w:r>
      <w:r>
        <w:br/>
      </w:r>
      <w:r>
        <w:rPr>
          <w:sz w:val="20"/>
        </w:rPr>
        <w:t>46:05  ki importance to musalmanon ko pata hi nahin thi. masla yeh hai ke jitne musalmanon ke jo likhne wale aur bolne wale log hain, unhon ne kabhi dawah ki amd batai hi nahin.</w:t>
      </w:r>
      <w:r>
        <w:br/>
      </w:r>
      <w:r>
        <w:rPr>
          <w:sz w:val="20"/>
        </w:rPr>
        <w:t>46:18  to woh yeh samajhte hain ke dawah ka kaam karna time waste karna hai.</w:t>
      </w:r>
      <w:r>
        <w:br/>
      </w:r>
      <w:r>
        <w:rPr>
          <w:sz w:val="20"/>
        </w:rPr>
        <w:t>46:27  time dawah woh cheez hai jo aap ko, yani is aap ko nabi ka, aap ko yeh credit deti deti hai ke aap ne woh kaam kiya jo jis kaam ko nabi ne chhora tha apne baad.</w:t>
      </w:r>
      <w:r>
        <w:br/>
      </w:r>
      <w:r>
        <w:rPr>
          <w:sz w:val="20"/>
        </w:rPr>
        <w:t>46:45  woh kaam kar rahe hain. wa laika min nabiyyin, yeh woh log hain jo nabi ke saathi honge.</w:t>
      </w:r>
      <w:r>
        <w:br/>
      </w:r>
      <w:r>
        <w:rPr>
          <w:sz w:val="20"/>
        </w:rPr>
        <w:t>46:52  unhein itna bada darja milega ke qayamat mein anbiya ke saathi honge. yeh log yeh bataya nahin gaya to na batane ki wajah se aisa hai.</w:t>
      </w:r>
    </w:p>
    <w:p>
      <w:pPr>
        <w:pStyle w:val="Heading2"/>
      </w:pPr>
      <w:r>
        <w:t>Time management in today's busy life</w:t>
      </w:r>
    </w:p>
    <w:p>
      <w:r>
        <w:rPr>
          <w:color w:val="666666"/>
          <w:sz w:val="18"/>
        </w:rPr>
        <w:t>Dars-e-Quran, Chapter 38, V. 29 (Contemplation on the Quran) | October 7, 2018 · 2m 30s · at 1:17:10 · https://youtu.be/bF57J8TD8no?t=4630</w:t>
      </w:r>
    </w:p>
    <w:p>
      <w:r>
        <w:rPr>
          <w:i/>
        </w:rPr>
        <w:t>“In today's busy life, time management is a big issue. We always have excuses. What is your advice?”</w:t>
      </w:r>
    </w:p>
    <w:p>
      <w:r>
        <w:rPr>
          <w:sz w:val="20"/>
        </w:rPr>
        <w:t>1:17:10  maulana rawalpindi pakistan se wajid sahab ne sawal bheja hai.</w:t>
      </w:r>
      <w:r>
        <w:br/>
      </w:r>
      <w:r>
        <w:rPr>
          <w:sz w:val="20"/>
        </w:rPr>
        <w:t>1:17:16  انہوں نے لکھا ہے: "مولانا، in today's busy life, time management is the big issue.</w:t>
      </w:r>
      <w:r>
        <w:br/>
      </w:r>
      <w:r>
        <w:rPr>
          <w:sz w:val="20"/>
        </w:rPr>
        <w:t>1:17:22  we always have excuses.</w:t>
      </w:r>
      <w:r>
        <w:br/>
      </w:r>
      <w:r>
        <w:rPr>
          <w:sz w:val="20"/>
        </w:rPr>
        <w:t>1:17:28  how can we overcome this attitude?" yeh kuch nahi, main is ko nahi manta.</w:t>
      </w:r>
      <w:r>
        <w:br/>
      </w:r>
      <w:r>
        <w:rPr>
          <w:sz w:val="20"/>
        </w:rPr>
        <w:t>1:17:34  jab hum parhte the bachpan mein urdu reader, us waqt hum ne parha</w:t>
      </w:r>
      <w:r>
        <w:br/>
      </w:r>
      <w:r>
        <w:rPr>
          <w:sz w:val="20"/>
        </w:rPr>
        <w:t>1:17:40  tha: "waqt mein tangi farakhi dono hain, jaise rubber khenchne se barhti hai, chhod jati hai sikar." to</w:t>
      </w:r>
      <w:r>
        <w:br/>
      </w:r>
      <w:r>
        <w:rPr>
          <w:sz w:val="20"/>
        </w:rPr>
        <w:t>1:17:46  time aap ke hath mein hai, manage kijie.</w:t>
      </w:r>
      <w:r>
        <w:br/>
      </w:r>
      <w:r>
        <w:rPr>
          <w:sz w:val="20"/>
        </w:rPr>
        <w:t>1:17:52  اصل چیز ہے مینج کرنا، اصل چیز ہے you to learn the art of management.</w:t>
      </w:r>
      <w:r>
        <w:br/>
      </w:r>
      <w:r>
        <w:rPr>
          <w:sz w:val="20"/>
        </w:rPr>
        <w:t>1:17:58  time sab ke paas hota hai, yaad rakhiye.</w:t>
      </w:r>
      <w:r>
        <w:br/>
      </w:r>
      <w:r>
        <w:rPr>
          <w:sz w:val="20"/>
        </w:rPr>
        <w:t>1:18:04  aap ghor kijiye to aap ko maloom hoga ke</w:t>
      </w:r>
      <w:r>
        <w:br/>
      </w:r>
      <w:r>
        <w:rPr>
          <w:sz w:val="20"/>
        </w:rPr>
        <w:t>1:18:10  time sab ke paas hota hai.</w:t>
      </w:r>
      <w:r>
        <w:br/>
      </w:r>
      <w:r>
        <w:rPr>
          <w:sz w:val="20"/>
        </w:rPr>
        <w:t>1:18:15  جو چیز like کرتی ہے، وہ art of management ہے۔</w:t>
      </w:r>
      <w:r>
        <w:br/>
      </w:r>
      <w:r>
        <w:rPr>
          <w:sz w:val="20"/>
        </w:rPr>
        <w:t>1:18:20  yeh poore yaqeen ke sath mein keh sakta hoon ke time sab ke paas hai.</w:t>
      </w:r>
      <w:r>
        <w:br/>
      </w:r>
      <w:r>
        <w:rPr>
          <w:sz w:val="20"/>
        </w:rPr>
        <w:t>1:18:25  جو چیز like کر رہی ہے، وہ ہے Art of Management.</w:t>
      </w:r>
      <w:r>
        <w:br/>
      </w:r>
      <w:r>
        <w:rPr>
          <w:sz w:val="20"/>
        </w:rPr>
        <w:t>1:18:30  muhammad yaqoob umri sahib ne comment bheja hai.</w:t>
      </w:r>
      <w:r>
        <w:br/>
      </w:r>
      <w:r>
        <w:rPr>
          <w:sz w:val="20"/>
        </w:rPr>
        <w:t>1:18:35  انہوں نے لکھا ہے: "The key to understanding Quran is only spirit of inquiry." مولانا، it is a great wisdom. جزاک</w:t>
      </w:r>
      <w:r>
        <w:br/>
      </w:r>
      <w:r>
        <w:rPr>
          <w:sz w:val="20"/>
        </w:rPr>
        <w:t>1:18:40  allah, masha allah. okay, we will end the session now. thank you.</w:t>
      </w:r>
    </w:p>
    <w:p>
      <w:pPr>
        <w:pStyle w:val="Heading2"/>
      </w:pPr>
      <w:r>
        <w:t>Distraction during contemplation and reflection</w:t>
      </w:r>
    </w:p>
    <w:p>
      <w:r>
        <w:rPr>
          <w:color w:val="666666"/>
          <w:sz w:val="18"/>
        </w:rPr>
        <w:t>Dars-e-Quran, Ch. 12, V. 105 ; Ch. 10 V. 61 (Study of Nature) | July 15, 2018 · 2m 01s · at 1:06:09 · https://youtu.be/5d-qNvpMg4k?t=3969</w:t>
      </w:r>
    </w:p>
    <w:p>
      <w:r>
        <w:rPr>
          <w:i/>
        </w:rPr>
        <w:t>“I have been following your talks and it has changed my life. My question is: Whenever I try to contemplate, lots of non-relevant thoughts come into my mind. As a result, I get distracted and I am unable to do contemplation and reflection.”</w:t>
      </w:r>
    </w:p>
    <w:p>
      <w:r>
        <w:rPr>
          <w:sz w:val="20"/>
        </w:rPr>
        <w:t>1:06:09  bohat sahi kaha hai unhon ne. bohat sahi kaha. maulana agla sawal pune se kiya hai? is par, is par mein inshallah ek safhe ka mazmoon likhoon ga. filhal yeh english jo hai un ki, woh hum naqal kar dijiye. ji maulana agla sawal pune se bheja hai farooq ahmed sahib ne. unhon ne likha hai, "maulana, i have been following your talks and it has changed my life. my</w:t>
      </w:r>
      <w:r>
        <w:br/>
      </w:r>
      <w:r>
        <w:rPr>
          <w:sz w:val="20"/>
        </w:rPr>
        <w:t>1:06:39  Question is, whenever I try to contemplate, a lot of non-relevant thoughts come into my mind.</w:t>
      </w:r>
      <w:r>
        <w:br/>
      </w:r>
      <w:r>
        <w:rPr>
          <w:sz w:val="20"/>
        </w:rPr>
        <w:t>1:06:47  As a result, I get distracted and I am unable to do contemplation or reflection.</w:t>
      </w:r>
      <w:r>
        <w:br/>
      </w:r>
      <w:r>
        <w:rPr>
          <w:sz w:val="20"/>
        </w:rPr>
        <w:t>1:06:54  Please advise what should I do so I can contemplate or ponder the way you want us to</w:t>
      </w:r>
      <w:r>
        <w:br/>
      </w:r>
      <w:r>
        <w:rPr>
          <w:sz w:val="20"/>
        </w:rPr>
        <w:t>1:07:02  Do? How can I get focused in life and save myself from these non-relevant thoughts?</w:t>
      </w:r>
      <w:r>
        <w:br/>
      </w:r>
      <w:r>
        <w:rPr>
          <w:sz w:val="20"/>
        </w:rPr>
        <w:t>1:07:09  s? nahin, is mein koi yeh koi kami ki baat nahi hai.</w:t>
      </w:r>
      <w:r>
        <w:br/>
      </w:r>
      <w:r>
        <w:rPr>
          <w:sz w:val="20"/>
        </w:rPr>
        <w:t>1:07:16  donon thought aayenge.</w:t>
      </w:r>
      <w:r>
        <w:br/>
      </w:r>
      <w:r>
        <w:rPr>
          <w:sz w:val="20"/>
        </w:rPr>
        <w:t>1:07:22  یہ پرپچول وہ بیٹھے رہتا ہے بیٹھے ہوئے true forces ہر انسان کے مائنڈ میں۔</w:t>
      </w:r>
      <w:r>
        <w:br/>
      </w:r>
      <w:r>
        <w:rPr>
          <w:sz w:val="20"/>
        </w:rPr>
        <w:t>1:07:28  khud rasool Allah ke andar bhi rehta tha.</w:t>
      </w:r>
      <w:r>
        <w:br/>
      </w:r>
      <w:r>
        <w:rPr>
          <w:sz w:val="20"/>
        </w:rPr>
        <w:t>1:07:34  وہ کیا حدیث ہے؟ سب وہ پڑھ دیجئے تو کہ بھئی ہمارے لیے گائیڈ لائن کیا ہے؟</w:t>
      </w:r>
      <w:r>
        <w:br/>
      </w:r>
      <w:r>
        <w:rPr>
          <w:sz w:val="20"/>
        </w:rPr>
        <w:t>1:07:40  ghan ali qalbi.</w:t>
      </w:r>
      <w:r>
        <w:br/>
      </w:r>
      <w:r>
        <w:rPr>
          <w:sz w:val="20"/>
        </w:rPr>
        <w:t>1:07:45  haan, is ka tarjuma parh dijiye.</w:t>
      </w:r>
      <w:r>
        <w:br/>
      </w:r>
      <w:r>
        <w:rPr>
          <w:sz w:val="20"/>
        </w:rPr>
        <w:t>1:07:50  mere qalb par bhi kuch asraat aate hain.</w:t>
      </w:r>
      <w:r>
        <w:br/>
      </w:r>
      <w:r>
        <w:rPr>
          <w:sz w:val="20"/>
        </w:rPr>
        <w:t>1:07:55  ہاں، دیکھیے، رسول اللہ فرماتے ہیں تو یہ تو اس کو ایک perpetual battery رہتی ہے دونوں forces</w:t>
      </w:r>
      <w:r>
        <w:br/>
      </w:r>
      <w:r>
        <w:rPr>
          <w:sz w:val="20"/>
        </w:rPr>
        <w:t>1:08:00  ke beech mein aur is se irtaqa hota hai.</w:t>
      </w:r>
      <w:r>
        <w:br/>
      </w:r>
      <w:r>
        <w:rPr>
          <w:sz w:val="20"/>
        </w:rPr>
        <w:t>1:08:06  یعنی perpetual battle between evil forces and and ka</w:t>
      </w:r>
    </w:p>
    <w:p>
      <w:pPr>
        <w:pStyle w:val="Heading2"/>
      </w:pPr>
      <w:r>
        <w:t>Convincing people to prioritize spiritual gains</w:t>
      </w:r>
    </w:p>
    <w:p>
      <w:r>
        <w:rPr>
          <w:color w:val="666666"/>
          <w:sz w:val="18"/>
        </w:rPr>
        <w:t>Discovery of Paradise March 22, 2015 · 1m 58s · at 53:42 · https://youtu.be/2axrfd7sZkE?t=3222</w:t>
      </w:r>
    </w:p>
    <w:p>
      <w:r>
        <w:rPr>
          <w:i/>
        </w:rPr>
        <w:t>“We have limited time on earth. Most people think they should use it for material gains. How to convince them to use time for spiritual gains instead? What is your comment?”</w:t>
      </w:r>
    </w:p>
    <w:p>
      <w:r>
        <w:rPr>
          <w:sz w:val="20"/>
        </w:rPr>
        <w:t>53:42  maulana, agla sawal badli se kya hai muhammad farhan sahib ne, aur unhon ne likha hai ke: "maulana, we all have limited time in this earth</w:t>
      </w:r>
      <w:r>
        <w:br/>
      </w:r>
      <w:r>
        <w:rPr>
          <w:sz w:val="20"/>
        </w:rPr>
        <w:t>53:54  , so most of the people think that since time is less, so they should utilize it for material gains. the question is how to convince them that time should not be used for material gains, rather spiritual gains.</w:t>
      </w:r>
      <w:r>
        <w:br/>
      </w:r>
      <w:r>
        <w:rPr>
          <w:sz w:val="20"/>
        </w:rPr>
        <w:t>54:11  what is your comment on this?" dekhiye, yeh yeh angle galat hai sochne ka.</w:t>
      </w:r>
      <w:r>
        <w:br/>
      </w:r>
      <w:r>
        <w:rPr>
          <w:sz w:val="20"/>
        </w:rPr>
        <w:t>54:22  masla yeh nahi ke time hamare paas kam hai, masla yeh hai ke hum jo material gain hum chahte hain, woh hum pa nahi sakte.</w:t>
      </w:r>
      <w:r>
        <w:br/>
      </w:r>
      <w:r>
        <w:rPr>
          <w:sz w:val="20"/>
        </w:rPr>
        <w:t>54:34  jaise ke maine misaal di abhi ke ek aadmi ne bohat ziyada paisa kamaya aur global level par uska business hai, lekin ab aakhir mein woh kya kar raha hai?</w:t>
      </w:r>
      <w:r>
        <w:br/>
      </w:r>
      <w:r>
        <w:rPr>
          <w:sz w:val="20"/>
        </w:rPr>
        <w:t>54:45  spirituality ki talash mein hai. woh</w:t>
      </w:r>
      <w:r>
        <w:br/>
      </w:r>
      <w:r>
        <w:rPr>
          <w:sz w:val="20"/>
        </w:rPr>
        <w:t>54:48  to masla yeh nahi hai ke ab time kam hai to hum material gain ki taraf daudein. masla yeh hai ke material gain jo hai, woh achievable hi nahi hai, kyunke material gain ko jo janchne ka criteria hai, woh ek mujhe fulfillable milay.</w:t>
      </w:r>
      <w:r>
        <w:br/>
      </w:r>
      <w:r>
        <w:rPr>
          <w:sz w:val="20"/>
        </w:rPr>
        <w:t>55:06  fulfillment to koi bhi material gain mujhe fulfillable nahi deta. to galat criteria se janchte hain log isko.</w:t>
      </w:r>
      <w:r>
        <w:br/>
      </w:r>
      <w:r>
        <w:rPr>
          <w:sz w:val="20"/>
        </w:rPr>
        <w:t>55:15  sahi criteria yeh hai ke hum janchte hain isko ke kya mujhe fulfillment mila? agar mila to theek hai, nahi mila to phir bekar hai. to poori tareekh batati hai ke kisi ko bhi material gain se fulfillment milta nahi hai.</w:t>
      </w:r>
      <w:r>
        <w:br/>
      </w:r>
      <w:r>
        <w:rPr>
          <w:sz w:val="20"/>
        </w:rPr>
        <w:t>55:32  to yeh yeh hai right criteria jis se cheezon ko judge karna chahiye.</w:t>
      </w:r>
    </w:p>
    <w:p>
      <w:pPr>
        <w:pStyle w:val="Heading2"/>
      </w:pPr>
      <w:r>
        <w:t>Finding one's negative points</w:t>
      </w:r>
    </w:p>
    <w:p>
      <w:r>
        <w:rPr>
          <w:color w:val="666666"/>
          <w:sz w:val="18"/>
        </w:rPr>
        <w:t>Quran for All Mankind June 3, 2012 · 1m 08s · at 1:17:26 · https://youtu.be/Gp-53Zjugcg?t=4646</w:t>
      </w:r>
    </w:p>
    <w:p>
      <w:r>
        <w:rPr>
          <w:i/>
        </w:rPr>
        <w:t>“How can we find our negative point?”</w:t>
      </w:r>
    </w:p>
    <w:p>
      <w:r>
        <w:rPr>
          <w:sz w:val="20"/>
        </w:rPr>
        <w:t>1:17:26  Maulana, agla sawal Dilli se hai, Miss Sati Mala</w:t>
      </w:r>
      <w:r>
        <w:br/>
      </w:r>
      <w:r>
        <w:rPr>
          <w:sz w:val="20"/>
        </w:rPr>
        <w:t>1:17:29  Vetra ka. unhon ne aap se poocha hai ke "how can we find our negative point?" is ke baray mein batayen.</w:t>
      </w:r>
      <w:r>
        <w:br/>
      </w:r>
      <w:r>
        <w:rPr>
          <w:sz w:val="20"/>
        </w:rPr>
        <w:t>1:17:42  dekhen, kabhi kabhi to negative point jo hai, clear hota hai, hum pakad lete hain. to kabhi us par sochna padta hai.</w:t>
      </w:r>
      <w:r>
        <w:br/>
      </w:r>
      <w:r>
        <w:rPr>
          <w:sz w:val="20"/>
        </w:rPr>
        <w:t>1:17:53  introspection jo kehte hain, muhasiba ke jo obvious na ho, to us ka janne ka tareeqa hai, wahi muhasiba, introspection.</w:t>
      </w:r>
      <w:r>
        <w:br/>
      </w:r>
      <w:r>
        <w:rPr>
          <w:sz w:val="20"/>
        </w:rPr>
        <w:t>1:18:06  to yeh agar aadmi sach much chahta ho ke mujhe pata ho jaye apni negative baaton ka, to namumkin hai ke use is ki negative baatein chupi rahen.</w:t>
      </w:r>
      <w:r>
        <w:br/>
      </w:r>
      <w:r>
        <w:rPr>
          <w:sz w:val="20"/>
        </w:rPr>
        <w:t>1:18:17  woh zaroor jaan lega, zaroor jaan lega.</w:t>
      </w:r>
      <w:r>
        <w:br/>
      </w:r>
      <w:r>
        <w:rPr>
          <w:sz w:val="20"/>
        </w:rPr>
        <w:t>1:18:23  agar obvious ho to foran jaan lega, nahi to soch kar jaan lega. woh agar sincere ho is mamle mein to.</w:t>
      </w:r>
    </w:p>
    <w:p>
      <w:pPr>
        <w:pStyle w:val="Heading2"/>
      </w:pPr>
      <w:r>
        <w:t>Struggling to study as planned</w:t>
      </w:r>
    </w:p>
    <w:p>
      <w:r>
        <w:rPr>
          <w:color w:val="666666"/>
          <w:sz w:val="18"/>
        </w:rPr>
        <w:t>Q&amp;A 04 DEC 2011 Maulana Wahiduddin Khan · 2m 53s · at 25:46 · https://youtu.be/KIMNmuUZoGo?t=1546</w:t>
      </w:r>
    </w:p>
    <w:p>
      <w:r>
        <w:rPr>
          <w:i/>
        </w:rPr>
        <w:t>“Sir, I am a second year engineering student. I have nine subjects to study and my exams start on ninth of December. The problem is that the moment I start my studies in the morning and make a plan to study for at least ten to twelve hours, I end up studying only two to three hours, which is very insufficient.”</w:t>
      </w:r>
    </w:p>
    <w:p>
      <w:r>
        <w:rPr>
          <w:sz w:val="20"/>
        </w:rPr>
        <w:t>25:46  Maulana, agla sawal aaya hai Mr Haren Sharma ka, Delhi se. Unhone likha hai: "Sir, I am a second year engineering student.</w:t>
      </w:r>
      <w:r>
        <w:br/>
      </w:r>
      <w:r>
        <w:rPr>
          <w:sz w:val="20"/>
        </w:rPr>
        <w:t>25:56  I have nine subjects to study and my exams start on ninth of December</w:t>
      </w:r>
      <w:r>
        <w:br/>
      </w:r>
      <w:r>
        <w:rPr>
          <w:sz w:val="20"/>
        </w:rPr>
        <w:t>26:03  . The problem is that the moment I start my studies in the morning and make a plan to study for at least ten to twelve hours, I end up studying only two to three hours, which is very insufficient.</w:t>
      </w:r>
      <w:r>
        <w:br/>
      </w:r>
      <w:r>
        <w:rPr>
          <w:sz w:val="20"/>
        </w:rPr>
        <w:t>26:17  Because of this, my parents start shouting at me and I get really irritated and frustrated and end up doing nothing.</w:t>
      </w:r>
      <w:r>
        <w:br/>
      </w:r>
      <w:r>
        <w:rPr>
          <w:sz w:val="20"/>
        </w:rPr>
        <w:t>26:27  I can concentrate not more than two hours at a stretch. I am afraid I will end up failing. Please help me out."</w:t>
      </w:r>
      <w:r>
        <w:br/>
      </w:r>
      <w:r>
        <w:rPr>
          <w:sz w:val="20"/>
        </w:rPr>
        <w:t>26:44  mere khayal se aap ka aap ke habits jo hain is ko aap tod nahi paate. Yeh unnatural baat hai ke aadmi bas do ghanta parhe.</w:t>
      </w:r>
      <w:r>
        <w:br/>
      </w:r>
      <w:r>
        <w:rPr>
          <w:sz w:val="20"/>
        </w:rPr>
        <w:t>26:54  kyun aadmi ise do ghanta padhega? Aadmi chaar ghanta padh sakta hai? Main yeh nahi kehta hoon ke aap barah ghante padhein. Main yeh nahi kehta. Lekin aap do ghanta, chaar ghanta, chhe ghanta padh sakte hain.</w:t>
      </w:r>
      <w:r>
        <w:br/>
      </w:r>
      <w:r>
        <w:rPr>
          <w:sz w:val="20"/>
        </w:rPr>
        <w:t>27:05  yeh kuch habits hain jis ko aap chhod nahi paate. Bahut buri cheez hai habit. Habit jab ho jati hai kisi ki to itna us ko yaani is se itna zyada familiar ho jata hai ke na chhod kar bhi samajhta hai ke main chhod diya hai.</w:t>
      </w:r>
      <w:r>
        <w:br/>
      </w:r>
      <w:r>
        <w:rPr>
          <w:sz w:val="20"/>
        </w:rPr>
        <w:t>27:24  ajeeb baat hai. Yeh maine paya hai ke chhodte nahi samajhte ke hum ne chhod diya. Mujhe batana padta hai kahin chhod diya aap ne?</w:t>
      </w:r>
      <w:r>
        <w:br/>
      </w:r>
      <w:r>
        <w:rPr>
          <w:sz w:val="20"/>
        </w:rPr>
        <w:t>27:34  to jis aadmi ko bhi koi unnatural is qism ka yaani mamla pesh aaye, yeh unnatural yaad rakhiye.</w:t>
      </w:r>
      <w:r>
        <w:br/>
      </w:r>
      <w:r>
        <w:rPr>
          <w:sz w:val="20"/>
        </w:rPr>
        <w:t>27:43  yeh natural nahi hai.</w:t>
      </w:r>
      <w:r>
        <w:br/>
      </w:r>
      <w:r>
        <w:rPr>
          <w:sz w:val="20"/>
        </w:rPr>
        <w:t>27:46  aur is liye koi na koi habit galat lagi hui hai aap ko. Is habit ko discover kijiye. Main to aaj tak dhoondta rehta hoon ke aisi habit jo mujhe bachpan se lag gayi ho, abhi tak lagi hui ho.</w:t>
      </w:r>
      <w:r>
        <w:br/>
      </w:r>
      <w:r>
        <w:rPr>
          <w:sz w:val="20"/>
        </w:rPr>
        <w:t>28:00  to habit badi buri cheez hai.</w:t>
      </w:r>
      <w:r>
        <w:br/>
      </w:r>
      <w:r>
        <w:rPr>
          <w:sz w:val="20"/>
        </w:rPr>
        <w:t>28:03  bade bade logon ko habit lagi rehti hai. Aur bachpan se lag jati hai. To aadmi is pe condition ho jata hai. To aap aap sawab mamlaat sirf parent ka nahi hai.</w:t>
      </w:r>
      <w:r>
        <w:br/>
      </w:r>
      <w:r>
        <w:rPr>
          <w:sz w:val="20"/>
        </w:rPr>
        <w:t>28:14  aap future mein kya karenge? Aap ko zindagi guzarna hai duniya mein. Aap ke paas achhi education chahiye. To kaise zindagi guzarenge aap? Masla parent ka nahi hai, masla aap ke apne future ka hai.</w:t>
      </w:r>
      <w:r>
        <w:br/>
      </w:r>
      <w:r>
        <w:rPr>
          <w:sz w:val="20"/>
        </w:rPr>
        <w:t>28:26  to aap apni jo wrong habits hain us ko daryaft kijiye aur us apne is yaani is ko correct kijiye, is ki islaah kijiye.</w:t>
      </w:r>
    </w:p>
    <w:p>
      <w:pPr>
        <w:pStyle w:val="Heading2"/>
      </w:pPr>
      <w:r>
        <w:t>Controlling greed for property and land</w:t>
      </w:r>
    </w:p>
    <w:p>
      <w:r>
        <w:rPr>
          <w:color w:val="666666"/>
          <w:sz w:val="18"/>
        </w:rPr>
        <w:t>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Fulfilling responsibility of conveying God's message</w:t>
      </w:r>
    </w:p>
    <w:p>
      <w:r>
        <w:rPr>
          <w:color w:val="666666"/>
          <w:sz w:val="18"/>
        </w:rPr>
        <w:t>Signs of Doomsday November 7, 2021 Prof. Farida Khanam · 5m 30s · at 40:59 · https://youtu.be/RQZchtP6uRg?t=2459</w:t>
      </w:r>
    </w:p>
    <w:p>
      <w:r>
        <w:rPr>
          <w:i/>
        </w:rPr>
        <w:t>“With such less time available, what should we do to fulfill our responsibility of conveying God's message to mankind?”</w:t>
      </w:r>
    </w:p>
    <w:p>
      <w:r>
        <w:rPr>
          <w:sz w:val="20"/>
        </w:rPr>
        <w:t>40:59  Allah taala hum ko istiqamat de. ameen. jazak Allah aap ka." Muhammad Ammar sahib ne Delhi se bheja hai: "apa, after the coming of covid 19 and getting involved more into cps dawa work, i daily feel the nearness of qayamat." apa, agla sawal leta hoon.</w:t>
      </w:r>
      <w:r>
        <w:br/>
      </w:r>
      <w:r>
        <w:rPr>
          <w:sz w:val="20"/>
        </w:rPr>
        <w:t>41:21  yeh Bangalore se Javed Ali sahib ne bheja hai. unhone likha hai: "with such less time available, what should we do to fulfill our responsibility of conveying God's message to mankind?" ab yeh abhi jaise Farah sahib ne kaha ke sab se pehle to hamein apne andar se dushmani ka, hatred ka yeh sara nikal ke mahaul ko normalize karna hai.</w:t>
      </w:r>
      <w:r>
        <w:br/>
      </w:r>
      <w:r>
        <w:rPr>
          <w:sz w:val="20"/>
        </w:rPr>
        <w:t>41:51  is un ke liye duaen karna hai aur jo bhi hamare paas literature hai, aap is ko de sakte hain aur aap is ko achhi baatein bata sakte hain.</w:t>
      </w:r>
      <w:r>
        <w:br/>
      </w:r>
      <w:r>
        <w:rPr>
          <w:sz w:val="20"/>
        </w:rPr>
        <w:t>42:00  bahut sari baatein to logon ko maloom hi rehti hain. un se baat kijiye, dialogue kariye un se aur un ko bataiye jo creation plan bataiye.</w:t>
      </w:r>
      <w:r>
        <w:br/>
      </w:r>
      <w:r>
        <w:rPr>
          <w:sz w:val="20"/>
        </w:rPr>
        <w:t>42:10  sab se badi baat jo hai woh creation plan hai ke is duniya mein hum hamesha ke liye aaye hi nahi hain. yeh duniya jo hai temporary aboard hai hamara aur yeh duniya khatm hone wali hai.</w:t>
      </w:r>
      <w:r>
        <w:br/>
      </w:r>
      <w:r>
        <w:rPr>
          <w:sz w:val="20"/>
        </w:rPr>
        <w:t>42:22  aur is ke baad jo hai doosri duniya aaye gi. to is doosri duniya ke liye hamein tayyar apne aap ko karna hai. to tayyari karni zaroori hai.</w:t>
      </w:r>
      <w:r>
        <w:br/>
      </w:r>
      <w:r>
        <w:rPr>
          <w:sz w:val="20"/>
        </w:rPr>
        <w:t>42:32  to tayyari apni bhi tayyari karni hai aur doosron ko bhi is ke liye tayyar karna hai ke jab woh Khuda ke aage ab hazir kiye jayein to to woh un un ko ko un ko pachtana na pade ke unhone apni pichhli zindagi mein waste kar diya hai.</w:t>
      </w:r>
      <w:r>
        <w:br/>
      </w:r>
      <w:r>
        <w:rPr>
          <w:sz w:val="20"/>
        </w:rPr>
        <w:t>42:52  to bas yahi karna hai. mujhe ek waqia yaad aata hai: Rasool Allah Sal Allah o Alaihe Wasallam ke zamane mein kisi aadmi ne koi galati kar di to sab us ko bura bhala kehne lage.</w:t>
      </w:r>
      <w:r>
        <w:br/>
      </w:r>
      <w:r>
        <w:rPr>
          <w:sz w:val="20"/>
        </w:rPr>
        <w:t>43:04  yahan tak ke ek aadmi ne yeh kaha ke Allah taala tum ko ruswa kare. Rasool Allah Sal Allah o Alaihe Wasallam ne sun liya to kaha ke tum aise mat kaho: "apne bhai ke khilaaf shaitan ke madadgar mat bano" balkeh yeh kaho ke "Allah taala tum par reham kare, Allah taala tum ko hidayat de" yeh dua karo.</w:t>
      </w:r>
      <w:r>
        <w:br/>
      </w:r>
      <w:r>
        <w:rPr>
          <w:sz w:val="20"/>
        </w:rPr>
        <w:t>43:20  to yeh basic jo bahut hi buniyadi point Rasool Allah Sal Allah o Alaihe Wasallam ne is mein bataya tha ke apne bhai ke khilaaf shaitan ke madadgar mat bano.</w:t>
      </w:r>
      <w:r>
        <w:br/>
      </w:r>
      <w:r>
        <w:rPr>
          <w:sz w:val="20"/>
        </w:rPr>
        <w:t>43:29  shaitan ki madad karna kya hai? sari koshish jo shaitan ki ho rahi hai woh yahi ho rahi hai ke hum kisi bhi tareeqe se insaan ko Allah ke raaste se hata kar hamesha ke liye ruswai aur Allah ki narazgi mein is ko daal dein.</w:t>
      </w:r>
      <w:r>
        <w:br/>
      </w:r>
      <w:r>
        <w:rPr>
          <w:sz w:val="20"/>
        </w:rPr>
        <w:t>43:44  kisi bhi tareeqe se. to ab yahan par hum koi aisa kaam karte hain jis ki wajah se insaan Allah se door ho jata hai hamare reason se. to hum ne shaitan ki madad ki.</w:t>
      </w:r>
      <w:r>
        <w:br/>
      </w:r>
      <w:r>
        <w:rPr>
          <w:sz w:val="20"/>
        </w:rPr>
        <w:t>43:54  hum ne koi bad dua kiya jaise bad dua karte hain: "Allah dammir diyarahum wa shattit shimlaha" yeh sab dua karte hain, "qunoot e nazila" karte hain. yeh sab cheezein kya hain?</w:t>
      </w:r>
      <w:r>
        <w:br/>
      </w:r>
      <w:r>
        <w:rPr>
          <w:sz w:val="20"/>
        </w:rPr>
        <w:t>44:02  apne bhai ke khilaaf shaitan ki madad kar di hain. yeh sab cheezein bilkul na karein. hatred nikal dein. dua karein un ko dawat ka kaam pohanchayein. is se barh kar Allah taala ki raza ka koi doosra kaam nahi ho sakta.</w:t>
      </w:r>
      <w:r>
        <w:br/>
      </w:r>
      <w:r>
        <w:rPr>
          <w:sz w:val="20"/>
        </w:rPr>
        <w:t>44:19  ek aur important cheez jo kyunke sawal mein yeh bhi poocha gaya ke "what should we do to fulfill our responsibility of conveying God's message?" and Quran mein bhi jaise aaya hai ke yeh bola gaya ke yeh message jo hai Quran ka woh logon tak pohanchaya jaye taake aakhirat mein koi excuse na le sake Allah taala ke samne ke hamein bataya nahi gaya.</w:t>
      </w:r>
      <w:r>
        <w:br/>
      </w:r>
      <w:r>
        <w:rPr>
          <w:sz w:val="20"/>
        </w:rPr>
        <w:t>44:42  aur aaj ke daur mein jab multimedia aur internet hai to Maulana sahib hum sab logon ko bahut zyada is cheez ke bare mein kehte the ke "fill the internet and social media with the message of the Quran".</w:t>
      </w:r>
      <w:r>
        <w:br/>
      </w:r>
      <w:r>
        <w:rPr>
          <w:sz w:val="20"/>
        </w:rPr>
        <w:t>44:57  so CPS international is increasingly creating new material, adding articles, videos into internet, because potentially internet has made it possible that it reaches each and every home.</w:t>
      </w:r>
      <w:r>
        <w:br/>
      </w:r>
      <w:r>
        <w:rPr>
          <w:sz w:val="20"/>
        </w:rPr>
        <w:t>45:15  and this is what prophet had said: "that there will be no house big or small where the word of God has not entered". and social media and internet practically makes it possible.</w:t>
      </w:r>
      <w:r>
        <w:br/>
      </w:r>
      <w:r>
        <w:rPr>
          <w:sz w:val="20"/>
        </w:rPr>
        <w:t>45:27  so all of you who cannot upload it, you can use CPS website, CPS social media handles like Facebook, YouTube, Instagram, and you can share it in your circle, you know, your colleagues, your friends, your neighbors.</w:t>
      </w:r>
      <w:r>
        <w:br/>
      </w:r>
      <w:r>
        <w:rPr>
          <w:sz w:val="20"/>
        </w:rPr>
        <w:t>45:43  and that is a biggest work or the biggest responsibility that you will fulfill, you know, from your side, and you will be able to use the time in a right manner.</w:t>
      </w:r>
      <w:r>
        <w:br/>
      </w:r>
      <w:r>
        <w:rPr>
          <w:sz w:val="20"/>
        </w:rPr>
        <w:t>45:56  so thats another important thing.</w:t>
      </w:r>
      <w:r>
        <w:br/>
      </w:r>
      <w:r>
        <w:rPr>
          <w:sz w:val="20"/>
        </w:rPr>
        <w:t>46:02  apa aik comment aur parhna chahunga. yeh sister baseerat taj ne bheja hai: "i like it simple to the point, normal, no rambling stories, no theatrical speech.</w:t>
      </w:r>
      <w:r>
        <w:br/>
      </w:r>
      <w:r>
        <w:rPr>
          <w:sz w:val="20"/>
        </w:rPr>
        <w:t>46:17  i wonder why why why we cant have such a simple preacher on other side of border."</w:t>
      </w:r>
    </w:p>
    <w:p>
      <w:pPr>
        <w:pStyle w:val="Heading2"/>
      </w:pPr>
      <w:r>
        <w:t>Unanswered prayers and deeds</w:t>
      </w:r>
    </w:p>
    <w:p>
      <w:r>
        <w:rPr>
          <w:color w:val="666666"/>
          <w:sz w:val="18"/>
        </w:rPr>
        <w:t>Importance of Ijtihad December 21,2014 · 1m 56s · at 49:22 · https://youtu.be/6AgisKQ8V7s?t=2962</w:t>
      </w:r>
    </w:p>
    <w:p>
      <w:r>
        <w:rPr>
          <w:i/>
        </w:rPr>
        <w:t>“If a person's prayer is not accepted for a long time, what should he think? Is all his deeds wasted or something else?”</w:t>
      </w:r>
    </w:p>
    <w:p>
      <w:r>
        <w:rPr>
          <w:sz w:val="20"/>
        </w:rPr>
        <w:t>49:22  maulana, ab sawal lete hain jo Jameel Akhtar sahib ne Delhi se bheja hai aur unhon ne likha</w:t>
      </w:r>
      <w:r>
        <w:br/>
      </w:r>
      <w:r>
        <w:rPr>
          <w:sz w:val="20"/>
        </w:rPr>
        <w:t>49:28  hai ke agar kisi shakhs ki dua lambe arse tak qabool na hoti hai to woh kya soche?</w:t>
      </w:r>
      <w:r>
        <w:br/>
      </w:r>
      <w:r>
        <w:rPr>
          <w:sz w:val="20"/>
        </w:rPr>
        <w:t>49:34  kya is ka sara amal bekar hai ya kuch aur? dekhiye, dua ke mamle mein hadith mein aya</w:t>
      </w:r>
      <w:r>
        <w:br/>
      </w:r>
      <w:r>
        <w:rPr>
          <w:sz w:val="20"/>
        </w:rPr>
        <w:t>49:40  hai ke dua ka matlab yeh nahi ke jo aap dua karen woh poora ho jaye.</w:t>
      </w:r>
      <w:r>
        <w:br/>
      </w:r>
      <w:r>
        <w:rPr>
          <w:sz w:val="20"/>
        </w:rPr>
        <w:t>49:46  hamesha aisa hoga ke dua according to law of nature qabool hogi.</w:t>
      </w:r>
      <w:r>
        <w:br/>
      </w:r>
      <w:r>
        <w:rPr>
          <w:sz w:val="20"/>
        </w:rPr>
        <w:t>49:51  mein dua karoon ke yeh building jo hai sone ki building ho jaye to hazar saal tak bhi</w:t>
      </w:r>
      <w:r>
        <w:br/>
      </w:r>
      <w:r>
        <w:rPr>
          <w:sz w:val="20"/>
        </w:rPr>
        <w:t>49:57  nahi hogi, woh nahi hogi, kabhi bhi nahi hogi.</w:t>
      </w:r>
      <w:r>
        <w:br/>
      </w:r>
      <w:r>
        <w:rPr>
          <w:sz w:val="20"/>
        </w:rPr>
        <w:t>50:03  maine apne bete ko papering kar ke bigad rakha hai, ab mein dua karoon mera beta jo</w:t>
      </w:r>
      <w:r>
        <w:br/>
      </w:r>
      <w:r>
        <w:rPr>
          <w:sz w:val="20"/>
        </w:rPr>
        <w:t>50:09  hai abubakar siddique ban jaye to kabhi qabool nahi hogi.</w:t>
      </w:r>
      <w:r>
        <w:br/>
      </w:r>
      <w:r>
        <w:rPr>
          <w:sz w:val="20"/>
        </w:rPr>
        <w:t>50:15  agar mein galat tareeqe se business kar raha hoon aur business mera chal nahi raha to aap dua</w:t>
      </w:r>
      <w:r>
        <w:br/>
      </w:r>
      <w:r>
        <w:rPr>
          <w:sz w:val="20"/>
        </w:rPr>
        <w:t>50:21  karoon to kabhi bhi nahi chalega.</w:t>
      </w:r>
      <w:r>
        <w:br/>
      </w:r>
      <w:r>
        <w:rPr>
          <w:sz w:val="20"/>
        </w:rPr>
        <w:t>50:26  woh toh yaad rakhiye, dua jo hai hamesha according to law of nature qabool hoti hai.</w:t>
      </w:r>
      <w:r>
        <w:br/>
      </w:r>
      <w:r>
        <w:rPr>
          <w:sz w:val="20"/>
        </w:rPr>
        <w:t>50:32  toh jab bhi dua qabool na ho rahi ho toh aap yeh mat samjhiye ke Allah ne qabool nahi kiya.</w:t>
      </w:r>
      <w:r>
        <w:br/>
      </w:r>
      <w:r>
        <w:rPr>
          <w:sz w:val="20"/>
        </w:rPr>
        <w:t>50:38  yeh samjhiye ke aap ne dua hi galat kar rakhi hai.</w:t>
      </w:r>
      <w:r>
        <w:br/>
      </w:r>
      <w:r>
        <w:rPr>
          <w:sz w:val="20"/>
        </w:rPr>
        <w:t>50:44  isko discover kijiye.</w:t>
      </w:r>
      <w:r>
        <w:br/>
      </w:r>
      <w:r>
        <w:rPr>
          <w:sz w:val="20"/>
        </w:rPr>
        <w:t>50:50  agar yeh batate hain is mein ke woh dua kya kar rakhi hai unhone toh mein batata,</w:t>
      </w:r>
      <w:r>
        <w:br/>
      </w:r>
      <w:r>
        <w:rPr>
          <w:sz w:val="20"/>
        </w:rPr>
        <w:t>50:56  yeh toh bataya nahi.</w:t>
      </w:r>
      <w:r>
        <w:br/>
      </w:r>
      <w:r>
        <w:rPr>
          <w:sz w:val="20"/>
        </w:rPr>
        <w:t>51:02  toh mein as a principle bata sakta hoon, phir woh batayein mujhe ke dua kya kya tha jo</w:t>
      </w:r>
      <w:r>
        <w:br/>
      </w:r>
      <w:r>
        <w:rPr>
          <w:sz w:val="20"/>
        </w:rPr>
        <w:t>51:07  qabool nahi hui.</w:t>
      </w:r>
      <w:r>
        <w:br/>
      </w:r>
      <w:r>
        <w:rPr>
          <w:sz w:val="20"/>
        </w:rPr>
        <w:t>51:13  toh mein abhi bataunga isi waqt ke unhone dua hi galat kar rakhi hogi.</w:t>
      </w:r>
    </w:p>
    <w:p>
      <w:pPr>
        <w:pStyle w:val="Heading2"/>
      </w:pPr>
      <w:r>
        <w:t>Saving oneself from distractions</w:t>
      </w:r>
    </w:p>
    <w:p>
      <w:r>
        <w:rPr>
          <w:color w:val="666666"/>
          <w:sz w:val="18"/>
        </w:rPr>
        <w:t>Age of Peace November 18, 2012 · 1m 51s · at 1:36:17 · https://youtu.be/Y9nkQnBqbrs?t=5777</w:t>
      </w:r>
    </w:p>
    <w:p>
      <w:r>
        <w:rPr>
          <w:i/>
        </w:rPr>
        <w:t>“How can we save us from distractions?”</w:t>
      </w:r>
    </w:p>
    <w:p>
      <w:r>
        <w:rPr>
          <w:sz w:val="20"/>
        </w:rPr>
        <w:t>1:36:17  maulana, agla sawal dilli se hai doctor pradhan ne kiya hai. unhon ne aapse poocha hai ke "How can we save us from distractions?" is ke baray mein batayen.</w:t>
      </w:r>
      <w:r>
        <w:br/>
      </w:r>
      <w:r>
        <w:rPr>
          <w:sz w:val="20"/>
        </w:rPr>
        <w:t>1:36:29  bas dua, mein sirf sab se samajhta hoon ke sab se powerful cheez dua hai.</w:t>
      </w:r>
      <w:r>
        <w:br/>
      </w:r>
      <w:r>
        <w:rPr>
          <w:sz w:val="20"/>
        </w:rPr>
        <w:t>1:36:38  hazrat masih ne exas ko is tarah ki baatein kahin to is aadmi ne hazrat masih se kaha ke yeh insaan se to ho nahi sakta.</w:t>
      </w:r>
      <w:r>
        <w:br/>
      </w:r>
      <w:r>
        <w:rPr>
          <w:sz w:val="20"/>
        </w:rPr>
        <w:t>1:36:51  yeh to hazrat masih ne kaha ke insaan se nahi ho sakta, bara khuda se ho sakta hai. yeh bohat ajeeb baat hai ke insaan se nahi ho sakta, bara khuda se ho sakta hai.</w:t>
      </w:r>
      <w:r>
        <w:br/>
      </w:r>
      <w:r>
        <w:rPr>
          <w:sz w:val="20"/>
        </w:rPr>
        <w:t>1:37:03  woh to jahan mein helpless hoon, wahan woh allah se dua karoon</w:t>
      </w:r>
      <w:r>
        <w:br/>
      </w:r>
      <w:r>
        <w:rPr>
          <w:sz w:val="20"/>
        </w:rPr>
        <w:t>1:37:09  to meri meri kami ko allah poora kar dega, mere helplessness ko ki talafi kar dega. yahi sahi tareeqa hai.</w:t>
      </w:r>
    </w:p>
    <w:p>
      <w:pPr>
        <w:pStyle w:val="Heading2"/>
      </w:pPr>
      <w:r>
        <w:t>Balancing work with spiritual development</w:t>
      </w:r>
    </w:p>
    <w:p>
      <w:r>
        <w:rPr>
          <w:color w:val="666666"/>
          <w:sz w:val="18"/>
        </w:rPr>
        <w:t>Nation Building On India's Republic Day Jan 26, 2020 Maulana Wahiduddin Khan · 1m 21s · at 52:12 · https://youtu.be/58CVocbLAb8?t=3132</w:t>
      </w:r>
    </w:p>
    <w:p>
      <w:r>
        <w:rPr>
          <w:i/>
        </w:rPr>
        <w:t>“My work is full of responsibility. Even when I come back home I bring work from office. All this makes it difficult for me to think about God and find some time for reading Quran and do contemplation. I get only Sundays and I do not miss your class. So I make use of only Sundays for my spiritual development.”</w:t>
      </w:r>
    </w:p>
    <w:p>
      <w:r>
        <w:rPr>
          <w:sz w:val="20"/>
        </w:rPr>
        <w:t>52:12  molana agla sawal aa aa hai imran siddiqui sahab ka gwalior se. unhon ne likha hai: "molana my work is full of responsibility.</w:t>
      </w:r>
      <w:r>
        <w:br/>
      </w:r>
      <w:r>
        <w:rPr>
          <w:sz w:val="20"/>
        </w:rPr>
        <w:t>52:24  even when i come back home i bring work from office. all this makes it difficult for me to think about god and find some time for reading quran or do contemplation.</w:t>
      </w:r>
      <w:r>
        <w:br/>
      </w:r>
      <w:r>
        <w:rPr>
          <w:sz w:val="20"/>
        </w:rPr>
        <w:t>52:38  i get only sundays and i do not miss your class. so i make use of only sundays for my spiritual development.</w:t>
      </w:r>
      <w:r>
        <w:br/>
      </w:r>
      <w:r>
        <w:rPr>
          <w:sz w:val="20"/>
        </w:rPr>
        <w:t>52:47  please tell me how can i connect with god even during my work time as i feel guilty all the time." nahin is mein guilty ki koi baat nahin hai.</w:t>
      </w:r>
      <w:r>
        <w:br/>
      </w:r>
      <w:r>
        <w:rPr>
          <w:sz w:val="20"/>
        </w:rPr>
        <w:t>52:59  islam mein sochna bhi ibadat hai. islam mein sochna bhi ibadat hai. to nation ke liye sochna bhi ibadat hai ibadat hai.</w:t>
      </w:r>
      <w:r>
        <w:br/>
      </w:r>
      <w:r>
        <w:rPr>
          <w:sz w:val="20"/>
        </w:rPr>
        <w:t>53:12  nation ke liye sochna. sare insaniyon insanon ke liye sochna. sari dunya</w:t>
      </w:r>
      <w:r>
        <w:br/>
      </w:r>
      <w:r>
        <w:rPr>
          <w:sz w:val="20"/>
        </w:rPr>
        <w:t>53:22  se mohabbat karna yeh sab ibadat hai. yeh sab mazhab ka hissa hai.</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Focus on need not greed</w:t>
      </w:r>
    </w:p>
    <w:p>
      <w:r>
        <w:rPr>
          <w:color w:val="666666"/>
          <w:sz w:val="18"/>
        </w:rPr>
        <w:t>Between Hell and Paradise January 27, 2013 · 1m 09s · at 1:09:32 · https://youtu.be/0IItFxGXPQ4?t=4172</w:t>
      </w:r>
    </w:p>
    <w:p>
      <w:r>
        <w:rPr>
          <w:i/>
        </w:rPr>
        <w:t>“Instead of focusing on material need, we have aligned ourselves in focusing on material greed. I think this is the main reason that the Muslims of the present day have lost the habit of shukr. Kindly guide us how we can focus only on material need.”</w:t>
      </w:r>
    </w:p>
    <w:p>
      <w:r>
        <w:rPr>
          <w:sz w:val="20"/>
        </w:rPr>
        <w:t>1:09:32  molana, agla sawal aamir mori sahab ka hai, kashmir se. unhone likha hai: "Instead of focusing on material need, we have aligned ourselves in focusing on material greed.</w:t>
      </w:r>
      <w:r>
        <w:br/>
      </w:r>
      <w:r>
        <w:rPr>
          <w:sz w:val="20"/>
        </w:rPr>
        <w:t>1:09:49  I think this is the main reason that the Muslims of the present day have lost the habit of shukr. molana sahab, kindly guide us how we can focus only on material need."</w:t>
      </w:r>
      <w:r>
        <w:br/>
      </w:r>
      <w:r>
        <w:rPr>
          <w:sz w:val="20"/>
        </w:rPr>
        <w:t>1:10:04  bas thinking process jaari kijiye. sara nikal baat depend karti hai thinking process par.</w:t>
      </w:r>
      <w:r>
        <w:br/>
      </w:r>
      <w:r>
        <w:rPr>
          <w:sz w:val="20"/>
        </w:rPr>
        <w:t>1:10:14  unesco ka dictum hai ke "Violence and peace both begin from mind." yeh yahan bhi hai ke shukr aur nashukri dono mind mein paida hote hain.</w:t>
      </w:r>
      <w:r>
        <w:br/>
      </w:r>
      <w:r>
        <w:rPr>
          <w:sz w:val="20"/>
        </w:rPr>
        <w:t>1:10:27  apne mind ko sahi tarah par train kijiye, mind ko tayyar kijiye, to isi se yeh sab cheezen aayengi.</w:t>
      </w:r>
      <w:r>
        <w:br/>
      </w:r>
      <w:r>
        <w:rPr>
          <w:sz w:val="20"/>
        </w:rPr>
        <w:t>1:10:37  aur koi doosra mysterious tareeqa nahi hai.</w:t>
      </w:r>
    </w:p>
    <w:p>
      <w:pPr>
        <w:pStyle w:val="Heading2"/>
      </w:pPr>
      <w:r>
        <w:t>Alternative for da'wah when busy</w:t>
      </w:r>
    </w:p>
    <w:p>
      <w:r>
        <w:rPr>
          <w:color w:val="666666"/>
          <w:sz w:val="18"/>
        </w:rPr>
        <w:t>Dars-e-Quran, Chapter 2, Verse 35 | December 17, 2017 · 3m 13s · at 1:17:49 · https://youtu.be/Cd8MlWM7B9w?t=4669</w:t>
      </w:r>
    </w:p>
    <w:p>
      <w:r>
        <w:rPr>
          <w:i/>
        </w:rPr>
        <w:t>“If I am engaged with my job and family and don't have time to do da'wah work directly, then what is the second option for me so that I can still contribute?”</w:t>
      </w:r>
    </w:p>
    <w:p>
      <w:r>
        <w:rPr>
          <w:sz w:val="20"/>
        </w:rPr>
        <w:t>1:17:49  maulana, kolkatta se faraz khan sahib ne sawal bheja hai.</w:t>
      </w:r>
      <w:r>
        <w:br/>
      </w:r>
      <w:r>
        <w:rPr>
          <w:sz w:val="20"/>
        </w:rPr>
        <w:t>1:17:55  unho ne likha hai, aah, maulana sahib, afaiem engaged with my job and family and don't</w:t>
      </w:r>
      <w:r>
        <w:br/>
      </w:r>
      <w:r>
        <w:rPr>
          <w:sz w:val="20"/>
        </w:rPr>
        <w:t>1:18:01  have time to do dawah work directly, then what is the second option for me so that i</w:t>
      </w:r>
      <w:r>
        <w:br/>
      </w:r>
      <w:r>
        <w:rPr>
          <w:sz w:val="20"/>
        </w:rPr>
        <w:t>1:18:07  can do dawah work? what is your advice to me? dekhiye, is zamane mein</w:t>
      </w:r>
      <w:r>
        <w:br/>
      </w:r>
      <w:r>
        <w:rPr>
          <w:sz w:val="20"/>
        </w:rPr>
        <w:t>1:18:13  yeh printing press ka zamana hai.</w:t>
      </w:r>
      <w:r>
        <w:br/>
      </w:r>
      <w:r>
        <w:rPr>
          <w:sz w:val="20"/>
        </w:rPr>
        <w:t>1:18:17  is mein dawah work duniya ka sab se zyada aasan kaam hai.</w:t>
      </w:r>
      <w:r>
        <w:br/>
      </w:r>
      <w:r>
        <w:rPr>
          <w:sz w:val="20"/>
        </w:rPr>
        <w:t>1:18:22  sab se aasan.</w:t>
      </w:r>
      <w:r>
        <w:br/>
      </w:r>
      <w:r>
        <w:rPr>
          <w:sz w:val="20"/>
        </w:rPr>
        <w:t>1:18:26  aap pe packet, aap apni jeb mein, apne thele mein, apne bag mein, islami kitabein rakh dijiye.</w:t>
      </w:r>
      <w:r>
        <w:br/>
      </w:r>
      <w:r>
        <w:rPr>
          <w:sz w:val="20"/>
        </w:rPr>
        <w:t>1:18:30  choti choti kitabein.</w:t>
      </w:r>
      <w:r>
        <w:br/>
      </w:r>
      <w:r>
        <w:rPr>
          <w:sz w:val="20"/>
        </w:rPr>
        <w:t>1:18:35  hum ne senkaron kitabein chhapi hain har zaban mein.</w:t>
      </w:r>
      <w:r>
        <w:br/>
      </w:r>
      <w:r>
        <w:rPr>
          <w:sz w:val="20"/>
        </w:rPr>
        <w:t>1:18:39  aap ne rakh</w:t>
      </w:r>
      <w:r>
        <w:br/>
      </w:r>
      <w:r>
        <w:rPr>
          <w:sz w:val="20"/>
        </w:rPr>
        <w:t>1:18:43  li apne sath. aur jo milta hai aap ko us ko dete rahiye. agar kuch kehna aata hai aap ko to kahiye. nahi to yeh to keh sakte hain aap ke yeh aap ko spiritual gift hai. yeh kaam mushkil kaam kiya hai? is zamanay mein jo aik aaye ke dawat ka kaam mushkil hai to woh to jante hi nahi zamanay ko. Allah taala ne printing pre</w:t>
      </w:r>
      <w:r>
        <w:br/>
      </w:r>
      <w:r>
        <w:rPr>
          <w:sz w:val="20"/>
        </w:rPr>
        <w:t>1:19:13  is ko paida kar ke itna aasan kar diya dawah ke kaam ko.</w:t>
      </w:r>
      <w:r>
        <w:br/>
      </w:r>
      <w:r>
        <w:rPr>
          <w:sz w:val="20"/>
        </w:rPr>
        <w:t>1:19:18  is se zyada aasan koi kaam hi nahin.</w:t>
      </w:r>
      <w:r>
        <w:br/>
      </w:r>
      <w:r>
        <w:rPr>
          <w:sz w:val="20"/>
        </w:rPr>
        <w:t>1:19:23  aap bas apne sath rakhiye aur logon ko dete rahiye.</w:t>
      </w:r>
      <w:r>
        <w:br/>
      </w:r>
      <w:r>
        <w:rPr>
          <w:sz w:val="20"/>
        </w:rPr>
        <w:t>1:19:28  bas dawah ka kaam jari hoga.</w:t>
      </w:r>
      <w:r>
        <w:br/>
      </w:r>
      <w:r>
        <w:rPr>
          <w:sz w:val="20"/>
        </w:rPr>
        <w:t>1:19:33  aah, maulana, hum yahan par yeh bhi kehna chahenge ke kai log aksar aah is baat ko</w:t>
      </w:r>
      <w:r>
        <w:br/>
      </w:r>
      <w:r>
        <w:rPr>
          <w:sz w:val="20"/>
        </w:rPr>
        <w:t>1:19:38  لے کر آتے ہیں کیونکہ ان کا کام اس طریقے سے ہوتا ہے کہ وہ بہت</w:t>
      </w:r>
      <w:r>
        <w:br/>
      </w:r>
      <w:r>
        <w:rPr>
          <w:sz w:val="20"/>
        </w:rPr>
        <w:t>1:19:43  vil karte hain.</w:t>
      </w:r>
      <w:r>
        <w:br/>
      </w:r>
      <w:r>
        <w:rPr>
          <w:sz w:val="20"/>
        </w:rPr>
        <w:t>1:19:49  to is ka ek yeh bhi tareeqa hai ke jaise aah quran drives hoti hain, quran distribution hota hai.</w:t>
      </w:r>
      <w:r>
        <w:br/>
      </w:r>
      <w:r>
        <w:rPr>
          <w:sz w:val="20"/>
        </w:rPr>
        <w:t>1:19:55  to if they can not aah participate directly, then they can sponsor those quran distribution exercises.</w:t>
      </w:r>
      <w:r>
        <w:br/>
      </w:r>
      <w:r>
        <w:rPr>
          <w:sz w:val="20"/>
        </w:rPr>
        <w:t>1:20:01  to kya woh theek aah aah ho sakta hai maulana ke agar woh waqt nahin de sakte to</w:t>
      </w:r>
      <w:r>
        <w:br/>
      </w:r>
      <w:r>
        <w:rPr>
          <w:sz w:val="20"/>
        </w:rPr>
        <w:t>1:20:07  jo quran distribution drives hain is mein woh aah sponsor kar sakte hain, paise de sakte hain? haan, paisa dein.</w:t>
      </w:r>
      <w:r>
        <w:br/>
      </w:r>
      <w:r>
        <w:rPr>
          <w:sz w:val="20"/>
        </w:rPr>
        <w:t>1:20:13  kis ko? kis ke liye mumkin nahi hai? har aadmi ke paas kuch na kuch paisa dene ki position mein hota hai. har aadmi. yeh nahi ke ho ho sakta hai ke kisi ke paas paise hi na hon. quran mein hai ke lantuhuboon paisa kharch karo deen karam mein. yeh quran mein yeh ayat hai: lantuhuboon. to aap time na de sakt</w:t>
      </w:r>
      <w:r>
        <w:br/>
      </w:r>
      <w:r>
        <w:rPr>
          <w:sz w:val="20"/>
        </w:rPr>
        <w:t>1:20:43  e to paisa dijiye.</w:t>
      </w:r>
      <w:r>
        <w:br/>
      </w:r>
      <w:r>
        <w:rPr>
          <w:sz w:val="20"/>
        </w:rPr>
        <w:t>1:20:47  asal mein kuch dena chahte nahin log, na paisa, na time.</w:t>
      </w:r>
      <w:r>
        <w:br/>
      </w:r>
      <w:r>
        <w:rPr>
          <w:sz w:val="20"/>
        </w:rPr>
        <w:t>1:20:51  to yeh sab wada bolte hain.</w:t>
      </w:r>
      <w:r>
        <w:br/>
      </w:r>
      <w:r>
        <w:rPr>
          <w:sz w:val="20"/>
        </w:rPr>
        <w:t>1:20:55  mein to samajhta hoon ke yeh sab excuses hain.</w:t>
      </w:r>
      <w:r>
        <w:br/>
      </w:r>
      <w:r>
        <w:rPr>
          <w:sz w:val="20"/>
        </w:rPr>
        <w:t>1:20:58  yeh sab koi aur koi gehri reason is ki nahin hai.</w:t>
      </w:r>
    </w:p>
    <w:p>
      <w:pPr>
        <w:pStyle w:val="Heading2"/>
      </w:pPr>
      <w:r>
        <w:t>Is helplessness positive or negative?</w:t>
      </w:r>
    </w:p>
    <w:p>
      <w:r>
        <w:rPr>
          <w:color w:val="666666"/>
          <w:sz w:val="18"/>
        </w:rPr>
        <w:t>Revival of Islam March 23, 2014 · 2m 33s · at 45:32 · https://youtu.be/Wc4Vsc4u1JI?t=2732</w:t>
      </w:r>
    </w:p>
    <w:p>
      <w:r>
        <w:rPr>
          <w:i/>
        </w:rPr>
        <w:t>“I have been feeling helpless for a few days. Is this a positive feeling or a negative one?”</w:t>
      </w:r>
    </w:p>
    <w:p>
      <w:r>
        <w:rPr>
          <w:sz w:val="20"/>
        </w:rPr>
        <w:t>45:32  maulana, yeh sawal aaya hai miss naghma siddiqui ka, dilli se. Unhon ne likha hai: "I have been feeling helpless for a few days.</w:t>
      </w:r>
      <w:r>
        <w:br/>
      </w:r>
      <w:r>
        <w:rPr>
          <w:sz w:val="20"/>
        </w:rPr>
        <w:t>45:43  is this a positive feeling or a negative one?" dekhiye, helplessness ko arabi mein kaha jata hai "ajz". "ajz".</w:t>
      </w:r>
      <w:r>
        <w:br/>
      </w:r>
      <w:r>
        <w:rPr>
          <w:sz w:val="20"/>
        </w:rPr>
        <w:t>45:56  "ajz" jo hai, main samajhta hoon ke sab se bari positive quality hai.</w:t>
      </w:r>
      <w:r>
        <w:br/>
      </w:r>
      <w:r>
        <w:rPr>
          <w:sz w:val="20"/>
        </w:rPr>
        <w:t>46:02  yeh one person bhi negative nahi hai.</w:t>
      </w:r>
      <w:r>
        <w:br/>
      </w:r>
      <w:r>
        <w:rPr>
          <w:sz w:val="20"/>
        </w:rPr>
        <w:t>46:08  kyunke</w:t>
      </w:r>
      <w:r>
        <w:br/>
      </w:r>
      <w:r>
        <w:rPr>
          <w:sz w:val="20"/>
        </w:rPr>
        <w:t>46:12  reality kya hai? Reality yeh hai ke Allah all powerful hai, hum all powerless hain.</w:t>
      </w:r>
      <w:r>
        <w:br/>
      </w:r>
      <w:r>
        <w:rPr>
          <w:sz w:val="20"/>
        </w:rPr>
        <w:t>46:23  Allah qadir-e-mutlaq hai, hum ajiz-e-mutlaq hain.</w:t>
      </w:r>
      <w:r>
        <w:br/>
      </w:r>
      <w:r>
        <w:rPr>
          <w:sz w:val="20"/>
        </w:rPr>
        <w:t>46:30  to Allah ko jab hum discover karte hain to hum qadir-e-mutlaq ko discover karte hain. All powerful ko. Ab doosri jo discovery hai, woh insaan ki discovery hai.</w:t>
      </w:r>
      <w:r>
        <w:br/>
      </w:r>
      <w:r>
        <w:rPr>
          <w:sz w:val="20"/>
        </w:rPr>
        <w:t>46:45  to jab hum insaan ko discover karte hain to hum all powerless ko discover karte hain. Yahi to do cheezen hain. To Allah ki discovery akhirat tak positive hai.</w:t>
      </w:r>
      <w:r>
        <w:br/>
      </w:r>
      <w:r>
        <w:rPr>
          <w:sz w:val="20"/>
        </w:rPr>
        <w:t>46:55  to insaan ki discovery bhi akhirat tak positive hai.</w:t>
      </w:r>
      <w:r>
        <w:br/>
      </w:r>
      <w:r>
        <w:rPr>
          <w:sz w:val="20"/>
        </w:rPr>
        <w:t>47:01  in mein se dono aqsam taur par positive hain, in mein se koi negative nahi hai. Kyunke Allah se jo aap ka jo ta'alluq hai, us ko jab daryaft karte hain, tabhi to Allah ki nasrat aaye gi aap ko.</w:t>
      </w:r>
      <w:r>
        <w:br/>
      </w:r>
      <w:r>
        <w:rPr>
          <w:sz w:val="20"/>
        </w:rPr>
        <w:t>47:17  jo relationship hai aap ka Allah se, jab us ko daryaft karein ge, tabhi to aap ka Allah se ta'alluq qaim hoga. Tabhi to Allah ki rehmat mile gi aap ko.</w:t>
      </w:r>
      <w:r>
        <w:br/>
      </w:r>
      <w:r>
        <w:rPr>
          <w:sz w:val="20"/>
        </w:rPr>
        <w:t>47:31  to main samajhta hoon ke "ajz" jo hai, "ajz" ain, jeem, zer, "ajz" bilashuba sab se bari positive quality hai.</w:t>
      </w:r>
      <w:r>
        <w:br/>
      </w:r>
      <w:r>
        <w:rPr>
          <w:sz w:val="20"/>
        </w:rPr>
        <w:t>47:44  balke main kahun ga sab se bari positive daryaft hai.</w:t>
      </w:r>
      <w:r>
        <w:br/>
      </w:r>
      <w:r>
        <w:rPr>
          <w:sz w:val="20"/>
        </w:rPr>
        <w:t>47:49  Allah ko daryaft karna jis tarah ek ek positive daryaft hai, usi tarah apne ajz ko daryaft karna bhi ek positive daryaft hai. Is mein negativity ka koi sawal nahi.</w:t>
      </w:r>
    </w:p>
    <w:p>
      <w:pPr>
        <w:pStyle w:val="Heading2"/>
      </w:pPr>
      <w:r>
        <w:t>Why is modern man frustrated despite facilities?</w:t>
      </w:r>
    </w:p>
    <w:p>
      <w:r>
        <w:rPr>
          <w:color w:val="666666"/>
          <w:sz w:val="18"/>
        </w:rPr>
        <w:t>Islam The Creator of the Modern Age October 17, 2021 Prof. Farida Khanam · 6m 48s · at 43:54 · https://youtu.be/tMr3Dz35onU?t=2634</w:t>
      </w:r>
    </w:p>
    <w:p>
      <w:r>
        <w:rPr>
          <w:i/>
        </w:rPr>
        <w:t>“Why is today's man living in frustration, even though today there are the most facilities?”</w:t>
      </w:r>
    </w:p>
    <w:p>
      <w:r>
        <w:rPr>
          <w:sz w:val="20"/>
        </w:rPr>
        <w:t>43:54  apa yeh agla sawal hai mister asjad ali lucknow ka aaj ka insan frustration mein kyun jee raha hai halanke aaj sab se zyada aasaniyan hain</w:t>
      </w:r>
      <w:r>
        <w:br/>
      </w:r>
      <w:r>
        <w:rPr>
          <w:sz w:val="20"/>
        </w:rPr>
        <w:t>44:09  frustration asal mein hamesha rahegi is ko humein samajhna hai aur soch samajh kar ek zindagi guzarni hai</w:t>
      </w:r>
      <w:r>
        <w:br/>
      </w:r>
      <w:r>
        <w:rPr>
          <w:sz w:val="20"/>
        </w:rPr>
        <w:t>44:19  kyunki yeh duniya mein hum ko sab kuch milta hi nahi hamari desires bohat zyada hain is desire ke mutabiq kisi badshah ko bhi nahi milta to humein kaise mil jayega</w:t>
      </w:r>
      <w:r>
        <w:br/>
      </w:r>
      <w:r>
        <w:rPr>
          <w:sz w:val="20"/>
        </w:rPr>
        <w:t>44:32  to yeh duniya jo hai ek ideal world nahi hai sab se pehle to yeh samajhna hai to hamari desires jo hain wo sirf is liye rakhi gayi hain taake hum yeh jane ke is duniya mein agar hum khuda ki marzi ke mutabiq zindagi guzarenge to hamari desire ke mutabiq humein akhirat mein jagah milegi jannat mein jagah milegi</w:t>
      </w:r>
      <w:r>
        <w:br/>
      </w:r>
      <w:r>
        <w:rPr>
          <w:sz w:val="20"/>
        </w:rPr>
        <w:t>44:56  to log yeh samajhte hain in ko jab frustration hota hai to samajhte hain ke falan maadi cheez humein mil jayegi to humein sukoon mil jayega</w:t>
      </w:r>
      <w:r>
        <w:br/>
      </w:r>
      <w:r>
        <w:rPr>
          <w:sz w:val="20"/>
        </w:rPr>
        <w:t>45:06  kisi ke paas chhoti gadi hai to us ko badi gadi lega ke is mein sukoon mil jayega lekin jab wo le leta hai to us ko lagta hai ke is mein bhi sukoon nahi mila</w:t>
      </w:r>
      <w:r>
        <w:br/>
      </w:r>
      <w:r>
        <w:rPr>
          <w:sz w:val="20"/>
        </w:rPr>
        <w:t>45:16  kisi ke paas chhota ghar hai to bada ghar lega is mein bhi sukoon nahi log jo bollywood ke log hain wo roz ghar hi badalte rehte hain car badalte rehte hain kyunki is mein un ko sukoon milta nahi</w:t>
      </w:r>
      <w:r>
        <w:br/>
      </w:r>
      <w:r>
        <w:rPr>
          <w:sz w:val="20"/>
        </w:rPr>
        <w:t>45:27  dekhiye maadi cheezon mein koi sukoon hai hi nahi sukoon agar milega to aap ke paas koi mission hoga mission se aap judenge</w:t>
      </w:r>
      <w:r>
        <w:br/>
      </w:r>
      <w:r>
        <w:rPr>
          <w:sz w:val="20"/>
        </w:rPr>
        <w:t>45:37  koi bhi mission jis ko koi nobel mission hota hai chahe wo social work ka mission ho ya dawah mission ho koi nek nek mission ho acha kaam ho logon ki madad karna hai to is mission se aap judenge to is mein aap ko fulfillment mil sakta hai</w:t>
      </w:r>
      <w:r>
        <w:br/>
      </w:r>
      <w:r>
        <w:rPr>
          <w:sz w:val="20"/>
        </w:rPr>
        <w:t>45:54  aur doosre khuda ki yaad mein fulfillment fulfillment milta hai ke wo ek ek quran ki ayat hai hearts are comforted by the remembrance of god alone bible mein bhi yahi hai</w:t>
      </w:r>
      <w:r>
        <w:br/>
      </w:r>
      <w:r>
        <w:rPr>
          <w:sz w:val="20"/>
        </w:rPr>
        <w:t>46:10  to is tarike se humein ek acha kaam karen apni zindagi ko achhi jagah istemal karen aur khuda ki yaad karen</w:t>
      </w:r>
      <w:r>
        <w:br/>
      </w:r>
      <w:r>
        <w:rPr>
          <w:sz w:val="20"/>
        </w:rPr>
        <w:t>46:20  maadi cheezon mein sukoon talash karenge to wo kabhi nahi milega na kabhi kisi ko mila hai apa aap ne qanaat ki baat kahi to rasool allah salallaho alaihi wasallam ki ek hadith bohat sari hadithon mein qanaat ki baat aayi hai</w:t>
      </w:r>
      <w:r>
        <w:br/>
      </w:r>
      <w:r>
        <w:rPr>
          <w:sz w:val="20"/>
        </w:rPr>
        <w:t>46:34  ek hadith mein padhta hoon yahan par rasool allah salallaho alaihi wasallam ne kaha qad aflaha man hudia ila al islam wa ruziq al kifaf wa qana a bihi ibn majah 4138 ke wo kamyab hua jis ko islam ki hidayat mili aur us ko kafi rozi mil gayi aur us ne is par qanaat ki</w:t>
      </w:r>
      <w:r>
        <w:br/>
      </w:r>
      <w:r>
        <w:rPr>
          <w:sz w:val="20"/>
        </w:rPr>
        <w:t>46:56  mujahid ne musa alaihi salam ke hawale se yeh naqal kiya ke unhone sawal kiya tha allah taala se ya rabbi ayy ibadak aghna a rab tumhare bando mein se kaun hai jo sab se zyada maldar hai be niaz hai</w:t>
      </w:r>
      <w:r>
        <w:br/>
      </w:r>
      <w:r>
        <w:rPr>
          <w:sz w:val="20"/>
        </w:rPr>
        <w:t>47:11  to us ne to Allah taala ne kaha in mein jo sab se zyada qana'at karne wala ho.</w:t>
      </w:r>
      <w:r>
        <w:br/>
      </w:r>
      <w:r>
        <w:rPr>
          <w:sz w:val="20"/>
        </w:rPr>
        <w:t>47:19  aur aap ne jo itminan ki baat kahi to us par ibrahim bin adam ka qaul shayad aap</w:t>
      </w:r>
      <w:r>
        <w:br/>
      </w:r>
      <w:r>
        <w:rPr>
          <w:sz w:val="20"/>
        </w:rPr>
        <w:t>47:28  ko yaad hoga ke unhone kaha tha ke "law ya'lamul muluku ma nahnu fihi lajadalu bis suyufi" ke</w:t>
      </w:r>
      <w:r>
        <w:br/>
      </w:r>
      <w:r>
        <w:rPr>
          <w:sz w:val="20"/>
        </w:rPr>
        <w:t>47:37  har agar hum jis itminan mein hain, agar badshah jaan le is itminan ko, to hum se jang</w:t>
      </w:r>
      <w:r>
        <w:br/>
      </w:r>
      <w:r>
        <w:rPr>
          <w:sz w:val="20"/>
        </w:rPr>
        <w:t>47:43  karein talwar ke zariye se taake hamare itminan ko chheen lein.</w:t>
      </w:r>
      <w:r>
        <w:br/>
      </w:r>
      <w:r>
        <w:rPr>
          <w:sz w:val="20"/>
        </w:rPr>
        <w:t>47:49  isi mein ek aur qissa batati hoon yeh to qissa hai yeh to sufi the to yeh real sense mein unhone yeh baat kahi hai</w:t>
      </w:r>
      <w:r>
        <w:br/>
      </w:r>
      <w:r>
        <w:rPr>
          <w:sz w:val="20"/>
        </w:rPr>
        <w:t>47:58  ek bade sufi the ibrahim ibn adam to ek qissa hai yeh ke ek badshah tha wo khush nahi rehta tha to us ne har taraf apne log bhej bhujaye</w:t>
      </w:r>
      <w:r>
        <w:br/>
      </w:r>
      <w:r>
        <w:rPr>
          <w:sz w:val="20"/>
        </w:rPr>
        <w:t>48:09  is se kisi ne kaha ke agar tum ek happy man ki shirt pehan lo to tum khush rahoge to ab us ne har taraf logon ko bheja ke koi happy man ho to us ki shirt le kar aao</w:t>
      </w:r>
      <w:r>
        <w:br/>
      </w:r>
      <w:r>
        <w:rPr>
          <w:sz w:val="20"/>
        </w:rPr>
        <w:t>48:20  aur koi kisi ne bhi nahi kaha ke main happy hoon finally us ne dekha ke ek tille par ek aadmi baitha hua hai wo us ke paas gaye ke tum khush ho</w:t>
      </w:r>
      <w:r>
        <w:br/>
      </w:r>
      <w:r>
        <w:rPr>
          <w:sz w:val="20"/>
        </w:rPr>
        <w:t>48:30  us ne kaha haan main khush hoon to us ne kaha ke tumhari shirt badshah ko chahiye us ne kaha mere paas shirt hi nahi hai to us ke paas koi tha hi nahi to us ke paas koi khatra nahi koi dar nahi</w:t>
      </w:r>
      <w:r>
        <w:br/>
      </w:r>
      <w:r>
        <w:rPr>
          <w:sz w:val="20"/>
        </w:rPr>
        <w:t>48:43  aur wo sukoon mein hoga aadmi ke paas hota hai to us ko aur zyada pareshaniyan hoti hain doctor najma siddiqui ne aaj ki talk par comment kiya hai very important and informative jazak allah</w:t>
      </w:r>
      <w:r>
        <w:br/>
      </w:r>
      <w:r>
        <w:rPr>
          <w:sz w:val="20"/>
        </w:rPr>
        <w:t>49:00  maulana syed iqbal ahmad umri ne likha hai apa aap ne antum aalam bi umr dunyakum wali hadith ko bohat achhi tarah wazeh kiya ke rasool allah salallaho alaihi wasallam ne duniya ki taraqqi mein rukawat paida nahi ki aur yeh waqia is ki dalil hai</w:t>
      </w:r>
      <w:r>
        <w:br/>
      </w:r>
      <w:r>
        <w:rPr>
          <w:sz w:val="20"/>
        </w:rPr>
        <w:t>49:24  miss sofia akhtar bihar se likhti hain</w:t>
      </w:r>
      <w:r>
        <w:br/>
      </w:r>
      <w:r>
        <w:rPr>
          <w:sz w:val="20"/>
        </w:rPr>
        <w:t>49:27  bettrin, apa! very nice explanation of intellectual development by Islam in human history. ji in ka koe question hai aisa kyon hua ke musalman baad mein peechay ho gaye?</w:t>
      </w:r>
      <w:r>
        <w:br/>
      </w:r>
      <w:r>
        <w:rPr>
          <w:sz w:val="20"/>
        </w:rPr>
        <w:t>49:43  yehi sawal Maulana Imran Islahi sahib ne bhi ki hai new delhi se ke musalmanon ki ilmi taraqqi kyon ruk gayi, is ka sabab kya tha? asal mein itnay ziyada ikhtilafat thay, fiqhi ikhtilafat</w:t>
      </w:r>
    </w:p>
    <w:p>
      <w:pPr>
        <w:pStyle w:val="Heading2"/>
      </w:pPr>
      <w:r>
        <w:t>Failing to pray despite CPS mission work</w:t>
      </w:r>
    </w:p>
    <w:p>
      <w:r>
        <w:rPr>
          <w:color w:val="666666"/>
          <w:sz w:val="18"/>
        </w:rPr>
        <w:t>Islah e Ummat August 10, 2014 · 49s · at 58:08 · https://youtu.be/a7ohKq4Xf0Y?t=3488</w:t>
      </w:r>
    </w:p>
    <w:p>
      <w:r>
        <w:rPr>
          <w:i/>
        </w:rPr>
        <w:t>“I am a very small worker of the CPS mission, trying to do all possible, but personally I am failing to perform the prayer.”</w:t>
      </w:r>
    </w:p>
    <w:p>
      <w:r>
        <w:rPr>
          <w:sz w:val="20"/>
        </w:rPr>
        <w:t>58:08  maulana jo agla sawal aaya hai woh kanpur se aaya hai aur aa muhammad moazzam ali sahib ne</w:t>
      </w:r>
      <w:r>
        <w:br/>
      </w:r>
      <w:r>
        <w:rPr>
          <w:sz w:val="20"/>
        </w:rPr>
        <w:t>58:15  بھیجا ہے انہوں نے لکھا ہے کہ I am a</w:t>
      </w:r>
      <w:r>
        <w:br/>
      </w:r>
      <w:r>
        <w:rPr>
          <w:sz w:val="20"/>
        </w:rPr>
        <w:t>58:19  very small worker of the mission of CPS I am trying to do all that is possible for me however personally I am failing to perform the namaz</w:t>
      </w:r>
      <w:r>
        <w:br/>
      </w:r>
      <w:r>
        <w:rPr>
          <w:sz w:val="20"/>
        </w:rPr>
        <w:t>58:32  maulana please pray for me and also tell me how can i devote myself for namaz</w:t>
      </w:r>
      <w:r>
        <w:br/>
      </w:r>
      <w:r>
        <w:rPr>
          <w:sz w:val="20"/>
        </w:rPr>
        <w:t>58:41  dikhye yeh sawal ki baat nahi hai yeh toh aap kitabein parhiye maslan hamari kitab hai saum o</w:t>
      </w:r>
      <w:r>
        <w:br/>
      </w:r>
      <w:r>
        <w:rPr>
          <w:sz w:val="20"/>
        </w:rPr>
        <w:t>58:49  salaat aap is ko parhiye aur bhi doosri kitabein hain</w:t>
      </w:r>
      <w:r>
        <w:br/>
      </w:r>
      <w:r>
        <w:rPr>
          <w:sz w:val="20"/>
        </w:rPr>
        <w:t>58:54  mutala barhaiye toh yeh cheez aap ki theek ho jaye gi</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Inability to reassess resultless work</w:t>
      </w:r>
    </w:p>
    <w:p>
      <w:r>
        <w:rPr>
          <w:color w:val="666666"/>
          <w:sz w:val="18"/>
        </w:rPr>
        <w:t>Divine Law of Success 14th October 2012 Slow · 1m 56s · at 1:10:07 · https://youtu.be/2zXfZhIf1jA?t=4207</w:t>
      </w:r>
    </w:p>
    <w:p>
      <w:r>
        <w:rPr>
          <w:i/>
        </w:rPr>
        <w:t>“All of us are involved in some work that is resultless, but we are not able to reassess.”</w:t>
      </w:r>
    </w:p>
    <w:p>
      <w:r>
        <w:rPr>
          <w:sz w:val="20"/>
        </w:rPr>
        <w:t>1:10:07  maulana, agla sawal dili se hai, miss naghma siddiqui ka.</w:t>
      </w:r>
      <w:r>
        <w:br/>
      </w:r>
      <w:r>
        <w:rPr>
          <w:sz w:val="20"/>
        </w:rPr>
        <w:t>1:10:14  unhon ne likha hai: "All of us are involved in some work that is resultless, but we are</w:t>
      </w:r>
      <w:r>
        <w:br/>
      </w:r>
      <w:r>
        <w:rPr>
          <w:sz w:val="20"/>
        </w:rPr>
        <w:t>1:10:20  not able to reassess.</w:t>
      </w:r>
      <w:r>
        <w:br/>
      </w:r>
      <w:r>
        <w:rPr>
          <w:sz w:val="20"/>
        </w:rPr>
        <w:t>1:10:27  Kindly guide us as to how we can reassess." dekhiye, yeh bohat hi serious baat hai ke har</w:t>
      </w:r>
      <w:r>
        <w:br/>
      </w:r>
      <w:r>
        <w:rPr>
          <w:sz w:val="20"/>
        </w:rPr>
        <w:t>1:10:33  aadmi ko apna kaam jo hai, us ko result ke term mein jaanchana chahiye.</w:t>
      </w:r>
      <w:r>
        <w:br/>
      </w:r>
      <w:r>
        <w:rPr>
          <w:sz w:val="20"/>
        </w:rPr>
        <w:t>1:10:39  result, result do qism ka hota hai: aik psychological result, aik practical result.</w:t>
      </w:r>
      <w:r>
        <w:br/>
      </w:r>
      <w:r>
        <w:rPr>
          <w:sz w:val="20"/>
        </w:rPr>
        <w:t>1:10:46  misal ke taur par, aap agar blasphemy ko band karne ke liye protest kar rahay hain, to wahan par result is</w:t>
      </w:r>
      <w:r>
        <w:br/>
      </w:r>
      <w:r>
        <w:rPr>
          <w:sz w:val="20"/>
        </w:rPr>
        <w:t>1:10:52  aitbaar se dekha jaye ga ke kya blasphemy band ho gayi ya barh rahi hai.</w:t>
      </w:r>
      <w:r>
        <w:br/>
      </w:r>
      <w:r>
        <w:rPr>
          <w:sz w:val="20"/>
        </w:rPr>
        <w:t>1:10:59  to wahan par is aitbaar se result ko dekha jaye ga.</w:t>
      </w:r>
      <w:r>
        <w:br/>
      </w:r>
      <w:r>
        <w:rPr>
          <w:sz w:val="20"/>
        </w:rPr>
        <w:t>1:11:05  acha, agar aap deen ka koi kaam kar rahay hain tazkiya ke liye, to aap ko wahan dekhna</w:t>
      </w:r>
      <w:r>
        <w:br/>
      </w:r>
      <w:r>
        <w:rPr>
          <w:sz w:val="20"/>
        </w:rPr>
        <w:t>1:11:12  paray ga ke kya mera tazkiya ho raha hai, kya mere dil mein allah ka khauf barh raha</w:t>
      </w:r>
      <w:r>
        <w:br/>
      </w:r>
      <w:r>
        <w:rPr>
          <w:sz w:val="20"/>
        </w:rPr>
        <w:t>1:11:18  hai, kya mere dil mein allah ka concern barh raha hai.</w:t>
      </w:r>
      <w:r>
        <w:br/>
      </w:r>
      <w:r>
        <w:rPr>
          <w:sz w:val="20"/>
        </w:rPr>
        <w:t>1:11:25  to wahan psychological test ke aitbaar se jaancha jaye ga.</w:t>
      </w:r>
      <w:r>
        <w:br/>
      </w:r>
      <w:r>
        <w:rPr>
          <w:sz w:val="20"/>
        </w:rPr>
        <w:t>1:11:31  to jaisa kaam hai, us ke lihaaz se dekhen.</w:t>
      </w:r>
      <w:r>
        <w:br/>
      </w:r>
      <w:r>
        <w:rPr>
          <w:sz w:val="20"/>
        </w:rPr>
        <w:t>1:11:38  Result toh result is the only criteria, ismein koi shak nahin hai.</w:t>
      </w:r>
      <w:r>
        <w:br/>
      </w:r>
      <w:r>
        <w:rPr>
          <w:sz w:val="20"/>
        </w:rPr>
        <w:t>1:11:44  aur aadmi ko hamesha sochna chahiye, sochna chahiye, rozana subah shaam sochna chahiye ke jo meri activities hain,</w:t>
      </w:r>
      <w:r>
        <w:br/>
      </w:r>
      <w:r>
        <w:rPr>
          <w:sz w:val="20"/>
        </w:rPr>
        <w:t>1:11:51  jo mera kaam hai, woh positive result ka nikal raha hai ya nahi nikal raha hai.</w:t>
      </w:r>
      <w:r>
        <w:br/>
      </w:r>
      <w:r>
        <w:rPr>
          <w:sz w:val="20"/>
        </w:rPr>
        <w:t>1:11:57  agar nahi nikal raha to reassess karna chahiye.</w:t>
      </w:r>
    </w:p>
    <w:p>
      <w:pPr>
        <w:pStyle w:val="Heading2"/>
      </w:pPr>
      <w:r>
        <w:t>Why do people forget disasters so quickly</w:t>
      </w:r>
    </w:p>
    <w:p>
      <w:r>
        <w:rPr>
          <w:color w:val="666666"/>
          <w:sz w:val="18"/>
        </w:rPr>
        <w:t>Paradise as A Goal April 26, 2015 · 3m 47s · at 1:06:11 · https://youtu.be/4IWLd2SIBkw?t=3971</w:t>
      </w:r>
    </w:p>
    <w:p>
      <w:r>
        <w:rPr>
          <w:i/>
        </w:rPr>
        <w:t>“Yesterday when earthquake came, I saw many people running out of their houses to save their life, but when it was all over, they went back to normal within minutes, despite hundreds of people dying in their neighboring country. How come man has become so insincere that it takes them barely few minutes to forget everything?”</w:t>
      </w:r>
    </w:p>
    <w:p>
      <w:r>
        <w:rPr>
          <w:sz w:val="20"/>
        </w:rPr>
        <w:t>1:06:11  Maulana, yeh agla sawal kiya hai Dr. Musleh Siddiqui ne Delhi se. Maulana sahib, yesterday when earthquake came, I saw many people running out of their houses to save their lives,</w:t>
      </w:r>
      <w:r>
        <w:br/>
      </w:r>
      <w:r>
        <w:rPr>
          <w:sz w:val="20"/>
        </w:rPr>
        <w:t>1:06:26  but but when it was all over, they went back to normal within minutes, despite hundreds of people dying in their neighboring country.</w:t>
      </w:r>
      <w:r>
        <w:br/>
      </w:r>
      <w:r>
        <w:rPr>
          <w:sz w:val="20"/>
        </w:rPr>
        <w:t>1:06:37  Maulana sahib, how come man has become so insensitive that it took them barely few minutes to forget everything? wahi hai ke jo maine arz kiya ke sabak nahi lete waqiat se.</w:t>
      </w:r>
      <w:r>
        <w:br/>
      </w:r>
      <w:r>
        <w:rPr>
          <w:sz w:val="20"/>
        </w:rPr>
        <w:t>1:06:53  jaise main apne bare mein batata hoon ke main kal baitha hua tha, Maria se main kuch likhwa raha tha to hilne laga. to Maria ne kaha: "yeh to yeh to earthquake hai!"</w:t>
      </w:r>
      <w:r>
        <w:br/>
      </w:r>
      <w:r>
        <w:rPr>
          <w:sz w:val="20"/>
        </w:rPr>
        <w:t>1:07:05  " to main ne kaha: "haan, yeh to earthquake hai!" to kaha jata hai ke jaldi se bhago bahar. yani yeh sikhaya jata hai ke earthquake ho, jaldi bahar bhago, kyunke chhat gir padegi to us mein aadmi mar jata hai.</w:t>
      </w:r>
      <w:r>
        <w:br/>
      </w:r>
      <w:r>
        <w:rPr>
          <w:sz w:val="20"/>
        </w:rPr>
        <w:t>1:07:20  lekin main ek dam apni koshish se chipak chipak gaya. kyun? main ne socha ke yahan bhi main us ki zad mein hoon, wahan bhi us ki zad mein hoon.</w:t>
      </w:r>
      <w:r>
        <w:br/>
      </w:r>
      <w:r>
        <w:rPr>
          <w:sz w:val="20"/>
        </w:rPr>
        <w:t>1:07:32  yahan agar chhat girne ka dar hai to wahan zameen phatne ka dar hai. to main dua karta raha, dua karta raha, bajaye bhagne ke, main dua karta raha.</w:t>
      </w:r>
      <w:r>
        <w:br/>
      </w:r>
      <w:r>
        <w:rPr>
          <w:sz w:val="20"/>
        </w:rPr>
        <w:t>1:07:42  to logon ke andar chunke sahi zehen nahi hai, sahi mizaj nahi hai, to aise hi karte hain. woh kya kiya jaye? kisi ne un ko bataya nahi.</w:t>
      </w:r>
      <w:r>
        <w:br/>
      </w:r>
      <w:r>
        <w:rPr>
          <w:sz w:val="20"/>
        </w:rPr>
        <w:t>1:07:52  batane wale to zyada tar yeh batate hain ke sahib, woh azab aaya hai un ke upar. halanke bilkul galat baat yeh hai.</w:t>
      </w:r>
      <w:r>
        <w:br/>
      </w:r>
      <w:r>
        <w:rPr>
          <w:sz w:val="20"/>
        </w:rPr>
        <w:t>1:08:01  azab keh kar ke kya hota hai? ke aap us ko jahan aaya hai, us se mutalliq kar dete hain. lekin agar aap warning ke bare mein lesson ke bare mein to aap us ko generalize karenge, apne liye bhi lenge.</w:t>
      </w:r>
      <w:r>
        <w:br/>
      </w:r>
      <w:r>
        <w:rPr>
          <w:sz w:val="20"/>
        </w:rPr>
        <w:t>1:08:17  mujhe pata hai ke India mein kuch, India mein har jagah aisi kuch, yani deeni jamaatein hain jo dhar se keh deti hain ke un par azab aaya hai.</w:t>
      </w:r>
      <w:r>
        <w:br/>
      </w:r>
      <w:r>
        <w:rPr>
          <w:sz w:val="20"/>
        </w:rPr>
        <w:t>1:08:28  yeh bohat galat tareeqa hai.</w:t>
      </w:r>
      <w:r>
        <w:br/>
      </w:r>
      <w:r>
        <w:rPr>
          <w:sz w:val="20"/>
        </w:rPr>
        <w:t>1:08:30  azaab keh kar ke aap ne is ko doosre ke oopar daal diya. Dekhein, jab aap is ko kahengay warning ya tanbeeh to apne ko shareek kar lenge aap ke mujhe bhi is se sabaq lena hai.</w:t>
      </w:r>
      <w:r>
        <w:br/>
      </w:r>
      <w:r>
        <w:rPr>
          <w:sz w:val="20"/>
        </w:rPr>
        <w:t>1:08:44  to logon ko zehni nahi banayega sahi. To kya kiya jaye?</w:t>
      </w:r>
      <w:r>
        <w:br/>
      </w:r>
      <w:r>
        <w:rPr>
          <w:sz w:val="20"/>
        </w:rPr>
        <w:t>1:08:48  Maulana, kal jo earthquake aaya, us ke baray mein raat ko ek report aayi thi ke yeh earthquake jo tha, it was due, but is se ek bohat bara earthquake aana abhi bhi due hai, which is going to be thirty times stronger than this one,</w:t>
      </w:r>
      <w:r>
        <w:br/>
      </w:r>
      <w:r>
        <w:rPr>
          <w:sz w:val="20"/>
        </w:rPr>
        <w:t>1:09:05  and man is not prepared for it.</w:t>
      </w:r>
      <w:r>
        <w:br/>
      </w:r>
      <w:r>
        <w:rPr>
          <w:sz w:val="20"/>
        </w:rPr>
        <w:t>1:09:12  Yeh sahi hai. Ab kya kiya jayegi? To Allah ke ikhtiyar mein hai. Hum to sirf dua hi kar sakte hain, sirf dua kar sakte hain.</w:t>
      </w:r>
      <w:r>
        <w:br/>
      </w:r>
      <w:r>
        <w:rPr>
          <w:sz w:val="20"/>
        </w:rPr>
        <w:t>1:09:23  Insaan ka is is mamle mein koi bas nahi hai. Earthquake jo hai, aisi cheez hai ke is ka attack unilateral hota hai, ek tarfa attack hota hai.</w:t>
      </w:r>
      <w:r>
        <w:br/>
      </w:r>
      <w:r>
        <w:rPr>
          <w:sz w:val="20"/>
        </w:rPr>
        <w:t>1:09:35  Hamara is mein koi hissa nahi hai. To hamare p</w:t>
      </w:r>
      <w:r>
        <w:br/>
      </w:r>
      <w:r>
        <w:rPr>
          <w:sz w:val="20"/>
        </w:rPr>
        <w:t>1:09:39  is kya hai? Sirf dua karna, sirf dua karna. Jaise kal mein bilkul koshish se chipak gaya aur mein dua karne laga, kyunke maine samjha ke mein helpless hoon.</w:t>
      </w:r>
      <w:r>
        <w:br/>
      </w:r>
      <w:r>
        <w:rPr>
          <w:sz w:val="20"/>
        </w:rPr>
        <w:t>1:09:50  Yahan rahoon tab bhi is ki zad mein hoon, bahar jaon tab bhi is ki zad mein hoon.</w:t>
      </w:r>
    </w:p>
    <w:p>
      <w:pPr>
        <w:pStyle w:val="Heading2"/>
      </w:pPr>
      <w:r>
        <w:t>How can we identify our shortcomings?</w:t>
      </w:r>
    </w:p>
    <w:p>
      <w:r>
        <w:rPr>
          <w:color w:val="666666"/>
          <w:sz w:val="18"/>
        </w:rPr>
        <w:t>Problem and Shukr March 15, 2015 · 1m 29s · at 50:11 · https://youtu.be/SPBsXjH1hzM?t=3011</w:t>
      </w:r>
    </w:p>
    <w:p>
      <w:r>
        <w:rPr>
          <w:i/>
        </w:rPr>
        <w:t>“How do we identify our shortcomings?”</w:t>
      </w:r>
    </w:p>
    <w:p>
      <w:r>
        <w:rPr>
          <w:sz w:val="20"/>
        </w:rPr>
        <w:t>50:11  maulana, agla sawal kya hai bhopal se tosiq sahib ne, aur woh aap se janna chahte hain ke how do we identify our shortcomings?</w:t>
      </w:r>
      <w:r>
        <w:br/>
      </w:r>
      <w:r>
        <w:rPr>
          <w:sz w:val="20"/>
        </w:rPr>
        <w:t>50:23  what is how do we identify our shortcomings? muhasba aik hi formula bataya gaya hai quran o hadees mein. muhasba yani introspection,</w:t>
      </w:r>
      <w:r>
        <w:br/>
      </w:r>
      <w:r>
        <w:rPr>
          <w:sz w:val="20"/>
        </w:rPr>
        <w:t>50:34  woh aadmi ke andar itna zyada dakhil hota hai ke woh aap ne khud hi discover kar sakta hai. doosra aadmi is ko identify nahi kar sakta.</w:t>
      </w:r>
      <w:r>
        <w:br/>
      </w:r>
      <w:r>
        <w:rPr>
          <w:sz w:val="20"/>
        </w:rPr>
        <w:t>50:44  is ke soch mein, is ke jazbat mein, is ki personality mein ghusa hua hota hai. woh to kaun doosra is ko identify karega? aap karengay.</w:t>
      </w:r>
      <w:r>
        <w:br/>
      </w:r>
      <w:r>
        <w:rPr>
          <w:sz w:val="20"/>
        </w:rPr>
        <w:t>50:54  to is ke liye quran mein aur hadees mein jo cheez batayi gayi hai, woh hai muhasba.</w:t>
      </w:r>
      <w:r>
        <w:br/>
      </w:r>
      <w:r>
        <w:rPr>
          <w:sz w:val="20"/>
        </w:rPr>
        <w:t>50:59  muhasba ka matlab hota hai introspection, yani apne apne khilaf sochna, apne apne baray mein sochna,</w:t>
      </w:r>
      <w:r>
        <w:br/>
      </w:r>
      <w:r>
        <w:rPr>
          <w:sz w:val="20"/>
        </w:rPr>
        <w:t>51:10  yani anti self thinking. main samajhta hoon ke aik hi cheez hai jo aap ko bata sakti hai ke aap ke andar kya kamiyaan hain, woh hai anti self thinking.</w:t>
      </w:r>
      <w:r>
        <w:br/>
      </w:r>
      <w:r>
        <w:rPr>
          <w:sz w:val="20"/>
        </w:rPr>
        <w:t>51:20  to jis ko allah ka, jis ko jo aadmi yeh chahta ho ke woh allah ke rehmaton ka mustahiq banay, to us ko anti self thinking karna hi karna hai.</w:t>
      </w:r>
      <w:r>
        <w:br/>
      </w:r>
      <w:r>
        <w:rPr>
          <w:sz w:val="20"/>
        </w:rPr>
        <w:t>51:31  yeh to sab bari ibadat hai. anti self thinking sab se bari ibadat hai.</w:t>
      </w:r>
    </w:p>
    <w:p>
      <w:pPr>
        <w:pStyle w:val="Heading2"/>
      </w:pPr>
      <w:r>
        <w:t>Why people miss good intentions behind criticism</w:t>
      </w:r>
    </w:p>
    <w:p>
      <w:r>
        <w:rPr>
          <w:color w:val="666666"/>
          <w:sz w:val="18"/>
        </w:rPr>
        <w:t>Lessons and Experiences May 22, 2011 Maulana Wahiduddin Khan · 23m 53s · at 59:46 · https://youtu.be/j4Qx-MsDQWc?t=3586</w:t>
      </w:r>
    </w:p>
    <w:p>
      <w:r>
        <w:rPr>
          <w:i/>
        </w:rPr>
        <w:t>“Why do people not understand the good intentions behind speaking against their favor?”</w:t>
      </w:r>
    </w:p>
    <w:p>
      <w:r>
        <w:rPr>
          <w:sz w:val="20"/>
        </w:rPr>
        <w:t>59:46  Maulana yeh sawal aaya hai Ms Aarti Bhardwaj ka Delhi se. Unhon ne likha hai Maulana sahib why people do not understand the good intentions behind speaking against their favor.</w:t>
      </w:r>
      <w:r>
        <w:br/>
      </w:r>
      <w:r>
        <w:rPr>
          <w:sz w:val="20"/>
        </w:rPr>
        <w:t>1:00:03  Is ke bare mein batayein. Dekhiye yeh to aaj isi par maine kaha ke logon ki thinking jo hai woh develop nahi hoti hai.</w:t>
      </w:r>
      <w:r>
        <w:br/>
      </w:r>
      <w:r>
        <w:rPr>
          <w:sz w:val="20"/>
        </w:rPr>
        <w:t>1:00:15  Conditioned hote hain. Yani apne weakness ko jante nahi. Jaise maine khud apne bare mein kaha ke main apni is weakness ko nahi janta tha ke mujhe dawa kis tarah se khai jati hai woh janta nahi tha main.</w:t>
      </w:r>
      <w:r>
        <w:br/>
      </w:r>
      <w:r>
        <w:rPr>
          <w:sz w:val="20"/>
        </w:rPr>
        <w:t>1:00:36  Yeh mujhe yahi saada si baat hai bilkul saada si ke capsule munh mein aap dalein to kis tarah se is ko gale se utarein yeh janta nahi tha main.</w:t>
      </w:r>
      <w:r>
        <w:br/>
      </w:r>
      <w:r>
        <w:rPr>
          <w:sz w:val="20"/>
        </w:rPr>
        <w:t>1:00:46  To choti si baat mein jab itna aadmi conditioning ho jata hai to badi badi baaton mein kyun nahi hoga? To kisi insan ko bhi aap blame na dijiye.</w:t>
      </w:r>
      <w:r>
        <w:br/>
      </w:r>
      <w:r>
        <w:rPr>
          <w:sz w:val="20"/>
        </w:rPr>
        <w:t>1:01:00  Hamesha yeh sochiye ke is ki jo conditioning hai is ko kaise toda jaye. Is ko kaise de-condition kiya jaye.</w:t>
      </w:r>
      <w:r>
        <w:br/>
      </w:r>
      <w:r>
        <w:rPr>
          <w:sz w:val="20"/>
        </w:rPr>
        <w:t>1:01:10  Mujhe to bar bar tajurba yeh hua hai ke sara mamla hota hai conditioning ka.</w:t>
      </w:r>
      <w:r>
        <w:br/>
      </w:r>
      <w:r>
        <w:rPr>
          <w:sz w:val="20"/>
        </w:rPr>
        <w:t>1:01:16  Har aadmi kisi na kisi cheez mein conditioned rehta hai. Apne ghar mein apne mahol mein apne paros mein apne mulk mein.</w:t>
      </w:r>
      <w:r>
        <w:br/>
      </w:r>
      <w:r>
        <w:rPr>
          <w:sz w:val="20"/>
        </w:rPr>
        <w:t>1:01:27  Is conditioning ki wajah se is ki baaton ko samajh mein nahi aati.</w:t>
      </w:r>
      <w:r>
        <w:br/>
      </w:r>
      <w:r>
        <w:rPr>
          <w:sz w:val="20"/>
        </w:rPr>
        <w:t>1:01:33  To jab tak isi conditioning ko aap todein nahi</w:t>
      </w:r>
      <w:r>
        <w:br/>
      </w:r>
      <w:r>
        <w:rPr>
          <w:sz w:val="20"/>
        </w:rPr>
        <w:t>1:01:42  tab tak aap</w:t>
      </w:r>
      <w:r>
        <w:br/>
      </w:r>
      <w:r>
        <w:rPr>
          <w:sz w:val="20"/>
        </w:rPr>
        <w:t>1:01:46  is ko samjha nahi sakte.</w:t>
      </w:r>
      <w:r>
        <w:br/>
      </w:r>
      <w:r>
        <w:rPr>
          <w:sz w:val="20"/>
        </w:rPr>
        <w:t>1:01:55  To conditioning itni zyada yani</w:t>
      </w:r>
      <w:r>
        <w:br/>
      </w:r>
      <w:r>
        <w:rPr>
          <w:sz w:val="20"/>
        </w:rPr>
        <w:t>1:02:02  har aadmi ko ek condition ke case hai. Main samajhta hoon ke koi aadmi bhi aisa nahi hai jo conditioning conditioning case na ho.</w:t>
      </w:r>
      <w:r>
        <w:br/>
      </w:r>
      <w:r>
        <w:rPr>
          <w:sz w:val="20"/>
        </w:rPr>
        <w:t>1:02:13  To zindagi ka main samajhta hoon ke har aadmi yani condition ho hi jata hai. Mistake condition ho hi jata hai har aadmi.</w:t>
      </w:r>
      <w:r>
        <w:br/>
      </w:r>
      <w:r>
        <w:rPr>
          <w:sz w:val="20"/>
        </w:rPr>
        <w:t>1:02:22  To zindagi ki jo beginning hai yani zindagi ka jo starting point hai woh yahi hai ke aap ne apne ko de-condition karein.</w:t>
      </w:r>
      <w:r>
        <w:br/>
      </w:r>
      <w:r>
        <w:rPr>
          <w:sz w:val="20"/>
        </w:rPr>
        <w:t>1:02:31  Yani before de-conditioning your personality there is no beginning.</w:t>
      </w:r>
      <w:r>
        <w:br/>
      </w:r>
      <w:r>
        <w:rPr>
          <w:sz w:val="20"/>
        </w:rPr>
        <w:t>1:02:40  Yeh har aadmi mein main samajhta hoon ke is mein koi exception nahi hai.</w:t>
      </w:r>
      <w:r>
        <w:br/>
      </w:r>
      <w:r>
        <w:rPr>
          <w:sz w:val="20"/>
        </w:rPr>
        <w:t>1:02:45  To jis aadmi ko aap payein ke aisa hai to yeh sochiye ke is ki conditioning ko toda kaise jaye. Aur jaise hi aadmi ki condition ٹوٹتی hai woh aadmi samajh leta hai baat ko.</w:t>
      </w:r>
      <w:r>
        <w:br/>
      </w:r>
      <w:r>
        <w:rPr>
          <w:sz w:val="20"/>
        </w:rPr>
        <w:t>1:03:00  Mujhe to bar bar tajurba is ka hua. Yani yeh na samjhiye ke woh yani jaan boojh kar aisa kar raha hai.</w:t>
      </w:r>
      <w:r>
        <w:br/>
      </w:r>
      <w:r>
        <w:rPr>
          <w:sz w:val="20"/>
        </w:rPr>
        <w:t>1:03:09  Conditioning conditioning ki wajah se woh yani unaware hai apne khud apne weakness se.</w:t>
      </w:r>
      <w:r>
        <w:br/>
      </w:r>
      <w:r>
        <w:rPr>
          <w:sz w:val="20"/>
        </w:rPr>
        <w:t>1:03:19  To main yahi kahunga ke bajaye is aadmi ko blame dene ke aap sirf yeh kijiye ke yeh pata kijiye ke kaise is ki conditioning hui hai.</w:t>
      </w:r>
      <w:r>
        <w:br/>
      </w:r>
      <w:r>
        <w:rPr>
          <w:sz w:val="20"/>
        </w:rPr>
        <w:t>1:03:31  Is condition ko kaise toda ja sakta hai. Study karwayein aap is ko baat cheet karein is ko aap is ko koi nayi baat is ko samjhayein.</w:t>
      </w:r>
      <w:r>
        <w:br/>
      </w:r>
      <w:r>
        <w:rPr>
          <w:sz w:val="20"/>
        </w:rPr>
        <w:t>1:03:40  to hamare haan to yani bohat misalein hain sankron sankron misalein hain ke jab jab conditioning toot gayi aadmi ki to usi baat ko samajhne laga jo us ke pehle to samajh nahi pata tha wo.</w:t>
      </w:r>
      <w:r>
        <w:br/>
      </w:r>
      <w:r>
        <w:rPr>
          <w:sz w:val="20"/>
        </w:rPr>
        <w:t>1:03:57  to hum mein se har shakhs jo chahta hai logon ko theek karna us ko yeh jaanna chahiye ke us ke kaam ki jo beginning hai wo de-conditioning se hogi.</w:t>
      </w:r>
      <w:r>
        <w:br/>
      </w:r>
      <w:r>
        <w:rPr>
          <w:sz w:val="20"/>
        </w:rPr>
        <w:t>1:04:11  us ke baghair nahi ho sakti hai.</w:t>
      </w:r>
      <w:r>
        <w:br/>
      </w:r>
      <w:r>
        <w:rPr>
          <w:sz w:val="20"/>
        </w:rPr>
        <w:t>1:04:16  Miss Naghma Siddiqui ne Dilli se likha hai can you give a suggestion on how we can change our addiction؟</w:t>
      </w:r>
      <w:r>
        <w:br/>
      </w:r>
      <w:r>
        <w:rPr>
          <w:sz w:val="20"/>
        </w:rPr>
        <w:t>1:04:31  Big suggestion to</w:t>
      </w:r>
      <w:r>
        <w:br/>
      </w:r>
      <w:r>
        <w:rPr>
          <w:sz w:val="20"/>
        </w:rPr>
        <w:t>1:04:34  yahi hai ke khud sochiye aur doosra aadmi jab aap ko kuch bataye to us par dhyan dijiye.</w:t>
      </w:r>
      <w:r>
        <w:br/>
      </w:r>
      <w:r>
        <w:rPr>
          <w:sz w:val="20"/>
        </w:rPr>
        <w:t>1:04:43  us ko brush aside mat kijiye aksar aisa hota hai ke doosra aadmi jab aap ko dhyan dilata hai to aap us ko brush aside kar dete hain.</w:t>
      </w:r>
      <w:r>
        <w:br/>
      </w:r>
      <w:r>
        <w:rPr>
          <w:sz w:val="20"/>
        </w:rPr>
        <w:t>1:04:58  to aur koi tareeqa koi is mein koi koi bohat hi koi aur technical tareeqa to mein dene wala hoon is ka.</w:t>
      </w:r>
      <w:r>
        <w:br/>
      </w:r>
      <w:r>
        <w:rPr>
          <w:sz w:val="20"/>
        </w:rPr>
        <w:t>1:05:09  yeh hai ke aap introspection karein sochein apne bare mein aur is baat ko maan lein ke kai baatein aisi ho sakti hain jo hamare andar ho weakness hum jante bhi nahi ho ke wo weakness hai.</w:t>
      </w:r>
      <w:r>
        <w:br/>
      </w:r>
      <w:r>
        <w:rPr>
          <w:sz w:val="20"/>
        </w:rPr>
        <w:t>1:05:22  isi liye maine apni misaal de di khud apni misaal ke mere andar yeh weakness thi ke main pani peeta tha to sahi tareeqe se nahi peeta tha is liye dawa mere gale mein phans jati thi.</w:t>
      </w:r>
      <w:r>
        <w:br/>
      </w:r>
      <w:r>
        <w:rPr>
          <w:sz w:val="20"/>
        </w:rPr>
        <w:t>1:05:36  lekin main mujhe mujhe is ka is ka pata nahi tha mujhe aaj mein dekhiye hota kya hai is isi misaal se batata hoon aap ko ke aadmi kisi obsession mein pad jata hai obsession jaise mujhe obsession kiya tha</w:t>
      </w:r>
      <w:r>
        <w:br/>
      </w:r>
      <w:r>
        <w:rPr>
          <w:sz w:val="20"/>
        </w:rPr>
        <w:t>1:05:52  ke peghambar ne kaha ke pani thoda thoda kar ke piyo pani thoda thoda kar ke piyo lekin every rule has its exceptions.</w:t>
      </w:r>
      <w:r>
        <w:br/>
      </w:r>
      <w:r>
        <w:rPr>
          <w:sz w:val="20"/>
        </w:rPr>
        <w:t>1:06:02  is hadees mein hamein yeh sochna chahiye ke every rule has its exceptions koi bhi baat ho to us pe exception hota hai to aam halat mein to theek hai thoda thoda kar ke piyo.</w:t>
      </w:r>
      <w:r>
        <w:br/>
      </w:r>
      <w:r>
        <w:rPr>
          <w:sz w:val="20"/>
        </w:rPr>
        <w:t>1:06:11  lekin aap jab dawa le rahe hain capsule to aap ko poora ghont lena parega tabhi wo utre gi nahi to nahi utre gi ab yeh sochne se baatein maloom hoti hain.</w:t>
      </w:r>
      <w:r>
        <w:br/>
      </w:r>
      <w:r>
        <w:rPr>
          <w:sz w:val="20"/>
        </w:rPr>
        <w:t>1:06:22  jo bohat acha tha ke maine yeh adat banai ke pani thoda thoda kar ke piyo lekin isi ke sath mujhe yeh bhi janna chahiye ke every rule has its exceptions.</w:t>
      </w:r>
      <w:r>
        <w:br/>
      </w:r>
      <w:r>
        <w:rPr>
          <w:sz w:val="20"/>
        </w:rPr>
        <w:t>1:06:35  to jab dawa ka ek capsule wo mun mein dala aap ne to wo wo exception ka case ban gaya ab aap ko pani peene se zyada mun mein lena chahiye taake utar utar jayega yeh sab.</w:t>
      </w:r>
      <w:r>
        <w:br/>
      </w:r>
      <w:r>
        <w:rPr>
          <w:sz w:val="20"/>
        </w:rPr>
        <w:t>1:06:46  to</w:t>
      </w:r>
      <w:r>
        <w:br/>
      </w:r>
      <w:r>
        <w:rPr>
          <w:sz w:val="20"/>
        </w:rPr>
        <w:t>1:06:47  yahi hai ek hi process hai wo hai sochna sochna sochna sochna aur us ke liye tayyar rehna ke jaise hi mujhe pata chale apni weakness ka jaldi sambhal loon is ko mein.</w:t>
      </w:r>
      <w:r>
        <w:br/>
      </w:r>
      <w:r>
        <w:rPr>
          <w:sz w:val="20"/>
        </w:rPr>
        <w:t>1:07:00  phir mein der na karoon yahi baat meri samajh mein aati hai.</w:t>
      </w:r>
      <w:r>
        <w:br/>
      </w:r>
      <w:r>
        <w:rPr>
          <w:sz w:val="20"/>
        </w:rPr>
        <w:t>1:07:10  Miss Aisha ne Dilli se likha hai Maulana today you emphasized on art of thinking that is development of thinking power my question is is there any formula on how to develop the thinking power please comment</w:t>
      </w:r>
      <w:r>
        <w:br/>
      </w:r>
      <w:r>
        <w:rPr>
          <w:sz w:val="20"/>
        </w:rPr>
        <w:t>1:07:33  nahi is ka koi technical formula to hai nahi</w:t>
      </w:r>
      <w:r>
        <w:br/>
      </w:r>
      <w:r>
        <w:rPr>
          <w:sz w:val="20"/>
        </w:rPr>
        <w:t>1:07:40  koi bhi technical formula nahi hai</w:t>
      </w:r>
      <w:r>
        <w:br/>
      </w:r>
      <w:r>
        <w:rPr>
          <w:sz w:val="20"/>
        </w:rPr>
        <w:t>1:07:45  aap study karein</w:t>
      </w:r>
      <w:r>
        <w:br/>
      </w:r>
      <w:r>
        <w:rPr>
          <w:sz w:val="20"/>
        </w:rPr>
        <w:t>1:07:49  cheezon ko observe karein gehrai ke sath logon ki baaton ko sunein jaise misaal ke tor par dekhiye maine aksar logon ko paya hai ke jab wo kisi doosre ke paas sun rahe hote hain to wo poora nahi sun rahe hote tab bhi wo un ka apna mind ka jo hai mechanism chalta rehta hai</w:t>
      </w:r>
      <w:r>
        <w:br/>
      </w:r>
      <w:r>
        <w:rPr>
          <w:sz w:val="20"/>
        </w:rPr>
        <w:t>1:08:08  yani ek point hai jis pe discussion ho raha hai ab doosra aadmi ek us ko apne dhang se bata raha hai to mera mind jo hai usi chalta rahega apne apne khayalon par jaise hi wo khatam karega main phir aaghal doonga wo jo mere mind mein tha</w:t>
      </w:r>
      <w:r>
        <w:br/>
      </w:r>
      <w:r>
        <w:rPr>
          <w:sz w:val="20"/>
        </w:rPr>
        <w:t>1:08:26  to mein Allah ke fazl se mere andar yeh baat Allah taala ne maine rakhi hai ke mein impetive mind ho ke sunta hoon doosre ki baat hoti hai der ke liye apne mind ko ek dum kh</w:t>
      </w:r>
      <w:r>
        <w:br/>
      </w:r>
      <w:r>
        <w:rPr>
          <w:sz w:val="20"/>
        </w:rPr>
        <w:t>1:08:37  ali kar leta hoon isi ko sunta hoon jo keh raha hai kehne wala</w:t>
      </w:r>
      <w:r>
        <w:br/>
      </w:r>
      <w:r>
        <w:rPr>
          <w:sz w:val="20"/>
        </w:rPr>
        <w:t>1:08:43  to art of thinking jo hai woh uska koi technical tareeka nahi hai aap aap sochein uske liye tayyar rahein ke jaise hi meri ghalti batai jayegi maan lunga usko sab se zyada crucial baat jo hai woh hai apni ghalti ko ko maan lena</w:t>
      </w:r>
      <w:r>
        <w:br/>
      </w:r>
      <w:r>
        <w:rPr>
          <w:sz w:val="20"/>
        </w:rPr>
        <w:t>1:09:08  jaldi se aap keh sakte hain ke i was wrong i was wrong mein batata hoon sab se bari jo rukawat hai thinking power ko develop karne mein woh yahi hai ke logon ke andar yeh yeh yaani woh nahi hota woh dar nahi karte karte uske liye ke woh keh dein ke i was wrong darte hain ke mein aisa keh doon to mein kuch chhota ho jaunga</w:t>
      </w:r>
      <w:r>
        <w:br/>
      </w:r>
      <w:r>
        <w:rPr>
          <w:sz w:val="20"/>
        </w:rPr>
        <w:t>1:09:34  to ya to woh deny karte rehte hain maante hi nahi ya dil mein dil mein maan lete hain seedhe se kahiye jaise hi aap kahein ke i was wrong waise aap ke mind mein ek naya development aa jayega</w:t>
      </w:r>
      <w:r>
        <w:br/>
      </w:r>
      <w:r>
        <w:rPr>
          <w:sz w:val="20"/>
        </w:rPr>
        <w:t>1:09:48  to mein yahi kahunga ke study kijiye cheezon ko bohat gehrai ke sath dekhiye distraction se apne aap ko bachaiye aur uske liye tayyar rahein ke jaise hi bataya jaye aap ki kisi weakness ko jaldi se keh dijiye ke waqai yeh ghalti thi mere mere dil thi i was wrong</w:t>
      </w:r>
      <w:r>
        <w:br/>
      </w:r>
      <w:r>
        <w:rPr>
          <w:sz w:val="20"/>
        </w:rPr>
        <w:t>1:10:09  to yeh koi yaani koi uska koi short course nahi hai yeh to life life long process ek hai zindagi bhar aap ko sochna hai zindagi bhar apni thinking ko develop karna hai aakhir waqt tak yeh chalta rehta hai mera tajurba to yahi hai</w:t>
      </w:r>
      <w:r>
        <w:br/>
      </w:r>
      <w:r>
        <w:rPr>
          <w:sz w:val="20"/>
        </w:rPr>
        <w:t>1:10:34  mister surya mukharji ne dilli se likha hai</w:t>
      </w:r>
      <w:r>
        <w:br/>
      </w:r>
      <w:r>
        <w:rPr>
          <w:sz w:val="20"/>
        </w:rPr>
        <w:t>1:10:38  maulana ji should be adjust ourselves despite of being on theright track and compromising the very ideals with those who live by no ideals haan dekhiye yeh yeh har aadmi ka problem hota hai jo bhi aadmi society mein reh raha hai uska</w:t>
      </w:r>
      <w:r>
        <w:br/>
      </w:r>
      <w:r>
        <w:rPr>
          <w:sz w:val="20"/>
        </w:rPr>
        <w:t>1:11:00  to mein to dekhiye compromise ko manta hoon compromise ko adjustment ko manta hoon mein lekin woh compromise yaani mein mera formula kyun hai apne kisi interest ke liye nahi hai</w:t>
      </w:r>
      <w:r>
        <w:br/>
      </w:r>
      <w:r>
        <w:rPr>
          <w:sz w:val="20"/>
        </w:rPr>
        <w:t>1:11:23  sirf is liye ke mera formula yeh hai ke doosra aadmi agar aap ko chahta dikhai parta hai ke woh right track se hta hua hai to aap uske yaani uske blushar baniye aur sachai ke sath usko samjhane ki koshish kijiye agar woh maan leta hai to bari achi baat hai agar nahi maan manta hai to aap wahin par peeche hatt jaiye reset ki</w:t>
      </w:r>
      <w:r>
        <w:br/>
      </w:r>
      <w:r>
        <w:rPr>
          <w:sz w:val="20"/>
        </w:rPr>
        <w:t>1:11:52  jiye reset reset kijiye kyun kyun phir aap time waste karenge</w:t>
      </w:r>
      <w:r>
        <w:br/>
      </w:r>
      <w:r>
        <w:rPr>
          <w:sz w:val="20"/>
        </w:rPr>
        <w:t>1:12:04  to save your time to save your energy you have to reset you have to adjust you have to make compromise</w:t>
      </w:r>
      <w:r>
        <w:br/>
      </w:r>
      <w:r>
        <w:rPr>
          <w:sz w:val="20"/>
        </w:rPr>
        <w:t>1:12:16  mein usko cowardice nahi samajhta ya usko mein unprincipled behaviour nahi samajhta compromise ko</w:t>
      </w:r>
      <w:r>
        <w:br/>
      </w:r>
      <w:r>
        <w:rPr>
          <w:sz w:val="20"/>
        </w:rPr>
        <w:t>1:12:27  to dekhiye do cheezein alag alag hain ek yeh hai ke aap koi ghalt faida uthana chahte hain koi ghalt faide ke liye aap kisi se compromise karein woh to ek alag cheez</w:t>
      </w:r>
      <w:r>
        <w:br/>
      </w:r>
      <w:r>
        <w:rPr>
          <w:sz w:val="20"/>
        </w:rPr>
        <w:t>1:12:42  hai usko to koi bhi nahi kahega yeh theek kaam hai yaani apne ek ghalt faide ke liye ya koi aap se ghalt faida lena chahta hai maslan ek aadmi officer hai uske paas ek aadmi aata hai ke mera falan kaam kar do aur woh ghalt kaam hota hai paisa deta hai usko paisa de kar ke usko kehta hai ke paisa lo abhi yeh kaam kar do woh paisa le kar ke woh officer kaam kar deta hai</w:t>
      </w:r>
      <w:r>
        <w:br/>
      </w:r>
      <w:r>
        <w:rPr>
          <w:sz w:val="20"/>
        </w:rPr>
        <w:t>1:13:12  to yeh jo compromise kiya is officer ne yeh to bohat ghalt baat hai to interest ke liye compromise karna yeh to bilashuba ghalt hai interest ke liye compromise karna ghalt hai principle ke liye compromise karna bilkul sahi hai</w:t>
      </w:r>
      <w:r>
        <w:br/>
      </w:r>
      <w:r>
        <w:rPr>
          <w:sz w:val="20"/>
        </w:rPr>
        <w:t>1:13:32  principle ke principle ke liye compromise karna bilkul sahi hai</w:t>
      </w:r>
      <w:r>
        <w:br/>
      </w:r>
      <w:r>
        <w:rPr>
          <w:sz w:val="20"/>
        </w:rPr>
        <w:t>1:13:38  to do alag alag tareeke yaani do alag alag qism ke compromise hain</w:t>
      </w:r>
      <w:r>
        <w:br/>
      </w:r>
      <w:r>
        <w:rPr>
          <w:sz w:val="20"/>
        </w:rPr>
        <w:t>1:13:48  to mera tajurba yahi hai ke interest ke liye compromise karna is se aap ke andar weak personality banti hai weak personality lekin principle ke liye compromise jab aap karein to aap ko opportunity milti hai woh aap ko opportunity deta hai aap</w:t>
      </w:r>
      <w:r>
        <w:br/>
      </w:r>
      <w:r>
        <w:rPr>
          <w:sz w:val="20"/>
        </w:rPr>
        <w:t>1:14:09  ko aap ka rasta rukta nahi yeh yeh yeh jo qism hai compromise karne ki woh to must hai kyunke iske baghair aap koi bara kaam kar nahi sakte</w:t>
      </w:r>
      <w:r>
        <w:br/>
      </w:r>
      <w:r>
        <w:rPr>
          <w:sz w:val="20"/>
        </w:rPr>
        <w:t>1:14:24  maulana zikwan nadvi ne dilli se likha hai british scientist stephen hawking had said in his interview that paradise and after life is nothing but a fairy story</w:t>
      </w:r>
      <w:r>
        <w:br/>
      </w:r>
      <w:r>
        <w:rPr>
          <w:sz w:val="20"/>
        </w:rPr>
        <w:t>1:14:39  what is your comment on this haan dekhiye maine padha tha times of India mein to us waqt maine padhne ke baad maine kaha tha ke yeh scientist ki zuban se ek unscientific comment hai</w:t>
      </w:r>
      <w:r>
        <w:br/>
      </w:r>
      <w:r>
        <w:rPr>
          <w:sz w:val="20"/>
        </w:rPr>
        <w:t>1:15:00  dekhiye ek</w:t>
      </w:r>
      <w:r>
        <w:br/>
      </w:r>
      <w:r>
        <w:rPr>
          <w:sz w:val="20"/>
        </w:rPr>
        <w:t>1:15:05  scientific stand kya hai</w:t>
      </w:r>
      <w:r>
        <w:br/>
      </w:r>
      <w:r>
        <w:rPr>
          <w:sz w:val="20"/>
        </w:rPr>
        <w:t>1:15:09  science yeh kehti hai ke jo cheez observation mein aaye wahi reality hai jo na observation hai to woh reality nahi hai yani is is sense mein nahi ke woh wajood nahi reality ka is sense mein ke hum is ke baray mein kuch kehne ki position mein nahi hain</w:t>
      </w:r>
      <w:r>
        <w:br/>
      </w:r>
      <w:r>
        <w:rPr>
          <w:sz w:val="20"/>
        </w:rPr>
        <w:t>1:15:31  yani jo aaj cheez aap ke telescope mein aati hai jo jo microscope ke ke zariye dikhai padti hai to woh to hum ne dekh liya to is ko to hum maan lenge jo cheez telescope aur microscope ke range mein nahi aati hai is ke baray mein hum kuch kehne ki position mein nahi hain yeh hai stand scientist ka</w:t>
      </w:r>
      <w:r>
        <w:br/>
      </w:r>
      <w:r>
        <w:rPr>
          <w:sz w:val="20"/>
        </w:rPr>
        <w:t>1:15:55  lekin unhon ne ek statement de diya</w:t>
      </w:r>
      <w:r>
        <w:br/>
      </w:r>
      <w:r>
        <w:rPr>
          <w:sz w:val="20"/>
        </w:rPr>
        <w:t>1:16:00  jabke jo recent research hui hai cosmos ki to yeh maan liya gaya hai ke cosmos ka sirf five percent hissa woh hai jo hum dekh paate hain 95 percent hissa woh hai jo hum dekh hi nahi sakte to aisi halat mein aap dekhiye ke science scientiston ko kya karna chahiye</w:t>
      </w:r>
      <w:r>
        <w:br/>
      </w:r>
      <w:r>
        <w:rPr>
          <w:sz w:val="20"/>
        </w:rPr>
        <w:t>1:16:23  science danon ko yeh karna chahiye ke according to the physical laws</w:t>
      </w:r>
      <w:r>
        <w:br/>
      </w:r>
      <w:r>
        <w:rPr>
          <w:sz w:val="20"/>
        </w:rPr>
        <w:t>1:16:33  perhaps there is no existence of paradise yani probably kehna chahiye is ko probably there is no physical existence of paradise probably kyunke humein pata nahi hai lekin yeh keh dena ke paradise koi exist karti nahi hai aap kaise keh sakte hain yani kis knowledge ke base par kahenge aap</w:t>
      </w:r>
      <w:r>
        <w:br/>
      </w:r>
      <w:r>
        <w:rPr>
          <w:sz w:val="20"/>
        </w:rPr>
        <w:t>1:16:58  kis knowledge jo aap khud aap ka jo science hai wahi batati hai ke five percent ke siwa jo duniya hai woh humein is ki khabar hi nahi hai is ki</w:t>
      </w:r>
      <w:r>
        <w:br/>
      </w:r>
      <w:r>
        <w:rPr>
          <w:sz w:val="20"/>
        </w:rPr>
        <w:t>1:17:14  is ki khabar nahi hai hum ko kyunke aap jante hain ke insaan ne jo banai hai telescope ya hamari aankh se hum light ho tab dekh paate hain light na hote hain nahi dekh paate aap</w:t>
      </w:r>
      <w:r>
        <w:br/>
      </w:r>
      <w:r>
        <w:rPr>
          <w:sz w:val="20"/>
        </w:rPr>
        <w:t>1:17:30  to universe mein dekhiye yeh discovery hui hai ke bara hissa dark matters ka hai dark matters ka matlab yeh nahi ke woh dark hain woh bhi bright hain jis jis se doosre star bright hote hain lekin un ka strong strong hai un ka ke woh apne apne light ko bhi kheenche hue hain light ko nikalne nahi dete itna strong hai</w:t>
      </w:r>
      <w:r>
        <w:br/>
      </w:r>
      <w:r>
        <w:rPr>
          <w:sz w:val="20"/>
        </w:rPr>
        <w:t>1:17:58  woh yeh suraj ki light hum par aati hai kyunke suraj apni light ko rok nahi roke hue nahi hai lekin woh jo hain woh itna strong hain ke apni light ko rok lete hain to hamare aur un ke beech mein roshni nahi hai hum dekh nahi paate na aankh se dekhenge na telescope se to jab science khud yeh manti hai ke aap zariye boli nahi hai bara hissa kainaat ka to aap kaise keh sakte hain</w:t>
      </w:r>
      <w:r>
        <w:br/>
      </w:r>
      <w:r>
        <w:rPr>
          <w:sz w:val="20"/>
        </w:rPr>
        <w:t>1:18:27  to woh sirf yeh keh sakte hain ke probably there is no physical existence of paradise bas yahi scientific statement hai baqi yeh kehna hai ke yeh pariyon ki kahaniyan hain aur yeh aisa kuch hai nahi kahin to aap kis ilm ke base par kehte hain kis ilm ke base par</w:t>
      </w:r>
      <w:r>
        <w:br/>
      </w:r>
      <w:r>
        <w:rPr>
          <w:sz w:val="20"/>
        </w:rPr>
        <w:t>1:18:51  to bas mein ne parha tha is ko woh yahi baat mein ne is ko kahi thi ke yeh ek scientist ki zuban se ek un scientific statement hai</w:t>
      </w:r>
      <w:r>
        <w:br/>
      </w:r>
      <w:r>
        <w:rPr>
          <w:sz w:val="20"/>
        </w:rPr>
        <w:t>1:19:03  Mr Abdul Rehman ne Delhi se likha hai Maulana sahib whatever is granted to us in this world is for the test then what is meant by be hisab rizq that Allah provides for whoever He wills</w:t>
      </w:r>
      <w:r>
        <w:br/>
      </w:r>
      <w:r>
        <w:rPr>
          <w:sz w:val="20"/>
        </w:rPr>
        <w:t>1:19:21  dekhiye aap be hisab ka matlab yeh nahi hai yani absolute sense mein nahi hai yani khud rizq ki nisbat se nahi hai woh hamare amal ki nisbat se hai woh yani hum ne amal kiya ho one percent to Khuda hundred percent de sakta hai is ka yani is ka ajar</w:t>
      </w:r>
      <w:r>
        <w:br/>
      </w:r>
      <w:r>
        <w:rPr>
          <w:sz w:val="20"/>
        </w:rPr>
        <w:t>1:19:51  yeh matlab nahi ke yani khud rizq jo hai jo sari duniya mein jo sari kainaat mein jo rizq hai woh sab ko aadil deta hai is ke upar yeh matlab is ka nahi hai</w:t>
      </w:r>
      <w:r>
        <w:br/>
      </w:r>
      <w:r>
        <w:rPr>
          <w:sz w:val="20"/>
        </w:rPr>
        <w:t>1:20:05  is ka matlab yeh hai ke jo jo jo insaan ne ek amal kiya hai to agarche woh thoda ho lekin is ke andar qualitatively itni zyada important hota hai woh ke is ka yani in terms of quantity is ko bohat de deta hai amal to thoda hai lekin in terms of quality is ke andar bohat bari koi cheez hai</w:t>
      </w:r>
      <w:r>
        <w:br/>
      </w:r>
      <w:r>
        <w:rPr>
          <w:sz w:val="20"/>
        </w:rPr>
        <w:t>1:20:31  to Khuda is ki quality ko dekhte hue bohat bari quantity mein ajar de deta hai to is ko absolute absolute sense mein mat lijiye koi bhi cheez dekhen absolute sense mein nahi hoti hai</w:t>
      </w:r>
      <w:r>
        <w:br/>
      </w:r>
      <w:r>
        <w:rPr>
          <w:sz w:val="20"/>
        </w:rPr>
        <w:t>1:20:47  Dr Farida Khanam ne Delhi se likha hai a scholar once observed people are lost in trivialities not attuned to the challenging issues of the time</w:t>
      </w:r>
      <w:r>
        <w:br/>
      </w:r>
      <w:r>
        <w:rPr>
          <w:sz w:val="20"/>
        </w:rPr>
        <w:t>1:21:00  what is your comment on this</w:t>
      </w:r>
      <w:r>
        <w:br/>
      </w:r>
      <w:r>
        <w:rPr>
          <w:sz w:val="20"/>
        </w:rPr>
        <w:t>1:21:07  yeh to bohat sahi hai aaj bhi sahi hai pehle bhi sahi tha choti cheezon mein log phanse rehte hain choti cheezon mein ab bari jo cheez hai is mein nahi phanstey misaal ke taur par dekhiye musalman 50 baras se reservation reservation mein phanse gaye hain hum ko reservation do</w:t>
      </w:r>
      <w:r>
        <w:br/>
      </w:r>
      <w:r>
        <w:rPr>
          <w:sz w:val="20"/>
        </w:rPr>
        <w:t>1:21:27  ye bahut hi mamooli cheez hai baal farz reservation de bhi diya jaye to us se community ko taraqqi</w:t>
      </w:r>
      <w:r>
        <w:br/>
      </w:r>
      <w:r>
        <w:rPr>
          <w:sz w:val="20"/>
        </w:rPr>
        <w:t>1:21:32  nahi hone wali hai</w:t>
      </w:r>
      <w:r>
        <w:br/>
      </w:r>
      <w:r>
        <w:rPr>
          <w:sz w:val="20"/>
        </w:rPr>
        <w:t>1:21:36  taraqqi hogi hard work se mehnat se is par zor dena chahiye sare leader bolte hain ab to</w:t>
      </w:r>
      <w:r>
        <w:br/>
      </w:r>
      <w:r>
        <w:rPr>
          <w:sz w:val="20"/>
        </w:rPr>
        <w:t>1:21:43  aj kal boli kam ho gayi hai 1947 ke baad main ne dekha ke sab ye boli bolte</w:t>
      </w:r>
      <w:r>
        <w:br/>
      </w:r>
      <w:r>
        <w:rPr>
          <w:sz w:val="20"/>
        </w:rPr>
        <w:t>1:21:48  the reservation do reservation do reservation do mujh ko chhod kar ke main kabhi bhi reservation ki himayat</w:t>
      </w:r>
      <w:r>
        <w:br/>
      </w:r>
      <w:r>
        <w:rPr>
          <w:sz w:val="20"/>
        </w:rPr>
        <w:t>1:21:53  nahi ki main ne</w:t>
      </w:r>
      <w:r>
        <w:br/>
      </w:r>
      <w:r>
        <w:rPr>
          <w:sz w:val="20"/>
        </w:rPr>
        <w:t>1:21:57  reservation se kuch bhi bas hal nahi hone wala na to milega aur mil jaye tab bhi kuch hone wala nahi hai community ko community ko jagaiye is ke andar spirit paida kijiye hard work ki mehnat karne ki to isi yeh hai ek ek travel cheez ko itna badhana chadhana reservation ko mein travel samajhta hoon mamooli cheez badhana chadhana badhana chadhana is ko itna zyada</w:t>
      </w:r>
      <w:r>
        <w:br/>
      </w:r>
      <w:r>
        <w:rPr>
          <w:sz w:val="20"/>
        </w:rPr>
        <w:t>1:22:24  aisi discrimination hai</w:t>
      </w:r>
      <w:r>
        <w:br/>
      </w:r>
      <w:r>
        <w:rPr>
          <w:sz w:val="20"/>
        </w:rPr>
        <w:t>1:22:26  sare log discrimination ki boli bolte hain koi ek waqia le lein kahin isi ko generalize karenge aur bas dekho discrimination hota hai dekho imtiyaz hota hai yeh bhi wahi hai mein ne dekhi choti si baat ko badhana chadh raha hoon aur bohat sari bari baton ko chhod dena</w:t>
      </w:r>
      <w:r>
        <w:br/>
      </w:r>
      <w:r>
        <w:rPr>
          <w:sz w:val="20"/>
        </w:rPr>
        <w:t>1:22:46  to mein ne paya ke beshtar log jo hain beshtar log jo hain travel matters mein phanse rehte hain aur bari bari baatein jo hain is mein na sochte na apne ko is mein involve karte yeh aam mizaj pata nahi kyun hai lekin hai yahi mizaj hamare mission mein hum yeh koshish karte hain ke yeh mizaj khatm ho travel cheezon ko focus mein na lein balke focus mein na bari bari cheezon ko</w:t>
      </w:r>
      <w:r>
        <w:br/>
      </w:r>
      <w:r>
        <w:rPr>
          <w:sz w:val="20"/>
        </w:rPr>
        <w:t>1:23:14  hamare mission mein Allah inshallah isi ki koshish ki jati hai Maulana der az a comment wich is kam bi for i move on to da next question i read the comment it is kam from miss shahida zaman delhi she is written Maulana sahib i am deeply touch by your discourses and speeches i very much appreciated the article on Islam in today times of India</w:t>
      </w:r>
    </w:p>
    <w:p>
      <w:pPr>
        <w:pStyle w:val="Heading1"/>
      </w:pPr>
      <w:r>
        <w:t>In the lectures (20)</w:t>
      </w:r>
    </w:p>
    <w:p>
      <w:pPr>
        <w:pStyle w:val="Heading2"/>
      </w:pPr>
      <w:r>
        <w:t>Life After Death January 22, 2012</w:t>
      </w:r>
    </w:p>
    <w:p>
      <w:r>
        <w:rPr>
          <w:color w:val="666666"/>
          <w:sz w:val="18"/>
        </w:rPr>
        <w:t>1:25:32 · https://youtu.be/5hVH1BLKBF4?t=5132</w:t>
      </w:r>
    </w:p>
    <w:p>
      <w:r>
        <w:rPr>
          <w:i/>
        </w:rPr>
        <w:t>“تو اس میں کیا؟ یعنی وہ اس وقت کو میں نے ضائع کیا۔”</w:t>
      </w:r>
    </w:p>
    <w:p>
      <w:pPr>
        <w:pStyle w:val="Heading2"/>
      </w:pPr>
      <w:r>
        <w:t>The Fate of Muslim Ummah (English) May 03, 2014</w:t>
      </w:r>
    </w:p>
    <w:p>
      <w:r>
        <w:rPr>
          <w:color w:val="666666"/>
          <w:sz w:val="18"/>
        </w:rPr>
        <w:t>35:46 · https://youtu.be/Gu64pZtxdAA?t=2146</w:t>
      </w:r>
    </w:p>
    <w:p>
      <w:r>
        <w:rPr>
          <w:i/>
        </w:rPr>
        <w:t>“Futile exercise.”</w:t>
      </w:r>
    </w:p>
    <w:p>
      <w:pPr>
        <w:pStyle w:val="Heading2"/>
      </w:pPr>
      <w:r>
        <w:t>Life after Death I 22nd Jan. 2012 Maulana Wahiduddin Khan</w:t>
      </w:r>
    </w:p>
    <w:p>
      <w:r>
        <w:rPr>
          <w:color w:val="666666"/>
          <w:sz w:val="18"/>
        </w:rPr>
        <w:t>46:19 · https://youtu.be/Pa8c09DFrkA?t=2779</w:t>
      </w:r>
    </w:p>
    <w:p>
      <w:r>
        <w:rPr>
          <w:i/>
        </w:rPr>
        <w:t>“فضول ضائع کریں۔”</w:t>
      </w:r>
    </w:p>
    <w:p>
      <w:pPr>
        <w:pStyle w:val="Heading2"/>
      </w:pPr>
      <w:r>
        <w:t>Tazkiyah and Self Criticism April 13, 2020 Maulana Wahiduddin Khan</w:t>
      </w:r>
    </w:p>
    <w:p>
      <w:r>
        <w:rPr>
          <w:color w:val="666666"/>
          <w:sz w:val="18"/>
        </w:rPr>
        <w:t>20:41 · https://youtu.be/D4pMJtT4vDg?t=1241</w:t>
      </w:r>
    </w:p>
    <w:p>
      <w:r>
        <w:rPr>
          <w:i/>
        </w:rPr>
        <w:t>“غلطی ڈھونڈتا ہوں۔”</w:t>
      </w:r>
    </w:p>
    <w:p>
      <w:pPr>
        <w:pStyle w:val="Heading2"/>
      </w:pPr>
      <w:r>
        <w:t>Importance of Peace August 17, 2014</w:t>
      </w:r>
    </w:p>
    <w:p>
      <w:r>
        <w:rPr>
          <w:color w:val="666666"/>
          <w:sz w:val="18"/>
        </w:rPr>
        <w:t>44:30 · https://youtu.be/ifxSwh2Jckw?t=2670</w:t>
      </w:r>
    </w:p>
    <w:p>
      <w:r>
        <w:rPr>
          <w:i/>
        </w:rPr>
        <w:t>“اور جب الجھ جاتے ہیں تو آپ کا time waste ہوتا ہے۔”</w:t>
      </w:r>
    </w:p>
    <w:p>
      <w:pPr>
        <w:pStyle w:val="Heading2"/>
      </w:pPr>
      <w:r>
        <w:t>An Introduction to the Quran July 24, 2007</w:t>
      </w:r>
    </w:p>
    <w:p>
      <w:r>
        <w:rPr>
          <w:color w:val="666666"/>
          <w:sz w:val="18"/>
        </w:rPr>
        <w:t>14:49 · https://youtu.be/e7mc7FO5LwI?t=889</w:t>
      </w:r>
    </w:p>
    <w:p>
      <w:r>
        <w:rPr>
          <w:i/>
        </w:rPr>
        <w:t>“forgot this direction.”</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Intellectual Poverty of Modern World December 17, 2006</w:t>
      </w:r>
    </w:p>
    <w:p>
      <w:r>
        <w:rPr>
          <w:color w:val="666666"/>
          <w:sz w:val="18"/>
        </w:rPr>
        <w:t>1:12:54 · https://youtu.be/GdhR0DoI1Ys?t=4374</w:t>
      </w:r>
    </w:p>
    <w:p>
      <w:r>
        <w:rPr>
          <w:i/>
        </w:rPr>
        <w:t>“میں اپنی صلاحیت کو کم استعمال کر رہا ہوں۔”</w:t>
      </w:r>
    </w:p>
    <w:p>
      <w:pPr>
        <w:pStyle w:val="Heading2"/>
      </w:pPr>
      <w:r>
        <w:t>How to Deal with Problems December 7, 2008</w:t>
      </w:r>
    </w:p>
    <w:p>
      <w:r>
        <w:rPr>
          <w:color w:val="666666"/>
          <w:sz w:val="18"/>
        </w:rPr>
        <w:t>23:08 · https://youtu.be/03Wx7Ydxf84?t=1388</w:t>
      </w:r>
    </w:p>
    <w:p>
      <w:r>
        <w:rPr>
          <w:i/>
        </w:rPr>
        <w:t>“میں نے ان سے کہا کہ shopping means waste of money۔ اور outing means waste of time۔”</w:t>
      </w:r>
    </w:p>
    <w:p>
      <w:pPr>
        <w:pStyle w:val="Heading2"/>
      </w:pPr>
      <w:r>
        <w:t>Interactive Session Eng02 06 2007</w:t>
      </w:r>
    </w:p>
    <w:p>
      <w:r>
        <w:rPr>
          <w:color w:val="666666"/>
          <w:sz w:val="18"/>
        </w:rPr>
        <w:t>50:44 · https://youtu.be/eubwv4eDoAM?t=3044</w:t>
      </w:r>
    </w:p>
    <w:p>
      <w:r>
        <w:rPr>
          <w:i/>
        </w:rPr>
        <w:t>“their behavior. We have no time. Now time is very short.”</w:t>
      </w:r>
    </w:p>
    <w:p>
      <w:pPr>
        <w:pStyle w:val="Heading2"/>
      </w:pPr>
      <w:r>
        <w:t>Death The Final Journey December 29, 2006</w:t>
      </w:r>
    </w:p>
    <w:p>
      <w:r>
        <w:rPr>
          <w:color w:val="666666"/>
          <w:sz w:val="18"/>
        </w:rPr>
        <w:t>56:48 · https://youtu.be/RL6vMX7Lj1w?t=3408</w:t>
      </w:r>
    </w:p>
    <w:p>
      <w:r>
        <w:rPr>
          <w:i/>
        </w:rPr>
        <w:t>“وقت ختم ہوا چلا جا رہا ہے۔ جلدی سے حاصل کرو وقت کو۔”</w:t>
      </w:r>
    </w:p>
    <w:p>
      <w:pPr>
        <w:pStyle w:val="Heading2"/>
      </w:pPr>
      <w:r>
        <w:t>Islamic Ethics May 28, 2008</w:t>
      </w:r>
    </w:p>
    <w:p>
      <w:r>
        <w:rPr>
          <w:color w:val="666666"/>
          <w:sz w:val="18"/>
        </w:rPr>
        <w:t>5:34 · https://youtu.be/_isdXSSDbEg?t=334</w:t>
      </w:r>
    </w:p>
    <w:p>
      <w:r>
        <w:rPr>
          <w:i/>
        </w:rPr>
        <w:t>“اپنا کچھ نقصان ہو رہا ہوتا ہے۔”</w:t>
      </w:r>
    </w:p>
    <w:p>
      <w:pPr>
        <w:pStyle w:val="Heading2"/>
      </w:pPr>
      <w:r>
        <w:t>From The Spiritual Tree 28 Nov, 2010 - Maulana Wahiduddin Khan</w:t>
      </w:r>
    </w:p>
    <w:p>
      <w:r>
        <w:rPr>
          <w:color w:val="666666"/>
          <w:sz w:val="18"/>
        </w:rPr>
        <w:t>4:44 · https://youtu.be/LDMY7FjQRIE?t=284</w:t>
      </w:r>
    </w:p>
    <w:p>
      <w:r>
        <w:rPr>
          <w:i/>
        </w:rPr>
        <w:t>“مایوس ہو جاتے ہیں۔”</w:t>
      </w:r>
    </w:p>
    <w:p>
      <w:pPr>
        <w:pStyle w:val="Heading2"/>
      </w:pPr>
      <w:r>
        <w:t>Revival of Faith I 25 Sept, 2011 - Maulana Wahiduddin Khan</w:t>
      </w:r>
    </w:p>
    <w:p>
      <w:r>
        <w:rPr>
          <w:color w:val="666666"/>
          <w:sz w:val="18"/>
        </w:rPr>
        <w:t>38:53 · https://youtu.be/y8_SQ8dJ0w0?t=2333</w:t>
      </w:r>
    </w:p>
    <w:p>
      <w:r>
        <w:rPr>
          <w:i/>
        </w:rPr>
        <w:t>“ملاوٹ ہو گئی ہے، Distraction ہو گیا ہے۔”</w:t>
      </w:r>
    </w:p>
    <w:p>
      <w:pPr>
        <w:pStyle w:val="Heading2"/>
      </w:pPr>
      <w:r>
        <w:t>Beginning of The End April 20, 2008</w:t>
      </w:r>
    </w:p>
    <w:p>
      <w:r>
        <w:rPr>
          <w:color w:val="666666"/>
          <w:sz w:val="18"/>
        </w:rPr>
        <w:t>1:31:23 · https://youtu.be/6atQ8muQDUk?t=5483</w:t>
      </w:r>
    </w:p>
    <w:p>
      <w:r>
        <w:rPr>
          <w:i/>
        </w:rPr>
        <w:t>“یہاں پر غلطی ہو رہی ہے۔”</w:t>
      </w:r>
    </w:p>
    <w:p>
      <w:pPr>
        <w:pStyle w:val="Heading2"/>
      </w:pPr>
      <w:r>
        <w:t>Waqt ki Qadr</w:t>
      </w:r>
    </w:p>
    <w:p>
      <w:r>
        <w:rPr>
          <w:color w:val="666666"/>
          <w:sz w:val="18"/>
        </w:rPr>
        <w:t>8:54 · https://youtu.be/F1ILfxjCiCo?t=534</w:t>
      </w:r>
    </w:p>
    <w:p>
      <w:r>
        <w:rPr>
          <w:i/>
        </w:rPr>
        <w:t>“اب وقت ضائع کرنے کی طرف آتے ہیں۔ اس میں بنیادی بات ہے کہ وقت ڈسٹریکشن سے ضائع ہوتا ہے۔”</w:t>
      </w:r>
    </w:p>
    <w:p>
      <w:pPr>
        <w:pStyle w:val="Heading2"/>
      </w:pPr>
      <w:r>
        <w:t>From The Spiritual Tree May 30, 2007</w:t>
      </w:r>
    </w:p>
    <w:p>
      <w:r>
        <w:rPr>
          <w:color w:val="666666"/>
          <w:sz w:val="18"/>
        </w:rPr>
        <w:t>24:17 · https://youtu.be/vGj_dsCMv-M?t=1457</w:t>
      </w:r>
    </w:p>
    <w:p>
      <w:r>
        <w:rPr>
          <w:i/>
        </w:rPr>
        <w:t>“lost the”</w:t>
      </w:r>
    </w:p>
    <w:p>
      <w:pPr>
        <w:pStyle w:val="Heading2"/>
      </w:pPr>
      <w:r>
        <w:t>Story of the Prophet Yusuf May 11, 2014 Maulana Wahiduddin Khan</w:t>
      </w:r>
    </w:p>
    <w:p>
      <w:r>
        <w:rPr>
          <w:color w:val="666666"/>
          <w:sz w:val="18"/>
        </w:rPr>
        <w:t>44:44 · https://youtu.be/2alsBthUWhw?t=2684</w:t>
      </w:r>
    </w:p>
    <w:p>
      <w:r>
        <w:rPr>
          <w:i/>
        </w:rPr>
        <w:t>“mine was a case of missed opportunity۔”</w:t>
      </w:r>
    </w:p>
    <w:p>
      <w:pPr>
        <w:pStyle w:val="Heading2"/>
      </w:pPr>
      <w:r>
        <w:t>Understanding Islam (In Conversation with Maulana)</w:t>
      </w:r>
    </w:p>
    <w:p>
      <w:r>
        <w:rPr>
          <w:color w:val="666666"/>
          <w:sz w:val="18"/>
        </w:rPr>
        <w:t>19:35 · https://youtu.be/tLTRyW1qhRw?t=1175</w:t>
      </w:r>
    </w:p>
    <w:p>
      <w:r>
        <w:rPr>
          <w:i/>
        </w:rPr>
        <w:t>“I have”</w:t>
      </w:r>
    </w:p>
    <w:p>
      <w:pPr>
        <w:pStyle w:val="Heading2"/>
      </w:pPr>
      <w:r>
        <w:t>In Search for Truth 18 May 2007</w:t>
      </w:r>
    </w:p>
    <w:p>
      <w:r>
        <w:rPr>
          <w:color w:val="666666"/>
          <w:sz w:val="18"/>
        </w:rPr>
        <w:t>15:56 · https://youtu.be/3Q4zw6202eM?t=956</w:t>
      </w:r>
    </w:p>
    <w:p>
      <w:r>
        <w:rPr>
          <w:i/>
        </w:rPr>
        <w:t>“fails to find”</w:t>
      </w:r>
    </w:p>
    <w:p>
      <w:pPr>
        <w:pStyle w:val="Heading1"/>
      </w:pPr>
      <w:r>
        <w:t>Clips (30)</w:t>
      </w:r>
    </w:p>
    <w:p>
      <w:pPr>
        <w:pStyle w:val="Heading2"/>
      </w:pPr>
      <w:r>
        <w:t>Don't hide flaws use diary for self criticism</w:t>
      </w:r>
    </w:p>
    <w:p>
      <w:r>
        <w:rPr>
          <w:color w:val="666666"/>
          <w:sz w:val="18"/>
        </w:rPr>
        <w:t>Tazkiyah and Self Criticism April 13, 2020 Maulana Wahiduddin Khan · 3m 34s · at 20:09 · https://youtu.be/D4pMJtT4vDg?t=1209</w:t>
      </w:r>
    </w:p>
    <w:p>
      <w:r>
        <w:rPr>
          <w:i/>
        </w:rPr>
        <w:t>“Apni skoot nahi karna”</w:t>
      </w:r>
    </w:p>
    <w:p>
      <w:r>
        <w:rPr>
          <w:sz w:val="20"/>
        </w:rPr>
        <w:t>20:09  apni scot nahi karna. apni scot nahi. log karte hain doosron ki scot nahi.</w:t>
      </w:r>
      <w:r>
        <w:br/>
      </w:r>
      <w:r>
        <w:rPr>
          <w:sz w:val="20"/>
        </w:rPr>
        <w:t>20:18  lekin jo aadmi chahta ho apne ko</w:t>
      </w:r>
      <w:r>
        <w:br/>
      </w:r>
      <w:r>
        <w:rPr>
          <w:sz w:val="20"/>
        </w:rPr>
        <w:t>20:24  madah kar sakte banana, madah kar to us ko aag dalni pare gi apni scot mein. My habit, by the grace of Allah, is this</w:t>
      </w:r>
      <w:r>
        <w:br/>
      </w:r>
      <w:r>
        <w:rPr>
          <w:sz w:val="20"/>
        </w:rPr>
        <w:t>20:35  ke main doosron ki ghalti dhoondta hi nahi. apni</w:t>
      </w:r>
      <w:r>
        <w:br/>
      </w:r>
      <w:r>
        <w:rPr>
          <w:sz w:val="20"/>
        </w:rPr>
        <w:t>20:41  ghalti dhoondta hoon.</w:t>
      </w:r>
      <w:r>
        <w:br/>
      </w:r>
      <w:r>
        <w:rPr>
          <w:sz w:val="20"/>
        </w:rPr>
        <w:t>20:45  main doosron ki ghalti ko sochta bhi nahi. main</w:t>
      </w:r>
      <w:r>
        <w:br/>
      </w:r>
      <w:r>
        <w:rPr>
          <w:sz w:val="20"/>
        </w:rPr>
        <w:t>20:52  apni ghalti ko sochta hoon. yeh meri aadat hai. yeh aadat daliye ya asal mein us ko us ko apni habit mein shamil kijiye.</w:t>
      </w:r>
      <w:r>
        <w:br/>
      </w:r>
      <w:r>
        <w:rPr>
          <w:sz w:val="20"/>
        </w:rPr>
        <w:t>21:11  main ne main ne naujawani ki umar se yeh kiya ke main ne aik aik diary banai. diary.</w:t>
      </w:r>
      <w:r>
        <w:br/>
      </w:r>
      <w:r>
        <w:rPr>
          <w:sz w:val="20"/>
        </w:rPr>
        <w:t>21:22  is diary ko</w:t>
      </w:r>
      <w:r>
        <w:br/>
      </w:r>
      <w:r>
        <w:rPr>
          <w:sz w:val="20"/>
        </w:rPr>
        <w:t>21:27  main ne apni ghalti likhne ka zariya banaya.</w:t>
      </w:r>
      <w:r>
        <w:br/>
      </w:r>
      <w:r>
        <w:rPr>
          <w:sz w:val="20"/>
        </w:rPr>
        <w:t>21:34  asal mein main ne aik qissa parha tha France ke badshah ka. to aap jante honge ke</w:t>
      </w:r>
      <w:r>
        <w:br/>
      </w:r>
      <w:r>
        <w:rPr>
          <w:sz w:val="20"/>
        </w:rPr>
        <w:t>21:45  diary likhne ke mizaj European logon mein bohat bohat hai. diary maintain karna. to France ka aik badshah tha, woh har din kuch likhta tha.</w:t>
      </w:r>
      <w:r>
        <w:br/>
      </w:r>
      <w:r>
        <w:rPr>
          <w:sz w:val="20"/>
        </w:rPr>
        <w:t>21:59  har din.</w:t>
      </w:r>
      <w:r>
        <w:br/>
      </w:r>
      <w:r>
        <w:rPr>
          <w:sz w:val="20"/>
        </w:rPr>
        <w:t>22:04  to aik woh uska zyada tar jo hota tha, woh shikar karta tha. woh</w:t>
      </w:r>
      <w:r>
        <w:br/>
      </w:r>
      <w:r>
        <w:rPr>
          <w:sz w:val="20"/>
        </w:rPr>
        <w:t>22:14  to har din woh us ne kiya shikar kiya, woh likhta tha. to aik din aisa hua</w:t>
      </w:r>
      <w:r>
        <w:br/>
      </w:r>
      <w:r>
        <w:rPr>
          <w:sz w:val="20"/>
        </w:rPr>
        <w:t>22:21  ke woh</w:t>
      </w:r>
      <w:r>
        <w:br/>
      </w:r>
      <w:r>
        <w:rPr>
          <w:sz w:val="20"/>
        </w:rPr>
        <w:t>22:26  shikar ke liye gaya jangl mein.</w:t>
      </w:r>
      <w:r>
        <w:br/>
      </w:r>
      <w:r>
        <w:rPr>
          <w:sz w:val="20"/>
        </w:rPr>
        <w:t>22:32  qadeem zamane mein yeh sab ate the logon mein. to aik din woh badshah, us zamane mein shikar hota tha zyada tar</w:t>
      </w:r>
      <w:r>
        <w:br/>
      </w:r>
      <w:r>
        <w:rPr>
          <w:sz w:val="20"/>
        </w:rPr>
        <w:t>22:47  teer kaman se. zyada tar teer kaman se. to aik din aisa hua ke jab badshah loota to us ke paas likhne ke liye kuch nahi tha.</w:t>
      </w:r>
      <w:r>
        <w:br/>
      </w:r>
      <w:r>
        <w:rPr>
          <w:sz w:val="20"/>
        </w:rPr>
        <w:t>23:05  kyun nahi? aaj yeh shikar kiya, aaj main ne aisa kiya, aaj main ne usay kiya. yani koi yaft wali baat nahi thi.</w:t>
      </w:r>
      <w:r>
        <w:br/>
      </w:r>
      <w:r>
        <w:rPr>
          <w:sz w:val="20"/>
        </w:rPr>
        <w:t>23:16  to main isi din, us us badshah ne abhi us din ki diary mein likha: Nothing. Nothing.</w:t>
      </w:r>
      <w:r>
        <w:br/>
      </w:r>
      <w:r>
        <w:rPr>
          <w:sz w:val="20"/>
        </w:rPr>
        <w:t>23:27  is se main ne us ka aadat bana liya apni ke apni Nothing ko jano.</w:t>
      </w:r>
      <w:r>
        <w:br/>
      </w:r>
      <w:r>
        <w:rPr>
          <w:sz w:val="20"/>
        </w:rPr>
        <w:t>23:34  apni Nothing ko jano.</w:t>
      </w:r>
    </w:p>
    <w:p>
      <w:pPr>
        <w:pStyle w:val="Heading2"/>
      </w:pPr>
      <w:r>
        <w:t>Adam in paradise and forbidden tree</w:t>
      </w:r>
    </w:p>
    <w:p>
      <w:r>
        <w:rPr>
          <w:color w:val="666666"/>
          <w:sz w:val="18"/>
        </w:rPr>
        <w:t>An Introduction to the Quran July 24, 2007 · 2m 12s · at 13:18 · https://youtu.be/e7mc7FO5LwI?t=798</w:t>
      </w:r>
    </w:p>
    <w:p>
      <w:r>
        <w:rPr>
          <w:i/>
        </w:rPr>
        <w:t>“In Al-Baqarah you read the story of the first man”</w:t>
      </w:r>
    </w:p>
    <w:p>
      <w:r>
        <w:rPr>
          <w:sz w:val="20"/>
        </w:rPr>
        <w:t>13:18  Al-Baqarah - in Al-Baqarah you read the story of the first man, that is Adam.</w:t>
      </w:r>
      <w:r>
        <w:br/>
      </w:r>
      <w:r>
        <w:rPr>
          <w:sz w:val="20"/>
        </w:rPr>
        <w:t>13:29  Adam was the first man created by God.</w:t>
      </w:r>
      <w:r>
        <w:br/>
      </w:r>
      <w:r>
        <w:rPr>
          <w:sz w:val="20"/>
        </w:rPr>
        <w:t>13:35  And after creation, God settled Adam in paradise.</w:t>
      </w:r>
      <w:r>
        <w:br/>
      </w:r>
      <w:r>
        <w:rPr>
          <w:sz w:val="20"/>
        </w:rPr>
        <w:t>13:49  God said, Oh Adam and your wife Hawwa, you are allowed to settle in paradise, to enjoy everything in paradise.</w:t>
      </w:r>
      <w:r>
        <w:br/>
      </w:r>
      <w:r>
        <w:rPr>
          <w:sz w:val="20"/>
        </w:rPr>
        <w:t>14:03  But La Taqraba Hadhi Shajara,</w:t>
      </w:r>
      <w:r>
        <w:br/>
      </w:r>
      <w:r>
        <w:rPr>
          <w:sz w:val="20"/>
        </w:rPr>
        <w:t>14:11  don't approach to this tree. So in paradise, there was a forbidden tree.</w:t>
      </w:r>
      <w:r>
        <w:br/>
      </w:r>
      <w:r>
        <w:rPr>
          <w:sz w:val="20"/>
        </w:rPr>
        <w:t>14:22  And Adam was told that you are not allowed to eat the fruit of this tree.</w:t>
      </w:r>
      <w:r>
        <w:br/>
      </w:r>
      <w:r>
        <w:rPr>
          <w:sz w:val="20"/>
        </w:rPr>
        <w:t>14:38  You have to maintain a distance from this forbidden tree. But Adam</w:t>
      </w:r>
      <w:r>
        <w:br/>
      </w:r>
      <w:r>
        <w:rPr>
          <w:sz w:val="20"/>
        </w:rPr>
        <w:t>14:49  forgot this direction.</w:t>
      </w:r>
      <w:r>
        <w:br/>
      </w:r>
      <w:r>
        <w:rPr>
          <w:sz w:val="20"/>
        </w:rPr>
        <w:t>14:55  Under temptation, he ate the fruit of that forbidden tree. Then God said that now you have to go to planet Earth</w:t>
      </w:r>
      <w:r>
        <w:br/>
      </w:r>
      <w:r>
        <w:rPr>
          <w:sz w:val="20"/>
        </w:rPr>
        <w:t>15:11  . So then Adam was settled in this planet Earth and all his generation.</w:t>
      </w:r>
      <w:r>
        <w:br/>
      </w:r>
      <w:r>
        <w:rPr>
          <w:sz w:val="20"/>
        </w:rPr>
        <w:t>15:20  Here is a very important lesson that man was born initially for paradise.</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Global warming as final call and doomsday sign</w:t>
      </w:r>
    </w:p>
    <w:p>
      <w:r>
        <w:rPr>
          <w:color w:val="666666"/>
          <w:sz w:val="18"/>
        </w:rPr>
        <w:t>Interactive Session Eng02 06 2007 · 4m 37s · at 46:29 · https://youtu.be/eubwv4eDoAM?t=2789</w:t>
      </w:r>
    </w:p>
    <w:p>
      <w:r>
        <w:rPr>
          <w:i/>
        </w:rPr>
        <w:t>“Mawlana, today there is a lot of talk about global warming”</w:t>
      </w:r>
    </w:p>
    <w:p>
      <w:r>
        <w:rPr>
          <w:sz w:val="20"/>
        </w:rPr>
        <w:t>46:29  Maulana, today there is a lot of talk about global warming. Is this global warming a sign of Doomsday?</w:t>
      </w:r>
      <w:r>
        <w:br/>
      </w:r>
      <w:r>
        <w:rPr>
          <w:sz w:val="20"/>
        </w:rPr>
        <w:t>46:37  Can you give any Quranic reference in this regard?</w:t>
      </w:r>
      <w:r>
        <w:br/>
      </w:r>
      <w:r>
        <w:rPr>
          <w:sz w:val="20"/>
        </w:rPr>
        <w:t>46:44  Yes, there are a number of references in Quran and also in Hadith that in the...</w:t>
      </w:r>
      <w:r>
        <w:br/>
      </w:r>
      <w:r>
        <w:rPr>
          <w:sz w:val="20"/>
        </w:rPr>
        <w:t>46:58  in the later... in the later days or in the end of the history, the...</w:t>
      </w:r>
      <w:r>
        <w:br/>
      </w:r>
      <w:r>
        <w:rPr>
          <w:sz w:val="20"/>
        </w:rPr>
        <w:t>47:11  the temperature of the sun will... will be... any...</w:t>
      </w:r>
      <w:r>
        <w:br/>
      </w:r>
      <w:r>
        <w:rPr>
          <w:sz w:val="20"/>
        </w:rPr>
        <w:t>47:23  the sun will be warmer and it will be very difficult to live on this earth. There are several references in Quran and Hadith.</w:t>
      </w:r>
      <w:r>
        <w:br/>
      </w:r>
      <w:r>
        <w:rPr>
          <w:sz w:val="20"/>
        </w:rPr>
        <w:t>47:33  And according to my analysis, present global warming is a sign that...</w:t>
      </w:r>
      <w:r>
        <w:br/>
      </w:r>
      <w:r>
        <w:rPr>
          <w:sz w:val="20"/>
        </w:rPr>
        <w:t>47:47  that now the... now we are approaching the end of the history.</w:t>
      </w:r>
      <w:r>
        <w:br/>
      </w:r>
      <w:r>
        <w:rPr>
          <w:sz w:val="20"/>
        </w:rPr>
        <w:t>47:57  It is very clear in the Quran and Hadith that this world is not an eternal world. The day will come when God will destroy all these things and then He will build a new world.</w:t>
      </w:r>
      <w:r>
        <w:br/>
      </w:r>
      <w:r>
        <w:rPr>
          <w:sz w:val="20"/>
        </w:rPr>
        <w:t>48:18  There are a number of references. So it is very clear in the Quran and Hadith that this world is not an eternal world.</w:t>
      </w:r>
      <w:r>
        <w:br/>
      </w:r>
      <w:r>
        <w:rPr>
          <w:sz w:val="20"/>
        </w:rPr>
        <w:t>48:29  So I think that... that we are approaching the... the end of this world.</w:t>
      </w:r>
      <w:r>
        <w:br/>
      </w:r>
      <w:r>
        <w:rPr>
          <w:sz w:val="20"/>
        </w:rPr>
        <w:t>48:40  We are approaching the end of this world. And</w:t>
      </w:r>
      <w:r>
        <w:br/>
      </w:r>
      <w:r>
        <w:rPr>
          <w:sz w:val="20"/>
        </w:rPr>
        <w:t>48:47  there are signs. I have published an article on this subject that there are...</w:t>
      </w:r>
      <w:r>
        <w:br/>
      </w:r>
      <w:r>
        <w:rPr>
          <w:sz w:val="20"/>
        </w:rPr>
        <w:t>48:56  in Hadith gives us some signs. Some signs. S-I-G-N-S sign. So those signs are now</w:t>
      </w:r>
      <w:r>
        <w:br/>
      </w:r>
      <w:r>
        <w:rPr>
          <w:sz w:val="20"/>
        </w:rPr>
        <w:t>49:09  appearing every day. So it is nearly certain that present global warming is not reversible.</w:t>
      </w:r>
      <w:r>
        <w:br/>
      </w:r>
      <w:r>
        <w:rPr>
          <w:sz w:val="20"/>
        </w:rPr>
        <w:t>49:23  It is not reversible.</w:t>
      </w:r>
      <w:r>
        <w:br/>
      </w:r>
      <w:r>
        <w:rPr>
          <w:sz w:val="20"/>
        </w:rPr>
        <w:t>49:28  It is... it is a warning. Global warming means global warning that now the...</w:t>
      </w:r>
      <w:r>
        <w:br/>
      </w:r>
      <w:r>
        <w:rPr>
          <w:sz w:val="20"/>
        </w:rPr>
        <w:t>49:40  now the end of history is very near. Very near.</w:t>
      </w:r>
      <w:r>
        <w:br/>
      </w:r>
      <w:r>
        <w:rPr>
          <w:sz w:val="20"/>
        </w:rPr>
        <w:t>49:50  Even scientists has... scientists are saying that present process is not reversible. So also</w:t>
      </w:r>
      <w:r>
        <w:br/>
      </w:r>
      <w:r>
        <w:rPr>
          <w:sz w:val="20"/>
        </w:rPr>
        <w:t>50:04  in Quran, according to Quran and Hadith, it is not reversible. And also according to science... according to science, it is not reversible.</w:t>
      </w:r>
      <w:r>
        <w:br/>
      </w:r>
      <w:r>
        <w:rPr>
          <w:sz w:val="20"/>
        </w:rPr>
        <w:t>50:18  So it is a very dangerous sign. People must take lesson and...</w:t>
      </w:r>
      <w:r>
        <w:br/>
      </w:r>
      <w:r>
        <w:rPr>
          <w:sz w:val="20"/>
        </w:rPr>
        <w:t>50:27  and... and...</w:t>
      </w:r>
      <w:r>
        <w:br/>
      </w:r>
      <w:r>
        <w:rPr>
          <w:sz w:val="20"/>
        </w:rPr>
        <w:t>50:34  and reassess their activities. They revise their life and correct their...</w:t>
      </w:r>
      <w:r>
        <w:br/>
      </w:r>
      <w:r>
        <w:rPr>
          <w:sz w:val="20"/>
        </w:rPr>
        <w:t>50:44  their behavior. We have no time. Now time is very short.</w:t>
      </w:r>
      <w:r>
        <w:br/>
      </w:r>
      <w:r>
        <w:rPr>
          <w:sz w:val="20"/>
        </w:rPr>
        <w:t>50:54  So global warming is a global warning. And I think it is a final call from God Almighty.</w:t>
      </w:r>
    </w:p>
    <w:p>
      <w:pPr>
        <w:pStyle w:val="Heading2"/>
      </w:pPr>
      <w:r>
        <w:t>Tree patience and Quranic concept of sabr</w:t>
      </w:r>
    </w:p>
    <w:p>
      <w:r>
        <w:rPr>
          <w:color w:val="666666"/>
          <w:sz w:val="18"/>
        </w:rPr>
        <w:t>From The Spiritual Tree 28 Nov, 2010 - Maulana Wahiduddin Khan · 5m 30s · at 1:42 · https://youtu.be/LDMY7FjQRIE?t=102</w:t>
      </w:r>
    </w:p>
    <w:p>
      <w:r>
        <w:rPr>
          <w:i/>
        </w:rPr>
        <w:t>“To hamara jo yeh peer hai hamare ghar ke samne”</w:t>
      </w:r>
    </w:p>
    <w:p>
      <w:r>
        <w:rPr>
          <w:sz w:val="20"/>
        </w:rPr>
        <w:t>1:42  to hamara jo yeh peed hai hamare ghar ke saamne,</w:t>
      </w:r>
      <w:r>
        <w:br/>
      </w:r>
      <w:r>
        <w:rPr>
          <w:sz w:val="20"/>
        </w:rPr>
        <w:t>1:47  woh kuch mahine pehle ek dum sookh gaya tha, lakri ki tarah se, jis ko urdu mein kehte hain "thandh".</w:t>
      </w:r>
      <w:r>
        <w:br/>
      </w:r>
      <w:r>
        <w:rPr>
          <w:sz w:val="20"/>
        </w:rPr>
        <w:t>1:58  to mein samjha ke ab yeh sookh gaya, ab khatam ho gaya, ab is ki umar nahi rahi baqi.</w:t>
      </w:r>
      <w:r>
        <w:br/>
      </w:r>
      <w:r>
        <w:rPr>
          <w:sz w:val="20"/>
        </w:rPr>
        <w:t>2:09  lekin jab baarish hui, mausam badla, to woh phir hara bhara ho gaya. Ab is waqt woh ek hara bhara drakht hai.</w:t>
      </w:r>
      <w:r>
        <w:br/>
      </w:r>
      <w:r>
        <w:rPr>
          <w:sz w:val="20"/>
        </w:rPr>
        <w:t>2:24  to is ko dekh kar mujhe ek inspiration aaya. Woh yeh ke is dunya mein jo nizaam hai woh yeh hai ke "wait and see".</w:t>
      </w:r>
      <w:r>
        <w:br/>
      </w:r>
      <w:r>
        <w:rPr>
          <w:sz w:val="20"/>
        </w:rPr>
        <w:t>2:41  yani wait karo to aage result aap ke muafiq aa sakta hai.</w:t>
      </w:r>
      <w:r>
        <w:br/>
      </w:r>
      <w:r>
        <w:rPr>
          <w:sz w:val="20"/>
        </w:rPr>
        <w:t>2:48  hamare Dilli mein ek sahab hain Mr. Prabodh Kumar Batra, woh business management ke expert hain, is par un ki kitabein hain.</w:t>
      </w:r>
      <w:r>
        <w:br/>
      </w:r>
      <w:r>
        <w:rPr>
          <w:sz w:val="20"/>
        </w:rPr>
        <w:t>3:03  to unhone jo formula diya hai us mein se ek formula yeh hai: "Think, think, think, there must be a better way".</w:t>
      </w:r>
      <w:r>
        <w:br/>
      </w:r>
      <w:r>
        <w:rPr>
          <w:sz w:val="20"/>
        </w:rPr>
        <w:t>3:14  to isi ko le kar mein ek formula dena chahunga ke "Wait, wait, wait,</w:t>
      </w:r>
      <w:r>
        <w:br/>
      </w:r>
      <w:r>
        <w:rPr>
          <w:sz w:val="20"/>
        </w:rPr>
        <w:t>3:21  and there must be a better tomorrow".</w:t>
      </w:r>
      <w:r>
        <w:br/>
      </w:r>
      <w:r>
        <w:rPr>
          <w:sz w:val="20"/>
        </w:rPr>
        <w:t>3:28  yani jo hamara jo spiritual tree tha, sookh gaya tha, lekin aaj woh hara bhara hai.</w:t>
      </w:r>
      <w:r>
        <w:br/>
      </w:r>
      <w:r>
        <w:rPr>
          <w:sz w:val="20"/>
        </w:rPr>
        <w:t>3:36  to woh yahi, yahi yani yahi message de raha hai woh, khamosh zabaan mein: "intezaar karo, intezaar karo, intezaar karo, aur mustaqbil acha niklega".</w:t>
      </w:r>
      <w:r>
        <w:br/>
      </w:r>
      <w:r>
        <w:rPr>
          <w:sz w:val="20"/>
        </w:rPr>
        <w:t>3:50  to isi ko mein formulate kar raha hoon ke "Wait, wait, wait, and there must be a better tomorrow". "Wait, wait, wait, and there must be a better tomorrow".</w:t>
      </w:r>
      <w:r>
        <w:br/>
      </w:r>
      <w:r>
        <w:rPr>
          <w:sz w:val="20"/>
        </w:rPr>
        <w:t>4:05  mein samajhta hoon ke yeh bohat hi bara</w:t>
      </w:r>
      <w:r>
        <w:br/>
      </w:r>
      <w:r>
        <w:rPr>
          <w:sz w:val="20"/>
        </w:rPr>
        <w:t>4:08  lesson hai, har aadmi ke liye, chahe individual life ho, family life ho, social life ho, national life ho, kuch bhi ho.</w:t>
      </w:r>
      <w:r>
        <w:br/>
      </w:r>
      <w:r>
        <w:rPr>
          <w:sz w:val="20"/>
        </w:rPr>
        <w:t>4:21  har jagah yahi principle apply hota hai.</w:t>
      </w:r>
      <w:r>
        <w:br/>
      </w:r>
      <w:r>
        <w:rPr>
          <w:sz w:val="20"/>
        </w:rPr>
        <w:t>4:26  best formula hai "wait and see".</w:t>
      </w:r>
      <w:r>
        <w:br/>
      </w:r>
      <w:r>
        <w:rPr>
          <w:sz w:val="20"/>
        </w:rPr>
        <w:t>4:31  aaj jo hum problem ko face kar rahe hain to aksar hum kya hota hai, frustration mein pad jaate hain,</w:t>
      </w:r>
      <w:r>
        <w:br/>
      </w:r>
      <w:r>
        <w:rPr>
          <w:sz w:val="20"/>
        </w:rPr>
        <w:t>4:44  mayoos ho jaate hain.</w:t>
      </w:r>
      <w:r>
        <w:br/>
      </w:r>
      <w:r>
        <w:rPr>
          <w:sz w:val="20"/>
        </w:rPr>
        <w:t>4:49  halanke future batata hai ke woh mayoosi hamari sahi nahi thi.</w:t>
      </w:r>
      <w:r>
        <w:br/>
      </w:r>
      <w:r>
        <w:rPr>
          <w:sz w:val="20"/>
        </w:rPr>
        <w:t>4:57  to best formula zindagi ke liye yahi hai ke "wait and see". "wait, wait, wait, and there must be a better tomorrow".</w:t>
      </w:r>
      <w:r>
        <w:br/>
      </w:r>
      <w:r>
        <w:rPr>
          <w:sz w:val="20"/>
        </w:rPr>
        <w:t>5:10  main samajhta hoon ke yeh formula sab par apply hota hai. jitne log problem mein uljhe hue hain, ladaai jhagda kar rahe hain, to kya hai?</w:t>
      </w:r>
      <w:r>
        <w:br/>
      </w:r>
      <w:r>
        <w:rPr>
          <w:sz w:val="20"/>
        </w:rPr>
        <w:t>5:24  yeh formula nahi apnaya inhone.</w:t>
      </w:r>
      <w:r>
        <w:br/>
      </w:r>
      <w:r>
        <w:rPr>
          <w:sz w:val="20"/>
        </w:rPr>
        <w:t>5:27  is formule ko apnaya nahi aur lad gaye. yaani wait nahi kar sake. yeh "wait, wait, wait and see" kya hai?</w:t>
      </w:r>
      <w:r>
        <w:br/>
      </w:r>
      <w:r>
        <w:rPr>
          <w:sz w:val="20"/>
        </w:rPr>
        <w:t>5:37  yeh wahi hai jis ko quran mein sabr kaha gaya hai. sabr kya hai? sabr maani hote hain patience, bardasht, tahammul.</w:t>
      </w:r>
      <w:r>
        <w:br/>
      </w:r>
      <w:r>
        <w:rPr>
          <w:sz w:val="20"/>
        </w:rPr>
        <w:t>5:46  to wahi kiya hai? wahi to hai. sabr ka matlab hai "wait and see" ki policy.</w:t>
      </w:r>
      <w:r>
        <w:br/>
      </w:r>
      <w:r>
        <w:rPr>
          <w:sz w:val="20"/>
        </w:rPr>
        <w:t>5:55  hadees mein aata hai ke "ilmun nasr ma'as sabr". jaan lo ke kamyabi sabr ke saath juri hui hai.</w:t>
      </w:r>
      <w:r>
        <w:br/>
      </w:r>
      <w:r>
        <w:rPr>
          <w:sz w:val="20"/>
        </w:rPr>
        <w:t>6:06  to saare quran aur hadees mein sabr ko bohat zyada highlight kiya gaya hai.</w:t>
      </w:r>
      <w:r>
        <w:br/>
      </w:r>
      <w:r>
        <w:rPr>
          <w:sz w:val="20"/>
        </w:rPr>
        <w:t>6:14  hadees mein hai ke "ilmun nasr ma'as sabr". quran mein hai ke "innama yuwaffa sabiroona ajrahum bi ghairi hisab".</w:t>
      </w:r>
      <w:r>
        <w:br/>
      </w:r>
      <w:r>
        <w:rPr>
          <w:sz w:val="20"/>
        </w:rPr>
        <w:t>6:24  to sabr ko quran o hadees mein bohat zyada highlight kiya gaya hai.</w:t>
      </w:r>
      <w:r>
        <w:br/>
      </w:r>
      <w:r>
        <w:rPr>
          <w:sz w:val="20"/>
        </w:rPr>
        <w:t>6:32  to log sabr ko samajhte hain ke koi bozdi hai, passivity hai, cowardice hai. nahi, woh law of nature hai.</w:t>
      </w:r>
      <w:r>
        <w:br/>
      </w:r>
      <w:r>
        <w:rPr>
          <w:sz w:val="20"/>
        </w:rPr>
        <w:t>6:46  darakht bhi sabr karta hai. darakht ne thand hone par sabr kiya. bohat dinon tak woh lakdi ki tarah sookha pada raha.</w:t>
      </w:r>
      <w:r>
        <w:br/>
      </w:r>
      <w:r>
        <w:rPr>
          <w:sz w:val="20"/>
        </w:rPr>
        <w:t>6:56  phir waqt aaya ke woh hara bhara ho gaya. "that was, that was so</w:t>
      </w:r>
      <w:r>
        <w:br/>
      </w:r>
      <w:r>
        <w:rPr>
          <w:sz w:val="20"/>
        </w:rPr>
        <w:t>7:03  a policy of sabr". to sabr ka matlab hai "wait and see" ki policy apnana.</w:t>
      </w:r>
    </w:p>
    <w:p>
      <w:pPr>
        <w:pStyle w:val="Heading2"/>
      </w:pPr>
      <w:r>
        <w:t>Overcoming distraction through fear</w:t>
      </w:r>
    </w:p>
    <w:p>
      <w:r>
        <w:rPr>
          <w:color w:val="666666"/>
          <w:sz w:val="18"/>
        </w:rPr>
        <w:t>Waqt ki Qadr · 3m 36s · at 8:54 · https://youtu.be/F1ILfxjCiCo?t=534</w:t>
      </w:r>
    </w:p>
    <w:p>
      <w:r>
        <w:rPr>
          <w:i/>
        </w:rPr>
        <w:t>“اب وقت ضائع کرنے کی طرف آتے ہیں”</w:t>
      </w:r>
    </w:p>
    <w:p>
      <w:r>
        <w:rPr>
          <w:sz w:val="20"/>
        </w:rPr>
        <w:t>8:54  ab waqt zaya karne ki taraf aate hain. is mein buniyadi baat hai ke waqt distraction se zaya hota hai.</w:t>
      </w:r>
      <w:r>
        <w:br/>
      </w:r>
      <w:r>
        <w:rPr>
          <w:sz w:val="20"/>
        </w:rPr>
        <w:t>9:05  Maulana sahib distraction se bachne ki baat bohat ziyada karte hain. main is par bohat sochti thi.</w:t>
      </w:r>
      <w:r>
        <w:br/>
      </w:r>
      <w:r>
        <w:rPr>
          <w:sz w:val="20"/>
        </w:rPr>
        <w:t>9:15  ek tajrube se kuch baatein is zimn mein samajh mein aayin. yeh ek airport ke common scene se samjha maine.</w:t>
      </w:r>
      <w:r>
        <w:br/>
      </w:r>
      <w:r>
        <w:rPr>
          <w:sz w:val="20"/>
        </w:rPr>
        <w:t>9:24  dekhiye, hum dekhte hain ke airport par sare passengers jo hote hain bohat focused rehte hain, apna saman gaadi se utarne se le kar check in karne tak apne documents ke bare mein bhi bohat careful rehte hain, apni har cheez ke bare mein careful rehte hain.</w:t>
      </w:r>
      <w:r>
        <w:br/>
      </w:r>
      <w:r>
        <w:rPr>
          <w:sz w:val="20"/>
        </w:rPr>
        <w:t>9:47  un ke atraf bohat kuch hota hai dekhne ke liye lekin koi bhi kisi aur cheez par dhyan hi nahi deta jab tak ke sari zaroori karrawai poori na ho jaye.</w:t>
      </w:r>
      <w:r>
        <w:br/>
      </w:r>
      <w:r>
        <w:rPr>
          <w:sz w:val="20"/>
        </w:rPr>
        <w:t>10:01  ab dekhiye, is ke baad kya hota hai? jab sab kaam poore ho gaye,</w:t>
      </w:r>
      <w:r>
        <w:br/>
      </w:r>
      <w:r>
        <w:rPr>
          <w:sz w:val="20"/>
        </w:rPr>
        <w:t>10:07  saamaan ki hifaazat ho gayi, boarding ka intezaar mein baitha hua passenger ab advertisements, aane jaane wale logon ko, dukaanon mein sajaai hui cheezon ko dekhne lagta hai.</w:t>
      </w:r>
      <w:r>
        <w:br/>
      </w:r>
      <w:r>
        <w:rPr>
          <w:sz w:val="20"/>
        </w:rPr>
        <w:t>10:22  sabhi ka ravaiyya aisa hi hai.</w:t>
      </w:r>
      <w:r>
        <w:br/>
      </w:r>
      <w:r>
        <w:rPr>
          <w:sz w:val="20"/>
        </w:rPr>
        <w:t>10:25  is ravaiye ko dekh kar mujhe samajh mein aaya ke Allah ne insaan ke andar focused rehne ki salahiyat rakh di hai lekin is salahiyat ko istemaal karne ke liye ek hamare command ki zaroorat hoti hai.</w:t>
      </w:r>
      <w:r>
        <w:br/>
      </w:r>
      <w:r>
        <w:rPr>
          <w:sz w:val="20"/>
        </w:rPr>
        <w:t>10:44  wo command kya hai? wo hai khauf. dekhiye, log is liye focused the airport mein ke unhein saamaan chhootne ka dar tha,</w:t>
      </w:r>
      <w:r>
        <w:br/>
      </w:r>
      <w:r>
        <w:rPr>
          <w:sz w:val="20"/>
        </w:rPr>
        <w:t>10:59  documents ke gum hone ka dar tha.</w:t>
      </w:r>
      <w:r>
        <w:br/>
      </w:r>
      <w:r>
        <w:rPr>
          <w:sz w:val="20"/>
        </w:rPr>
        <w:t>11:04  yeh sab khauf hote the, is ki wajah se itne focused the. ab chunke sab saamaan ki jab safety ho gayi, zaroori kaarwai poori ho gayi to idhar udhar dekhne ki azaadi mil gayi.</w:t>
      </w:r>
      <w:r>
        <w:br/>
      </w:r>
      <w:r>
        <w:rPr>
          <w:sz w:val="20"/>
        </w:rPr>
        <w:t>11:19  to dekhiye, distraction se bachne ka ek hi tareeqa hai:</w:t>
      </w:r>
      <w:r>
        <w:br/>
      </w:r>
      <w:r>
        <w:rPr>
          <w:sz w:val="20"/>
        </w:rPr>
        <w:t>11:25  badha hua khauf.</w:t>
      </w:r>
      <w:r>
        <w:br/>
      </w:r>
      <w:r>
        <w:rPr>
          <w:sz w:val="20"/>
        </w:rPr>
        <w:t>11:30  bahut zyada conscious hona hai is ke baare mein. ab kaun sa khauf? dunya mein apne aap ko develop karne ki opportunity ko khone ka khauf, aur aakhirat ke abdi inaamaat se mehroom reh jaane ka khauf.</w:t>
      </w:r>
      <w:r>
        <w:br/>
      </w:r>
      <w:r>
        <w:rPr>
          <w:sz w:val="20"/>
        </w:rPr>
        <w:t>11:53  Allah ne Quran mein farmaya hai ke jo Allah ke saamne khada hone se dara, us ke liye do do jannatein.</w:t>
      </w:r>
      <w:r>
        <w:br/>
      </w:r>
      <w:r>
        <w:rPr>
          <w:sz w:val="20"/>
        </w:rPr>
        <w:t>12:03  yeh do jannatein kya hain? ek to aakhirat wali,</w:t>
      </w:r>
      <w:r>
        <w:br/>
      </w:r>
      <w:r>
        <w:rPr>
          <w:sz w:val="20"/>
        </w:rPr>
        <w:t>12:10  doosri dunya mein aafiyat aur itminaan wali zindagi jo distraction se bachne walon ko mayassar aati hai.</w:t>
      </w:r>
      <w:r>
        <w:br/>
      </w:r>
      <w:r>
        <w:rPr>
          <w:sz w:val="20"/>
        </w:rPr>
        <w:t>12:22  so distraction se bachna hai to khauf ko badhana hai.</w:t>
      </w:r>
    </w:p>
    <w:p>
      <w:pPr>
        <w:pStyle w:val="Heading2"/>
      </w:pPr>
      <w:r>
        <w:t>History of Muslim decline and the failed turn to Jihad</w:t>
      </w:r>
    </w:p>
    <w:p>
      <w:r>
        <w:rPr>
          <w:color w:val="666666"/>
          <w:sz w:val="18"/>
        </w:rPr>
        <w:t>The Fate of Muslim Ummah (English) May 03, 2014 · 5m 49s · at 6:55 · https://youtu.be/Gu64pZtxdAA?t=415</w:t>
      </w:r>
    </w:p>
    <w:p>
      <w:r>
        <w:rPr>
          <w:i/>
        </w:rPr>
        <w:t>“I would like to remind the history of Muslims.”</w:t>
      </w:r>
    </w:p>
    <w:p>
      <w:r>
        <w:rPr>
          <w:sz w:val="20"/>
        </w:rPr>
        <w:t>6:55  Here, I would like to remind the history of Muslims.</w:t>
      </w:r>
      <w:r>
        <w:br/>
      </w:r>
      <w:r>
        <w:rPr>
          <w:sz w:val="20"/>
        </w:rPr>
        <w:t>7:00  You know, Islam, the history of Islam began in Arabia in the first quarter of the seventh century.</w:t>
      </w:r>
      <w:r>
        <w:br/>
      </w:r>
      <w:r>
        <w:rPr>
          <w:sz w:val="20"/>
        </w:rPr>
        <w:t>7:13  Then Islam spread with very high speed throughout the world.</w:t>
      </w:r>
      <w:r>
        <w:br/>
      </w:r>
      <w:r>
        <w:rPr>
          <w:sz w:val="20"/>
        </w:rPr>
        <w:t>7:24  And now there are more than one billion Muslims throughout the world.</w:t>
      </w:r>
      <w:r>
        <w:br/>
      </w:r>
      <w:r>
        <w:rPr>
          <w:sz w:val="20"/>
        </w:rPr>
        <w:t>7:31  But there is a law of nature. This nature, this law covers all the nations.</w:t>
      </w:r>
      <w:r>
        <w:br/>
      </w:r>
      <w:r>
        <w:rPr>
          <w:sz w:val="20"/>
        </w:rPr>
        <w:t>7:42  And Muslims are not an exception.</w:t>
      </w:r>
      <w:r>
        <w:br/>
      </w:r>
      <w:r>
        <w:rPr>
          <w:sz w:val="20"/>
        </w:rPr>
        <w:t>7:48  This law is a law of decay.</w:t>
      </w:r>
      <w:r>
        <w:br/>
      </w:r>
      <w:r>
        <w:rPr>
          <w:sz w:val="20"/>
        </w:rPr>
        <w:t>7:54  When we talk about other natural phenomena, we can say that it was decay.</w:t>
      </w:r>
      <w:r>
        <w:br/>
      </w:r>
      <w:r>
        <w:rPr>
          <w:sz w:val="20"/>
        </w:rPr>
        <w:t>8:10  And when we explain Muslim, when we explain the human group, human condition, then we call it degeneration.</w:t>
      </w:r>
      <w:r>
        <w:br/>
      </w:r>
      <w:r>
        <w:rPr>
          <w:sz w:val="20"/>
        </w:rPr>
        <w:t>8:29  So after some centuries, there was a process of degeneration among Muslims.</w:t>
      </w:r>
      <w:r>
        <w:br/>
      </w:r>
      <w:r>
        <w:rPr>
          <w:sz w:val="20"/>
        </w:rPr>
        <w:t>8:40  And according to my study, I can say that this process was this process reached its culmination in the eighteenth century.</w:t>
      </w:r>
      <w:r>
        <w:br/>
      </w:r>
      <w:r>
        <w:rPr>
          <w:sz w:val="20"/>
        </w:rPr>
        <w:t>8:56  The eighteenth century was the century of decline</w:t>
      </w:r>
      <w:r>
        <w:br/>
      </w:r>
      <w:r>
        <w:rPr>
          <w:sz w:val="20"/>
        </w:rPr>
        <w:t>9:04  for Muslims. Now the time was to revive Muslims again, to revive Muslim Ummah again.</w:t>
      </w:r>
      <w:r>
        <w:br/>
      </w:r>
      <w:r>
        <w:rPr>
          <w:sz w:val="20"/>
        </w:rPr>
        <w:t>9:19  But what was the scheme of revival?</w:t>
      </w:r>
      <w:r>
        <w:br/>
      </w:r>
      <w:r>
        <w:rPr>
          <w:sz w:val="20"/>
        </w:rPr>
        <w:t>9:29  All the Muslim leaders of that period adopted one method that was Jihad.</w:t>
      </w:r>
      <w:r>
        <w:br/>
      </w:r>
      <w:r>
        <w:rPr>
          <w:sz w:val="20"/>
        </w:rPr>
        <w:t>9:39  Their diagnosis was that we are surrounded with enemies.</w:t>
      </w:r>
      <w:r>
        <w:br/>
      </w:r>
      <w:r>
        <w:rPr>
          <w:sz w:val="20"/>
        </w:rPr>
        <w:t>9:47  And this enemy has</w:t>
      </w:r>
      <w:r>
        <w:br/>
      </w:r>
      <w:r>
        <w:rPr>
          <w:sz w:val="20"/>
        </w:rPr>
        <w:t>9:54  created problems for us</w:t>
      </w:r>
      <w:r>
        <w:br/>
      </w:r>
      <w:r>
        <w:rPr>
          <w:sz w:val="20"/>
        </w:rPr>
        <w:t>9:59  . They have destroyed the Muslim Empire. So according to the Muslim leaders of that time, it was a phenomenon of enmity.</w:t>
      </w:r>
      <w:r>
        <w:br/>
      </w:r>
      <w:r>
        <w:rPr>
          <w:sz w:val="20"/>
        </w:rPr>
        <w:t>10:14  It was a phenomenon of enmity by the anti-Muslim world. So they started Jihad.</w:t>
      </w:r>
      <w:r>
        <w:br/>
      </w:r>
      <w:r>
        <w:rPr>
          <w:sz w:val="20"/>
        </w:rPr>
        <w:t>10:27  That is, they adopted a political method for the purpose of revival of Muslims, a political method.</w:t>
      </w:r>
      <w:r>
        <w:br/>
      </w:r>
      <w:r>
        <w:rPr>
          <w:sz w:val="20"/>
        </w:rPr>
        <w:t>10:41  Political method is inherently a confrontational method. Political method is inherently a confrontational method.</w:t>
      </w:r>
      <w:r>
        <w:br/>
      </w:r>
      <w:r>
        <w:rPr>
          <w:sz w:val="20"/>
        </w:rPr>
        <w:t>10:58  So it was but natural that there was fighting, violence, war.</w:t>
      </w:r>
      <w:r>
        <w:br/>
      </w:r>
      <w:r>
        <w:rPr>
          <w:sz w:val="20"/>
        </w:rPr>
        <w:t>11:09  And Muslims were engaged in this violent activism. But all their</w:t>
      </w:r>
      <w:r>
        <w:br/>
      </w:r>
      <w:r>
        <w:rPr>
          <w:sz w:val="20"/>
        </w:rPr>
        <w:t>11:21  efforts failed.</w:t>
      </w:r>
      <w:r>
        <w:br/>
      </w:r>
      <w:r>
        <w:rPr>
          <w:sz w:val="20"/>
        </w:rPr>
        <w:t>11:26  They sacrificed a lot in terms of life, in terms of money.</w:t>
      </w:r>
      <w:r>
        <w:br/>
      </w:r>
      <w:r>
        <w:rPr>
          <w:sz w:val="20"/>
        </w:rPr>
        <w:t>11:34  They sacrificed a lot. But their Jihad completely failed.</w:t>
      </w:r>
      <w:r>
        <w:br/>
      </w:r>
      <w:r>
        <w:rPr>
          <w:sz w:val="20"/>
        </w:rPr>
        <w:t>11:46  Here was the question.</w:t>
      </w:r>
      <w:r>
        <w:br/>
      </w:r>
      <w:r>
        <w:rPr>
          <w:sz w:val="20"/>
        </w:rPr>
        <w:t>11:49  All the Muslim leaders must</w:t>
      </w:r>
      <w:r>
        <w:br/>
      </w:r>
      <w:r>
        <w:rPr>
          <w:sz w:val="20"/>
        </w:rPr>
        <w:t>11:55  go to introspection. They must study the Qur'an. They must find out where we were wrong.</w:t>
      </w:r>
      <w:r>
        <w:br/>
      </w:r>
      <w:r>
        <w:rPr>
          <w:sz w:val="20"/>
        </w:rPr>
        <w:t>12:08  The wrong was that they adopted a wrong method.</w:t>
      </w:r>
      <w:r>
        <w:br/>
      </w:r>
      <w:r>
        <w:rPr>
          <w:sz w:val="20"/>
        </w:rPr>
        <w:t>12:16  They set the goal of political they set a political goal. They wanted to regain their political power.</w:t>
      </w:r>
      <w:r>
        <w:br/>
      </w:r>
      <w:r>
        <w:rPr>
          <w:sz w:val="20"/>
        </w:rPr>
        <w:t>12:29  They wanted to reestablish the Muslim Empire. That was wrong.</w:t>
      </w:r>
      <w:r>
        <w:br/>
      </w:r>
      <w:r>
        <w:rPr>
          <w:sz w:val="20"/>
        </w:rPr>
        <w:t>12:40  Political power</w:t>
      </w:r>
    </w:p>
    <w:p>
      <w:pPr>
        <w:pStyle w:val="Heading2"/>
      </w:pPr>
      <w:r>
        <w:t>Shaitan's trick to lead to unachievable goals</w:t>
      </w:r>
    </w:p>
    <w:p>
      <w:r>
        <w:rPr>
          <w:color w:val="666666"/>
          <w:sz w:val="18"/>
        </w:rPr>
        <w:t>Living in the 21st Century I 17th February 2013 - Maulana Wahiduddin Khan · 4m 59s · at 42:14 · https://youtu.be/ccUhM8fLtpU?t=2534</w:t>
      </w:r>
    </w:p>
    <w:p>
      <w:r>
        <w:rPr>
          <w:i/>
        </w:rPr>
        <w:t>“قرآن میں ہے کہ دیکھیے، میں یہ سوچ رہا تھا کہ شیطان نے یہ challenge کیوں کیا؟”</w:t>
      </w:r>
    </w:p>
    <w:p>
      <w:r>
        <w:rPr>
          <w:sz w:val="20"/>
        </w:rPr>
        <w:t>42:14  quran mein hai ke dekhiye, main yeh soch raha tha ke shaitan ne yeh challenge kyun kiya? Shaitan ne kaha tha ke Adam ki jab paidaish hui shuru mein to Allah Ta'ala ko ek challenge diya tha us ne.</w:t>
      </w:r>
      <w:r>
        <w:br/>
      </w:r>
      <w:r>
        <w:rPr>
          <w:sz w:val="20"/>
        </w:rPr>
        <w:t>42:31  Allah ko tanikann zurriyatahum billahi qaleelan. Yaani main insaanon ki majority ko solve kar lunga, solve.</w:t>
      </w:r>
      <w:r>
        <w:br/>
      </w:r>
      <w:r>
        <w:rPr>
          <w:sz w:val="20"/>
        </w:rPr>
        <w:t>42:42  kaisa ajeeb baat hai. Ke insaanon ki majority ko main solve kar lunga, yeh aqeedah tha shaitan ka.</w:t>
      </w:r>
      <w:r>
        <w:br/>
      </w:r>
      <w:r>
        <w:rPr>
          <w:sz w:val="20"/>
        </w:rPr>
        <w:t>42:53  to main soch raha tha ke aakhir kaise himmat pari shaitan ki yeh karne ki ke insaan ki majority ko woh solve kar lega? Kaise himmat pari us ki?</w:t>
      </w:r>
      <w:r>
        <w:br/>
      </w:r>
      <w:r>
        <w:rPr>
          <w:sz w:val="20"/>
        </w:rPr>
        <w:t>43:04  to himmat isi liye pari ke is mein insaan ki ek weakness ko daryaft kiya, ek weakness ko.</w:t>
      </w:r>
      <w:r>
        <w:br/>
      </w:r>
      <w:r>
        <w:rPr>
          <w:sz w:val="20"/>
        </w:rPr>
        <w:t>43:12  ke insaan bohat aasani se unachievable goal ki taraf slip kar jata hai. Bohat aasani se. Hatta ke us waqt bhi jab ke achievable goal ke saare raaste khul gaye hon, tab bhi woh</w:t>
      </w:r>
      <w:r>
        <w:br/>
      </w:r>
      <w:r>
        <w:rPr>
          <w:sz w:val="20"/>
        </w:rPr>
        <w:t>43:28  ajeeb o ghareeb tor par slip kar ke pahunch jata hai unachievable goal ki taraf.</w:t>
      </w:r>
      <w:r>
        <w:br/>
      </w:r>
      <w:r>
        <w:rPr>
          <w:sz w:val="20"/>
        </w:rPr>
        <w:t>43:37  jaise Adam jo the, saari jannat khuli hui thi, phir bhi woh ek ek darakht ki taraf chale gaye. Jo vibrant tree tha.</w:t>
      </w:r>
      <w:r>
        <w:br/>
      </w:r>
      <w:r>
        <w:rPr>
          <w:sz w:val="20"/>
        </w:rPr>
        <w:t>43:47  to insaan ka ajeeb o ghareeb mizaj hai ke ninety percent is ke liye</w:t>
      </w:r>
      <w:r>
        <w:br/>
      </w:r>
      <w:r>
        <w:rPr>
          <w:sz w:val="20"/>
        </w:rPr>
        <w:t>43:56  achhe haalaat hain, lekin woh ek percent jo hai usi mein ja kar apne aap ko us mein daal deta hai woh.</w:t>
      </w:r>
      <w:r>
        <w:br/>
      </w:r>
      <w:r>
        <w:rPr>
          <w:sz w:val="20"/>
        </w:rPr>
        <w:t>44:10  to insaan ki is kamzori ko jaanta tha ke insaan ko bohat aasani se main behka kar ke unachievable goal ki taraf daal dunga.</w:t>
      </w:r>
      <w:r>
        <w:br/>
      </w:r>
      <w:r>
        <w:rPr>
          <w:sz w:val="20"/>
        </w:rPr>
        <w:t>44:20  ab aap dekhiye, tareekh mein jitne philosophers the, un ko shaitan ne behkaya ke total reality ko tum jaan sakte ho apne mind se.</w:t>
      </w:r>
      <w:r>
        <w:br/>
      </w:r>
      <w:r>
        <w:rPr>
          <w:sz w:val="20"/>
        </w:rPr>
        <w:t>44:32  aur mind ki thin limitations, to woh jaan nahin paya, nateeja yeh ke saare philosophers jo hain freshers hi mare.</w:t>
      </w:r>
      <w:r>
        <w:br/>
      </w:r>
      <w:r>
        <w:rPr>
          <w:sz w:val="20"/>
        </w:rPr>
        <w:t>44:42  freshers hi mare saare philosophers. Alexander the Great ke mind mein daal diya, woh to Greece ka badshah tha,</w:t>
      </w:r>
      <w:r>
        <w:br/>
      </w:r>
      <w:r>
        <w:rPr>
          <w:sz w:val="20"/>
        </w:rPr>
        <w:t>44:50  badshahat mili thi us ko. Us ne kaha daal diya ke tum saari duniya ko conquer karo. Ab is duniya ko conquer karne ke liye nikla woh. Aur thirty-three years ke age mein woh freshers hi mar gaya.</w:t>
      </w:r>
      <w:r>
        <w:br/>
      </w:r>
      <w:r>
        <w:rPr>
          <w:sz w:val="20"/>
        </w:rPr>
        <w:t>45:03  conquer kiye baghair. Hitler ke mind mein daal diya</w:t>
      </w:r>
      <w:r>
        <w:br/>
      </w:r>
      <w:r>
        <w:rPr>
          <w:sz w:val="20"/>
        </w:rPr>
        <w:t>45:08  ke tum saare Europe ke ruler ban sakte ho. Us ne ladai chhod di. Lekin kya hua? Fifty-six saal mein woh suicide kar ke mar gaya.</w:t>
      </w:r>
      <w:r>
        <w:br/>
      </w:r>
      <w:r>
        <w:rPr>
          <w:sz w:val="20"/>
        </w:rPr>
        <w:t>45:19  frustration mein.</w:t>
      </w:r>
      <w:r>
        <w:br/>
      </w:r>
      <w:r>
        <w:rPr>
          <w:sz w:val="20"/>
        </w:rPr>
        <w:t>45:23  yahi haal is zamane mein musalmanon ka hai. ke musalmanon ko ek unachievable goal mein phansa rakha hai is ne. ke sari dunya mein islam ki hukumat, sari dunya mein islam ka nizam, sari dunya mein islam ka qanoon, sari dunya se kufr o batil ko mitana.</w:t>
      </w:r>
      <w:r>
        <w:br/>
      </w:r>
      <w:r>
        <w:rPr>
          <w:sz w:val="20"/>
        </w:rPr>
        <w:t>45:40  that is unachievable goal. kyun? yeh goal takra raha hai Allah ke creation plan se.</w:t>
      </w:r>
      <w:r>
        <w:br/>
      </w:r>
      <w:r>
        <w:rPr>
          <w:sz w:val="20"/>
        </w:rPr>
        <w:t>45:50  Allah ne har ek ko azadi di hai, har ek ko total freedom diya hai, poori azadi.</w:t>
      </w:r>
      <w:r>
        <w:br/>
      </w:r>
      <w:r>
        <w:rPr>
          <w:sz w:val="20"/>
        </w:rPr>
        <w:t>45:58  phir jab poori azadi hai to aap kya karenge? jab poori azadi di hai to aap yeh kar hi nahi sakte ke sari dunya mein aap apna hukum chalane lagain.</w:t>
      </w:r>
      <w:r>
        <w:br/>
      </w:r>
      <w:r>
        <w:rPr>
          <w:sz w:val="20"/>
        </w:rPr>
        <w:t>46:11  mumkin nahi hai har aadmi revolt karega jagah jagah.</w:t>
      </w:r>
      <w:r>
        <w:br/>
      </w:r>
      <w:r>
        <w:rPr>
          <w:sz w:val="20"/>
        </w:rPr>
        <w:t>46:16  to sari dunya ke musalmanon ke dimagh mein shaitan ne kya kar diya? ek unachievable goal mein phansa diya un ko. lad rahe hain, mar rahe hain, suicide bombing kar rahe hain, milta kuch bhi nahi.</w:t>
      </w:r>
      <w:r>
        <w:br/>
      </w:r>
      <w:r>
        <w:rPr>
          <w:sz w:val="20"/>
        </w:rPr>
        <w:t>46:27  milta kya hai? nafrat, inteqam, nafrat, revenge aur suicide bombing.</w:t>
      </w:r>
      <w:r>
        <w:br/>
      </w:r>
      <w:r>
        <w:rPr>
          <w:sz w:val="20"/>
        </w:rPr>
        <w:t>46:37  to shaitan ne jo challenge diya tha ke main insanon ki majority ko solve kar lunga, usi weakness ko jaan kar ke.</w:t>
      </w:r>
      <w:r>
        <w:br/>
      </w:r>
      <w:r>
        <w:rPr>
          <w:sz w:val="20"/>
        </w:rPr>
        <w:t>46:46  ke bohat aasani se insan ko aisa kiya sakta hai ke us ko aisi baatein us ke dimagh mein dali jayen</w:t>
      </w:r>
      <w:r>
        <w:br/>
      </w:r>
      <w:r>
        <w:rPr>
          <w:sz w:val="20"/>
        </w:rPr>
        <w:t>46:56  ke woh bohat slip kar ke pahunch jaye unachievable goal ki taraf.</w:t>
      </w:r>
      <w:r>
        <w:br/>
      </w:r>
      <w:r>
        <w:rPr>
          <w:sz w:val="20"/>
        </w:rPr>
        <w:t>47:04  jo unachievable goal ki taraf jayega to kya hoga? jo shaitan ne kaha tha وَلَا تَجَدُوا أَكْثَرَهُمْ شَاكِرِينَ ۔</w:t>
      </w:r>
    </w:p>
    <w:p>
      <w:pPr>
        <w:pStyle w:val="Heading2"/>
      </w:pPr>
      <w:r>
        <w:t>Prophet Yunus, the fish, and never losing hope</w:t>
      </w:r>
    </w:p>
    <w:p>
      <w:r>
        <w:rPr>
          <w:color w:val="666666"/>
          <w:sz w:val="18"/>
        </w:rPr>
        <w:t>A Brief Survey of Islamic History (Eng) February 15, 2007 · 5m 04s · at 15:44 · https://youtu.be/MdRtdA99UlA?t=944</w:t>
      </w:r>
    </w:p>
    <w:p>
      <w:r>
        <w:rPr>
          <w:i/>
        </w:rPr>
        <w:t>“Yunus was sent to Nineveh, a city in present Iraq.”</w:t>
      </w:r>
    </w:p>
    <w:p>
      <w:r>
        <w:rPr>
          <w:sz w:val="20"/>
        </w:rPr>
        <w:t>15:44  You know Yunus was sent to Nineveh. Nineveh was a city in in the present Iraq</w:t>
      </w:r>
      <w:r>
        <w:br/>
      </w:r>
      <w:r>
        <w:rPr>
          <w:sz w:val="20"/>
        </w:rPr>
        <w:t>15:57  . So, Yunus was sent as a prophet to those people who were living in Nineveh.</w:t>
      </w:r>
      <w:r>
        <w:br/>
      </w:r>
      <w:r>
        <w:rPr>
          <w:sz w:val="20"/>
        </w:rPr>
        <w:t>16:09  Then what happened?</w:t>
      </w:r>
      <w:r>
        <w:br/>
      </w:r>
      <w:r>
        <w:rPr>
          <w:sz w:val="20"/>
        </w:rPr>
        <w:t>16:12  Prophet Yunus gave the message of God.</w:t>
      </w:r>
      <w:r>
        <w:br/>
      </w:r>
      <w:r>
        <w:rPr>
          <w:sz w:val="20"/>
        </w:rPr>
        <w:t>16:23  And but after some time, he decided that they are not giving a positive response.</w:t>
      </w:r>
      <w:r>
        <w:br/>
      </w:r>
      <w:r>
        <w:rPr>
          <w:sz w:val="20"/>
        </w:rPr>
        <w:t>16:35  So, he became</w:t>
      </w:r>
      <w:r>
        <w:br/>
      </w:r>
      <w:r>
        <w:rPr>
          <w:sz w:val="20"/>
        </w:rPr>
        <w:t>16:39  disappointed.</w:t>
      </w:r>
      <w:r>
        <w:br/>
      </w:r>
      <w:r>
        <w:rPr>
          <w:sz w:val="20"/>
        </w:rPr>
        <w:t>16:44  So, due to this disappointment, he left Nineveh and wanted to go somewhere else.</w:t>
      </w:r>
      <w:r>
        <w:br/>
      </w:r>
      <w:r>
        <w:rPr>
          <w:sz w:val="20"/>
        </w:rPr>
        <w:t>16:58  But what happened?</w:t>
      </w:r>
      <w:r>
        <w:br/>
      </w:r>
      <w:r>
        <w:rPr>
          <w:sz w:val="20"/>
        </w:rPr>
        <w:t>17:01  When he reached the coast of the sea and boarded a boat—so, during the travel in the sea, there was a storm.</w:t>
      </w:r>
      <w:r>
        <w:br/>
      </w:r>
      <w:r>
        <w:rPr>
          <w:sz w:val="20"/>
        </w:rPr>
        <w:t>17:18  So, according to the ancient tradition, people wanted to throw someone</w:t>
      </w:r>
      <w:r>
        <w:br/>
      </w:r>
      <w:r>
        <w:rPr>
          <w:sz w:val="20"/>
        </w:rPr>
        <w:t>17:34  only to make the boat lighter.</w:t>
      </w:r>
      <w:r>
        <w:br/>
      </w:r>
      <w:r>
        <w:rPr>
          <w:sz w:val="20"/>
        </w:rPr>
        <w:t>17:39  So, they decided to throw Yunus. And Yunus was thrown into the sea.</w:t>
      </w:r>
      <w:r>
        <w:br/>
      </w:r>
      <w:r>
        <w:rPr>
          <w:sz w:val="20"/>
        </w:rPr>
        <w:t>17:50  Then what happened?</w:t>
      </w:r>
      <w:r>
        <w:br/>
      </w:r>
      <w:r>
        <w:rPr>
          <w:sz w:val="20"/>
        </w:rPr>
        <w:t>17:53  According to the Qur'an and also according to the Bible, some big fish swallowed him.</w:t>
      </w:r>
      <w:r>
        <w:br/>
      </w:r>
      <w:r>
        <w:rPr>
          <w:sz w:val="20"/>
        </w:rPr>
        <w:t>18:04  And he compelled to live in the stomach of that fish, perhaps up to forty days.</w:t>
      </w:r>
      <w:r>
        <w:br/>
      </w:r>
      <w:r>
        <w:rPr>
          <w:sz w:val="20"/>
        </w:rPr>
        <w:t>18:17  Then he,</w:t>
      </w:r>
      <w:r>
        <w:br/>
      </w:r>
      <w:r>
        <w:rPr>
          <w:sz w:val="20"/>
        </w:rPr>
        <w:t>18:27  after introspection, found that he was guilty. So, he was repentant.</w:t>
      </w:r>
      <w:r>
        <w:br/>
      </w:r>
      <w:r>
        <w:rPr>
          <w:sz w:val="20"/>
        </w:rPr>
        <w:t>18:37  After this repentance, God accepted his tawbah or repentance. And that fish again threw him on the coast.</w:t>
      </w:r>
      <w:r>
        <w:br/>
      </w:r>
      <w:r>
        <w:rPr>
          <w:sz w:val="20"/>
        </w:rPr>
        <w:t>18:52  So, then</w:t>
      </w:r>
      <w:r>
        <w:br/>
      </w:r>
      <w:r>
        <w:rPr>
          <w:sz w:val="20"/>
        </w:rPr>
        <w:t>18:56  an angel came to him and said that you were guilty.</w:t>
      </w:r>
      <w:r>
        <w:br/>
      </w:r>
      <w:r>
        <w:rPr>
          <w:sz w:val="20"/>
        </w:rPr>
        <w:t>19:05  You left</w:t>
      </w:r>
      <w:r>
        <w:br/>
      </w:r>
      <w:r>
        <w:rPr>
          <w:sz w:val="20"/>
        </w:rPr>
        <w:t>19:11  Nineveh without completing your da'wah work. So, you must go to Nineveh again.</w:t>
      </w:r>
      <w:r>
        <w:br/>
      </w:r>
      <w:r>
        <w:rPr>
          <w:sz w:val="20"/>
        </w:rPr>
        <w:t>19:21  He again visited Nineveh. And again, he was engaged in da'wah work.</w:t>
      </w:r>
      <w:r>
        <w:br/>
      </w:r>
      <w:r>
        <w:rPr>
          <w:sz w:val="20"/>
        </w:rPr>
        <w:t>19:32  And all the Nineveh people accepted Islam. So, this example is very important.</w:t>
      </w:r>
      <w:r>
        <w:br/>
      </w:r>
      <w:r>
        <w:rPr>
          <w:sz w:val="20"/>
        </w:rPr>
        <w:t>19:42  Very, very important.</w:t>
      </w:r>
      <w:r>
        <w:br/>
      </w:r>
      <w:r>
        <w:rPr>
          <w:sz w:val="20"/>
        </w:rPr>
        <w:t>19:44  This example tells us—this example tells us that we are not allowed to go in frustration, in disappointment.</w:t>
      </w:r>
      <w:r>
        <w:br/>
      </w:r>
      <w:r>
        <w:rPr>
          <w:sz w:val="20"/>
        </w:rPr>
        <w:t>19:59  Da'wah work is a continuous work. There is no end of da'wah work.</w:t>
      </w:r>
      <w:r>
        <w:br/>
      </w:r>
      <w:r>
        <w:rPr>
          <w:sz w:val="20"/>
        </w:rPr>
        <w:t>20:05  We have to do da'wah work continuously. And we must be hopeful.</w:t>
      </w:r>
      <w:r>
        <w:br/>
      </w:r>
      <w:r>
        <w:rPr>
          <w:sz w:val="20"/>
        </w:rPr>
        <w:t>20:20  And we have to hope that after some time—maybe after some months or after some years—they will accept your message.</w:t>
      </w:r>
      <w:r>
        <w:br/>
      </w:r>
      <w:r>
        <w:rPr>
          <w:sz w:val="20"/>
        </w:rPr>
        <w:t>20:33  So, there is a great lesson in the life of Prophet Yunus. That is, we have to—that da'wahi must be hopeful for every time.</w:t>
      </w:r>
    </w:p>
    <w:p>
      <w:pPr>
        <w:pStyle w:val="Heading2"/>
      </w:pPr>
      <w:r>
        <w:t>Potential haves and have-nots a journey</w:t>
      </w:r>
    </w:p>
    <w:p>
      <w:r>
        <w:rPr>
          <w:color w:val="666666"/>
          <w:sz w:val="18"/>
        </w:rPr>
        <w:t>Contribution of The Prophet 13 March 2006 - Maulana Wahiduddin Khan · 6m 04s · at 30:54 · https://youtu.be/KgVEHbWpoHw?t=1854</w:t>
      </w:r>
    </w:p>
    <w:p>
      <w:r>
        <w:rPr>
          <w:i/>
        </w:rPr>
        <w:t>“Haan ye bada acha question hai”</w:t>
      </w:r>
    </w:p>
    <w:p>
      <w:r>
        <w:rPr>
          <w:sz w:val="20"/>
        </w:rPr>
        <w:t>30:54  haan yeh bara acha question hai. dekhiye, maine yahan tak socha hai is par ke main bhi haves mein paida hua</w:t>
      </w:r>
      <w:r>
        <w:br/>
      </w:r>
      <w:r>
        <w:rPr>
          <w:sz w:val="20"/>
        </w:rPr>
        <w:t>31:04  mere khandan ke log zamindar the, landlord the. aur us zamane ke lehaz se bare logon mein shumar hota tha. kyunke hamare ghar mein ghoda hota tha.</w:t>
      </w:r>
      <w:r>
        <w:br/>
      </w:r>
      <w:r>
        <w:rPr>
          <w:sz w:val="20"/>
        </w:rPr>
        <w:t>31:16  sab se pehle car wahan aayi thi hamare pure district mein. to ek aaj raja ke liye ek hamare yahan aayi thi. wahan ek the raja harchand. pure district mein pehli car aayi thi raja harchand ke haan, doosri car aayi thi hamari family</w:t>
      </w:r>
      <w:r>
        <w:br/>
      </w:r>
      <w:r>
        <w:rPr>
          <w:sz w:val="20"/>
        </w:rPr>
        <w:t>31:30  mein. to main inhi logon mein se tha jo haves jinhein kehte hain aap. lekin main seeker bana. to main yeh samjha hoon is baat se ke jo have nots hain unke andar compulsively woh seeker ban jate hain.</w:t>
      </w:r>
      <w:r>
        <w:br/>
      </w:r>
      <w:r>
        <w:rPr>
          <w:sz w:val="20"/>
        </w:rPr>
        <w:t>31:44  yani compulsion jo hai unke liye challenge ban jata hai. compulso challenge. aur jo haves mein paida hote hain unke liye compulso challenge to nahi hota hai lekin agar unka soch bohat barha hua ho.</w:t>
      </w:r>
      <w:r>
        <w:br/>
      </w:r>
      <w:r>
        <w:rPr>
          <w:sz w:val="20"/>
        </w:rPr>
        <w:t>31:56  unke andar bohat zyada sochne ka mada ho. to kya hoga? is par woh unka contentment nahi hoga. jaise main tha mujhe ghode mein aur car mein aur ghar mein aur land mein aur paise mein kuch dilchaspi hi nahi thi mere.</w:t>
      </w:r>
      <w:r>
        <w:br/>
      </w:r>
      <w:r>
        <w:rPr>
          <w:sz w:val="20"/>
        </w:rPr>
        <w:t>32:11  kuch bhi nahi.</w:t>
      </w:r>
      <w:r>
        <w:br/>
      </w:r>
      <w:r>
        <w:rPr>
          <w:sz w:val="20"/>
        </w:rPr>
        <w:t>32:12  hai ya nahi yeh dono barabar the mere liye. to yeh jo tha is ki wajah se main seeker ban gaya. halanke mere meri family ke doosre log seeker nahi ban sake.</w:t>
      </w:r>
      <w:r>
        <w:br/>
      </w:r>
      <w:r>
        <w:rPr>
          <w:sz w:val="20"/>
        </w:rPr>
        <w:t>32:22  isi mein gum ho gaye, isi mein khush ho gaye. to yeh is par yani isi liye haves zyada paida kiye jate hain.</w:t>
      </w:r>
      <w:r>
        <w:br/>
      </w:r>
      <w:r>
        <w:rPr>
          <w:sz w:val="20"/>
        </w:rPr>
        <w:t>32:31  woh have nots zyada paida kiye jate hain. kyunke woh compulso challenge ko ka case banta hai unka</w:t>
      </w:r>
      <w:r>
        <w:br/>
      </w:r>
      <w:r>
        <w:rPr>
          <w:sz w:val="20"/>
        </w:rPr>
        <w:t>32:37  . yani sare ke sare hewz agar hon to main samajhta hoon ke phir na challenge hoga na seeking hogi, kuch bhi nahi hoga. to Khuda ki blessing yeh hai ke sab ko hewz nahi banata woh.</w:t>
      </w:r>
      <w:r>
        <w:br/>
      </w:r>
      <w:r>
        <w:rPr>
          <w:sz w:val="20"/>
        </w:rPr>
        <w:t>32:48  ke sab ko hewz bana de woh. yeh hadith mein aata hai ke agar sab ko de de Khuda ko paisa aur har cheez to sab log sarkash ho jayenge aur koi Khuda ko nahi manega.</w:t>
      </w:r>
      <w:r>
        <w:br/>
      </w:r>
      <w:r>
        <w:rPr>
          <w:sz w:val="20"/>
        </w:rPr>
        <w:t>32:59  to yeh blessing Khuda ki hai ke logon ko problem deta hai. problem na ho to log sarkash ban jayen.</w:t>
      </w:r>
      <w:r>
        <w:br/>
      </w:r>
      <w:r>
        <w:rPr>
          <w:sz w:val="20"/>
        </w:rPr>
        <w:t>33:05  Khuda ko yani inkar karne wale ban jayen. next question is by raziya. some people perceive the difference between hews and have nots as permanent and take it to extremes.</w:t>
      </w:r>
      <w:r>
        <w:br/>
      </w:r>
      <w:r>
        <w:rPr>
          <w:sz w:val="20"/>
        </w:rPr>
        <w:t>33:17  is it the valid reason for people committing suicide? haan yeh sahi hai. yeh hamare reformers ki ghalati hai.</w:t>
      </w:r>
      <w:r>
        <w:br/>
      </w:r>
      <w:r>
        <w:rPr>
          <w:sz w:val="20"/>
        </w:rPr>
        <w:t>33:26  reformers sare reformar jitne bhi hain one to all sab yahi kehte rahe hain ke society ko jaise aise boli bolte hain jaise permanently do mein bati hui hai woh.</w:t>
      </w:r>
      <w:r>
        <w:br/>
      </w:r>
      <w:r>
        <w:rPr>
          <w:sz w:val="20"/>
        </w:rPr>
        <w:t>33:38  sare reformers maine padhkar yeh keh sakta hoon main ke is is nuqte ko reformers ne pakda nahi ke aaj ka aaj ka hew nots kal ka hew ban jata hai.</w:t>
      </w:r>
      <w:r>
        <w:br/>
      </w:r>
      <w:r>
        <w:rPr>
          <w:sz w:val="20"/>
        </w:rPr>
        <w:t>33:48  to basically jo jo taqseem hai woh hai yani potential hews aur actual hews ke beech mein. hew nots ka koi wajood nahi hai.</w:t>
      </w:r>
      <w:r>
        <w:br/>
      </w:r>
      <w:r>
        <w:rPr>
          <w:sz w:val="20"/>
        </w:rPr>
        <w:t>33:56  misal ke taur par Dr Abdul Kalam jo the apni naujawani ki umar mein potential hews the. aaj woh actual hews hain. isko is nuqte ko ek reformar bata nahi saka.</w:t>
      </w:r>
      <w:r>
        <w:br/>
      </w:r>
      <w:r>
        <w:rPr>
          <w:sz w:val="20"/>
        </w:rPr>
        <w:t>34:07  koi bhi reformar ise nahi maloom hai jo yeh bata sake logon ko ke yeh yeh jo yeh jo division hai yeh relative hai.</w:t>
      </w:r>
      <w:r>
        <w:br/>
      </w:r>
      <w:r>
        <w:rPr>
          <w:sz w:val="20"/>
        </w:rPr>
        <w:t>34:18  yeh permanent</w:t>
      </w:r>
      <w:r>
        <w:br/>
      </w:r>
      <w:r>
        <w:rPr>
          <w:sz w:val="20"/>
        </w:rPr>
        <w:t>34:19  nahi hai. jaise main jo word bol raha hoon ke jo ke kuch log potential hews hain, kuch log actual hews hain. yeh word history mein kabhi bola nahi gaya.</w:t>
      </w:r>
      <w:r>
        <w:br/>
      </w:r>
      <w:r>
        <w:rPr>
          <w:sz w:val="20"/>
        </w:rPr>
        <w:t>34:29  aage bola gaya to mujhe bataiye kisi ka naam. to woh log jo jo bolne wale log hain, jo thinkers hain, jo philosophers hain, jo leaders hain, bol bol kar unko logon ko frusts mein daal dete hain.</w:t>
      </w:r>
      <w:r>
        <w:br/>
      </w:r>
      <w:r>
        <w:rPr>
          <w:sz w:val="20"/>
        </w:rPr>
        <w:t>34:44  agar mujhe laiq hua aisa aadmi to main bar bar main aise aadmi ko paya hai ke unko maine ek nayi zindagi de di. poori zindagi mein aise logon ka naam bata sakta hoon aap ko ke woh frusts mein the, mayoos the ke hamare paas to kuch bhi nahi, hamare paas yeh hai, hamare paas woh hai.</w:t>
      </w:r>
      <w:r>
        <w:br/>
      </w:r>
      <w:r>
        <w:rPr>
          <w:sz w:val="20"/>
        </w:rPr>
        <w:t>34:58  lekin mujhse qareeb hue woh</w:t>
      </w:r>
      <w:r>
        <w:br/>
      </w:r>
      <w:r>
        <w:rPr>
          <w:sz w:val="20"/>
        </w:rPr>
        <w:t>35:00  , unke andar maine ek hausla diya. hazaron log aise, hazaron log. aur phir woh hausla diya, unko umeed di, unko hope diya.</w:t>
      </w:r>
      <w:r>
        <w:br/>
      </w:r>
      <w:r>
        <w:rPr>
          <w:sz w:val="20"/>
        </w:rPr>
        <w:t>35:09  is ke liye maine char kitabein likhi hain:</w:t>
      </w:r>
      <w:r>
        <w:br/>
      </w:r>
      <w:r>
        <w:rPr>
          <w:sz w:val="20"/>
        </w:rPr>
        <w:t>35:11  Raja Hayat, Taameer Hayat, Kitab-e-Zindagi aur Rehnuma Hayat. in kitabon ko padh padh kar ke hazaron ne lakhon logon ko hope mili hai. Pakistan mein ek sahib hain jo government service mein the, unhone Raja Hayat padhi to unhone service chhod di.</w:t>
      </w:r>
      <w:r>
        <w:br/>
      </w:r>
      <w:r>
        <w:rPr>
          <w:sz w:val="20"/>
        </w:rPr>
        <w:t>35:27  ab woh bicycle par apni kitab par isi kitab ke bundle rakhte hain aur sare Pakistan ghoom kar logon ko dete hain taake logon ko na umidi se nikalen.</w:t>
      </w:r>
      <w:r>
        <w:br/>
      </w:r>
      <w:r>
        <w:rPr>
          <w:sz w:val="20"/>
        </w:rPr>
        <w:t>35:36  main jab Pakistan gaya tha ek bar to main airport, Lahore airport par jab utra to ek naujawan wahan, kai log the jo mere janne wale the, ek naya aadmi tha wahan par, ek naujawan.</w:t>
      </w:r>
      <w:r>
        <w:br/>
      </w:r>
      <w:r>
        <w:rPr>
          <w:sz w:val="20"/>
        </w:rPr>
        <w:t>35:48  us ne kaha ke aap mujh ko pehchante nahi honge.</w:t>
      </w:r>
      <w:r>
        <w:br/>
      </w:r>
      <w:r>
        <w:rPr>
          <w:sz w:val="20"/>
        </w:rPr>
        <w:t>35:52  main aap ko janta hoon. apna case bataya unhone ke main depression mein tha, gaya tha aur wahan ittefaq se by chance mujhe aap ki kitab Raja Hayat mil gayi.</w:t>
      </w:r>
      <w:r>
        <w:br/>
      </w:r>
      <w:r>
        <w:rPr>
          <w:sz w:val="20"/>
        </w:rPr>
        <w:t>36:04  isko maine padh dala ek din, do din ke andar. depression khatam ho gaya, stress khatam ho gaya, tension khatam ho gaya. aur maine doctor se kaha bhai main jata hoon, main acha ho gaya hoon. yeh sari jo hai kiyun ke ghalati reformers ki hai, thinkers ki hai, leaders ki hai ke logon ko yeh bharte hain logon ke mind mein ke tum hew nots ho, tum hew nots ho, tum hew nots ho.</w:t>
      </w:r>
      <w:r>
        <w:br/>
      </w:r>
      <w:r>
        <w:rPr>
          <w:sz w:val="20"/>
        </w:rPr>
        <w:t>36:23  main ulta karta hoon</w:t>
      </w:r>
      <w:r>
        <w:br/>
      </w:r>
      <w:r>
        <w:rPr>
          <w:sz w:val="20"/>
        </w:rPr>
        <w:t>36:24  . main kehta hoon koi hew nots nahi hai. koi potential hew hai, koi koi actual hew hai. jo log mere magazine ko padhte hain, jinhone meri kitabein padhi hain, aise hazaron nahi, lakhon log hain duniya mein, unse aap poochh lijiye kis tarah unki na umidi umeed mein badli hai.</w:t>
      </w:r>
      <w:r>
        <w:br/>
      </w:r>
      <w:r>
        <w:rPr>
          <w:sz w:val="20"/>
        </w:rPr>
        <w:t>36:42  be hosla ho gaye the, is se unhein hosla mila hai. to main samajhta hoon ke khudkushi jo log karte hain, un ka qasoor nahi hai, qasoor un logon ka hai jo aise thought phailate hain, aisi baatein phailate hain ke woh bechare samajhte hain ke hamare koi future nahi hai.</w:t>
      </w:r>
    </w:p>
    <w:p>
      <w:pPr>
        <w:pStyle w:val="Heading2"/>
      </w:pPr>
      <w:r>
        <w:t>Wasting a diamond opportunity while death counts down</w:t>
      </w:r>
    </w:p>
    <w:p>
      <w:r>
        <w:rPr>
          <w:color w:val="666666"/>
          <w:sz w:val="18"/>
        </w:rPr>
        <w:t>Man and Paradise May 05, 2013 · 4m 35s · at 36:53 · https://youtu.be/VyFgim3pvts?t=2213</w:t>
      </w:r>
    </w:p>
    <w:p>
      <w:r>
        <w:rPr>
          <w:i/>
        </w:rPr>
        <w:t>“Kaisi ajeeb hai yeh baat ke ek diamond opportunity Allah ne khol di”</w:t>
      </w:r>
    </w:p>
    <w:p>
      <w:r>
        <w:rPr>
          <w:sz w:val="20"/>
        </w:rPr>
        <w:t>36:53  aap jo perfectionist ke taur par paida kiye gaye hain, is liye paida kiye gaye hain ke perfect world jo hai, yani paradise, us ko apna goal banayein, us ko apna goal banayein.</w:t>
      </w:r>
      <w:r>
        <w:br/>
      </w:r>
      <w:r>
        <w:rPr>
          <w:sz w:val="20"/>
        </w:rPr>
        <w:t>37:11  to kaisi ajeeb hai ye baat ke ek diamond opportunity Allah ne khol di insan ke liye, lekin amalan kya kar raha hai?</w:t>
      </w:r>
      <w:r>
        <w:br/>
      </w:r>
      <w:r>
        <w:rPr>
          <w:sz w:val="20"/>
        </w:rPr>
        <w:t>37:23  wo apna aap ko is se mehroom kar raha hai,</w:t>
      </w:r>
      <w:r>
        <w:br/>
      </w:r>
      <w:r>
        <w:rPr>
          <w:sz w:val="20"/>
        </w:rPr>
        <w:t>37:31  apne aap ko is se mehroom kar raha hai.</w:t>
      </w:r>
      <w:r>
        <w:br/>
      </w:r>
      <w:r>
        <w:rPr>
          <w:sz w:val="20"/>
        </w:rPr>
        <w:t>37:42  to yahi wo cheez hai jis par aadmi ko sab se zyada sochna chahiye, sab se zyada. kyunke aap jante hain ke koi bhi aadmi marne se bach nahi sakta.</w:t>
      </w:r>
      <w:r>
        <w:br/>
      </w:r>
      <w:r>
        <w:rPr>
          <w:sz w:val="20"/>
        </w:rPr>
        <w:t>37:58  har aadmi ko lazman marna hai. jaisa ke maine arz kiya ke average umar 70 saal hai aur rozana ek lakh pachas hazar aadmi mar jate hain.</w:t>
      </w:r>
      <w:r>
        <w:br/>
      </w:r>
      <w:r>
        <w:rPr>
          <w:sz w:val="20"/>
        </w:rPr>
        <w:t>38:12  abhi ek waqia hua, ek sahab mere paas aaye to wo un ka birthday tha, birth day. to wo cake laye the.</w:t>
      </w:r>
      <w:r>
        <w:br/>
      </w:r>
      <w:r>
        <w:rPr>
          <w:sz w:val="20"/>
        </w:rPr>
        <w:t>38:24  to hum log kai aadmi the, to apne birthday ke cake le aaye the. to maine to cake khai nahi, hamare saathi ne kaha ke aap log kha lijiyye.</w:t>
      </w:r>
      <w:r>
        <w:br/>
      </w:r>
      <w:r>
        <w:rPr>
          <w:sz w:val="20"/>
        </w:rPr>
        <w:t>38:37  maine kaha ke aap log birthday manate hain aur main apna death day manata hoon, rozana, rozana.</w:t>
      </w:r>
      <w:r>
        <w:br/>
      </w:r>
      <w:r>
        <w:rPr>
          <w:sz w:val="20"/>
        </w:rPr>
        <w:t>38:54  kyunke aap ka birthday saal mein ek baar aata hai, saal mein ek baar. agar aap ki paidaish paanch may ko hui hai, agle saal paanch may mein aayegi wo.</w:t>
      </w:r>
      <w:r>
        <w:br/>
      </w:r>
      <w:r>
        <w:rPr>
          <w:sz w:val="20"/>
        </w:rPr>
        <w:t>39:09  lekin maut ka waqt to kabhi bhi aa sakta hai, har lamha. to maine kaha ke har insan jab paida hota hai to usi waqt uska countdown shuru ho jata hai,</w:t>
      </w:r>
      <w:r>
        <w:br/>
      </w:r>
      <w:r>
        <w:rPr>
          <w:sz w:val="20"/>
        </w:rPr>
        <w:t>39:24  countdown. maslan ek shakhs ki umar farz kiye ke fix hai 70 saal. jab paida hua to us waqt likhne wale ne likh diya ke is ko 70 saal duniya mein jeena</w:t>
      </w:r>
      <w:r>
        <w:br/>
      </w:r>
      <w:r>
        <w:rPr>
          <w:sz w:val="20"/>
        </w:rPr>
        <w:t>39:38  hai. ab kya hoga? har agla din ek din kam hota chala jayega. yani 70, phir 69, 68, 67, 66, 65, 64, 63, 62, 61.</w:t>
      </w:r>
      <w:r>
        <w:br/>
      </w:r>
      <w:r>
        <w:rPr>
          <w:sz w:val="20"/>
        </w:rPr>
        <w:t>39:55  is tarah se ghta jayega, ghta jayega, ghta jayega. to countdown ho raha hai, har din countdown ho raha hai.</w:t>
      </w:r>
      <w:r>
        <w:br/>
      </w:r>
      <w:r>
        <w:rPr>
          <w:sz w:val="20"/>
        </w:rPr>
        <w:t>40:05  ho sakta hai ke aaj mera aakhri din ho aur kal mera khatma ho. yani countdown apni aakhri gint tak pahunch chuki ho.</w:t>
      </w:r>
      <w:r>
        <w:br/>
      </w:r>
      <w:r>
        <w:rPr>
          <w:sz w:val="20"/>
        </w:rPr>
        <w:t>40:16  meri, mera countdown jo hai, apni aakhri gint tak pahunch chuka ho. ab sirf ek hi subah ya shaam mujhe milne wala ho.</w:t>
      </w:r>
      <w:r>
        <w:br/>
      </w:r>
      <w:r>
        <w:rPr>
          <w:sz w:val="20"/>
        </w:rPr>
        <w:t>40:27  to ye is se aap ke andar kya hona chahiye? sense of urgency ke bahut kam waqt hai.</w:t>
      </w:r>
      <w:r>
        <w:br/>
      </w:r>
      <w:r>
        <w:rPr>
          <w:sz w:val="20"/>
        </w:rPr>
        <w:t>40:37  ek shayar the, mir urdu ke, unhone kaha tha ek sher ke "subah guzri, shaam hone aayi, mir to na cheeta aur bahut din kam raha".</w:t>
      </w:r>
      <w:r>
        <w:br/>
      </w:r>
      <w:r>
        <w:rPr>
          <w:sz w:val="20"/>
        </w:rPr>
        <w:t>40:51  ye har aadmi ki kahani hai.</w:t>
      </w:r>
      <w:r>
        <w:br/>
      </w:r>
      <w:r>
        <w:rPr>
          <w:sz w:val="20"/>
        </w:rPr>
        <w:t>40:56  to maine kaha ke log birthday manate hain, halanke logon ko apna death day manana chahiye.</w:t>
      </w:r>
      <w:r>
        <w:br/>
      </w:r>
      <w:r>
        <w:rPr>
          <w:sz w:val="20"/>
        </w:rPr>
        <w:t>41:05  kyun? countdown ho raha hai, har din aakhri din ho sakta hai.</w:t>
      </w:r>
      <w:r>
        <w:br/>
      </w:r>
      <w:r>
        <w:rPr>
          <w:sz w:val="20"/>
        </w:rPr>
        <w:t>41:13  to ye sab baatein hain jo sochne ki hain, ye sab baatein hain jo sochne ki hain.</w:t>
      </w:r>
    </w:p>
    <w:p>
      <w:pPr>
        <w:pStyle w:val="Heading2"/>
      </w:pPr>
      <w:r>
        <w:t>fear of dying with a missed opportunity</w:t>
      </w:r>
    </w:p>
    <w:p>
      <w:r>
        <w:rPr>
          <w:color w:val="666666"/>
          <w:sz w:val="18"/>
        </w:rPr>
        <w:t>Love of God January 29, 2012 · 48s · at 53:58 · https://youtu.be/8wJ01OnXHQE?t=3238</w:t>
      </w:r>
    </w:p>
    <w:p>
      <w:r>
        <w:rPr>
          <w:i/>
        </w:rPr>
        <w:t>“Mine was a case of missed opportunity”</w:t>
      </w:r>
    </w:p>
    <w:p>
      <w:r>
        <w:rPr>
          <w:sz w:val="20"/>
        </w:rPr>
        <w:t>53:58  Abad tak rona aur daant peesna hoga. Yaani abad tak afsos mein pade rehna hoga. Isi ko main kehta hoon ke marne ke baad har aadmi sochega, hasrat ke saath, afsos ke saath ke mine was a case of missed opportunity.</w:t>
      </w:r>
      <w:r>
        <w:br/>
      </w:r>
      <w:r>
        <w:rPr>
          <w:sz w:val="20"/>
        </w:rPr>
        <w:t>54:21  Mine was a case of missed opportunity.</w:t>
      </w:r>
      <w:r>
        <w:br/>
      </w:r>
      <w:r>
        <w:rPr>
          <w:sz w:val="20"/>
        </w:rPr>
        <w:t>54:26  Mera case toh ek ek khoye hue mauqe case ban gaya. Ek mauqa mila tha, woh kho diya maine. Ab na woh dobara mauqa milne wala hai, na mujhe kuch aur haasil hone wala hai.</w:t>
      </w:r>
    </w:p>
    <w:p>
      <w:pPr>
        <w:pStyle w:val="Heading2"/>
      </w:pPr>
      <w:r>
        <w:t>Death is the killer of life's biggest obstacle: distraction</w:t>
      </w:r>
    </w:p>
    <w:p>
      <w:r>
        <w:rPr>
          <w:color w:val="666666"/>
          <w:sz w:val="18"/>
        </w:rPr>
        <w:t>Life After Death January 22, 2012 · 2m 09s · at 6:50 · https://youtu.be/5hVH1BLKBF4?t=410</w:t>
      </w:r>
    </w:p>
    <w:p>
      <w:r>
        <w:rPr>
          <w:i/>
        </w:rPr>
        <w:t>“موت لذتوں کو ڈھا دیتی ہے، یہ Killer of Distraction ہے”</w:t>
      </w:r>
    </w:p>
    <w:p>
      <w:r>
        <w:rPr>
          <w:sz w:val="20"/>
        </w:rPr>
        <w:t>6:50  Is ka matlab hai "Killer of Distraction".</w:t>
      </w:r>
      <w:r>
        <w:br/>
      </w:r>
      <w:r>
        <w:rPr>
          <w:sz w:val="20"/>
        </w:rPr>
        <w:t>6:56  Zindagi mein sab se roke mein, sab se bada Obstacle, sab se badi rukawat kya hai? Distraction.</w:t>
      </w:r>
      <w:r>
        <w:br/>
      </w:r>
      <w:r>
        <w:rPr>
          <w:sz w:val="20"/>
        </w:rPr>
        <w:t>7:06  Yaani aap zindagi ka jo asal maqsad hai, jo Purpose of Life hai, to bar bar aisi cheezein aati hain jo aap ko munharif kar deti hain, Deviate kar deti hain.</w:t>
      </w:r>
      <w:r>
        <w:br/>
      </w:r>
      <w:r>
        <w:rPr>
          <w:sz w:val="20"/>
        </w:rPr>
        <w:t>7:23  Koi Temptation, koi Desire, koi Ambition,</w:t>
      </w:r>
      <w:r>
        <w:br/>
      </w:r>
      <w:r>
        <w:rPr>
          <w:sz w:val="20"/>
        </w:rPr>
        <w:t>7:34  koi khwahish. idhar aap Distract ho jatay hain.</w:t>
      </w:r>
      <w:r>
        <w:br/>
      </w:r>
      <w:r>
        <w:rPr>
          <w:sz w:val="20"/>
        </w:rPr>
        <w:t>7:41  to maut jo hai, sab se bara Source hai aadmi ko Distraction se bachane ka. ke woh maut yaad dilati hai ke waqt kahan hai Distract hone ka.</w:t>
      </w:r>
      <w:r>
        <w:br/>
      </w:r>
      <w:r>
        <w:rPr>
          <w:sz w:val="20"/>
        </w:rPr>
        <w:t>7:59  aap jantay hain ke maut to kabhi bhi aati hai, subah, shaam, raat, din, bachpan mein, jawani mein, barhapay mein, kabhi bhi aa sakti hai.</w:t>
      </w:r>
      <w:r>
        <w:br/>
      </w:r>
      <w:r>
        <w:rPr>
          <w:sz w:val="20"/>
        </w:rPr>
        <w:t>8:08  to maut ke sath jo Uncertainty lagi hui hai, be yaqeeni ke kabhi aa jayegi, aglay lamha aa jayegi.</w:t>
      </w:r>
      <w:r>
        <w:br/>
      </w:r>
      <w:r>
        <w:rPr>
          <w:sz w:val="20"/>
        </w:rPr>
        <w:t>8:19  Alwar mein aik thay Maulana Ibrahim, mein wahan gaya.</w:t>
      </w:r>
      <w:r>
        <w:br/>
      </w:r>
      <w:r>
        <w:rPr>
          <w:sz w:val="20"/>
        </w:rPr>
        <w:t>8:26  to maloom hua ke woh taakhir kar rahay thay, taakhir kar rahay thay, woh gir paray stage se.</w:t>
      </w:r>
      <w:r>
        <w:br/>
      </w:r>
      <w:r>
        <w:rPr>
          <w:sz w:val="20"/>
        </w:rPr>
        <w:t>8:34  to aadmi sotay sotay mar jata hai, boltay boltay mar jata hai.</w:t>
      </w:r>
      <w:r>
        <w:br/>
      </w:r>
      <w:r>
        <w:rPr>
          <w:sz w:val="20"/>
        </w:rPr>
        <w:t>8:41  to Uncertainty ka jo Element hai maut ke sath, woh aap ko bohat ziyada Alert karta hai.</w:t>
      </w:r>
      <w:r>
        <w:br/>
      </w:r>
      <w:r>
        <w:rPr>
          <w:sz w:val="20"/>
        </w:rPr>
        <w:t>8:51  aap ko yaad dilata hai ke time kahan hai Distract hone ka.</w:t>
      </w:r>
    </w:p>
    <w:p>
      <w:pPr>
        <w:pStyle w:val="Heading2"/>
      </w:pPr>
      <w:r>
        <w:t>Distraction is the main obstacle to self-purification</w:t>
      </w:r>
    </w:p>
    <w:p>
      <w:r>
        <w:rPr>
          <w:color w:val="666666"/>
          <w:sz w:val="18"/>
        </w:rPr>
        <w:t>God Oriented Life July 9, 2023 · 1m 36s · at 49:07 · https://youtu.be/0bQxMeOk5c8?t=2947</w:t>
      </w:r>
    </w:p>
    <w:p>
      <w:r>
        <w:rPr>
          <w:i/>
        </w:rPr>
        <w:t>“Distraction is the main reason we can't purify ourselves”</w:t>
      </w:r>
    </w:p>
    <w:p>
      <w:r>
        <w:rPr>
          <w:sz w:val="20"/>
        </w:rPr>
        <w:t>49:07  distraction hi main cheez hai jis ki wajah se hum apna tazkiya nahi kar paate.</w:t>
      </w:r>
      <w:r>
        <w:br/>
      </w:r>
      <w:r>
        <w:rPr>
          <w:sz w:val="20"/>
        </w:rPr>
        <w:t>49:14  to baar baar hum distract hote rehte hain. aur sab se pehle humein yeh jaanna hai ke hamare paas bohat hi limited period of time hai.</w:t>
      </w:r>
      <w:r>
        <w:br/>
      </w:r>
      <w:r>
        <w:rPr>
          <w:sz w:val="20"/>
        </w:rPr>
        <w:t>49:23  hamare paas waqt bohat kam hai. agar hum is mein distract hote rahenge baar baar to pata chalega ke hamara time hi khatam ho gaya. ab hum kuch karne ki position mein hi nahi</w:t>
      </w:r>
      <w:r>
        <w:br/>
      </w:r>
      <w:r>
        <w:rPr>
          <w:sz w:val="20"/>
        </w:rPr>
        <w:t>49:34  hain. to yeh baat humein samajhna hai aur apne aap ko poori tarah se har waqt tayyar rakhna hai ke jahan bhi koi un ko jahan bhi aisa lage ke yeh cheez humein matlab sab se pehle to humein apna goal set kar lena hai ke hamara goal kya hai?</w:t>
      </w:r>
      <w:r>
        <w:br/>
      </w:r>
      <w:r>
        <w:rPr>
          <w:sz w:val="20"/>
        </w:rPr>
        <w:t>49:53  kya spirituality hamara goal hai? Khuda se connection qaim karna hamara goal hai?</w:t>
      </w:r>
      <w:r>
        <w:br/>
      </w:r>
      <w:r>
        <w:rPr>
          <w:sz w:val="20"/>
        </w:rPr>
        <w:t>49:58  ya duniya ka bhi koi goal ho to humein us goal ko sab se pehle set kar lena hai. is ke baad dekhna hai ke kya koi aisi cheez hai jo is mein hamare woh obstacle create kar rahi hai.</w:t>
      </w:r>
      <w:r>
        <w:br/>
      </w:r>
      <w:r>
        <w:rPr>
          <w:sz w:val="20"/>
        </w:rPr>
        <w:t>50:12  matlab bohat saare log hain jo lazeez khano ke chakkar mein rehte hain. aur ladies khaas taur par shopping ke chakkar mein rehti hain.</w:t>
      </w:r>
      <w:r>
        <w:br/>
      </w:r>
      <w:r>
        <w:rPr>
          <w:sz w:val="20"/>
        </w:rPr>
        <w:t>50:22  kitne hi un ke paas samaan ho lekin shopping karne chali jaati hain.</w:t>
      </w:r>
      <w:r>
        <w:br/>
      </w:r>
      <w:r>
        <w:rPr>
          <w:sz w:val="20"/>
        </w:rPr>
        <w:t>50:26  entertainment hai, daawaten hain aur bohat saari cheezen aisi hain. to yeh saari cheezon se apne aap ko bachana padega.</w:t>
      </w:r>
      <w:r>
        <w:br/>
      </w:r>
      <w:r>
        <w:rPr>
          <w:sz w:val="20"/>
        </w:rPr>
        <w:t>50:35  jab Maulana keh dete hain need based life guzarni padegi. kyunke yeh to saari zindagi bazaar mein to roz nayi nayi cheezen aati rehti hain.</w:t>
      </w:r>
    </w:p>
    <w:p>
      <w:pPr>
        <w:pStyle w:val="Heading2"/>
      </w:pPr>
      <w:r>
        <w:t>Two conditions for real Dawah: well-wishing and disarmament</w:t>
      </w:r>
    </w:p>
    <w:p>
      <w:r>
        <w:rPr>
          <w:color w:val="666666"/>
          <w:sz w:val="18"/>
        </w:rPr>
        <w:t>The Fate of Muslim Ummah (English) May 03, 2014 · 1m 48s · at 19:43 · https://youtu.be/Gu64pZtxdAA?t=1183</w:t>
      </w:r>
    </w:p>
    <w:p>
      <w:r>
        <w:rPr>
          <w:i/>
        </w:rPr>
        <w:t>“We have to show a spirit of well-wishing towards all these people.”</w:t>
      </w:r>
    </w:p>
    <w:p>
      <w:r>
        <w:rPr>
          <w:sz w:val="20"/>
        </w:rPr>
        <w:t>19:43  And we have to show a spirit of well-wishing towards all these people. This is the first condition.</w:t>
      </w:r>
      <w:r>
        <w:br/>
      </w:r>
      <w:r>
        <w:rPr>
          <w:sz w:val="20"/>
        </w:rPr>
        <w:t>19:56  Without inculcating the spirit of well-wishing in your heart, you cannot do Dawah work.</w:t>
      </w:r>
      <w:r>
        <w:br/>
      </w:r>
      <w:r>
        <w:rPr>
          <w:sz w:val="20"/>
        </w:rPr>
        <w:t>20:07  Then the other condition is Muslims must abandon all kinds of violence.</w:t>
      </w:r>
      <w:r>
        <w:br/>
      </w:r>
      <w:r>
        <w:rPr>
          <w:sz w:val="20"/>
        </w:rPr>
        <w:t>20:19  For example, in several countries, there are groups who have acquired arms.</w:t>
      </w:r>
      <w:r>
        <w:br/>
      </w:r>
      <w:r>
        <w:rPr>
          <w:sz w:val="20"/>
        </w:rPr>
        <w:t>20:35  There are several groups who have acquired arms. So first of all, you have to disarm all these groups. Simply talking about peace, separating about justice is not enough.</w:t>
      </w:r>
      <w:r>
        <w:br/>
      </w:r>
      <w:r>
        <w:rPr>
          <w:sz w:val="20"/>
        </w:rPr>
        <w:t>20:51  This kind of talk is futile.</w:t>
      </w:r>
      <w:r>
        <w:br/>
      </w:r>
      <w:r>
        <w:rPr>
          <w:sz w:val="20"/>
        </w:rPr>
        <w:t>20:55  Unless you disarm all these Muslim groups who are engaged in violence in different Muslim countries, unless you disarm all these groups,</w:t>
      </w:r>
      <w:r>
        <w:br/>
      </w:r>
      <w:r>
        <w:rPr>
          <w:sz w:val="20"/>
        </w:rPr>
        <w:t>21:08  no plan will do. You cannot achieve any kind of</w:t>
      </w:r>
      <w:r>
        <w:br/>
      </w:r>
      <w:r>
        <w:rPr>
          <w:sz w:val="20"/>
        </w:rPr>
        <w:t>21:20  positive goal.</w:t>
      </w:r>
      <w:r>
        <w:br/>
      </w:r>
      <w:r>
        <w:rPr>
          <w:sz w:val="20"/>
        </w:rPr>
        <w:t>21:23  So these two are very, very important conditions.</w:t>
      </w:r>
    </w:p>
    <w:p>
      <w:pPr>
        <w:pStyle w:val="Heading2"/>
      </w:pPr>
      <w:r>
        <w:t>Muslims' victim narrative comes from biased media reading</w:t>
      </w:r>
    </w:p>
    <w:p>
      <w:r>
        <w:rPr>
          <w:color w:val="666666"/>
          <w:sz w:val="18"/>
        </w:rPr>
        <w:t>The Right Path May 24, 2015 · 4m 44s · at 36:40 · https://youtu.be/XrsNdAp9PJA?t=2200</w:t>
      </w:r>
    </w:p>
    <w:p>
      <w:r>
        <w:rPr>
          <w:i/>
        </w:rPr>
        <w:t>“Aap kisi bhi Musalmano ke jalse mein jaiye, negative baatein sunenge”</w:t>
      </w:r>
    </w:p>
    <w:p>
      <w:r>
        <w:rPr>
          <w:sz w:val="20"/>
        </w:rPr>
        <w:t>36:40  to is daur mein jo bhi aap musalmanon ke kisi jalsay mein jaiye, un ki kisi perche ko parhiye, un ki majlis mein baithiye, har jagah aap sunenge negative baatein</w:t>
      </w:r>
      <w:r>
        <w:br/>
      </w:r>
      <w:r>
        <w:rPr>
          <w:sz w:val="20"/>
        </w:rPr>
        <w:t>36:53  ke musalmanon par zulm ho raha hai, musalman under siege hain,</w:t>
      </w:r>
      <w:r>
        <w:br/>
      </w:r>
      <w:r>
        <w:rPr>
          <w:sz w:val="20"/>
        </w:rPr>
        <w:t>37:00  musalmanon ke sath discrimination hota hai.</w:t>
      </w:r>
      <w:r>
        <w:br/>
      </w:r>
      <w:r>
        <w:rPr>
          <w:sz w:val="20"/>
        </w:rPr>
        <w:t>37:08  abhi kal mere pas aik sahib ka telephone aya, unhon ne kaha ke aik aalim jo Britain mein rehte hain, woh aye India, un ki taqreer hui.</w:t>
      </w:r>
      <w:r>
        <w:br/>
      </w:r>
      <w:r>
        <w:rPr>
          <w:sz w:val="20"/>
        </w:rPr>
        <w:t>37:21  to unhon ne kaha ke Europe mein bohat ziyada musalmanon ke sath discrimination hota hai. to misal kya di unhon ne ke wahan ki press mein yeh haal hai ke kisi waqeye ki report aye aur us mein koi musalman agar ne kuch ghalt kaam kiya ho to uska naam rahega,</w:t>
      </w:r>
      <w:r>
        <w:br/>
      </w:r>
      <w:r>
        <w:rPr>
          <w:sz w:val="20"/>
        </w:rPr>
        <w:t>37:40  musalman ka naam rahega. aur agar kisi non-muslim ka mamla ho to wahan aik person, aik person, aik shakhs ka rahega,</w:t>
      </w:r>
      <w:r>
        <w:br/>
      </w:r>
      <w:r>
        <w:rPr>
          <w:sz w:val="20"/>
        </w:rPr>
        <w:t>37:50  yani musalman ka naam rahega aur doosra aik person.</w:t>
      </w:r>
      <w:r>
        <w:br/>
      </w:r>
      <w:r>
        <w:rPr>
          <w:sz w:val="20"/>
        </w:rPr>
        <w:t>37:56  mein ne dekha, bilkul ghalt baat hai ke mein to ziyada zindagi angrezi akhbar parhta raha, mein ne kabhi aisa nahi paya. ab aik adh, aik adh cheez kahin dekhi hogi, us ko generalize kar diya unhon ne, aik adh waqeye ko generalize kar diya.</w:t>
      </w:r>
      <w:r>
        <w:br/>
      </w:r>
      <w:r>
        <w:rPr>
          <w:sz w:val="20"/>
        </w:rPr>
        <w:t>38:14  to yeh halat hai logon ki.</w:t>
      </w:r>
      <w:r>
        <w:br/>
      </w:r>
      <w:r>
        <w:rPr>
          <w:sz w:val="20"/>
        </w:rPr>
        <w:t>38:17  to yeh jo tasawwur hai ke hamare sath zulm ho raha hai, hamare sath discrimination kiya jata hai, hum under siege hain, is ko khatam karne ki shakal yeh nahi hai ke hum protest karein, complaint karein, ehtejaj karein,</w:t>
      </w:r>
      <w:r>
        <w:br/>
      </w:r>
      <w:r>
        <w:rPr>
          <w:sz w:val="20"/>
        </w:rPr>
        <w:t>38:35  balkay sochen ke ghalti kahan hai, sochen ghalti kahan hai.</w:t>
      </w:r>
      <w:r>
        <w:br/>
      </w:r>
      <w:r>
        <w:rPr>
          <w:sz w:val="20"/>
        </w:rPr>
        <w:t>38:46  to ghalti yeh hai ke hum ne apne, hamara jo farz hai Allah ki taraf se ummat-e-muslima ke upar, uska tasawwur hi ghalt kar rakha hai,</w:t>
      </w:r>
      <w:r>
        <w:br/>
      </w:r>
      <w:r>
        <w:rPr>
          <w:sz w:val="20"/>
        </w:rPr>
        <w:t>38:58  isi ka apne, apne nasb ul aun ka tasawwur ghalt bana rakha hai. hamare upar jo farz hai, woh yeh hai ke hum tamam insanon ko Allah ka paigham pahunchayein, kyunke woh hamare liye madu hain, hum dawi hain, woh madu hain.</w:t>
      </w:r>
      <w:r>
        <w:br/>
      </w:r>
      <w:r>
        <w:rPr>
          <w:sz w:val="20"/>
        </w:rPr>
        <w:t>39:14  lekin is ko ghalt, is ko badal kar ke yeh bana rakha hai ke hum, hum mazloom hain ya zalim hain. yani jo equation dawi o madu ka tha, us equation ko zalim mazloom bana diya,</w:t>
      </w:r>
      <w:r>
        <w:br/>
      </w:r>
      <w:r>
        <w:rPr>
          <w:sz w:val="20"/>
        </w:rPr>
        <w:t>39:30  aur phir lad rahe hain, lad rahe hain. to yahan, yahan par hamein islaah karni padegi, yahan par hamein islaah karni padegi.</w:t>
      </w:r>
      <w:r>
        <w:br/>
      </w:r>
      <w:r>
        <w:rPr>
          <w:sz w:val="20"/>
        </w:rPr>
        <w:t>39:41  kab ja kar yeh surat-e-haal badlegi? kab ja kar hamara mamla durust hoga? kab ja kar Allah ki nasrat hamari taraf aye gi?</w:t>
      </w:r>
      <w:r>
        <w:br/>
      </w:r>
      <w:r>
        <w:rPr>
          <w:sz w:val="20"/>
        </w:rPr>
        <w:t>39:56  yeh hai sara mamla.</w:t>
      </w:r>
      <w:r>
        <w:br/>
      </w:r>
      <w:r>
        <w:rPr>
          <w:sz w:val="20"/>
        </w:rPr>
        <w:t>40:00  yeh jo mein ne misal di ke woh Europe mein rehte hain, aur kya bataya unhon ne? aa kar ke ke wahan ke akhbaron ka yeh haal hai ke koi musalman ki baat ho to Muslim naam likhein ge, aur kisi non-muslim ki baat ho to aik person likhein ge.</w:t>
      </w:r>
      <w:r>
        <w:br/>
      </w:r>
      <w:r>
        <w:rPr>
          <w:sz w:val="20"/>
        </w:rPr>
        <w:t>40:19  yeh, yeh bilkul ghalt baat hai. yani yeh is ko kahenge wrong generalization. koi aik waqea aisa hua hoga to usi ko generalize</w:t>
      </w:r>
      <w:r>
        <w:br/>
      </w:r>
      <w:r>
        <w:rPr>
          <w:sz w:val="20"/>
        </w:rPr>
        <w:t>40:29  kar diya unhon ne, kyunke mein bhi to parhta hoon. to jo log is tareeqay se bat, yani musalmanon ko</w:t>
      </w:r>
      <w:r>
        <w:br/>
      </w:r>
      <w:r>
        <w:rPr>
          <w:sz w:val="20"/>
        </w:rPr>
        <w:t>40:40  batate hain, woh musalmanon ko, yani ghalt zehn banate hain, ghalt zehn. haqeeqat hai ke sari duniya ke musalman jo hain, jo likhne aur bolne wale log hain, woh ghalt zehn hi bana rahe hain,</w:t>
      </w:r>
      <w:r>
        <w:br/>
      </w:r>
      <w:r>
        <w:rPr>
          <w:sz w:val="20"/>
        </w:rPr>
        <w:t>40:55  ghalat zehan bana rahe hain.</w:t>
      </w:r>
      <w:r>
        <w:br/>
      </w:r>
      <w:r>
        <w:rPr>
          <w:sz w:val="20"/>
        </w:rPr>
        <w:t>40:57  aur isi ghalat zehan ki waja se sare dunya ke musalman negative ho gaye hain, protest karte hain, complaint karte hain.</w:t>
      </w:r>
      <w:r>
        <w:br/>
      </w:r>
      <w:r>
        <w:rPr>
          <w:sz w:val="20"/>
        </w:rPr>
        <w:t>41:09  iski meri zimmedari hai inhi logon par jo leader hain, jo jis ko mein kaha karta hoon likhne aur bolne wala tabqa.</w:t>
      </w:r>
      <w:r>
        <w:br/>
      </w:r>
      <w:r>
        <w:rPr>
          <w:sz w:val="20"/>
        </w:rPr>
        <w:t>41:20  yani musalmanon ka jo likhne aur bolne wala tabqa hai, wo asal zimmedar hai.</w:t>
      </w:r>
    </w:p>
    <w:p>
      <w:pPr>
        <w:pStyle w:val="Heading2"/>
      </w:pPr>
      <w:r>
        <w:t>De-stressing by accepting reality of desires and afterlife</w:t>
      </w:r>
    </w:p>
    <w:p>
      <w:r>
        <w:rPr>
          <w:color w:val="666666"/>
          <w:sz w:val="18"/>
        </w:rPr>
        <w:t>The Concept of Death in Islam August 7, 2007 · 5m 48s · at 48:16 · https://youtu.be/pB0cQfYw91E?t=2896</w:t>
      </w:r>
    </w:p>
    <w:p>
      <w:r>
        <w:rPr>
          <w:i/>
        </w:rPr>
        <w:t>“The majority of people are living in tension”</w:t>
      </w:r>
    </w:p>
    <w:p>
      <w:r>
        <w:rPr>
          <w:sz w:val="20"/>
        </w:rPr>
        <w:t>48:16  All those people who live in tension, in stress—why? You know, in our present age, the majority of people are living in—the majority of people is living in tension, in stress.</w:t>
      </w:r>
      <w:r>
        <w:br/>
      </w:r>
      <w:r>
        <w:rPr>
          <w:sz w:val="20"/>
        </w:rPr>
        <w:t>48:34  Why?</w:t>
      </w:r>
      <w:r>
        <w:br/>
      </w:r>
      <w:r>
        <w:rPr>
          <w:sz w:val="20"/>
        </w:rPr>
        <w:t>48:37  The reason is very simple. The reason is very simple. They try to fulfill their desires in this world.</w:t>
      </w:r>
      <w:r>
        <w:br/>
      </w:r>
      <w:r>
        <w:rPr>
          <w:sz w:val="20"/>
        </w:rPr>
        <w:t>48:51  They are unaware that fulfillment is only in the post-death period and not in the pre-death period.</w:t>
      </w:r>
      <w:r>
        <w:br/>
      </w:r>
      <w:r>
        <w:rPr>
          <w:sz w:val="20"/>
        </w:rPr>
        <w:t>49:05  So they are going against the creation plan of God. This is the reason for all those tensions and stress.</w:t>
      </w:r>
      <w:r>
        <w:br/>
      </w:r>
      <w:r>
        <w:rPr>
          <w:sz w:val="20"/>
        </w:rPr>
        <w:t>49:17  So this is the only de-stressing formula.</w:t>
      </w:r>
      <w:r>
        <w:br/>
      </w:r>
      <w:r>
        <w:rPr>
          <w:sz w:val="20"/>
        </w:rPr>
        <w:t>49:23  The de-stressing formula is to realize, to understand the creation plan of God</w:t>
      </w:r>
      <w:r>
        <w:br/>
      </w:r>
      <w:r>
        <w:rPr>
          <w:sz w:val="20"/>
        </w:rPr>
        <w:t>49:34  . This is the de-stressing formula.</w:t>
      </w:r>
      <w:r>
        <w:br/>
      </w:r>
      <w:r>
        <w:rPr>
          <w:sz w:val="20"/>
        </w:rPr>
        <w:t>49:40  All people are living in tension and stress and try to de-stress, but they fail because they are applying the wrong formula.</w:t>
      </w:r>
      <w:r>
        <w:br/>
      </w:r>
      <w:r>
        <w:rPr>
          <w:sz w:val="20"/>
        </w:rPr>
        <w:t>49:56  The correct formula of de-stressing is to understand the creation plan of God, to accept this truth, to accept this reality that</w:t>
      </w:r>
      <w:r>
        <w:br/>
      </w:r>
      <w:r>
        <w:rPr>
          <w:sz w:val="20"/>
        </w:rPr>
        <w:t>50:17  in this present world</w:t>
      </w:r>
      <w:r>
        <w:br/>
      </w:r>
      <w:r>
        <w:rPr>
          <w:sz w:val="20"/>
        </w:rPr>
        <w:t>50:21  we have only desires. And these desires can be fulfilled only in the post-death period.</w:t>
      </w:r>
      <w:r>
        <w:br/>
      </w:r>
      <w:r>
        <w:rPr>
          <w:sz w:val="20"/>
        </w:rPr>
        <w:t>50:33  This is a reality.</w:t>
      </w:r>
      <w:r>
        <w:br/>
      </w:r>
      <w:r>
        <w:rPr>
          <w:sz w:val="20"/>
        </w:rPr>
        <w:t>50:38  So the solution lies in acceptance of this reality.</w:t>
      </w:r>
      <w:r>
        <w:br/>
      </w:r>
      <w:r>
        <w:rPr>
          <w:sz w:val="20"/>
        </w:rPr>
        <w:t>50:45  If you accept this reality, then you can live without tension and stress.</w:t>
      </w:r>
      <w:r>
        <w:br/>
      </w:r>
      <w:r>
        <w:rPr>
          <w:sz w:val="20"/>
        </w:rPr>
        <w:t>50:55  And if you fail to accept this reality, then</w:t>
      </w:r>
      <w:r>
        <w:br/>
      </w:r>
      <w:r>
        <w:rPr>
          <w:sz w:val="20"/>
        </w:rPr>
        <w:t>51:04  you are doomed to live in tension and stress.</w:t>
      </w:r>
      <w:r>
        <w:br/>
      </w:r>
      <w:r>
        <w:rPr>
          <w:sz w:val="20"/>
        </w:rPr>
        <w:t>51:12  So we must accept this reality. We must accept this reality so that we may live without tension, without stress.</w:t>
      </w:r>
      <w:r>
        <w:br/>
      </w:r>
      <w:r>
        <w:rPr>
          <w:sz w:val="20"/>
        </w:rPr>
        <w:t>51:24  Accepting</w:t>
      </w:r>
      <w:r>
        <w:br/>
      </w:r>
      <w:r>
        <w:rPr>
          <w:sz w:val="20"/>
        </w:rPr>
        <w:t>51:28  the reality, accepting the Divine reality, accepting the Divine plan is the only formula of de-stressing.</w:t>
      </w:r>
      <w:r>
        <w:br/>
      </w:r>
      <w:r>
        <w:rPr>
          <w:sz w:val="20"/>
        </w:rPr>
        <w:t>51:45  Everyone seeks to find a de-stressing formula. People are living in stress, and they are trying to find a de-stressing formula,</w:t>
      </w:r>
      <w:r>
        <w:br/>
      </w:r>
      <w:r>
        <w:rPr>
          <w:sz w:val="20"/>
        </w:rPr>
        <w:t>52:01  but they fail.</w:t>
      </w:r>
      <w:r>
        <w:br/>
      </w:r>
      <w:r>
        <w:rPr>
          <w:sz w:val="20"/>
        </w:rPr>
        <w:t>52:05  I can say, according to my experience and according to my study, that the only formula of de-stressing is to accept this Divine reality.</w:t>
      </w:r>
      <w:r>
        <w:br/>
      </w:r>
      <w:r>
        <w:rPr>
          <w:sz w:val="20"/>
        </w:rPr>
        <w:t>52:26  I accept the reality, and there is no stress.</w:t>
      </w:r>
      <w:r>
        <w:br/>
      </w:r>
      <w:r>
        <w:rPr>
          <w:sz w:val="20"/>
        </w:rPr>
        <w:t>52:32  I accept the reality, and there is no tension.</w:t>
      </w:r>
      <w:r>
        <w:br/>
      </w:r>
      <w:r>
        <w:rPr>
          <w:sz w:val="20"/>
        </w:rPr>
        <w:t>52:42  If you are traveling in an aeroplane and you want to walk in a park, so you will be—you will fall in frustration because no aeroplane can provide you a park for walking.</w:t>
      </w:r>
      <w:r>
        <w:br/>
      </w:r>
      <w:r>
        <w:rPr>
          <w:sz w:val="20"/>
        </w:rPr>
        <w:t>53:10  But if you accept that, so you will be in tension and stress.</w:t>
      </w:r>
      <w:r>
        <w:br/>
      </w:r>
      <w:r>
        <w:rPr>
          <w:sz w:val="20"/>
        </w:rPr>
        <w:t>53:17  But if you accept that an aeroplane is not a place for walking, it is not possible to have a garden in an aeroplane.</w:t>
      </w:r>
      <w:r>
        <w:br/>
      </w:r>
      <w:r>
        <w:rPr>
          <w:sz w:val="20"/>
        </w:rPr>
        <w:t>53:34  So if you reject this reality, then you are bound to live in tension. But if you accept this reality, then there is no tension</w:t>
      </w:r>
      <w:r>
        <w:br/>
      </w:r>
      <w:r>
        <w:rPr>
          <w:sz w:val="20"/>
        </w:rPr>
        <w:t>53:52  because an aeroplane is not for walking. An aeroplane cannot provide you a garden. An aeroplane is only a mode of travel.</w:t>
      </w:r>
    </w:p>
    <w:p>
      <w:pPr>
        <w:pStyle w:val="Heading2"/>
      </w:pPr>
      <w:r>
        <w:t>Rich 'super achievers' are really just money achievers</w:t>
      </w:r>
    </w:p>
    <w:p>
      <w:r>
        <w:rPr>
          <w:color w:val="666666"/>
          <w:sz w:val="18"/>
        </w:rPr>
        <w:t>History 0f Thoughts November 12, 2006 · 1m 18s · at 39:30 · https://youtu.be/BvzmJxA0j7c?t=2370</w:t>
      </w:r>
    </w:p>
    <w:p>
      <w:r>
        <w:rPr>
          <w:i/>
        </w:rPr>
        <w:t>“Jinhe log super achiever kehte hain woh super loser hain”</w:t>
      </w:r>
    </w:p>
    <w:p>
      <w:r>
        <w:rPr>
          <w:sz w:val="20"/>
        </w:rPr>
        <w:t>39:30  jaise</w:t>
      </w:r>
      <w:r>
        <w:br/>
      </w:r>
      <w:r>
        <w:rPr>
          <w:sz w:val="20"/>
        </w:rPr>
        <w:t>39:33  bohat se log hain jin ko kaha jata hai super achiever. yeh baat bohat suna hoga aap ne. super achievers. bohat si kitabein chhapi hain super achievers par.</w:t>
      </w:r>
      <w:r>
        <w:br/>
      </w:r>
      <w:r>
        <w:rPr>
          <w:sz w:val="20"/>
        </w:rPr>
        <w:t>39:45  aur mein kahunga woh super loser hain woh. yeh galat naami naam hai. yeh in logon ko super achiever kehna yeh galat naami naam hai.</w:t>
      </w:r>
      <w:r>
        <w:br/>
      </w:r>
      <w:r>
        <w:rPr>
          <w:sz w:val="20"/>
        </w:rPr>
        <w:t>39:55  kyunki agar aap zyada gehrai ke sath dekhiye toh woh super loser hote hain woh log.</w:t>
      </w:r>
      <w:r>
        <w:br/>
      </w:r>
      <w:r>
        <w:rPr>
          <w:sz w:val="20"/>
        </w:rPr>
        <w:t>40:00  kyun? aap kyun in ko super achiever kehte hain? kamyabi toh ek bohat bara shabd hai. woh jis cheez ko paate hain woh kya hai woh toh paisa hai.</w:t>
      </w:r>
      <w:r>
        <w:br/>
      </w:r>
      <w:r>
        <w:rPr>
          <w:sz w:val="20"/>
        </w:rPr>
        <w:t>40:14  woh toh paisa hai.</w:t>
      </w:r>
      <w:r>
        <w:br/>
      </w:r>
      <w:r>
        <w:rPr>
          <w:sz w:val="20"/>
        </w:rPr>
        <w:t>40:18  woh kamyabi kahan hota hai woh? agar woh kamyabi hota to kyun aisa ho ke jitne bhi super achiever hain one to all sab mayusi mein marte hain.</w:t>
      </w:r>
      <w:r>
        <w:br/>
      </w:r>
      <w:r>
        <w:rPr>
          <w:sz w:val="20"/>
        </w:rPr>
        <w:t>40:28  mayusi mein.</w:t>
      </w:r>
      <w:r>
        <w:br/>
      </w:r>
      <w:r>
        <w:rPr>
          <w:sz w:val="20"/>
        </w:rPr>
        <w:t>40:29  aap kisi ko bhi dekh lijie. to kaise super achiever hain woh?</w:t>
      </w:r>
      <w:r>
        <w:br/>
      </w:r>
      <w:r>
        <w:rPr>
          <w:sz w:val="20"/>
        </w:rPr>
        <w:t>40:38  kaise super achiever hain woh? yeh sab ke sab sahi baat hai ke paisa kamyab hain. They are money achievers rather than super achievers.</w:t>
      </w:r>
    </w:p>
    <w:p>
      <w:pPr>
        <w:pStyle w:val="Heading2"/>
      </w:pPr>
      <w:r>
        <w:t>Billionaire's despair and Billy Graham</w:t>
      </w:r>
    </w:p>
    <w:p>
      <w:r>
        <w:rPr>
          <w:color w:val="666666"/>
          <w:sz w:val="18"/>
        </w:rPr>
        <w:t>The Belief System of Islam August 01, 2007 · 2m 01s · at 36:07 · https://youtu.be/5pdnwRaPfmY?t=2167</w:t>
      </w:r>
    </w:p>
    <w:p>
      <w:r>
        <w:rPr>
          <w:i/>
        </w:rPr>
        <w:t>“No king, no wealthy people, no one was able to achieve success.”</w:t>
      </w:r>
    </w:p>
    <w:p>
      <w:r>
        <w:rPr>
          <w:sz w:val="20"/>
        </w:rPr>
        <w:t>36:07  No king, no wealthy people, no one was able to achieve success.</w:t>
      </w:r>
      <w:r>
        <w:br/>
      </w:r>
      <w:r>
        <w:rPr>
          <w:sz w:val="20"/>
        </w:rPr>
        <w:t>36:20  Everyone is doomed to die in failure with frustration. So we want eternity, and we failed to achieve eternity.</w:t>
      </w:r>
      <w:r>
        <w:br/>
      </w:r>
      <w:r>
        <w:rPr>
          <w:sz w:val="20"/>
        </w:rPr>
        <w:t>36:35  We want justice, and we failed to achieve justice in this world. We want happiness, but everyone failed to achieve happiness.</w:t>
      </w:r>
      <w:r>
        <w:br/>
      </w:r>
      <w:r>
        <w:rPr>
          <w:sz w:val="20"/>
        </w:rPr>
        <w:t>36:52  So why this state of affairs? Why this state of affairs?</w:t>
      </w:r>
      <w:r>
        <w:br/>
      </w:r>
      <w:r>
        <w:rPr>
          <w:sz w:val="20"/>
        </w:rPr>
        <w:t>37:05  Why is everyone</w:t>
      </w:r>
      <w:r>
        <w:br/>
      </w:r>
      <w:r>
        <w:rPr>
          <w:sz w:val="20"/>
        </w:rPr>
        <w:t>37:11  in despair</w:t>
      </w:r>
      <w:r>
        <w:br/>
      </w:r>
      <w:r>
        <w:rPr>
          <w:sz w:val="20"/>
        </w:rPr>
        <w:t>37:12  ? Everyone</w:t>
      </w:r>
      <w:r>
        <w:br/>
      </w:r>
      <w:r>
        <w:rPr>
          <w:sz w:val="20"/>
        </w:rPr>
        <w:t>37:17  is compelled to live in despair.</w:t>
      </w:r>
      <w:r>
        <w:br/>
      </w:r>
      <w:r>
        <w:rPr>
          <w:sz w:val="20"/>
        </w:rPr>
        <w:t>37:23  You know, an American, there is a well-known missionary in America, Billy Graham</w:t>
      </w:r>
      <w:r>
        <w:br/>
      </w:r>
      <w:r>
        <w:rPr>
          <w:sz w:val="20"/>
        </w:rPr>
        <w:t>37:33  . He says in one of his speeches that once I received a message from a richest person in America.</w:t>
      </w:r>
      <w:r>
        <w:br/>
      </w:r>
      <w:r>
        <w:rPr>
          <w:sz w:val="20"/>
        </w:rPr>
        <w:t>37:43  He was a wealthy person, so he sent anurgent message.</w:t>
      </w:r>
      <w:r>
        <w:br/>
      </w:r>
      <w:r>
        <w:rPr>
          <w:sz w:val="20"/>
        </w:rPr>
        <w:t>37:55  So I abandoned my programs, and I hurriedly went to his town</w:t>
      </w:r>
      <w:r>
        <w:br/>
      </w:r>
      <w:r>
        <w:rPr>
          <w:sz w:val="20"/>
        </w:rPr>
        <w:t>38:05  . But when I</w:t>
      </w:r>
    </w:p>
    <w:p>
      <w:pPr>
        <w:pStyle w:val="Heading2"/>
      </w:pPr>
      <w:r>
        <w:t>Abandoning useless things for angelic company</w:t>
      </w:r>
    </w:p>
    <w:p>
      <w:r>
        <w:rPr>
          <w:color w:val="666666"/>
          <w:sz w:val="18"/>
        </w:rPr>
        <w:t>Q&amp;A 06 Feb 2011 Maulana Wahiduddin Khan · 4m 56s · at 2:38 · https://youtu.be/FrKaSxe9INc?t=158</w:t>
      </w:r>
    </w:p>
    <w:p>
      <w:r>
        <w:rPr>
          <w:i/>
        </w:rPr>
        <w:t>“No, never - there is a great fallacy.”</w:t>
      </w:r>
    </w:p>
    <w:p>
      <w:r>
        <w:rPr>
          <w:sz w:val="20"/>
        </w:rPr>
        <w:t>2:38  " Nahi, hargiz nahi, hargiz nahi. Dekhiye, ek bahut badi felicity hai jisko main wazeh karna chahta hoon.</w:t>
      </w:r>
      <w:r>
        <w:br/>
      </w:r>
      <w:r>
        <w:rPr>
          <w:sz w:val="20"/>
        </w:rPr>
        <w:t>2:50  Log samajhte hain ke woh haraam hai, koi cheez hai, woh woh na karein. Hum matlab sharab haraam hai, piyein, khinzeer haraam hai, na khayein. Yeh bahut bada mughalta hai,</w:t>
      </w:r>
      <w:r>
        <w:br/>
      </w:r>
      <w:r>
        <w:rPr>
          <w:sz w:val="20"/>
        </w:rPr>
        <w:t>3:00  bahut bada mughalta hai. Ek hadith hai jo Tirmizi mein hai: Man hasana islami al-mar'u taraka ma la ya'ni. Matlab iska matlab kya hua?</w:t>
      </w:r>
      <w:r>
        <w:br/>
      </w:r>
      <w:r>
        <w:rPr>
          <w:sz w:val="20"/>
        </w:rPr>
        <w:t>3:13  Ek hai tark-e-haraam, ek hai tark-e-ma la ya'ni,</w:t>
      </w:r>
      <w:r>
        <w:br/>
      </w:r>
      <w:r>
        <w:rPr>
          <w:sz w:val="20"/>
        </w:rPr>
        <w:t>3:19  ek hai tark-e-haraam, ek hai tark-e-ma la ya'ni. Yani ek woh cheez hai jo Allah taala ne in laa'il qaraar diya hai, haraam qaraar diya hai, usko chhodna hai.</w:t>
      </w:r>
      <w:r>
        <w:br/>
      </w:r>
      <w:r>
        <w:rPr>
          <w:sz w:val="20"/>
        </w:rPr>
        <w:t>3:32  Kuch aur cheezein hain jo be-nateejah hain, be-faida hain,</w:t>
      </w:r>
      <w:r>
        <w:br/>
      </w:r>
      <w:r>
        <w:rPr>
          <w:sz w:val="20"/>
        </w:rPr>
        <w:t>3:38  sehat ko kharab karne wali hain, waqt ko zaya karne wali hain, paisa ko barbaad karne wali hain, usko bhi chhodna hai. Wahan jannat nahi milegi, yaad rakhiye.</w:t>
      </w:r>
      <w:r>
        <w:br/>
      </w:r>
      <w:r>
        <w:rPr>
          <w:sz w:val="20"/>
        </w:rPr>
        <w:t>3:49  Us ko achhi tarah samajh lijiye ke jannat hargiz nahi milegi aise logon ko jo tark-e-ma la ya'ni ko par amal na karein.</w:t>
      </w:r>
      <w:r>
        <w:br/>
      </w:r>
      <w:r>
        <w:rPr>
          <w:sz w:val="20"/>
        </w:rPr>
        <w:t>3:56  Kyun? Dekhiye, iska raaz hai bahut bada.</w:t>
      </w:r>
      <w:r>
        <w:br/>
      </w:r>
      <w:r>
        <w:rPr>
          <w:sz w:val="20"/>
        </w:rPr>
        <w:t>4:02  Jo tark-e-haraam na kare, yani haraam ka phansa hua ho, to uska shaitan saathi ho jata hai.</w:t>
      </w:r>
      <w:r>
        <w:br/>
      </w:r>
      <w:r>
        <w:rPr>
          <w:sz w:val="20"/>
        </w:rPr>
        <w:t>4:13  Haraam mein mubtala insaanon ka saathi shaitan hota hai, uske chaaron taraf shaitan hote hain.</w:t>
      </w:r>
      <w:r>
        <w:br/>
      </w:r>
      <w:r>
        <w:rPr>
          <w:sz w:val="20"/>
        </w:rPr>
        <w:t>4:18  Achha, jo tark-e-ma la ya'ni na kare, yani be-faida cheezon mein phansa hua ho, to woh jaante hain kya hota hai? Farishte uska saath chhod dete hain.</w:t>
      </w:r>
      <w:r>
        <w:br/>
      </w:r>
      <w:r>
        <w:rPr>
          <w:sz w:val="20"/>
        </w:rPr>
        <w:t>4:30  Farishton se bas mehroom ho jata hai. Jo aadmi cigarette piyega, beedi piyega, paan khayega, gutka khayega, to uski price dene ki qazi nahi padegi.</w:t>
      </w:r>
      <w:r>
        <w:br/>
      </w:r>
      <w:r>
        <w:rPr>
          <w:sz w:val="20"/>
        </w:rPr>
        <w:t>4:42  us ko</w:t>
      </w:r>
      <w:r>
        <w:br/>
      </w:r>
      <w:r>
        <w:rPr>
          <w:sz w:val="20"/>
        </w:rPr>
        <w:t>4:43  Farishte ki sohbat use nahi milegi, yaad rakhiye. To kya aap us ko tahammul kar sakte hain? Us ko afford kar sakte hain ke farishte aap ki sohbat aap ko na mile?</w:t>
      </w:r>
      <w:r>
        <w:br/>
      </w:r>
      <w:r>
        <w:rPr>
          <w:sz w:val="20"/>
        </w:rPr>
        <w:t>5:00  Yeh bahut badi felicity hai ke log samajhte hain ke woh haraam ko hum chhodhe hue hain. Nahi, tark-e-ma la ya'ni ka bhi saboot dena padega aap ko.</w:t>
      </w:r>
      <w:r>
        <w:br/>
      </w:r>
      <w:r>
        <w:rPr>
          <w:sz w:val="20"/>
        </w:rPr>
        <w:t>5:12  be faida cheezon ko chhodna, be faida ka matlab kya hai? is mein aap paisa zaya ho, waqt zaya ho,</w:t>
      </w:r>
      <w:r>
        <w:br/>
      </w:r>
      <w:r>
        <w:rPr>
          <w:sz w:val="20"/>
        </w:rPr>
        <w:t>5:19  sehaten kharab hon, waqt bekar logon ke sath aap ka sath.</w:t>
      </w:r>
      <w:r>
        <w:br/>
      </w:r>
      <w:r>
        <w:rPr>
          <w:sz w:val="20"/>
        </w:rPr>
        <w:t>5:27  yeh sab aaj agar jo aaj log meri awaz sun rahe hain, main koi bhi shakhs agar is ka aadi hai to aaj hi se farz hai agar ek chhodna hai.</w:t>
      </w:r>
      <w:r>
        <w:br/>
      </w:r>
      <w:r>
        <w:rPr>
          <w:sz w:val="20"/>
        </w:rPr>
        <w:t>5:36  yeh now aur never ka mamla hota hai. now aur never, yeh abhi aaj kabhi nahin.</w:t>
      </w:r>
      <w:r>
        <w:br/>
      </w:r>
      <w:r>
        <w:rPr>
          <w:sz w:val="20"/>
        </w:rPr>
        <w:t>5:42  jo log meri awaz sun rahe hain, un sab ko main kahunga ke agar aap chahte hain ke farishton ki sohbat se aap mehroom na ho jayen to abhi faisla kijiye, abhi maine chhod diya is ko.</w:t>
      </w:r>
      <w:r>
        <w:br/>
      </w:r>
      <w:r>
        <w:rPr>
          <w:sz w:val="20"/>
        </w:rPr>
        <w:t>5:52  aaj se yeh pan masala aur gutka aur cigarette aur beedi, yeh sab abhi faisla kijiye, abhi chhod diya hum ne.</w:t>
      </w:r>
      <w:r>
        <w:br/>
      </w:r>
      <w:r>
        <w:rPr>
          <w:sz w:val="20"/>
        </w:rPr>
        <w:t>6:04  aap ghor kijiye ke jis ke saathi farishte na hon, dekhen is dunya mein jo mamla hai, koi bhi aadmi khud se kuch nahin kar pata.</w:t>
      </w:r>
      <w:r>
        <w:br/>
      </w:r>
      <w:r>
        <w:rPr>
          <w:sz w:val="20"/>
        </w:rPr>
        <w:t>6:14  bara kaam karne ke liye aap shaitan ke saathi chahiye. baghair shaitan ke sath ke aap bara kaam nahin kar sakte.</w:t>
      </w:r>
      <w:r>
        <w:br/>
      </w:r>
      <w:r>
        <w:rPr>
          <w:sz w:val="20"/>
        </w:rPr>
        <w:t>6:23  achha kaam karne ke liye farishte ke saathi chahiye. aap ko yaad rakhiye, yeh Allah ka qanoon hai. yeh farishton ko apna saathi banaye baghair aap achha kaam nahin kar sakte.</w:t>
      </w:r>
      <w:r>
        <w:br/>
      </w:r>
      <w:r>
        <w:rPr>
          <w:sz w:val="20"/>
        </w:rPr>
        <w:t>6:37  jis tarah se bara kaam karne ke liye aap ko shaitan ko saathi banana padta hai,</w:t>
      </w:r>
      <w:r>
        <w:br/>
      </w:r>
      <w:r>
        <w:rPr>
          <w:sz w:val="20"/>
        </w:rPr>
        <w:t>6:43  to aap kaam kya karenge? yani is aadmi ki namaz bhi gharaat hai, is ka haj bhi gharaat hai, is ki dawat bhi gharaat hai, jo in cheezon mein phansa hua ho.</w:t>
      </w:r>
      <w:r>
        <w:br/>
      </w:r>
      <w:r>
        <w:rPr>
          <w:sz w:val="20"/>
        </w:rPr>
        <w:t>6:59  to yaad rakhiye, tark haram jis tarah zaroori hai, usi tarah tark mala yani bhi zaroori hai. kyun? farishton se ki sohbat se mehroom ho jati hai.</w:t>
      </w:r>
      <w:r>
        <w:br/>
      </w:r>
      <w:r>
        <w:rPr>
          <w:sz w:val="20"/>
        </w:rPr>
        <w:t>7:09  to jo log meri awaz sun rahe hain, un sab ko main kahunga ke aaj hi yeh faisla kijiye ke hum aisi sab cheezon ko hum ne chhod diya</w:t>
      </w:r>
      <w:r>
        <w:br/>
      </w:r>
      <w:r>
        <w:rPr>
          <w:sz w:val="20"/>
        </w:rPr>
        <w:t>7:18  taake farishton ki sohbat hamein mile aur hamara zehni irtaqa ho, rohani irtaqa ho, hamari jannati shakhsiyat bane aur maut aaye to is hal mein aaye ke hum Allah ke farishte hamara istiqbal karne wale hon.</w:t>
      </w:r>
    </w:p>
    <w:p>
      <w:pPr>
        <w:pStyle w:val="Heading2"/>
      </w:pPr>
      <w:r>
        <w:t>More money means more distraction, not more happiness</w:t>
      </w:r>
    </w:p>
    <w:p>
      <w:r>
        <w:rPr>
          <w:color w:val="666666"/>
          <w:sz w:val="18"/>
        </w:rPr>
        <w:t>Muslim Militancy July 8, 2007 · 4m 18s · at 1:43:15 · https://youtu.be/mfIIEFQDOtg?t=6195</w:t>
      </w:r>
    </w:p>
    <w:p>
      <w:r>
        <w:rPr>
          <w:i/>
        </w:rPr>
        <w:t>“more money تو better چیز ختم ہو جاتی ہے”</w:t>
      </w:r>
    </w:p>
    <w:p>
      <w:r>
        <w:rPr>
          <w:sz w:val="20"/>
        </w:rPr>
        <w:t>1:43:15  Is it wrong to earn more money and obtain better things in life? Ab more money to better, more money ke baad better cheez khatam ho jati hai.</w:t>
      </w:r>
      <w:r>
        <w:br/>
      </w:r>
      <w:r>
        <w:rPr>
          <w:sz w:val="20"/>
        </w:rPr>
        <w:t>1:43:30  Mili hui bhi khatam ho jati hai. More money aai ke better cheez gai.</w:t>
      </w:r>
      <w:r>
        <w:br/>
      </w:r>
      <w:r>
        <w:rPr>
          <w:sz w:val="20"/>
        </w:rPr>
        <w:t>1:43:37  Dekhiye, mera zindagi ke upar ka tajurba hai. Ke more money anay ke baad kya hota hai?</w:t>
      </w:r>
      <w:r>
        <w:br/>
      </w:r>
      <w:r>
        <w:rPr>
          <w:sz w:val="20"/>
        </w:rPr>
        <w:t>1:43:48  Waste of money. Jis ke paas paisa zyada aya to money ko waste karne laga woh. Kahan? Outing mein, shopping mein, fashion mein.</w:t>
      </w:r>
      <w:r>
        <w:br/>
      </w:r>
      <w:r>
        <w:rPr>
          <w:sz w:val="20"/>
        </w:rPr>
        <w:t>1:43:59  Aur aisa ghar banana, waisa car khareedna</w:t>
      </w:r>
      <w:r>
        <w:br/>
      </w:r>
      <w:r>
        <w:rPr>
          <w:sz w:val="20"/>
        </w:rPr>
        <w:t>1:44:02  ۔ To more money means super diversion۔</w:t>
      </w:r>
      <w:r>
        <w:br/>
      </w:r>
      <w:r>
        <w:rPr>
          <w:sz w:val="20"/>
        </w:rPr>
        <w:t>1:44:11  Super distraction. Maine to koi exception nahi dekha is mein. Koi exception mujhe nahi apni zindagi mein dikhai nahi para. Jab tak aadmi se kam paisa hai to distraction kam hota hai.</w:t>
      </w:r>
      <w:r>
        <w:br/>
      </w:r>
      <w:r>
        <w:rPr>
          <w:sz w:val="20"/>
        </w:rPr>
        <w:t>1:44:26  Aur zyada paisa aya to phir distraction har waqt. Har waqt distraction.</w:t>
      </w:r>
      <w:r>
        <w:br/>
      </w:r>
      <w:r>
        <w:rPr>
          <w:sz w:val="20"/>
        </w:rPr>
        <w:t>1:44:34  Aur maine ek baar to kaha tha yahan par ke haram jo hai cheezen wo isi liye haram hain ke wo distraction hain wo. Haram kyun hain?</w:t>
      </w:r>
      <w:r>
        <w:br/>
      </w:r>
      <w:r>
        <w:rPr>
          <w:sz w:val="20"/>
        </w:rPr>
        <w:t>1:44:43  Is liye ke wo distract karti hain right path se. Right path se. Jaise sharab hai, haram kyun hai?</w:t>
      </w:r>
      <w:r>
        <w:br/>
      </w:r>
      <w:r>
        <w:rPr>
          <w:sz w:val="20"/>
        </w:rPr>
        <w:t>1:44:54  Khuda yeh chahta hai ke intellectual process mere mind mein barabar chalta rahe. Intellectual process. Aur sharab kya karti hai?</w:t>
      </w:r>
      <w:r>
        <w:br/>
      </w:r>
      <w:r>
        <w:rPr>
          <w:sz w:val="20"/>
        </w:rPr>
        <w:t>1:45:04  Mere intellectual process ko stop kar deti hai.</w:t>
      </w:r>
      <w:r>
        <w:br/>
      </w:r>
      <w:r>
        <w:rPr>
          <w:sz w:val="20"/>
        </w:rPr>
        <w:t>1:45:10  Sensitivity ko khatam kar deti hai. Intellectual process sound way mein, bilkul right way mein chalta rahe, chalta rahe, chalta rahe.</w:t>
      </w:r>
      <w:r>
        <w:br/>
      </w:r>
      <w:r>
        <w:rPr>
          <w:sz w:val="20"/>
        </w:rPr>
        <w:t>1:45:22  Yeh hai to. To sharab distract karti hai. Aur jitni bhi cheezen hain, friendship hai aur jitni bhi cheezen hain, sab distract karti hain.</w:t>
      </w:r>
      <w:r>
        <w:br/>
      </w:r>
      <w:r>
        <w:rPr>
          <w:sz w:val="20"/>
        </w:rPr>
        <w:t>1:45:34  To jab paisa aye ga to is mani mein ke aap distraction ki ke bill chukane ki position mein ho jatay hain.</w:t>
      </w:r>
      <w:r>
        <w:br/>
      </w:r>
      <w:r>
        <w:rPr>
          <w:sz w:val="20"/>
        </w:rPr>
        <w:t>1:45:43  Paisa nahi hai to aap ne ek suit bana liya. Ya do suit bana liya. Zyada paisa aya to aap so suit khareeden ge aap.</w:t>
      </w:r>
      <w:r>
        <w:br/>
      </w:r>
      <w:r>
        <w:rPr>
          <w:sz w:val="20"/>
        </w:rPr>
        <w:t>1:45:51  To aap distraction ki price dene ki position mein ho jatay hain aap. Aaj yahan chalo, aaj wahan chalo, aaj outing karo, woh khana hotel mein kha len ge, falan jagah karen ge.</w:t>
      </w:r>
      <w:r>
        <w:br/>
      </w:r>
      <w:r>
        <w:rPr>
          <w:sz w:val="20"/>
        </w:rPr>
        <w:t>1:46:02  To jis aadmi, woh sahib, bohat hi main kehta hoon ke bad-qismat hai woh aadmi jis ko distraction ki price dene ke liye Khuda paisa thakel de us ke paas.</w:t>
      </w:r>
      <w:r>
        <w:br/>
      </w:r>
      <w:r>
        <w:rPr>
          <w:sz w:val="20"/>
        </w:rPr>
        <w:t>1:46:12  Lo paisa, khoob distraction mein jao, par jao is mein.</w:t>
      </w:r>
      <w:r>
        <w:br/>
      </w:r>
      <w:r>
        <w:rPr>
          <w:sz w:val="20"/>
        </w:rPr>
        <w:t>1:46:17  To distraction ke is zamanay mein khaas tor par itnay zyada khulay hue hain tareeqay ke aap bari bari carain khareediye, baray baray ghar banaiye.</w:t>
      </w:r>
      <w:r>
        <w:br/>
      </w:r>
      <w:r>
        <w:rPr>
          <w:sz w:val="20"/>
        </w:rPr>
        <w:t>1:46:29  Main Arab mein gaya to ek sahib thay, mujhe le gaye apne ghar mein. To sahib itna bara ghar tha, itna bara tha, so aadmi reh sakte hain is ke andar. Aur rehte thay kaun?</w:t>
      </w:r>
      <w:r>
        <w:br/>
      </w:r>
      <w:r>
        <w:rPr>
          <w:sz w:val="20"/>
        </w:rPr>
        <w:t>1:46:39  Woh aur un ki biwi, bas do aadmi. Aur sara fully air condition tha woh. To paise ko kahan kharch kiya unhon ne?</w:t>
      </w:r>
      <w:r>
        <w:br/>
      </w:r>
      <w:r>
        <w:rPr>
          <w:sz w:val="20"/>
        </w:rPr>
        <w:t>1:46:47  Distraction mein. Yeh bara sa ghar liya, har waqt dekhte rehte hain ke bhai is mein dekho woh woh woh jo hai unit theek chal raha hai ya nahi chal raha hai air conditioning ka.</w:t>
      </w:r>
      <w:r>
        <w:br/>
      </w:r>
      <w:r>
        <w:rPr>
          <w:sz w:val="20"/>
        </w:rPr>
        <w:t>1:46:57  Aur dekho woh mali aya hai ke nahi aya garden karne ke liye. Yani har waqt wohi chakar rehta hai. Safai hui ke nahi hui. To kaha paisa aya to distraction ki jo bill hai woh barh gaya.</w:t>
      </w:r>
      <w:r>
        <w:br/>
      </w:r>
      <w:r>
        <w:rPr>
          <w:sz w:val="20"/>
        </w:rPr>
        <w:t>1:47:13  yeh mein samajhta hoon ke woh hadees bohat hi sahi hadees hai. The same as the scientific hadees hai. Ke hadees mein aata hai ke bohat hi achhe tareeqe se is ko bataya gaya hai ke insaan ko kya chahiye.</w:t>
      </w:r>
    </w:p>
    <w:p>
      <w:pPr>
        <w:pStyle w:val="Heading2"/>
      </w:pPr>
      <w:r>
        <w:t>No second chance, freedom conditional, doomsday warning</w:t>
      </w:r>
    </w:p>
    <w:p>
      <w:r>
        <w:rPr>
          <w:color w:val="666666"/>
          <w:sz w:val="18"/>
        </w:rPr>
        <w:t>The Last Phase of Human History (English) | June 8, 2007 | Maulana Wahiduddin Khan · 6m 06s · at 45:54 · https://youtu.be/Sa6wiaUerzQ?t=2754</w:t>
      </w:r>
    </w:p>
    <w:p>
      <w:r>
        <w:rPr>
          <w:i/>
        </w:rPr>
        <w:t>“Otherwise, we are doomed to failure.”</w:t>
      </w:r>
    </w:p>
    <w:p>
      <w:r>
        <w:rPr>
          <w:sz w:val="20"/>
        </w:rPr>
        <w:t>45:54  therwise, we are doomed to failure.</w:t>
      </w:r>
      <w:r>
        <w:br/>
      </w:r>
      <w:r>
        <w:rPr>
          <w:sz w:val="20"/>
        </w:rPr>
        <w:t>46:00  Then there is no second chance.</w:t>
      </w:r>
      <w:r>
        <w:br/>
      </w:r>
      <w:r>
        <w:rPr>
          <w:sz w:val="20"/>
        </w:rPr>
        <w:t>46:06  There is no second chance for mankind.</w:t>
      </w:r>
      <w:r>
        <w:br/>
      </w:r>
      <w:r>
        <w:rPr>
          <w:sz w:val="20"/>
        </w:rPr>
        <w:t>46:12  This was the only chance.</w:t>
      </w:r>
      <w:r>
        <w:br/>
      </w:r>
      <w:r>
        <w:rPr>
          <w:sz w:val="20"/>
        </w:rPr>
        <w:t>46:18  The present global warming is telling us that this was the first</w:t>
      </w:r>
      <w:r>
        <w:br/>
      </w:r>
      <w:r>
        <w:rPr>
          <w:sz w:val="20"/>
        </w:rPr>
        <w:t>46:24  chance and the period of the first chance is going to end.</w:t>
      </w:r>
      <w:r>
        <w:br/>
      </w:r>
      <w:r>
        <w:rPr>
          <w:sz w:val="20"/>
        </w:rPr>
        <w:t>46:29  Then there is no second chance.</w:t>
      </w:r>
      <w:r>
        <w:br/>
      </w:r>
      <w:r>
        <w:rPr>
          <w:sz w:val="20"/>
        </w:rPr>
        <w:t>46:34  According to the creation plan of God, there was only one chance for a human being.</w:t>
      </w:r>
      <w:r>
        <w:br/>
      </w:r>
      <w:r>
        <w:rPr>
          <w:sz w:val="20"/>
        </w:rPr>
        <w:t>46:39  That was in the pre-death period.</w:t>
      </w:r>
      <w:r>
        <w:br/>
      </w:r>
      <w:r>
        <w:rPr>
          <w:sz w:val="20"/>
        </w:rPr>
        <w:t>46:44  For 60 years, 70 years, 90 years, that is all.</w:t>
      </w:r>
      <w:r>
        <w:br/>
      </w:r>
      <w:r>
        <w:rPr>
          <w:sz w:val="20"/>
        </w:rPr>
        <w:t>46:50  This was the first chance</w:t>
      </w:r>
      <w:r>
        <w:br/>
      </w:r>
      <w:r>
        <w:rPr>
          <w:sz w:val="20"/>
        </w:rPr>
        <w:t xml:space="preserve">46:55  </w:t>
      </w:r>
      <w:r>
        <w:br/>
      </w:r>
      <w:r>
        <w:rPr>
          <w:sz w:val="20"/>
        </w:rPr>
        <w:t>47:01  No second chance is possible for any man or any woman.</w:t>
      </w:r>
      <w:r>
        <w:br/>
      </w:r>
      <w:r>
        <w:rPr>
          <w:sz w:val="20"/>
        </w:rPr>
        <w:t>47:07  So we have to be cautious.</w:t>
      </w:r>
      <w:r>
        <w:br/>
      </w:r>
      <w:r>
        <w:rPr>
          <w:sz w:val="20"/>
        </w:rPr>
        <w:t>47:13  We have to avail this first chance.</w:t>
      </w:r>
      <w:r>
        <w:br/>
      </w:r>
      <w:r>
        <w:rPr>
          <w:sz w:val="20"/>
        </w:rPr>
        <w:t>47:20  If you fail if we fail to avail this first chance, then there is nothing but</w:t>
      </w:r>
      <w:r>
        <w:br/>
      </w:r>
      <w:r>
        <w:rPr>
          <w:sz w:val="20"/>
        </w:rPr>
        <w:t>47:26  eternal fire, eternal hell, eternal curse, eternal punishment.</w:t>
      </w:r>
      <w:r>
        <w:br/>
      </w:r>
      <w:r>
        <w:rPr>
          <w:sz w:val="20"/>
        </w:rPr>
        <w:t>47:36  So we have to be very, very conscious.</w:t>
      </w:r>
      <w:r>
        <w:br/>
      </w:r>
      <w:r>
        <w:rPr>
          <w:sz w:val="20"/>
        </w:rPr>
        <w:t>47:46  We have to achieve this first ch</w:t>
      </w:r>
      <w:r>
        <w:br/>
      </w:r>
      <w:r>
        <w:rPr>
          <w:sz w:val="20"/>
        </w:rPr>
        <w:t>47:56  ance.</w:t>
      </w:r>
      <w:r>
        <w:br/>
      </w:r>
      <w:r>
        <w:rPr>
          <w:sz w:val="20"/>
        </w:rPr>
        <w:t>48:01  We have to manage our time.</w:t>
      </w:r>
      <w:r>
        <w:br/>
      </w:r>
      <w:r>
        <w:rPr>
          <w:sz w:val="20"/>
        </w:rPr>
        <w:t>48:06  We have to manage our money.</w:t>
      </w:r>
      <w:r>
        <w:br/>
      </w:r>
      <w:r>
        <w:rPr>
          <w:sz w:val="20"/>
        </w:rPr>
        <w:t>48:11  We have to manage our life.</w:t>
      </w:r>
      <w:r>
        <w:br/>
      </w:r>
      <w:r>
        <w:rPr>
          <w:sz w:val="20"/>
        </w:rPr>
        <w:t>48:17  We have to manage our desires.</w:t>
      </w:r>
      <w:r>
        <w:br/>
      </w:r>
      <w:r>
        <w:rPr>
          <w:sz w:val="20"/>
        </w:rPr>
        <w:t>48:22  We have to manage our desires in such a way that</w:t>
      </w:r>
      <w:r>
        <w:br/>
      </w:r>
      <w:r>
        <w:rPr>
          <w:sz w:val="20"/>
        </w:rPr>
        <w:t>48:27  we are not deviated from theright path. So we have to know the art ofright management. We have to learn the art ofright management. Management of our time, management of our money, management of our activities, management of our desir</w:t>
      </w:r>
      <w:r>
        <w:br/>
      </w:r>
      <w:r>
        <w:rPr>
          <w:sz w:val="20"/>
        </w:rPr>
        <w:t>48:57  es.</w:t>
      </w:r>
      <w:r>
        <w:br/>
      </w:r>
      <w:r>
        <w:rPr>
          <w:sz w:val="20"/>
        </w:rPr>
        <w:t>49:01  There is no option for us. No option.</w:t>
      </w:r>
      <w:r>
        <w:br/>
      </w:r>
      <w:r>
        <w:rPr>
          <w:sz w:val="20"/>
        </w:rPr>
        <w:t>49:06  There is no option at all.</w:t>
      </w:r>
      <w:r>
        <w:br/>
      </w:r>
      <w:r>
        <w:rPr>
          <w:sz w:val="20"/>
        </w:rPr>
        <w:t>49:10  Although we are free, everyone is free.</w:t>
      </w:r>
      <w:r>
        <w:br/>
      </w:r>
      <w:r>
        <w:rPr>
          <w:sz w:val="20"/>
        </w:rPr>
        <w:t>49:14  We have total freedom.</w:t>
      </w:r>
      <w:r>
        <w:br/>
      </w:r>
      <w:r>
        <w:rPr>
          <w:sz w:val="20"/>
        </w:rPr>
        <w:t>49:18  We enjoy total freedom.</w:t>
      </w:r>
      <w:r>
        <w:br/>
      </w:r>
      <w:r>
        <w:rPr>
          <w:sz w:val="20"/>
        </w:rPr>
        <w:t>49:23  So we are</w:t>
      </w:r>
      <w:r>
        <w:br/>
      </w:r>
      <w:r>
        <w:rPr>
          <w:sz w:val="20"/>
        </w:rPr>
        <w:t>49:27  free to act.</w:t>
      </w:r>
      <w:r>
        <w:br/>
      </w:r>
      <w:r>
        <w:rPr>
          <w:sz w:val="20"/>
        </w:rPr>
        <w:t>49:34  But we cannot change our destiny.</w:t>
      </w:r>
      <w:r>
        <w:br/>
      </w:r>
      <w:r>
        <w:rPr>
          <w:sz w:val="20"/>
        </w:rPr>
        <w:t>49:40  We can act according to our choice.</w:t>
      </w:r>
      <w:r>
        <w:br/>
      </w:r>
      <w:r>
        <w:rPr>
          <w:sz w:val="20"/>
        </w:rPr>
        <w:t>49:47  We may act according to our choice.</w:t>
      </w:r>
      <w:r>
        <w:br/>
      </w:r>
      <w:r>
        <w:rPr>
          <w:sz w:val="20"/>
        </w:rPr>
        <w:t>49:53  But we have no power to change our destiny.</w:t>
      </w:r>
      <w:r>
        <w:br/>
      </w:r>
      <w:r>
        <w:rPr>
          <w:sz w:val="20"/>
        </w:rPr>
        <w:t>50:00  This is very crucial, very important, very serious.</w:t>
      </w:r>
      <w:r>
        <w:br/>
      </w:r>
      <w:r>
        <w:rPr>
          <w:sz w:val="20"/>
        </w:rPr>
        <w:t>50:05  It is a very serious matter.</w:t>
      </w:r>
      <w:r>
        <w:br/>
      </w:r>
      <w:r>
        <w:rPr>
          <w:sz w:val="20"/>
        </w:rPr>
        <w:t>50:10  It is a fact that we have total freedom.</w:t>
      </w:r>
      <w:r>
        <w:br/>
      </w:r>
      <w:r>
        <w:rPr>
          <w:sz w:val="20"/>
        </w:rPr>
        <w:t>50:15  But this freedom is conditional.</w:t>
      </w:r>
      <w:r>
        <w:br/>
      </w:r>
      <w:r>
        <w:rPr>
          <w:sz w:val="20"/>
        </w:rPr>
        <w:t>50:20  This freedom is not absolute.</w:t>
      </w:r>
      <w:r>
        <w:br/>
      </w:r>
      <w:r>
        <w:rPr>
          <w:sz w:val="20"/>
        </w:rPr>
        <w:t>50:25  We have to know, we have to understand that</w:t>
      </w:r>
      <w:r>
        <w:br/>
      </w:r>
      <w:r>
        <w:rPr>
          <w:sz w:val="20"/>
        </w:rPr>
        <w:t>50:30  although we have freedom, but our freedom is conditional, our freedom is not absolute.</w:t>
      </w:r>
      <w:r>
        <w:br/>
      </w:r>
      <w:r>
        <w:rPr>
          <w:sz w:val="20"/>
        </w:rPr>
        <w:t>50:37  So we have freedom to act.</w:t>
      </w:r>
      <w:r>
        <w:br/>
      </w:r>
      <w:r>
        <w:rPr>
          <w:sz w:val="20"/>
        </w:rPr>
        <w:t>50:45  But we have no freedom to change our destiny, to change the result.</w:t>
      </w:r>
      <w:r>
        <w:br/>
      </w:r>
      <w:r>
        <w:rPr>
          <w:sz w:val="20"/>
        </w:rPr>
        <w:t>50:52  We have no</w:t>
      </w:r>
      <w:r>
        <w:br/>
      </w:r>
      <w:r>
        <w:rPr>
          <w:sz w:val="20"/>
        </w:rPr>
        <w:t>51:00  power to change the course of doomsday.</w:t>
      </w:r>
      <w:r>
        <w:br/>
      </w:r>
      <w:r>
        <w:rPr>
          <w:sz w:val="20"/>
        </w:rPr>
        <w:t>51:08  Doomsday is coming very soon, very soon.</w:t>
      </w:r>
      <w:r>
        <w:br/>
      </w:r>
      <w:r>
        <w:rPr>
          <w:sz w:val="20"/>
        </w:rPr>
        <w:t>51:15  Global warming tells us in a silent language that doomsday is coming.</w:t>
      </w:r>
      <w:r>
        <w:br/>
      </w:r>
      <w:r>
        <w:rPr>
          <w:sz w:val="20"/>
        </w:rPr>
        <w:t>51:23  The countdown has</w:t>
      </w:r>
      <w:r>
        <w:br/>
      </w:r>
      <w:r>
        <w:rPr>
          <w:sz w:val="20"/>
        </w:rPr>
        <w:t>51:30  reached its end.</w:t>
      </w:r>
      <w:r>
        <w:br/>
      </w:r>
      <w:r>
        <w:rPr>
          <w:sz w:val="20"/>
        </w:rPr>
        <w:t>51:38  So there is no time.</w:t>
      </w:r>
      <w:r>
        <w:br/>
      </w:r>
      <w:r>
        <w:rPr>
          <w:sz w:val="20"/>
        </w:rPr>
        <w:t>51:45  We cannot afford the luxury of wasting our time.</w:t>
      </w:r>
      <w:r>
        <w:br/>
      </w:r>
      <w:r>
        <w:rPr>
          <w:sz w:val="20"/>
        </w:rPr>
        <w:t>51:53  This luxury cannot afford we cannot afford this luxury to waste our time. So I</w:t>
      </w:r>
    </w:p>
    <w:p>
      <w:pPr>
        <w:pStyle w:val="Heading2"/>
      </w:pPr>
      <w:r>
        <w:t>Admit mistakes, say I was wrong</w:t>
      </w:r>
    </w:p>
    <w:p>
      <w:r>
        <w:rPr>
          <w:color w:val="666666"/>
          <w:sz w:val="18"/>
        </w:rPr>
        <w:t>Q&amp;A 29 Mar 2009 Maulana Wahiduddin Khan · 32s · at 13:41 · https://youtu.be/pr358S6nndo?t=821</w:t>
      </w:r>
    </w:p>
    <w:p>
      <w:r>
        <w:rPr>
          <w:i/>
        </w:rPr>
        <w:t>“एहतराफ की आदत डालिए कि जब कोई गलती करे, जल्दी से मान ले”</w:t>
      </w:r>
    </w:p>
    <w:p>
      <w:r>
        <w:rPr>
          <w:sz w:val="20"/>
        </w:rPr>
        <w:t>13:41  ki I was wrong. I was wrong.</w:t>
      </w:r>
      <w:r>
        <w:br/>
      </w:r>
      <w:r>
        <w:rPr>
          <w:sz w:val="20"/>
        </w:rPr>
        <w:t>13:46  galti ke baad kabhi bhi usko patch up mat kijiye. usko ghuma firakar apne sahi na sabit kijiye. seedhi si keh di ki I was wrong.</w:t>
      </w:r>
      <w:r>
        <w:br/>
      </w:r>
      <w:r>
        <w:rPr>
          <w:sz w:val="20"/>
        </w:rPr>
        <w:t>13:56  tab wo process chalta rahega. jab bhi aap apni galti ko nahi mante hain, to process ruk jata hai. maan lete hain to process khul jata hai.</w:t>
      </w:r>
    </w:p>
    <w:p>
      <w:pPr>
        <w:pStyle w:val="Heading2"/>
      </w:pPr>
      <w:r>
        <w:t>Rejecting the 'nazm' theory — how the Quran should really be read</w:t>
      </w:r>
    </w:p>
    <w:p>
      <w:r>
        <w:rPr>
          <w:color w:val="666666"/>
          <w:sz w:val="18"/>
        </w:rPr>
        <w:t>Warning and Punishment May 15, 2008 · 4m 30s · at 1:22:36 · https://youtu.be/tL3qIGvBuBE?t=4956</w:t>
      </w:r>
    </w:p>
    <w:p>
      <w:r>
        <w:rPr>
          <w:i/>
        </w:rPr>
        <w:t>“Is the knowledge of nazm (verse order) important for understanding the Quran?”</w:t>
      </w:r>
    </w:p>
    <w:p>
      <w:r>
        <w:rPr>
          <w:sz w:val="20"/>
        </w:rPr>
        <w:t>1:22:36  This question is from Dr. Fareeda Khanum What is the key to understanding the Quran? There are people who hold that the knowledge of nazm is important in the proper understanding of the Quran.</w:t>
      </w:r>
      <w:r>
        <w:br/>
      </w:r>
      <w:r>
        <w:rPr>
          <w:sz w:val="20"/>
        </w:rPr>
        <w:t>1:22:52  kindly comment hmm, nazm ka matlab hai order. Aayaton ke beech mein order. To woh kehte hain ke aayaton ke beech mein order jab tak nahin janen ge, aap quran ko yaani is ki deep meaning tak nahin pahunchen ge.</w:t>
      </w:r>
      <w:r>
        <w:br/>
      </w:r>
      <w:r>
        <w:rPr>
          <w:sz w:val="20"/>
        </w:rPr>
        <w:t>1:23:09  mein is ko bilkul bekaar samajhta hoon.</w:t>
      </w:r>
      <w:r>
        <w:br/>
      </w:r>
      <w:r>
        <w:rPr>
          <w:sz w:val="20"/>
        </w:rPr>
        <w:t>1:23:14  mein logon se poochta hoon jo log is ko mante hain, is ko farah farai school kaha jata hai in logon ko ke yaani aap yeh kehte hain ke quran ko samajhne ki sab se jo key hai, key kunji, woh order hai, nazm hai.</w:t>
      </w:r>
      <w:r>
        <w:br/>
      </w:r>
      <w:r>
        <w:rPr>
          <w:sz w:val="20"/>
        </w:rPr>
        <w:t>1:23:34  to quran mein kahan likha hua hai?</w:t>
      </w:r>
      <w:r>
        <w:br/>
      </w:r>
      <w:r>
        <w:rPr>
          <w:sz w:val="20"/>
        </w:rPr>
        <w:t>1:23:37  yeh itni bari baat quran mein likha hona chahiye na ke quran ki aayaton ke order ko pata karo, tab tum quran ki gehrai mein samajh pao ge. To quran mein kahin likha hua nahin.</w:t>
      </w:r>
      <w:r>
        <w:br/>
      </w:r>
      <w:r>
        <w:rPr>
          <w:sz w:val="20"/>
        </w:rPr>
        <w:t>1:23:48  koi aaj tak quran mein aisi kisi aayat ko nahin bata saka. Mein kehta hoon ke koi doosri baat quran mein likhi hui hai ittaqul laaha wa yu'allimukumul laaha yaani khuda ka taqwa agar tumhare andar hoga,</w:t>
      </w:r>
      <w:r>
        <w:br/>
      </w:r>
      <w:r>
        <w:rPr>
          <w:sz w:val="20"/>
        </w:rPr>
        <w:t>1:24:04  tab tum quran ko samajh pao ge. To yeh cheez to likhi hui hai. Jo likha hua hua, woh aap ko dikhai nahin deta. Jo likha hua nahin hai, us ko aap</w:t>
      </w:r>
      <w:r>
        <w:br/>
      </w:r>
      <w:r>
        <w:rPr>
          <w:sz w:val="20"/>
        </w:rPr>
        <w:t>1:24:14  kahan se nikaal rakha hai? Aap ne to ab mein is ko nahin manta. Agarche meri education isi is madrase mein hui hai jahan bohat dhoom hai is ki, to pehle mein bhi is ko manta tha.</w:t>
      </w:r>
      <w:r>
        <w:br/>
      </w:r>
      <w:r>
        <w:rPr>
          <w:sz w:val="20"/>
        </w:rPr>
        <w:t>1:24:28  lekin ab mein jab mein ne khud direct phir se study kiya, mein ne to mein is ko nahin manta. Dekhiye, quran kitaab do dhang ki hoti hai.</w:t>
      </w:r>
      <w:r>
        <w:br/>
      </w:r>
      <w:r>
        <w:rPr>
          <w:sz w:val="20"/>
        </w:rPr>
        <w:t>1:24:37  aik hota hai academic book, aik hota hai jo kehta hai book of quotations.</w:t>
      </w:r>
      <w:r>
        <w:br/>
      </w:r>
      <w:r>
        <w:rPr>
          <w:sz w:val="20"/>
        </w:rPr>
        <w:t>1:24:43  to academic ka apna aik aik hai. To quran academic book ke pattern par nahin hai. Academic ka jo pattern hota hai, a se z tak aik silsila chalta hai.</w:t>
      </w:r>
      <w:r>
        <w:br/>
      </w:r>
      <w:r>
        <w:rPr>
          <w:sz w:val="20"/>
        </w:rPr>
        <w:t>1:24:56  jab tak kitaab aap poori na kar len, tab tak aap samajh nahin aati ke kitaab mein kiya hai. A a se z tak parhna parta hai. To yeh hai academic pattern of book writing.</w:t>
      </w:r>
      <w:r>
        <w:br/>
      </w:r>
      <w:r>
        <w:rPr>
          <w:sz w:val="20"/>
        </w:rPr>
        <w:t>1:25:08  yeh quran ka tareeqa nahin hai. Quran jo hai, kehna chahiye book of quotations</w:t>
      </w:r>
      <w:r>
        <w:br/>
      </w:r>
      <w:r>
        <w:rPr>
          <w:sz w:val="20"/>
        </w:rPr>
        <w:t>1:25:13  . Kyun ke 23 saal mein quran utra aur 23 saal mein bar bar yaani ya quran ko aap keh sakte hain periodic periodical tha.</w:t>
      </w:r>
      <w:r>
        <w:br/>
      </w:r>
      <w:r>
        <w:rPr>
          <w:sz w:val="20"/>
        </w:rPr>
        <w:t>1:25:24  woh quran period periodcal tha. Woh utarta raha, utarta, utarta, utarta. To wohi to hua book of quotation ka pattern.</w:t>
      </w:r>
      <w:r>
        <w:br/>
      </w:r>
      <w:r>
        <w:rPr>
          <w:sz w:val="20"/>
        </w:rPr>
        <w:t>1:25:33  is ka hai</w:t>
      </w:r>
      <w:r>
        <w:br/>
      </w:r>
      <w:r>
        <w:rPr>
          <w:sz w:val="20"/>
        </w:rPr>
        <w:t>1:25:36  ikhathe quran agar de diya gaya hota utaar kar ke, to hum kehte hain ke woh academic pattern hai. Lekin woh to hai nahin. Woh to 23 saal mein thora thora thora thora utarta raha.</w:t>
      </w:r>
      <w:r>
        <w:br/>
      </w:r>
      <w:r>
        <w:rPr>
          <w:sz w:val="20"/>
        </w:rPr>
        <w:t>1:25:45  to mein samajhta hoon ke yeh kehna sahi nahin hai ke quran jo hai, woh academic pattern par koi kitaab hai.</w:t>
      </w:r>
      <w:r>
        <w:br/>
      </w:r>
      <w:r>
        <w:rPr>
          <w:sz w:val="20"/>
        </w:rPr>
        <w:t>1:25:55  woh nahin. quran ka jo pattern hai, woh book of quotation jaisa hai ke book of quotation mani hai ek words parhiye to aap ko ek meaning mil gaya.</w:t>
      </w:r>
      <w:r>
        <w:br/>
      </w:r>
      <w:r>
        <w:rPr>
          <w:sz w:val="20"/>
        </w:rPr>
        <w:t>1:26:06  do chaar words parhiye to ek meaning aap ko mil gaya. quran mein jo jo kaha jata hai ruku, aap jante honge ruku ruku ruku hota hai. to har ruku yun ek tarah ka samjhein ke paragraph hai.</w:t>
      </w:r>
      <w:r>
        <w:br/>
      </w:r>
      <w:r>
        <w:rPr>
          <w:sz w:val="20"/>
        </w:rPr>
        <w:t>1:26:20  jo paragraphing ki gai thi quran ki, usi ka naam ruku hota hai.</w:t>
      </w:r>
      <w:r>
        <w:br/>
      </w:r>
      <w:r>
        <w:rPr>
          <w:sz w:val="20"/>
        </w:rPr>
        <w:t>1:26:25  to main samajhta hoon ke bahut sare paragraph ka ek compilation hai, woh jis ko ruku kehte hain.</w:t>
      </w:r>
      <w:r>
        <w:br/>
      </w:r>
      <w:r>
        <w:rPr>
          <w:sz w:val="20"/>
        </w:rPr>
        <w:t>1:26:36  isi ko main kehta hoon ke book of quotation ka pattern hai quran majeed ka. main isi ko manta hoon.</w:t>
      </w:r>
    </w:p>
    <w:p>
      <w:pPr>
        <w:pStyle w:val="Heading2"/>
      </w:pPr>
      <w:r>
        <w:t>The regret of a missed opportunity after death</w:t>
      </w:r>
    </w:p>
    <w:p>
      <w:r>
        <w:rPr>
          <w:color w:val="666666"/>
          <w:sz w:val="18"/>
        </w:rPr>
        <w:t>On Death June 08, 2014 · 36s · at 34:50 · https://youtu.be/p0lSKQ0edmw?t=2090</w:t>
      </w:r>
    </w:p>
    <w:p>
      <w:r>
        <w:rPr>
          <w:i/>
        </w:rPr>
        <w:t>“Aah, kaisa ajeeb chance maine kho diya”</w:t>
      </w:r>
    </w:p>
    <w:p>
      <w:r>
        <w:rPr>
          <w:sz w:val="20"/>
        </w:rPr>
        <w:t>34:50  to is hasrat ko aap billion time badhaiye, trillion time badhaiye. tab aap samajh payenge ke maut ke baad insaan ko hasrat hogi.</w:t>
      </w:r>
      <w:r>
        <w:br/>
      </w:r>
      <w:r>
        <w:rPr>
          <w:sz w:val="20"/>
        </w:rPr>
        <w:t>35:04  aah, kaisa ajeeb chance maine kho diya.</w:t>
      </w:r>
      <w:r>
        <w:br/>
      </w:r>
      <w:r>
        <w:rPr>
          <w:sz w:val="20"/>
        </w:rPr>
        <w:t>35:10  to mein aksar yeh sochta rehta hoon ke aadmi kahega ke "Mine was a case of missed opportunity."</w:t>
      </w:r>
      <w:r>
        <w:br/>
      </w:r>
      <w:r>
        <w:rPr>
          <w:sz w:val="20"/>
        </w:rPr>
        <w:t>35:20  "Mine was a case of missed opportunity."</w:t>
      </w:r>
    </w:p>
    <w:p>
      <w:pPr>
        <w:pStyle w:val="Heading2"/>
      </w:pPr>
      <w:r>
        <w:t>Admitting fault builds a believer's personality</w:t>
      </w:r>
    </w:p>
    <w:p>
      <w:r>
        <w:rPr>
          <w:color w:val="666666"/>
          <w:sz w:val="18"/>
        </w:rPr>
        <w:t>Personality of A Believer February 2, 2014 · 55s · at 22:08 · https://youtu.be/EiK_-O-Bjps?t=1328</w:t>
      </w:r>
    </w:p>
    <w:p>
      <w:r>
        <w:rPr>
          <w:i/>
        </w:rPr>
        <w:t>“Bat explain ho jaye to keh do: I was wrong”</w:t>
      </w:r>
    </w:p>
    <w:p>
      <w:r>
        <w:rPr>
          <w:sz w:val="20"/>
        </w:rPr>
        <w:t>22:08  ke baat ko agar explain kar diya jaye aur maloom ho ke ghalti meri thi to keh de ke I was wrong, I was wrong .</w:t>
      </w:r>
      <w:r>
        <w:br/>
      </w:r>
      <w:r>
        <w:rPr>
          <w:sz w:val="20"/>
        </w:rPr>
        <w:t>22:21  yeh yeh yeh quality hai momin ki personality, ek shakhsiyat ki quality hai ke jaise explain kar diya jaye to phir woh us ko</w:t>
      </w:r>
      <w:r>
        <w:br/>
      </w:r>
      <w:r>
        <w:rPr>
          <w:sz w:val="20"/>
        </w:rPr>
        <w:t>22:35  prestige show na banaye, ana ka sawal na banaye. woh keh de ke I was wrong, you areright,</w:t>
      </w:r>
      <w:r>
        <w:br/>
      </w:r>
      <w:r>
        <w:rPr>
          <w:sz w:val="20"/>
        </w:rPr>
        <w:t>22:48  I was wrong .</w:t>
      </w:r>
      <w:r>
        <w:br/>
      </w:r>
      <w:r>
        <w:rPr>
          <w:sz w:val="20"/>
        </w:rPr>
        <w:t>22:50  is se ek personality banti hai aap ke andar, yani etiraf ki personality, appreciate karne ki personality, acknowledge karne ki personality.</w:t>
      </w:r>
    </w:p>
    <w:p>
      <w:pPr>
        <w:pStyle w:val="Heading2"/>
      </w:pPr>
      <w:r>
        <w:t>Misinterpretation of 'believers' meaning</w:t>
      </w:r>
    </w:p>
    <w:p>
      <w:r>
        <w:rPr>
          <w:color w:val="666666"/>
          <w:sz w:val="18"/>
        </w:rPr>
        <w:t>Divine Laws of Success Oct 14, 2012 - Maulana Wahiduddin Khan · 35s · at 7:41 · https://youtu.be/IoGqkqami0w?t=461</w:t>
      </w:r>
    </w:p>
    <w:p>
      <w:r>
        <w:rPr>
          <w:i/>
        </w:rPr>
        <w:t>“Saari ghalati yeh hai ke in kuntum mu'mineen”</w:t>
      </w:r>
    </w:p>
    <w:p>
      <w:r>
        <w:rPr>
          <w:sz w:val="20"/>
        </w:rPr>
        <w:t>7:41  mein sochte sochte jahan tak pahuncha woh yeh hai ke saari ghalati yeh hai ke "in kuntum mu'mineen" ka matlab log samajhte hain ke agar tum musalman ho, agar tum ne kalma padh kar ke apne ko musalman ke register mein indaraj karwa liya hai, yeh samajhte hain.</w:t>
      </w:r>
      <w:r>
        <w:br/>
      </w:r>
      <w:r>
        <w:rPr>
          <w:sz w:val="20"/>
        </w:rPr>
        <w:t>8:01  ghalati yahan hai.</w:t>
      </w:r>
      <w:r>
        <w:br/>
      </w:r>
      <w:r>
        <w:rPr>
          <w:sz w:val="20"/>
        </w:rPr>
        <w:t>8:05  Allah ka jo qanoon hai, woh apni jagah paital hai, lekin hum ne jo interpretation ka nikaal rakha hai, woh bilashuba bilkul baseless hai.</w:t>
      </w:r>
    </w:p>
    <w:p>
      <w:pPr>
        <w:pStyle w:val="Heading2"/>
      </w:pPr>
      <w:r>
        <w:t>the angel's nightly call during Ramadan explained</w:t>
      </w:r>
    </w:p>
    <w:p>
      <w:r>
        <w:rPr>
          <w:color w:val="666666"/>
          <w:sz w:val="18"/>
        </w:rPr>
        <w:t>On The Month of Ramadan September 23, 2007 · 4m 24s · at 21:48 · https://youtu.be/8MIl4_cPq1k?t=1308</w:t>
      </w:r>
    </w:p>
    <w:p>
      <w:r>
        <w:rPr>
          <w:i/>
        </w:rPr>
        <w:t>“Every night in Ramadan, a caller cries out from the unseen.”</w:t>
      </w:r>
    </w:p>
    <w:p>
      <w:r>
        <w:rPr>
          <w:sz w:val="20"/>
        </w:rPr>
        <w:t>21:48  is farq ko hadith mein is tarah kaha gaya hai ke hadith mein aata hai ke jab jab ramzan ka mahina aata hai to pehli raat ko, phir har raat ko koi pukarne wala pukarta hai.</w:t>
      </w:r>
      <w:r>
        <w:br/>
      </w:r>
      <w:r>
        <w:rPr>
          <w:sz w:val="20"/>
        </w:rPr>
        <w:t>22:11  yeh hadith Ibn Majah mein aur Tirmidhi mein aur Musnad Ahmad mein hai</w:t>
      </w:r>
      <w:r>
        <w:br/>
      </w:r>
      <w:r>
        <w:rPr>
          <w:sz w:val="20"/>
        </w:rPr>
        <w:t>22:18  ke pehli raat ko aik pukarne wala pukarta hai aur phir yeh pukar har raat ko jari rehti hai. zahir hai ke pukarne wala farishta hota hai, angel.</w:t>
      </w:r>
      <w:r>
        <w:br/>
      </w:r>
      <w:r>
        <w:rPr>
          <w:sz w:val="20"/>
        </w:rPr>
        <w:t>22:30  to woh kehta hai ke ya baghi al shar aqsar wa ya baghi al khair aqbal</w:t>
      </w:r>
      <w:r>
        <w:br/>
      </w:r>
      <w:r>
        <w:rPr>
          <w:sz w:val="20"/>
        </w:rPr>
        <w:t>22:41  ya baghi al khair aqbal</w:t>
      </w:r>
      <w:r>
        <w:br/>
      </w:r>
      <w:r>
        <w:rPr>
          <w:sz w:val="20"/>
        </w:rPr>
        <w:t>22:48  wa ya baghi al shar aqsar</w:t>
      </w:r>
      <w:r>
        <w:br/>
      </w:r>
      <w:r>
        <w:rPr>
          <w:sz w:val="20"/>
        </w:rPr>
        <w:t>22:51  keh ae khair ko chahanay walay, agay barh aur ae shar ko chahanay walay, ruk ja. Ae shar ko chahanay walay, ruk ja.</w:t>
      </w:r>
      <w:r>
        <w:br/>
      </w:r>
      <w:r>
        <w:rPr>
          <w:sz w:val="20"/>
        </w:rPr>
        <w:t>23:04  Ae khair ko chahanay walay, agay barh. Ka matlab kya hai? Ab bhi nahi rukay to kab rukogay? Ab bhi agar nahi barhay, agay barhay to kab barhogay?</w:t>
      </w:r>
      <w:r>
        <w:br/>
      </w:r>
      <w:r>
        <w:rPr>
          <w:sz w:val="20"/>
        </w:rPr>
        <w:t>23:14  Aakhri waqt aa gaya hai.</w:t>
      </w:r>
      <w:r>
        <w:br/>
      </w:r>
      <w:r>
        <w:rPr>
          <w:sz w:val="20"/>
        </w:rPr>
        <w:t>23:17  Yaani Ramzan ke mahinay mein jo jo in ko jo koi experience karwaya gaya, bhook ka aur piyas ka, aur tum nay jo discover kiya ke mein kitna helpless hoon, Khuda giver hai, mein tekar hoon.</w:t>
      </w:r>
      <w:r>
        <w:br/>
      </w:r>
      <w:r>
        <w:rPr>
          <w:sz w:val="20"/>
        </w:rPr>
        <w:t>23:31  Ramzan ka mahina goya is baat ka hamein tajurba karana hai, experience karwana hai ke ae insaan jaan le, ae insaan jaan le, tu tekar hai, giver to sirf Khuda hai.</w:t>
      </w:r>
      <w:r>
        <w:br/>
      </w:r>
      <w:r>
        <w:rPr>
          <w:sz w:val="20"/>
        </w:rPr>
        <w:t>23:48  Ab batayein ke jab yeh aadmi daryaft karega is cheez ko to kya is ke baad bhi woh sarkashi kar sakta hai? Woh bhi deviate kar kar sakta hai Khuda ke ahkam hukum se?</w:t>
      </w:r>
      <w:r>
        <w:br/>
      </w:r>
      <w:r>
        <w:rPr>
          <w:sz w:val="20"/>
        </w:rPr>
        <w:t>24:01  To farishta pukarta hai ke ae ae ae shar wala insaan, kya ab bhi tu shar par qaim rahega?</w:t>
      </w:r>
      <w:r>
        <w:br/>
      </w:r>
      <w:r>
        <w:rPr>
          <w:sz w:val="20"/>
        </w:rPr>
        <w:t>24:11  Ae woh insaan jo khair chahta hai, kya abhi bhi ruka rahega? To khair daurega nahi? Khair ki taraf</w:t>
      </w:r>
      <w:r>
        <w:br/>
      </w:r>
      <w:r>
        <w:rPr>
          <w:sz w:val="20"/>
        </w:rPr>
        <w:t>24:16  Kon say kis ka tu is waqt ka intezar kar raha hai? Tu</w:t>
      </w:r>
      <w:r>
        <w:br/>
      </w:r>
      <w:r>
        <w:rPr>
          <w:sz w:val="20"/>
        </w:rPr>
        <w:t>24:21  Kon sa waqt hai jis ka tu intezar kar raha hai?</w:t>
      </w:r>
      <w:r>
        <w:br/>
      </w:r>
      <w:r>
        <w:rPr>
          <w:sz w:val="20"/>
        </w:rPr>
        <w:t>24:26  Ya baghi ya baghi al khair aqbil o ya baghi al shar aqsir yaani ae insaan, aakhri waqt aa gaya, aakhri waqt ke tu bhalai ki taraf daure.</w:t>
      </w:r>
      <w:r>
        <w:br/>
      </w:r>
      <w:r>
        <w:rPr>
          <w:sz w:val="20"/>
        </w:rPr>
        <w:t>24:41  Aur ae insaan, aakhri waqt aa gaya ke tu apni burai se ruk jaye.</w:t>
      </w:r>
      <w:r>
        <w:br/>
      </w:r>
      <w:r>
        <w:rPr>
          <w:sz w:val="20"/>
        </w:rPr>
        <w:t>24:46  Is tajurba ke baad bhi agar tu nahi aisa kiya to nahi. To ab kon sa tajurba tajurba tum se karaye ga? Karaya jaye ga? Woh to qayamat ka tajurba hoga.</w:t>
      </w:r>
      <w:r>
        <w:br/>
      </w:r>
      <w:r>
        <w:rPr>
          <w:sz w:val="20"/>
        </w:rPr>
        <w:t>24:55  Woh to Israfeel ke phoonk, Israfeel ke sur ka tajurba hoga. Us waqt to kuch bhi nahi karnay ko reh jaye ga.</w:t>
      </w:r>
      <w:r>
        <w:br/>
      </w:r>
      <w:r>
        <w:rPr>
          <w:sz w:val="20"/>
        </w:rPr>
        <w:t>25:07  To is hadith ko jab mein sochta hoon to</w:t>
      </w:r>
      <w:r>
        <w:br/>
      </w:r>
      <w:r>
        <w:rPr>
          <w:sz w:val="20"/>
        </w:rPr>
        <w:t>25:14  Mein sochta hoon ke yaani farishta yeh keh raha hai ke ae insaan, you turn le le, you turn. Yaani burai ki taraf dornay walay peechay hat.</w:t>
      </w:r>
      <w:r>
        <w:br/>
      </w:r>
      <w:r>
        <w:rPr>
          <w:sz w:val="20"/>
        </w:rPr>
        <w:t>25:28  Jo</w:t>
      </w:r>
      <w:r>
        <w:br/>
      </w:r>
      <w:r>
        <w:rPr>
          <w:sz w:val="20"/>
        </w:rPr>
        <w:t>25:29  Insaan bekhabari mein jee raha tha, hooha culture mein jee raha tha aur apnay doston mein khushiyan mana raha tha, to peechay hat, you turn le le.</w:t>
      </w:r>
      <w:r>
        <w:br/>
      </w:r>
      <w:r>
        <w:rPr>
          <w:sz w:val="20"/>
        </w:rPr>
        <w:t>25:43  Peechay hat ke mani kya hain? You turn ke mani kya hain? Yaani mein yeh kahunga ke from self oriented life to God oriented life.</w:t>
      </w:r>
      <w:r>
        <w:br/>
      </w:r>
      <w:r>
        <w:rPr>
          <w:sz w:val="20"/>
        </w:rPr>
        <w:t>25:58  Yaani ab tak agar tum apnay aap mein jee rahay thay to ab Khuda mein jeena shuru kar do. Yaani aakhri waqt aa gaya hai ke tum yeh yeh yeh decision lo, yeh decision lo.</w:t>
      </w:r>
      <w:r>
        <w:br/>
      </w:r>
      <w:r>
        <w:rPr>
          <w:sz w:val="20"/>
        </w:rPr>
        <w:t>26:11  Aakhri waqt aa gaya hai ke decision lo.</w:t>
      </w:r>
    </w:p>
    <w:p>
      <w:pPr>
        <w:pStyle w:val="Heading2"/>
      </w:pPr>
      <w:r>
        <w:t>Australia's fires and the Quran's approaching hour</w:t>
      </w:r>
    </w:p>
    <w:p>
      <w:r>
        <w:rPr>
          <w:color w:val="666666"/>
          <w:sz w:val="18"/>
        </w:rPr>
        <w:t>Thought of The Day February 08, 2009 · 3m 52s · at 1:49 · https://youtu.be/tn8PNm6y2mg?t=109</w:t>
      </w:r>
    </w:p>
    <w:p>
      <w:r>
        <w:rPr>
          <w:i/>
        </w:rPr>
        <w:t>“Aaj ke paper mein Australia ke bare mein bhayanak news hai”</w:t>
      </w:r>
    </w:p>
    <w:p>
      <w:r>
        <w:rPr>
          <w:sz w:val="20"/>
        </w:rPr>
        <w:t>1:49  bheeyanak news hai australia ke bare mein. "unchaged wild fire in Australia".</w:t>
      </w:r>
      <w:r>
        <w:br/>
      </w:r>
      <w:r>
        <w:rPr>
          <w:sz w:val="20"/>
        </w:rPr>
        <w:t>2:01  "unchaged wild fire in Australia". australia mein is waqt bohat</w:t>
      </w:r>
      <w:r>
        <w:br/>
      </w:r>
      <w:r>
        <w:rPr>
          <w:sz w:val="20"/>
        </w:rPr>
        <w:t>2:13  australia ke jangalon mein bohat bari aag lagi hui hai jo victoria state hai is ke area mein.</w:t>
      </w:r>
      <w:r>
        <w:br/>
      </w:r>
      <w:r>
        <w:rPr>
          <w:sz w:val="20"/>
        </w:rPr>
        <w:t>2:23  is mein thirty thousand</w:t>
      </w:r>
      <w:r>
        <w:br/>
      </w:r>
      <w:r>
        <w:rPr>
          <w:sz w:val="20"/>
        </w:rPr>
        <w:t>2:30  log lage hue hain bujhane ke liye, aur abhi tak woh is par kuch control nahi hua hai.</w:t>
      </w:r>
      <w:r>
        <w:br/>
      </w:r>
      <w:r>
        <w:rPr>
          <w:sz w:val="20"/>
        </w:rPr>
        <w:t>2:42  yani neeche se log pani phenk rahe hain, upar se helicopter aate hain pani se bhare hue, woh upar se pani ki baarish karte hain, tab bhi aag phail rahi hai.</w:t>
      </w:r>
      <w:r>
        <w:br/>
      </w:r>
      <w:r>
        <w:rPr>
          <w:sz w:val="20"/>
        </w:rPr>
        <w:t>2:55  bari anokhi baat hai.</w:t>
      </w:r>
      <w:r>
        <w:br/>
      </w:r>
      <w:r>
        <w:rPr>
          <w:sz w:val="20"/>
        </w:rPr>
        <w:t>3:00  pani se lade hue helicopter aate hain upar se, woh upar se pani gira rahe hain jaise baarish barti hai, aur neeche se pani daal rahe hain.</w:t>
      </w:r>
      <w:r>
        <w:br/>
      </w:r>
      <w:r>
        <w:rPr>
          <w:sz w:val="20"/>
        </w:rPr>
        <w:t>3:10  thirty thousand log, phir bhi woh check nahi ho rahi hai. to is mein likha hai ke "unchaged wild fire in Australia".</w:t>
      </w:r>
      <w:r>
        <w:br/>
      </w:r>
      <w:r>
        <w:rPr>
          <w:sz w:val="20"/>
        </w:rPr>
        <w:t>3:21  is tarah ki news aaj kal aap bohat dekhte honge media mein.</w:t>
      </w:r>
      <w:r>
        <w:br/>
      </w:r>
      <w:r>
        <w:rPr>
          <w:sz w:val="20"/>
        </w:rPr>
        <w:t>3:26  kahin aag lag rahi hai, kahin earthquake aa raha hai, kahin flood aa raha hai, kahin kuch aur ho raha hai.</w:t>
      </w:r>
      <w:r>
        <w:br/>
      </w:r>
      <w:r>
        <w:rPr>
          <w:sz w:val="20"/>
        </w:rPr>
        <w:t>3:38  to is ko log simply kehte hain ke "ecological change". bas yeh ecological change nahi hai, yeh divine warning hai.</w:t>
      </w:r>
      <w:r>
        <w:br/>
      </w:r>
      <w:r>
        <w:rPr>
          <w:sz w:val="20"/>
        </w:rPr>
        <w:t>3:55  divine warning. aap quran ko parhein. quran jo ke book of god hai, preserved book of god.</w:t>
      </w:r>
      <w:r>
        <w:br/>
      </w:r>
      <w:r>
        <w:rPr>
          <w:sz w:val="20"/>
        </w:rPr>
        <w:t>4:07  book of god to bohat aayi hain dunya mein, lekin preserve isi language mein koi nahi hai siwaye quran ke. to quran jo hai isi language mein aaj tak preserve hai.</w:t>
      </w:r>
      <w:r>
        <w:br/>
      </w:r>
      <w:r>
        <w:rPr>
          <w:sz w:val="20"/>
        </w:rPr>
        <w:t>4:21  is mein</w:t>
      </w:r>
      <w:r>
        <w:br/>
      </w:r>
      <w:r>
        <w:rPr>
          <w:sz w:val="20"/>
        </w:rPr>
        <w:t>4:24  bar bar yeh kaha gaya hai ke yeh dunya jo hai ek din khatam ho jayegi. to is mein ek chapter hai, is mein hai ke "aazifat al-raza'ah".</w:t>
      </w:r>
      <w:r>
        <w:br/>
      </w:r>
      <w:r>
        <w:rPr>
          <w:sz w:val="20"/>
        </w:rPr>
        <w:t>4:41  "aazifat al-raza'ah" ka matlab hai "the end was to come has come".</w:t>
      </w:r>
      <w:r>
        <w:br/>
      </w:r>
      <w:r>
        <w:rPr>
          <w:sz w:val="20"/>
        </w:rPr>
        <w:t>4:53  jo waqt aanay wala tha woh aa chuka.</w:t>
      </w:r>
      <w:r>
        <w:br/>
      </w:r>
      <w:r>
        <w:rPr>
          <w:sz w:val="20"/>
        </w:rPr>
        <w:t>4:58  "aazifat al-raza'ah". "laysa laha min dunillahi kashifah". "the end was to come has come".</w:t>
      </w:r>
      <w:r>
        <w:br/>
      </w:r>
      <w:r>
        <w:rPr>
          <w:sz w:val="20"/>
        </w:rPr>
        <w:t>5:11  to yeh simple baat nahi hai, ecological change ki baat nahi hai,</w:t>
      </w:r>
      <w:r>
        <w:br/>
      </w:r>
      <w:r>
        <w:rPr>
          <w:sz w:val="20"/>
        </w:rPr>
        <w:t>5:18  climate change ki baat nahi hai. yeh yeh divine alarm hai ke aadmi tayari kar le, tayari kar le.</w:t>
      </w:r>
      <w:r>
        <w:br/>
      </w:r>
      <w:r>
        <w:rPr>
          <w:sz w:val="20"/>
        </w:rPr>
        <w:t>5:35  ab zyada waqt nahi hai.</w:t>
      </w:r>
    </w:p>
    <w:p>
      <w:pPr>
        <w:pStyle w:val="Heading2"/>
      </w:pPr>
      <w:r>
        <w:t>Feeling Prophet's presence through words</w:t>
      </w:r>
    </w:p>
    <w:p>
      <w:r>
        <w:rPr>
          <w:color w:val="666666"/>
          <w:sz w:val="18"/>
        </w:rPr>
        <w:t>No Jihad, Only Management of Conflict 1 Dec 2019 - Maulana Wahiduddin Khan · 2m 36s · at 35:52 · https://youtu.be/afUhlMSCBCY?t=2152</w:t>
      </w:r>
    </w:p>
    <w:p>
      <w:r>
        <w:rPr>
          <w:i/>
        </w:rPr>
        <w:t>“میں اکثر پڑھتا ہوں یا حی یا قیوم بلا پتہ کا تغیر”</w:t>
      </w:r>
    </w:p>
    <w:p>
      <w:r>
        <w:rPr>
          <w:sz w:val="20"/>
        </w:rPr>
        <w:t>35:52  mein mislan mein ab misaal deta hoon. mein aksar parhta hoon. ya hayyu ya qayyum. bila pata ka taghayur.</w:t>
      </w:r>
      <w:r>
        <w:br/>
      </w:r>
      <w:r>
        <w:rPr>
          <w:sz w:val="20"/>
        </w:rPr>
        <w:t>36:02  toh ek zinda taluq qaim hota hai Allah Rasool Allah se. ke Rasool Allah ne aise kaha tha. mein bhi wohi bol raha hoon. same boli.</w:t>
      </w:r>
      <w:r>
        <w:br/>
      </w:r>
      <w:r>
        <w:rPr>
          <w:sz w:val="20"/>
        </w:rPr>
        <w:t>36:11  jaise ke mein dohra raha hoon.</w:t>
      </w:r>
      <w:r>
        <w:br/>
      </w:r>
      <w:r>
        <w:rPr>
          <w:sz w:val="20"/>
        </w:rPr>
        <w:t>36:14  ji. jaise ke Rasool Allah kehte honge wohi kaha hua mein bhi dohra raha hoon.</w:t>
      </w:r>
      <w:r>
        <w:br/>
      </w:r>
      <w:r>
        <w:rPr>
          <w:sz w:val="20"/>
        </w:rPr>
        <w:t>36:23  aisa lagta hai mujhe ke mein dohra raha hoon. kya samjhe aap? yani jab yeh aap yeh kehte hain ke ya hayyu ya qayyum toh aap ko aisa mehsoos hota hai ke mein wohi alfaaz bol raha hoon jo Rasool Allah ne kaha tha.</w:t>
      </w:r>
      <w:r>
        <w:br/>
      </w:r>
      <w:r>
        <w:rPr>
          <w:sz w:val="20"/>
        </w:rPr>
        <w:t>36:38  toh is se ek zinda taluq paida hota hai. haan. woh bhi wohi bol rahe hain, mein bhi wohi bol raha hoon. ji.</w:t>
      </w:r>
      <w:r>
        <w:br/>
      </w:r>
      <w:r>
        <w:rPr>
          <w:sz w:val="20"/>
        </w:rPr>
        <w:t>36:44  hain? bilkul. toh kaisi ajeeb baat hai. bohat ajeeb baat hai. toh hamare ulma jante hain in baton ko?</w:t>
      </w:r>
      <w:r>
        <w:br/>
      </w:r>
      <w:r>
        <w:rPr>
          <w:sz w:val="20"/>
        </w:rPr>
        <w:t>36:52  bilkul nahin jante Maulana. hum log bhi aap hi se jaan paye.</w:t>
      </w:r>
      <w:r>
        <w:br/>
      </w:r>
      <w:r>
        <w:rPr>
          <w:sz w:val="20"/>
        </w:rPr>
        <w:t>37:02  jab mein kehta hoon khaas taur par subah ko jab uthta hoon na toh bar bar kehta hoon ya hayyu ya qayyum bila pata ka taghayur.</w:t>
      </w:r>
      <w:r>
        <w:br/>
      </w:r>
      <w:r>
        <w:rPr>
          <w:sz w:val="20"/>
        </w:rPr>
        <w:t>37:16  ya hayyu ya qayyum bila pata ka taghayur. toh jaisa lagta hai ke mein aur Rasool Allah baithe mukalima kar rahe hain.</w:t>
      </w:r>
      <w:r>
        <w:br/>
      </w:r>
      <w:r>
        <w:rPr>
          <w:sz w:val="20"/>
        </w:rPr>
        <w:t>37:30  ji? mein aur Rasool Allah sath baithe hue mukalima kar rahe hain. kya khayal hai aap ka</w:t>
      </w:r>
      <w:r>
        <w:br/>
      </w:r>
      <w:r>
        <w:rPr>
          <w:sz w:val="20"/>
        </w:rPr>
        <w:t>37:40  ? bohat ajeeb baat hai Maulana.</w:t>
      </w:r>
      <w:r>
        <w:br/>
      </w:r>
      <w:r>
        <w:rPr>
          <w:sz w:val="20"/>
        </w:rPr>
        <w:t>37:48  yeh ji yeh lage aap ko ke Rasool Allah bhi baithe hue hain aur aap is ke sath mukalima kar rahe hain. woh bhi kar rahe hain, aap bhi bol rahe hain.</w:t>
      </w:r>
      <w:r>
        <w:br/>
      </w:r>
      <w:r>
        <w:rPr>
          <w:sz w:val="20"/>
        </w:rPr>
        <w:t>37:57  wohi wahi same boli hai.</w:t>
      </w:r>
      <w:r>
        <w:br/>
      </w:r>
      <w:r>
        <w:rPr>
          <w:sz w:val="20"/>
        </w:rPr>
        <w:t>38:03  toh sohbat Rasool aaj bhi mili hui hai. bawaasta zameen zaban.</w:t>
      </w:r>
      <w:r>
        <w:br/>
      </w:r>
      <w:r>
        <w:rPr>
          <w:sz w:val="20"/>
        </w:rPr>
        <w:t>38:14  ab jab sohbat mein bhi toh zaban hi ke waaste se hota. agar aap sach much wahan hote tab bhi toh zaban ke waaste se hota. toh sohbat Rasool aap ko bawaasta zaban mili hui hai aaj bhi.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