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worry about money</w:t>
      </w:r>
    </w:p>
    <w:p>
      <w:r>
        <w:rPr>
          <w:sz w:val="18"/>
        </w:rPr>
        <w:t>Q&amp;A, lecture moments and clips · full transcripts with timestamps · exported 2026-09-21</w:t>
      </w:r>
    </w:p>
    <w:p>
      <w:pPr>
        <w:pStyle w:val="Heading1"/>
      </w:pPr>
      <w:r>
        <w:t>Maulana was asked (30)</w:t>
      </w:r>
    </w:p>
    <w:p>
      <w:pPr>
        <w:pStyle w:val="Heading2"/>
      </w:pPr>
      <w:r>
        <w:t>Reason for shopkeepers' capital management worry</w:t>
      </w:r>
    </w:p>
    <w:p>
      <w:r>
        <w:rPr>
          <w:color w:val="666666"/>
          <w:sz w:val="18"/>
        </w:rPr>
        <w:t>Q&amp;A 13 Nov 2011 · 2m 25s · at 24:27 · https://youtu.be/oOZ9h37_pL8?t=1467</w:t>
      </w:r>
    </w:p>
    <w:p>
      <w:r>
        <w:rPr>
          <w:i/>
        </w:rPr>
        <w:t>“I am a shopkeeper. Like me, every shopkeeper remains worried because of not managing his business capital. What is the reason for this?”</w:t>
      </w:r>
    </w:p>
    <w:p>
      <w:r>
        <w:rPr>
          <w:sz w:val="20"/>
        </w:rPr>
        <w:t>24:27  maulana karachi se ek aur sawal aaya hai abhi. mister fazl amin ka hai. unhon ne likha hai ke main ek dukandar hoon.</w:t>
      </w:r>
      <w:r>
        <w:br/>
      </w:r>
      <w:r>
        <w:rPr>
          <w:sz w:val="20"/>
        </w:rPr>
        <w:t>24:37  meri tarah har dukandar apne karobar sarmaaye ko manage na karne ki wajah se pareshan rehta hai. is ki kya wajah hai?</w:t>
      </w:r>
      <w:r>
        <w:br/>
      </w:r>
      <w:r>
        <w:rPr>
          <w:sz w:val="20"/>
        </w:rPr>
        <w:t>24:48  nahi yeh sahi na kaha yeh aap ne sahi baat hai ke main na karen ge waisay. asal cheez yeh hai ke har dukandar apne bas se ziyada bari dukandari karna chahta hai.</w:t>
      </w:r>
      <w:r>
        <w:br/>
      </w:r>
      <w:r>
        <w:rPr>
          <w:sz w:val="20"/>
        </w:rPr>
        <w:t>24:59  jitna bas mein is ke hai us se ziyada bara le leta hai karobar. is liye manage nahi kar pata. aap ke jitne bas mein hai utne ek daire mein aap karobar kijiye.</w:t>
      </w:r>
      <w:r>
        <w:br/>
      </w:r>
      <w:r>
        <w:rPr>
          <w:sz w:val="20"/>
        </w:rPr>
        <w:t>25:12  khoob manage kar saken ge aap. yeh baat galat hai kyun ke main bohat dukandaron ko janta hoon. khud mere ghar mein bohat se tajar hain.</w:t>
      </w:r>
      <w:r>
        <w:br/>
      </w:r>
      <w:r>
        <w:rPr>
          <w:sz w:val="20"/>
        </w:rPr>
        <w:t>25:24  sab ki pareshani ka ek hi sabab hai. woh yeh hai ke jitna apne bas mein hai us se bara karobar phailane na laen. misaal ke taur par main ek sahib ko janta hoon.</w:t>
      </w:r>
      <w:r>
        <w:br/>
      </w:r>
      <w:r>
        <w:rPr>
          <w:sz w:val="20"/>
        </w:rPr>
        <w:t>25:35  achha khasa business tha un ka. yaani kaam ka chal raha tha. har zaroorat poori ho rahi thi lekin unhon ne kya kiya unhon ne</w:t>
      </w:r>
      <w:r>
        <w:br/>
      </w:r>
      <w:r>
        <w:rPr>
          <w:sz w:val="20"/>
        </w:rPr>
        <w:t>25:43  ek bohat hi ambitious plan banaya. aur ek crore rupay bank se loan le liya. ab nateeja kya hua ke bank se loan lene ka matlab yeh hai ke aap ko barabar is ka dena parta hai installment.</w:t>
      </w:r>
      <w:r>
        <w:br/>
      </w:r>
      <w:r>
        <w:rPr>
          <w:sz w:val="20"/>
        </w:rPr>
        <w:t>25:56  is ka interest. woh de nahi paye kyun ke jitna interest dena tha us ke lehaz se nafa nahi ho raha tha. nateeja kya hua</w:t>
      </w:r>
      <w:r>
        <w:br/>
      </w:r>
      <w:r>
        <w:rPr>
          <w:sz w:val="20"/>
        </w:rPr>
        <w:t>26:03  ke bankrupt ho gaye. to yeh jo manage nahi kar paye is liye manage nahi kar paye ke chhalang laga di unhon ne.</w:t>
      </w:r>
      <w:r>
        <w:br/>
      </w:r>
      <w:r>
        <w:rPr>
          <w:sz w:val="20"/>
        </w:rPr>
        <w:t>26:13  business mein dekhen jump nahi hoti. lekin har aadmi jump karta hai. qanaat nahi karta. woh jo qanaat wali baat jo main ne kahi woh yahan bhi hai.</w:t>
      </w:r>
      <w:r>
        <w:br/>
      </w:r>
      <w:r>
        <w:rPr>
          <w:sz w:val="20"/>
        </w:rPr>
        <w:t>26:23  jo business man qanaat par razi rahe ga us ko kabhi yeh problem nahi aye ga. lekin jo qanaat ki wajah has mein daure ga has par usi ko yeh problem hota hai.</w:t>
      </w:r>
      <w:r>
        <w:br/>
      </w:r>
      <w:r>
        <w:rPr>
          <w:sz w:val="20"/>
        </w:rPr>
        <w:t>26:35  to aap has ke case ko keh rahe hain ke manage nahi kar pata. yeh kahiye ke has se azaad nahi ho pata yeh kahiye. has se azaad nahi ho pata.</w:t>
      </w:r>
      <w:r>
        <w:br/>
      </w:r>
      <w:r>
        <w:rPr>
          <w:sz w:val="20"/>
        </w:rPr>
        <w:t>26:45  aur qanaat ka tareeqa ikhtiyar nahi kar pata.</w:t>
      </w:r>
    </w:p>
    <w:p>
      <w:pPr>
        <w:pStyle w:val="Heading2"/>
      </w:pPr>
      <w:r>
        <w:t>Controlling distractions about future</w:t>
      </w:r>
    </w:p>
    <w:p>
      <w:r>
        <w:rPr>
          <w:color w:val="666666"/>
          <w:sz w:val="18"/>
        </w:rPr>
        <w:t>Wisdom of Hadith September 11, 2016 · 2m 54s · at 49:43 · https://youtu.be/XPxlLv2_q1o?t=2983</w:t>
      </w:r>
    </w:p>
    <w:p>
      <w:r>
        <w:rPr>
          <w:i/>
        </w:rPr>
        <w:t>“We are often worried about our future and get distracted. My question is, how to control such distractions concerning our future?”</w:t>
      </w:r>
    </w:p>
    <w:p>
      <w:r>
        <w:rPr>
          <w:sz w:val="20"/>
        </w:rPr>
        <w:t>49:43  maulana, agla sawal pakistan se kiya hai muhammad faisal sahab ne aur unhon ne likha hai ke maulana</w:t>
      </w:r>
      <w:r>
        <w:br/>
      </w:r>
      <w:r>
        <w:rPr>
          <w:sz w:val="20"/>
        </w:rPr>
        <w:t>49:49  sahab we are often worried about our future and get distracted.</w:t>
      </w:r>
      <w:r>
        <w:br/>
      </w:r>
      <w:r>
        <w:rPr>
          <w:sz w:val="20"/>
        </w:rPr>
        <w:t>49:55  My question is, how to control such distractions concerning our future?</w:t>
      </w:r>
      <w:r>
        <w:br/>
      </w:r>
      <w:r>
        <w:rPr>
          <w:sz w:val="20"/>
        </w:rPr>
        <w:t>50:02  Please advise us.</w:t>
      </w:r>
      <w:r>
        <w:br/>
      </w:r>
      <w:r>
        <w:rPr>
          <w:sz w:val="20"/>
        </w:rPr>
        <w:t>50:08  dekhiye, isi qism ka sawal mujh se kai logon ne kiya.</w:t>
      </w:r>
      <w:r>
        <w:br/>
      </w:r>
      <w:r>
        <w:rPr>
          <w:sz w:val="20"/>
        </w:rPr>
        <w:t>50:15  to mein ne poocha ke quran kitab-e-hidayat hai, book of guidance.</w:t>
      </w:r>
      <w:r>
        <w:br/>
      </w:r>
      <w:r>
        <w:rPr>
          <w:sz w:val="20"/>
        </w:rPr>
        <w:t>50:21  to kya aap ne jo tareekh chala rahe hain, jo aap hangame kar rahe hain, kya aap ne</w:t>
      </w:r>
      <w:r>
        <w:br/>
      </w:r>
      <w:r>
        <w:rPr>
          <w:sz w:val="20"/>
        </w:rPr>
        <w:t>50:28  aisa kiya ke is shuru se karne se pehle quran ko aik bar is had tak parha yeh</w:t>
      </w:r>
      <w:r>
        <w:br/>
      </w:r>
      <w:r>
        <w:rPr>
          <w:sz w:val="20"/>
        </w:rPr>
        <w:t>50:34  janne ke liye ke jo meri soch hai, jo meri planning hai, is ke baray mein quran ki</w:t>
      </w:r>
      <w:r>
        <w:br/>
      </w:r>
      <w:r>
        <w:rPr>
          <w:sz w:val="20"/>
        </w:rPr>
        <w:t>50:41  guidance kya hai? to kisi ne aaj tak mujhe jawab nahi diya ke haan, mein ne aisa kiya hai.</w:t>
      </w:r>
      <w:r>
        <w:br/>
      </w:r>
      <w:r>
        <w:rPr>
          <w:sz w:val="20"/>
        </w:rPr>
        <w:t>50:47  to yeh sab futile planning hai musalmanon ki.</w:t>
      </w:r>
      <w:r>
        <w:br/>
      </w:r>
      <w:r>
        <w:rPr>
          <w:sz w:val="20"/>
        </w:rPr>
        <w:t>50:54  kisi leader ne mujhe yeh jawab nahi diya, kisi aam aadmi ne bhi ke mein ne apni jo</w:t>
      </w:r>
      <w:r>
        <w:br/>
      </w:r>
      <w:r>
        <w:rPr>
          <w:sz w:val="20"/>
        </w:rPr>
        <w:t>51:00  shuru ki, mein ne apna mission, apne tehreek, is se pehle mein ne aitkaf kar ke aik bar</w:t>
      </w:r>
      <w:r>
        <w:br/>
      </w:r>
      <w:r>
        <w:rPr>
          <w:sz w:val="20"/>
        </w:rPr>
        <w:t>51:07  bohat hi ghaur se, tadabbur se quran ko parha yeh janne ke liye ke quran ki guidance kya hai.</w:t>
      </w:r>
      <w:r>
        <w:br/>
      </w:r>
      <w:r>
        <w:rPr>
          <w:sz w:val="20"/>
        </w:rPr>
        <w:t>51:13  to jab yahi nahi kiya to sab sab galat hi rahe ga.</w:t>
      </w:r>
      <w:r>
        <w:br/>
      </w:r>
      <w:r>
        <w:rPr>
          <w:sz w:val="20"/>
        </w:rPr>
        <w:t>51:20  quran shuru hi mein kehta hai ke هُدًى لِلْمُتَّقِينَ yani quran book of guidance hai.</w:t>
      </w:r>
      <w:r>
        <w:br/>
      </w:r>
      <w:r>
        <w:rPr>
          <w:sz w:val="20"/>
        </w:rPr>
        <w:t>51:26  to yahi nahi kiya kisi ne, mere ilm mein to kisi ne kiya nahi.</w:t>
      </w:r>
      <w:r>
        <w:br/>
      </w:r>
      <w:r>
        <w:rPr>
          <w:sz w:val="20"/>
        </w:rPr>
        <w:t>51:33  mein ne bohat se logon se poocha to kisi ne is ka jawab mein yeh nahi kaha ke</w:t>
      </w:r>
      <w:r>
        <w:br/>
      </w:r>
      <w:r>
        <w:rPr>
          <w:sz w:val="20"/>
        </w:rPr>
        <w:t>51:39  haan, mein ne aisa kiya hai.</w:t>
      </w:r>
      <w:r>
        <w:br/>
      </w:r>
      <w:r>
        <w:rPr>
          <w:sz w:val="20"/>
        </w:rPr>
        <w:t>51:46  to mein samajhta hoon ke jo shakhs ijtamai zindagi mein koodna chahta hai, jo ji national life mein</w:t>
      </w:r>
      <w:r>
        <w:br/>
      </w:r>
      <w:r>
        <w:rPr>
          <w:sz w:val="20"/>
        </w:rPr>
        <w:t>51:52  koodna chahta hai, jo koi bara bara dollar le kar khara ho jata hai, us ko farz hai</w:t>
      </w:r>
      <w:r>
        <w:br/>
      </w:r>
      <w:r>
        <w:rPr>
          <w:sz w:val="20"/>
        </w:rPr>
        <w:t>51:59  ke pehle poore quran ko aik bar is nazar se parhe ke wahan kya guidance mil rahi hai.</w:t>
      </w:r>
      <w:r>
        <w:br/>
      </w:r>
      <w:r>
        <w:rPr>
          <w:sz w:val="20"/>
        </w:rPr>
        <w:t>52:05  nahi to phir kya, kis liye aap ko? aap ko right hi nahi ke aap ko shuru karen.</w:t>
      </w:r>
      <w:r>
        <w:br/>
      </w:r>
      <w:r>
        <w:rPr>
          <w:sz w:val="20"/>
        </w:rPr>
        <w:t>52:12  koi quran ko parh kar ke jab aap ne pata nahi kiya to aap ko right hi nahi</w:t>
      </w:r>
      <w:r>
        <w:br/>
      </w:r>
      <w:r>
        <w:rPr>
          <w:sz w:val="20"/>
        </w:rPr>
        <w:t>52:18  ke aap naarah aur jhanda le ke khare ho jate hain.</w:t>
      </w:r>
      <w:r>
        <w:br/>
      </w:r>
      <w:r>
        <w:rPr>
          <w:sz w:val="20"/>
        </w:rPr>
        <w:t>52:25  to baharhal aap sab musalmanon ko is ka correction karna chahiye aur sab se pehle yeh karna chahiye</w:t>
      </w:r>
      <w:r>
        <w:br/>
      </w:r>
      <w:r>
        <w:rPr>
          <w:sz w:val="20"/>
        </w:rPr>
        <w:t>52:31  ke quran se pehle hidayat len, phir apna kaam shuru karen.</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Earning and Saving Money for the Future</w:t>
      </w:r>
    </w:p>
    <w:p>
      <w:r>
        <w:rPr>
          <w:color w:val="666666"/>
          <w:sz w:val="18"/>
        </w:rPr>
        <w:t>Dars-e-Quran, Chapter 2, Verse 61 February 11, 2018 · 2m 28s · at 51:33 · https://youtu.be/rgoE0nvFJJI?t=3093</w:t>
      </w:r>
    </w:p>
    <w:p>
      <w:r>
        <w:rPr>
          <w:i/>
        </w:rPr>
        <w:t>“Normally people these days want to earn more and more money; they work day and night and save money for their future.”</w:t>
      </w:r>
    </w:p>
    <w:p>
      <w:r>
        <w:rPr>
          <w:sz w:val="20"/>
        </w:rPr>
        <w:t>51:33  Maulana agla sawal bheja hai aamir mori sahib ne kashmir se unhone likha hai</w:t>
      </w:r>
      <w:r>
        <w:br/>
      </w:r>
      <w:r>
        <w:rPr>
          <w:sz w:val="20"/>
        </w:rPr>
        <w:t>51:44  normally people these days want to earn more and more money they work day and night and save</w:t>
      </w:r>
      <w:r>
        <w:br/>
      </w:r>
      <w:r>
        <w:rPr>
          <w:sz w:val="20"/>
        </w:rPr>
        <w:t>51:53  money for their future</w:t>
      </w:r>
      <w:r>
        <w:br/>
      </w:r>
      <w:r>
        <w:rPr>
          <w:sz w:val="20"/>
        </w:rPr>
        <w:t>51:55  and hence refrain themselves from getting involved in dawah mission</w:t>
      </w:r>
      <w:r>
        <w:br/>
      </w:r>
      <w:r>
        <w:rPr>
          <w:sz w:val="20"/>
        </w:rPr>
        <w:t>52:02  Maulana sahib how we can tackle this problem kindly through some light on this</w:t>
      </w:r>
      <w:r>
        <w:br/>
      </w:r>
      <w:r>
        <w:rPr>
          <w:sz w:val="20"/>
        </w:rPr>
        <w:t>52:11  dekhein yeh jo culture aaj kal chal raha hai yeh</w:t>
      </w:r>
      <w:r>
        <w:br/>
      </w:r>
      <w:r>
        <w:rPr>
          <w:sz w:val="20"/>
        </w:rPr>
        <w:t>52:20  god ka jo creation plan hai uske khilaf hai</w:t>
      </w:r>
      <w:r>
        <w:br/>
      </w:r>
      <w:r>
        <w:rPr>
          <w:sz w:val="20"/>
        </w:rPr>
        <w:t>52:25  aur jab bhi aap god ke creation plan ke khilaf chalenge toh aap ko aap ka jo</w:t>
      </w:r>
      <w:r>
        <w:br/>
      </w:r>
      <w:r>
        <w:rPr>
          <w:sz w:val="20"/>
        </w:rPr>
        <w:t>52:33  goal hai woh milne wala nahi hai wahi aap dekh lijiye goal jo hai logon ka woh sirf</w:t>
      </w:r>
      <w:r>
        <w:br/>
      </w:r>
      <w:r>
        <w:rPr>
          <w:sz w:val="20"/>
        </w:rPr>
        <w:t>52:40  money nahi hai woh hai peace of mind</w:t>
      </w:r>
      <w:r>
        <w:br/>
      </w:r>
      <w:r>
        <w:rPr>
          <w:sz w:val="20"/>
        </w:rPr>
        <w:t>52:45  toh peace of mind kahan hai</w:t>
      </w:r>
      <w:r>
        <w:br/>
      </w:r>
      <w:r>
        <w:rPr>
          <w:sz w:val="20"/>
        </w:rPr>
        <w:t>52:49  yani peace of mind jab na mile toh more and more money ke kya faida</w:t>
      </w:r>
      <w:r>
        <w:br/>
      </w:r>
      <w:r>
        <w:rPr>
          <w:sz w:val="20"/>
        </w:rPr>
        <w:t>52:56  kya hai is ka</w:t>
      </w:r>
      <w:r>
        <w:br/>
      </w:r>
      <w:r>
        <w:rPr>
          <w:sz w:val="20"/>
        </w:rPr>
        <w:t>52:58  kyun is liye ke log jo hain jo krishan plan of god hai us ko samjhe baghair kood</w:t>
      </w:r>
      <w:r>
        <w:br/>
      </w:r>
      <w:r>
        <w:rPr>
          <w:sz w:val="20"/>
        </w:rPr>
        <w:t>53:05  pade hain to we have to rediscover the krishan plan of god</w:t>
      </w:r>
      <w:r>
        <w:br/>
      </w:r>
      <w:r>
        <w:rPr>
          <w:sz w:val="20"/>
        </w:rPr>
        <w:t>53:13  here is the solution</w:t>
      </w:r>
      <w:r>
        <w:br/>
      </w:r>
      <w:r>
        <w:rPr>
          <w:sz w:val="20"/>
        </w:rPr>
        <w:t>53:16  we have to rediscover the</w:t>
      </w:r>
      <w:r>
        <w:br/>
      </w:r>
      <w:r>
        <w:rPr>
          <w:sz w:val="20"/>
        </w:rPr>
        <w:t>53:21  krishan plan of god here is the</w:t>
      </w:r>
      <w:r>
        <w:br/>
      </w:r>
      <w:r>
        <w:rPr>
          <w:sz w:val="20"/>
        </w:rPr>
        <w:t>53:26  answer of this question</w:t>
      </w:r>
      <w:r>
        <w:br/>
      </w:r>
      <w:r>
        <w:rPr>
          <w:sz w:val="20"/>
        </w:rPr>
        <w:t>53:32  maulana agla comment bheja hai dr waqar alam sahab ne new york se unhone likha hai maulana sahib you very intelligently related this quranic story of bani israel to our present situation and made it very clear to cps team workers that how allah's help will come for us while doing the dawah work</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Reason for Tension Despite Being a Shopkeeper</w:t>
      </w:r>
    </w:p>
    <w:p>
      <w:r>
        <w:rPr>
          <w:color w:val="666666"/>
          <w:sz w:val="18"/>
        </w:rPr>
        <w:t>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Youngsters distracted by career and earning pressure</w:t>
      </w:r>
    </w:p>
    <w:p>
      <w:r>
        <w:rPr>
          <w:color w:val="666666"/>
          <w:sz w:val="18"/>
        </w:rPr>
        <w:t>Dars-e-Quran, Chapter 2, Verse 35 | December 17, 2017 · 4m 15s · at 1:05:22 · https://youtu.be/Cd8MlWM7B9w?t=3922</w:t>
      </w:r>
    </w:p>
    <w:p>
      <w:r>
        <w:rPr>
          <w:i/>
        </w:rPr>
        <w:t>“Today's youngsters are distracted by the pressure they face in terms of career, future planning, and earning more and more. What should they do?”</w:t>
      </w:r>
    </w:p>
    <w:p>
      <w:r>
        <w:rPr>
          <w:sz w:val="20"/>
        </w:rPr>
        <w:t>1:05:22  مولانا، اگلا سوال بھیجا ہے قصیب رضا صاحب نے گیا بہار سے اور انہوں نے لکھا ہے، مولانا، today's youngsters</w:t>
      </w:r>
      <w:r>
        <w:br/>
      </w:r>
      <w:r>
        <w:rPr>
          <w:sz w:val="20"/>
        </w:rPr>
        <w:t>1:05:30  are in the distraction of the pressure that they face in terms of their career, future planning and</w:t>
      </w:r>
      <w:r>
        <w:br/>
      </w:r>
      <w:r>
        <w:rPr>
          <w:sz w:val="20"/>
        </w:rPr>
        <w:t>1:05:36  to earn more and more.</w:t>
      </w:r>
      <w:r>
        <w:br/>
      </w:r>
      <w:r>
        <w:rPr>
          <w:sz w:val="20"/>
        </w:rPr>
        <w:t>1:05:42  What is your guidance and what is your opinion for all these youngsters? Main samajhta hoon ke yahan woh</w:t>
      </w:r>
      <w:r>
        <w:br/>
      </w:r>
      <w:r>
        <w:rPr>
          <w:sz w:val="20"/>
        </w:rPr>
        <w:t>1:05:48  hadith apply hoti hai.</w:t>
      </w:r>
      <w:r>
        <w:br/>
      </w:r>
      <w:r>
        <w:rPr>
          <w:sz w:val="20"/>
        </w:rPr>
        <w:t>1:05:54  ek hadith mein hai ke insan</w:t>
      </w:r>
      <w:r>
        <w:br/>
      </w:r>
      <w:r>
        <w:rPr>
          <w:sz w:val="20"/>
        </w:rPr>
        <w:t>1:06:00  paida hota hai nature par, al fitrat par.</w:t>
      </w:r>
      <w:r>
        <w:br/>
      </w:r>
      <w:r>
        <w:rPr>
          <w:sz w:val="20"/>
        </w:rPr>
        <w:t>1:06:06  phir is ke maa baap us ko daal dete hain doosre raaste par.</w:t>
      </w:r>
      <w:r>
        <w:br/>
      </w:r>
      <w:r>
        <w:rPr>
          <w:sz w:val="20"/>
        </w:rPr>
        <w:t>1:06:12  to main samajhta hoon ke is zamane mein taqreeban har ghar mein hi yahi ho raha hai ke</w:t>
      </w:r>
      <w:r>
        <w:br/>
      </w:r>
      <w:r>
        <w:rPr>
          <w:sz w:val="20"/>
        </w:rPr>
        <w:t>1:06:18  maa baap ke ambitions hoti hain ke mera beta yeh bane, mera beta woh bane, mera beta falan</w:t>
      </w:r>
      <w:r>
        <w:br/>
      </w:r>
      <w:r>
        <w:rPr>
          <w:sz w:val="20"/>
        </w:rPr>
        <w:t>1:06:24  idhar pahunche, mera beta yeh paisa kam</w:t>
      </w:r>
      <w:r>
        <w:br/>
      </w:r>
      <w:r>
        <w:rPr>
          <w:sz w:val="20"/>
        </w:rPr>
        <w:t>1:06:30  aaye.</w:t>
      </w:r>
      <w:r>
        <w:br/>
      </w:r>
      <w:r>
        <w:rPr>
          <w:sz w:val="20"/>
        </w:rPr>
        <w:t>1:06:35  to maa baap apne ambitions ko thopte hain apni aulaad par.</w:t>
      </w:r>
      <w:r>
        <w:br/>
      </w:r>
      <w:r>
        <w:rPr>
          <w:sz w:val="20"/>
        </w:rPr>
        <w:t>1:06:40  main samajhta hoon ke agar maa baap jo hai fitrat par qaaim rahe to bete aur aulaad apne</w:t>
      </w:r>
      <w:r>
        <w:br/>
      </w:r>
      <w:r>
        <w:rPr>
          <w:sz w:val="20"/>
        </w:rPr>
        <w:t>1:06:45  aap hi fitrat par qaaim ho sakte hain.</w:t>
      </w:r>
      <w:r>
        <w:br/>
      </w:r>
      <w:r>
        <w:rPr>
          <w:sz w:val="20"/>
        </w:rPr>
        <w:t>1:06:50  yeh badi mushkil masla hai ke maa baap ka zehan itna bigad chuka hai, itna money oriented ho</w:t>
      </w:r>
      <w:r>
        <w:br/>
      </w:r>
      <w:r>
        <w:rPr>
          <w:sz w:val="20"/>
        </w:rPr>
        <w:t>1:06:56  gaye hain ke apne bete ko sirf ek hi chahte hain ke woh</w:t>
      </w:r>
      <w:r>
        <w:br/>
      </w:r>
      <w:r>
        <w:rPr>
          <w:sz w:val="20"/>
        </w:rPr>
        <w:t>1:07:01  money haarne ki machine bane.</w:t>
      </w:r>
      <w:r>
        <w:br/>
      </w:r>
      <w:r>
        <w:rPr>
          <w:sz w:val="20"/>
        </w:rPr>
        <w:t>1:07:07  ab hum is baare mein main sochta rehta hoon ke kya kya jaaye aur hum likhte rehte hain.</w:t>
      </w:r>
      <w:r>
        <w:br/>
      </w:r>
      <w:r>
        <w:rPr>
          <w:sz w:val="20"/>
        </w:rPr>
        <w:t>1:07:13  aa'indah bhi insha'Allah koshish karte rahenge.</w:t>
      </w:r>
      <w:r>
        <w:br/>
      </w:r>
      <w:r>
        <w:rPr>
          <w:sz w:val="20"/>
        </w:rPr>
        <w:t>1:07:19  maulana, ek comment aaya hai Azhar Rizvi sahib ka Pakistan se.</w:t>
      </w:r>
      <w:r>
        <w:br/>
      </w:r>
      <w:r>
        <w:rPr>
          <w:sz w:val="20"/>
        </w:rPr>
        <w:t>1:07:25  unhon ne likha hai isi comment mein woh jaanna bhi yeh chahte hain ke kya inka yeh</w:t>
      </w:r>
      <w:r>
        <w:br/>
      </w:r>
      <w:r>
        <w:rPr>
          <w:sz w:val="20"/>
        </w:rPr>
        <w:t>1:07:31  sochna sahi hai.</w:t>
      </w:r>
      <w:r>
        <w:br/>
      </w:r>
      <w:r>
        <w:rPr>
          <w:sz w:val="20"/>
        </w:rPr>
        <w:t>1:07:36  انہوں نے لکھا ہے کہ مولانا، if I have understood correctly, we all have worldly responsibilities and there</w:t>
      </w:r>
      <w:r>
        <w:br/>
      </w:r>
      <w:r>
        <w:rPr>
          <w:sz w:val="20"/>
        </w:rPr>
        <w:t>1:07:41  are two way to address them.</w:t>
      </w:r>
      <w:r>
        <w:br/>
      </w:r>
      <w:r>
        <w:rPr>
          <w:sz w:val="20"/>
        </w:rPr>
        <w:t>1:07:46  first through halal halal way and the other through the haram way.</w:t>
      </w:r>
      <w:r>
        <w:br/>
      </w:r>
      <w:r>
        <w:rPr>
          <w:sz w:val="20"/>
        </w:rPr>
        <w:t>1:07:51  one take you to qanaat and sabr, that is the halal way, and the other which is the</w:t>
      </w:r>
      <w:r>
        <w:br/>
      </w:r>
      <w:r>
        <w:rPr>
          <w:sz w:val="20"/>
        </w:rPr>
        <w:t>1:07:56  haste and the distraction is through the haram wa</w:t>
      </w:r>
      <w:r>
        <w:br/>
      </w:r>
      <w:r>
        <w:rPr>
          <w:sz w:val="20"/>
        </w:rPr>
        <w:t>1:08:01  ye. am i right in my understanding it? haan, baat to aap ki theek hai lekin yeh ek side hai. yaani sirf yahi cheez ke haram se bachna yeh aap ko jannat ka mustaghni bana dega. aap sirf khanzir na khayen, is tarah sharab na piyen. yeh ek yahi kafi nahi hai. aap ko jannat</w:t>
      </w:r>
      <w:r>
        <w:br/>
      </w:r>
      <w:r>
        <w:rPr>
          <w:sz w:val="20"/>
        </w:rPr>
        <w:t>1:08:31  کو ڈسکور کرنا ہے، internal جو abode ہے آپ کا، اس کو ڈسکور کرنا ہے۔</w:t>
      </w:r>
      <w:r>
        <w:br/>
      </w:r>
      <w:r>
        <w:rPr>
          <w:sz w:val="20"/>
        </w:rPr>
        <w:t>1:08:39  sirf halal gosht aur haram gosht jaanna yeh kaafi nahi mere khayal se.</w:t>
      </w:r>
      <w:r>
        <w:br/>
      </w:r>
      <w:r>
        <w:rPr>
          <w:sz w:val="20"/>
        </w:rPr>
        <w:t>1:08:46  jannat ki discovery zaroori hai aur God Almighty ki discovery zaroori hai.</w:t>
      </w:r>
      <w:r>
        <w:br/>
      </w:r>
      <w:r>
        <w:rPr>
          <w:sz w:val="20"/>
        </w:rPr>
        <w:t>1:08:54  sab se pehle God Almighty ki discovery, phir jannat ki discovery.</w:t>
      </w:r>
      <w:r>
        <w:br/>
      </w:r>
      <w:r>
        <w:rPr>
          <w:sz w:val="20"/>
        </w:rPr>
        <w:t>1:09:02  main Europe America mein jaata hoon to wahan sab se zyada inka rehta hai halal gosht aur haram gosht.</w:t>
      </w:r>
      <w:r>
        <w:br/>
      </w:r>
      <w:r>
        <w:rPr>
          <w:sz w:val="20"/>
        </w:rPr>
        <w:t>1:09:08  yeh kaafi nahi hai.</w:t>
      </w:r>
      <w:r>
        <w:br/>
      </w:r>
      <w:r>
        <w:rPr>
          <w:sz w:val="20"/>
        </w:rPr>
        <w:t>1:09:14  maulana, agla comment bheja hai Abdus Salam Umri sahib ne Hyderabad se.</w:t>
      </w:r>
      <w:r>
        <w:br/>
      </w:r>
      <w:r>
        <w:rPr>
          <w:sz w:val="20"/>
        </w:rPr>
        <w:t>1:09:20  unhon ne likha hai, maulana, aaj maine apni kamzori ko pakda, woh yeh hai ke marifat ki</w:t>
      </w:r>
      <w:r>
        <w:br/>
      </w:r>
      <w:r>
        <w:rPr>
          <w:sz w:val="20"/>
        </w:rPr>
        <w:t>1:09:26  raah mein meri tar</w:t>
      </w:r>
      <w:r>
        <w:br/>
      </w:r>
      <w:r>
        <w:rPr>
          <w:sz w:val="20"/>
        </w:rPr>
        <w:t>1:09:32  aqi na hone ka reason shajar ممنوعہ hai, yani distraction hai.</w:t>
      </w:r>
    </w:p>
    <w:p>
      <w:pPr>
        <w:pStyle w:val="Heading2"/>
      </w:pPr>
      <w:r>
        <w:t>Protecting oneself from greed in materialistic age</w:t>
      </w:r>
    </w:p>
    <w:p>
      <w:r>
        <w:rPr>
          <w:color w:val="666666"/>
          <w:sz w:val="18"/>
        </w:rPr>
        <w:t>Islam &amp; Prophet of Islam 21 Oct, 2012 - Maulana Wahiduddin Khan · 2m 05s · at 1:00:23 · https://youtu.be/2hwtfOyNeS0?t=3623</w:t>
      </w:r>
    </w:p>
    <w:p>
      <w:r>
        <w:rPr>
          <w:i/>
        </w:rPr>
        <w:t>“In this materialistic age, how can a person protect himself from greed? Because today human needs have become so great that living a contented life has become difficult.”</w:t>
      </w:r>
    </w:p>
    <w:p>
      <w:r>
        <w:rPr>
          <w:sz w:val="20"/>
        </w:rPr>
        <w:t>1:00:23  maulana, agla sawal bhi karachi pakistan se hai abdul latif sahib ka. unhon ne likha hai: "maulana sahib, is madi daur mein ek insan apne aap ko hiras se kis tarah bachaye؟</w:t>
      </w:r>
      <w:r>
        <w:br/>
      </w:r>
      <w:r>
        <w:rPr>
          <w:sz w:val="20"/>
        </w:rPr>
        <w:t>1:00:37  kyun ke aaj insan ki zaroorat zaroorat itni zyada ho chuki hai ke qanaat wali zindagi guzarna mushkil ho gaya hai." is ke bare mein bataen.</w:t>
      </w:r>
      <w:r>
        <w:br/>
      </w:r>
      <w:r>
        <w:rPr>
          <w:sz w:val="20"/>
        </w:rPr>
        <w:t>1:00:49  main samajhta hoon ke hiras se bachane ke liye sirf yeh hai ke aap apni aql ko istemal karen. aql ko istemal karen.</w:t>
      </w:r>
      <w:r>
        <w:br/>
      </w:r>
      <w:r>
        <w:rPr>
          <w:sz w:val="20"/>
        </w:rPr>
        <w:t>1:00:59  abhi dekhiye, aaj kal khabron mein aa rahi hain kingfisher airline ke bare mein. bahut zyada badhaya apne kaam ko unhon ne, yani hiras ko apni aakhirat tak pahuncha diya.</w:t>
      </w:r>
      <w:r>
        <w:br/>
      </w:r>
      <w:r>
        <w:rPr>
          <w:sz w:val="20"/>
        </w:rPr>
        <w:t>1:01:11  natija kya hua? ke bilkul dham se gir gaye. aap khabron mein padhte honge, tafseel ki zaroorat nahin hai batane ki. aise waqiyat rozana hote rehte hain.</w:t>
      </w:r>
      <w:r>
        <w:br/>
      </w:r>
      <w:r>
        <w:rPr>
          <w:sz w:val="20"/>
        </w:rPr>
        <w:t>1:01:23  yani hiras mein aakhir mein kya hai? frustration. qanaat mein kya hai? sukoon, itminan.</w:t>
      </w:r>
      <w:r>
        <w:br/>
      </w:r>
      <w:r>
        <w:rPr>
          <w:sz w:val="20"/>
        </w:rPr>
        <w:t>1:01:32  to natije ko dekh kar faisla kijiye ke hiras mein aadmi ko sukoon milta hai ya qanaat mein milta hai.</w:t>
      </w:r>
      <w:r>
        <w:br/>
      </w:r>
      <w:r>
        <w:rPr>
          <w:sz w:val="20"/>
        </w:rPr>
        <w:t>1:01:42  jitne log hiras mein daudte hain, yani takathur ka rasta ikhtiyar karte hain, aakhir mein un ke hisse mein sawab, first side ka kuch bhi nahin aata. kitne log to khud khushi kar lete hain.</w:t>
      </w:r>
      <w:r>
        <w:br/>
      </w:r>
      <w:r>
        <w:rPr>
          <w:sz w:val="20"/>
        </w:rPr>
        <w:t>1:01:54  to asal cheez yeh hai ke natije ko natije ko samne rakh kar log nahin sochte. natije ko samne rakh kar sochen to bahut aasani se masla samajh mein aa jaye ke is dunya mein mumkin nahin hai ke aap hiras ke raste par chal kar ke, yani peace of mind mile, aap ko sukoon mile.</w:t>
      </w:r>
      <w:r>
        <w:br/>
      </w:r>
      <w:r>
        <w:rPr>
          <w:sz w:val="20"/>
        </w:rPr>
        <w:t>1:02:15  qanaat ke raste par chal kar ke aap ko peace of mind milega. to agar natije ko le kar socha jaye to bahut aasani se aap is mamle mein ek sahi faisla le sakte hain.</w:t>
      </w:r>
    </w:p>
    <w:p>
      <w:pPr>
        <w:pStyle w:val="Heading2"/>
      </w:pPr>
      <w:r>
        <w:t>Protecting oneself from greed in materialistic age</w:t>
      </w:r>
    </w:p>
    <w:p>
      <w:r>
        <w:rPr>
          <w:color w:val="666666"/>
          <w:sz w:val="18"/>
        </w:rPr>
        <w:t>Islam and Prophet of Islam 21st October 2012 · 2m 09s · at 1:02:17 · https://youtu.be/pg1Malshh6Y?t=3737</w:t>
      </w:r>
    </w:p>
    <w:p>
      <w:r>
        <w:rPr>
          <w:i/>
        </w:rPr>
        <w:t>“In this materialistic age, how can a person protect himself from greed? Because today human needs have become so great that living a contented life is difficult.”</w:t>
      </w:r>
    </w:p>
    <w:p>
      <w:r>
        <w:rPr>
          <w:sz w:val="20"/>
        </w:rPr>
        <w:t>1:02:17  maulana, agla sawal bhi karachi pakistan se hai abdul lateef sahib ka.</w:t>
      </w:r>
      <w:r>
        <w:br/>
      </w:r>
      <w:r>
        <w:rPr>
          <w:sz w:val="20"/>
        </w:rPr>
        <w:t>1:02:22  unhon ne likha hai: "maulana sahib, is maadi daur mein ek insaan apne aap ko hiras se kis</w:t>
      </w:r>
      <w:r>
        <w:br/>
      </w:r>
      <w:r>
        <w:rPr>
          <w:sz w:val="20"/>
        </w:rPr>
        <w:t>1:02:30  tarah bachaye? kyunke aaj insaan ki zaroorat zaroorat itni zyada ho chuki hai ke qana'at wali zindagi guzarna</w:t>
      </w:r>
      <w:r>
        <w:br/>
      </w:r>
      <w:r>
        <w:rPr>
          <w:sz w:val="20"/>
        </w:rPr>
        <w:t>1:02:37  mushkil ho gaya hai." is ke bare mein bataein.</w:t>
      </w:r>
      <w:r>
        <w:br/>
      </w:r>
      <w:r>
        <w:rPr>
          <w:sz w:val="20"/>
        </w:rPr>
        <w:t>1:02:41  main samajhta hoon ke hiras se bachane ke liye sirf yeh hai ke aap apni aql ko istemal</w:t>
      </w:r>
      <w:r>
        <w:br/>
      </w:r>
      <w:r>
        <w:rPr>
          <w:sz w:val="20"/>
        </w:rPr>
        <w:t>1:02:49  karein, aql ko istemal karein.</w:t>
      </w:r>
      <w:r>
        <w:br/>
      </w:r>
      <w:r>
        <w:rPr>
          <w:sz w:val="20"/>
        </w:rPr>
        <w:t>1:02:51  abhi dekhiye, aaj kal khabron mein aa rahi hain "kingfisher airline" ke bare mein.</w:t>
      </w:r>
      <w:r>
        <w:br/>
      </w:r>
      <w:r>
        <w:rPr>
          <w:sz w:val="20"/>
        </w:rPr>
        <w:t>1:02:58  bahut zyada badhaya aur kaam ko unhon ne, yaani hiras ko apni akhirat tak pahuncha diya.</w:t>
      </w:r>
      <w:r>
        <w:br/>
      </w:r>
      <w:r>
        <w:rPr>
          <w:sz w:val="20"/>
        </w:rPr>
        <w:t>1:03:05  natija kya hua? ke bilkul dham se gir gaye.</w:t>
      </w:r>
      <w:r>
        <w:br/>
      </w:r>
      <w:r>
        <w:rPr>
          <w:sz w:val="20"/>
        </w:rPr>
        <w:t>1:03:09  aap khabron mein parhte honge, tafseel ki zaroorat nahi hai batane ki.</w:t>
      </w:r>
      <w:r>
        <w:br/>
      </w:r>
      <w:r>
        <w:rPr>
          <w:sz w:val="20"/>
        </w:rPr>
        <w:t>1:03:14  aise waqeat rozana hote rehte hain.</w:t>
      </w:r>
      <w:r>
        <w:br/>
      </w:r>
      <w:r>
        <w:rPr>
          <w:sz w:val="20"/>
        </w:rPr>
        <w:t>1:03:17  yani hirs mein aakhir mein kya hai? frustration.</w:t>
      </w:r>
      <w:r>
        <w:br/>
      </w:r>
      <w:r>
        <w:rPr>
          <w:sz w:val="20"/>
        </w:rPr>
        <w:t>1:03:20  qanaat mein kya hai? sukoon, itminan.</w:t>
      </w:r>
      <w:r>
        <w:br/>
      </w:r>
      <w:r>
        <w:rPr>
          <w:sz w:val="20"/>
        </w:rPr>
        <w:t>1:03:23  to natije ko dekh kar faisla kijiye ke hirs mein aadmi ko sukoon milta hai ya qanaat mein</w:t>
      </w:r>
      <w:r>
        <w:br/>
      </w:r>
      <w:r>
        <w:rPr>
          <w:sz w:val="20"/>
        </w:rPr>
        <w:t>1:03:30  milta hai.</w:t>
      </w:r>
      <w:r>
        <w:br/>
      </w:r>
      <w:r>
        <w:rPr>
          <w:sz w:val="20"/>
        </w:rPr>
        <w:t>1:03:32  jitne log hirs mein daudte hain, yani takathur ka rasta ikhtiyar karte hain, aakhir mein unke hisse</w:t>
      </w:r>
      <w:r>
        <w:br/>
      </w:r>
      <w:r>
        <w:rPr>
          <w:sz w:val="20"/>
        </w:rPr>
        <w:t>1:03:40  mein sawab, first side ka kuch bhi nahi aata.</w:t>
      </w:r>
      <w:r>
        <w:br/>
      </w:r>
      <w:r>
        <w:rPr>
          <w:sz w:val="20"/>
        </w:rPr>
        <w:t>1:03:43  kitne log to khud khushi kar lete hain.</w:t>
      </w:r>
      <w:r>
        <w:br/>
      </w:r>
      <w:r>
        <w:rPr>
          <w:sz w:val="20"/>
        </w:rPr>
        <w:t>1:03:47  to asal cheez yeh hai ke natije ko, natije ko samne le kar log nahi sochte.</w:t>
      </w:r>
      <w:r>
        <w:br/>
      </w:r>
      <w:r>
        <w:rPr>
          <w:sz w:val="20"/>
        </w:rPr>
        <w:t>1:03:54  natije ko samne le kar sochein to bohat aasani se masla samajh mein aa jaye ke is dunya</w:t>
      </w:r>
      <w:r>
        <w:br/>
      </w:r>
      <w:r>
        <w:rPr>
          <w:sz w:val="20"/>
        </w:rPr>
        <w:t>1:04:01  میں ممکن نہیں ہے کہ آپ حرص کے راستے پر چل کر کے، یعنی peace of mind ملے،</w:t>
      </w:r>
      <w:r>
        <w:br/>
      </w:r>
      <w:r>
        <w:rPr>
          <w:sz w:val="20"/>
        </w:rPr>
        <w:t>1:04:09  aap ko sukoon mile.</w:t>
      </w:r>
      <w:r>
        <w:br/>
      </w:r>
      <w:r>
        <w:rPr>
          <w:sz w:val="20"/>
        </w:rPr>
        <w:t>1:04:11  qanaat ke raste par chal kar ke aap ko peace of mind milega.</w:t>
      </w:r>
      <w:r>
        <w:br/>
      </w:r>
      <w:r>
        <w:rPr>
          <w:sz w:val="20"/>
        </w:rPr>
        <w:t>1:04:17  to agar natije ko le kar socha jaye to bohat aasani se aap is mamle mein ek sahi</w:t>
      </w:r>
      <w:r>
        <w:br/>
      </w:r>
      <w:r>
        <w:rPr>
          <w:sz w:val="20"/>
        </w:rPr>
        <w:t>1:04:25  faisla le sakte hain.</w:t>
      </w:r>
    </w:p>
    <w:p>
      <w:pPr>
        <w:pStyle w:val="Heading2"/>
      </w:pPr>
      <w:r>
        <w:t>Advice for Muslims living in fear</w:t>
      </w:r>
    </w:p>
    <w:p>
      <w:r>
        <w:rPr>
          <w:color w:val="666666"/>
          <w:sz w:val="18"/>
        </w:rPr>
        <w:t>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Formula to overcome anxiety and fear</w:t>
      </w:r>
    </w:p>
    <w:p>
      <w:r>
        <w:rPr>
          <w:color w:val="666666"/>
          <w:sz w:val="18"/>
        </w:rPr>
        <w:t>Spirit of Ramadan | June 14, 2015 · 4m 02s · at 59:06 · https://youtu.be/LMQxfxQcnxQ?t=3546</w:t>
      </w:r>
    </w:p>
    <w:p>
      <w:r>
        <w:rPr>
          <w:i/>
        </w:rPr>
        <w:t>“Is there any way I can be free from anxiety, negative thoughts and fear? Please suggest me a formula of life that helps me manage such feelings.”</w:t>
      </w:r>
    </w:p>
    <w:p>
      <w:r>
        <w:rPr>
          <w:sz w:val="20"/>
        </w:rPr>
        <w:t>59:06  mona, yeh agla sawal aaya hai mister ajay dwivedi ka gurgaon se.</w:t>
      </w:r>
      <w:r>
        <w:br/>
      </w:r>
      <w:r>
        <w:rPr>
          <w:sz w:val="20"/>
        </w:rPr>
        <w:t>59:12  مولانا صاحب، Is there any way I can be free from anxiety, negative thoughts and fear? Please suggest.</w:t>
      </w:r>
      <w:r>
        <w:br/>
      </w:r>
      <w:r>
        <w:rPr>
          <w:sz w:val="20"/>
        </w:rPr>
        <w:t>59:18  me a formula of life that helps me manage such feelings.</w:t>
      </w:r>
      <w:r>
        <w:br/>
      </w:r>
      <w:r>
        <w:rPr>
          <w:sz w:val="20"/>
        </w:rPr>
        <w:t>59:24  kya matlab? kya matlab hai? mona, in ka sawal yeh hai ke is there any way that i</w:t>
      </w:r>
      <w:r>
        <w:br/>
      </w:r>
      <w:r>
        <w:rPr>
          <w:sz w:val="20"/>
        </w:rPr>
        <w:t>59:30  can be free from anxiety and negative thoughts and fear?</w:t>
      </w:r>
      <w:r>
        <w:br/>
      </w:r>
      <w:r>
        <w:rPr>
          <w:sz w:val="20"/>
        </w:rPr>
        <w:t>59:36  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r>
        <w:br/>
      </w:r>
      <w:r>
        <w:rPr>
          <w:sz w:val="20"/>
        </w:rPr>
        <w:t>1:00:06  will teacher tha aur mahine mujh ko 12 dollar milta tha china mein.</w:t>
      </w:r>
      <w:r>
        <w:br/>
      </w:r>
      <w:r>
        <w:rPr>
          <w:sz w:val="20"/>
        </w:rPr>
        <w:t>1:00:11  woh english jaanta tha toh english teacher tha.</w:t>
      </w:r>
      <w:r>
        <w:br/>
      </w:r>
      <w:r>
        <w:rPr>
          <w:sz w:val="20"/>
        </w:rPr>
        <w:t>1:00:16  woh phir us ne business shuru kiya toh 12 us ne likha hai ke jab mein mahine mein</w:t>
      </w:r>
      <w:r>
        <w:br/>
      </w:r>
      <w:r>
        <w:rPr>
          <w:sz w:val="20"/>
        </w:rPr>
        <w:t>1:00:21  jo 12 dollar kamata tha toh woh bohat khush rehta tha.</w:t>
      </w:r>
      <w:r>
        <w:br/>
      </w:r>
      <w:r>
        <w:rPr>
          <w:sz w:val="20"/>
        </w:rPr>
        <w:t>1:00:26  ab mere paas billion billion paisa hai lekin ab mein khush nahi hoon.</w:t>
      </w:r>
      <w:r>
        <w:br/>
      </w:r>
      <w:r>
        <w:rPr>
          <w:sz w:val="20"/>
        </w:rPr>
        <w:t>1:00:31  toh toh yeh yeh</w:t>
      </w:r>
      <w:r>
        <w:br/>
      </w:r>
      <w:r>
        <w:rPr>
          <w:sz w:val="20"/>
        </w:rPr>
        <w:t>1:00:36  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r>
        <w:br/>
      </w:r>
      <w:r>
        <w:rPr>
          <w:sz w:val="20"/>
        </w:rPr>
        <w:t>1:01:06  aap zehan ki satah par apne ko positive banaiye.</w:t>
      </w:r>
      <w:r>
        <w:br/>
      </w:r>
      <w:r>
        <w:rPr>
          <w:sz w:val="20"/>
        </w:rPr>
        <w:t>1:01:12  bahir bahir ki satah par aap sochenge aur bahir koi anxiety ka sabab nikal kar us ko</w:t>
      </w:r>
      <w:r>
        <w:br/>
      </w:r>
      <w:r>
        <w:rPr>
          <w:sz w:val="20"/>
        </w:rPr>
        <w:t>1:01:18  door karne ki koshish karenge toh is se anxiety door hone wali nahi hai.</w:t>
      </w:r>
      <w:r>
        <w:br/>
      </w:r>
      <w:r>
        <w:rPr>
          <w:sz w:val="20"/>
        </w:rPr>
        <w:t>1:01:24  misalan mein hoon, dekhiye, mein koi anxiety nahi hoon kyunke har anxiety, dekhiye, har anxiety jo hoti hai</w:t>
      </w:r>
      <w:r>
        <w:br/>
      </w:r>
      <w:r>
        <w:rPr>
          <w:sz w:val="20"/>
        </w:rPr>
        <w:t>1:01:31  kisi external reason se hoti hai,</w:t>
      </w:r>
      <w:r>
        <w:br/>
      </w:r>
      <w:r>
        <w:rPr>
          <w:sz w:val="20"/>
        </w:rPr>
        <w:t>1:01:37  internal reason se nahi hoti.</w:t>
      </w:r>
      <w:r>
        <w:br/>
      </w:r>
      <w:r>
        <w:rPr>
          <w:sz w:val="20"/>
        </w:rPr>
        <w:t>1:01:40  toh bas mein kahoon ke chalo bhai, yeh bhi theek hai.</w:t>
      </w:r>
      <w:r>
        <w:br/>
      </w:r>
      <w:r>
        <w:rPr>
          <w:sz w:val="20"/>
        </w:rPr>
        <w:t>1:01:43  mere paas agar falan cheez nahi hai toh yeh bhi theek hai.</w:t>
      </w:r>
      <w:r>
        <w:br/>
      </w:r>
      <w:r>
        <w:rPr>
          <w:sz w:val="20"/>
        </w:rPr>
        <w:t>1:01:47  paisa kam hai toh bhi theek hai.</w:t>
      </w:r>
      <w:r>
        <w:br/>
      </w:r>
      <w:r>
        <w:rPr>
          <w:sz w:val="20"/>
        </w:rPr>
        <w:t>1:01:50  mein america mein ek sahib ka qissa mein ne bataya hoga aap ko pehle ke ek sahib ka</w:t>
      </w:r>
      <w:r>
        <w:br/>
      </w:r>
      <w:r>
        <w:rPr>
          <w:sz w:val="20"/>
        </w:rPr>
        <w:t>1:01:53  mein woh le gaye.</w:t>
      </w:r>
      <w:r>
        <w:br/>
      </w:r>
      <w:r>
        <w:rPr>
          <w:sz w:val="20"/>
        </w:rPr>
        <w:t>1:01:57  mein kahin gaya tha kisi program mein toh hotel mein thehra tha toh woh hotel se utha ke</w:t>
      </w:r>
      <w:r>
        <w:br/>
      </w:r>
      <w:r>
        <w:rPr>
          <w:sz w:val="20"/>
        </w:rPr>
        <w:t>1:02:00  apne ghar le gaye.</w:t>
      </w:r>
      <w:r>
        <w:br/>
      </w:r>
      <w:r>
        <w:rPr>
          <w:sz w:val="20"/>
        </w:rPr>
        <w:t>1:02:03  mujh ko woh paise wale aadmi they toh</w:t>
      </w:r>
      <w:r>
        <w:br/>
      </w:r>
      <w:r>
        <w:rPr>
          <w:sz w:val="20"/>
        </w:rPr>
        <w:t>1:02:07  beh-haal mein ne dekha ke woh bohat khush rehte hain.</w:t>
      </w:r>
      <w:r>
        <w:br/>
      </w:r>
      <w:r>
        <w:rPr>
          <w:sz w:val="20"/>
        </w:rPr>
        <w:t>1:02:11  aam taur par america mein kisi ko khush nahi paya mein ne.</w:t>
      </w:r>
      <w:r>
        <w:br/>
      </w:r>
      <w:r>
        <w:rPr>
          <w:sz w:val="20"/>
        </w:rPr>
        <w:t>1:02:15  aam taur par wohi anxiety wale paya mein ne, woh khush they.</w:t>
      </w:r>
      <w:r>
        <w:br/>
      </w:r>
      <w:r>
        <w:rPr>
          <w:sz w:val="20"/>
        </w:rPr>
        <w:t>1:02:20  to mein ne wash kiya un ko to mujhe samjhaya ke unhon ne aik wohi formula pakar liya</w:t>
      </w:r>
      <w:r>
        <w:br/>
      </w:r>
      <w:r>
        <w:rPr>
          <w:sz w:val="20"/>
        </w:rPr>
        <w:t>1:02:24  ke chalo yeh bhi theek hai, jo bhi ho jaye, chalo yeh bhi theek hai.</w:t>
      </w:r>
      <w:r>
        <w:br/>
      </w:r>
      <w:r>
        <w:rPr>
          <w:sz w:val="20"/>
        </w:rPr>
        <w:t>1:02:28  mislan aik din mein ne un se kaha ke chaliye kal hum amreeka ke kisi park mein chalenge.</w:t>
      </w:r>
      <w:r>
        <w:br/>
      </w:r>
      <w:r>
        <w:rPr>
          <w:sz w:val="20"/>
        </w:rPr>
        <w:t>1:02:33  kaha theek hai.</w:t>
      </w:r>
      <w:r>
        <w:br/>
      </w:r>
      <w:r>
        <w:rPr>
          <w:sz w:val="20"/>
        </w:rPr>
        <w:t>1:02:37  to program ban gaya.</w:t>
      </w:r>
      <w:r>
        <w:br/>
      </w:r>
      <w:r>
        <w:rPr>
          <w:sz w:val="20"/>
        </w:rPr>
        <w:t>1:02:41  agle din subah ko woh apna tayar ho kar aaye, kapra pakar kar tayar ho kar aaye ke chale.</w:t>
      </w:r>
      <w:r>
        <w:br/>
      </w:r>
      <w:r>
        <w:rPr>
          <w:sz w:val="20"/>
        </w:rPr>
        <w:t>1:02:45  to mein ne kaha bhai, mera mood nahi jane ka.</w:t>
      </w:r>
      <w:r>
        <w:br/>
      </w:r>
      <w:r>
        <w:rPr>
          <w:sz w:val="20"/>
        </w:rPr>
        <w:t>1:02:48  yeh to kya kehte hain? chalo yeh bhi theek hai.</w:t>
      </w:r>
      <w:r>
        <w:br/>
      </w:r>
      <w:r>
        <w:rPr>
          <w:sz w:val="20"/>
        </w:rPr>
        <w:t>1:02:52  to sab se acha formula hai jo hai, us ko chalo yeh bhi theek hai.</w:t>
      </w:r>
      <w:r>
        <w:br/>
      </w:r>
      <w:r>
        <w:rPr>
          <w:sz w:val="20"/>
        </w:rPr>
        <w:t>1:02:56  to anxiety zehan mein paida hoti hai aur zehni woh khatam kar sakte hain.</w:t>
      </w:r>
      <w:r>
        <w:br/>
      </w:r>
      <w:r>
        <w:rPr>
          <w:sz w:val="20"/>
        </w:rPr>
        <w:t>1:03:00  aap anxiety mind mein paida hoti hai aur mind hi woh khatam kar sakte hain.</w:t>
      </w:r>
      <w:r>
        <w:br/>
      </w:r>
      <w:r>
        <w:rPr>
          <w:sz w:val="20"/>
        </w:rPr>
        <w:t>1:03:04  us ko aap</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Formula for freedom from anxiety and fear</w:t>
      </w:r>
    </w:p>
    <w:p>
      <w:r>
        <w:rPr>
          <w:color w:val="666666"/>
          <w:sz w:val="18"/>
        </w:rPr>
        <w:t>Spirit of Ramadan June 14, 2015 · 4m 10s · at 58:35 · https://youtu.be/mKQdhE2rhdQ?t=3515</w:t>
      </w:r>
    </w:p>
    <w:p>
      <w:r>
        <w:rPr>
          <w:i/>
        </w:rPr>
        <w:t>“Is there any way I can be free from anxiety, negative thoughts and fear? Please suggest me a formula of life that helps me manage such feelings.”</w:t>
      </w:r>
    </w:p>
    <w:p>
      <w:r>
        <w:rPr>
          <w:sz w:val="20"/>
        </w:rPr>
        <w:t>58:35  mat purjosh taqreeron se islaah hone wali nahin hai. Maulana, yeh agla sawal aaya hai Mr Ajay Duveri ka Gurgaon se</w:t>
      </w:r>
      <w:r>
        <w:br/>
      </w:r>
      <w:r>
        <w:rPr>
          <w:sz w:val="20"/>
        </w:rPr>
        <w:t>58:45  : "Maulana sahib, is there any way I can be free from anxiety, negative thoughts and fear? Please suggest me a formula of life that helps me manage such feelings." Bhai, anxiety kis baat par?</w:t>
      </w:r>
      <w:r>
        <w:br/>
      </w:r>
      <w:r>
        <w:rPr>
          <w:sz w:val="20"/>
        </w:rPr>
        <w:t>59:01  job ko le kar, business ko le kar, kis baat ko le kar? Paise ko le kar? To dekhiye, abhi kal ke akhbar mein main ek reference doonga.</w:t>
      </w:r>
      <w:r>
        <w:br/>
      </w:r>
      <w:r>
        <w:rPr>
          <w:sz w:val="20"/>
        </w:rPr>
        <w:t>59:11  duniya ke richest aadmi ka woh aaya hai,</w:t>
      </w:r>
      <w:r>
        <w:br/>
      </w:r>
      <w:r>
        <w:rPr>
          <w:sz w:val="20"/>
        </w:rPr>
        <w:t>59:14  abhi kal ke terms of media hum padha padhenge. Woh China ka hai, duniya ka richest aadmi. Is ne taqreer ki hai jo terms of media mein chhapi hai ke pehle main school teacher tha aur mahine mujh ko 12 dollar milta tha China mein.</w:t>
      </w:r>
      <w:r>
        <w:br/>
      </w:r>
      <w:r>
        <w:rPr>
          <w:sz w:val="20"/>
        </w:rPr>
        <w:t>59:35  woh English jaanta tha to English teacher tha. Woh phir us ne business shuru kiya</w:t>
      </w:r>
      <w:r>
        <w:br/>
      </w:r>
      <w:r>
        <w:rPr>
          <w:sz w:val="20"/>
        </w:rPr>
        <w:t>59:41  to 12 us ne likha hai ke jab main mahine mein jo 12 dollar kamata tha to woh bohat khush rehta tha. Ab mere paas billion billion paisa hai, lekin ab main khush nahin hoon.</w:t>
      </w:r>
      <w:r>
        <w:br/>
      </w:r>
      <w:r>
        <w:rPr>
          <w:sz w:val="20"/>
        </w:rPr>
        <w:t>59:57  to to yeh yeh anxiety hai. Anxiety is cheez ke liye hai jo is se anxiety barha</w:t>
      </w:r>
      <w:r>
        <w:br/>
      </w:r>
      <w:r>
        <w:rPr>
          <w:sz w:val="20"/>
        </w:rPr>
        <w:t>1:00:02  way hai. Aisi cheez ki, aisi cheez ke liye log anxiety ko paalte hain ke woh agar poori ho jaye to aur aur anxiety barh jaye ke zyada bara ghar, zyada bari, bohat hi caray, zyada bara jawab, job, bohat zyada business.</w:t>
      </w:r>
      <w:r>
        <w:br/>
      </w:r>
      <w:r>
        <w:rPr>
          <w:sz w:val="20"/>
        </w:rPr>
        <w:t>1:00:17  woh to anxiety aur barhane wali cheez hai. To dekhen, anxiety jo hai woh ek intellectual state ka naam hai, ek zehni haalat.</w:t>
      </w:r>
      <w:r>
        <w:br/>
      </w:r>
      <w:r>
        <w:rPr>
          <w:sz w:val="20"/>
        </w:rPr>
        <w:t>1:00:28  aap zehen ki satah par apne ko positive banaiye. Bahar bahar ki satah par aap sochenge.</w:t>
      </w:r>
      <w:r>
        <w:br/>
      </w:r>
      <w:r>
        <w:rPr>
          <w:sz w:val="20"/>
        </w:rPr>
        <w:t>1:00:38  bahar koi anxiety ka sabab nikaal kar us ko door karne ki koshish karenge to is se anxiety door hone wali nahin hai.</w:t>
      </w:r>
      <w:r>
        <w:br/>
      </w:r>
      <w:r>
        <w:rPr>
          <w:sz w:val="20"/>
        </w:rPr>
        <w:t>1:00:47  misalan main hoon, dekhiye, main koi anxiety nahin hoon kyunke har anxiety, dekhiye, har anxiety jo hoti hai kisi external reason se hoti hai, internal reason se nahin hoti.</w:t>
      </w:r>
      <w:r>
        <w:br/>
      </w:r>
      <w:r>
        <w:rPr>
          <w:sz w:val="20"/>
        </w:rPr>
        <w:t>1:01:01  to bas batao ke chalo bhai, yeh yeh bhi theek hai. Mere paas agar falan cheez nahin hai to yeh bhi theek hai, paisa kam hai to bhi theek hai.</w:t>
      </w:r>
      <w:r>
        <w:br/>
      </w:r>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Balancing home with dual working professionals</w:t>
      </w:r>
    </w:p>
    <w:p>
      <w:r>
        <w:rPr>
          <w:color w:val="666666"/>
          <w:sz w:val="18"/>
        </w:rPr>
        <w:t>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Doubt about modern consumerism</w:t>
      </w:r>
    </w:p>
    <w:p>
      <w:r>
        <w:rPr>
          <w:color w:val="666666"/>
          <w:sz w:val="18"/>
        </w:rPr>
        <w:t>Age Of Consumerism I January 6, 2013 Maulana Wahiduddin Khan · 5m 34s · at 1:12:51 · https://youtu.be/CuRYFl7JuEM?t=4371</w:t>
      </w:r>
    </w:p>
    <w:p>
      <w:r>
        <w:rPr>
          <w:i/>
        </w:rPr>
        <w:t>“Thanks a lot for explaining modern consumerism and making us rethink the whole idea of shopping. However, I have a little doubt. My question is...”</w:t>
      </w:r>
    </w:p>
    <w:p>
      <w:r>
        <w:rPr>
          <w:sz w:val="20"/>
        </w:rPr>
        <w:t>1:12:51  maqsad achha hai. ji, kaisa hai? ji, bilkul theek hai. achha, maulana, agla sawal delhi se hai, ah, miss s ahmad ka.</w:t>
      </w:r>
      <w:r>
        <w:br/>
      </w:r>
      <w:r>
        <w:rPr>
          <w:sz w:val="20"/>
        </w:rPr>
        <w:t>1:13:03  "maulana, thanks a lot for explaining the modern consumerism and making us rethink the whole idea of shopping.</w:t>
      </w:r>
      <w:r>
        <w:br/>
      </w:r>
      <w:r>
        <w:rPr>
          <w:sz w:val="20"/>
        </w:rPr>
        <w:t>1:13:15  however, i have a little doubt. my question is</w:t>
      </w:r>
      <w:r>
        <w:br/>
      </w:r>
      <w:r>
        <w:rPr>
          <w:sz w:val="20"/>
        </w:rPr>
        <w:t>1:13:19  the fine line between need based consumerism and comfort based consumerism. it is disappearing so quickly that it is often, it often becomes difficult to define what is need and what is comfort, especially if parents provide the need full to children.</w:t>
      </w:r>
      <w:r>
        <w:br/>
      </w:r>
      <w:r>
        <w:rPr>
          <w:sz w:val="20"/>
        </w:rPr>
        <w:t>1:13:40  the children often demands or sometimes complain for extra comfort. so what should one do? how should a person</w:t>
      </w:r>
      <w:r>
        <w:br/>
      </w:r>
      <w:r>
        <w:rPr>
          <w:sz w:val="20"/>
        </w:rPr>
        <w:t>1:13:50  plan a strategy for it?" bhai, dekhiye, na bachche criterion hain, na parent criterion hain. jo log is se phanse rahein ge, toh woh toh isi se phanse rahein ge.</w:t>
      </w:r>
      <w:r>
        <w:br/>
      </w:r>
      <w:r>
        <w:rPr>
          <w:sz w:val="20"/>
        </w:rPr>
        <w:t>1:14:01  woh toh kabhi unko chhutti nahi mile gi marne se pehle. main toh logon se kehta hoon ke dekhiye, quran mein aaya hai</w:t>
      </w:r>
      <w:r>
        <w:br/>
      </w:r>
      <w:r>
        <w:rPr>
          <w:sz w:val="20"/>
        </w:rPr>
        <w:t>1:14:10  ke</w:t>
      </w:r>
      <w:r>
        <w:br/>
      </w:r>
      <w:r>
        <w:rPr>
          <w:sz w:val="20"/>
        </w:rPr>
        <w:t>1:14:13  do aayatein hain quran majeed ki. aaj kal saare log family mein phanse rehte hain. do aayatein hain, woh padhein. woh ek aayat yeh hai ke jahannami log jo hain, unke bare mein woh aayat hai:</w:t>
      </w:r>
      <w:r>
        <w:br/>
      </w:r>
      <w:r>
        <w:rPr>
          <w:sz w:val="20"/>
        </w:rPr>
        <w:t>1:14:28  "kana fi ahli masroorah"</w:t>
      </w:r>
      <w:r>
        <w:br/>
      </w:r>
      <w:r>
        <w:rPr>
          <w:sz w:val="20"/>
        </w:rPr>
        <w:t>1:14:32  ke apne family mein khoob khush rehte the. woh yaani family ki demand poori karna aur family ki ko khush rakhna, unki pampani karna, unke liye har item dala ke dena unko.</w:t>
      </w:r>
      <w:r>
        <w:br/>
      </w:r>
      <w:r>
        <w:rPr>
          <w:sz w:val="20"/>
        </w:rPr>
        <w:t>1:14:45  toh "kana fi ahli masroorah" woh aadmi family mein jeeta tha, family ke mein khush</w:t>
      </w:r>
      <w:r>
        <w:br/>
      </w:r>
      <w:r>
        <w:rPr>
          <w:sz w:val="20"/>
        </w:rPr>
        <w:t>1:14:51  khurram rehta tha. woh jahannam mein jaye ga, yeh jahannam ke liye hai. aur jannat ke liye kya hai? "ana kunna fi ahelna mushrikeen" mushrik maani khauf zada,</w:t>
      </w:r>
      <w:r>
        <w:br/>
      </w:r>
      <w:r>
        <w:rPr>
          <w:sz w:val="20"/>
        </w:rPr>
        <w:t>1:15:07  dara hua ke</w:t>
      </w:r>
      <w:r>
        <w:br/>
      </w:r>
      <w:r>
        <w:rPr>
          <w:sz w:val="20"/>
        </w:rPr>
        <w:t>1:15:09  jannat walay kahain ge ke hum apnay family mein, apnay ghar mein khauf zada ban ke rehtay thay, andesha naak ban ke rehtay thay, Allah ki pakar se dar, jahannam se dar, qayamat ki accountability se dar.</w:t>
      </w:r>
      <w:r>
        <w:br/>
      </w:r>
      <w:r>
        <w:rPr>
          <w:sz w:val="20"/>
        </w:rPr>
        <w:t>1:15:22  is mein jeetay thay hum. yeh do tasveerein hain, aap daikh lijiye. yeh zamanay ke musalmanon mein shayad hi koi ghar ho jo aap ko milay, woh is ka namona.</w:t>
      </w:r>
      <w:r>
        <w:br/>
      </w:r>
      <w:r>
        <w:rPr>
          <w:sz w:val="20"/>
        </w:rPr>
        <w:t>1:15:32  is sab wohi ab family mein khush hain, family ke liye saman la rahay hain, kama kama kar un ko de rahay hain ta ke woh bachay khush rahain, ghar walay khush rahain, family walay khush rahain.</w:t>
      </w:r>
      <w:r>
        <w:br/>
      </w:r>
      <w:r>
        <w:rPr>
          <w:sz w:val="20"/>
        </w:rPr>
        <w:t>1:15:46  to yeh to aap yeh raha, yani yeh yeh mat sochiye ke bachay kya kya chahtay hain, parent kya chahtay hain.</w:t>
      </w:r>
      <w:r>
        <w:br/>
      </w:r>
      <w:r>
        <w:rPr>
          <w:sz w:val="20"/>
        </w:rPr>
        <w:t>1:15:53  aap daikhiye ke jannat walon ki tasveer Quran mein kya hai aur jahannam walon ki tasveer Quran majeed mein kya hai. is se faisla kijiye. Maulana, un ka aik hissa question ka yeh bhi tha ke woh difference janna chah rahi thi ke between need based consumerism and comfort based consumerism.</w:t>
      </w:r>
      <w:r>
        <w:br/>
      </w:r>
      <w:r>
        <w:rPr>
          <w:sz w:val="20"/>
        </w:rPr>
        <w:t>1:16:14  daikhiye, haan, is ka bohat asaan hai.</w:t>
      </w:r>
      <w:r>
        <w:br/>
      </w:r>
      <w:r>
        <w:rPr>
          <w:sz w:val="20"/>
        </w:rPr>
        <w:t>1:16:18  woh jo hadith sunai mein ne aap ko, usi hadith samajh lijiye ke dunya mein zinda rehne ke liye jo zaroori ho, wohi need based hai.</w:t>
      </w:r>
      <w:r>
        <w:br/>
      </w:r>
      <w:r>
        <w:rPr>
          <w:sz w:val="20"/>
        </w:rPr>
        <w:t>1:16:29  aur jo jab aap aap jhootay hain, lazzat dhoondh rahay hain, aaram dhoondh rahay hain aur ronak dhoondh rahay hain aur</w:t>
      </w:r>
      <w:r>
        <w:br/>
      </w:r>
      <w:r>
        <w:rPr>
          <w:sz w:val="20"/>
        </w:rPr>
        <w:t>1:16:39  shandar dhoondh rahay hain, to wahan par woh consumerism aa gaya, consumerism aa gaya. bohat asaan hai, bohat asaan hai.</w:t>
      </w:r>
      <w:r>
        <w:br/>
      </w:r>
      <w:r>
        <w:rPr>
          <w:sz w:val="20"/>
        </w:rPr>
        <w:t>1:16:50  mein to daikhiye, yahan rehta hoon jahan 1983 se us waqt jo mera jo</w:t>
      </w:r>
      <w:r>
        <w:br/>
      </w:r>
      <w:r>
        <w:rPr>
          <w:sz w:val="20"/>
        </w:rPr>
        <w:t>1:16:57  kursi thi ya jo furniture tha, wohi aaj bhi hai. is beech mein aap colony mein ghoomiye, doosron ke haan kitni baar badal chukay hon ge. woh to badal zaroorat hi nahi badla.</w:t>
      </w:r>
      <w:r>
        <w:br/>
      </w:r>
      <w:r>
        <w:rPr>
          <w:sz w:val="20"/>
        </w:rPr>
        <w:t>1:17:07  unhon ne market mein gaye, daikha ke naye qism ka sofa chataiya hai, naye qism ki kursiyan aayi hain, to woh khareed liya, pichla wala hata diya.</w:t>
      </w:r>
      <w:r>
        <w:br/>
      </w:r>
      <w:r>
        <w:rPr>
          <w:sz w:val="20"/>
        </w:rPr>
        <w:t>1:17:17  to aadmi bohat aasani se samajh sakta hai ke dunya mein jeenay ke liye waqai zaroorat meri kya hai, bas isi par raazi ho jaoon.</w:t>
      </w:r>
      <w:r>
        <w:br/>
      </w:r>
      <w:r>
        <w:rPr>
          <w:sz w:val="20"/>
        </w:rPr>
        <w:t>1:17:27  aur doosri ke shauq ke liye aur khwahish ke liye, lazzat ke liye, ronak ke liye, logon ko khush karne ke liye</w:t>
      </w:r>
      <w:r>
        <w:br/>
      </w:r>
      <w:r>
        <w:rPr>
          <w:sz w:val="20"/>
        </w:rPr>
        <w:t>1:17:39  ziyadah tar is liye hota hai. yeh yeh social status ka maamla hota hai ke log kya kahain ge. social status ke aap aap choti gari mein bethay hain, doosra wala parosi bari gari mein beth ta hai, to aap ko lagta hai ke mera darja ghat gaya.</w:t>
      </w:r>
      <w:r>
        <w:br/>
      </w:r>
      <w:r>
        <w:rPr>
          <w:sz w:val="20"/>
        </w:rPr>
        <w:t>1:17:55  aap flat mein rehtay hain, doosra kothi mein rehta hai, to aap samajhtay hain mera darja ghat gaya.</w:t>
      </w:r>
      <w:r>
        <w:br/>
      </w:r>
      <w:r>
        <w:rPr>
          <w:sz w:val="20"/>
        </w:rPr>
        <w:t>1:18:01  aap ke kamray mein sirf maamooli kursiyan hain, is ke sofa set hai, to aap samajhtay hain mera darja ghat gaya. to social status jo hai, woh logon ke zehan mein basa hua rehta hai, bachon ke zehan mein aur parent ke zehan mein.</w:t>
      </w:r>
      <w:r>
        <w:br/>
      </w:r>
      <w:r>
        <w:rPr>
          <w:sz w:val="20"/>
        </w:rPr>
        <w:t>1:18:14  yeh sab jahili soch hai, jahili. bas zindagi guzarne ke liye jo zaroori cheez hai, woh har aadmi samajh sakta hai bohat aasani se. bas isi par raazi ho jaiye.</w:t>
      </w:r>
    </w:p>
    <w:p>
      <w:pPr>
        <w:pStyle w:val="Heading2"/>
      </w:pPr>
      <w:r>
        <w:t>Distraction during contemplation and reflection</w:t>
      </w:r>
    </w:p>
    <w:p>
      <w:r>
        <w:rPr>
          <w:color w:val="666666"/>
          <w:sz w:val="18"/>
        </w:rPr>
        <w:t>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Choosing between health peace and money</w:t>
      </w:r>
    </w:p>
    <w:p>
      <w:r>
        <w:rPr>
          <w:color w:val="666666"/>
          <w:sz w:val="18"/>
        </w:rPr>
        <w:t>Double Standards of Present-Day Muslims August 6, 2017 · 54s · at 42:41 · https://youtu.be/k1NcZQpHTyg?t=2561</w:t>
      </w:r>
    </w:p>
    <w:p>
      <w:r>
        <w:rPr>
          <w:i/>
        </w:rPr>
        <w:t>“If I could choose only one out of many: health and peace, which should I choose? Actually, among three: money, health, and peace, which is number one?”</w:t>
      </w:r>
    </w:p>
    <w:p>
      <w:r>
        <w:rPr>
          <w:sz w:val="20"/>
        </w:rPr>
        <w:t>42:41  agla sawal hai molana miss ankhi ki taraf se. wo likhti hain "if i could choose only one out of money, health and peace, what should i make a choice in favor of?" kin do ke beech mein?</w:t>
      </w:r>
      <w:r>
        <w:br/>
      </w:r>
      <w:r>
        <w:rPr>
          <w:sz w:val="20"/>
        </w:rPr>
        <w:t>42:58  teen ke beech mein. molana, paisa, health aur peace. teen? ji molana, paisa, health aur peace.</w:t>
      </w:r>
      <w:r>
        <w:br/>
      </w:r>
      <w:r>
        <w:rPr>
          <w:sz w:val="20"/>
        </w:rPr>
        <w:t>43:07  number one health hai. health nahi to kuch bhi nahi. is mein koi shaq nahi ke number one health hai.</w:t>
      </w:r>
      <w:r>
        <w:br/>
      </w:r>
      <w:r>
        <w:rPr>
          <w:sz w:val="20"/>
        </w:rPr>
        <w:t>43:19  aaj hi mein case keh raha tha ke dekhen, boorha ho gaya hoon mein to mein yaad karta hoon apni jawani ki umar ko to lagta hoon ke mein kuch tha us waqt, aaj kuch hoon.</w:t>
      </w:r>
      <w:r>
        <w:br/>
      </w:r>
      <w:r>
        <w:rPr>
          <w:sz w:val="20"/>
        </w:rPr>
        <w:t>43:30  to yaad rakhen, health nahi to kuch bhi nahi.</w:t>
      </w:r>
    </w:p>
    <w:p>
      <w:pPr>
        <w:pStyle w:val="Heading2"/>
      </w:pPr>
      <w:r>
        <w:t>Worry about death vs afterlife</w:t>
      </w:r>
    </w:p>
    <w:p>
      <w:r>
        <w:rPr>
          <w:color w:val="666666"/>
          <w:sz w:val="18"/>
        </w:rPr>
        <w:t>Concept of Death in Islam 26th Aug 12 SLOW · 2m 17s · at 13:28 · https://youtu.be/8dsos0OBM6M?t=808</w:t>
      </w:r>
    </w:p>
    <w:p>
      <w:r>
        <w:rPr>
          <w:i/>
        </w:rPr>
        <w:t>“Why people are more worried about how they will die, whether bedridden or healthy, instead of worrying about what will happen to them after death? Kindly comment.”</w:t>
      </w:r>
    </w:p>
    <w:p>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r>
        <w:br/>
      </w:r>
      <w:r>
        <w:rPr>
          <w:sz w:val="20"/>
        </w:rPr>
        <w:t>13:53  baat yeh hai ke is zindagi ko sab kuch subject rehte hain, woh to isi ko healthy banaye</w:t>
      </w:r>
      <w:r>
        <w:br/>
      </w:r>
      <w:r>
        <w:rPr>
          <w:sz w:val="20"/>
        </w:rPr>
        <w:t>13:59  rakhna, isi ki bimariyon ka ilaaj karte rehna, isi mein koi hadsa pesh aaya to hospital mein ja</w:t>
      </w:r>
      <w:r>
        <w:br/>
      </w:r>
      <w:r>
        <w:rPr>
          <w:sz w:val="20"/>
        </w:rPr>
        <w:t>14:06  kar theek karna.</w:t>
      </w:r>
      <w:r>
        <w:br/>
      </w:r>
      <w:r>
        <w:rPr>
          <w:sz w:val="20"/>
        </w:rPr>
        <w:t>14:12  to chounke isi zindagi ko hum chhaya rehte hain, dimagh par, kyunke beshtar log aap jante hain ke sochte nahi.</w:t>
      </w:r>
      <w:r>
        <w:br/>
      </w:r>
      <w:r>
        <w:rPr>
          <w:sz w:val="20"/>
        </w:rPr>
        <w:t>14:19  میں جو so-called developed countries ہیں، وہاں میں جب جاتا ہوں اور لوگوں سے پوچھتا ہوں تو</w:t>
      </w:r>
      <w:r>
        <w:br/>
      </w:r>
      <w:r>
        <w:rPr>
          <w:sz w:val="20"/>
        </w:rPr>
        <w:t>14:25  اس سارے profession کے کسی بات پر وہ کچھ کچھ کچھ share کرنے کی کوشش میں نہیں ہوتے۔</w:t>
      </w:r>
      <w:r>
        <w:br/>
      </w:r>
      <w:r>
        <w:rPr>
          <w:sz w:val="20"/>
        </w:rPr>
        <w:t>14:32  yeh bohat bara tajurba hua hai so called developed countries ka ke khoob paisa kama rahe hain, khoob</w:t>
      </w:r>
      <w:r>
        <w:br/>
      </w:r>
      <w:r>
        <w:rPr>
          <w:sz w:val="20"/>
        </w:rPr>
        <w:t>14:39  yaani achi zindagi guzar rahe hain, lekin kisi aur yaani is par guftagu ki jaye to kuch is</w:t>
      </w:r>
      <w:r>
        <w:br/>
      </w:r>
      <w:r>
        <w:rPr>
          <w:sz w:val="20"/>
        </w:rPr>
        <w:t>14:45  par share nahi kar paate.</w:t>
      </w:r>
      <w:r>
        <w:br/>
      </w:r>
      <w:r>
        <w:rPr>
          <w:sz w:val="20"/>
        </w:rPr>
        <w:t>14:52  woh profession ke bare mein bata payenge agar is se poochein aap to.</w:t>
      </w:r>
      <w:r>
        <w:br/>
      </w:r>
      <w:r>
        <w:rPr>
          <w:sz w:val="20"/>
        </w:rPr>
        <w:t>14:58  to yeh insaan ki jo kamzori jo hai ke woh atka rehta hai dekhne wali cheezon ko aur</w:t>
      </w:r>
      <w:r>
        <w:br/>
      </w:r>
      <w:r>
        <w:rPr>
          <w:sz w:val="20"/>
        </w:rPr>
        <w:t>15:05  idhar jo cheezein dekhein, dikhai nahi deti, woh sirf wahan par tawajjuh nahi nahi deta.</w:t>
      </w:r>
      <w:r>
        <w:br/>
      </w:r>
      <w:r>
        <w:rPr>
          <w:sz w:val="20"/>
        </w:rPr>
        <w:t>15:12  to sab se bari cheez yeh hai ke hamara mission, hamari zimmedari yeh hai ke hum logon</w:t>
      </w:r>
      <w:r>
        <w:br/>
      </w:r>
      <w:r>
        <w:rPr>
          <w:sz w:val="20"/>
        </w:rPr>
        <w:t>15:18  کے اندر intellectual awakening لائیں۔</w:t>
      </w:r>
      <w:r>
        <w:br/>
      </w:r>
      <w:r>
        <w:rPr>
          <w:sz w:val="20"/>
        </w:rPr>
        <w:t>15:25  یعنی ہم جو مشن چلا رہے ہیں، اس کی پہلی شرط یہ ہے کہ لوگوں کے اندر intellectual</w:t>
      </w:r>
      <w:r>
        <w:br/>
      </w:r>
      <w:r>
        <w:rPr>
          <w:sz w:val="20"/>
        </w:rPr>
        <w:t>15:31  awareness aa jaye, tabhi woh soch payenge, nahi to kuch nahi soch payenge.</w:t>
      </w:r>
      <w:r>
        <w:br/>
      </w:r>
      <w:r>
        <w:rPr>
          <w:sz w:val="20"/>
        </w:rPr>
        <w:t>15:38  تو first step ہے ہمارے مشن کا لوگوں کے اندر intellectual awakening لانا۔</w:t>
      </w:r>
      <w:r>
        <w:br/>
      </w:r>
      <w:r>
        <w:rPr>
          <w:sz w:val="20"/>
        </w:rPr>
        <w:t>15:45  Maulana, agla sawal Tamil Nadu se hai Maulana Iqbal Omri sahib ka. unhon ne likha hai: "Maulana, aaj mein jawan hoon, maut ko door dekh raha hoon. is ghaflat se mein kaise bachoon?" is ke bare mein batayein.</w:t>
      </w:r>
    </w:p>
    <w:p>
      <w:pPr>
        <w:pStyle w:val="Heading2"/>
      </w:pPr>
      <w:r>
        <w:t>Worrying about death versus afterlife</w:t>
      </w:r>
    </w:p>
    <w:p>
      <w:r>
        <w:rPr>
          <w:color w:val="666666"/>
          <w:sz w:val="18"/>
        </w:rPr>
        <w:t>Concept of Death in Islam August 26, 2012 · 2m 16s · at 1:05:59 · https://youtu.be/y0TJxKi0L94?t=3959</w:t>
      </w:r>
    </w:p>
    <w:p>
      <w:r>
        <w:rPr>
          <w:i/>
        </w:rPr>
        <w:t>“Why are people more worried about how they will die, whether bedridden or healthy, instead of worrying about what will happen to them after death? Kindly comment.”</w:t>
      </w:r>
    </w:p>
    <w:p>
      <w:r>
        <w:rPr>
          <w:sz w:val="20"/>
        </w:rPr>
        <w:t>1:05:59  maulana, agla sawal pennsylvania se hai, mister khwaja kaleemuddin sahib</w:t>
      </w:r>
      <w:r>
        <w:br/>
      </w:r>
      <w:r>
        <w:rPr>
          <w:sz w:val="20"/>
        </w:rPr>
        <w:t>1:06:04  ka. unhon ne likha hai maulana sahib, why people are more worried about how they will die, whether bedridden or healthy, instead of worrying about what will happen to them after death?</w:t>
      </w:r>
      <w:r>
        <w:br/>
      </w:r>
      <w:r>
        <w:rPr>
          <w:sz w:val="20"/>
        </w:rPr>
        <w:t>1:06:19  kindly comment.</w:t>
      </w:r>
      <w:r>
        <w:br/>
      </w:r>
      <w:r>
        <w:rPr>
          <w:sz w:val="20"/>
        </w:rPr>
        <w:t>1:06:24  baat yeh hai ke yeh zindagi ko sab kuch samjhe rehte</w:t>
      </w:r>
      <w:r>
        <w:br/>
      </w:r>
      <w:r>
        <w:rPr>
          <w:sz w:val="20"/>
        </w:rPr>
        <w:t>1:06:28  hain woh. to isi ko healthy banaye rakhna, isi ki bimariyon ka ilaaj karte rehna, isi mein koi hadsa pesh aa jaye to hospital mein ja kar theek karna.</w:t>
      </w:r>
      <w:r>
        <w:br/>
      </w:r>
      <w:r>
        <w:rPr>
          <w:sz w:val="20"/>
        </w:rPr>
        <w:t>1:06:39  to chounke isi zindagi ko hum chhaya rehta hai dimagh par.</w:t>
      </w:r>
      <w:r>
        <w:br/>
      </w:r>
      <w:r>
        <w:rPr>
          <w:sz w:val="20"/>
        </w:rPr>
        <w:t>1:06:44  kiyunke beshtar log aap jante hain ke sochte nahi. main jo so-called developed countries hain, wahan mein jab jata hoon aur logon se poochta hoon to siwaye profession ke kisi baat par woh kuch kuch kuch share karne ki koshish mein nahi hote.</w:t>
      </w:r>
      <w:r>
        <w:br/>
      </w:r>
      <w:r>
        <w:rPr>
          <w:sz w:val="20"/>
        </w:rPr>
        <w:t>1:07:02  yeh bohat bara tajruba hua hai</w:t>
      </w:r>
      <w:r>
        <w:br/>
      </w:r>
      <w:r>
        <w:rPr>
          <w:sz w:val="20"/>
        </w:rPr>
        <w:t>1:07:05  so-called developed countries ka. ke khoob paisa kama rahe hain, khoob yaani achi zindagi guzar rahe hain, lekin kisi aur yaani is par guftagu ki jaye to kuch is mein share nahi kar paate woh.</w:t>
      </w:r>
      <w:r>
        <w:br/>
      </w:r>
      <w:r>
        <w:rPr>
          <w:sz w:val="20"/>
        </w:rPr>
        <w:t>1:07:23  profession ke baray mein bata payenge agar is se poochein aap to.</w:t>
      </w:r>
      <w:r>
        <w:br/>
      </w:r>
      <w:r>
        <w:rPr>
          <w:sz w:val="20"/>
        </w:rPr>
        <w:t>1:07:30  to yeh insaan ki jo ek kamzori jo hai ke woh atka rehta hai dekhnay wali cheezon ko aur idhar jo cheezein dekha dikhai nahi deti, woh sirf wahan par tawajjuh nahi nahi deta.</w:t>
      </w:r>
      <w:r>
        <w:br/>
      </w:r>
      <w:r>
        <w:rPr>
          <w:sz w:val="20"/>
        </w:rPr>
        <w:t>1:07:45  to sab se bari cheez yeh hai ke hamara mission, hamari zimmedari yeh hai ke hum logon ke andar intellectual awakening layein. yaani hum jo mission chala rahe hain, is ki parhez chahte hain ke logon ke andar intellectual awakening aa jaye.</w:t>
      </w:r>
      <w:r>
        <w:br/>
      </w:r>
      <w:r>
        <w:rPr>
          <w:sz w:val="20"/>
        </w:rPr>
        <w:t>1:08:01  tabhi woh soch payenge, nahi to kuch nahi soch payenge. to first step hai hamare mission ka logon ke andar intellectual awakening lana.</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Difference between worrying and thinking</w:t>
      </w:r>
    </w:p>
    <w:p>
      <w:r>
        <w:rPr>
          <w:color w:val="666666"/>
          <w:sz w:val="18"/>
        </w:rPr>
        <w:t>Dars-e-Quran, Chapter 2, Verse 61 February 11, 2018 · 1m 21s · at 56:19 · https://youtu.be/rgoE0nvFJJI?t=3379</w:t>
      </w:r>
    </w:p>
    <w:p>
      <w:r>
        <w:rPr>
          <w:i/>
        </w:rPr>
        <w:t>“What is the difference between worrying and thinking? Thinking means to think, and worrying means to be anxious. How does he equate them? I don't understand.”</w:t>
      </w:r>
    </w:p>
    <w:p>
      <w:r>
        <w:rPr>
          <w:sz w:val="20"/>
        </w:rPr>
        <w:t>56:19  molana agla sawal lete hain jo bilal mir sahab ne bheja hai gwahati se</w:t>
      </w:r>
      <w:r>
        <w:br/>
      </w:r>
      <w:r>
        <w:rPr>
          <w:sz w:val="20"/>
        </w:rPr>
        <w:t>56:27  unho ne aap se poocha hai molana sahab what is the difference between worrying and thinking thinking</w:t>
      </w:r>
      <w:r>
        <w:br/>
      </w:r>
      <w:r>
        <w:rPr>
          <w:sz w:val="20"/>
        </w:rPr>
        <w:t>56:36  matlab sochna worrying matlab pareshan hona to is ko kaise wo equate kar rahe hain mere samajh nahi</w:t>
      </w:r>
      <w:r>
        <w:br/>
      </w:r>
      <w:r>
        <w:rPr>
          <w:sz w:val="20"/>
        </w:rPr>
        <w:t>56:44  aaya</w:t>
      </w:r>
      <w:r>
        <w:br/>
      </w:r>
      <w:r>
        <w:rPr>
          <w:sz w:val="20"/>
        </w:rPr>
        <w:t>56:50  dil dil karni ki kitab hai is ka nam hai Stop Worrying and Start Living pareshan hona band karo aur kam karna sikho to yah equate kaisay kiya unhon ne mere samajh nahi aya ji wo to pareshan honay ka worry ka matlab hota hai pareshan hona aur thinking ke mani ik peaceful phenomena hai thinking</w:t>
      </w:r>
      <w:r>
        <w:br/>
      </w:r>
      <w:r>
        <w:rPr>
          <w:sz w:val="20"/>
        </w:rPr>
        <w:t>57:20  phenomena, yani thinking, ek physical phenomena hai aur free jo hai wo to yani ulta ulta hai</w:t>
      </w:r>
      <w:r>
        <w:br/>
      </w:r>
      <w:r>
        <w:rPr>
          <w:sz w:val="20"/>
        </w:rPr>
        <w:t>57:34  to agle sunday mein apna yeh sawal dobara kar sakte hain wo ji</w:t>
      </w:r>
    </w:p>
    <w:p>
      <w:pPr>
        <w:pStyle w:val="Heading1"/>
      </w:pPr>
      <w:r>
        <w:t>In the lectures (20)</w:t>
      </w:r>
    </w:p>
    <w:p>
      <w:pPr>
        <w:pStyle w:val="Heading2"/>
      </w:pPr>
      <w:r>
        <w:t>Dars-e-Quran June 29, 2007</w:t>
      </w:r>
    </w:p>
    <w:p>
      <w:r>
        <w:rPr>
          <w:color w:val="666666"/>
          <w:sz w:val="18"/>
        </w:rPr>
        <w:t>6:13 · https://youtu.be/J6t7KRe6Hl8?t=373</w:t>
      </w:r>
    </w:p>
    <w:p>
      <w:r>
        <w:rPr>
          <w:i/>
        </w:rPr>
        <w:t>“مطلب یہ ہے کہ میرے پاس پیسہ بہت ہے لیکن ہر وقت یہ ذہن پر رہتا ہے کہ انکم ٹیکس والے پریشان کریں گے۔”</w:t>
      </w:r>
    </w:p>
    <w:p>
      <w:pPr>
        <w:pStyle w:val="Heading2"/>
      </w:pPr>
      <w:r>
        <w:t>How to Build A Strong Personality June 14, 2008</w:t>
      </w:r>
    </w:p>
    <w:p>
      <w:r>
        <w:rPr>
          <w:color w:val="666666"/>
          <w:sz w:val="18"/>
        </w:rPr>
        <w:t>40:32 · https://youtu.be/CEzRHSVoQlI?t=2432</w:t>
      </w:r>
    </w:p>
    <w:p>
      <w:r>
        <w:rPr>
          <w:i/>
        </w:rPr>
        <w:t>“اب میں کافی پریشان ہوا کہ کیا کروں۔”</w:t>
      </w:r>
    </w:p>
    <w:p>
      <w:pPr>
        <w:pStyle w:val="Heading2"/>
      </w:pPr>
      <w:r>
        <w:t>Love of God October 04, 2009</w:t>
      </w:r>
    </w:p>
    <w:p>
      <w:r>
        <w:rPr>
          <w:color w:val="666666"/>
          <w:sz w:val="18"/>
        </w:rPr>
        <w:t>17:44 · https://youtu.be/JKCfgvpoX5s?t=1064</w:t>
      </w:r>
    </w:p>
    <w:p>
      <w:r>
        <w:rPr>
          <w:i/>
        </w:rPr>
        <w:t>“میں بہت پریشان تھا،”</w:t>
      </w:r>
    </w:p>
    <w:p>
      <w:pPr>
        <w:pStyle w:val="Heading2"/>
      </w:pPr>
      <w:r>
        <w:t>One Can See God March 4, 2007</w:t>
      </w:r>
    </w:p>
    <w:p>
      <w:r>
        <w:rPr>
          <w:color w:val="666666"/>
          <w:sz w:val="18"/>
        </w:rPr>
        <w:t>51:41 · https://youtu.be/Xm14mPW0HJI?t=3101</w:t>
      </w:r>
    </w:p>
    <w:p>
      <w:r>
        <w:rPr>
          <w:i/>
        </w:rPr>
        <w:t>“پیسے کے باہر جو ذہنی مسئلہ ہے۔”</w:t>
      </w:r>
    </w:p>
    <w:p>
      <w:pPr>
        <w:pStyle w:val="Heading2"/>
      </w:pPr>
      <w:r>
        <w:t>Creative Role of Women March 03, 2019</w:t>
      </w:r>
    </w:p>
    <w:p>
      <w:r>
        <w:rPr>
          <w:color w:val="666666"/>
          <w:sz w:val="18"/>
        </w:rPr>
        <w:t>21:46 · https://youtu.be/d1-P347SqYQ?t=1306</w:t>
      </w:r>
    </w:p>
    <w:p>
      <w:r>
        <w:rPr>
          <w:i/>
        </w:rPr>
        <w:t>“پیس ہو۔”</w:t>
      </w:r>
    </w:p>
    <w:p>
      <w:pPr>
        <w:pStyle w:val="Heading2"/>
      </w:pPr>
      <w:r>
        <w:t>Principles of Zakat in Islam 11 May 2007 - Maulana Wahiduddin Khan</w:t>
      </w:r>
    </w:p>
    <w:p>
      <w:r>
        <w:rPr>
          <w:color w:val="666666"/>
          <w:sz w:val="18"/>
        </w:rPr>
        <w:t>12:33 · https://youtu.be/RmfLc_lQrxs?t=753</w:t>
      </w:r>
    </w:p>
    <w:p>
      <w:r>
        <w:rPr>
          <w:i/>
        </w:rPr>
        <w:t>“Money is the sole concern of everyone. Every human being.”</w:t>
      </w:r>
    </w:p>
    <w:p>
      <w:pPr>
        <w:pStyle w:val="Heading2"/>
      </w:pPr>
      <w:r>
        <w:t>Islam A Religion of Peace January 8, 2007 Maulana Wahiduddin Khan</w:t>
      </w:r>
    </w:p>
    <w:p>
      <w:r>
        <w:rPr>
          <w:color w:val="666666"/>
          <w:sz w:val="18"/>
        </w:rPr>
        <w:t>6:36 · https://youtu.be/N1-IgG2ycKw?t=396</w:t>
      </w:r>
    </w:p>
    <w:p>
      <w:r>
        <w:rPr>
          <w:i/>
        </w:rPr>
        <w:t>“میں اللہ سے ڈرتا ہوں۔”</w:t>
      </w:r>
    </w:p>
    <w:p>
      <w:pPr>
        <w:pStyle w:val="Heading2"/>
      </w:pPr>
      <w:r>
        <w:t>Dars-e-Quran June 29, 2007</w:t>
      </w:r>
    </w:p>
    <w:p>
      <w:r>
        <w:rPr>
          <w:color w:val="666666"/>
          <w:sz w:val="18"/>
        </w:rPr>
        <w:t>6:35 · https://youtu.be/J6t7KRe6Hl8?t=395</w:t>
      </w:r>
    </w:p>
    <w:p>
      <w:r>
        <w:rPr>
          <w:i/>
        </w:rPr>
        <w:t>“دوسرا آدمی وہ ہے جس کے پاس پیسہ ہے لیکن اس کو بھی پریشانی لاحق ہے۔”</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Man and Paradise August 18, 2013</w:t>
      </w:r>
    </w:p>
    <w:p>
      <w:r>
        <w:rPr>
          <w:color w:val="666666"/>
          <w:sz w:val="18"/>
        </w:rPr>
        <w:t>41:52 · https://youtu.be/v7eX25YAjDU?t=2512</w:t>
      </w:r>
    </w:p>
    <w:p>
      <w:r>
        <w:rPr>
          <w:i/>
        </w:rPr>
        <w:t>“اب میں سمجھ پاتا ہوں کہ کیوں میں پریشان رہ”</w:t>
      </w:r>
    </w:p>
    <w:p>
      <w:pPr>
        <w:pStyle w:val="Heading2"/>
      </w:pPr>
      <w:r>
        <w:t>Understanding Islam (In Conversation with Maulana)</w:t>
      </w:r>
    </w:p>
    <w:p>
      <w:r>
        <w:rPr>
          <w:color w:val="666666"/>
          <w:sz w:val="18"/>
        </w:rPr>
        <w:t>19:35 · https://youtu.be/tLTRyW1qhRw?t=1175</w:t>
      </w:r>
    </w:p>
    <w:p>
      <w:r>
        <w:rPr>
          <w:i/>
        </w:rPr>
        <w:t>“I have”</w:t>
      </w:r>
    </w:p>
    <w:p>
      <w:pPr>
        <w:pStyle w:val="Heading2"/>
      </w:pPr>
      <w:r>
        <w:t>Age of Democracy May 25, 2014</w:t>
      </w:r>
    </w:p>
    <w:p>
      <w:r>
        <w:rPr>
          <w:color w:val="666666"/>
          <w:sz w:val="18"/>
        </w:rPr>
        <w:t>33:40 · https://youtu.be/pyZy1-EhW1Q?t=2020</w:t>
      </w:r>
    </w:p>
    <w:p>
      <w:r>
        <w:rPr>
          <w:i/>
        </w:rPr>
        <w:t>“میں پیس کے خلاف کیوں کروں؟”</w:t>
      </w:r>
    </w:p>
    <w:p>
      <w:pPr>
        <w:pStyle w:val="Heading2"/>
      </w:pPr>
      <w:r>
        <w:t>Religion and Democracy December 25, 2011</w:t>
      </w:r>
    </w:p>
    <w:p>
      <w:r>
        <w:rPr>
          <w:color w:val="666666"/>
          <w:sz w:val="18"/>
        </w:rPr>
        <w:t>33:31 · https://youtu.be/8Mf_yvDA8ik?t=2011</w:t>
      </w:r>
    </w:p>
    <w:p>
      <w:r>
        <w:rPr>
          <w:i/>
        </w:rPr>
        <w:t>“تو پیس بہت ہی زیادہ بڑی چیز ہے۔ میرے لیے”</w:t>
      </w:r>
    </w:p>
    <w:p>
      <w:pPr>
        <w:pStyle w:val="Heading2"/>
      </w:pPr>
      <w:r>
        <w:t>The Concept of Justice in Islam May 03, 2007</w:t>
      </w:r>
    </w:p>
    <w:p>
      <w:r>
        <w:rPr>
          <w:color w:val="666666"/>
          <w:sz w:val="18"/>
        </w:rPr>
        <w:t>35:55 · https://youtu.be/DY5SY8H554c?t=2155</w:t>
      </w:r>
    </w:p>
    <w:p>
      <w:r>
        <w:rPr>
          <w:i/>
        </w:rPr>
        <w:t>“"I fear God.”</w:t>
      </w:r>
    </w:p>
    <w:p>
      <w:pPr>
        <w:pStyle w:val="Heading2"/>
      </w:pPr>
      <w:r>
        <w:t>Principles of Zakat in Islam 11 May 2007 - Maulana Wahiduddin Khan</w:t>
      </w:r>
    </w:p>
    <w:p>
      <w:r>
        <w:rPr>
          <w:color w:val="666666"/>
          <w:sz w:val="18"/>
        </w:rPr>
        <w:t>24:34 · https://youtu.be/RmfLc_lQrxs?t=1474</w:t>
      </w:r>
    </w:p>
    <w:p>
      <w:r>
        <w:rPr>
          <w:i/>
        </w:rPr>
        <w:t>“This is a money management.”</w:t>
      </w:r>
    </w:p>
    <w:p>
      <w:pPr>
        <w:pStyle w:val="Heading2"/>
      </w:pPr>
      <w:r>
        <w:t>Muslim Militancy July 8, 2007</w:t>
      </w:r>
    </w:p>
    <w:p>
      <w:r>
        <w:rPr>
          <w:color w:val="666666"/>
          <w:sz w:val="18"/>
        </w:rPr>
        <w:t>1:49:16 · https://youtu.be/mfIIEFQDOtg?t=6556</w:t>
      </w:r>
    </w:p>
    <w:p>
      <w:r>
        <w:rPr>
          <w:i/>
        </w:rPr>
        <w:t>“پیسہ زیادہ آیا، distraction آیا۔”</w:t>
      </w:r>
    </w:p>
    <w:p>
      <w:pPr>
        <w:pStyle w:val="Heading2"/>
      </w:pPr>
      <w:r>
        <w:t>In the Name of God 12 Jan 2020 - Maulana Wahiduddin Khan</w:t>
      </w:r>
    </w:p>
    <w:p>
      <w:r>
        <w:rPr>
          <w:color w:val="666666"/>
          <w:sz w:val="18"/>
        </w:rPr>
        <w:t>29:51 · https://youtu.be/aKynaASsI4s?t=1791</w:t>
      </w:r>
    </w:p>
    <w:p>
      <w:r>
        <w:rPr>
          <w:i/>
        </w:rPr>
        <w:t>“میرے اوپر بے شمار قسم کے مسائل ائے”</w:t>
      </w:r>
    </w:p>
    <w:p>
      <w:pPr>
        <w:pStyle w:val="Heading2"/>
      </w:pPr>
      <w:r>
        <w:t>The Secret of Success 5 Feb, 2008 - Maulana Wahiduddin Khan</w:t>
      </w:r>
    </w:p>
    <w:p>
      <w:r>
        <w:rPr>
          <w:color w:val="666666"/>
          <w:sz w:val="18"/>
        </w:rPr>
        <w:t>16:56 · https://youtu.be/aI0KGyoK7NM?t=1016</w:t>
      </w:r>
    </w:p>
    <w:p>
      <w:r>
        <w:rPr>
          <w:i/>
        </w:rPr>
        <w:t>“سخت پریشانی میں۔ کیونکہ پیسہ رہ نہیں گیا تھا۔ تو اس سے میں نے یہ نکالا کہ یہ جو خریداری ہوتی ہے، یہ یہ اس کا تعلق آنکھ سے ہے۔”</w:t>
      </w:r>
    </w:p>
    <w:p>
      <w:pPr>
        <w:pStyle w:val="Heading2"/>
      </w:pPr>
      <w:r>
        <w:t>Reinterpretation of Islam April 12, 2009</w:t>
      </w:r>
    </w:p>
    <w:p>
      <w:r>
        <w:rPr>
          <w:color w:val="666666"/>
          <w:sz w:val="18"/>
        </w:rPr>
        <w:t>3:39 · https://youtu.be/QMG_eov11Po?t=219</w:t>
      </w:r>
    </w:p>
    <w:p>
      <w:r>
        <w:rPr>
          <w:i/>
        </w:rPr>
        <w:t>“میں سوچتا رہتا ہوں۔”</w:t>
      </w:r>
    </w:p>
    <w:p>
      <w:pPr>
        <w:pStyle w:val="Heading2"/>
      </w:pPr>
      <w:r>
        <w:t>Reinterpretation of Islam April 12, 2009 Maulana Wahiduddin Khan</w:t>
      </w:r>
    </w:p>
    <w:p>
      <w:r>
        <w:rPr>
          <w:color w:val="666666"/>
          <w:sz w:val="18"/>
        </w:rPr>
        <w:t>3:29 · https://youtu.be/kut_WRX7mZ4?t=209</w:t>
      </w:r>
    </w:p>
    <w:p>
      <w:r>
        <w:rPr>
          <w:i/>
        </w:rPr>
        <w:t>“میں سوچتا رہتا ہوں۔”</w:t>
      </w:r>
    </w:p>
    <w:p>
      <w:pPr>
        <w:pStyle w:val="Heading1"/>
      </w:pPr>
      <w:r>
        <w:t>Clips (37)</w:t>
      </w:r>
    </w:p>
    <w:p>
      <w:pPr>
        <w:pStyle w:val="Heading2"/>
      </w:pPr>
      <w:r>
        <w:t>Why worldly success never ends fear and worry</w:t>
      </w:r>
    </w:p>
    <w:p>
      <w:r>
        <w:rPr>
          <w:color w:val="666666"/>
          <w:sz w:val="18"/>
        </w:rPr>
        <w:t>Dars-e-Quran June 29, 2007 · 5m 54s · at 5:23 · https://youtu.be/J6t7KRe6Hl8?t=323</w:t>
      </w:r>
    </w:p>
    <w:p>
      <w:r>
        <w:rPr>
          <w:i/>
        </w:rPr>
        <w:t>“میں نے حال میں ایک آدمی کی ڈائری پڑھی”</w:t>
      </w:r>
    </w:p>
    <w:p>
      <w:r>
        <w:rPr>
          <w:sz w:val="20"/>
        </w:rPr>
        <w:t>5:23  maine haal mein ek ek aadmi ki diary padhi</w:t>
      </w:r>
      <w:r>
        <w:br/>
      </w:r>
      <w:r>
        <w:rPr>
          <w:sz w:val="20"/>
        </w:rPr>
        <w:t>5:32  to woh us mein likhte hain: bohat paise wale aadmi hain aur bohat hi mashhoor bhi aadmi hain, bohat bare ghar mein rehte hain, sab kuch hai un ke paas dunya ke aitbar se.</w:t>
      </w:r>
      <w:r>
        <w:br/>
      </w:r>
      <w:r>
        <w:rPr>
          <w:sz w:val="20"/>
        </w:rPr>
        <w:t>5:48  to kisi ko batate hue apne bare mein woh kehte hain ke mere liye problem income nahi hai balkeh income tax hai.</w:t>
      </w:r>
      <w:r>
        <w:br/>
      </w:r>
      <w:r>
        <w:rPr>
          <w:sz w:val="20"/>
        </w:rPr>
        <w:t>6:05  yahi wording thi un ki ke mera problem income nahi hai balkeh income tax hai.</w:t>
      </w:r>
      <w:r>
        <w:br/>
      </w:r>
      <w:r>
        <w:rPr>
          <w:sz w:val="20"/>
        </w:rPr>
        <w:t>6:13  matlab yeh hai ke mere paas paisa bohat hai lekin har waqt yeh zehan par rehta hai ke income tax wale pareshan karenge.</w:t>
      </w:r>
      <w:r>
        <w:br/>
      </w:r>
      <w:r>
        <w:rPr>
          <w:sz w:val="20"/>
        </w:rPr>
        <w:t>6:25  to ab dekhiye ke ek aadmi woh hai jo paisa na hone ki wajah se pareshan hai aur doosra aadmi kaun hai?</w:t>
      </w:r>
      <w:r>
        <w:br/>
      </w:r>
      <w:r>
        <w:rPr>
          <w:sz w:val="20"/>
        </w:rPr>
        <w:t>6:35  doosra aadmi woh hai jis ke paas paisa hai lekin us ko bhi pareshani lahaq hai.</w:t>
      </w:r>
      <w:r>
        <w:br/>
      </w:r>
      <w:r>
        <w:rPr>
          <w:sz w:val="20"/>
        </w:rPr>
        <w:t>6:43  us ko income tax ke department ka dar, chori ka dar, koi is ka ghassab kar le ga is ka dar, ke koi is ke upar ek case chala de ga is ka dar,</w:t>
      </w:r>
      <w:r>
        <w:br/>
      </w:r>
      <w:r>
        <w:rPr>
          <w:sz w:val="20"/>
        </w:rPr>
        <w:t>7:01  koi is ke paise ke liye is par attack kar de ga is ka dar.</w:t>
      </w:r>
      <w:r>
        <w:br/>
      </w:r>
      <w:r>
        <w:rPr>
          <w:sz w:val="20"/>
        </w:rPr>
        <w:t>7:07  to ghraz hai ke har aadmi is dunya mein</w:t>
      </w:r>
      <w:r>
        <w:br/>
      </w:r>
      <w:r>
        <w:rPr>
          <w:sz w:val="20"/>
        </w:rPr>
        <w:t>7:14  sukh chahta hai, khushi chahta hai lekin kisi ko bhi na sukh, kisi ko bhi na sukh milta aur na khushi milti.</w:t>
      </w:r>
      <w:r>
        <w:br/>
      </w:r>
      <w:r>
        <w:rPr>
          <w:sz w:val="20"/>
        </w:rPr>
        <w:t>7:23  kyun? har waqt is ko koi na koi takleef ya andesha ghere rehta hai.</w:t>
      </w:r>
      <w:r>
        <w:br/>
      </w:r>
      <w:r>
        <w:rPr>
          <w:sz w:val="20"/>
        </w:rPr>
        <w:t>7:35  to kitni bari nemat hogi insaan ke liye ke woh ek aisi dunya mein apne aap ko paye jahan woh poori tarah takleef aur andesha dono se bacha hua ho.</w:t>
      </w:r>
      <w:r>
        <w:br/>
      </w:r>
      <w:r>
        <w:rPr>
          <w:sz w:val="20"/>
        </w:rPr>
        <w:t>7:54  ek aisi dunya jahan na koi disadvantage hai na koi limitations hain</w:t>
      </w:r>
      <w:r>
        <w:br/>
      </w:r>
      <w:r>
        <w:rPr>
          <w:sz w:val="20"/>
        </w:rPr>
        <w:t>8:07  jo</w:t>
      </w:r>
      <w:r>
        <w:br/>
      </w:r>
      <w:r>
        <w:rPr>
          <w:sz w:val="20"/>
        </w:rPr>
        <w:t>8:08  "la khauf wa la hum yahzanoon" ka misdaq hai. to kitni ajeeb hogi woh dunya. isi liye farmaya quran mein doosri jagah: libas li za fa li yamaal al aamilon</w:t>
      </w:r>
      <w:r>
        <w:br/>
      </w:r>
      <w:r>
        <w:rPr>
          <w:sz w:val="20"/>
        </w:rPr>
        <w:t>8:25  yeh hai woh cheez jis ke liye daudne wale daudein. matlab hai ke jin cheezon ki taraf tum daud rahe ho,</w:t>
      </w:r>
      <w:r>
        <w:br/>
      </w:r>
      <w:r>
        <w:rPr>
          <w:sz w:val="20"/>
        </w:rPr>
        <w:t>8:36  yani paisa, political power, fame, property, material saaman, bank balance,</w:t>
      </w:r>
      <w:r>
        <w:br/>
      </w:r>
      <w:r>
        <w:rPr>
          <w:sz w:val="20"/>
        </w:rPr>
        <w:t>8:51  business. jin jin cheezon ki taraf aadmi daud raha hai to paane ke baad bhi yeh masla baqi rehta hai.</w:t>
      </w:r>
      <w:r>
        <w:br/>
      </w:r>
      <w:r>
        <w:rPr>
          <w:sz w:val="20"/>
        </w:rPr>
        <w:t>9:04  paane se pehle bhi woh jee raha tha khauf aur hazan mein aur paane ke baad bhi us ko jeena padta hai khauf aur hazan mein.</w:t>
      </w:r>
      <w:r>
        <w:br/>
      </w:r>
      <w:r>
        <w:rPr>
          <w:sz w:val="20"/>
        </w:rPr>
        <w:t>9:18  to yahan par aap dekhiye ke jo achievers hain is mein aur jo fail hoga zindagi mein dono mein koi real difference nahi nazar</w:t>
      </w:r>
      <w:r>
        <w:br/>
      </w:r>
      <w:r>
        <w:rPr>
          <w:sz w:val="20"/>
        </w:rPr>
        <w:t>9:29  aata. to quran sara ka sara insan ko isi baat ki khabar dene ke liye hai</w:t>
      </w:r>
      <w:r>
        <w:br/>
      </w:r>
      <w:r>
        <w:rPr>
          <w:sz w:val="20"/>
        </w:rPr>
        <w:t>9:39  ke marne se pehle, apni maut se pehle, apne aap ko tayyar kar lo taake maut ke baad tumhe jannat mein jagah mile.</w:t>
      </w:r>
      <w:r>
        <w:br/>
      </w:r>
      <w:r>
        <w:rPr>
          <w:sz w:val="20"/>
        </w:rPr>
        <w:t>9:55  kyunke maut ke baad doosra chance kisi ko milne wala nahi hai.</w:t>
      </w:r>
      <w:r>
        <w:br/>
      </w:r>
      <w:r>
        <w:rPr>
          <w:sz w:val="20"/>
        </w:rPr>
        <w:t>10:04  ek insan ko sirf ek baar chance diya jata hai, doosri baar nahi. ek baar paida hona hai aur phir mar kar ke doosri duniya mein pahunch jana hai.</w:t>
      </w:r>
      <w:r>
        <w:br/>
      </w:r>
      <w:r>
        <w:rPr>
          <w:sz w:val="20"/>
        </w:rPr>
        <w:t>10:18  phir lautne ka koi sawal nahi hai.</w:t>
      </w:r>
      <w:r>
        <w:br/>
      </w:r>
      <w:r>
        <w:rPr>
          <w:sz w:val="20"/>
        </w:rPr>
        <w:t>10:22  yahan par har aadmi ke paas duniya se aakhirat ki taraf jaane ka ticket hai ya aakhirat se duniya ki taraf lautne ka ticket nahi hai. kisi ke paas bhi return ticket nahi hai.</w:t>
      </w:r>
      <w:r>
        <w:br/>
      </w:r>
      <w:r>
        <w:rPr>
          <w:sz w:val="20"/>
        </w:rPr>
        <w:t>10:37  ek baar aap duniya se aakhirat ki taraf safar karenge, is ke baad yeh mumkin nahi hoga ke wapsi ka ticket mile aur phir wahan se aap is duniya mein aa jayen.</w:t>
      </w:r>
      <w:r>
        <w:br/>
      </w:r>
      <w:r>
        <w:rPr>
          <w:sz w:val="20"/>
        </w:rPr>
        <w:t>10:52  nahi. to is chance ko khona sab se badi nadani hai aur is chance ko istemal karna sab se badi hikmat hai,</w:t>
      </w:r>
      <w:r>
        <w:br/>
      </w:r>
      <w:r>
        <w:rPr>
          <w:sz w:val="20"/>
        </w:rPr>
        <w:t>11:11  sab se badi hoshiyari hai.</w:t>
      </w:r>
    </w:p>
    <w:p>
      <w:pPr>
        <w:pStyle w:val="Heading2"/>
      </w:pPr>
      <w:r>
        <w:t>Maulana's own confession of losing deep remembrance</w:t>
      </w:r>
    </w:p>
    <w:p>
      <w:r>
        <w:rPr>
          <w:color w:val="666666"/>
          <w:sz w:val="18"/>
        </w:rPr>
        <w:t>Love of God October 04, 2009 · 55s · at 17:33 · https://youtu.be/JKCfgvpoX5s?t=1053</w:t>
      </w:r>
    </w:p>
    <w:p>
      <w:r>
        <w:rPr>
          <w:i/>
        </w:rPr>
        <w:t>“دو تین دن سے مجھے اللہ کی گہری یاد نہیں آ رہی تھی”</w:t>
      </w:r>
    </w:p>
    <w:p>
      <w:r>
        <w:rPr>
          <w:sz w:val="20"/>
        </w:rPr>
        <w:t>17:33  mein apnay baray mein batata hoon, do teen din se mein Allah ki tarah ki gehri yaad nahi aa rahi thi, gehri yaad nahi aa rahi thi.</w:t>
      </w:r>
      <w:r>
        <w:br/>
      </w:r>
      <w:r>
        <w:rPr>
          <w:sz w:val="20"/>
        </w:rPr>
        <w:t>17:44  mein bohat pareshan tha,</w:t>
      </w:r>
      <w:r>
        <w:br/>
      </w:r>
      <w:r>
        <w:rPr>
          <w:sz w:val="20"/>
        </w:rPr>
        <w:t>17:48  woh ayat jo dil ko tarpaye, jo aankhon se aansu bhar ke bahay, woh yaad. to aaj subah mein utha, fajar se pehlay mein ne namaz parhi,</w:t>
      </w:r>
      <w:r>
        <w:br/>
      </w:r>
      <w:r>
        <w:rPr>
          <w:sz w:val="20"/>
        </w:rPr>
        <w:t>18:01  mein ne kaha: "Ae Khudaaya!</w:t>
      </w:r>
      <w:r>
        <w:br/>
      </w:r>
      <w:r>
        <w:rPr>
          <w:sz w:val="20"/>
        </w:rPr>
        <w:t>18:03  kya tu mujhe chhod dega?</w:t>
      </w:r>
      <w:r>
        <w:br/>
      </w:r>
      <w:r>
        <w:rPr>
          <w:sz w:val="20"/>
        </w:rPr>
        <w:t>18:18  to phir woh wapas aa gaya, woh kaifiyat phir wapas aa gai.</w:t>
      </w:r>
    </w:p>
    <w:p>
      <w:pPr>
        <w:pStyle w:val="Heading2"/>
      </w:pPr>
      <w:r>
        <w:t>Zakat definition, purification and personal aspect</w:t>
      </w:r>
    </w:p>
    <w:p>
      <w:r>
        <w:rPr>
          <w:color w:val="666666"/>
          <w:sz w:val="18"/>
        </w:rPr>
        <w:t>Principles of Zakat in Islam 11 May 2007 - Maulana Wahiduddin Khan · 4m 55s · at 7:46 · https://youtu.be/RmfLc_lQrxs?t=466</w:t>
      </w:r>
    </w:p>
    <w:p>
      <w:r>
        <w:rPr>
          <w:i/>
        </w:rPr>
        <w:t>“Now, let us take the Zakat. What is Zakat?”</w:t>
      </w:r>
    </w:p>
    <w:p>
      <w:r>
        <w:rPr>
          <w:sz w:val="20"/>
        </w:rPr>
        <w:t>7:46  These are the 5 pillars of Islam. Now, let us take the Zakat.</w:t>
      </w:r>
      <w:r>
        <w:br/>
      </w:r>
      <w:r>
        <w:rPr>
          <w:sz w:val="20"/>
        </w:rPr>
        <w:t>7:50  What is Zakat?</w:t>
      </w:r>
      <w:r>
        <w:br/>
      </w:r>
      <w:r>
        <w:rPr>
          <w:sz w:val="20"/>
        </w:rPr>
        <w:t>7:55  Zakat is... the... Zakat gives you the principle of money management.</w:t>
      </w:r>
      <w:r>
        <w:br/>
      </w:r>
      <w:r>
        <w:rPr>
          <w:sz w:val="20"/>
        </w:rPr>
        <w:t>8:04  Now... Zakat literally means purification. Purification.</w:t>
      </w:r>
      <w:r>
        <w:br/>
      </w:r>
      <w:r>
        <w:rPr>
          <w:sz w:val="20"/>
        </w:rPr>
        <w:t>8:15  The literal meaning of Zakat is purification. So when you pay Zakat from your earning... you are purifying yourself.</w:t>
      </w:r>
      <w:r>
        <w:br/>
      </w:r>
      <w:r>
        <w:rPr>
          <w:sz w:val="20"/>
        </w:rPr>
        <w:t>8:28  You know... money is the greatest... thing for everyone. The center of love is money.</w:t>
      </w:r>
      <w:r>
        <w:br/>
      </w:r>
      <w:r>
        <w:rPr>
          <w:sz w:val="20"/>
        </w:rPr>
        <w:t>8:37  For everyone.</w:t>
      </w:r>
      <w:r>
        <w:br/>
      </w:r>
      <w:r>
        <w:rPr>
          <w:sz w:val="20"/>
        </w:rPr>
        <w:t>8:40  Everyone loves money. So there is a verse in the Quran... lan tanalul birra hatta tunfiqu mimma tuhibbun Money is your supreme concern.</w:t>
      </w:r>
      <w:r>
        <w:br/>
      </w:r>
      <w:r>
        <w:rPr>
          <w:sz w:val="20"/>
        </w:rPr>
        <w:t>8:59  You love money. So until you pay from this... money, you are not a true believer. This is purification.</w:t>
      </w:r>
      <w:r>
        <w:br/>
      </w:r>
      <w:r>
        <w:rPr>
          <w:sz w:val="20"/>
        </w:rPr>
        <w:t>9:10  When you pay a part of your earning... for the sake of God...</w:t>
      </w:r>
      <w:r>
        <w:br/>
      </w:r>
      <w:r>
        <w:rPr>
          <w:sz w:val="20"/>
        </w:rPr>
        <w:t>9:20  it means that you are purifying your money. You are inculcating the spirit of...</w:t>
      </w:r>
      <w:r>
        <w:br/>
      </w:r>
      <w:r>
        <w:rPr>
          <w:sz w:val="20"/>
        </w:rPr>
        <w:t>9:31  consciousness. That God is everything. My money is for God.</w:t>
      </w:r>
      <w:r>
        <w:br/>
      </w:r>
      <w:r>
        <w:rPr>
          <w:sz w:val="20"/>
        </w:rPr>
        <w:t>9:38  I am for God.</w:t>
      </w:r>
      <w:r>
        <w:br/>
      </w:r>
      <w:r>
        <w:rPr>
          <w:sz w:val="20"/>
        </w:rPr>
        <w:t>9:42  Every... belonging of my...</w:t>
      </w:r>
      <w:r>
        <w:br/>
      </w:r>
      <w:r>
        <w:rPr>
          <w:sz w:val="20"/>
        </w:rPr>
        <w:t>9:48  myself is for God. So... Zakat is a sign of this kind of...</w:t>
      </w:r>
      <w:r>
        <w:br/>
      </w:r>
      <w:r>
        <w:rPr>
          <w:sz w:val="20"/>
        </w:rPr>
        <w:t>10:00  decision, this kind of...</w:t>
      </w:r>
      <w:r>
        <w:br/>
      </w:r>
      <w:r>
        <w:rPr>
          <w:sz w:val="20"/>
        </w:rPr>
        <w:t>10:04  of</w:t>
      </w:r>
      <w:r>
        <w:br/>
      </w:r>
      <w:r>
        <w:rPr>
          <w:sz w:val="20"/>
        </w:rPr>
        <w:t>10:06  declaration. So, there are 2 aspects, 2 basic aspects of Zakat. There are 2 basic aspects of Zakat.</w:t>
      </w:r>
      <w:r>
        <w:br/>
      </w:r>
      <w:r>
        <w:rPr>
          <w:sz w:val="20"/>
        </w:rPr>
        <w:t>10:21  One is personal.</w:t>
      </w:r>
      <w:r>
        <w:br/>
      </w:r>
      <w:r>
        <w:rPr>
          <w:sz w:val="20"/>
        </w:rPr>
        <w:t>10:23  And the second is social. 2 aspects. Personal and social. So, personal aspect is referred in the Quran...</w:t>
      </w:r>
      <w:r>
        <w:br/>
      </w:r>
      <w:r>
        <w:rPr>
          <w:sz w:val="20"/>
        </w:rPr>
        <w:t>10:35  in these verses.</w:t>
      </w:r>
      <w:r>
        <w:br/>
      </w:r>
      <w:r>
        <w:rPr>
          <w:sz w:val="20"/>
        </w:rPr>
        <w:t>10:40  yuti malahu yatazakka Then the social aspect is referred in the Hadith... in these verses.</w:t>
      </w:r>
      <w:r>
        <w:br/>
      </w:r>
      <w:r>
        <w:rPr>
          <w:sz w:val="20"/>
        </w:rPr>
        <w:t>10:53  tukhz min aghniyaikum wa turad ila fuqaraikum This is the social aspect of Zakat. Now, let us take the first. That is the personal aspect of Zakat.</w:t>
      </w:r>
      <w:r>
        <w:br/>
      </w:r>
      <w:r>
        <w:rPr>
          <w:sz w:val="20"/>
        </w:rPr>
        <w:t>11:06  This is mentioned in this verse. yu'ti malahu yatazakka</w:t>
      </w:r>
      <w:r>
        <w:br/>
      </w:r>
      <w:r>
        <w:rPr>
          <w:sz w:val="20"/>
        </w:rPr>
        <w:t>11:14  It means that believer is one... who... gives his money... for the sake of self-purification.</w:t>
      </w:r>
      <w:r>
        <w:br/>
      </w:r>
      <w:r>
        <w:rPr>
          <w:sz w:val="20"/>
        </w:rPr>
        <w:t>11:25  yu'ti malahu yatazakka A true believer is one...</w:t>
      </w:r>
      <w:r>
        <w:br/>
      </w:r>
      <w:r>
        <w:rPr>
          <w:sz w:val="20"/>
        </w:rPr>
        <w:t>11:31  who...</w:t>
      </w:r>
      <w:r>
        <w:br/>
      </w:r>
      <w:r>
        <w:rPr>
          <w:sz w:val="20"/>
        </w:rPr>
        <w:t>11:35  spends his money for the sake of God. So that he may purify himself.</w:t>
      </w:r>
      <w:r>
        <w:br/>
      </w:r>
      <w:r>
        <w:rPr>
          <w:sz w:val="20"/>
        </w:rPr>
        <w:t>11:47  How... how one purifies himself? By paying... Zakat.</w:t>
      </w:r>
      <w:r>
        <w:br/>
      </w:r>
      <w:r>
        <w:rPr>
          <w:sz w:val="20"/>
        </w:rPr>
        <w:t>11:58  Because... because Zakat... you pay Zakat from your money.</w:t>
      </w:r>
      <w:r>
        <w:br/>
      </w:r>
      <w:r>
        <w:rPr>
          <w:sz w:val="20"/>
        </w:rPr>
        <w:t>12:07  You have earned money... after a long struggle. After a great struggle. Money is your greatest...</w:t>
      </w:r>
      <w:r>
        <w:br/>
      </w:r>
      <w:r>
        <w:rPr>
          <w:sz w:val="20"/>
        </w:rPr>
        <w:t>12:18  greatest... goal. Everyone...</w:t>
      </w:r>
      <w:r>
        <w:br/>
      </w:r>
      <w:r>
        <w:rPr>
          <w:sz w:val="20"/>
        </w:rPr>
        <w:t>12:24  tries... tries to acquire money. To acquire more and more money.</w:t>
      </w:r>
      <w:r>
        <w:br/>
      </w:r>
      <w:r>
        <w:rPr>
          <w:sz w:val="20"/>
        </w:rPr>
        <w:t>12:33  Money is the sole concern of everyone. Every human being.</w:t>
      </w:r>
    </w:p>
    <w:p>
      <w:pPr>
        <w:pStyle w:val="Heading2"/>
      </w:pPr>
      <w:r>
        <w:t>Abel's reply to his killer: I fear Allah</w:t>
      </w:r>
    </w:p>
    <w:p>
      <w:r>
        <w:rPr>
          <w:color w:val="666666"/>
          <w:sz w:val="18"/>
        </w:rPr>
        <w:t>Islam A Religion of Peace January 8, 2007 Maulana Wahiduddin Khan · 1m 12s · at 5:29 · https://youtu.be/N1-IgG2ycKw?t=329</w:t>
      </w:r>
    </w:p>
    <w:p>
      <w:r>
        <w:rPr>
          <w:i/>
        </w:rPr>
        <w:t>“Quran mein dialogue aaya hai Qabil aur Habil ka.”</w:t>
      </w:r>
    </w:p>
    <w:p>
      <w:r>
        <w:rPr>
          <w:sz w:val="20"/>
        </w:rPr>
        <w:t>5:29  to yahan par jo sabak hai woh yeh hai ke quran mein dialogue aaya hai qabil aur habel ka ke jab dono mein controversy hui,</w:t>
      </w:r>
      <w:r>
        <w:br/>
      </w:r>
      <w:r>
        <w:rPr>
          <w:sz w:val="20"/>
        </w:rPr>
        <w:t>5:43  dono ke zuban bohat difference aa gaya. yahan tak ke ek ne keh diya doosre se ke mein tum ko maar dalunga. to doosra kya kehta hai?</w:t>
      </w:r>
      <w:r>
        <w:br/>
      </w:r>
      <w:r>
        <w:rPr>
          <w:sz w:val="20"/>
        </w:rPr>
        <w:t>5:57  yani qatil ne to yeh keh diya ke mein tum ko maar dalunga, lekin maqtool kya kehta hai marne se pehle? us ne kaha ke: "laim bastidak li taqtulani".</w:t>
      </w:r>
      <w:r>
        <w:br/>
      </w:r>
      <w:r>
        <w:rPr>
          <w:sz w:val="20"/>
        </w:rPr>
        <w:t>6:12  ma'ni babasti: "yadi ala iqtulak". inni akhafu Allah rab al-alamin.</w:t>
      </w:r>
      <w:r>
        <w:br/>
      </w:r>
      <w:r>
        <w:rPr>
          <w:sz w:val="20"/>
        </w:rPr>
        <w:t>6:24  yani agar tum apna hath badhao mujhe marne ke liye to mein apna hath nahi badhaunga tum ko marne ke liye.</w:t>
      </w:r>
      <w:r>
        <w:br/>
      </w:r>
      <w:r>
        <w:rPr>
          <w:sz w:val="20"/>
        </w:rPr>
        <w:t>6:36  mein Allah se darta hoon.</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Maulana's own five years as a truth-seeking skeptic</w:t>
      </w:r>
    </w:p>
    <w:p>
      <w:r>
        <w:rPr>
          <w:color w:val="666666"/>
          <w:sz w:val="18"/>
        </w:rPr>
        <w:t>Man and Paradise August 18, 2013 · 2m 39s · at 41:02 · https://youtu.be/v7eX25YAjDU?t=2462</w:t>
      </w:r>
    </w:p>
    <w:p>
      <w:r>
        <w:rPr>
          <w:i/>
        </w:rPr>
        <w:t>“For five years of my life, I was a skeptic”</w:t>
      </w:r>
    </w:p>
    <w:p>
      <w:r>
        <w:rPr>
          <w:sz w:val="20"/>
        </w:rPr>
        <w:t>41:02  main khud chounke ibtidai tor par seeker tha, paanch saal meri zindagi aise guzre hain jabke seeker tha main. yani mazhab ko us waqt mein kisi mazhab ko nahi manta tha,</w:t>
      </w:r>
      <w:r>
        <w:br/>
      </w:r>
      <w:r>
        <w:rPr>
          <w:sz w:val="20"/>
        </w:rPr>
        <w:t>41:21  sirf talash talash kar raha tha ke sachai kya hai.</w:t>
      </w:r>
      <w:r>
        <w:br/>
      </w:r>
      <w:r>
        <w:rPr>
          <w:sz w:val="20"/>
        </w:rPr>
        <w:t>41:28  to us waqt mein isi yani isi cheez se dochar tha jis ko ab main zyada surely tor par samajh paaya hoon ke ab main sochta hoon ke mera masla kya tha.</w:t>
      </w:r>
      <w:r>
        <w:br/>
      </w:r>
      <w:r>
        <w:rPr>
          <w:sz w:val="20"/>
        </w:rPr>
        <w:t>41:41  mera masla yeh tha ke main dekhta tha ke mere aur dunya ke darmiyan ek contradiction hai. us waqt naujawani ki umar thi, tab main itna samajh nahi paaya tha.</w:t>
      </w:r>
      <w:r>
        <w:br/>
      </w:r>
      <w:r>
        <w:rPr>
          <w:sz w:val="20"/>
        </w:rPr>
        <w:t>41:52  ab main samajh paata hoon ke kyun main pareshan reh</w:t>
      </w:r>
      <w:r>
        <w:br/>
      </w:r>
      <w:r>
        <w:rPr>
          <w:sz w:val="20"/>
        </w:rPr>
        <w:t>41:55  ta tha, kyun main mutmaeen nahi rehta tha, is ki wajah kya thi. to main samajhta tha ke mere aur dunya ke darmiyan ek contradiction hai.</w:t>
      </w:r>
      <w:r>
        <w:br/>
      </w:r>
      <w:r>
        <w:rPr>
          <w:sz w:val="20"/>
        </w:rPr>
        <w:t>42:06  main jo chahta hoon, us se kam hai yeh dunya.</w:t>
      </w:r>
      <w:r>
        <w:br/>
      </w:r>
      <w:r>
        <w:rPr>
          <w:sz w:val="20"/>
        </w:rPr>
        <w:t>42:11  main bohat hi zyada idealist tha, lekin dunya less than ideal thi. main bohat zyada perfectionist tha, magar dunya imperfect thi.</w:t>
      </w:r>
      <w:r>
        <w:br/>
      </w:r>
      <w:r>
        <w:rPr>
          <w:sz w:val="20"/>
        </w:rPr>
        <w:t>42:22  main bohat zyada high mayar har cheez</w:t>
      </w:r>
      <w:r>
        <w:br/>
      </w:r>
      <w:r>
        <w:rPr>
          <w:sz w:val="20"/>
        </w:rPr>
        <w:t>42:24  ka chahta tha, magar har cheez kamtar mayar ki thi. mere taste buds jo the, woh bohat hi high qism ke the, lekin kisi cheez mein mujhe taste buds ke mutabiq mujhe taskeen nahi milti thi.</w:t>
      </w:r>
      <w:r>
        <w:br/>
      </w:r>
      <w:r>
        <w:rPr>
          <w:sz w:val="20"/>
        </w:rPr>
        <w:t>42:39  to har aitbaar se main sochta tha ke main jo maine parha, is ka Sir James Jeans ka, to us ne likha tha ke it appears that man is straight in a world that was not made for him</w:t>
      </w:r>
      <w:r>
        <w:br/>
      </w:r>
      <w:r>
        <w:rPr>
          <w:sz w:val="20"/>
        </w:rPr>
        <w:t>42:53  to main samajhta tha ke yahi mera case hai. aisi dunya mein aa gaya hoon jo mere liye banai nahi gayi hai.</w:t>
      </w:r>
      <w:r>
        <w:br/>
      </w:r>
      <w:r>
        <w:rPr>
          <w:sz w:val="20"/>
        </w:rPr>
        <w:t>43:01  jab yeh daryaft hui jannat ki haqeeqat, tab pata chala ke ke yeh to mera habited hi nahi hai, habited to jannat hai.</w:t>
      </w:r>
      <w:r>
        <w:br/>
      </w:r>
      <w:r>
        <w:rPr>
          <w:sz w:val="20"/>
        </w:rPr>
        <w:t>43:13  tab meri samajh mein aaya ke zindagi ka sab se behtar tareeqa kya hai? akhirat oriented life. akhirat oriented life.</w:t>
      </w:r>
      <w:r>
        <w:br/>
      </w:r>
      <w:r>
        <w:rPr>
          <w:sz w:val="20"/>
        </w:rPr>
        <w:t>43:24  to main dua karta hoon ke allah taala mujh ko aur aap ko akhirat oriented life ki tofeeq de aur hum ko jannat mein dakhil kare.</w:t>
      </w:r>
    </w:p>
    <w:p>
      <w:pPr>
        <w:pStyle w:val="Heading2"/>
      </w:pPr>
      <w:r>
        <w:t>Peace is the root of paradise culture</w:t>
      </w:r>
    </w:p>
    <w:p>
      <w:r>
        <w:rPr>
          <w:color w:val="666666"/>
          <w:sz w:val="18"/>
        </w:rPr>
        <w:t>Age of Democracy May 25, 2014 · 1m 52s · at 32:17 · https://youtu.be/pyZy1-EhW1Q?t=1937</w:t>
      </w:r>
    </w:p>
    <w:p>
      <w:r>
        <w:rPr>
          <w:i/>
        </w:rPr>
        <w:t>“Peace meri apni paradise ke liye zaroori hai”</w:t>
      </w:r>
    </w:p>
    <w:p>
      <w:r>
        <w:rPr>
          <w:sz w:val="20"/>
        </w:rPr>
        <w:t>32:17  Is ka matlab hai ke main apni ideality ko phailaoon, apne mission ko phailaoon. Yeh bachte hain ke main provided i am peaceful to main peaceful hoon.</w:t>
      </w:r>
      <w:r>
        <w:br/>
      </w:r>
      <w:r>
        <w:rPr>
          <w:sz w:val="20"/>
        </w:rPr>
        <w:t>32:27  Mujhe marne ki kya zaroorat hai? Kisi ko kya zaroorat hai? Main kisi ko maroon? Dekhein, peace jo hai, peace jo hai, saada baat nahi hai.</w:t>
      </w:r>
      <w:r>
        <w:br/>
      </w:r>
      <w:r>
        <w:rPr>
          <w:sz w:val="20"/>
        </w:rPr>
        <w:t>32:39  Peace mere apni paradise ke liye zaroori hai.</w:t>
      </w:r>
      <w:r>
        <w:br/>
      </w:r>
      <w:r>
        <w:rPr>
          <w:sz w:val="20"/>
        </w:rPr>
        <w:t>32:45  Mujhe paradise mein jana hai, mujhe Allah ki jannat mein dakhil hona hai. Is ke liye peace zaroori hai. Kyunke main jab peaceful rahoon ga, tab main normal rahoon ga.</w:t>
      </w:r>
      <w:r>
        <w:br/>
      </w:r>
      <w:r>
        <w:rPr>
          <w:sz w:val="20"/>
        </w:rPr>
        <w:t>32:57  Jab main normal rahoon ga, tabhi mere andar positive thinking aaye gi, tabhi mere andar tazkiya ka process jaari hoga. To peace jarr hai paradise culture ki.</w:t>
      </w:r>
      <w:r>
        <w:br/>
      </w:r>
      <w:r>
        <w:rPr>
          <w:sz w:val="20"/>
        </w:rPr>
        <w:t>33:12  Agar aap peaceful na hon to aap to aap samajh lijiye ke aap paradise se koi matlab nahi. Aap ko jab peaceful honge to aap ke andar positivity hogi, aap ke andar love hoga, doosron ke liye khair khwahi hogi.</w:t>
      </w:r>
      <w:r>
        <w:br/>
      </w:r>
      <w:r>
        <w:rPr>
          <w:sz w:val="20"/>
        </w:rPr>
        <w:t>33:28  Aap positive thinking aaye gi, aap ke andar phir aap ke paas marifat aaye gi, tazkiya aaye ga, yeh sab kuch aaye ga. To peace jarr hai. Peace to main kyun peace peace ke khilaf karoon?</w:t>
      </w:r>
      <w:r>
        <w:br/>
      </w:r>
      <w:r>
        <w:rPr>
          <w:sz w:val="20"/>
        </w:rPr>
        <w:t>33:40  Main peace ke khilaf kyun karoon?</w:t>
      </w:r>
      <w:r>
        <w:br/>
      </w:r>
      <w:r>
        <w:rPr>
          <w:sz w:val="20"/>
        </w:rPr>
        <w:t>33:43  Democracy ne mujhe azadi di hai ke tum peace par raho, to jo chahe karo. Tum peaceful raho, to jo chahe karo.</w:t>
      </w:r>
      <w:r>
        <w:br/>
      </w:r>
      <w:r>
        <w:rPr>
          <w:sz w:val="20"/>
        </w:rPr>
        <w:t>33:52  Aur Allah ke fazl se main is pe kar raha hoon. Hamari team kar rahi hai, hamare saathi se kar rahe hain. Isi aise hi yani if you are peaceful, then you are allowed to do anything without any restriction at all.</w:t>
      </w:r>
    </w:p>
    <w:p>
      <w:pPr>
        <w:pStyle w:val="Heading2"/>
      </w:pPr>
      <w:r>
        <w:t>Social aspect of Zakat and creation plan</w:t>
      </w:r>
    </w:p>
    <w:p>
      <w:r>
        <w:rPr>
          <w:color w:val="666666"/>
          <w:sz w:val="18"/>
        </w:rPr>
        <w:t>Principles of Zakat in Islam 11 May 2007 - Maulana Wahiduddin Khan · 1m 58s · at 23:45 · https://youtu.be/RmfLc_lQrxs?t=1425</w:t>
      </w:r>
    </w:p>
    <w:p>
      <w:r>
        <w:rPr>
          <w:i/>
        </w:rPr>
        <w:t>“Then there is social aspect of Zakat.”</w:t>
      </w:r>
    </w:p>
    <w:p>
      <w:r>
        <w:rPr>
          <w:sz w:val="20"/>
        </w:rPr>
        <w:t>23:45  Then there is... social aspect. And this social aspect is mentioned in the... in... in Hadith.</w:t>
      </w:r>
      <w:r>
        <w:br/>
      </w:r>
      <w:r>
        <w:rPr>
          <w:sz w:val="20"/>
        </w:rPr>
        <w:t>23:55  The Prophet of Islam has said... about Zakat...</w:t>
      </w:r>
      <w:r>
        <w:br/>
      </w:r>
      <w:r>
        <w:rPr>
          <w:sz w:val="20"/>
        </w:rPr>
        <w:t>24:04  yukhaz min aghniyaikum wa turaddu ila fuqaraiqum</w:t>
      </w:r>
      <w:r>
        <w:br/>
      </w:r>
      <w:r>
        <w:rPr>
          <w:sz w:val="20"/>
        </w:rPr>
        <w:t>24:17  It means that...</w:t>
      </w:r>
      <w:r>
        <w:br/>
      </w:r>
      <w:r>
        <w:rPr>
          <w:sz w:val="20"/>
        </w:rPr>
        <w:t>24:23  that we... take... money from rich people... only to return it to poor people.</w:t>
      </w:r>
      <w:r>
        <w:br/>
      </w:r>
      <w:r>
        <w:rPr>
          <w:sz w:val="20"/>
        </w:rPr>
        <w:t>24:34  This is a money management.</w:t>
      </w:r>
      <w:r>
        <w:br/>
      </w:r>
      <w:r>
        <w:rPr>
          <w:sz w:val="20"/>
        </w:rPr>
        <w:t>24:39  The social aspect of Zakat. Zakat tries to... to establish balance between...</w:t>
      </w:r>
      <w:r>
        <w:br/>
      </w:r>
      <w:r>
        <w:rPr>
          <w:sz w:val="20"/>
        </w:rPr>
        <w:t>24:50  two different sectors of the society.</w:t>
      </w:r>
      <w:r>
        <w:br/>
      </w:r>
      <w:r>
        <w:rPr>
          <w:sz w:val="20"/>
        </w:rPr>
        <w:t>24:57  Why... why this problem? Why this issue? Because... it... here you can remind the...</w:t>
      </w:r>
      <w:r>
        <w:br/>
      </w:r>
      <w:r>
        <w:rPr>
          <w:sz w:val="20"/>
        </w:rPr>
        <w:t>25:07  Creation Plan of God. What is the Creation Plan of God? God's... plan is based on competition...</w:t>
      </w:r>
      <w:r>
        <w:br/>
      </w:r>
      <w:r>
        <w:rPr>
          <w:sz w:val="20"/>
        </w:rPr>
        <w:t>25:15  on challenge.</w:t>
      </w:r>
      <w:r>
        <w:br/>
      </w:r>
      <w:r>
        <w:rPr>
          <w:sz w:val="20"/>
        </w:rPr>
        <w:t>25:17  So... in society... you see disparity. You cannot establish...</w:t>
      </w:r>
      <w:r>
        <w:br/>
      </w:r>
      <w:r>
        <w:rPr>
          <w:sz w:val="20"/>
        </w:rPr>
        <w:t>25:27  equality. It is impossible</w:t>
      </w:r>
      <w:r>
        <w:br/>
      </w:r>
      <w:r>
        <w:rPr>
          <w:sz w:val="20"/>
        </w:rPr>
        <w:t>25:33  . God hates equality. According to the Creation Plan of God...</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Shopping management from radio story</w:t>
      </w:r>
    </w:p>
    <w:p>
      <w:r>
        <w:rPr>
          <w:color w:val="666666"/>
          <w:sz w:val="18"/>
        </w:rPr>
        <w:t>The Secret of Success 5 Feb, 2008 - Maulana Wahiduddin Khan · 3m 10s · at 15:19 · https://youtu.be/aI0KGyoK7NM?t=919</w:t>
      </w:r>
    </w:p>
    <w:p>
      <w:r>
        <w:rPr>
          <w:i/>
        </w:rPr>
        <w:t>“Main radio sun raha tha to us par program aa raha tha”</w:t>
      </w:r>
    </w:p>
    <w:p>
      <w:r>
        <w:rPr>
          <w:sz w:val="20"/>
        </w:rPr>
        <w:t>15:19  main radio sun raha tha to</w:t>
      </w:r>
      <w:r>
        <w:br/>
      </w:r>
      <w:r>
        <w:rPr>
          <w:sz w:val="20"/>
        </w:rPr>
        <w:t>15:27  is par program aa raha tha ke fazool kharchi par. fazool kharchi par woh logon ka interview kar rahe the.</w:t>
      </w:r>
      <w:r>
        <w:br/>
      </w:r>
      <w:r>
        <w:rPr>
          <w:sz w:val="20"/>
        </w:rPr>
        <w:t>15:38  All India Radio par. to ek khatoon aayin.</w:t>
      </w:r>
      <w:r>
        <w:br/>
      </w:r>
      <w:r>
        <w:rPr>
          <w:sz w:val="20"/>
        </w:rPr>
        <w:t>15:49  unhon ne kaha ke apna qissa bataya unhon ne ke mahine ka aakhri hafta tha. aur hamare paas sirf dhai hazar rupay reh gaye the.</w:t>
      </w:r>
      <w:r>
        <w:br/>
      </w:r>
      <w:r>
        <w:rPr>
          <w:sz w:val="20"/>
        </w:rPr>
        <w:t>16:04  lekin mujhe shauq hua ke shopping karein. to maine apne shohar se kaha. to shohar ne kaha ke bhai shopping karoge agar to mahine ka aakhri hafta baqi hai, kaise kharcha chalega?</w:t>
      </w:r>
      <w:r>
        <w:br/>
      </w:r>
      <w:r>
        <w:rPr>
          <w:sz w:val="20"/>
        </w:rPr>
        <w:t>16:20  to unhon ne kaha ke nahi nahi hum kharch nahi karenge. kuch kharidari nahi karenge, bas chalenge aise hi dekh kar laut aayenge. to wahan gaye to khatoon ko ek kapra pasand aa gaya.</w:t>
      </w:r>
      <w:r>
        <w:br/>
      </w:r>
      <w:r>
        <w:rPr>
          <w:sz w:val="20"/>
        </w:rPr>
        <w:t>16:36  to unhon ne kaha ke yeh kapra main yeh lena hai. to khair unhon ne israr kiya. to shohar ne kaha achha bhai le lo.</w:t>
      </w:r>
      <w:r>
        <w:br/>
      </w:r>
      <w:r>
        <w:rPr>
          <w:sz w:val="20"/>
        </w:rPr>
        <w:t>16:47  to dhai hazar rupay isi kapre mein chala gaya. ab mahine ka aakhri hafta pareshani mein, sakht pareshani mein guzra un ke alfaaz mein.</w:t>
      </w:r>
      <w:r>
        <w:br/>
      </w:r>
      <w:r>
        <w:rPr>
          <w:sz w:val="20"/>
        </w:rPr>
        <w:t>16:56  sakht pareshani mein. kyunke paisa reh nahi gaya tha. to is se maine yeh nikala ke yeh jo kharidari hoti hai, yeh yeh is ka taluq aankh se hai.</w:t>
      </w:r>
      <w:r>
        <w:br/>
      </w:r>
      <w:r>
        <w:rPr>
          <w:sz w:val="20"/>
        </w:rPr>
        <w:t>17:10  dekh kar kharidna. main is ko bohat galat samajhta hoon. aankhon ki kharidari yeh aap ko pareshan karti hai.</w:t>
      </w:r>
      <w:r>
        <w:br/>
      </w:r>
      <w:r>
        <w:rPr>
          <w:sz w:val="20"/>
        </w:rPr>
        <w:t>17:24  isi liye main aksar kaha karta hoon ke ghar se jab niklein to fehrist ghar par bana lijiye. ke mujhe yeh cheez kharidna hai. yeh nahi ke aap jayein shopping center mein aur dekhein.</w:t>
      </w:r>
      <w:r>
        <w:br/>
      </w:r>
      <w:r>
        <w:rPr>
          <w:sz w:val="20"/>
        </w:rPr>
        <w:t>17:35  aur dekh kar aap item choose karein ke kya lena hai, kya nahi lena hai. dekh kar kharidari mein hamesha aap zyada paisa kharch karenge.</w:t>
      </w:r>
      <w:r>
        <w:br/>
      </w:r>
      <w:r>
        <w:rPr>
          <w:sz w:val="20"/>
        </w:rPr>
        <w:t>17:45  aap ghar par rahein. aap ko zaroorat hai ek glass ki. woh fehrist bana lijiye. aap ko zaroorat hai kisi aur cheez ki.</w:t>
      </w:r>
      <w:r>
        <w:br/>
      </w:r>
      <w:r>
        <w:rPr>
          <w:sz w:val="20"/>
        </w:rPr>
        <w:t>17:55  woh fehrist bhi likh lijiye. to fehrist ghar par banaiye. dekh kar nahi. jab bhi aap shopping center mein jayenge baghair fehrist ke.</w:t>
      </w:r>
      <w:r>
        <w:br/>
      </w:r>
      <w:r>
        <w:rPr>
          <w:sz w:val="20"/>
        </w:rPr>
        <w:t>18:08  aur dekh kar kharidari karenge. to hamesha aisa hoga ke aap zyada item le lenge, zyada paisa kharch kar denge.</w:t>
      </w:r>
      <w:r>
        <w:br/>
      </w:r>
      <w:r>
        <w:rPr>
          <w:sz w:val="20"/>
        </w:rPr>
        <w:t>18:19  to main samajhta hoon ke yeh bhi management ka maamla hai. yaani shopping management.</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Dua accepted through unexpected shield of responsibilities</w:t>
      </w:r>
    </w:p>
    <w:p>
      <w:r>
        <w:rPr>
          <w:color w:val="666666"/>
          <w:sz w:val="18"/>
        </w:rPr>
        <w:t>How to do Creative Dua · 1m 19s · at 13:39 · https://youtu.be/LiGXxL-poZE?t=819</w:t>
      </w:r>
    </w:p>
    <w:p>
      <w:r>
        <w:rPr>
          <w:i/>
        </w:rPr>
        <w:t>“Main Allah se ek kaam maang rahi thi mission ka”</w:t>
      </w:r>
    </w:p>
    <w:p>
      <w:r>
        <w:rPr>
          <w:sz w:val="20"/>
        </w:rPr>
        <w:t>13:39  mein Allah se ek kaam mang rahi thi</w:t>
      </w:r>
      <w:r>
        <w:br/>
      </w:r>
      <w:r>
        <w:rPr>
          <w:sz w:val="20"/>
        </w:rPr>
        <w:t>13:41  mission ka aur Allah ne yeh spirit of Islam magazine ka moqa ata farmaye. to meri yeh soch bani thi ke Allah ki madad is kaam ke liye mujhe aise ayegi ke meri gharelu zimmedariyan kam ho jayengi.</w:t>
      </w:r>
      <w:r>
        <w:br/>
      </w:r>
      <w:r>
        <w:rPr>
          <w:sz w:val="20"/>
        </w:rPr>
        <w:t>13:57  lekin hua kya? hamare ghar mein do buzurg the pehle se aur magazine shuru hone se chand din pehle aise halaat pesh aye ke do aur buzurgon ki zimmedari mujh par aa gayi.</w:t>
      </w:r>
      <w:r>
        <w:br/>
      </w:r>
      <w:r>
        <w:rPr>
          <w:sz w:val="20"/>
        </w:rPr>
        <w:t>14:11  mujhe yeh ajeeb</w:t>
      </w:r>
      <w:r>
        <w:br/>
      </w:r>
      <w:r>
        <w:rPr>
          <w:sz w:val="20"/>
        </w:rPr>
        <w:t>14:12  saga. samajh mein nahin aaya to main Allah se dua ki ke aey Allah aap to rehman o raheem hain, kisi ko is ki taqat se zyada bojh nahin dalte hain, hamare kaam mein aasani dete hain.</w:t>
      </w:r>
      <w:r>
        <w:br/>
      </w:r>
      <w:r>
        <w:rPr>
          <w:sz w:val="20"/>
        </w:rPr>
        <w:t>14:25  to yeh kya hai? mujhe samhaiye. to mujhe yeh tajruba hua ke yeh chaar log</w:t>
      </w:r>
      <w:r>
        <w:br/>
      </w:r>
      <w:r>
        <w:rPr>
          <w:sz w:val="20"/>
        </w:rPr>
        <w:t>14:35  badhi hui zimmedari nahin balkeh mere liye dhaal ki manind rahe. mujhe magazine ke liye jo zaroori tha ke main ek sui se ghar ke ek kone se kaam karoon is ka intezam tha.</w:t>
      </w:r>
      <w:r>
        <w:br/>
      </w:r>
      <w:r>
        <w:rPr>
          <w:sz w:val="20"/>
        </w:rPr>
        <w:t>14:49  saare doosre logon ke mujh se mutalbe khatm ho gaye. sab mujh par mujhe reham ki nigah se dekhne lage</w:t>
      </w:r>
    </w:p>
    <w:p>
      <w:pPr>
        <w:pStyle w:val="Heading2"/>
      </w:pPr>
      <w:r>
        <w:t>Fear as antidote to distraction</w:t>
      </w:r>
    </w:p>
    <w:p>
      <w:r>
        <w:rPr>
          <w:color w:val="666666"/>
          <w:sz w:val="18"/>
        </w:rPr>
        <w:t>Waqt ki Qadr · 33s · at 11:19 · https://youtu.be/F1ILfxjCiCo?t=679</w:t>
      </w:r>
    </w:p>
    <w:p>
      <w:r>
        <w:rPr>
          <w:i/>
        </w:rPr>
        <w:t>“تو دیکھیے، ڈسٹریکشن سے بچنے کا ایک ہی طریقہ ہے”</w:t>
      </w:r>
    </w:p>
    <w:p>
      <w:r>
        <w:rPr>
          <w:sz w:val="20"/>
        </w:rPr>
        <w:t>11:19  to dekhiye, distraction se bachne ka ek hi tareeqa hai:</w:t>
      </w:r>
      <w:r>
        <w:br/>
      </w:r>
      <w:r>
        <w:rPr>
          <w:sz w:val="20"/>
        </w:rPr>
        <w:t>11:25  badha hua khauf.</w:t>
      </w:r>
      <w:r>
        <w:br/>
      </w:r>
      <w:r>
        <w:rPr>
          <w:sz w:val="20"/>
        </w:rPr>
        <w:t>11:30  bahut zyada conscious hona hai is ke baare mein. ab kaun sa khauf? dunya mein apne aap ko develop karne ki opportunity ko khone ka khauf, aur aakhirat ke abdi inaamaat se mehroom reh jaane ka khauf.</w:t>
      </w:r>
    </w:p>
    <w:p>
      <w:pPr>
        <w:pStyle w:val="Heading2"/>
      </w:pPr>
      <w:r>
        <w:t>Paradise peace trained through sabr</w:t>
      </w:r>
    </w:p>
    <w:p>
      <w:r>
        <w:rPr>
          <w:color w:val="666666"/>
          <w:sz w:val="18"/>
        </w:rPr>
        <w:t>Patience and Crisis 22 Dec 2019 - Maulana Wahiduddin Khan · 6m 11s · at 13:39 · https://youtu.be/ddnUKbhEoCI?t=819</w:t>
      </w:r>
    </w:p>
    <w:p>
      <w:r>
        <w:rPr>
          <w:i/>
        </w:rPr>
        <w:t>“Main jab madrase mein padhta tha to mujhe yaad hai”</w:t>
      </w:r>
    </w:p>
    <w:p>
      <w:r>
        <w:rPr>
          <w:sz w:val="20"/>
        </w:rPr>
        <w:t>13:39  main jab madrasay mein parhta tha to mujhe yaad hai ke madrasay mein aik sahab dakhil hue, woh shayad mere class mein dakhil hue thay, woh ya aik ad saal aage peechay hon.</w:t>
      </w:r>
      <w:r>
        <w:br/>
      </w:r>
      <w:r>
        <w:rPr>
          <w:sz w:val="20"/>
        </w:rPr>
        <w:t>13:57  to un ka haal yeh tha ke</w:t>
      </w:r>
      <w:r>
        <w:br/>
      </w:r>
      <w:r>
        <w:rPr>
          <w:sz w:val="20"/>
        </w:rPr>
        <w:t>14:01  woh jab bhi saamna hota to "assalam o alaikum", yani apne class fellow se bhi har waqt "assalam o alaikum", "assalam o alaikum", yani log un ke "assalam o alaikum" se pareshan ho gaye thay.</w:t>
      </w:r>
      <w:r>
        <w:br/>
      </w:r>
      <w:r>
        <w:rPr>
          <w:sz w:val="20"/>
        </w:rPr>
        <w:t>14:18  idhar jao, agar woh saamne parh raha hai to "assalam o alaikum", "assalam o alaikum". to main ne un se poocha ke bhai itna zyada aap "assalam o alaikum" kyun karte hain?</w:t>
      </w:r>
      <w:r>
        <w:br/>
      </w:r>
      <w:r>
        <w:rPr>
          <w:sz w:val="20"/>
        </w:rPr>
        <w:t>14:29  unhon ne kaha yeh to hum jannat ka mahaul hi dunya mein chahte hain, is ke liye hum tayyar ho jayein. wahan bohat zyada salam hoga, bohat zyada salam hoga.</w:t>
      </w:r>
      <w:r>
        <w:br/>
      </w:r>
      <w:r>
        <w:rPr>
          <w:sz w:val="20"/>
        </w:rPr>
        <w:t>14:41  main ne kaha salam ke maani "assalam o alaikum" nahi hain, "peace", "salamti", "aman" is ka matlab hai.</w:t>
      </w:r>
      <w:r>
        <w:br/>
      </w:r>
      <w:r>
        <w:rPr>
          <w:sz w:val="20"/>
        </w:rPr>
        <w:t>14:52  yani qeel ke maani hain, kehna nahi hai, yeh bhi samajh lijiye. "illa qeelan salaman salama".</w:t>
      </w:r>
      <w:r>
        <w:br/>
      </w:r>
      <w:r>
        <w:rPr>
          <w:sz w:val="20"/>
        </w:rPr>
        <w:t>15:03  hargiz is ka maani yeh nahi ke log kahengay "assalam o alaikum", wahan aik shor mach raha hoga. har har baat, har aadmi bolay ga "assalam o alaikum", "assalam o alaikum", shor nahi mach jaye ga.</w:t>
      </w:r>
      <w:r>
        <w:br/>
      </w:r>
      <w:r>
        <w:rPr>
          <w:sz w:val="20"/>
        </w:rPr>
        <w:t>15:16  to jannat kya hogi? woh museebat khana ho jaye gi. woh to kabhi qaul o amal ke maani mein hota hai, yaad rakhiye.</w:t>
      </w:r>
      <w:r>
        <w:br/>
      </w:r>
      <w:r>
        <w:rPr>
          <w:sz w:val="20"/>
        </w:rPr>
        <w:t>15:26  kabhi qaul o amal ke maani mein hota hai. to is ka matlab yeh hai ke jannat mein aman ka mahaul hoga, peace ka mahaul hoga. yani jo mahaul aap pasand karte hain, aap pasand karte hain ke koi is ko takleef na de,</w:t>
      </w:r>
      <w:r>
        <w:br/>
      </w:r>
      <w:r>
        <w:rPr>
          <w:sz w:val="20"/>
        </w:rPr>
        <w:t>15:42  koi mere baray mein negative na ho jaye. yani har aitbar se peace, khushgawar mahaul.</w:t>
      </w:r>
      <w:r>
        <w:br/>
      </w:r>
      <w:r>
        <w:rPr>
          <w:sz w:val="20"/>
        </w:rPr>
        <w:t>15:54  to is ka maani hai ke jannat mein har taraf peace hi peace ka mahaul hoga. wahan wahan phool hi phool hoga, kaanta nahi hoga.</w:t>
      </w:r>
      <w:r>
        <w:br/>
      </w:r>
      <w:r>
        <w:rPr>
          <w:sz w:val="20"/>
        </w:rPr>
        <w:t>16:05  yeh matlab hai is ka. yeh matlab hai is ka. to aisi jannat jis mein phool ka mahaul ho, kaante ka mahaul na ho,</w:t>
      </w:r>
      <w:r>
        <w:br/>
      </w:r>
      <w:r>
        <w:rPr>
          <w:sz w:val="20"/>
        </w:rPr>
        <w:t>16:18  wahan ki training ke liye dunya mein aap ko sabr ke mawaqe pesh atay hain. dunya mein sabr ke mawaqe is liye pesh atay hain ke woh jannat ki advance training hai.</w:t>
      </w:r>
      <w:r>
        <w:br/>
      </w:r>
      <w:r>
        <w:rPr>
          <w:sz w:val="20"/>
        </w:rPr>
        <w:t>16:39  main jab gaya tha pehli baar america to main ne kaha ke yahan ke jo new york mein aik sahab se kaha main ne ke yahan ki aik aik achi library jo hai, bari library, wahan mujhe le chaliye.</w:t>
      </w:r>
      <w:r>
        <w:br/>
      </w:r>
      <w:r>
        <w:rPr>
          <w:sz w:val="20"/>
        </w:rPr>
        <w:t>16:57  to main wahan gaya to main wahan ka jo reading room tha,</w:t>
      </w:r>
      <w:r>
        <w:br/>
      </w:r>
      <w:r>
        <w:rPr>
          <w:sz w:val="20"/>
        </w:rPr>
        <w:t>17:04  yani new york ki reading room ka jo haal tha, wahan main gaya.</w:t>
      </w:r>
      <w:r>
        <w:br/>
      </w:r>
      <w:r>
        <w:rPr>
          <w:sz w:val="20"/>
        </w:rPr>
        <w:t>17:13  to wahan main aik kursi par baith gaya, woh mere saathi thay. to main ne dekha ke wahan zyada tar larkiyan aur ladke atay thay, boorhay log kam atay thay.</w:t>
      </w:r>
      <w:r>
        <w:br/>
      </w:r>
      <w:r>
        <w:rPr>
          <w:sz w:val="20"/>
        </w:rPr>
        <w:t>17:27  to main ne dekha ke jo ladke hon ya larkiyan hon, jab woh reading room mein atay thay to jaise kursi lena hai unhein aur kursi jahan woh baithna hai unhein, wahan se aik foot ke faaslay par hai.</w:t>
      </w:r>
      <w:r>
        <w:br/>
      </w:r>
      <w:r>
        <w:rPr>
          <w:sz w:val="20"/>
        </w:rPr>
        <w:t>17:50  to aisa nahi ke careless tareeqay se is ko tezi se kheenchein, nahi, bohat ahistay se woh kursi apni taraf karte thay ke awaaz awaaz na ho.</w:t>
      </w:r>
      <w:r>
        <w:br/>
      </w:r>
      <w:r>
        <w:rPr>
          <w:sz w:val="20"/>
        </w:rPr>
        <w:t>18:05  yahan tak ke main ne dekha ke jab koi talib ilm aik kitaab nikalta tha shelf se to rakhta tha mez par, phir woh is ka page kholnay ke liye bohat ahistay se kholta tha.</w:t>
      </w:r>
      <w:r>
        <w:br/>
      </w:r>
      <w:r>
        <w:rPr>
          <w:sz w:val="20"/>
        </w:rPr>
        <w:t>18:22  to wahan ka mahol hai ke bolo to bohat ahista bolo, koi kaam karen to ahistagi ke sath karo.</w:t>
      </w:r>
      <w:r>
        <w:br/>
      </w:r>
      <w:r>
        <w:rPr>
          <w:sz w:val="20"/>
        </w:rPr>
        <w:t>18:35  to yeh dunya mein aik aik mahol dikhaya gaya hai ke ke jannat darussalam hoga.</w:t>
      </w:r>
      <w:r>
        <w:br/>
      </w:r>
      <w:r>
        <w:rPr>
          <w:sz w:val="20"/>
        </w:rPr>
        <w:t>18:49  to koi bhi aap chahen kursi uthayen ya kitab nikalein shelf se ya apne saathi se koi baat kahein, har cheez mein wahan maine dekha ke bohat ahistagi se karte the log,</w:t>
      </w:r>
      <w:r>
        <w:br/>
      </w:r>
      <w:r>
        <w:rPr>
          <w:sz w:val="20"/>
        </w:rPr>
        <w:t>19:05  baat bhi aur kaam bhi. to yeh aik namuna hai. to jannat aik aisi dunya hai jahan aman hoga, khamoshi hogi,</w:t>
      </w:r>
      <w:r>
        <w:br/>
      </w:r>
      <w:r>
        <w:rPr>
          <w:sz w:val="20"/>
        </w:rPr>
        <w:t>19:18  peace hoga.</w:t>
      </w:r>
      <w:r>
        <w:br/>
      </w:r>
      <w:r>
        <w:rPr>
          <w:sz w:val="20"/>
        </w:rPr>
        <w:t>19:28  yeh nahi matlab hai ke "assalam o alaikum", "assalam o alaikum" har taraf. aman ka mahol, peace ka mahol, khushgawar mahol, aap ka pasandeeda mahol wahan par hoga.</w:t>
      </w:r>
    </w:p>
    <w:p>
      <w:pPr>
        <w:pStyle w:val="Heading2"/>
      </w:pPr>
      <w:r>
        <w:t>Life must be akhirat-oriented</w:t>
      </w:r>
    </w:p>
    <w:p>
      <w:r>
        <w:rPr>
          <w:color w:val="666666"/>
          <w:sz w:val="18"/>
        </w:rPr>
        <w:t>Akhirat Oriented Life June 24, 2008 Maulana Wahiduddin Khan · 5m 58s · at 0:39 · https://youtu.be/WPuEpFAlpvk?t=39</w:t>
      </w:r>
    </w:p>
    <w:p>
      <w:r>
        <w:rPr>
          <w:i/>
        </w:rPr>
        <w:t>“Aaj ka topic aakhirat hai”</w:t>
      </w:r>
    </w:p>
    <w:p>
      <w:r>
        <w:rPr>
          <w:sz w:val="20"/>
        </w:rPr>
        <w:t>0:39  aaj ka topic akhirat hai. yaani</w:t>
      </w:r>
      <w:r>
        <w:br/>
      </w:r>
      <w:r>
        <w:rPr>
          <w:sz w:val="20"/>
        </w:rPr>
        <w:t>0:49  akhirat oriented life. akhirat rakhi zindagi.</w:t>
      </w:r>
      <w:r>
        <w:br/>
      </w:r>
      <w:r>
        <w:rPr>
          <w:sz w:val="20"/>
        </w:rPr>
        <w:t>1:00  Islami zindagi kya hai? ya Islamic way of life kya hai? is ko agar aik lafz mein bayan karna ho to main kahunga ke woh hai akhirat rakhi zindagi.</w:t>
      </w:r>
      <w:r>
        <w:br/>
      </w:r>
      <w:r>
        <w:rPr>
          <w:sz w:val="20"/>
        </w:rPr>
        <w:t>1:24  akhirat oriented life.</w:t>
      </w:r>
      <w:r>
        <w:br/>
      </w:r>
      <w:r>
        <w:rPr>
          <w:sz w:val="20"/>
        </w:rPr>
        <w:t>1:29  is duniya mein aap jante hain ke aadmi ki bohat si activities hoti hain.</w:t>
      </w:r>
      <w:r>
        <w:br/>
      </w:r>
      <w:r>
        <w:rPr>
          <w:sz w:val="20"/>
        </w:rPr>
        <w:t>1:38  raat din is ko tarah tarah ke kaam hote hain. ghar ke andar aur ghar ke bahar.</w:t>
      </w:r>
      <w:r>
        <w:br/>
      </w:r>
      <w:r>
        <w:rPr>
          <w:sz w:val="20"/>
        </w:rPr>
        <w:t>1:48  lekin koi aik is ka orientation hota hai. jaise aik businessman ko lijiye. aik kamyab businessman.</w:t>
      </w:r>
      <w:r>
        <w:br/>
      </w:r>
      <w:r>
        <w:rPr>
          <w:sz w:val="20"/>
        </w:rPr>
        <w:t>2:00  to aap dekhenge ke is ka mind har waqt business ko le kar sochta hai.</w:t>
      </w:r>
      <w:r>
        <w:br/>
      </w:r>
      <w:r>
        <w:rPr>
          <w:sz w:val="20"/>
        </w:rPr>
        <w:t>2:13  business ko le kar sochta hai.</w:t>
      </w:r>
      <w:r>
        <w:br/>
      </w:r>
      <w:r>
        <w:rPr>
          <w:sz w:val="20"/>
        </w:rPr>
        <w:t>2:18  har cheez mein is ko koi na koi aspect business wala dikhai deta hai.</w:t>
      </w:r>
      <w:r>
        <w:br/>
      </w:r>
      <w:r>
        <w:rPr>
          <w:sz w:val="20"/>
        </w:rPr>
        <w:t>2:28  main ne aik qissa parha. aik aadmi jo writer tha.</w:t>
      </w:r>
      <w:r>
        <w:br/>
      </w:r>
      <w:r>
        <w:rPr>
          <w:sz w:val="20"/>
        </w:rPr>
        <w:t>2:39  wo shayar tha aur story likhta tha. to us ne kaha ke main apne aik dost ko le kar aik martaba aik garden mein gaya.</w:t>
      </w:r>
      <w:r>
        <w:br/>
      </w:r>
      <w:r>
        <w:rPr>
          <w:sz w:val="20"/>
        </w:rPr>
        <w:t>2:50  aik bagh mein. to wo tha wo business karta tha wo aadmi.</w:t>
      </w:r>
      <w:r>
        <w:br/>
      </w:r>
      <w:r>
        <w:rPr>
          <w:sz w:val="20"/>
        </w:rPr>
        <w:t>3:00  dawaon ka business. aur khud yeh aadmi tha shayar. to us ne kaha ke wahan jab main gaya to wahan bohat se gulab lage hue thay.</w:t>
      </w:r>
      <w:r>
        <w:br/>
      </w:r>
      <w:r>
        <w:rPr>
          <w:sz w:val="20"/>
        </w:rPr>
        <w:t>3:14  gulab ke poday.</w:t>
      </w:r>
      <w:r>
        <w:br/>
      </w:r>
      <w:r>
        <w:rPr>
          <w:sz w:val="20"/>
        </w:rPr>
        <w:t>3:18  to us ne bataya ke main khud to us ki beauty mein gum ho gaya. us ke fragrance mein gum ho gaya.</w:t>
      </w:r>
      <w:r>
        <w:br/>
      </w:r>
      <w:r>
        <w:rPr>
          <w:sz w:val="20"/>
        </w:rPr>
        <w:t>3:28  us ko dekhne laga us nazar se ke kitna beautiful hai yeh gulab ka phool. to main mere mind mein kuch shair wali baatein anay lagin.</w:t>
      </w:r>
      <w:r>
        <w:br/>
      </w:r>
      <w:r>
        <w:rPr>
          <w:sz w:val="20"/>
        </w:rPr>
        <w:t>3:45  jaisa ke aap jante hain ke aik aik mashhoor nazm hai aik English poet ki. The Last Rose of Summer.</w:t>
      </w:r>
      <w:r>
        <w:br/>
      </w:r>
      <w:r>
        <w:rPr>
          <w:sz w:val="20"/>
        </w:rPr>
        <w:t>3:58  us ne summer ke mausam ka aakhri gulab dekha to us par us ne aik nazm keh di jo bohat mashhoor hui.</w:t>
      </w:r>
      <w:r>
        <w:br/>
      </w:r>
      <w:r>
        <w:rPr>
          <w:sz w:val="20"/>
        </w:rPr>
        <w:t>4:13  to wo aadmi kehta hai ke jab lekin mera saathi tha. us ki soch alag thi. us ki soch yeh thi ke main kaise is ko</w:t>
      </w:r>
      <w:r>
        <w:br/>
      </w:r>
      <w:r>
        <w:rPr>
          <w:sz w:val="20"/>
        </w:rPr>
        <w:t>4:28  apne business mein istemal karoon. to us ne socha ke itne beautiful phool hain is ke. to us ke shehar mein</w:t>
      </w:r>
      <w:r>
        <w:br/>
      </w:r>
      <w:r>
        <w:rPr>
          <w:sz w:val="20"/>
        </w:rPr>
        <w:t>4:41  phoolon ki mala bikti thi. log charrhawa charhane ke liye aur kisi ko receive karna ho kisi ko order dena ho to us ke liye phool ki mala banate thay.</w:t>
      </w:r>
      <w:r>
        <w:br/>
      </w:r>
      <w:r>
        <w:rPr>
          <w:sz w:val="20"/>
        </w:rPr>
        <w:t>4:54  to us ke mind mein aa gaya ke agar yeh roz yeh yeh jo gulab ka phool hai is ko le kar agar main phool ki mala banaon to meri mala khoob bikay gi.</w:t>
      </w:r>
      <w:r>
        <w:br/>
      </w:r>
      <w:r>
        <w:rPr>
          <w:sz w:val="20"/>
        </w:rPr>
        <w:t>5:08  to isi ko kehte hain orientation. har aadmi apne apne lehaz se sochta hai. rehte hain sab isi duniya mein.</w:t>
      </w:r>
      <w:r>
        <w:br/>
      </w:r>
      <w:r>
        <w:rPr>
          <w:sz w:val="20"/>
        </w:rPr>
        <w:t>5:20  isi subah o shaam mein isi raat aur din mein isi society mein. lekin apne orientation ke lehaz se har aadmi</w:t>
      </w:r>
      <w:r>
        <w:br/>
      </w:r>
      <w:r>
        <w:rPr>
          <w:sz w:val="20"/>
        </w:rPr>
        <w:t>5:34  kisi kisi baat ko liya rehta hai. jaise koi money oriented hota hai to woh money ki baat sochta hai. koi politics oriented hota hai to woh voters ko le kar sochta hai.</w:t>
      </w:r>
      <w:r>
        <w:br/>
      </w:r>
      <w:r>
        <w:rPr>
          <w:sz w:val="20"/>
        </w:rPr>
        <w:t>5:46  to ek sacha believer ek sacha momin ka sab se bara concern yeh hota hai ke woh akhirat mein kamyab ho.</w:t>
      </w:r>
      <w:r>
        <w:br/>
      </w:r>
      <w:r>
        <w:rPr>
          <w:sz w:val="20"/>
        </w:rPr>
        <w:t>6:00  us ko akhirat ki success milay. to duniya ki poori zindagi jo bhi yahan us ko milti hai pachas saath saal woh ban jati hai akhirat oriented life.</w:t>
      </w:r>
      <w:r>
        <w:br/>
      </w:r>
      <w:r>
        <w:rPr>
          <w:sz w:val="20"/>
        </w:rPr>
        <w:t>6:16  to main samajhta hoon ke Islam ke jo Islamic way of life hai us ko agar ek sab mein bayan karna ho to yahi kaha jaye ga ke Islami zindagi akhirat rukhi zindagi hoti hai.</w:t>
      </w:r>
    </w:p>
    <w:p>
      <w:pPr>
        <w:pStyle w:val="Heading2"/>
      </w:pPr>
      <w:r>
        <w:t>Five aspects of human life explained</w:t>
      </w:r>
    </w:p>
    <w:p>
      <w:r>
        <w:rPr>
          <w:color w:val="666666"/>
          <w:sz w:val="18"/>
        </w:rPr>
        <w:t>Principles of Zakat in Islam 11 May 2007 - Maulana Wahiduddin Khan · 1m 48s · at 1:41 · https://youtu.be/RmfLc_lQrxs?t=101</w:t>
      </w:r>
    </w:p>
    <w:p>
      <w:r>
        <w:rPr>
          <w:i/>
        </w:rPr>
        <w:t>“First of all, man is a thinking animal.”</w:t>
      </w:r>
    </w:p>
    <w:p>
      <w:r>
        <w:rPr>
          <w:sz w:val="20"/>
        </w:rPr>
        <w:t>1:41  man is a thinking animal.</w:t>
      </w:r>
      <w:r>
        <w:br/>
      </w:r>
      <w:r>
        <w:rPr>
          <w:sz w:val="20"/>
        </w:rPr>
        <w:t>1:46  So thinking is one aspect of life. It is called that. It is said that man is a thinking animal.</w:t>
      </w:r>
      <w:r>
        <w:br/>
      </w:r>
      <w:r>
        <w:rPr>
          <w:sz w:val="20"/>
        </w:rPr>
        <w:t>1:55  So thinking is</w:t>
      </w:r>
      <w:r>
        <w:br/>
      </w:r>
      <w:r>
        <w:rPr>
          <w:sz w:val="20"/>
        </w:rPr>
        <w:t>1:59  an aspect of human life. You can say thought. The first pillar is thought.</w:t>
      </w:r>
      <w:r>
        <w:br/>
      </w:r>
      <w:r>
        <w:rPr>
          <w:sz w:val="20"/>
        </w:rPr>
        <w:t>2:09  Then time. Everyone has time. Time is the most precious asset of your life.</w:t>
      </w:r>
      <w:r>
        <w:br/>
      </w:r>
      <w:r>
        <w:rPr>
          <w:sz w:val="20"/>
        </w:rPr>
        <w:t>2:19  Then</w:t>
      </w:r>
      <w:r>
        <w:br/>
      </w:r>
      <w:r>
        <w:rPr>
          <w:sz w:val="20"/>
        </w:rPr>
        <w:t>2:22  you have desires. Everyone is full of desires. So desires are also part of human life. Then you have time.</w:t>
      </w:r>
      <w:r>
        <w:br/>
      </w:r>
      <w:r>
        <w:rPr>
          <w:sz w:val="20"/>
        </w:rPr>
        <w:t>2:35  It is said that time is everything. So you have time.</w:t>
      </w:r>
      <w:r>
        <w:br/>
      </w:r>
      <w:r>
        <w:rPr>
          <w:sz w:val="20"/>
        </w:rPr>
        <w:t>2:42  Then</w:t>
      </w:r>
      <w:r>
        <w:br/>
      </w:r>
      <w:r>
        <w:rPr>
          <w:sz w:val="20"/>
        </w:rPr>
        <w:t>2:45  you have money. Everyone has some money.</w:t>
      </w:r>
      <w:r>
        <w:br/>
      </w:r>
      <w:r>
        <w:rPr>
          <w:sz w:val="20"/>
        </w:rPr>
        <w:t>2:55  More or less. Then everyone wants to set a goal. Setting a goal is also a part of human life.</w:t>
      </w:r>
      <w:r>
        <w:br/>
      </w:r>
      <w:r>
        <w:rPr>
          <w:sz w:val="20"/>
        </w:rPr>
        <w:t>3:08  So these are 5 aspects: thought, time, desires,</w:t>
      </w:r>
      <w:r>
        <w:br/>
      </w:r>
      <w:r>
        <w:rPr>
          <w:sz w:val="20"/>
        </w:rPr>
        <w:t>3:15  money, and goal. I think that these are 5 aspects of human life. And these 5 aspects cover all the...</w:t>
      </w:r>
    </w:p>
    <w:p>
      <w:pPr>
        <w:pStyle w:val="Heading2"/>
      </w:pPr>
      <w:r>
        <w:t>The boy who sat backward and said 'me not'</w:t>
      </w:r>
    </w:p>
    <w:p>
      <w:r>
        <w:rPr>
          <w:color w:val="666666"/>
          <w:sz w:val="18"/>
        </w:rPr>
        <w:t>Is Islam in Danger, January 10, 2007 · 2m 48s · at 36:25 · https://youtu.be/1vrUjeA7508?t=2185</w:t>
      </w:r>
    </w:p>
    <w:p>
      <w:r>
        <w:rPr>
          <w:i/>
        </w:rPr>
        <w:t>“ایک بہت ہی دلچسپ کہانی میں عرض کروں گا آپ کو”</w:t>
      </w:r>
    </w:p>
    <w:p>
      <w:r>
        <w:rPr>
          <w:sz w:val="20"/>
        </w:rPr>
        <w:t>36:25  ek bahut hi dilchasp kahani main arz karunga aap ko. bab bedos mein. ek bar main gaya. bab bedos ek bahut hi khoobsurat jazeera hai.</w:t>
      </w:r>
      <w:r>
        <w:br/>
      </w:r>
      <w:r>
        <w:rPr>
          <w:sz w:val="20"/>
        </w:rPr>
        <w:t>36:40  to wahan musalman bhi hain. kuch. to unhon ne musalmanon ne ek jalsa rakha, ek meeting rakhi.</w:t>
      </w:r>
      <w:r>
        <w:br/>
      </w:r>
      <w:r>
        <w:rPr>
          <w:sz w:val="20"/>
        </w:rPr>
        <w:t>36:52  is mein mujhe adakar karna tha.</w:t>
      </w:r>
      <w:r>
        <w:br/>
      </w:r>
      <w:r>
        <w:rPr>
          <w:sz w:val="20"/>
        </w:rPr>
        <w:t>36:56  to main gaya. ek kursi thi wahan main baitha hua tha aur log ekatha the.</w:t>
      </w:r>
      <w:r>
        <w:br/>
      </w:r>
      <w:r>
        <w:rPr>
          <w:sz w:val="20"/>
        </w:rPr>
        <w:t>37:05  to main ne dekha ke ek ladka aata hai. apne baap ke sath. aur woh gate par baith jata hai woh.</w:t>
      </w:r>
      <w:r>
        <w:br/>
      </w:r>
      <w:r>
        <w:rPr>
          <w:sz w:val="20"/>
        </w:rPr>
        <w:t>37:14  baap ko kehta hai andar chalo. woh jata nahi. baith jata hai. baithta kaise hai? idhar munh kar ke. yani main yahan baitha hoon.</w:t>
      </w:r>
      <w:r>
        <w:br/>
      </w:r>
      <w:r>
        <w:rPr>
          <w:sz w:val="20"/>
        </w:rPr>
        <w:t>37:24  woh gate par baitha hua hai. munh uska idhar hai. us ki peeth meri taraf hai. meri taraf peeth kar ke hai, munh doosri taraf kar ke baith gaya woh.</w:t>
      </w:r>
      <w:r>
        <w:br/>
      </w:r>
      <w:r>
        <w:rPr>
          <w:sz w:val="20"/>
        </w:rPr>
        <w:t>37:34  to main ne kisi se poocha ke bhai yeh kya hai? yeh kya mamla hai? to unhon ne kaha ke woh ladka jo hai baap ne kaha ke chalo molana sahib aaye hain tum bhi kuch baat suno.</w:t>
      </w:r>
      <w:r>
        <w:br/>
      </w:r>
      <w:r>
        <w:rPr>
          <w:sz w:val="20"/>
        </w:rPr>
        <w:t>37:46  to us ne kaha kya? Me not. Me not.</w:t>
      </w:r>
      <w:r>
        <w:br/>
      </w:r>
      <w:r>
        <w:rPr>
          <w:sz w:val="20"/>
        </w:rPr>
        <w:t>37:55  bahut hi aam uska yeh.</w:t>
      </w:r>
      <w:r>
        <w:br/>
      </w:r>
      <w:r>
        <w:rPr>
          <w:sz w:val="20"/>
        </w:rPr>
        <w:t>37:59  jawab tha ke me not. mere liye sab cheezein nahi hain. jao tum suno</w:t>
      </w:r>
      <w:r>
        <w:br/>
      </w:r>
      <w:r>
        <w:rPr>
          <w:sz w:val="20"/>
        </w:rPr>
        <w:t>38:04  mujhe ko is se koi matlab nahin hai. tumhare islam se mujhe koi lena dena nahin hai. woh islam par bolenge to mujhe islam par sunna bhi nahin hai.</w:t>
      </w:r>
      <w:r>
        <w:br/>
      </w:r>
      <w:r>
        <w:rPr>
          <w:sz w:val="20"/>
        </w:rPr>
        <w:t>38:17  me not. to poori poori nai nasl keh rahi hai ke me not.</w:t>
      </w:r>
      <w:r>
        <w:br/>
      </w:r>
      <w:r>
        <w:rPr>
          <w:sz w:val="20"/>
        </w:rPr>
        <w:t>38:23  hamare woh log jo pichhle riwayat mein pale badhe. jin ke baal safed ho gaye hain. to pichhle zamane mein pale badhe.</w:t>
      </w:r>
      <w:r>
        <w:br/>
      </w:r>
      <w:r>
        <w:rPr>
          <w:sz w:val="20"/>
        </w:rPr>
        <w:t>38:33  to un ke andar islam se mohabbat hai. islam ko apna mazhab samajhte hain woh. lekin jo nai nasl hai. woh India se le kar America, Europe tak kehti hai me not.</w:t>
      </w:r>
      <w:r>
        <w:br/>
      </w:r>
      <w:r>
        <w:rPr>
          <w:sz w:val="20"/>
        </w:rPr>
        <w:t>38:46  yeh tumhara mazhab mere liye nahin hai.</w:t>
      </w:r>
      <w:r>
        <w:br/>
      </w:r>
      <w:r>
        <w:rPr>
          <w:sz w:val="20"/>
        </w:rPr>
        <w:t>38:50  saare log pareshan hain.</w:t>
      </w:r>
      <w:r>
        <w:br/>
      </w:r>
      <w:r>
        <w:rPr>
          <w:sz w:val="20"/>
        </w:rPr>
        <w:t>38:53  isi ko woh kehte hain ke islam khatre mein hai. muslim ummah khatre mein hai. muslim army khatre mein hai.</w:t>
      </w:r>
      <w:r>
        <w:br/>
      </w:r>
      <w:r>
        <w:rPr>
          <w:sz w:val="20"/>
        </w:rPr>
        <w:t>39:02  khatre mein kaun hai? islam nahin hai. maine is pe bohat socha ke woh jo kehta hai ke me not is ka kya matlab hai?</w:t>
      </w:r>
    </w:p>
    <w:p>
      <w:pPr>
        <w:pStyle w:val="Heading2"/>
      </w:pPr>
      <w:r>
        <w:t>Giving money is an act of sacrifice that purifies the soul</w:t>
      </w:r>
    </w:p>
    <w:p>
      <w:r>
        <w:rPr>
          <w:color w:val="666666"/>
          <w:sz w:val="18"/>
        </w:rPr>
        <w:t>Spirit of Zakat (English) May 16, 2007 Maulana Wahiduddin Khan · 2m 15s · at 49:07 · https://youtu.be/J-0gHxSsXWc?t=2947</w:t>
      </w:r>
    </w:p>
    <w:p>
      <w:r>
        <w:rPr>
          <w:i/>
        </w:rPr>
        <w:t>“No one by nature wants to give his money to other people.”</w:t>
      </w:r>
    </w:p>
    <w:p>
      <w:r>
        <w:rPr>
          <w:sz w:val="20"/>
        </w:rPr>
        <w:t>49:07  No one is ready to give money for others. Everyone wants to spend money in his own interest, to fulfill his desires.</w:t>
      </w:r>
      <w:r>
        <w:br/>
      </w:r>
      <w:r>
        <w:rPr>
          <w:sz w:val="20"/>
        </w:rPr>
        <w:t>49:21  So, no one by nature wants to give his money to other people. So, when you pay Zakaat or Sadaqah or Infaq, you are exercising a sacrifice.</w:t>
      </w:r>
      <w:r>
        <w:br/>
      </w:r>
      <w:r>
        <w:rPr>
          <w:sz w:val="20"/>
        </w:rPr>
        <w:t>49:38  Zakaat or Sadaqah or Infaq are</w:t>
      </w:r>
      <w:r>
        <w:br/>
      </w:r>
      <w:r>
        <w:rPr>
          <w:sz w:val="20"/>
        </w:rPr>
        <w:t>49:44  an act of sacrifice.</w:t>
      </w:r>
      <w:r>
        <w:br/>
      </w:r>
      <w:r>
        <w:rPr>
          <w:sz w:val="20"/>
        </w:rPr>
        <w:t>49:48  Because when you pay Zakaat or Sadaqah or Infaq, you curb your desires, you kill your love.</w:t>
      </w:r>
      <w:r>
        <w:br/>
      </w:r>
      <w:r>
        <w:rPr>
          <w:sz w:val="20"/>
        </w:rPr>
        <w:t>50:05  Without sacrifice, one cannot give his money to others. So, it is very difficult.</w:t>
      </w:r>
      <w:r>
        <w:br/>
      </w:r>
      <w:r>
        <w:rPr>
          <w:sz w:val="20"/>
        </w:rPr>
        <w:t>50:17  This is the formula of Tazkiyah or purification.</w:t>
      </w:r>
      <w:r>
        <w:br/>
      </w:r>
      <w:r>
        <w:rPr>
          <w:sz w:val="20"/>
        </w:rPr>
        <w:t>50:25  You love money. You want to fulfill your desires. But</w:t>
      </w:r>
      <w:r>
        <w:br/>
      </w:r>
      <w:r>
        <w:rPr>
          <w:sz w:val="20"/>
        </w:rPr>
        <w:t>50:32  when you give money to others for the sake of God, then you are curbing your desire, you are curbing your love towards money.</w:t>
      </w:r>
      <w:r>
        <w:br/>
      </w:r>
      <w:r>
        <w:rPr>
          <w:sz w:val="20"/>
        </w:rPr>
        <w:t>50:47  This purification, by giving Zakaat or Sadaqah or Infaq, you purify your soul from lust, from greed,</w:t>
      </w:r>
      <w:r>
        <w:br/>
      </w:r>
      <w:r>
        <w:rPr>
          <w:sz w:val="20"/>
        </w:rPr>
        <w:t>51:05  from self-interest.</w:t>
      </w:r>
      <w:r>
        <w:br/>
      </w:r>
      <w:r>
        <w:rPr>
          <w:sz w:val="20"/>
        </w:rPr>
        <w:t>51:11  So, it is very important.</w:t>
      </w:r>
      <w:r>
        <w:br/>
      </w:r>
      <w:r>
        <w:rPr>
          <w:sz w:val="20"/>
        </w:rPr>
        <w:t>51:17  zalka jaza muntazaka</w:t>
      </w:r>
    </w:p>
    <w:p>
      <w:pPr>
        <w:pStyle w:val="Heading2"/>
      </w:pPr>
      <w:r>
        <w:t>A tough question from a listener pushed me to study harder</w:t>
      </w:r>
    </w:p>
    <w:p>
      <w:r>
        <w:rPr>
          <w:color w:val="666666"/>
          <w:sz w:val="18"/>
        </w:rPr>
        <w:t>Divine Personality April 2, 2014 Maulana Wahiduddin Khan · 1m 49s · at 23:42 · https://youtu.be/4F-V__KFzpA?t=1422</w:t>
      </w:r>
    </w:p>
    <w:p>
      <w:r>
        <w:rPr>
          <w:i/>
        </w:rPr>
        <w:t>“I have so many experiences in my life.”</w:t>
      </w:r>
    </w:p>
    <w:p>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p>
    <w:p>
      <w:pPr>
        <w:pStyle w:val="Heading2"/>
      </w:pPr>
      <w:r>
        <w:t>Maulana's journey from doubt to choosing Islam</w:t>
      </w:r>
    </w:p>
    <w:p>
      <w:r>
        <w:rPr>
          <w:color w:val="666666"/>
          <w:sz w:val="18"/>
        </w:rPr>
        <w:t>On World Religions Diversity not Dissension March 9, 2013 · 2m 47s · at 9:03 · https://youtu.be/8enJoTTAH5k?t=543</w:t>
      </w:r>
    </w:p>
    <w:p>
      <w:r>
        <w:rPr>
          <w:i/>
        </w:rPr>
        <w:t>“I was born in a Muslim family, but I had doubts”</w:t>
      </w:r>
    </w:p>
    <w:p>
      <w:r>
        <w:rPr>
          <w:sz w:val="20"/>
        </w:rPr>
        <w:t>9:03  I was born in a Muslim family. My education, my upbringing, was on the traditional lines.</w:t>
      </w:r>
      <w:r>
        <w:br/>
      </w:r>
      <w:r>
        <w:rPr>
          <w:sz w:val="20"/>
        </w:rPr>
        <w:t>9:22  But when I reached the age of maturity, I developed doubts. I discovered that I am a seeker and was sad with that version of Islam that</w:t>
      </w:r>
      <w:r>
        <w:br/>
      </w:r>
      <w:r>
        <w:rPr>
          <w:sz w:val="20"/>
        </w:rPr>
        <w:t>9:45  I experienced in masjid, in madrasa, and in Muslim society.</w:t>
      </w:r>
      <w:r>
        <w:br/>
      </w:r>
      <w:r>
        <w:rPr>
          <w:sz w:val="20"/>
        </w:rPr>
        <w:t>9:51  It was a very tragic moment for me.</w:t>
      </w:r>
      <w:r>
        <w:br/>
      </w:r>
      <w:r>
        <w:rPr>
          <w:sz w:val="20"/>
        </w:rPr>
        <w:t>10:00  Then, unbelievably, an event happened.</w:t>
      </w:r>
      <w:r>
        <w:br/>
      </w:r>
      <w:r>
        <w:rPr>
          <w:sz w:val="20"/>
        </w:rPr>
        <w:t>10:10  At that time, I decided to study all those details about religion, spirituality, philosophy, to discover the answer of my natu</w:t>
      </w:r>
      <w:r>
        <w:br/>
      </w:r>
      <w:r>
        <w:rPr>
          <w:sz w:val="20"/>
        </w:rPr>
        <w:t>10:29  re. It is very interesting that at this juncture, I read some of Swami Gandha's work, especially letters of Swami Vivekananda.</w:t>
      </w:r>
      <w:r>
        <w:br/>
      </w:r>
      <w:r>
        <w:rPr>
          <w:sz w:val="20"/>
        </w:rPr>
        <w:t>10:49  In this book, there is a letter number 175</w:t>
      </w:r>
      <w:r>
        <w:br/>
      </w:r>
      <w:r>
        <w:rPr>
          <w:sz w:val="20"/>
        </w:rPr>
        <w:t>10:57  . In this letter, Swamiji had mentioned Islam in very shiny words.</w:t>
      </w:r>
      <w:r>
        <w:br/>
      </w:r>
      <w:r>
        <w:rPr>
          <w:sz w:val="20"/>
        </w:rPr>
        <w:t>11:07  This triggered my mind.</w:t>
      </w:r>
      <w:r>
        <w:br/>
      </w:r>
      <w:r>
        <w:rPr>
          <w:sz w:val="20"/>
        </w:rPr>
        <w:t>11:13  This mention of Swami Vivekananda triggered my mind. I decided to restudy Islam.</w:t>
      </w:r>
      <w:r>
        <w:br/>
      </w:r>
      <w:r>
        <w:rPr>
          <w:sz w:val="20"/>
        </w:rPr>
        <w:t>11:21  It was a very interesting study.</w:t>
      </w:r>
      <w:r>
        <w:br/>
      </w:r>
      <w:r>
        <w:rPr>
          <w:sz w:val="20"/>
        </w:rPr>
        <w:t>11:25  So what happened after a long study of Quran and Sunnah, another relevant teacher, I discovered that Islam was my choice, although it was not my birth religion.</w:t>
      </w:r>
    </w:p>
    <w:p>
      <w:pPr>
        <w:pStyle w:val="Heading2"/>
      </w:pPr>
      <w:r>
        <w:t>Jannah is God's proximity explained</w:t>
      </w:r>
    </w:p>
    <w:p>
      <w:r>
        <w:rPr>
          <w:color w:val="666666"/>
          <w:sz w:val="18"/>
        </w:rPr>
        <w:t>The Culture of People of Paradise January 06, 2019 Maulana Wahiduddin Khan · 5m 56s · at 0:41 · https://youtu.be/rFExua9zntM?t=41</w:t>
      </w:r>
    </w:p>
    <w:p>
      <w:r>
        <w:rPr>
          <w:i/>
        </w:rPr>
        <w:t>“Aaj main Jannat ya Parah Raaz par”</w:t>
      </w:r>
    </w:p>
    <w:p>
      <w:r>
        <w:rPr>
          <w:sz w:val="20"/>
        </w:rPr>
        <w:t>0:41  aaj mein jannat ya parah raaz ke bare mein</w:t>
      </w:r>
      <w:r>
        <w:br/>
      </w:r>
      <w:r>
        <w:rPr>
          <w:sz w:val="20"/>
        </w:rPr>
        <w:t>0:48  kuch arz karna chahta hoon.</w:t>
      </w:r>
      <w:r>
        <w:br/>
      </w:r>
      <w:r>
        <w:rPr>
          <w:sz w:val="20"/>
        </w:rPr>
        <w:t>0:56  to mein bohat dinon se yeh</w:t>
      </w:r>
      <w:r>
        <w:br/>
      </w:r>
      <w:r>
        <w:rPr>
          <w:sz w:val="20"/>
        </w:rPr>
        <w:t>1:02  talash kar raha tha ke jannat aur insaan ka muamla kya hai.</w:t>
      </w:r>
      <w:r>
        <w:br/>
      </w:r>
      <w:r>
        <w:rPr>
          <w:sz w:val="20"/>
        </w:rPr>
        <w:t>1:12  to meri samajh mein aaya ke is muamle ka</w:t>
      </w:r>
      <w:r>
        <w:br/>
      </w:r>
      <w:r>
        <w:rPr>
          <w:sz w:val="20"/>
        </w:rPr>
        <w:t>1:19  qulo do Quran ke do ayaton mein maujood hai. qulo. pehla qulo to hai: wa-sjud wa-qtarib.</w:t>
      </w:r>
      <w:r>
        <w:br/>
      </w:r>
      <w:r>
        <w:rPr>
          <w:sz w:val="20"/>
        </w:rPr>
        <w:t>1:34  wa-sjud wa-qtarib Quran ki ayat hai. is ka matlab hai: sajda kar aur qareeb ho ja. to qareeb hone ka matlab kya hai?</w:t>
      </w:r>
      <w:r>
        <w:br/>
      </w:r>
      <w:r>
        <w:rPr>
          <w:sz w:val="20"/>
        </w:rPr>
        <w:t>1:47  beshumar logon ne sajda kiya, jis ka matlab yeh nahi ho ke distance khatam ho gaya Khuda aur bande ke darmiyan. yeh to hua nahi kabhi.</w:t>
      </w:r>
      <w:r>
        <w:br/>
      </w:r>
      <w:r>
        <w:rPr>
          <w:sz w:val="20"/>
        </w:rPr>
        <w:t>1:58  sajda karne walon ne sajda kiya, hatta ke prophet ne kiya. to aisa to nahi hua ke sajda kiya to Khuda aur bande ke darmiyan distance khatam ho gaya.</w:t>
      </w:r>
      <w:r>
        <w:br/>
      </w:r>
      <w:r>
        <w:rPr>
          <w:sz w:val="20"/>
        </w:rPr>
        <w:t>2:14  to sochte sochte meri samajh mein aaya ke sajda kar aur qareeb ho ja ki shara'it khud Quran mein maujood hain.</w:t>
      </w:r>
      <w:r>
        <w:br/>
      </w:r>
      <w:r>
        <w:rPr>
          <w:sz w:val="20"/>
        </w:rPr>
        <w:t>2:26  woh hai fir'aun jo</w:t>
      </w:r>
      <w:r>
        <w:br/>
      </w:r>
      <w:r>
        <w:rPr>
          <w:sz w:val="20"/>
        </w:rPr>
        <w:t>2:31  chaar hazaar saal se zyada ghaliban muddat hui jab woh misr mein aik despotic king ke taur par tha, woh firaun.</w:t>
      </w:r>
      <w:r>
        <w:br/>
      </w:r>
      <w:r>
        <w:rPr>
          <w:sz w:val="20"/>
        </w:rPr>
        <w:t>2:47  toh wahan par aik uski malika jo thi, woh thi Aasiya bint Muzahim.</w:t>
      </w:r>
      <w:r>
        <w:br/>
      </w:r>
      <w:r>
        <w:rPr>
          <w:sz w:val="20"/>
        </w:rPr>
        <w:t>2:59  Aasiya bint Muzahim. Toh uske zamane mein Hazrat Musa paida hue, unhone tauheed ki dawat di.</w:t>
      </w:r>
      <w:r>
        <w:br/>
      </w:r>
      <w:r>
        <w:rPr>
          <w:sz w:val="20"/>
        </w:rPr>
        <w:t>3:12  jabke firaun khud apne ko kehta tha ke "ana rabbukum al-a'la". Apne hi ko dawaye karta tha ke "main hi toh tumhara rab hoon".</w:t>
      </w:r>
      <w:r>
        <w:br/>
      </w:r>
      <w:r>
        <w:rPr>
          <w:sz w:val="20"/>
        </w:rPr>
        <w:t>3:25  toh firaun zahir hai ke iske khilaf ho gaya.</w:t>
      </w:r>
      <w:r>
        <w:br/>
      </w:r>
      <w:r>
        <w:rPr>
          <w:sz w:val="20"/>
        </w:rPr>
        <w:t>3:31  toh yeh jo Aasiya Aasiya bint Muzahim jo theen,</w:t>
      </w:r>
      <w:r>
        <w:br/>
      </w:r>
      <w:r>
        <w:rPr>
          <w:sz w:val="20"/>
        </w:rPr>
        <w:t>3:39  unko Musa ki awaaz pahunchi.</w:t>
      </w:r>
      <w:r>
        <w:br/>
      </w:r>
      <w:r>
        <w:rPr>
          <w:sz w:val="20"/>
        </w:rPr>
        <w:t>3:45  Musa ka jo paigham hai, woh suna unhone. Toh woh bohat thi, mere khayal se, nature pe thi.</w:t>
      </w:r>
      <w:r>
        <w:br/>
      </w:r>
      <w:r>
        <w:rPr>
          <w:sz w:val="20"/>
        </w:rPr>
        <w:t>3:53  nature pe. Toh unka nature jo tha, usne foran pakad liya Musa ki dawat ko aur uski mom ban gayeen.</w:t>
      </w:r>
      <w:r>
        <w:br/>
      </w:r>
      <w:r>
        <w:rPr>
          <w:sz w:val="20"/>
        </w:rPr>
        <w:t>4:06  woh jab firaun ko pata chala ke meri malika jo hai, woh Musa ki follower ban gayi hai, toh bohat ghussa hua woh.</w:t>
      </w:r>
      <w:r>
        <w:br/>
      </w:r>
      <w:r>
        <w:rPr>
          <w:sz w:val="20"/>
        </w:rPr>
        <w:t>4:20  aur usne unko talwar se qatl kar diya.</w:t>
      </w:r>
      <w:r>
        <w:br/>
      </w:r>
      <w:r>
        <w:rPr>
          <w:sz w:val="20"/>
        </w:rPr>
        <w:t>4:27  toh jab woh khada hua talwar le kar qatl karne ke liye</w:t>
      </w:r>
      <w:r>
        <w:br/>
      </w:r>
      <w:r>
        <w:rPr>
          <w:sz w:val="20"/>
        </w:rPr>
        <w:t>4:33  aur kaha ke "tum ya toh Musa ke deen ko chodo ya yeh talwar meri jo hai, tumhara khatma kar degi".</w:t>
      </w:r>
      <w:r>
        <w:br/>
      </w:r>
      <w:r>
        <w:rPr>
          <w:sz w:val="20"/>
        </w:rPr>
        <w:t>4:44  us waqt jo dua ki thi unhone, woh Quran mein hai: "rabbili baytan indaka fil jannati".</w:t>
      </w:r>
      <w:r>
        <w:br/>
      </w:r>
      <w:r>
        <w:rPr>
          <w:sz w:val="20"/>
        </w:rPr>
        <w:t>4:57  Ae Allah, mere liye apne paas, apne qareeb jannat mein aik ghar bana de.</w:t>
      </w:r>
      <w:r>
        <w:br/>
      </w:r>
      <w:r>
        <w:rPr>
          <w:sz w:val="20"/>
        </w:rPr>
        <w:t>5:10  toh is ayat ko le kar maine samjha ke yeh uski sharah karti hai. Wasjud waqtarib.</w:t>
      </w:r>
      <w:r>
        <w:br/>
      </w:r>
      <w:r>
        <w:rPr>
          <w:sz w:val="20"/>
        </w:rPr>
        <w:t>5:19  yeh jannat naam hai Allah ki qurbat mein jagah paane ka.</w:t>
      </w:r>
      <w:r>
        <w:br/>
      </w:r>
      <w:r>
        <w:rPr>
          <w:sz w:val="20"/>
        </w:rPr>
        <w:t>5:26  yeh duniya mein hum hain toh yahan hamari qurbat aik aur hai, hamare parosi kuch aur hain.</w:t>
      </w:r>
      <w:r>
        <w:br/>
      </w:r>
      <w:r>
        <w:rPr>
          <w:sz w:val="20"/>
        </w:rPr>
        <w:t>5:37  toh woh duniya jo next</w:t>
      </w:r>
      <w:r>
        <w:br/>
      </w:r>
      <w:r>
        <w:rPr>
          <w:sz w:val="20"/>
        </w:rPr>
        <w:t>5:46  mein aati hai, aane wali hai hamare paas,</w:t>
      </w:r>
      <w:r>
        <w:br/>
      </w:r>
      <w:r>
        <w:rPr>
          <w:sz w:val="20"/>
        </w:rPr>
        <w:t>5:51  wahan par jo jannat banegi,</w:t>
      </w:r>
      <w:r>
        <w:br/>
      </w:r>
      <w:r>
        <w:rPr>
          <w:sz w:val="20"/>
        </w:rPr>
        <w:t>5:59  jo ideal world, ideal world, woh khaliq ke paros mein hogi.</w:t>
      </w:r>
      <w:r>
        <w:br/>
      </w:r>
      <w:r>
        <w:rPr>
          <w:sz w:val="20"/>
        </w:rPr>
        <w:t>6:11  toh woh ideal world jo hai, jis ko hum kehte hain parah raaz, woh darasal naam hai creator ke paros ka.</w:t>
      </w:r>
      <w:r>
        <w:br/>
      </w:r>
      <w:r>
        <w:rPr>
          <w:sz w:val="20"/>
        </w:rPr>
        <w:t>6:21  jahan creator ka paros ho, aap sochiye ke woh kitni zyada aala jagah hogi. Toh jannat naam hai khaliq ke paros ki jo duniya hai, uska.</w:t>
      </w:r>
    </w:p>
    <w:p>
      <w:pPr>
        <w:pStyle w:val="Heading2"/>
      </w:pPr>
      <w:r>
        <w:t>israf (waste) is forbidden, from water to food to money</w:t>
      </w:r>
    </w:p>
    <w:p>
      <w:r>
        <w:rPr>
          <w:color w:val="666666"/>
          <w:sz w:val="18"/>
        </w:rPr>
        <w:t>The Concept of Jihad In Islam May 25, 2008 · 3m 36s · at 1:14:10 · https://youtu.be/UJ6cY-A3tDs?t=4450</w:t>
      </w:r>
    </w:p>
    <w:p>
      <w:r>
        <w:rPr>
          <w:i/>
        </w:rPr>
        <w:t>“Israf ke maayne hotay hain waste karna”</w:t>
      </w:r>
    </w:p>
    <w:p>
      <w:r>
        <w:rPr>
          <w:sz w:val="20"/>
        </w:rPr>
        <w:t>1:14:10  What is the meaning of israf?</w:t>
      </w:r>
      <w:r>
        <w:br/>
      </w:r>
      <w:r>
        <w:rPr>
          <w:sz w:val="20"/>
        </w:rPr>
        <w:t>1:14:15  israf. dekhein, israf ke maani hote hain jo kehte hain waste karna, waste. w-a-s-t-e yaani zaya karna, waste karna.</w:t>
      </w:r>
      <w:r>
        <w:br/>
      </w:r>
      <w:r>
        <w:rPr>
          <w:sz w:val="20"/>
        </w:rPr>
        <w:t>1:14:27  to islam mein israf jo hai, woh haram hai.</w:t>
      </w:r>
      <w:r>
        <w:br/>
      </w:r>
      <w:r>
        <w:rPr>
          <w:sz w:val="20"/>
        </w:rPr>
        <w:t>1:14:35  aur aaj kal israf itna aam hai,</w:t>
      </w:r>
      <w:r>
        <w:br/>
      </w:r>
      <w:r>
        <w:rPr>
          <w:sz w:val="20"/>
        </w:rPr>
        <w:t>1:14:38  bas ab khana pakta hai, zyada pak pak do char mehman aa gaye to zyada paka liya khana, ab bach gaya, bach ke phenka gaya. hotelon mein aur sari dunya mein jo paise wale log hain, woh daily itna zyada khana pakate hain ke jo istemal na kar sake, woh zaya, waste mein jata hai.</w:t>
      </w:r>
      <w:r>
        <w:br/>
      </w:r>
      <w:r>
        <w:rPr>
          <w:sz w:val="20"/>
        </w:rPr>
        <w:t>1:14:56  woh</w:t>
      </w:r>
      <w:r>
        <w:br/>
      </w:r>
      <w:r>
        <w:rPr>
          <w:sz w:val="20"/>
        </w:rPr>
        <w:t>1:14:59  to rasool Allah ne ek aadmi ko dekha, wuzu kar raha tha, wuzu pani le kar ke, aur bohat hi carelessly woh pani baha raha tha.</w:t>
      </w:r>
      <w:r>
        <w:br/>
      </w:r>
      <w:r>
        <w:rPr>
          <w:sz w:val="20"/>
        </w:rPr>
        <w:t>1:15:11  ek kehte hain bohat hi carefully pani bahana, ek hai carelessly pani bahana. To woh carelessly pani baha raha tha. To aap ne kaha aisa mat karo, us ke liye bhi Khuda ka poocha jayega, yeh pani ka israf hai,</w:t>
      </w:r>
      <w:r>
        <w:br/>
      </w:r>
      <w:r>
        <w:rPr>
          <w:sz w:val="20"/>
        </w:rPr>
        <w:t>1:15:25  pani ko waste karna hai.</w:t>
      </w:r>
      <w:r>
        <w:br/>
      </w:r>
      <w:r>
        <w:rPr>
          <w:sz w:val="20"/>
        </w:rPr>
        <w:t>1:15:29  to us ne kaha ke nahi, pani to bohat hai yahan. Yani agar hum kisi ek river ke kinare hon, darya ke kinare, tab bhi kya aisa karna hai hamein?</w:t>
      </w:r>
      <w:r>
        <w:br/>
      </w:r>
      <w:r>
        <w:rPr>
          <w:sz w:val="20"/>
        </w:rPr>
        <w:t>1:15:40  to aap ne farmaya ke walau kunta ala nahar jar</w:t>
      </w:r>
      <w:r>
        <w:br/>
      </w:r>
      <w:r>
        <w:rPr>
          <w:sz w:val="20"/>
        </w:rPr>
        <w:t>1:15:48  ek nahar behta hua darya hai, wahan tum wuzu kar rahe ho, tab bhi pani mein kam carelessly mat bahao, careful tareeqe se pani bahao.</w:t>
      </w:r>
      <w:r>
        <w:br/>
      </w:r>
      <w:r>
        <w:rPr>
          <w:sz w:val="20"/>
        </w:rPr>
        <w:t>1:15:58  aaj kal aap ke haan Delhi waghera ghoomein, idhar udhar jagah jagah nal beh rahe hain, pani beh raha hai. Yani jitna pani hamein chahiye, nahar nahate hain log to nahate hain log.</w:t>
      </w:r>
      <w:r>
        <w:br/>
      </w:r>
      <w:r>
        <w:rPr>
          <w:sz w:val="20"/>
        </w:rPr>
        <w:t>1:16:11  to bas khol diya woh,</w:t>
      </w:r>
      <w:r>
        <w:br/>
      </w:r>
      <w:r>
        <w:rPr>
          <w:sz w:val="20"/>
        </w:rPr>
        <w:t>1:16:14  woh shower aur bahra mat. Kabhi shower istemal nahi karta ke shower mein kam az kam chaugna pani istemal hota hai. Main kabhi shower istemal nahi karta, bahar bhi nahi karta.</w:t>
      </w:r>
      <w:r>
        <w:br/>
      </w:r>
      <w:r>
        <w:rPr>
          <w:sz w:val="20"/>
        </w:rPr>
        <w:t>1:16:26  main main balti pani loonga aur mug se nahaoonga. Yeh to khula hua waste hai pani ka. To chahe pani ho ya khana ho ya kapda ho, aaj kal kapda dekhein, sab ke haan wardrobe mein kapde bh</w:t>
      </w:r>
      <w:r>
        <w:br/>
      </w:r>
      <w:r>
        <w:rPr>
          <w:sz w:val="20"/>
        </w:rPr>
        <w:t>1:16:42  are hue hain. Phir bhi kharidari ho rahi hai, phir phir bhi shopping ho rahi hai. Yeh sab waste hai. Yaad rakhiye, waste bhi haram hai, jis tarah se khinzir haram hai aur sharab haram hai, woh bhi haram hai.</w:t>
      </w:r>
      <w:r>
        <w:br/>
      </w:r>
      <w:r>
        <w:rPr>
          <w:sz w:val="20"/>
        </w:rPr>
        <w:t>1:16:58  Quran mein hai ke paisa chhentne wale shaitan ke bhai hain. Inn al-mubadhireena kanoo ikhwana shayatina. Israf kya hai?</w:t>
      </w:r>
      <w:r>
        <w:br/>
      </w:r>
      <w:r>
        <w:rPr>
          <w:sz w:val="20"/>
        </w:rPr>
        <w:t>1:17:08  paisa chhentna.</w:t>
      </w:r>
      <w:r>
        <w:br/>
      </w:r>
      <w:r>
        <w:rPr>
          <w:sz w:val="20"/>
        </w:rPr>
        <w:t>1:17:10  Paisa to paise ko chhentne wale shaitan ke bhai hain. Ab ghor kijiye, is se zyada kada shabd koi ho sakta hai?</w:t>
      </w:r>
      <w:r>
        <w:br/>
      </w:r>
      <w:r>
        <w:rPr>
          <w:sz w:val="20"/>
        </w:rPr>
        <w:t>1:17:20  Inn al-mubadhireena kanoo ikhwana shayatina</w:t>
      </w:r>
      <w:r>
        <w:br/>
      </w:r>
      <w:r>
        <w:rPr>
          <w:sz w:val="20"/>
        </w:rPr>
        <w:t>1:17:26  to paisa, paise ko log samajhte hain ke paisa hai to koi na kharch kare. Paisa tab bhi na kharch kijiye,</w:t>
      </w:r>
      <w:r>
        <w:br/>
      </w:r>
      <w:r>
        <w:rPr>
          <w:sz w:val="20"/>
        </w:rPr>
        <w:t>1:17:36  jis tarah Rasool Allah ne farmaya: "Pani hai tab bhi careless mat kharch karo us ko." To israf bohat hi buri cheez hai, bohat buri cheez hai, bohat buri cheez hai.</w:t>
      </w:r>
    </w:p>
    <w:p>
      <w:pPr>
        <w:pStyle w:val="Heading2"/>
      </w:pPr>
      <w:r>
        <w:t>Quran preservation and popularity</w:t>
      </w:r>
    </w:p>
    <w:p>
      <w:r>
        <w:rPr>
          <w:color w:val="666666"/>
          <w:sz w:val="18"/>
        </w:rPr>
        <w:t>How to Become 2nd Best in the Universe Oct 8, 2006 Maulana Wahiduddin Khan · 5m 55s · at 11:02 · https://youtu.be/drciAo6jF_o?t=662</w:t>
      </w:r>
    </w:p>
    <w:p>
      <w:r>
        <w:rPr>
          <w:i/>
        </w:rPr>
        <w:t>“Quran tops Google book search”</w:t>
      </w:r>
    </w:p>
    <w:p>
      <w:r>
        <w:rPr>
          <w:sz w:val="20"/>
        </w:rPr>
        <w:t>11:02  jis ka caption ye hai ke "quran tops</w:t>
      </w:r>
      <w:r>
        <w:br/>
      </w:r>
      <w:r>
        <w:rPr>
          <w:sz w:val="20"/>
        </w:rPr>
        <w:t>11:14  google book search".</w:t>
      </w:r>
      <w:r>
        <w:br/>
      </w:r>
      <w:r>
        <w:rPr>
          <w:sz w:val="20"/>
        </w:rPr>
        <w:t>11:19  ye</w:t>
      </w:r>
      <w:r>
        <w:br/>
      </w:r>
      <w:r>
        <w:rPr>
          <w:sz w:val="20"/>
        </w:rPr>
        <w:t>11:24  ek ek research ki gayi ke google ka jo aap jante hain ke shayad number one search engine hai google, to unhone is par survey karwaya.</w:t>
      </w:r>
      <w:r>
        <w:br/>
      </w:r>
      <w:r>
        <w:rPr>
          <w:sz w:val="20"/>
        </w:rPr>
        <w:t>11:38  to maloom hua ke unka jo, unka jo jis ko kehte hain online read, online reading, to online reading jo karte hain jo log is par, to sab se zyada top par hai jo book jis ko zyada wo padhte hain internet par, wo hai quran.</w:t>
      </w:r>
      <w:r>
        <w:br/>
      </w:r>
      <w:r>
        <w:rPr>
          <w:sz w:val="20"/>
        </w:rPr>
        <w:t>12:03  ye aaj ke paper mein ye chhapa hai. sab se zyada. ye badi anokhi baat hai.</w:t>
      </w:r>
      <w:r>
        <w:br/>
      </w:r>
      <w:r>
        <w:rPr>
          <w:sz w:val="20"/>
        </w:rPr>
        <w:t>12:13  bahut anokhi baat hai. is par main sochta raha</w:t>
      </w:r>
      <w:r>
        <w:br/>
      </w:r>
      <w:r>
        <w:rPr>
          <w:sz w:val="20"/>
        </w:rPr>
        <w:t>12:20  ke aisa kyun hai?</w:t>
      </w:r>
      <w:r>
        <w:br/>
      </w:r>
      <w:r>
        <w:rPr>
          <w:sz w:val="20"/>
        </w:rPr>
        <w:t>12:25  aisa kyun hai?</w:t>
      </w:r>
      <w:r>
        <w:br/>
      </w:r>
      <w:r>
        <w:rPr>
          <w:sz w:val="20"/>
        </w:rPr>
        <w:t>12:31  aisa kyun hai ke ke ye akhbar walon ki ye khabar mili ke quran tops google book search?</w:t>
      </w:r>
      <w:r>
        <w:br/>
      </w:r>
      <w:r>
        <w:rPr>
          <w:sz w:val="20"/>
        </w:rPr>
        <w:t>12:44  dekhiye,</w:t>
      </w:r>
      <w:r>
        <w:br/>
      </w:r>
      <w:r>
        <w:rPr>
          <w:sz w:val="20"/>
        </w:rPr>
        <w:t>12:48  kal hi ek paper, kal hi ghaliban times of india mein, kal ya parson ek ek article aaya tha "islam hijacked".</w:t>
      </w:r>
      <w:r>
        <w:br/>
      </w:r>
      <w:r>
        <w:rPr>
          <w:sz w:val="20"/>
        </w:rPr>
        <w:t>13:02  is mein quran ke bare mein aisi bilkul absurd baatein likhi hui thin. to ek taraf quran ke bare mein false propaganda hai, doosri taraf quran top par pahuncha hua hai.</w:t>
      </w:r>
      <w:r>
        <w:br/>
      </w:r>
      <w:r>
        <w:rPr>
          <w:sz w:val="20"/>
        </w:rPr>
        <w:t>13:15  ye sochne ki baat hai. misaal ke taur par is mein likha tha quran ke bare mein ke quran profit ke death ke 13 saal baad compile kiya gaya.</w:t>
      </w:r>
      <w:r>
        <w:br/>
      </w:r>
      <w:r>
        <w:rPr>
          <w:sz w:val="20"/>
        </w:rPr>
        <w:t>13:30  yeh bilashubah aik baseless baat hai. yeh aisa aadmi kar sakta hai jo educated aadmi na ho. aaj kal logon ka haal yeh hai ke English likhna aaye unhein to bas woh qalb chalana shuru kar dete hain.</w:t>
      </w:r>
      <w:r>
        <w:br/>
      </w:r>
      <w:r>
        <w:rPr>
          <w:sz w:val="20"/>
        </w:rPr>
        <w:t>13:45  science ke subject par koi is tarah ka article nahi likhega, lekin mazhab ke subject par har aadmi is tarah ka article likhne ko tayyar rehta hai.</w:t>
      </w:r>
      <w:r>
        <w:br/>
      </w:r>
      <w:r>
        <w:rPr>
          <w:sz w:val="20"/>
        </w:rPr>
        <w:t>13:56  dekhen, is mein ghalati kya hai ke is writer ne, yaani he failed to differentiate, to differentiate between two things, yaani compilation aur copy.</w:t>
      </w:r>
      <w:r>
        <w:br/>
      </w:r>
      <w:r>
        <w:rPr>
          <w:sz w:val="20"/>
        </w:rPr>
        <w:t>14:13  aik hai Quran ko compile karna aur aik hai Quran ki copy banana, is ka yaani naqal karna.</w:t>
      </w:r>
      <w:r>
        <w:br/>
      </w:r>
      <w:r>
        <w:rPr>
          <w:sz w:val="20"/>
        </w:rPr>
        <w:t>14:24  to dekhiye, jo is ki jo history hai, woh batati hai ke Quran utra 23 years mein periodical way mein, aur aap ki death se pehle poora poora Quran compile ho chuka tha.</w:t>
      </w:r>
      <w:r>
        <w:br/>
      </w:r>
      <w:r>
        <w:rPr>
          <w:sz w:val="20"/>
        </w:rPr>
        <w:t>14:44  poora poora Quran, yaani Al-Fatiha se le kar Naas tak, 114 chapters.</w:t>
      </w:r>
      <w:r>
        <w:br/>
      </w:r>
      <w:r>
        <w:rPr>
          <w:sz w:val="20"/>
        </w:rPr>
        <w:t>14:54  to lekin is waqt kya shakal thi? is waqt printing press to hota nahi tha, lekin in logon ko is waqt numri logon ko bohat achhi hua karti thi.</w:t>
      </w:r>
      <w:r>
        <w:br/>
      </w:r>
      <w:r>
        <w:rPr>
          <w:sz w:val="20"/>
        </w:rPr>
        <w:t>15:09  kyun ke aap jante hain ke jo faculty zyada istemal mein ho, woh faculty bohat strong ho jati hai.</w:t>
      </w:r>
      <w:r>
        <w:br/>
      </w:r>
      <w:r>
        <w:rPr>
          <w:sz w:val="20"/>
        </w:rPr>
        <w:t>15:21  to pichhle zamane mein log zyada tar memory se kaam kiya karte the, to bohat aasani se woh log yaad kar lete the.</w:t>
      </w:r>
      <w:r>
        <w:br/>
      </w:r>
      <w:r>
        <w:rPr>
          <w:sz w:val="20"/>
        </w:rPr>
        <w:t>15:32  to is zamane mein Quran jo hai, hazaron hazar logon ke mind mein rehta tha. bohat easily woh yaad kar lete the, aur fragmentary way mein likha hua bhi rehta tha sab ke sath, sab ke paas.</w:t>
      </w:r>
      <w:r>
        <w:br/>
      </w:r>
      <w:r>
        <w:rPr>
          <w:sz w:val="20"/>
        </w:rPr>
        <w:t>15:49  yaani poora poora Quran, yaani aik binding mein to nahi hota tha prophet ke zamane mein, lekin fragmentary way mein sara Quran kuch un ke paas, kuch un ke paas, kuch un ke paas maujood rehta tha.</w:t>
      </w:r>
      <w:r>
        <w:br/>
      </w:r>
      <w:r>
        <w:rPr>
          <w:sz w:val="20"/>
        </w:rPr>
        <w:t>16:04  likhte the log. to prophet ki jab death hui jis saal, us saal angel Jibrael jo revelation jo laya karte the,</w:t>
      </w:r>
      <w:r>
        <w:br/>
      </w:r>
      <w:r>
        <w:rPr>
          <w:sz w:val="20"/>
        </w:rPr>
        <w:t>16:20  woh aap ke paas do baar aaye. is ko kehte hain Arabic kitabon mein "Ardh Akhira" aur "Ardh Aula".</w:t>
      </w:r>
      <w:r>
        <w:br/>
      </w:r>
      <w:r>
        <w:rPr>
          <w:sz w:val="20"/>
        </w:rPr>
        <w:t>16:29  yaani poora Quran Jibrael ne parh kar sunaya, aur phir aap ne un ke samne poora Quran parh kar sunaya. aik baar. phir doosri baar aise hua ke Jibrael aaye, poora Quran, yaani 114 chapters,</w:t>
      </w:r>
      <w:r>
        <w:br/>
      </w:r>
      <w:r>
        <w:rPr>
          <w:sz w:val="20"/>
        </w:rPr>
        <w:t>16:45  Al-Fatiha Naas tak, Jibrael ne parh kar sunaya, phir aap ne Jibrael ko parh kar sunaya. to yeh do baar hua aap ki death se pehle.</w:t>
      </w:r>
    </w:p>
    <w:p>
      <w:pPr>
        <w:pStyle w:val="Heading2"/>
      </w:pPr>
      <w:r>
        <w:t>Loss of freedom reveals its value as blessing</w:t>
      </w:r>
    </w:p>
    <w:p>
      <w:r>
        <w:rPr>
          <w:color w:val="666666"/>
          <w:sz w:val="18"/>
        </w:rPr>
        <w:t>Covid Reminder The Need for Shukr April 12, 2020 Maulana Wahiduddin Khan · 2m 28s · at 2:57 · https://youtu.be/LETHR-bNgtQ?t=177</w:t>
      </w:r>
    </w:p>
    <w:p>
      <w:r>
        <w:rPr>
          <w:i/>
        </w:rPr>
        <w:t>“Dekhiye, aaj kal jo halaat hain”</w:t>
      </w:r>
    </w:p>
    <w:p>
      <w:r>
        <w:rPr>
          <w:sz w:val="20"/>
        </w:rPr>
        <w:t>2:57  dekhen, aaj kal jo halaat hain ke hum ghar se bahar nahin nikal sakte,</w:t>
      </w:r>
      <w:r>
        <w:br/>
      </w:r>
      <w:r>
        <w:rPr>
          <w:sz w:val="20"/>
        </w:rPr>
        <w:t>3:07  traffic rukawatein hain, to aap soch jante hain ke iski wajah se kitna zyada pareshani hai.</w:t>
      </w:r>
      <w:r>
        <w:br/>
      </w:r>
      <w:r>
        <w:rPr>
          <w:sz w:val="20"/>
        </w:rPr>
        <w:t>3:24  to hum yeh to yaad aa raha hai hum ko ke hum ko pareshani ho gayi hai.</w:t>
      </w:r>
      <w:r>
        <w:br/>
      </w:r>
      <w:r>
        <w:rPr>
          <w:sz w:val="20"/>
        </w:rPr>
        <w:t>3:34  positive pareshani kis baat ki?</w:t>
      </w:r>
      <w:r>
        <w:br/>
      </w:r>
      <w:r>
        <w:rPr>
          <w:sz w:val="20"/>
        </w:rPr>
        <w:t>3:41  azaadi ki jo nemmat thi woh mehdood banon mein, limited banon mein chhin gayi hai.</w:t>
      </w:r>
      <w:r>
        <w:br/>
      </w:r>
      <w:r>
        <w:rPr>
          <w:sz w:val="20"/>
        </w:rPr>
        <w:t>3:53  mehdood banon mein, limited banon mein.</w:t>
      </w:r>
      <w:r>
        <w:br/>
      </w:r>
      <w:r>
        <w:rPr>
          <w:sz w:val="20"/>
        </w:rPr>
        <w:t>4:01  ab hum ko mehsoos ho raha hai ke ke hum jo azaadi ke saath rehte the yahan, jab tha bazaar gaye, jab tha park gaye, jab tha is ghar se guzar gaye,</w:t>
      </w:r>
      <w:r>
        <w:br/>
      </w:r>
      <w:r>
        <w:rPr>
          <w:sz w:val="20"/>
        </w:rPr>
        <w:t>4:17  to</w:t>
      </w:r>
      <w:r>
        <w:br/>
      </w:r>
      <w:r>
        <w:rPr>
          <w:sz w:val="20"/>
        </w:rPr>
        <w:t>4:21  ab mehdood banon mein woh chhin gaya hai to kitni pareshani ho rahi hai.</w:t>
      </w:r>
      <w:r>
        <w:br/>
      </w:r>
      <w:r>
        <w:rPr>
          <w:sz w:val="20"/>
        </w:rPr>
        <w:t>4:29  to sach poochhein to yahan tak ke hum agar hamein zaroorat ho</w:t>
      </w:r>
      <w:r>
        <w:br/>
      </w:r>
      <w:r>
        <w:rPr>
          <w:sz w:val="20"/>
        </w:rPr>
        <w:t>4:40  medical aid ki to hum doctor ya hospital se aazadana taur par consult nahi kar sakte.</w:t>
      </w:r>
      <w:r>
        <w:br/>
      </w:r>
      <w:r>
        <w:rPr>
          <w:sz w:val="20"/>
        </w:rPr>
        <w:t>4:52  to</w:t>
      </w:r>
      <w:r>
        <w:br/>
      </w:r>
      <w:r>
        <w:rPr>
          <w:sz w:val="20"/>
        </w:rPr>
        <w:t>4:57  yeh cheezein is se pehle bilkul freely available theen. bilkul freely.</w:t>
      </w:r>
      <w:r>
        <w:br/>
      </w:r>
      <w:r>
        <w:rPr>
          <w:sz w:val="20"/>
        </w:rPr>
        <w:t>5:09  to ab jab woh un par pabandi lag gayi, limited pabandi, to hum ko ehsaas ho raha hai ke kitni bari museebat hai, kitni bari nemmat hai azaadi.</w:t>
      </w:r>
    </w:p>
    <w:p>
      <w:pPr>
        <w:pStyle w:val="Heading2"/>
      </w:pPr>
      <w:r>
        <w:t>Is freedom only for birds, not for humans</w:t>
      </w:r>
    </w:p>
    <w:p>
      <w:r>
        <w:rPr>
          <w:color w:val="666666"/>
          <w:sz w:val="18"/>
        </w:rPr>
        <w:t>Non Confrontational Method May 04, 2014 Maulana Wahiduddin Khan · 25s · at 1:51 · https://youtu.be/uioEZUeFxLg?t=111</w:t>
      </w:r>
    </w:p>
    <w:p>
      <w:r>
        <w:rPr>
          <w:i/>
        </w:rPr>
        <w:t>“Is freedom in this world only for birds, not humans?”</w:t>
      </w:r>
    </w:p>
    <w:p>
      <w:r>
        <w:rPr>
          <w:sz w:val="20"/>
        </w:rPr>
        <w:t>1:51  to mein ne socha ke is dunya mein kya azaadi, freedom, chirioun ke liye hai, insaan ke liye nahi hai؟</w:t>
      </w:r>
      <w:r>
        <w:br/>
      </w:r>
      <w:r>
        <w:rPr>
          <w:sz w:val="20"/>
        </w:rPr>
        <w:t>2:04  aik anokha sawal mere zehan mein aaya</w:t>
      </w:r>
      <w:r>
        <w:br/>
      </w:r>
      <w:r>
        <w:rPr>
          <w:sz w:val="20"/>
        </w:rPr>
        <w:t>2:12  ke chiriyaan jo hain, woh un ko freedom mila hua hai,</w:t>
      </w:r>
    </w:p>
    <w:p>
      <w:pPr>
        <w:pStyle w:val="Heading2"/>
      </w:pPr>
      <w:r>
        <w:t>Muhammad Ali surrenders, camel proverb on seeking God</w:t>
      </w:r>
    </w:p>
    <w:p>
      <w:r>
        <w:rPr>
          <w:color w:val="666666"/>
          <w:sz w:val="18"/>
        </w:rPr>
        <w:t>The Glory Of God 5 February 2006 - Maulana Wahiduddin Khan · 4m 05s · at 14:30 · https://youtu.be/Yah55gLyV8I?t=870</w:t>
      </w:r>
    </w:p>
    <w:p>
      <w:r>
        <w:rPr>
          <w:i/>
        </w:rPr>
        <w:t>“Maine ek baar Time magazine mein Muhammad Ali ke baare mein padha”</w:t>
      </w:r>
    </w:p>
    <w:p>
      <w:r>
        <w:rPr>
          <w:sz w:val="20"/>
        </w:rPr>
        <w:t>14:30  mein ne aik baar parha tha aik item. jo new york se parcha nikalta hai, time.</w:t>
      </w:r>
      <w:r>
        <w:br/>
      </w:r>
      <w:r>
        <w:rPr>
          <w:sz w:val="20"/>
        </w:rPr>
        <w:t>14:40  woh muhammad ali qalle ke baray mein tha. aap jante hain keh muhammad ali qalle bara hi arrogant aadmi hai.</w:t>
      </w:r>
      <w:r>
        <w:br/>
      </w:r>
      <w:r>
        <w:rPr>
          <w:sz w:val="20"/>
        </w:rPr>
        <w:t>14:53  woh kehta tha keh i am the king of the world.</w:t>
      </w:r>
      <w:r>
        <w:br/>
      </w:r>
      <w:r>
        <w:rPr>
          <w:sz w:val="20"/>
        </w:rPr>
        <w:t>14:57  lekin aik guru se is ki mulaqat hui. us guru ke aagay usay surrender kar diya.</w:t>
      </w:r>
      <w:r>
        <w:br/>
      </w:r>
      <w:r>
        <w:rPr>
          <w:sz w:val="20"/>
        </w:rPr>
        <w:t>15:07  to time ne is ka analysis kiya tha. keh kitna bara arrogant aadmi. jo apne aap ko king of the world kehta tha.</w:t>
      </w:r>
      <w:r>
        <w:br/>
      </w:r>
      <w:r>
        <w:rPr>
          <w:sz w:val="20"/>
        </w:rPr>
        <w:t>15:18  kyun aik guru ke aagay usay surrender kar diya?</w:t>
      </w:r>
      <w:r>
        <w:br/>
      </w:r>
      <w:r>
        <w:rPr>
          <w:sz w:val="20"/>
        </w:rPr>
        <w:t>15:22  us ne bataya tha keh insaan ki psychology yeh hai. keh kahin na kahin is ke mind mein chupa hua hota hai keh koi mujh se bhi bara hai.</w:t>
      </w:r>
      <w:r>
        <w:br/>
      </w:r>
      <w:r>
        <w:rPr>
          <w:sz w:val="20"/>
        </w:rPr>
        <w:t>15:33  yeh us ne scientific analysis kiya tha is ka. koi mujh se bhi bara hai. agarchay woh gharoor dikhata hai, ghamand dikhata hai, ego dikhata hai.</w:t>
      </w:r>
      <w:r>
        <w:br/>
      </w:r>
      <w:r>
        <w:rPr>
          <w:sz w:val="20"/>
        </w:rPr>
        <w:t>15:45  lekin yeh superficial baat hoti hai.</w:t>
      </w:r>
      <w:r>
        <w:br/>
      </w:r>
      <w:r>
        <w:rPr>
          <w:sz w:val="20"/>
        </w:rPr>
        <w:t>15:49  inner core par kahin. inner core par kahin chupa hua hota hai. keh o god, you are greater than myself.</w:t>
      </w:r>
      <w:r>
        <w:br/>
      </w:r>
      <w:r>
        <w:rPr>
          <w:sz w:val="20"/>
        </w:rPr>
        <w:t>16:04  to woh inner core jo hai jab kahin koi aisa insan mil jata hai. jo usko touch kar de, us inner core ko.</w:t>
      </w:r>
      <w:r>
        <w:br/>
      </w:r>
      <w:r>
        <w:rPr>
          <w:sz w:val="20"/>
        </w:rPr>
        <w:t>16:12  to wahan woh surrender kar deta hai.</w:t>
      </w:r>
      <w:r>
        <w:br/>
      </w:r>
      <w:r>
        <w:rPr>
          <w:sz w:val="20"/>
        </w:rPr>
        <w:t>16:17  ke yahan hai woh god jis ko main dhoondh raha tha.</w:t>
      </w:r>
      <w:r>
        <w:br/>
      </w:r>
      <w:r>
        <w:rPr>
          <w:sz w:val="20"/>
        </w:rPr>
        <w:t>16:23  har insan, har insan, har insan apne andar.</w:t>
      </w:r>
      <w:r>
        <w:br/>
      </w:r>
      <w:r>
        <w:rPr>
          <w:sz w:val="20"/>
        </w:rPr>
        <w:t>16:30  har insan ke inner core, har insan ke inner core mein yeh ehsas chupa hua hai.</w:t>
      </w:r>
      <w:r>
        <w:br/>
      </w:r>
      <w:r>
        <w:rPr>
          <w:sz w:val="20"/>
        </w:rPr>
        <w:t>16:38  jab tak insan is khuda ko nahi pata. is bare ko nahi pata. is super king ko nahi pata.</w:t>
      </w:r>
      <w:r>
        <w:br/>
      </w:r>
      <w:r>
        <w:rPr>
          <w:sz w:val="20"/>
        </w:rPr>
        <w:t>16:48  tab tak bari bari batein karta hai.</w:t>
      </w:r>
      <w:r>
        <w:br/>
      </w:r>
      <w:r>
        <w:rPr>
          <w:sz w:val="20"/>
        </w:rPr>
        <w:t>16:55  dehat mein ek misl hai ke oont jab tak pahad ko nahi dekhta woh bilbilata rehta hai.</w:t>
      </w:r>
      <w:r>
        <w:br/>
      </w:r>
      <w:r>
        <w:rPr>
          <w:sz w:val="20"/>
        </w:rPr>
        <w:t>17:03  aap ne agar kabhi dekha ho ke oont jo hai ek khaas thing par bolta hai, us ko bilbilana kehte hain. to dehat mein ek misl hai ke oont jab tak pahad ko nahi dekhta woh bilbilata rehta hai.</w:t>
      </w:r>
      <w:r>
        <w:br/>
      </w:r>
      <w:r>
        <w:rPr>
          <w:sz w:val="20"/>
        </w:rPr>
        <w:t>17:17  yeh insan ka haal hai.</w:t>
      </w:r>
      <w:r>
        <w:br/>
      </w:r>
      <w:r>
        <w:rPr>
          <w:sz w:val="20"/>
        </w:rPr>
        <w:t>17:20  jab tak is bare khuda, bare creator, bari hasti se is ka contact nahi hota. tab tak woh yahi karta hai ke woh ego, organs,</w:t>
      </w:r>
      <w:r>
        <w:br/>
      </w:r>
      <w:r>
        <w:rPr>
          <w:sz w:val="20"/>
        </w:rPr>
        <w:t>17:33  mind sab kuch woh bolta hai. I am the king of the world.</w:t>
      </w:r>
      <w:r>
        <w:br/>
      </w:r>
      <w:r>
        <w:rPr>
          <w:sz w:val="20"/>
        </w:rPr>
        <w:t>17:38  lekin jab aisa hota hai. ke woh is ke contact mein aa jata hai. to is ka inner core jo hai woh jaag parta hai.</w:t>
      </w:r>
      <w:r>
        <w:br/>
      </w:r>
      <w:r>
        <w:rPr>
          <w:sz w:val="20"/>
        </w:rPr>
        <w:t>17:54  is ke baad woh afford nahi kar sakta ke woh surrender na kare. woh afford nahi kar sakta ke surrender na kare. kyun ke jo cheez us ko jis ki use talash thi us ko mil gayi.</w:t>
      </w:r>
      <w:r>
        <w:br/>
      </w:r>
      <w:r>
        <w:rPr>
          <w:sz w:val="20"/>
        </w:rPr>
        <w:t>18:07  isi surrender mein us ko sukoon milta hai. is surrender mein us ko peace milta hai. is surrender mein use solace milta hai. to ek bechain rooh, ek unrest soul aakhir kar apne</w:t>
      </w:r>
      <w:r>
        <w:br/>
      </w:r>
      <w:r>
        <w:rPr>
          <w:sz w:val="20"/>
        </w:rPr>
        <w:t>18:26  apne peace ko pa leti hai.</w:t>
      </w:r>
      <w:r>
        <w:br/>
      </w:r>
      <w:r>
        <w:rPr>
          <w:sz w:val="20"/>
        </w:rPr>
        <w:t>18:31  to yeh hai insan ki harkat</w:t>
      </w:r>
    </w:p>
    <w:p>
      <w:pPr>
        <w:pStyle w:val="Heading2"/>
      </w:pPr>
      <w:r>
        <w:t>Maulana describes himself as a born pacifist</w:t>
      </w:r>
    </w:p>
    <w:p>
      <w:r>
        <w:rPr>
          <w:color w:val="666666"/>
          <w:sz w:val="18"/>
        </w:rPr>
        <w:t>Importance of Peace November 29, 2013 · 41s · at 0:46 · https://youtu.be/ojJ4gCFf-YE?t=46</w:t>
      </w:r>
    </w:p>
    <w:p>
      <w:r>
        <w:rPr>
          <w:i/>
        </w:rPr>
        <w:t>“I am a born pacifist”</w:t>
      </w:r>
    </w:p>
    <w:p>
      <w:r>
        <w:rPr>
          <w:sz w:val="20"/>
        </w:rPr>
        <w:t>0:46  . it is a very good topic, there is no doubt about it. regarding myself, i would say that i am a born pacifist.</w:t>
      </w:r>
      <w:r>
        <w:br/>
      </w:r>
      <w:r>
        <w:rPr>
          <w:sz w:val="20"/>
        </w:rPr>
        <w:t>1:00  I would say that I was born with peace. I live in peace.</w:t>
      </w:r>
      <w:r>
        <w:br/>
      </w:r>
      <w:r>
        <w:rPr>
          <w:sz w:val="20"/>
        </w:rPr>
        <w:t>1:10  ai want to die in pes.</w:t>
      </w:r>
      <w:r>
        <w:br/>
      </w:r>
      <w:r>
        <w:rPr>
          <w:sz w:val="20"/>
        </w:rPr>
        <w:t>1:17  also, I want to to be bred in the graveyard of peace.</w:t>
      </w:r>
    </w:p>
    <w:p>
      <w:pPr>
        <w:pStyle w:val="Heading2"/>
      </w:pPr>
      <w:r>
        <w:t>Tatars destroyed mosques, then embraced Islam peacefully</w:t>
      </w:r>
    </w:p>
    <w:p>
      <w:r>
        <w:rPr>
          <w:color w:val="666666"/>
          <w:sz w:val="18"/>
        </w:rPr>
        <w:t>Art of Crisis Management October 3, 2010 · 5m 41s · at 36:33 · https://youtu.be/sKdyThFThXo?t=2193</w:t>
      </w:r>
    </w:p>
    <w:p>
      <w:r>
        <w:rPr>
          <w:i/>
        </w:rPr>
        <w:t>“13th century mein ek bahut bara crisis pesh aaya, Tatariyon ka hamla”</w:t>
      </w:r>
    </w:p>
    <w:p>
      <w:r>
        <w:rPr>
          <w:sz w:val="20"/>
        </w:rPr>
        <w:t>36:33  sometime inaction is better than the action. Dekhen, thirteen century mein, terween sadi mein, ek bohat bara, bohat bari ghatna ghati, bohat bara waqia hua, bohat bara crisis pesh aya.</w:t>
      </w:r>
      <w:r>
        <w:br/>
      </w:r>
      <w:r>
        <w:rPr>
          <w:sz w:val="20"/>
        </w:rPr>
        <w:t>36:51  balke wo super crisis tha Islam ki history mein. Wo tha tatariyoņ ka hamla.</w:t>
      </w:r>
      <w:r>
        <w:br/>
      </w:r>
      <w:r>
        <w:rPr>
          <w:sz w:val="20"/>
        </w:rPr>
        <w:t>36:59  tatari log jo hain, urai ilaqoņ mein rehte the, bilkul jangli qism ke log, education nahi un ke haan.</w:t>
      </w:r>
      <w:r>
        <w:br/>
      </w:r>
      <w:r>
        <w:rPr>
          <w:sz w:val="20"/>
        </w:rPr>
        <w:t>37:11  kisi baat par wo ghussa ho gaye. Us zamane mein Abbasi peer, yani Abbasi khilafat qaim thi. Abbasi khilafat</w:t>
      </w:r>
      <w:r>
        <w:br/>
      </w:r>
      <w:r>
        <w:rPr>
          <w:sz w:val="20"/>
        </w:rPr>
        <w:t>37:22  to ek waqia hua, us se wo ghussa ho gaye. Wo us ki detail is mein di hai, Al-Qamri fi Al-Tarikh mein Ibn Asir ne di hai us ki detail.</w:t>
      </w:r>
      <w:r>
        <w:br/>
      </w:r>
      <w:r>
        <w:rPr>
          <w:sz w:val="20"/>
        </w:rPr>
        <w:t>37:34  to barah hazar ghoņoņ par sawar ho kar ke ghus pade muslim dunya mein. Tatari ye waqia hai thirteen century AD ka, aur unhoņ ne kiya kiya</w:t>
      </w:r>
      <w:r>
        <w:br/>
      </w:r>
      <w:r>
        <w:rPr>
          <w:sz w:val="20"/>
        </w:rPr>
        <w:t>37:46  ? Bohat zyada sab toda, phoda, mara, kata, aur unhoņ ne Samarqand se le kar Halab tak.</w:t>
      </w:r>
      <w:r>
        <w:br/>
      </w:r>
      <w:r>
        <w:rPr>
          <w:sz w:val="20"/>
        </w:rPr>
        <w:t>38:00  to aap bach jayeņ, rastay mein jo pare hain, sab ko tod dalo. Yani aaj to ek masjid todi gayi hai na, ab babri masjid, wahan sainkdoņ masjidņ tod dali unhoņ ne.</w:t>
      </w:r>
      <w:r>
        <w:br/>
      </w:r>
      <w:r>
        <w:rPr>
          <w:sz w:val="20"/>
        </w:rPr>
        <w:t>38:12  Samarqand se Halab tak jati hain masjidņ, sab ko tod dali.</w:t>
      </w:r>
      <w:r>
        <w:br/>
      </w:r>
      <w:r>
        <w:rPr>
          <w:sz w:val="20"/>
        </w:rPr>
        <w:t>38:17  ab wahan par kya hua? Us zamane ki baat hai ke musalman chup ho gaye. Yani inaction ki policy ikhtiyar ki unhoņ ne, kuch bhi nahi, koi reaction nahi, chup chap.</w:t>
      </w:r>
      <w:r>
        <w:br/>
      </w:r>
      <w:r>
        <w:rPr>
          <w:sz w:val="20"/>
        </w:rPr>
        <w:t>38:29  aur kya hua ke in logoņ ne, wo zamana tha slavery ka zamana tha, musalmanoņ ko pakad pakad ke ghulam banaya, aurtoņ aur mardoņ ko apne gharoņ mein rakh diya kaam karne ke liye.</w:t>
      </w:r>
      <w:r>
        <w:br/>
      </w:r>
      <w:r>
        <w:rPr>
          <w:sz w:val="20"/>
        </w:rPr>
        <w:t>38:46  to har tatari ghar mein kai kai musalman mard aurat kaam karte the, pakad pakad ke rakh diya un ko bator servant ke.</w:t>
      </w:r>
      <w:r>
        <w:br/>
      </w:r>
      <w:r>
        <w:rPr>
          <w:sz w:val="20"/>
        </w:rPr>
        <w:t>39:00  ab to is ke baad baad mein kya hua?</w:t>
      </w:r>
      <w:r>
        <w:br/>
      </w:r>
      <w:r>
        <w:rPr>
          <w:sz w:val="20"/>
        </w:rPr>
        <w:t>39:04  interaction hone laga. jab apne ghar mein laye woh bator servant ke, to interaction hone lagega.</w:t>
      </w:r>
      <w:r>
        <w:br/>
      </w:r>
      <w:r>
        <w:rPr>
          <w:sz w:val="20"/>
        </w:rPr>
        <w:t>39:17  interaction jab hone laga to islam ka parcha hone laga. woh kaise?</w:t>
      </w:r>
      <w:r>
        <w:br/>
      </w:r>
      <w:r>
        <w:rPr>
          <w:sz w:val="20"/>
        </w:rPr>
        <w:t>39:25  difference se parcha hota hai. yaad rakhiye, difference. maslan dekhiye, ek musalman jo hai, us ko chheenk aa gayi.</w:t>
      </w:r>
      <w:r>
        <w:br/>
      </w:r>
      <w:r>
        <w:rPr>
          <w:sz w:val="20"/>
        </w:rPr>
        <w:t>39:35  islam ki taleem hai ke chheenk aave to Alhamdulillah kaho. ab woh tatari ne suna to yeh tum ne kya kaha?</w:t>
      </w:r>
      <w:r>
        <w:br/>
      </w:r>
      <w:r>
        <w:rPr>
          <w:sz w:val="20"/>
        </w:rPr>
        <w:t>39:44  kya matlab hai is ka?</w:t>
      </w:r>
      <w:r>
        <w:br/>
      </w:r>
      <w:r>
        <w:rPr>
          <w:sz w:val="20"/>
        </w:rPr>
        <w:t>39:47  to unhon ne kaha hum ne Alhamdulillah kaha. woh log jo the na, but parast the na, khuda parast the, un ka koi mazhab nahi tha tatariyon ka. to ab is ne poocha, to is ne bataya ke bhai Alhamdulillah ka matlab yeh hai.</w:t>
      </w:r>
      <w:r>
        <w:br/>
      </w:r>
      <w:r>
        <w:rPr>
          <w:sz w:val="20"/>
        </w:rPr>
        <w:t>40:02  to islam mein yeh hai ke chheenk aadmi ka aaye to jis ko chheenk aati hai, woh kahe Alhamdulillah. jo suna hai, woh kahe yarhamukallah.</w:t>
      </w:r>
      <w:r>
        <w:br/>
      </w:r>
      <w:r>
        <w:rPr>
          <w:sz w:val="20"/>
        </w:rPr>
        <w:t>40:11  ab yeh bataya unhon ne to un ko bara acha laga. bhai yeh to bara acha mazhab hai</w:t>
      </w:r>
      <w:r>
        <w:br/>
      </w:r>
      <w:r>
        <w:rPr>
          <w:sz w:val="20"/>
        </w:rPr>
        <w:t>40:17  ke chheenk se promote karna hai peace ko.</w:t>
      </w:r>
      <w:r>
        <w:br/>
      </w:r>
      <w:r>
        <w:rPr>
          <w:sz w:val="20"/>
        </w:rPr>
        <w:t>40:22  yani jab chheenk aayi to aap ne kaha khuda ke, yani khuda ki hamd hai.</w:t>
      </w:r>
      <w:r>
        <w:br/>
      </w:r>
      <w:r>
        <w:rPr>
          <w:sz w:val="20"/>
        </w:rPr>
        <w:t>40:31  aur sunne wale ne kahayarmukallah, khuda tum par yani blessing kare.</w:t>
      </w:r>
      <w:r>
        <w:br/>
      </w:r>
      <w:r>
        <w:rPr>
          <w:sz w:val="20"/>
        </w:rPr>
        <w:t>40:39  to is mani ke chheenk ko islam istemal kar raha hai is baat ke liye ke promote kare aapas mein acha taluq, better taluq.</w:t>
      </w:r>
      <w:r>
        <w:br/>
      </w:r>
      <w:r>
        <w:rPr>
          <w:sz w:val="20"/>
        </w:rPr>
        <w:t>40:49  ab ek musalman ne kaha Assalam o Alaikum. un ke haan to Assalam o Alaikum tha nahi ke bhai yeh kya cheez hai? unhon ne kaha ke yeh hamara tareeqa hai greeting ka.</w:t>
      </w:r>
      <w:r>
        <w:br/>
      </w:r>
      <w:r>
        <w:rPr>
          <w:sz w:val="20"/>
        </w:rPr>
        <w:t>40:58  is ka kya matlab hai? unhon ne kaha peace be upon you. to is ko bara acha laga. is ko, is ke, is ki, is ki jo andar ka jo soul thi, woh address ho gayi.</w:t>
      </w:r>
      <w:r>
        <w:br/>
      </w:r>
      <w:r>
        <w:rPr>
          <w:sz w:val="20"/>
        </w:rPr>
        <w:t>41:11  address ho gayi. acha hai, peace ki baat ke social taluqat jo hain milne julne mein, har aadmi doosre ke liye peace pesh kare.</w:t>
      </w:r>
      <w:r>
        <w:br/>
      </w:r>
      <w:r>
        <w:rPr>
          <w:sz w:val="20"/>
        </w:rPr>
        <w:t>41:22  aise jitne bhi wuzu hain, namaz hai, aur doosri cheezein hain, khane ke waqt, maslan un ka Bismillah Rehman ur Rahim.</w:t>
      </w:r>
      <w:r>
        <w:br/>
      </w:r>
      <w:r>
        <w:rPr>
          <w:sz w:val="20"/>
        </w:rPr>
        <w:t>41:32  unhon ne kaha yeh kya hai? unhon ne bataya ke yeh to bari acha tareeqa to un logon ka hai.</w:t>
      </w:r>
      <w:r>
        <w:br/>
      </w:r>
      <w:r>
        <w:rPr>
          <w:sz w:val="20"/>
        </w:rPr>
        <w:t>41:38  to chounke tatari jo the, wahshi to the lekin mutassib nahi the. yeh tatari jo the, yeh jangalon mein rehte the, pahadon mein rehte the.</w:t>
      </w:r>
      <w:r>
        <w:br/>
      </w:r>
      <w:r>
        <w:rPr>
          <w:sz w:val="20"/>
        </w:rPr>
        <w:t>41:49  to to woh barbaric to the zaroor lekin woh mutassib nahi the. yani mazhabi katar pan nahi tha chounke mazhabi koi nahi tha un ka.</w:t>
      </w:r>
      <w:r>
        <w:br/>
      </w:r>
      <w:r>
        <w:rPr>
          <w:sz w:val="20"/>
        </w:rPr>
        <w:t>42:01  to aisi har interaction par un ko islam ka ek introduction milne laga. aur yeh kya hua ke 50 saal ke andar andar un ki majority jo hai islam mein aa gayi.</w:t>
      </w:r>
    </w:p>
    <w:p>
      <w:pPr>
        <w:pStyle w:val="Heading2"/>
      </w:pPr>
      <w:r>
        <w:t>Maulana's rediscovery of Islam</w:t>
      </w:r>
    </w:p>
    <w:p>
      <w:r>
        <w:rPr>
          <w:color w:val="666666"/>
          <w:sz w:val="18"/>
        </w:rPr>
        <w:t>In Search for Truth 18 May 2007 · 2m 57s · at 36:51 · https://youtu.be/3Q4zw6202eM?t=2211</w:t>
      </w:r>
    </w:p>
    <w:p>
      <w:r>
        <w:rPr>
          <w:i/>
        </w:rPr>
        <w:t>“I can say about myself that although I was born”</w:t>
      </w:r>
    </w:p>
    <w:p>
      <w:r>
        <w:rPr>
          <w:sz w:val="20"/>
        </w:rPr>
        <w:t>36:51  I can say about myself that although I was born in a Muslim family</w:t>
      </w:r>
      <w:r>
        <w:br/>
      </w:r>
      <w:r>
        <w:rPr>
          <w:sz w:val="20"/>
        </w:rPr>
        <w:t>37:00  and although I was educated in an Arabic institution, but when I reached the maturity age, I became an agnostic.</w:t>
      </w:r>
      <w:r>
        <w:br/>
      </w:r>
      <w:r>
        <w:rPr>
          <w:sz w:val="20"/>
        </w:rPr>
        <w:t>37:21  I wanted to know</w:t>
      </w:r>
      <w:r>
        <w:br/>
      </w:r>
      <w:r>
        <w:rPr>
          <w:sz w:val="20"/>
        </w:rPr>
        <w:t>37:27  in the light of my reason, what is the truth</w:t>
      </w:r>
      <w:r>
        <w:br/>
      </w:r>
      <w:r>
        <w:rPr>
          <w:sz w:val="20"/>
        </w:rPr>
        <w:t>37:32  ? I wanted to discover the truth on a rational basis.</w:t>
      </w:r>
      <w:r>
        <w:br/>
      </w:r>
      <w:r>
        <w:rPr>
          <w:sz w:val="20"/>
        </w:rPr>
        <w:t>37:43  So I embarked on a long, long journey. I myself</w:t>
      </w:r>
      <w:r>
        <w:br/>
      </w:r>
      <w:r>
        <w:rPr>
          <w:sz w:val="20"/>
        </w:rPr>
        <w:t>37:51  have experienced all these things. I was a Muslim by birth</w:t>
      </w:r>
      <w:r>
        <w:br/>
      </w:r>
      <w:r>
        <w:rPr>
          <w:sz w:val="20"/>
        </w:rPr>
        <w:t>37:59  . I was educated in a Muslim Arabic institution. But then I became</w:t>
      </w:r>
      <w:r>
        <w:br/>
      </w:r>
      <w:r>
        <w:rPr>
          <w:sz w:val="20"/>
        </w:rPr>
        <w:t>38:12  a skeptic or agnostic. For further conviction, for further conviction, I wanted to know Islam in detail.</w:t>
      </w:r>
      <w:r>
        <w:br/>
      </w:r>
      <w:r>
        <w:rPr>
          <w:sz w:val="20"/>
        </w:rPr>
        <w:t>38:29  So I wanted to judge Islam on my rational—so I wanted to judge Islam on a rational ground.</w:t>
      </w:r>
      <w:r>
        <w:br/>
      </w:r>
      <w:r>
        <w:rPr>
          <w:sz w:val="20"/>
        </w:rPr>
        <w:t>38:43  I wanted to judge Islam on the rational ground</w:t>
      </w:r>
      <w:r>
        <w:br/>
      </w:r>
      <w:r>
        <w:rPr>
          <w:sz w:val="20"/>
        </w:rPr>
        <w:t>38:47  . So although my case was just like Dr. Nishikan Chattopadhyay, he was a Hindu by—he was a Hindu by birth, then he discovered Islam.</w:t>
      </w:r>
      <w:r>
        <w:br/>
      </w:r>
      <w:r>
        <w:rPr>
          <w:sz w:val="20"/>
        </w:rPr>
        <w:t>39:03  And I was a Muslim by birth, then I rediscovered Islam.</w:t>
      </w:r>
      <w:r>
        <w:br/>
      </w:r>
      <w:r>
        <w:rPr>
          <w:sz w:val="20"/>
        </w:rPr>
        <w:t>39:07  So my case and the case of Dr. Nishikan Chattopadhyay were very similar.</w:t>
      </w:r>
      <w:r>
        <w:br/>
      </w:r>
      <w:r>
        <w:rPr>
          <w:sz w:val="20"/>
        </w:rPr>
        <w:t>39:22  Dr. Nishikan Chattopadhyay was a Hindu by birth. Then after a long study, he discovered Islam.</w:t>
      </w:r>
      <w:r>
        <w:br/>
      </w:r>
      <w:r>
        <w:rPr>
          <w:sz w:val="20"/>
        </w:rPr>
        <w:t>39:35  And I was a Muslim by birth</w:t>
      </w:r>
      <w:r>
        <w:br/>
      </w:r>
      <w:r>
        <w:rPr>
          <w:sz w:val="20"/>
        </w:rPr>
        <w:t>39:37  . Then after a long study, I rediscovered the truth of Islam. This is very interesting.</w:t>
      </w:r>
    </w:p>
    <w:p>
      <w:pPr>
        <w:pStyle w:val="Heading2"/>
      </w:pPr>
      <w:r>
        <w:t>Charlie Chaplin's fame, persecution, and hidden despair</w:t>
      </w:r>
    </w:p>
    <w:p>
      <w:r>
        <w:rPr>
          <w:color w:val="666666"/>
          <w:sz w:val="18"/>
        </w:rPr>
        <w:t>One Can See God March 4, 2007 · 3m 58s · at 17:29 · https://youtu.be/Xm14mPW0HJI?t=1049</w:t>
      </w:r>
    </w:p>
    <w:p>
      <w:r>
        <w:rPr>
          <w:i/>
        </w:rPr>
        <w:t>“دنیا کا سب سے بڑا سپر کامیڈین جو ہے وہ ہے چارلی چیپلن۔”</w:t>
      </w:r>
    </w:p>
    <w:p>
      <w:r>
        <w:rPr>
          <w:sz w:val="20"/>
        </w:rPr>
        <w:t>17:29  ab dekhiye dunya ka sab se bara super comedian jo hai woh hai woh charlie chaplin.</w:t>
      </w:r>
      <w:r>
        <w:br/>
      </w:r>
      <w:r>
        <w:rPr>
          <w:sz w:val="20"/>
        </w:rPr>
        <w:t>17:39  charlie chaplin</w:t>
      </w:r>
      <w:r>
        <w:br/>
      </w:r>
      <w:r>
        <w:rPr>
          <w:sz w:val="20"/>
        </w:rPr>
        <w:t>17:41  dunya ka super comedian mana jata hai. hasna aasan tha aik naam tha is ka. aur bohat zyada paisa ikhatta kiya is ne hasna aasan mein. to woh britain mein paida hua.</w:t>
      </w:r>
      <w:r>
        <w:br/>
      </w:r>
      <w:r>
        <w:rPr>
          <w:sz w:val="20"/>
        </w:rPr>
        <w:t>17:54  woh angrez tha woh. chala gaya america. lekin aap jante hain ke british jo hain woh nafrat karte hain americon se. to is ne wahan par citizenship nahin li.</w:t>
      </w:r>
      <w:r>
        <w:br/>
      </w:r>
      <w:r>
        <w:rPr>
          <w:sz w:val="20"/>
        </w:rPr>
        <w:t>18:06  wahan par entry visa par raha woh. aur is ke andar kuch socialistic soch thi. aap jante hain yeh zamana is ka hai pehli jang-e-azeem aur doosri jang-e-azeem ke beech ka.</w:t>
      </w:r>
      <w:r>
        <w:br/>
      </w:r>
      <w:r>
        <w:rPr>
          <w:sz w:val="20"/>
        </w:rPr>
        <w:t>18:18  pehli jang-e-azeem aur doosri jang-e-azeem ke beech ka zamana jo hai wahan aik aik dhoom thi socialism aur communism ki. aap jante hain ke marx jo tha woh london hi mein mara.</w:t>
      </w:r>
      <w:r>
        <w:br/>
      </w:r>
      <w:r>
        <w:rPr>
          <w:sz w:val="20"/>
        </w:rPr>
        <w:t>18:29  paida hua tha woh germany mein. lekin aakhir mein woh london mein raha. wohin mara woh.</w:t>
      </w:r>
      <w:r>
        <w:br/>
      </w:r>
      <w:r>
        <w:rPr>
          <w:sz w:val="20"/>
        </w:rPr>
        <w:t>18:35  sab se sab se bara is ka jo dost tha woh tha angel jo angrez tha. to wahan par communist ideas bohat phailay. isi se hamaray Nehru ji mutasir huay.</w:t>
      </w:r>
      <w:r>
        <w:br/>
      </w:r>
      <w:r>
        <w:rPr>
          <w:sz w:val="20"/>
        </w:rPr>
        <w:t>18:48  to wahan fabian society jo sab ke sab socialist log thay is mein. to britishz mein bohat se log thay parhay likhay log jo socialist ban gaye. ab yeh tha America mein.</w:t>
      </w:r>
      <w:r>
        <w:br/>
      </w:r>
      <w:r>
        <w:rPr>
          <w:sz w:val="20"/>
        </w:rPr>
        <w:t>18:59  aur pehli jang-e-azeem aur doosri jang-e-azeem ke beech mein aap jantay hain America mein kya tha?</w:t>
      </w:r>
      <w:r>
        <w:br/>
      </w:r>
      <w:r>
        <w:rPr>
          <w:sz w:val="20"/>
        </w:rPr>
        <w:t>19:04  communism ko apna woh dushman number aik samajhtay thay. dushman number aik. aik baar to ab mein New York mein aik aik international conference mein tha.</w:t>
      </w:r>
      <w:r>
        <w:br/>
      </w:r>
      <w:r>
        <w:rPr>
          <w:sz w:val="20"/>
        </w:rPr>
        <w:t>19:15  to is ka jo chairman tha us ne ailaan kiya aik baat ka. ke aik line par mujh ko pata nahi kitnay hazar bataya ke mujhe telegram milay thay.</w:t>
      </w:r>
      <w:r>
        <w:br/>
      </w:r>
      <w:r>
        <w:rPr>
          <w:sz w:val="20"/>
        </w:rPr>
        <w:t>19:26  woh line kya thi? woh yeh thi ke communism is dushman number aik of US A.</w:t>
      </w:r>
      <w:r>
        <w:br/>
      </w:r>
      <w:r>
        <w:rPr>
          <w:sz w:val="20"/>
        </w:rPr>
        <w:t>19:33  is par itnay telegram aaye. to yeh haal hai Americayion ka. woh samajhtay hain ke sab se bara dushman hamara jo hai communism hai.</w:t>
      </w:r>
      <w:r>
        <w:br/>
      </w:r>
      <w:r>
        <w:rPr>
          <w:sz w:val="20"/>
        </w:rPr>
        <w:t>19:42  ab in ke andar thora jhukao tha. to woh in chahe ban gaye yeh. Charlie Chaplin America mein in chahe ban gaye. ghair Amrici kaha janay laga in ko.</w:t>
      </w:r>
      <w:r>
        <w:br/>
      </w:r>
      <w:r>
        <w:rPr>
          <w:sz w:val="20"/>
        </w:rPr>
        <w:t>19:54  ab kya karein yeh? ab kai masail in ko ho gaye. number aik America mein woh ghair Amrici manay janay lagay.</w:t>
      </w:r>
      <w:r>
        <w:br/>
      </w:r>
      <w:r>
        <w:rPr>
          <w:sz w:val="20"/>
        </w:rPr>
        <w:t>20:03  pro communist manay janay lagay. chaar shadiyan karein kisi se bhi un ki bani nahi. alahdagi hui. paisa bohat kamaya. ab income tax ke masail thay un ke.</w:t>
      </w:r>
      <w:r>
        <w:br/>
      </w:r>
      <w:r>
        <w:rPr>
          <w:sz w:val="20"/>
        </w:rPr>
        <w:t>20:14  waghera. aakhir mein kya kiya unhon ne America chhod kar ke chalay gaye. entry ka jo woh kagaz tha entry visa woh surrender kar diya unhon ne.</w:t>
      </w:r>
      <w:r>
        <w:br/>
      </w:r>
      <w:r>
        <w:rPr>
          <w:sz w:val="20"/>
        </w:rPr>
        <w:t>20:24  Switzerland mein surrender kiya unhon ne ja kar ke.</w:t>
      </w:r>
      <w:r>
        <w:br/>
      </w:r>
      <w:r>
        <w:rPr>
          <w:sz w:val="20"/>
        </w:rPr>
        <w:t>20:28  aur despair member hai woh aadmi. despair member hai woh. to aik aik baar mein ne parha tha ke aik aadmi aaya kisi jo yeh counseling karte hain jo log un ke paas.</w:t>
      </w:r>
      <w:r>
        <w:br/>
      </w:r>
      <w:r>
        <w:rPr>
          <w:sz w:val="20"/>
        </w:rPr>
        <w:t>20:43  unhon ne kaha ke sahib mein bohat gham mein rehta hoon. bohat mein mujhe bohat hi pareshani rehti hai.</w:t>
      </w:r>
      <w:r>
        <w:br/>
      </w:r>
      <w:r>
        <w:rPr>
          <w:sz w:val="20"/>
        </w:rPr>
        <w:t>20:54  to kuch is ka aap hal bataiye.</w:t>
      </w:r>
      <w:r>
        <w:br/>
      </w:r>
      <w:r>
        <w:rPr>
          <w:sz w:val="20"/>
        </w:rPr>
        <w:t>20:57  to woh jo counselor sahib thay unhon ne kaha ke Charlie Chaplin ka show dekha karo. jo comedian hai bohat bara. jantay hain kya hua?</w:t>
      </w:r>
      <w:r>
        <w:br/>
      </w:r>
      <w:r>
        <w:rPr>
          <w:sz w:val="20"/>
        </w:rPr>
        <w:t>21:08  unhon ne kaha ke mein hi to Charlie Chaplin hoon. stage par hansta hoon aur mera dil rota hai. to yeh sab bilkul ahmaqana baatein hain.</w:t>
      </w:r>
      <w:r>
        <w:br/>
      </w:r>
      <w:r>
        <w:rPr>
          <w:sz w:val="20"/>
        </w:rPr>
        <w:t>21:21  enjoy every moment. aap enjoy kar nahi</w:t>
      </w:r>
      <w:r>
        <w:br/>
      </w:r>
      <w:r>
        <w:rPr>
          <w:sz w:val="20"/>
        </w:rPr>
        <w:t>21:23  saktay. bunyadi baat yeh hai.</w:t>
      </w:r>
    </w:p>
    <w:p>
      <w:pPr>
        <w:pStyle w:val="Heading2"/>
      </w:pPr>
      <w:r>
        <w:t>Hadith: one master rule for life, don't be angry</w:t>
      </w:r>
    </w:p>
    <w:p>
      <w:r>
        <w:rPr>
          <w:color w:val="666666"/>
          <w:sz w:val="18"/>
        </w:rPr>
        <w:t>Fasting A Source of Spiritual Empowerment August 21, 2011 Maulana Wahiduddin Khan · 3m 37s · at 38:48 · https://youtu.be/Z0EbPlujcf0?t=2328</w:t>
      </w:r>
    </w:p>
    <w:p>
      <w:r>
        <w:rPr>
          <w:i/>
        </w:rPr>
        <w:t>“Ek aadmi Rasoolullah ke paas aaya aur poocha”</w:t>
      </w:r>
    </w:p>
    <w:p>
      <w:r>
        <w:rPr>
          <w:sz w:val="20"/>
        </w:rPr>
        <w:t>38:48  . aik baar aik aadmi rasool ALLAH sallallahu alaihi wasallam ke paas aaya. to is ne kaha ke ya rasool ALLAH aalmani kalmaat aisha behan wala taqseer alaihi fa inasa bara ajeeb sawal kiya is ne.</w:t>
      </w:r>
      <w:r>
        <w:br/>
      </w:r>
      <w:r>
        <w:rPr>
          <w:sz w:val="20"/>
        </w:rPr>
        <w:t>39:09  is ne kaha ke aey ALLAH ke rasool</w:t>
      </w:r>
      <w:r>
        <w:br/>
      </w:r>
      <w:r>
        <w:rPr>
          <w:sz w:val="20"/>
        </w:rPr>
        <w:t>39:14  mujhe koi baat bataiye.</w:t>
      </w:r>
      <w:r>
        <w:br/>
      </w:r>
      <w:r>
        <w:rPr>
          <w:sz w:val="20"/>
        </w:rPr>
        <w:t>39:21  lekin woh lambi baat na ho ke main bhool jaon.</w:t>
      </w:r>
      <w:r>
        <w:br/>
      </w:r>
      <w:r>
        <w:rPr>
          <w:sz w:val="20"/>
        </w:rPr>
        <w:t>39:29  aur isi mein jee sakoon. wohi meri master formula ban jaye zindagi ka.</w:t>
      </w:r>
      <w:r>
        <w:br/>
      </w:r>
      <w:r>
        <w:rPr>
          <w:sz w:val="20"/>
        </w:rPr>
        <w:t>39:41  yun doosre lafzon mein kahoon ga ke ke is ne kaha ke o o prophet give me a master advice to manage all the affairs of my life.</w:t>
      </w:r>
      <w:r>
        <w:br/>
      </w:r>
      <w:r>
        <w:rPr>
          <w:sz w:val="20"/>
        </w:rPr>
        <w:t>39:58  to aap ne farmaya kya la taghzab ghussa tum ghussa na karo. don't be angry.</w:t>
      </w:r>
      <w:r>
        <w:br/>
      </w:r>
      <w:r>
        <w:rPr>
          <w:sz w:val="20"/>
        </w:rPr>
        <w:t>40:08  ab dekhiye ke is ka mut</w:t>
      </w:r>
      <w:r>
        <w:br/>
      </w:r>
      <w:r>
        <w:rPr>
          <w:sz w:val="20"/>
        </w:rPr>
        <w:t>40:09  labab kya hua? is ka matlab yeh hai.</w:t>
      </w:r>
      <w:r>
        <w:br/>
      </w:r>
      <w:r>
        <w:rPr>
          <w:sz w:val="20"/>
        </w:rPr>
        <w:t>40:13  ke agar lafz badal kar ka matlab banayein to yeh ho ga keep patience at the time of provocation.</w:t>
      </w:r>
      <w:r>
        <w:br/>
      </w:r>
      <w:r>
        <w:rPr>
          <w:sz w:val="20"/>
        </w:rPr>
        <w:t>40:23  yeh to matlab banega. ghussa kab aata hai? jab koi aap ko bharkaye aap ko mushtael kare koi aap ko provoke karay. khwamkhwah ghussa nahi aata kisi ko.</w:t>
      </w:r>
      <w:r>
        <w:br/>
      </w:r>
      <w:r>
        <w:rPr>
          <w:sz w:val="20"/>
        </w:rPr>
        <w:t>40:36  aisa koi aadmi nahi jo khwamkhwah hi ghussa karay.</w:t>
      </w:r>
      <w:r>
        <w:br/>
      </w:r>
      <w:r>
        <w:rPr>
          <w:sz w:val="20"/>
        </w:rPr>
        <w:t>40:41  kisi bagh mein baitha hua akele wahan ghussa karne lage woh. nahi ghussa samaj mein aata hai. logon ke darmiyan aata hai. jab koi aap ko provoke karta hai koi bharkata hai.</w:t>
      </w:r>
      <w:r>
        <w:br/>
      </w:r>
      <w:r>
        <w:rPr>
          <w:sz w:val="20"/>
        </w:rPr>
        <w:t>40:55  to aap yeh jo farmaya ke la taghzab zindagi ke master ki ghussa na karo.</w:t>
      </w:r>
      <w:r>
        <w:br/>
      </w:r>
      <w:r>
        <w:rPr>
          <w:sz w:val="20"/>
        </w:rPr>
        <w:t>41:05  to is ka matlab yeh hoga.</w:t>
      </w:r>
      <w:r>
        <w:br/>
      </w:r>
      <w:r>
        <w:rPr>
          <w:sz w:val="20"/>
        </w:rPr>
        <w:t>41:09  ke har haal mein sabr o tahammul ke tareeqay ikhtiyar karo.</w:t>
      </w:r>
      <w:r>
        <w:br/>
      </w:r>
      <w:r>
        <w:rPr>
          <w:sz w:val="20"/>
        </w:rPr>
        <w:t>41:19  Keep patience at the time of provocation. to yeh hai roza.</w:t>
      </w:r>
      <w:r>
        <w:br/>
      </w:r>
      <w:r>
        <w:rPr>
          <w:sz w:val="20"/>
        </w:rPr>
        <w:t>41:31  roza jo hai yahi to hai. bhook par sabr karna. piyas par sabr karna. aur sirf bhook piyas ka muamla nahi hai.</w:t>
      </w:r>
      <w:r>
        <w:br/>
      </w:r>
      <w:r>
        <w:rPr>
          <w:sz w:val="20"/>
        </w:rPr>
        <w:t>41:43  muamlaat tootnay par sabr karna. sone jaagane ke auqaat badalte hain. muamlaat badalte hain.</w:t>
      </w:r>
      <w:r>
        <w:br/>
      </w:r>
      <w:r>
        <w:rPr>
          <w:sz w:val="20"/>
        </w:rPr>
        <w:t>41:54  yani har cheez mein badlao aata hai Ramzan ke zamanay mein.</w:t>
      </w:r>
      <w:r>
        <w:br/>
      </w:r>
      <w:r>
        <w:rPr>
          <w:sz w:val="20"/>
        </w:rPr>
        <w:t>42:02  to sab is sab ko bardasht karo.</w:t>
      </w:r>
      <w:r>
        <w:br/>
      </w:r>
      <w:r>
        <w:rPr>
          <w:sz w:val="20"/>
        </w:rPr>
        <w:t>42:10  to bardasht jo hai woh sach poochien to. yani bilashuba master ki hai zindagi ki.</w:t>
      </w:r>
      <w:r>
        <w:br/>
      </w:r>
      <w:r>
        <w:rPr>
          <w:sz w:val="20"/>
        </w:rPr>
        <w:t>42:20  aur Ramzan mein isi bardasht ki tarbiyat di jati hai.</w:t>
      </w:r>
    </w:p>
    <w:p>
      <w:pPr>
        <w:pStyle w:val="Heading2"/>
      </w:pPr>
      <w:r>
        <w:t>Peace by choice or by compulsion, both benefit you</w:t>
      </w:r>
    </w:p>
    <w:p>
      <w:r>
        <w:rPr>
          <w:color w:val="666666"/>
          <w:sz w:val="18"/>
        </w:rPr>
        <w:t>The Importance of Peace in Life June 30, 2008 · 1m 42s · at 37:58 · https://youtu.be/gbbbmsdMHRs?t=2278</w:t>
      </w:r>
    </w:p>
    <w:p>
      <w:r>
        <w:rPr>
          <w:i/>
        </w:rPr>
        <w:t>“Take water — if a person doesn't drink, they'll dehydrate”</w:t>
      </w:r>
    </w:p>
    <w:p>
      <w:r>
        <w:rPr>
          <w:sz w:val="20"/>
        </w:rPr>
        <w:t>37:58  to jis tarah se misaal ke taur par</w:t>
      </w:r>
      <w:r>
        <w:br/>
      </w:r>
      <w:r>
        <w:rPr>
          <w:sz w:val="20"/>
        </w:rPr>
        <w:t>38:03  pani hai, agar koi aadmi pani na piye to us ko dehydration ho jayega. aap jante hain, body mein pani kami ho jayegi kyunke body mein to more than 80 percent pani hai.</w:t>
      </w:r>
      <w:r>
        <w:br/>
      </w:r>
      <w:r>
        <w:rPr>
          <w:sz w:val="20"/>
        </w:rPr>
        <w:t>38:17  ab koi pani na piye kisi wajah se to dehydration ho jayega, bimar pad jayega. to</w:t>
      </w:r>
      <w:r>
        <w:br/>
      </w:r>
      <w:r>
        <w:rPr>
          <w:sz w:val="20"/>
        </w:rPr>
        <w:t>38:25  hospital mein us ko compulsorily pani us ko nalki ke zariye dala jata hai. yeh to pani mein pee raha hoon by option, lekin aap hospital mein ja kar dekhein to us aadmi ko bed pe leta dete hain aur aur nalki laga dete hain aur pani utarte hain us ke body mein.</w:t>
      </w:r>
      <w:r>
        <w:br/>
      </w:r>
      <w:r>
        <w:rPr>
          <w:sz w:val="20"/>
        </w:rPr>
        <w:t>38:50  to woh gaya ke by by by compression us ko pani pilaya jata hai aur yeh mein pee raha hoon by option. faida dono ka milta hai.</w:t>
      </w:r>
      <w:r>
        <w:br/>
      </w:r>
      <w:r>
        <w:rPr>
          <w:sz w:val="20"/>
        </w:rPr>
        <w:t>39:01  by option pani piya aap ne, tab bhi faida hai aur by compression aap ke pani aap ki body mein dala gaya, tab bhi faida hai.</w:t>
      </w:r>
      <w:r>
        <w:br/>
      </w:r>
      <w:r>
        <w:rPr>
          <w:sz w:val="20"/>
        </w:rPr>
        <w:t>39:10  aise hi muamla peace ka hai. peace itna zyada ach</w:t>
      </w:r>
      <w:r>
        <w:br/>
      </w:r>
      <w:r>
        <w:rPr>
          <w:sz w:val="20"/>
        </w:rPr>
        <w:t>39:17  hi cheez hai, peace itna bada good hai ke kaise bhi peace aa jaye society mein to uska faida hi faida hoga,</w:t>
      </w:r>
      <w:r>
        <w:br/>
      </w:r>
      <w:r>
        <w:rPr>
          <w:sz w:val="20"/>
        </w:rPr>
        <w:t>39:31  faida hi faida hoga. lekin peace ka word jo bol raha hoon mein, to kisi ne definition di hai peace ki ke absence of war.</w:t>
      </w:r>
    </w:p>
    <w:p>
      <w:pPr>
        <w:pStyle w:val="Heading2"/>
      </w:pPr>
      <w:r>
        <w:t>From plotting murder to a thriving forgiving business</w:t>
      </w:r>
    </w:p>
    <w:p>
      <w:r>
        <w:rPr>
          <w:color w:val="666666"/>
          <w:sz w:val="18"/>
        </w:rPr>
        <w:t>Spirituality in Simple Living, High Thinking October 27, 2019 Maulana Wahiduddin Khan · 5m 36s · at 6:39 · https://youtu.be/Kr28g15eFr8?t=399</w:t>
      </w:r>
    </w:p>
    <w:p>
      <w:r>
        <w:rPr>
          <w:i/>
        </w:rPr>
        <w:t>“Before taking revenge, think it will be revenged too”</w:t>
      </w:r>
    </w:p>
    <w:p>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r>
        <w:br/>
      </w:r>
      <w:r>
        <w:rPr>
          <w:sz w:val="20"/>
        </w:rPr>
        <w:t>7:18  to main ne kaha ke dekhiye, intiqam mein koi farishta ab nahi hota.</w:t>
      </w:r>
      <w:r>
        <w:br/>
      </w:r>
      <w:r>
        <w:rPr>
          <w:sz w:val="20"/>
        </w:rPr>
        <w:t>7:30  jab aap intiqam lene ke liye marenge kisi ko to us ke bete, us ke bhai intiqam mein aap ko marenge, chup se baithenge nahi woh.</w:t>
      </w:r>
      <w:r>
        <w:br/>
      </w:r>
      <w:r>
        <w:rPr>
          <w:sz w:val="20"/>
        </w:rPr>
        <w:t>7:48  to aap intiqam lenge, phir woh intiqam lega, phir jo us ke baad jo log honge woh intiqam lenge.</w:t>
      </w:r>
      <w:r>
        <w:br/>
      </w:r>
      <w:r>
        <w:rPr>
          <w:sz w:val="20"/>
        </w:rPr>
        <w:t>8:00  is tarah se ek chain reaction ban jayega. chain reaction.</w:t>
      </w:r>
      <w:r>
        <w:br/>
      </w:r>
      <w:r>
        <w:rPr>
          <w:sz w:val="20"/>
        </w:rPr>
        <w:t>8:11  intiqam kya hai? reaction ka naam hai intiqam.</w:t>
      </w:r>
      <w:r>
        <w:br/>
      </w:r>
      <w:r>
        <w:rPr>
          <w:sz w:val="20"/>
        </w:rPr>
        <w:t>8:24  to aap ka is aadmi ko marna ek chain reaction create karega.</w:t>
      </w:r>
      <w:r>
        <w:br/>
      </w:r>
      <w:r>
        <w:rPr>
          <w:sz w:val="20"/>
        </w:rPr>
        <w:t>8:36  aur chain reaction main ne kaha ke main ne dekha hai apne khud apne jahan mein rehta tha UP mein ke 25 saal tak chalta raha woh maar kaat intiqam.</w:t>
      </w:r>
      <w:r>
        <w:br/>
      </w:r>
      <w:r>
        <w:rPr>
          <w:sz w:val="20"/>
        </w:rPr>
        <w:t>8:54  yahan tak ke ghar ke zevar bik gaye,</w:t>
      </w:r>
      <w:r>
        <w:br/>
      </w:r>
      <w:r>
        <w:rPr>
          <w:sz w:val="20"/>
        </w:rPr>
        <w:t>9:01  naujawan mare gaye, tab woh thak haar kar khatm ho gaye.</w:t>
      </w:r>
      <w:r>
        <w:br/>
      </w:r>
      <w:r>
        <w:rPr>
          <w:sz w:val="20"/>
        </w:rPr>
        <w:t>9:11  to woh aadmi baharhaal samajhdar tha, meri baat us ki samajh aa gayi.</w:t>
      </w:r>
      <w:r>
        <w:br/>
      </w:r>
      <w:r>
        <w:rPr>
          <w:sz w:val="20"/>
        </w:rPr>
        <w:t>9:19  kuch der sochne ke baad us ne kaha ke phir yeh aap bataiye ke main kya karoon?</w:t>
      </w:r>
      <w:r>
        <w:br/>
      </w:r>
      <w:r>
        <w:rPr>
          <w:sz w:val="20"/>
        </w:rPr>
        <w:t>9:28  to mein ne poocha ke tumhare paas ab bhi kuch paisa hai?</w:t>
      </w:r>
      <w:r>
        <w:br/>
      </w:r>
      <w:r>
        <w:rPr>
          <w:sz w:val="20"/>
        </w:rPr>
        <w:t>9:35  jo paisa tum ne diya hai un ko, is ke baad hai tumhare paas kuch paisa?</w:t>
      </w:r>
      <w:r>
        <w:br/>
      </w:r>
      <w:r>
        <w:rPr>
          <w:sz w:val="20"/>
        </w:rPr>
        <w:t>9:42  to is ne soch kar bataya ke ab mere paas</w:t>
      </w:r>
      <w:r>
        <w:br/>
      </w:r>
      <w:r>
        <w:rPr>
          <w:sz w:val="20"/>
        </w:rPr>
        <w:t>9:49  taqreeban 30 hazar roope hain, thirty thousand.</w:t>
      </w:r>
      <w:r>
        <w:br/>
      </w:r>
      <w:r>
        <w:rPr>
          <w:sz w:val="20"/>
        </w:rPr>
        <w:t>10:00  to mein ne is se kaha ke dekhiye, aap is paise ko bhool jaiye jo aap de chuke hain,</w:t>
      </w:r>
      <w:r>
        <w:br/>
      </w:r>
      <w:r>
        <w:rPr>
          <w:sz w:val="20"/>
        </w:rPr>
        <w:t>10:09  ab jo aap ke paas hai us ko pakar lein, aur us ko le kar aap koi naya business start kijiye.</w:t>
      </w:r>
      <w:r>
        <w:br/>
      </w:r>
      <w:r>
        <w:rPr>
          <w:sz w:val="20"/>
        </w:rPr>
        <w:t>10:24  aur bohat hi zyada pass andaz mein, koi inteqam nahi, koi reaction nahi, koi nafrat nahi, koi ghussa nahi, bhula kar bhula kar bhula kar.</w:t>
      </w:r>
      <w:r>
        <w:br/>
      </w:r>
      <w:r>
        <w:rPr>
          <w:sz w:val="20"/>
        </w:rPr>
        <w:t>10:41  to is ne pichle yaani past ko bhula diya, aur present mein jeena shuru kar diya.</w:t>
      </w:r>
      <w:r>
        <w:br/>
      </w:r>
      <w:r>
        <w:rPr>
          <w:sz w:val="20"/>
        </w:rPr>
        <w:t>10:50  aur us thirty thousand roope se aik chota sa business, us waqt baat hui thi to is ka thirty thousand bhi aik bari cheez hua karta tha.</w:t>
      </w:r>
      <w:r>
        <w:br/>
      </w:r>
      <w:r>
        <w:rPr>
          <w:sz w:val="20"/>
        </w:rPr>
        <w:t>11:04  to sahib, is ke paise mein barkat hui, aur is ka business bohat sust sust tareeqe se chalne laga.</w:t>
      </w:r>
      <w:r>
        <w:br/>
      </w:r>
      <w:r>
        <w:rPr>
          <w:sz w:val="20"/>
        </w:rPr>
        <w:t>11:21  to jahan tak mujhe yaad hai ke taqreeban teen saal ke baad woh aadmi phir mujhe mila,</w:t>
      </w:r>
      <w:r>
        <w:br/>
      </w:r>
      <w:r>
        <w:rPr>
          <w:sz w:val="20"/>
        </w:rPr>
        <w:t>11:32  taqreeban teen saal ke baad.</w:t>
      </w:r>
      <w:r>
        <w:br/>
      </w:r>
      <w:r>
        <w:rPr>
          <w:sz w:val="20"/>
        </w:rPr>
        <w:t>11:37  to mein ne is se poocha ke bhai kya haal hai aap ka?</w:t>
      </w:r>
      <w:r>
        <w:br/>
      </w:r>
      <w:r>
        <w:rPr>
          <w:sz w:val="20"/>
        </w:rPr>
        <w:t>11:45  to is ne kaha ke aap ne jo mashwara diya tha woh us ko pakar liya tha mein ne, aur isi pe chalne laga mein. to teen saal ke baad aap ne is se bohat zyada kama liya mein ne,</w:t>
      </w:r>
      <w:r>
        <w:br/>
      </w:r>
      <w:r>
        <w:rPr>
          <w:sz w:val="20"/>
        </w:rPr>
        <w:t>11:58  jitna mein ne diya tha us aadmi ko, yaani 80 hazar jo diya tha, us se bohat zyada kama liya. ab mein bhool bhi gaya, itna mein ne kama liya ke mein bhool bhi gaya.</w:t>
      </w:r>
    </w:p>
    <w:p>
      <w:pPr>
        <w:pStyle w:val="Heading2"/>
      </w:pPr>
      <w:r>
        <w:t>Free dictionary analogy</w:t>
      </w:r>
    </w:p>
    <w:p>
      <w:r>
        <w:rPr>
          <w:color w:val="666666"/>
          <w:sz w:val="18"/>
        </w:rPr>
        <w:t>The Meaning of Ummat-i-Wasat Nov 25, 2018 · 2m 52s · at 10:27 · https://youtu.be/3POFfvXaFss?t=627</w:t>
      </w:r>
    </w:p>
    <w:p>
      <w:r>
        <w:rPr>
          <w:i/>
        </w:rPr>
        <w:t>“Main ek martaba gaya tha, bahut pehle ki baat hai, Karachi.”</w:t>
      </w:r>
    </w:p>
    <w:p>
      <w:r>
        <w:rPr>
          <w:sz w:val="20"/>
        </w:rPr>
        <w:t>10:27  main ek martaba gaya tha, bohat pehle ki baat hai, karachi. to wahan ek saahab ne english urdu dictionary chhaapi thi.</w:t>
      </w:r>
      <w:r>
        <w:br/>
      </w:r>
      <w:r>
        <w:rPr>
          <w:sz w:val="20"/>
        </w:rPr>
        <w:t>10:38  us waqt rare thi, ab to bazaar mein bohat mil jayegi. us waqt rare thi english urdu dictionary. to ek saahab jo the, unhone ek badi dukaan kholi thi aur chhaapa tha.</w:t>
      </w:r>
      <w:r>
        <w:br/>
      </w:r>
      <w:r>
        <w:rPr>
          <w:sz w:val="20"/>
        </w:rPr>
        <w:t>10:54  to un ke haan woh thi dictionary, moti si urdu dictionary, english urdu dictionary.</w:t>
      </w:r>
      <w:r>
        <w:br/>
      </w:r>
      <w:r>
        <w:rPr>
          <w:sz w:val="20"/>
        </w:rPr>
        <w:t>11:06  to us ko dene lage, woh lijiyye. achha, main samjha ke yeh to dukandaar hain, yeh bech rahe honge, mujhe paisa dena hoga.</w:t>
      </w:r>
      <w:r>
        <w:br/>
      </w:r>
      <w:r>
        <w:rPr>
          <w:sz w:val="20"/>
        </w:rPr>
        <w:t>11:15  to main to wahan mere bijay mein paise thay nahi. to main ne kuch kaha.</w:t>
      </w:r>
      <w:r>
        <w:br/>
      </w:r>
      <w:r>
        <w:rPr>
          <w:sz w:val="20"/>
        </w:rPr>
        <w:t>11:25  to ab tak mujhe yaad hai ke unhone jumla bolay thay, woh</w:t>
      </w:r>
      <w:r>
        <w:br/>
      </w:r>
      <w:r>
        <w:rPr>
          <w:sz w:val="20"/>
        </w:rPr>
        <w:t>11:31  kuch main ne kaha tha ke main kaise loonga is ko. to unhone kaha, agar free ho tab to koi problem nahi aap ko. yaani yeh kitaab kitaab aap ko main free de doon, tab to koi problem nahi aap ko.</w:t>
      </w:r>
      <w:r>
        <w:br/>
      </w:r>
      <w:r>
        <w:rPr>
          <w:sz w:val="20"/>
        </w:rPr>
        <w:t>11:47  aise hi Allah taala keh raha hai ke aye mere bandoon,</w:t>
      </w:r>
      <w:r>
        <w:br/>
      </w:r>
      <w:r>
        <w:rPr>
          <w:sz w:val="20"/>
        </w:rPr>
        <w:t>11:55  tum ko saare hi resources jama kar dein, saare infrastructure jama kar dein, aur saare farishton ko laga dein, tab to tum ko koi problem nahi hogi.</w:t>
      </w:r>
      <w:r>
        <w:br/>
      </w:r>
      <w:r>
        <w:rPr>
          <w:sz w:val="20"/>
        </w:rPr>
        <w:t>12:07  is ke maani yeh hue ke musalman jo saari duniya mein saazish, mushkil, pareshan, problem, aur zaalim, aur islamophobia, bilkul bolte hain, yeh jhoote alfaaz hain.</w:t>
      </w:r>
      <w:r>
        <w:br/>
      </w:r>
      <w:r>
        <w:rPr>
          <w:sz w:val="20"/>
        </w:rPr>
        <w:t>12:27  har jagah farishtay khaday hue hain kehne ke liye ke aye musalman tu jhoot bolta hai, tu us ko Allah ne sab kuch free kar diya, to ab kya problem hai?</w:t>
      </w:r>
      <w:r>
        <w:br/>
      </w:r>
      <w:r>
        <w:rPr>
          <w:sz w:val="20"/>
        </w:rPr>
        <w:t>12:37  jab aap bolte hain ke zulm hai, saazish hai, to ek farishta woh kehta hai, tum jhoot bolte ho.</w:t>
      </w:r>
      <w:r>
        <w:br/>
      </w:r>
      <w:r>
        <w:rPr>
          <w:sz w:val="20"/>
        </w:rPr>
        <w:t>12:46  to jaise mujhe wahan par yeh hua tha ke dictionary jo de rahe thay, woh mujhe shakk hua ke mujhe paisa dena padega.</w:t>
      </w:r>
      <w:r>
        <w:br/>
      </w:r>
      <w:r>
        <w:rPr>
          <w:sz w:val="20"/>
        </w:rPr>
        <w:t>12:56  to main kuch hesitation wale ne hesitation to unhone kaha ke main free aap ko doon, tab to koi problem nahi aap ko.</w:t>
      </w:r>
      <w:r>
        <w:br/>
      </w:r>
      <w:r>
        <w:rPr>
          <w:sz w:val="20"/>
        </w:rPr>
        <w:t>13:08  to isi Allah taala ke farishtay keh rahe hain ke tum ko free mein dawat ka kaam karna ho, tab to koi problem nahi tum ko.</w:t>
      </w:r>
    </w:p>
    <w:p>
      <w:pPr>
        <w:pStyle w:val="Heading2"/>
      </w:pPr>
      <w:r>
        <w:t>First encounter with Maulana and the sutra</w:t>
      </w:r>
    </w:p>
    <w:p>
      <w:r>
        <w:rPr>
          <w:color w:val="666666"/>
          <w:sz w:val="18"/>
        </w:rPr>
        <w:t>Discussions on the impact of Maulana Wahiduddin Khan's Thought July 1, 2020 · 2m 48s · at 3:52 · https://youtu.be/Xzuu-nbDm4g?t=232</w:t>
      </w:r>
    </w:p>
    <w:p>
      <w:r>
        <w:rPr>
          <w:i/>
        </w:rPr>
        <w:t>“Before you meet a master meet the team first”</w:t>
      </w:r>
    </w:p>
    <w:p>
      <w:r>
        <w:rPr>
          <w:sz w:val="20"/>
        </w:rPr>
        <w:t>3:52  Anybody can go. And so just like a seeker, I also went there. I would say that, first of all, it's important that before you meet a master or a guru or somebody like Maulana,</w:t>
      </w:r>
      <w:r>
        <w:br/>
      </w:r>
      <w:r>
        <w:rPr>
          <w:sz w:val="20"/>
        </w:rPr>
        <w:t>4:08  you get to</w:t>
      </w:r>
      <w:r>
        <w:br/>
      </w:r>
      <w:r>
        <w:rPr>
          <w:sz w:val="20"/>
        </w:rPr>
        <w:t>4:09  meet the team members first, people who are around them. And I remember that entire Maulana's family and all the CPS members, the way they treated me on day one,</w:t>
      </w:r>
      <w:r>
        <w:br/>
      </w:r>
      <w:r>
        <w:rPr>
          <w:sz w:val="20"/>
        </w:rPr>
        <w:t>4:24  I felt I mean, that first day only, I got this feeling that I'm home.</w:t>
      </w:r>
      <w:r>
        <w:br/>
      </w:r>
      <w:r>
        <w:rPr>
          <w:sz w:val="20"/>
        </w:rPr>
        <w:t>4:30  I'm meeting people who are like I got this vibe that they are like they are my friends.</w:t>
      </w:r>
      <w:r>
        <w:br/>
      </w:r>
      <w:r>
        <w:rPr>
          <w:sz w:val="20"/>
        </w:rPr>
        <w:t>4:39  They are my I'm safe with them. And so initially, I think, in a few Sundays, I was just</w:t>
      </w:r>
      <w:r>
        <w:br/>
      </w:r>
      <w:r>
        <w:rPr>
          <w:sz w:val="20"/>
        </w:rPr>
        <w:t>4:50  reluctant to go to Maulana and talk to him.</w:t>
      </w:r>
      <w:r>
        <w:br/>
      </w:r>
      <w:r>
        <w:rPr>
          <w:sz w:val="20"/>
        </w:rPr>
        <w:t>4:54  But then once, I remember, I got an opportunity, and Maulana got to know from one of the team members that I've been coming.</w:t>
      </w:r>
      <w:r>
        <w:br/>
      </w:r>
      <w:r>
        <w:rPr>
          <w:sz w:val="20"/>
        </w:rPr>
        <w:t>5:04  And then Maulana called me, and he said that, "No, I bet you know how we're going to talk." So I was a little nervous.</w:t>
      </w:r>
      <w:r>
        <w:br/>
      </w:r>
      <w:r>
        <w:rPr>
          <w:sz w:val="20"/>
        </w:rPr>
        <w:t>5:16  And he asked me that, "I mean, what I have learned is that you have been coming for quite some time. So why do you come?</w:t>
      </w:r>
      <w:r>
        <w:br/>
      </w:r>
      <w:r>
        <w:rPr>
          <w:sz w:val="20"/>
        </w:rPr>
        <w:t>5:27  What is the reason? What are you looking for?" And that in all that nervousness, I told him, "Maulana, I come because after your lecture,</w:t>
      </w:r>
      <w:r>
        <w:br/>
      </w:r>
      <w:r>
        <w:rPr>
          <w:sz w:val="20"/>
        </w:rPr>
        <w:t>5:41  I get food for thought.</w:t>
      </w:r>
      <w:r>
        <w:br/>
      </w:r>
      <w:r>
        <w:rPr>
          <w:sz w:val="20"/>
        </w:rPr>
        <w:t>5:45  Whatever you say stimulates my intellect." And sochne ko miltai. After that, I get time. I get opportunity to ponder on things.</w:t>
      </w:r>
      <w:r>
        <w:br/>
      </w:r>
      <w:r>
        <w:rPr>
          <w:sz w:val="20"/>
        </w:rPr>
        <w:t>5:58  So Maulana was very happy by this. And he says that, "No, apko patai, apko ek sutra mil gaya.</w:t>
      </w:r>
      <w:r>
        <w:br/>
      </w:r>
      <w:r>
        <w:rPr>
          <w:sz w:val="20"/>
        </w:rPr>
        <w:t>6:07  You have got a sort of method or a tool with which you can really go deeper in your journey." So that was my first interaction with Maulana.</w:t>
      </w:r>
      <w:r>
        <w:br/>
      </w:r>
      <w:r>
        <w:rPr>
          <w:sz w:val="20"/>
        </w:rPr>
        <w:t>6:26  And I still remember when he says that, "No, apko ek sutra mil gaya. Apko ek path mil gaya in a way."</w:t>
      </w:r>
      <w:r>
        <w:br/>
      </w:r>
      <w:r>
        <w:rPr>
          <w:sz w:val="20"/>
        </w:rPr>
        <w:t>6:35  And now it's been 10 years, huh? 9 to 10 years, I guess. Yeah, long time. Long time to be. Ye</w:t>
      </w:r>
    </w:p>
    <w:p>
      <w:pPr>
        <w:pStyle w:val="Heading2"/>
      </w:pPr>
      <w:r>
        <w:t>More money means more distraction, not more happiness</w:t>
      </w:r>
    </w:p>
    <w:p>
      <w:r>
        <w:rPr>
          <w:color w:val="666666"/>
          <w:sz w:val="18"/>
        </w:rPr>
        <w:t>Muslim Militancy July 8, 2007 · 4m 18s · at 1:43:15 · https://youtu.be/mfIIEFQDOtg?t=6195</w:t>
      </w:r>
    </w:p>
    <w:p>
      <w:r>
        <w:rPr>
          <w:i/>
        </w:rPr>
        <w:t>“more money تو better چیز ختم ہو جاتی ہے”</w:t>
      </w:r>
    </w:p>
    <w:p>
      <w:r>
        <w:rPr>
          <w:sz w:val="20"/>
        </w:rPr>
        <w:t>1:43:15  Is it wrong to earn more money and obtain better things in life? Ab more money to better, more money ke baad better cheez khatam ho jati hai.</w:t>
      </w:r>
      <w:r>
        <w:br/>
      </w:r>
      <w:r>
        <w:rPr>
          <w:sz w:val="20"/>
        </w:rPr>
        <w:t>1:43:30  Mili hui bhi khatam ho jati hai. More money aai ke better cheez gai.</w:t>
      </w:r>
      <w:r>
        <w:br/>
      </w:r>
      <w:r>
        <w:rPr>
          <w:sz w:val="20"/>
        </w:rPr>
        <w:t>1:43:37  Dekhiye, mera zindagi ke upar ka tajurba hai. Ke more money anay ke baad kya hota hai?</w:t>
      </w:r>
      <w:r>
        <w:br/>
      </w:r>
      <w:r>
        <w:rPr>
          <w:sz w:val="20"/>
        </w:rPr>
        <w:t>1:43:48  Waste of money. Jis ke paas paisa zyada aya to money ko waste karne laga woh. Kahan? Outing mein, shopping mein, fashion mein.</w:t>
      </w:r>
      <w:r>
        <w:br/>
      </w:r>
      <w:r>
        <w:rPr>
          <w:sz w:val="20"/>
        </w:rPr>
        <w:t>1:43:59  Aur aisa ghar banana, waisa car khareedna</w:t>
      </w:r>
      <w:r>
        <w:br/>
      </w:r>
      <w:r>
        <w:rPr>
          <w:sz w:val="20"/>
        </w:rPr>
        <w:t>1:44:02  ۔ To more money means super diversion۔</w:t>
      </w:r>
      <w:r>
        <w:br/>
      </w:r>
      <w:r>
        <w:rPr>
          <w:sz w:val="20"/>
        </w:rPr>
        <w:t>1:44:11  Super distraction. Maine to koi exception nahi dekha is mein. Koi exception mujhe nahi apni zindagi mein dikhai nahi para. Jab tak aadmi se kam paisa hai to distraction kam hota hai.</w:t>
      </w:r>
      <w:r>
        <w:br/>
      </w:r>
      <w:r>
        <w:rPr>
          <w:sz w:val="20"/>
        </w:rPr>
        <w:t>1:44:26  Aur zyada paisa aya to phir distraction har waqt. Har waqt distraction.</w:t>
      </w:r>
      <w:r>
        <w:br/>
      </w:r>
      <w:r>
        <w:rPr>
          <w:sz w:val="20"/>
        </w:rPr>
        <w:t>1:44:34  Aur maine ek baar to kaha tha yahan par ke haram jo hai cheezen wo isi liye haram hain ke wo distraction hain wo. Haram kyun hain?</w:t>
      </w:r>
      <w:r>
        <w:br/>
      </w:r>
      <w:r>
        <w:rPr>
          <w:sz w:val="20"/>
        </w:rPr>
        <w:t>1:44:43  Is liye ke wo distract karti hain right path se. Right path se. Jaise sharab hai, haram kyun hai?</w:t>
      </w:r>
      <w:r>
        <w:br/>
      </w:r>
      <w:r>
        <w:rPr>
          <w:sz w:val="20"/>
        </w:rPr>
        <w:t>1:44:54  Khuda yeh chahta hai ke intellectual process mere mind mein barabar chalta rahe. Intellectual process. Aur sharab kya karti hai?</w:t>
      </w:r>
      <w:r>
        <w:br/>
      </w:r>
      <w:r>
        <w:rPr>
          <w:sz w:val="20"/>
        </w:rPr>
        <w:t>1:45:04  Mere intellectual process ko stop kar deti hai.</w:t>
      </w:r>
      <w:r>
        <w:br/>
      </w:r>
      <w:r>
        <w:rPr>
          <w:sz w:val="20"/>
        </w:rPr>
        <w:t>1:45:10  Sensitivity ko khatam kar deti hai. Intellectual process sound way mein, bilkul right way mein chalta rahe, chalta rahe, chalta rahe.</w:t>
      </w:r>
      <w:r>
        <w:br/>
      </w:r>
      <w:r>
        <w:rPr>
          <w:sz w:val="20"/>
        </w:rPr>
        <w:t>1:45:22  Yeh hai to. To sharab distract karti hai. Aur jitni bhi cheezen hain, friendship hai aur jitni bhi cheezen hain, sab distract karti hain.</w:t>
      </w:r>
      <w:r>
        <w:br/>
      </w:r>
      <w:r>
        <w:rPr>
          <w:sz w:val="20"/>
        </w:rPr>
        <w:t>1:45:34  To jab paisa aye ga to is mani mein ke aap distraction ki ke bill chukane ki position mein ho jatay hain.</w:t>
      </w:r>
      <w:r>
        <w:br/>
      </w:r>
      <w:r>
        <w:rPr>
          <w:sz w:val="20"/>
        </w:rPr>
        <w:t>1:45:43  Paisa nahi hai to aap ne ek suit bana liya. Ya do suit bana liya. Zyada paisa aya to aap so suit khareeden ge aap.</w:t>
      </w:r>
      <w:r>
        <w:br/>
      </w:r>
      <w:r>
        <w:rPr>
          <w:sz w:val="20"/>
        </w:rPr>
        <w:t>1:45:51  To aap distraction ki price dene ki position mein ho jatay hain aap. Aaj yahan chalo, aaj wahan chalo, aaj outing karo, woh khana hotel mein kha len ge, falan jagah karen ge.</w:t>
      </w:r>
      <w:r>
        <w:br/>
      </w:r>
      <w:r>
        <w:rPr>
          <w:sz w:val="20"/>
        </w:rPr>
        <w:t>1:46:02  To jis aadmi, woh sahib, bohat hi main kehta hoon ke bad-qismat hai woh aadmi jis ko distraction ki price dene ke liye Khuda paisa thakel de us ke paas.</w:t>
      </w:r>
      <w:r>
        <w:br/>
      </w:r>
      <w:r>
        <w:rPr>
          <w:sz w:val="20"/>
        </w:rPr>
        <w:t>1:46:12  Lo paisa, khoob distraction mein jao, par jao is mein.</w:t>
      </w:r>
      <w:r>
        <w:br/>
      </w:r>
      <w:r>
        <w:rPr>
          <w:sz w:val="20"/>
        </w:rPr>
        <w:t>1:46:17  To distraction ke is zamanay mein khaas tor par itnay zyada khulay hue hain tareeqay ke aap bari bari carain khareediye, baray baray ghar banaiye.</w:t>
      </w:r>
      <w:r>
        <w:br/>
      </w:r>
      <w:r>
        <w:rPr>
          <w:sz w:val="20"/>
        </w:rPr>
        <w:t>1:46:29  Main Arab mein gaya to ek sahib thay, mujhe le gaye apne ghar mein. To sahib itna bara ghar tha, itna bara tha, so aadmi reh sakte hain is ke andar. Aur rehte thay kaun?</w:t>
      </w:r>
      <w:r>
        <w:br/>
      </w:r>
      <w:r>
        <w:rPr>
          <w:sz w:val="20"/>
        </w:rPr>
        <w:t>1:46:39  Woh aur un ki biwi, bas do aadmi. Aur sara fully air condition tha woh. To paise ko kahan kharch kiya unhon ne?</w:t>
      </w:r>
      <w:r>
        <w:br/>
      </w:r>
      <w:r>
        <w:rPr>
          <w:sz w:val="20"/>
        </w:rPr>
        <w:t>1:46:47  Distraction mein. Yeh bara sa ghar liya, har waqt dekhte rehte hain ke bhai is mein dekho woh woh woh jo hai unit theek chal raha hai ya nahi chal raha hai air conditioning ka.</w:t>
      </w:r>
      <w:r>
        <w:br/>
      </w:r>
      <w:r>
        <w:rPr>
          <w:sz w:val="20"/>
        </w:rPr>
        <w:t>1:46:57  Aur dekho woh mali aya hai ke nahi aya garden karne ke liye. Yani har waqt wohi chakar rehta hai. Safai hui ke nahi hui. To kaha paisa aya to distraction ki jo bill hai woh barh gaya.</w:t>
      </w:r>
      <w:r>
        <w:br/>
      </w:r>
      <w:r>
        <w:rPr>
          <w:sz w:val="20"/>
        </w:rPr>
        <w:t>1:47:13  yeh mein samajhta hoon ke woh hadees bohat hi sahi hadees hai. The same as the scientific hadees hai. Ke hadees mein aata hai ke bohat hi achhe tareeqe se is ko bataya gaya hai ke insaan ko kya chahiye.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