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Ibrahim (Abraham)</w:t>
      </w:r>
    </w:p>
    <w:p>
      <w:r>
        <w:rPr>
          <w:sz w:val="18"/>
        </w:rPr>
        <w:t>Q&amp;A, lecture moments and clips · full transcripts with timestamps · exported 2026-09-21</w:t>
      </w:r>
    </w:p>
    <w:p>
      <w:pPr>
        <w:pStyle w:val="Heading1"/>
      </w:pPr>
      <w:r>
        <w:t>Maulana was asked (4)</w:t>
      </w:r>
    </w:p>
    <w:p>
      <w:pPr>
        <w:pStyle w:val="Heading2"/>
      </w:pPr>
      <w:r>
        <w:t>Secret behind making Ibrahim's station a prayer place</w:t>
      </w:r>
    </w:p>
    <w:p>
      <w:r>
        <w:rPr>
          <w:color w:val="666666"/>
          <w:sz w:val="18"/>
        </w:rPr>
        <w:t>Story of the Prophet Yusuf May 11, 2014 Maulana Wahiduddin Khan · 33s · at 1:03:32 · https://youtu.be/2alsBthUWhw?t=3812</w:t>
      </w:r>
    </w:p>
    <w:p>
      <w:r>
        <w:rPr>
          <w:i/>
        </w:rPr>
        <w:t>“Allah Ta'ala mentioned the best story about Yusuf (peace be upon him), but regarding Ibrahim (peace be upon him) He said to make Ibrahim's station as a place of prayer. What is the secret in this?”</w:t>
      </w:r>
    </w:p>
    <w:p>
      <w:r>
        <w:rPr>
          <w:sz w:val="20"/>
        </w:rPr>
        <w:t>1:03:32  maulana agla sawal hapur se hai habib razi sahib ne kiya hai</w:t>
      </w:r>
      <w:r>
        <w:br/>
      </w:r>
      <w:r>
        <w:rPr>
          <w:sz w:val="20"/>
        </w:rPr>
        <w:t>1:03:37  unhon ne likha hai Allah taala ne behtareen qism behtareen qissa to yusuf alaihissalam ko bataya magar ibrahim alaihissalam ke baray mein kaha hai ke ibrahim alaihissalam ke maqam ko apna musalla banao is mein is mein kya raaz hai is ke baray mein bataen theek koi bhai samajh nahi kiya sawal hai yeh to koi sawal hi nahi hai bhai woh alag cheez hai woh alag cheez hai</w:t>
      </w:r>
    </w:p>
    <w:p>
      <w:pPr>
        <w:pStyle w:val="Heading2"/>
      </w:pPr>
      <w:r>
        <w:t>Prophet Ibrahim's training of Hajar and Ismail</w:t>
      </w:r>
    </w:p>
    <w:p>
      <w:r>
        <w:rPr>
          <w:color w:val="666666"/>
          <w:sz w:val="18"/>
        </w:rPr>
        <w:t>Divine Help February 09, 2014 Maulana Wahiduddin Khan · 2m 31s · at 48:21 · https://youtu.be/eJBjiYGZcKY?t=2901</w:t>
      </w:r>
    </w:p>
    <w:p>
      <w:r>
        <w:rPr>
          <w:i/>
        </w:rPr>
        <w:t>“How did Prophet Ibrahim train Hajar and Ismail in times of difficulties?”</w:t>
      </w:r>
    </w:p>
    <w:p>
      <w:r>
        <w:rPr>
          <w:sz w:val="20"/>
        </w:rPr>
        <w:t>48:21  Maulana agla sawal Chennai se hai.</w:t>
      </w:r>
      <w:r>
        <w:br/>
      </w:r>
      <w:r>
        <w:rPr>
          <w:sz w:val="20"/>
        </w:rPr>
        <w:t>48:26  Maulana Iqbal Umri ka.</w:t>
      </w:r>
      <w:r>
        <w:br/>
      </w:r>
      <w:r>
        <w:rPr>
          <w:sz w:val="20"/>
        </w:rPr>
        <w:t>48:32  Unhon ne likha hai: Maulana Ibrahim aleh salam ne Hajra aur Ismail ki tarbiyat kaise ki? Mushkilat mein</w:t>
      </w:r>
      <w:r>
        <w:br/>
      </w:r>
      <w:r>
        <w:rPr>
          <w:sz w:val="20"/>
        </w:rPr>
        <w:t>48:37  daal kar ya favor de kar? Maulana aaj mission ke liye kon si qurbani ki zaroorat hai? Is</w:t>
      </w:r>
      <w:r>
        <w:br/>
      </w:r>
      <w:r>
        <w:rPr>
          <w:sz w:val="20"/>
        </w:rPr>
        <w:t>48:43  ke bare mein batayein.</w:t>
      </w:r>
      <w:r>
        <w:br/>
      </w:r>
      <w:r>
        <w:rPr>
          <w:sz w:val="20"/>
        </w:rPr>
        <w:t>48:49  Dekhiye mushkilat mein daalne ki zaroorat nahi hai.</w:t>
      </w:r>
      <w:r>
        <w:br/>
      </w:r>
      <w:r>
        <w:rPr>
          <w:sz w:val="20"/>
        </w:rPr>
        <w:t>48:54  Laqad khalaqnal insana hafeeqan.</w:t>
      </w:r>
      <w:r>
        <w:br/>
      </w:r>
      <w:r>
        <w:rPr>
          <w:sz w:val="20"/>
        </w:rPr>
        <w:t>49:00  Mushkilat to apne aap aati hain.</w:t>
      </w:r>
      <w:r>
        <w:br/>
      </w:r>
      <w:r>
        <w:rPr>
          <w:sz w:val="20"/>
        </w:rPr>
        <w:t>49:05  Yeh to doosre log hain jo is ko favor dete hain.</w:t>
      </w:r>
      <w:r>
        <w:br/>
      </w:r>
      <w:r>
        <w:rPr>
          <w:sz w:val="20"/>
        </w:rPr>
        <w:t>49:11  Aap favor na diye to mushkilat hi ka process se guzre ga aadmi.</w:t>
      </w:r>
      <w:r>
        <w:br/>
      </w:r>
      <w:r>
        <w:rPr>
          <w:sz w:val="20"/>
        </w:rPr>
        <w:t>49:17  Laqad khalaqnal insana hafeeqan.</w:t>
      </w:r>
      <w:r>
        <w:br/>
      </w:r>
      <w:r>
        <w:rPr>
          <w:sz w:val="20"/>
        </w:rPr>
        <w:t>49:22  Insaan ko paida kiya Allah taala ne mushkilat mein, masail mein.</w:t>
      </w:r>
      <w:r>
        <w:br/>
      </w:r>
      <w:r>
        <w:rPr>
          <w:sz w:val="20"/>
        </w:rPr>
        <w:t>49:28  To buri cheez yeh hai ke log favor dete hain apne bachon ko aur balkeh poori poori yani</w:t>
      </w:r>
      <w:r>
        <w:br/>
      </w:r>
      <w:r>
        <w:rPr>
          <w:sz w:val="20"/>
        </w:rPr>
        <w:t>49:33  jo aaj kal jo hai Muslim empowerment.</w:t>
      </w:r>
      <w:r>
        <w:br/>
      </w:r>
      <w:r>
        <w:rPr>
          <w:sz w:val="20"/>
        </w:rPr>
        <w:t>49:39  Muslim empowerment kya hai? Musalmanon ko favor dena.</w:t>
      </w:r>
      <w:r>
        <w:br/>
      </w:r>
      <w:r>
        <w:rPr>
          <w:sz w:val="20"/>
        </w:rPr>
        <w:t>49:45  Main Muslim empowerment ke sakht tor par khilaf hoon.</w:t>
      </w:r>
      <w:r>
        <w:br/>
      </w:r>
      <w:r>
        <w:rPr>
          <w:sz w:val="20"/>
        </w:rPr>
        <w:t>49:50  Yeh musalmanon ke sath dushmani hai.</w:t>
      </w:r>
      <w:r>
        <w:br/>
      </w:r>
      <w:r>
        <w:rPr>
          <w:sz w:val="20"/>
        </w:rPr>
        <w:t>49:56  Musalmanon ko halaat ke challenge ka muqabla karne dijiye.</w:t>
      </w:r>
      <w:r>
        <w:br/>
      </w:r>
      <w:r>
        <w:rPr>
          <w:sz w:val="20"/>
        </w:rPr>
        <w:t>50:01  musalmanon ko halaat ke challenge ka muqabla karne dijiye taake un ke potential jaagay.</w:t>
      </w:r>
      <w:r>
        <w:br/>
      </w:r>
      <w:r>
        <w:rPr>
          <w:sz w:val="20"/>
        </w:rPr>
        <w:t>50:07  un ka jo andar jo quality Allah ne rakhi hai woh khulay.</w:t>
      </w:r>
      <w:r>
        <w:br/>
      </w:r>
      <w:r>
        <w:rPr>
          <w:sz w:val="20"/>
        </w:rPr>
        <w:t>50:13  to chahe maa baap ka ghar mein jo favor dete hain apne bachon ko woh ho ya hamare</w:t>
      </w:r>
      <w:r>
        <w:br/>
      </w:r>
      <w:r>
        <w:rPr>
          <w:sz w:val="20"/>
        </w:rPr>
        <w:t>50:18  leader jo musalmanon ko muslim empowerment ka favor de rahe hain yeh sab bilkul hi ghair fitri hai</w:t>
      </w:r>
      <w:r>
        <w:br/>
      </w:r>
      <w:r>
        <w:rPr>
          <w:sz w:val="20"/>
        </w:rPr>
        <w:t>50:24  aur be natija hai.</w:t>
      </w:r>
      <w:r>
        <w:br/>
      </w:r>
      <w:r>
        <w:rPr>
          <w:sz w:val="20"/>
        </w:rPr>
        <w:t>50:29  koi is ka natija nikalne wala nahi hai.</w:t>
      </w:r>
      <w:r>
        <w:br/>
      </w:r>
      <w:r>
        <w:rPr>
          <w:sz w:val="20"/>
        </w:rPr>
        <w:t>50:35  bas halaat mein un ko halaat apne aap challenge khara karte hain.</w:t>
      </w:r>
      <w:r>
        <w:br/>
      </w:r>
      <w:r>
        <w:rPr>
          <w:sz w:val="20"/>
        </w:rPr>
        <w:t>50:41  un ko halaat mein ka jo challenge pesh aaye hain un ko muqabla karne dijiye.</w:t>
      </w:r>
      <w:r>
        <w:br/>
      </w:r>
      <w:r>
        <w:rPr>
          <w:sz w:val="20"/>
        </w:rPr>
        <w:t>50:46  un ki salahiyaten apne aap unfold hongi.</w:t>
      </w:r>
    </w:p>
    <w:p>
      <w:pPr>
        <w:pStyle w:val="Heading2"/>
      </w:pPr>
      <w:r>
        <w:t>Explanation of Quran 2:258 about Abraham</w:t>
      </w:r>
    </w:p>
    <w:p>
      <w:r>
        <w:rPr>
          <w:color w:val="666666"/>
          <w:sz w:val="18"/>
        </w:rPr>
        <w:t>Reason and Faith July 10, 2016 · 3m 12s · at 1:11:15 · https://youtu.be/axR4I5yv29E?t=4275</w:t>
      </w:r>
    </w:p>
    <w:p>
      <w:r>
        <w:rPr>
          <w:i/>
        </w:rPr>
        <w:t>“Please explain the verse in Quran 2:258 where Abraham says 'My Lord is the one who gives life and causes death' and the other says 'I give life and cause death'.”</w:t>
      </w:r>
    </w:p>
    <w:p>
      <w:r>
        <w:rPr>
          <w:sz w:val="20"/>
        </w:rPr>
        <w:t>1:11:15  Maulana, agla sawal Chogle Sahab ne kiya hai, Mumbai se, aur unhon ne Quran ka reference diya hai,</w:t>
      </w:r>
      <w:r>
        <w:br/>
      </w:r>
      <w:r>
        <w:rPr>
          <w:sz w:val="20"/>
        </w:rPr>
        <w:t>1:11:21  chapter 2, verse number 258, jis mein aaya hai when Abraham said my Lord is the one who</w:t>
      </w:r>
      <w:r>
        <w:br/>
      </w:r>
      <w:r>
        <w:rPr>
          <w:sz w:val="20"/>
        </w:rPr>
        <w:t>1:11:27  gives life and causes death he said I give life and cause death Abraham said indeed Allah brings</w:t>
      </w:r>
      <w:r>
        <w:br/>
      </w:r>
      <w:r>
        <w:rPr>
          <w:sz w:val="20"/>
        </w:rPr>
        <w:t>1:11:34  up the sun from the east so bring it up from the west so the disbeliever was overwhelmed</w:t>
      </w:r>
      <w:r>
        <w:br/>
      </w:r>
      <w:r>
        <w:rPr>
          <w:sz w:val="20"/>
        </w:rPr>
        <w:t>1:11:40  Maulana Sahab doesn't this suggest that debate is also a type of da'wa jab adopted peacefully mein is</w:t>
      </w:r>
      <w:r>
        <w:br/>
      </w:r>
      <w:r>
        <w:rPr>
          <w:sz w:val="20"/>
        </w:rPr>
        <w:t>1:11:46  ko gunah samajhta hoon ke paighambar ko debater kaha jaye.</w:t>
      </w:r>
      <w:r>
        <w:br/>
      </w:r>
      <w:r>
        <w:rPr>
          <w:sz w:val="20"/>
        </w:rPr>
        <w:t>1:11:52  Logon ko darna chahiye ke Allah Ta'ala ki pakar na jayein.</w:t>
      </w:r>
      <w:r>
        <w:br/>
      </w:r>
      <w:r>
        <w:rPr>
          <w:sz w:val="20"/>
        </w:rPr>
        <w:t>1:11:59  Woh yeh to da'wati baat cheet hai.</w:t>
      </w:r>
      <w:r>
        <w:br/>
      </w:r>
      <w:r>
        <w:rPr>
          <w:sz w:val="20"/>
        </w:rPr>
        <w:t>1:12:05  Yeh debate kahan se hai? Yeh da'wati baat cheet hai, da'wati dialogue hai.</w:t>
      </w:r>
      <w:r>
        <w:br/>
      </w:r>
      <w:r>
        <w:rPr>
          <w:sz w:val="20"/>
        </w:rPr>
        <w:t>1:12:11  Debate ko jo log samajhte hain ke da'wat, mujhe shakk andaza hai ke woh Allah ka pakre jayein ge.</w:t>
      </w:r>
      <w:r>
        <w:br/>
      </w:r>
      <w:r>
        <w:rPr>
          <w:sz w:val="20"/>
        </w:rPr>
        <w:t>1:12:17  Maulana, Dhampur se Ahmad Fouad Sahab ne sawal kiya hai.</w:t>
      </w:r>
      <w:r>
        <w:br/>
      </w:r>
      <w:r>
        <w:rPr>
          <w:sz w:val="20"/>
        </w:rPr>
        <w:t>1:12:24  Unhon ne kaha hai ke in Quran it is mentioned and whoever desires other than Islam as religion</w:t>
      </w:r>
      <w:r>
        <w:br/>
      </w:r>
      <w:r>
        <w:rPr>
          <w:sz w:val="20"/>
        </w:rPr>
        <w:t>1:12:30  never will it be accepted from him and he in the hereafter will be among the losers Maulana</w:t>
      </w:r>
      <w:r>
        <w:br/>
      </w:r>
      <w:r>
        <w:rPr>
          <w:sz w:val="20"/>
        </w:rPr>
        <w:t>1:12:36  Sahab doesn't this آیت reflect the supremacy of Islam over other religions?</w:t>
      </w:r>
      <w:r>
        <w:br/>
      </w:r>
      <w:r>
        <w:rPr>
          <w:sz w:val="20"/>
        </w:rPr>
        <w:t>1:12:43  How to understand this verse better dekhein, supremacy ek alag cheez hai aur jo baat is mein hai</w:t>
      </w:r>
      <w:r>
        <w:br/>
      </w:r>
      <w:r>
        <w:rPr>
          <w:sz w:val="20"/>
        </w:rPr>
        <w:t>1:12:48  woh alag cheez hai.</w:t>
      </w:r>
      <w:r>
        <w:br/>
      </w:r>
      <w:r>
        <w:rPr>
          <w:sz w:val="20"/>
        </w:rPr>
        <w:t>1:12:54  Is ka ta'alluq salvation se hai, nijat.</w:t>
      </w:r>
      <w:r>
        <w:br/>
      </w:r>
      <w:r>
        <w:rPr>
          <w:sz w:val="20"/>
        </w:rPr>
        <w:t>1:12:59  Aap dictionary mein dekh lijiye ke salvation ke kya ma'ni hote hain aur superiority ke kya ma'ni hote hain.</w:t>
      </w:r>
      <w:r>
        <w:br/>
      </w:r>
      <w:r>
        <w:rPr>
          <w:sz w:val="20"/>
        </w:rPr>
        <w:t>1:13:05  aap yahood ke haan yeh lafz tha Jewish supremacism ab wahi ho gaya hai Muslim supremacy.</w:t>
      </w:r>
      <w:r>
        <w:br/>
      </w:r>
      <w:r>
        <w:rPr>
          <w:sz w:val="20"/>
        </w:rPr>
        <w:t>1:13:11  aap kitabon mein parhiye, internet par dekhiye to aap ko mil jayegi is ki detail.</w:t>
      </w:r>
      <w:r>
        <w:br/>
      </w:r>
      <w:r>
        <w:rPr>
          <w:sz w:val="20"/>
        </w:rPr>
        <w:t>1:13:16  woh alag cheez hai, woh alag cheez hai.</w:t>
      </w:r>
      <w:r>
        <w:br/>
      </w:r>
      <w:r>
        <w:rPr>
          <w:sz w:val="20"/>
        </w:rPr>
        <w:t>1:13:22  Okay, so we will end this session now.</w:t>
      </w:r>
      <w:r>
        <w:br/>
      </w:r>
      <w:r>
        <w:rPr>
          <w:sz w:val="20"/>
        </w:rPr>
        <w:t>1:13:28  We will be back next Sunday same time. Keep watching CPS International. Thank you.</w:t>
      </w:r>
    </w:p>
    <w:p>
      <w:pPr>
        <w:pStyle w:val="Heading2"/>
      </w:pPr>
      <w:r>
        <w:t>Explanation of Prophet Ibrahim's saying on reward</w:t>
      </w:r>
    </w:p>
    <w:p>
      <w:r>
        <w:rPr>
          <w:color w:val="666666"/>
          <w:sz w:val="18"/>
        </w:rPr>
        <w:t>Age of Consumerism January 6, 2013 · 2m 58s · at 1:32:09 · https://youtu.be/zJRZ1OKUhgA?t=5529</w:t>
      </w:r>
    </w:p>
    <w:p>
      <w:r>
        <w:rPr>
          <w:i/>
        </w:rPr>
        <w:t>“I heard a great scholar give a speech about Muslim culture. At the end, he quoted Prophet Ibrahim: 'O my people! I do not ask any reward from you, my reward is with Allah.' Please explain the meaning.”</w:t>
      </w:r>
    </w:p>
    <w:p>
      <w:r>
        <w:rPr>
          <w:sz w:val="20"/>
        </w:rPr>
        <w:t>1:32:09  maulana, yeh sawal dilli se hai, shah imran hasan sahib ka. unhon ne likha hai: "ek bade aalim deen ki maine taqreer suni.</w:t>
      </w:r>
      <w:r>
        <w:br/>
      </w:r>
      <w:r>
        <w:rPr>
          <w:sz w:val="20"/>
        </w:rPr>
        <w:t>1:32:18  yeh taqreer muslim culture ke upar thi. aakhir mein unhon ne hazrat ibrahim ki yeh baat kahi ke 'ae meri qaum!</w:t>
      </w:r>
      <w:r>
        <w:br/>
      </w:r>
      <w:r>
        <w:rPr>
          <w:sz w:val="20"/>
        </w:rPr>
        <w:t>1:32:29  main tum se koi ajr nahi mangta, mera ajr to Allah ke paas hai.'</w:t>
      </w:r>
      <w:r>
        <w:br/>
      </w:r>
      <w:r>
        <w:rPr>
          <w:sz w:val="20"/>
        </w:rPr>
        <w:t>1:32:36  " maulana sahib, mera sawal yeh hai ke is tarah ki cultural taqreer ke baad is ko quran se jodna kaisa hai?</w:t>
      </w:r>
      <w:r>
        <w:br/>
      </w:r>
      <w:r>
        <w:rPr>
          <w:sz w:val="20"/>
        </w:rPr>
        <w:t>1:32:51  cultural jo musalmanon ka zehan hai, cultural identity yani shanakht, woh to ek milli yani milli mamla hai, millat ka mamla hai.</w:t>
      </w:r>
      <w:r>
        <w:br/>
      </w:r>
      <w:r>
        <w:rPr>
          <w:sz w:val="20"/>
        </w:rPr>
        <w:t>1:33:06  musalman is zamane mein bohat zyada baatein karte hain shanakht ki, identity ki. woh ek milli masla hai. woh hazrat ibrahim ka jo waqea hai ya doosre paighambaron ka, woh daai ka culture hai ke daai jin logon mein daryaaon mein kaam karta hai, un se un se chanda mangna, un se faida uthana, yeh is ka mizaj nahi hota hai.</w:t>
      </w:r>
      <w:r>
        <w:br/>
      </w:r>
      <w:r>
        <w:rPr>
          <w:sz w:val="20"/>
        </w:rPr>
        <w:t>1:33:30  woh woh to yak tarafah tor par apni baat tak pahunchane ki koshish karta hai. woh</w:t>
      </w:r>
      <w:r>
        <w:br/>
      </w:r>
      <w:r>
        <w:rPr>
          <w:sz w:val="20"/>
        </w:rPr>
        <w:t>1:33:36  is ko jo is ko lena hai, woh Allah se umeed rakhta hai. is ke liye woh baqi jo madu log hain, un se is kisi maadi cheez ki umeed de kar nahi kaam karta.</w:t>
      </w:r>
      <w:r>
        <w:br/>
      </w:r>
      <w:r>
        <w:rPr>
          <w:sz w:val="20"/>
        </w:rPr>
        <w:t>1:33:47  woh kuch nahi. to woh woh wahan par dawat culture ki baat hai, woh milli culture ki baat nahi hai.</w:t>
      </w:r>
      <w:r>
        <w:br/>
      </w:r>
      <w:r>
        <w:rPr>
          <w:sz w:val="20"/>
        </w:rPr>
        <w:t>1:33:55  donon alag cheezein hain. milli culture to ek qaumi cheez hai, qaumi. ab woh to ek dawti cheez hai, bohat oonchi oonchi baat hai. woh woh alag hai, woh alag hai.</w:t>
      </w:r>
      <w:r>
        <w:br/>
      </w:r>
      <w:r>
        <w:rPr>
          <w:sz w:val="20"/>
        </w:rPr>
        <w:t>1:34:07  okay, we we'll end the session now. thank you.</w:t>
      </w:r>
    </w:p>
    <w:p>
      <w:pPr>
        <w:pStyle w:val="Heading1"/>
      </w:pPr>
      <w:r>
        <w:t>In the lectures (2)</w:t>
      </w:r>
    </w:p>
    <w:p>
      <w:pPr>
        <w:pStyle w:val="Heading2"/>
      </w:pPr>
      <w:r>
        <w:t>Chapter 14  Ibrahim (Abraham) - Maulana Wahiduddin Khan</w:t>
      </w:r>
    </w:p>
    <w:p>
      <w:r>
        <w:rPr>
          <w:color w:val="666666"/>
          <w:sz w:val="18"/>
        </w:rPr>
        <w:t>0:01 · https://youtu.be/u8KpFuYL9p8?t=1</w:t>
      </w:r>
    </w:p>
    <w:p>
      <w:r>
        <w:rPr>
          <w:i/>
        </w:rPr>
        <w:t>“بسم اللہ الرحمن الرحیم۔ الف لام راء۔ کتاب انزلناہ الیک لتخرج الناس من الظلمات الى النور باذن ربهم الى صراط العزيز الحمید۔ اللہ الذي له”</w:t>
      </w:r>
    </w:p>
    <w:p>
      <w:pPr>
        <w:pStyle w:val="Heading2"/>
      </w:pPr>
      <w:r>
        <w:t>An Introduction to the Quran July 24, 2007</w:t>
      </w:r>
    </w:p>
    <w:p>
      <w:r>
        <w:rPr>
          <w:color w:val="666666"/>
          <w:sz w:val="18"/>
        </w:rPr>
        <w:t>30:59 · https://youtu.be/e7mc7FO5LwI?t=1859</w:t>
      </w:r>
    </w:p>
    <w:p>
      <w:r>
        <w:rPr>
          <w:i/>
        </w:rPr>
        <w:t>“Let us take Prophet Ibrahim.”</w:t>
      </w:r>
    </w:p>
    <w:p>
      <w:pPr>
        <w:pStyle w:val="Heading1"/>
      </w:pPr>
      <w:r>
        <w:t>Clips (0)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