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Iqbal</w:t>
      </w:r>
    </w:p>
    <w:p>
      <w:r>
        <w:rPr>
          <w:sz w:val="18"/>
        </w:rPr>
        <w:t>Q&amp;A, lecture moments and clips · full transcripts with timestamps · exported 2026-09-21</w:t>
      </w:r>
    </w:p>
    <w:p>
      <w:pPr>
        <w:pStyle w:val="Heading1"/>
      </w:pPr>
      <w:r>
        <w:t>Maulana was asked (1)</w:t>
      </w:r>
    </w:p>
    <w:p>
      <w:pPr>
        <w:pStyle w:val="Heading2"/>
      </w:pPr>
      <w:r>
        <w:t>Question from Maulana Iqbal Umari</w:t>
      </w:r>
    </w:p>
    <w:p>
      <w:r>
        <w:rPr>
          <w:color w:val="666666"/>
          <w:sz w:val="18"/>
        </w:rPr>
        <w:t>Hadith Word of Wisdom August 31, 2014 · 4m 50s · at 1:00:08 · https://youtu.be/fv4eRJRe8dk?t=3608</w:t>
      </w:r>
    </w:p>
    <w:p>
      <w:r>
        <w:rPr>
          <w:sz w:val="20"/>
        </w:rPr>
        <w:t>1:00:08  Maulana, agla sawal lene se pehle ek comment parhna chahenge jo Dr. Safeena Tabassum ne Ajmer se bheja hai.</w:t>
      </w:r>
      <w:r>
        <w:br/>
      </w:r>
      <w:r>
        <w:rPr>
          <w:sz w:val="20"/>
        </w:rPr>
        <w:t>1:00:14  unhon ne likha hai ke "Maulana sahib, aaj ke lecture se yeh baat clear ho gayi ke zamanay</w:t>
      </w:r>
      <w:r>
        <w:br/>
      </w:r>
      <w:r>
        <w:rPr>
          <w:sz w:val="20"/>
        </w:rPr>
        <w:t>1:00:19  ki ba-khabari momin ke liye kitni zaroori hai." Maulana, agla sawal aaya hai Chennai se Maulana Iqbal Umri</w:t>
      </w:r>
      <w:r>
        <w:br/>
      </w:r>
      <w:r>
        <w:rPr>
          <w:sz w:val="20"/>
        </w:rPr>
        <w:t>1:00:25  ka, aur unhon ne likha hai ke "Maulana, ek sahib ne kaha ke Musalmanon mein ittehad sirf khilafat</w:t>
      </w:r>
      <w:r>
        <w:br/>
      </w:r>
      <w:r>
        <w:rPr>
          <w:sz w:val="20"/>
        </w:rPr>
        <w:t>1:00:30  ki barkat se hi aa sakta hai.</w:t>
      </w:r>
      <w:r>
        <w:br/>
      </w:r>
      <w:r>
        <w:rPr>
          <w:sz w:val="20"/>
        </w:rPr>
        <w:t>1:00:36  Maulana, Musalman kyun, kyun khilafat ki khush fehmi mein hain? Aur yeh bhi kehte hain ke ek na</w:t>
      </w:r>
      <w:r>
        <w:br/>
      </w:r>
      <w:r>
        <w:rPr>
          <w:sz w:val="20"/>
        </w:rPr>
        <w:t>1:00:41  ek din khilafat zaroor aaye gi." Dekhen, khilafat ka lafz jo hai, yeh ek, ek bid'ati lafz hai.</w:t>
      </w:r>
      <w:r>
        <w:br/>
      </w:r>
      <w:r>
        <w:rPr>
          <w:sz w:val="20"/>
        </w:rPr>
        <w:t>1:00:47  ab baat karta hoon mein, yeh samajh lijiye, is ko logon ne Islami samajh rakha hai na? Yeh</w:t>
      </w:r>
      <w:r>
        <w:br/>
      </w:r>
      <w:r>
        <w:rPr>
          <w:sz w:val="20"/>
        </w:rPr>
        <w:t>1:00:53  bad'ati lafz hai, mubtadiyana lafz hai.</w:t>
      </w:r>
      <w:r>
        <w:br/>
      </w:r>
      <w:r>
        <w:rPr>
          <w:sz w:val="20"/>
        </w:rPr>
        <w:t>1:00:58  dekhen, chaar hamare haan maane hue mustanad hain: Hazrat Abu Bakr, Hazrat Umar, Hazrat Usman, Hazrat Ali.</w:t>
      </w:r>
      <w:r>
        <w:br/>
      </w:r>
      <w:r>
        <w:rPr>
          <w:sz w:val="20"/>
        </w:rPr>
        <w:t>1:01:04  un ke zamane mein khaleefa ka lafz tha hi nahin, amirul momineen kaha jata tha.</w:t>
      </w:r>
      <w:r>
        <w:br/>
      </w:r>
      <w:r>
        <w:rPr>
          <w:sz w:val="20"/>
        </w:rPr>
        <w:t>1:01:09  amirul momineen, yani tareekh ke mutabiq, un chaaron mein se kisi ko khaleefa nahin kaha jata, amirul momineen kaha jata tha.</w:t>
      </w:r>
      <w:r>
        <w:br/>
      </w:r>
      <w:r>
        <w:rPr>
          <w:sz w:val="20"/>
        </w:rPr>
        <w:t>1:01:15  khilafat ka lafz nikala hai banu umiya ke zamane mein, us ko, yani unhon ne, unhon ne apne</w:t>
      </w:r>
      <w:r>
        <w:br/>
      </w:r>
      <w:r>
        <w:rPr>
          <w:sz w:val="20"/>
        </w:rPr>
        <w:t>1:01:21  ko dynasty mein tabdeel kar diya, khandANI hukumat.</w:t>
      </w:r>
      <w:r>
        <w:br/>
      </w:r>
      <w:r>
        <w:rPr>
          <w:sz w:val="20"/>
        </w:rPr>
        <w:t>1:01:26  to apni khandANI hukumat ko legitimize karne ke liye unhon ne khilafat ka lafz chala diya.</w:t>
      </w:r>
      <w:r>
        <w:br/>
      </w:r>
      <w:r>
        <w:rPr>
          <w:sz w:val="20"/>
        </w:rPr>
        <w:t>1:01:32  to khilafat to dynasty ke zamane mein, yani khandANI hukumat ke zamane mein, us ko, us ko muqaddam</w:t>
      </w:r>
      <w:r>
        <w:br/>
      </w:r>
      <w:r>
        <w:rPr>
          <w:sz w:val="20"/>
        </w:rPr>
        <w:t>1:01:37  banane ke liye istemal kiya unhon ne.</w:t>
      </w:r>
      <w:r>
        <w:br/>
      </w:r>
      <w:r>
        <w:rPr>
          <w:sz w:val="20"/>
        </w:rPr>
        <w:t>1:01:43  ab woh chal pada, warna khaleefa ka lafz koi islami lafz nahin hai.</w:t>
      </w:r>
      <w:r>
        <w:br/>
      </w:r>
      <w:r>
        <w:rPr>
          <w:sz w:val="20"/>
        </w:rPr>
        <w:t>1:01:48  agar islami lafz hota to chaaron jo shakhsiyaten hain: Hazrat Abu Bakr, Hazrat Umar, Hazrat Usman, Hazrat Ali, un</w:t>
      </w:r>
      <w:r>
        <w:br/>
      </w:r>
      <w:r>
        <w:rPr>
          <w:sz w:val="20"/>
        </w:rPr>
        <w:t>1:01:54  ke zamane mein yeh lafz istemal hota.</w:t>
      </w:r>
      <w:r>
        <w:br/>
      </w:r>
      <w:r>
        <w:rPr>
          <w:sz w:val="20"/>
        </w:rPr>
        <w:t>1:02:00  ek hadith ko log samajhte hain, woh jo hadith hai ke "alaykum bi sunnati wa sunnati al-khulafai al-rashidin", is mein khulafa</w:t>
      </w:r>
      <w:r>
        <w:br/>
      </w:r>
      <w:r>
        <w:rPr>
          <w:sz w:val="20"/>
        </w:rPr>
        <w:t>1:02:05  se murad political khulafa hargiz nahin hain.</w:t>
      </w:r>
      <w:r>
        <w:br/>
      </w:r>
      <w:r>
        <w:rPr>
          <w:sz w:val="20"/>
        </w:rPr>
        <w:t>1:02:11  yeh bhi samajh lijiye, is hadith mein khulafa se murad political khulafa nahin hain, balke mere ashaab jo</w:t>
      </w:r>
      <w:r>
        <w:br/>
      </w:r>
      <w:r>
        <w:rPr>
          <w:sz w:val="20"/>
        </w:rPr>
        <w:t>1:02:16  mere rastay par chale, woh murad hain.</w:t>
      </w:r>
      <w:r>
        <w:br/>
      </w:r>
      <w:r>
        <w:rPr>
          <w:sz w:val="20"/>
        </w:rPr>
        <w:t>1:02:22  to khilafat to mubtadiyana lafz hai mere nazdeek.</w:t>
      </w:r>
      <w:r>
        <w:br/>
      </w:r>
      <w:r>
        <w:rPr>
          <w:sz w:val="20"/>
        </w:rPr>
        <w:t>1:02:28  aur doosri baat yeh hai ke khilafat ke zamane mein hamesha ladaaiyan jari rahi hain.</w:t>
      </w:r>
      <w:r>
        <w:br/>
      </w:r>
      <w:r>
        <w:rPr>
          <w:sz w:val="20"/>
        </w:rPr>
        <w:t>1:02:33  kabhi bhi aisa nahin hua ke khilafat ke zamane mein ladaaiyan na hon.</w:t>
      </w:r>
      <w:r>
        <w:br/>
      </w:r>
      <w:r>
        <w:rPr>
          <w:sz w:val="20"/>
        </w:rPr>
        <w:t>1:02:39  poora hazar saal tak ladaaiyon se bhara hua hai, har jagah ladai.</w:t>
      </w:r>
      <w:r>
        <w:br/>
      </w:r>
      <w:r>
        <w:rPr>
          <w:sz w:val="20"/>
        </w:rPr>
        <w:t>1:02:44  to kya khilafat se ittehad aata hai? kaun si tareekh batati hai aap ko? woh kaun si tareekh</w:t>
      </w:r>
      <w:r>
        <w:br/>
      </w:r>
      <w:r>
        <w:rPr>
          <w:sz w:val="20"/>
        </w:rPr>
        <w:t>1:02:50  batati hai jis mein khilafat se ittehad aa gaya? main aap ko naam munaam karne ki zaroorat nahin</w:t>
      </w:r>
      <w:r>
        <w:br/>
      </w:r>
      <w:r>
        <w:rPr>
          <w:sz w:val="20"/>
        </w:rPr>
        <w:t>1:02:56  hai, lekin jang-e-siffin aur jang-e-jamal se le kar ke aakhir waqt tak sab ladaaiyan jari rahin.</w:t>
      </w:r>
      <w:r>
        <w:br/>
      </w:r>
      <w:r>
        <w:rPr>
          <w:sz w:val="20"/>
        </w:rPr>
        <w:t>1:03:01  aakhri zamane mein khilafat-e-turki jo hai, us se arabon se ladai jari thi yahan tak ke toot</w:t>
      </w:r>
      <w:r>
        <w:br/>
      </w:r>
      <w:r>
        <w:rPr>
          <w:sz w:val="20"/>
        </w:rPr>
        <w:t>1:03:07  gaya khilafat ka zamana.</w:t>
      </w:r>
      <w:r>
        <w:br/>
      </w:r>
      <w:r>
        <w:rPr>
          <w:sz w:val="20"/>
        </w:rPr>
        <w:t>1:03:12  mughlon ke zamane mein ladai, yaani kaun si? mujhe bataiye, kaun si khilafat hai? ispain mein aath suo</w:t>
      </w:r>
      <w:r>
        <w:br/>
      </w:r>
      <w:r>
        <w:rPr>
          <w:sz w:val="20"/>
        </w:rPr>
        <w:t>1:03:18  saal tak wahan se ladte rahe log.</w:t>
      </w:r>
      <w:r>
        <w:br/>
      </w:r>
      <w:r>
        <w:rPr>
          <w:sz w:val="20"/>
        </w:rPr>
        <w:t>1:03:23  yeh kaun si khilafat hai jis ke zamane mein log mutahid ho gaye the? dekhiye, yaad rakhiye, ittehad</w:t>
      </w:r>
      <w:r>
        <w:br/>
      </w:r>
      <w:r>
        <w:rPr>
          <w:sz w:val="20"/>
        </w:rPr>
        <w:t>1:03:29  ka talluq kisi siyasi iqtadar se nahi hai.</w:t>
      </w:r>
      <w:r>
        <w:br/>
      </w:r>
      <w:r>
        <w:rPr>
          <w:sz w:val="20"/>
        </w:rPr>
        <w:t>1:03:35  ittehad zehni halat ka naam hai.</w:t>
      </w:r>
      <w:r>
        <w:br/>
      </w:r>
      <w:r>
        <w:rPr>
          <w:sz w:val="20"/>
        </w:rPr>
        <w:t>1:03:40  aap zehni aitbar se aap zyada samajhdar hon to aap mutahid rahenge.</w:t>
      </w:r>
      <w:r>
        <w:br/>
      </w:r>
      <w:r>
        <w:rPr>
          <w:sz w:val="20"/>
        </w:rPr>
        <w:t>1:03:46  ittehad ka talluq zehni, yaani taleem se, tarbiyat se, zehni irtqa se hai.</w:t>
      </w:r>
      <w:r>
        <w:br/>
      </w:r>
      <w:r>
        <w:rPr>
          <w:sz w:val="20"/>
        </w:rPr>
        <w:t>1:03:51  party se iska koi matlab nahi.</w:t>
      </w:r>
      <w:r>
        <w:br/>
      </w:r>
      <w:r>
        <w:rPr>
          <w:sz w:val="20"/>
        </w:rPr>
        <w:t>1:03:57  yaani india mein aap dekhen ke musalman aapas mein ladte rahe.</w:t>
      </w:r>
      <w:r>
        <w:br/>
      </w:r>
      <w:r>
        <w:rPr>
          <w:sz w:val="20"/>
        </w:rPr>
        <w:t>1:04:03  mughal jo musalman the, unki ladai hoti rahi.</w:t>
      </w:r>
      <w:r>
        <w:br/>
      </w:r>
      <w:r>
        <w:rPr>
          <w:sz w:val="20"/>
        </w:rPr>
        <w:t>1:04:08  deccan ke jo salateen the, muslim salateen se mughlon ki ladai, dono musalman the.</w:t>
      </w:r>
      <w:r>
        <w:br/>
      </w:r>
      <w:r>
        <w:rPr>
          <w:sz w:val="20"/>
        </w:rPr>
        <w:t>1:04:14  kahan ittehad hai? yeh to bilkul ek khayali baat hai ke khilafat se ittehad aata hai.</w:t>
      </w:r>
      <w:r>
        <w:br/>
      </w:r>
      <w:r>
        <w:rPr>
          <w:sz w:val="20"/>
        </w:rPr>
        <w:t>1:04:19  to maine do baatein arz keen ke khilafat khud ek mubtadiana tasawwur hai.</w:t>
      </w:r>
      <w:r>
        <w:br/>
      </w:r>
      <w:r>
        <w:rPr>
          <w:sz w:val="20"/>
        </w:rPr>
        <w:t>1:04:25  bano umiya ke zamane mein jo unhone khandANI hukumat bana li thi, jis ko kehte hain dynasty,</w:t>
      </w:r>
      <w:r>
        <w:br/>
      </w:r>
      <w:r>
        <w:rPr>
          <w:sz w:val="20"/>
        </w:rPr>
        <w:t>1:04:31  to is ko legitimize karne ke liye unhone khilafat ka lafz chalaya.</w:t>
      </w:r>
      <w:r>
        <w:br/>
      </w:r>
      <w:r>
        <w:rPr>
          <w:sz w:val="20"/>
        </w:rPr>
        <w:t>1:04:36  aur doosri baat yeh hai ke koi tareekh aap nahi bata sakte jabke jo zamana tha usmani saltanat'on</w:t>
      </w:r>
      <w:r>
        <w:br/>
      </w:r>
      <w:r>
        <w:rPr>
          <w:sz w:val="20"/>
        </w:rPr>
        <w:t>1:04:42  ka, jis ko woh khilafat kehte the, ke wahan par ittehad raha ho.</w:t>
      </w:r>
      <w:r>
        <w:br/>
      </w:r>
      <w:r>
        <w:rPr>
          <w:sz w:val="20"/>
        </w:rPr>
        <w:t>1:04:47  khoob ladaiyan huin, khoob khoonrezian huin.</w:t>
      </w:r>
      <w:r>
        <w:br/>
      </w:r>
      <w:r>
        <w:rPr>
          <w:sz w:val="20"/>
        </w:rPr>
        <w:t>1:04:53  yeh to, yeh to ek farzi baat hai.</w:t>
      </w:r>
    </w:p>
    <w:p>
      <w:pPr>
        <w:pStyle w:val="Heading1"/>
      </w:pPr>
      <w:r>
        <w:t>In the lectures (10)</w:t>
      </w:r>
    </w:p>
    <w:p>
      <w:pPr>
        <w:pStyle w:val="Heading2"/>
      </w:pPr>
      <w:r>
        <w:t>Lesson from History August 7, 2016</w:t>
      </w:r>
    </w:p>
    <w:p>
      <w:r>
        <w:rPr>
          <w:color w:val="666666"/>
          <w:sz w:val="18"/>
        </w:rPr>
        <w:t>47:38 · https://youtu.be/MVqLH4w7D48?t=2858</w:t>
      </w:r>
    </w:p>
    <w:p>
      <w:r>
        <w:rPr>
          <w:i/>
        </w:rPr>
        <w:t>“۔ دی ویورز ار ریکویسٹڈ ٹو سینڈ دیر کویسچنز ایٹ انفو ایٹ سی پی ایس گلوبل ڈاٹ او ار جی۔ مولانا دس فرسٹ کویسچن ہیز کم فرام التمش خان فرام مہاراشٹر اینڈ ہی اسک یو مولانا ائی ایم ا ٹیچر بٹ ویئر ائی ورک دیر از ال اراؤنڈ ہندو اینڈ ائی وانٹ ٹو سٹارٹ دعوی”</w:t>
      </w:r>
    </w:p>
    <w:p>
      <w:pPr>
        <w:pStyle w:val="Heading2"/>
      </w:pPr>
      <w:r>
        <w:t>Peace and Interfaith Harmony | July 16, 2017 | Maulana Wahiduddin Khan</w:t>
      </w:r>
    </w:p>
    <w:p>
      <w:r>
        <w:rPr>
          <w:color w:val="666666"/>
          <w:sz w:val="18"/>
        </w:rPr>
        <w:t>40:42 · https://youtu.be/XLH-VYfueK4?t=2442</w:t>
      </w:r>
    </w:p>
    <w:p>
      <w:r>
        <w:rPr>
          <w:i/>
        </w:rPr>
        <w:t>“Maulana, this question has come from Iqbal Umri from Chennai. He has written, "Is material interest or religious interest demolish peace and harmony?" I do not believe what demolishes the peace and harmony is Gulu, extremism.”</w:t>
      </w:r>
    </w:p>
    <w:p>
      <w:pPr>
        <w:pStyle w:val="Heading2"/>
      </w:pPr>
      <w:r>
        <w:t>The Age of Deceiving Philosophies I 21 June 2009</w:t>
      </w:r>
    </w:p>
    <w:p>
      <w:r>
        <w:rPr>
          <w:color w:val="666666"/>
          <w:sz w:val="18"/>
        </w:rPr>
        <w:t>1:25:00 · https://youtu.be/RZCs_8AtCTM?t=5100</w:t>
      </w:r>
    </w:p>
    <w:p>
      <w:r>
        <w:rPr>
          <w:i/>
        </w:rPr>
        <w:t>“This question is from Mr. Navid Iqbal from Delhi.”</w:t>
      </w:r>
    </w:p>
    <w:p>
      <w:pPr>
        <w:pStyle w:val="Heading2"/>
      </w:pPr>
      <w:r>
        <w:t>Living in Falsehood 25 Jan 2009</w:t>
      </w:r>
    </w:p>
    <w:p>
      <w:r>
        <w:rPr>
          <w:color w:val="666666"/>
          <w:sz w:val="18"/>
        </w:rPr>
        <w:t>58:16 · https://youtu.be/Qt8VwwonU9k?t=3496</w:t>
      </w:r>
    </w:p>
    <w:p>
      <w:r>
        <w:rPr>
          <w:i/>
        </w:rPr>
        <w:t>“۔ This question is from Mr. Anwar Iqbal. Shoe throwing was an act of showing the anger towards injustice.”</w:t>
      </w:r>
    </w:p>
    <w:p>
      <w:pPr>
        <w:pStyle w:val="Heading2"/>
      </w:pPr>
      <w:r>
        <w:t>Art of Thinking May 7, 2006 Maulana Wahiduddin Khan</w:t>
      </w:r>
    </w:p>
    <w:p>
      <w:r>
        <w:rPr>
          <w:color w:val="666666"/>
          <w:sz w:val="18"/>
        </w:rPr>
        <w:t>46:39 · https://youtu.be/emWaKS55M_o?t=2799</w:t>
      </w:r>
    </w:p>
    <w:p>
      <w:r>
        <w:rPr>
          <w:i/>
        </w:rPr>
        <w:t>“This question is from Naved Iqbal. مولانا، in your lecture today, you mentioned that everyone has to believe in one God.”</w:t>
      </w:r>
    </w:p>
    <w:p>
      <w:pPr>
        <w:pStyle w:val="Heading2"/>
      </w:pPr>
      <w:r>
        <w:t>The Existence of God July 23, 2017 Maulana Wahiduddin Khan</w:t>
      </w:r>
    </w:p>
    <w:p>
      <w:r>
        <w:rPr>
          <w:color w:val="666666"/>
          <w:sz w:val="18"/>
        </w:rPr>
        <w:t>46:43 · https://youtu.be/shLM_JhG3iE?t=2803</w:t>
      </w:r>
    </w:p>
    <w:p>
      <w:r>
        <w:rPr>
          <w:i/>
        </w:rPr>
        <w:t>“God planned a creation who could discover God Himself and surrender His freedom by standing on self-imposed discipline." Maulana Iqbal Umri نے چنئی سے لکھا ہے: "Maulana, you are the first person who has given the scientific-based arguments for proving the concept of God.”</w:t>
      </w:r>
    </w:p>
    <w:p>
      <w:pPr>
        <w:pStyle w:val="Heading2"/>
      </w:pPr>
      <w:r>
        <w:t>Maulana Wahiduddin Khan's Visit to United States Institute of Peace Washington DC | September, 2015</w:t>
      </w:r>
    </w:p>
    <w:p>
      <w:r>
        <w:rPr>
          <w:color w:val="666666"/>
          <w:sz w:val="18"/>
        </w:rPr>
        <w:t>4:43 · https://youtu.be/7pTlTONi9LY?t=283</w:t>
      </w:r>
    </w:p>
    <w:p>
      <w:r>
        <w:rPr>
          <w:i/>
        </w:rPr>
        <w:t>“about 75 years ago. It was called Reconstruction of Islamic Thought. It was written by one of the topmost scholars of Islam, Allama Iqbal, Reconstruction of Islamic Thought, because at that time he thought that there has to be a reform in the Islamic theology, Islamic jurispruden”</w:t>
      </w:r>
    </w:p>
    <w:p>
      <w:pPr>
        <w:pStyle w:val="Heading2"/>
      </w:pPr>
      <w:r>
        <w:t>Maulana Wahiduddin Khan's Visit to United States Institute of Peace Washington DC | September, 2015</w:t>
      </w:r>
    </w:p>
    <w:p>
      <w:r>
        <w:rPr>
          <w:color w:val="666666"/>
          <w:sz w:val="18"/>
        </w:rPr>
        <w:t>5:13 · https://youtu.be/7pTlTONi9LY?t=313</w:t>
      </w:r>
    </w:p>
    <w:p>
      <w:r>
        <w:rPr>
          <w:i/>
        </w:rPr>
        <w:t>“e, we should have some homeland where we can introduce that reformed understanding of Islam. But the politicians took the second part of his claim and forgot the first part. That is, they created a homeland called Pakistan, but they did not continue the vision of Allama Iqbal to ”</w:t>
      </w:r>
    </w:p>
    <w:p>
      <w:pPr>
        <w:pStyle w:val="Heading2"/>
      </w:pPr>
      <w:r>
        <w:t>Maulana Wahiduddin Khan's Visit to United States Institute of Peace Washington DC | September, 2015</w:t>
      </w:r>
    </w:p>
    <w:p>
      <w:r>
        <w:rPr>
          <w:color w:val="666666"/>
          <w:sz w:val="18"/>
        </w:rPr>
        <w:t>37:32 · https://youtu.be/7pTlTONi9LY?t=2252</w:t>
      </w:r>
    </w:p>
    <w:p>
      <w:r>
        <w:rPr>
          <w:i/>
        </w:rPr>
        <w:t>“ike in case of Muslims, I can safely say, I lived a long life with Muslims. Except your readings, your books, I never came across a single Muslim in the last more than 50 years of my life who ever told me that you have to discover God. Now, when Dr. Saeed was talking about Imam I”</w:t>
      </w:r>
    </w:p>
    <w:p>
      <w:pPr>
        <w:pStyle w:val="Heading2"/>
      </w:pPr>
      <w:r>
        <w:t>Maulana Wahiduddin Khan's Visit to United States Institute of Peace Washington DC | September, 2015</w:t>
      </w:r>
    </w:p>
    <w:p>
      <w:r>
        <w:rPr>
          <w:color w:val="666666"/>
          <w:sz w:val="18"/>
        </w:rPr>
        <w:t>38:32 · https://youtu.be/7pTlTONi9LY?t=2312</w:t>
      </w:r>
    </w:p>
    <w:p>
      <w:r>
        <w:rPr>
          <w:i/>
        </w:rPr>
        <w:t>“ers me is, why couldn't Iqbal understand this fact at that time that people like me, I have no interest with God. And they are trying to experiment something in a separate homeland. So all I'm saying is that with education, there has to be an interest in God. Without that, educat”</w:t>
      </w:r>
    </w:p>
    <w:p>
      <w:pPr>
        <w:pStyle w:val="Heading1"/>
      </w:pPr>
      <w:r>
        <w:t>Clips (16)</w:t>
      </w:r>
    </w:p>
    <w:p>
      <w:pPr>
        <w:pStyle w:val="Heading2"/>
      </w:pPr>
      <w:r>
        <w:t>Was throwing a shoe at Bush an Islamic act of anger?</w:t>
      </w:r>
    </w:p>
    <w:p>
      <w:r>
        <w:rPr>
          <w:color w:val="666666"/>
          <w:sz w:val="18"/>
        </w:rPr>
        <w:t>Living in Falsehood 25 Jan 2009 · 3m 36s · at 58:16 · https://youtu.be/Qt8VwwonU9k?t=3496</w:t>
      </w:r>
    </w:p>
    <w:p>
      <w:r>
        <w:rPr>
          <w:i/>
        </w:rPr>
        <w:t>“Shoe throwing was showing anger against injustice — really?”</w:t>
      </w:r>
    </w:p>
    <w:p>
      <w:r>
        <w:rPr>
          <w:sz w:val="20"/>
        </w:rPr>
        <w:t>58:16  . This question is from Mr. Anwar Iqbal. Shoe throwing was an act of showing the anger towards injustice.</w:t>
      </w:r>
      <w:r>
        <w:br/>
      </w:r>
      <w:r>
        <w:rPr>
          <w:sz w:val="20"/>
        </w:rPr>
        <w:t>58:27  A start. What is your comment on this?</w:t>
      </w:r>
      <w:r>
        <w:br/>
      </w:r>
      <w:r>
        <w:rPr>
          <w:sz w:val="20"/>
        </w:rPr>
        <w:t>58:34  I think it is a</w:t>
      </w:r>
      <w:r>
        <w:br/>
      </w:r>
      <w:r>
        <w:rPr>
          <w:sz w:val="20"/>
        </w:rPr>
        <w:t>58:40  wrong explanation. Because when you throw your shoe, there is no one who is there.</w:t>
      </w:r>
      <w:r>
        <w:br/>
      </w:r>
      <w:r>
        <w:rPr>
          <w:sz w:val="20"/>
        </w:rPr>
        <w:t>58:54  We are doing injustice. It is simply throwing in the vacuum. So how you can say that shoe throwing is against injustice?</w:t>
      </w:r>
      <w:r>
        <w:br/>
      </w:r>
      <w:r>
        <w:rPr>
          <w:sz w:val="20"/>
        </w:rPr>
        <w:t>59:07  It is throwing against nothing.</w:t>
      </w:r>
      <w:r>
        <w:br/>
      </w:r>
      <w:r>
        <w:rPr>
          <w:sz w:val="20"/>
        </w:rPr>
        <w:t>59:15  Your anger must target the injustice, but injustice was not there.</w:t>
      </w:r>
      <w:r>
        <w:br/>
      </w:r>
      <w:r>
        <w:rPr>
          <w:sz w:val="20"/>
        </w:rPr>
        <w:t>59:22  So it is simply a shoe only to—it is a, I think it is a wrong practice.</w:t>
      </w:r>
      <w:r>
        <w:br/>
      </w:r>
      <w:r>
        <w:rPr>
          <w:sz w:val="20"/>
        </w:rPr>
        <w:t>59:35  Then you are a Muslim. Your claim is that you are following Islamic principles.</w:t>
      </w:r>
      <w:r>
        <w:br/>
      </w:r>
      <w:r>
        <w:rPr>
          <w:sz w:val="20"/>
        </w:rPr>
        <w:t>59:48  And in Islam, it is wrong to engage in practices like this.</w:t>
      </w:r>
      <w:r>
        <w:br/>
      </w:r>
      <w:r>
        <w:rPr>
          <w:sz w:val="20"/>
        </w:rPr>
        <w:t>59:56  It is shameful. It is shameful. Why? In Islam, there is a very well-known criterion.</w:t>
      </w:r>
      <w:r>
        <w:br/>
      </w:r>
      <w:r>
        <w:rPr>
          <w:sz w:val="20"/>
        </w:rPr>
        <w:t>1:00:05  That is prophetic pattern. You have to prove that this shoe throwing was according to the prophetic pattern.</w:t>
      </w:r>
      <w:r>
        <w:br/>
      </w:r>
      <w:r>
        <w:rPr>
          <w:sz w:val="20"/>
        </w:rPr>
        <w:t>1:00:18  There were so many, so many atrocities against the Proph</w:t>
      </w:r>
      <w:r>
        <w:br/>
      </w:r>
      <w:r>
        <w:rPr>
          <w:sz w:val="20"/>
        </w:rPr>
        <w:t>1:00:22  et. There were so many conspiracies against the Prophet. But the Prophet never—I mean, never—the Prophet was never engaged in such practices.</w:t>
      </w:r>
      <w:r>
        <w:br/>
      </w:r>
      <w:r>
        <w:rPr>
          <w:sz w:val="20"/>
        </w:rPr>
        <w:t>1:00:37  So</w:t>
      </w:r>
      <w:r>
        <w:br/>
      </w:r>
      <w:r>
        <w:rPr>
          <w:sz w:val="20"/>
        </w:rPr>
        <w:t>1:00:40  for a Muslim, the only way to follow some practices—</w:t>
      </w:r>
      <w:r>
        <w:br/>
      </w:r>
      <w:r>
        <w:rPr>
          <w:sz w:val="20"/>
        </w:rPr>
        <w:t>1:00:51  so a Muslim must follow the pattern of the Prophet of Islam. You have no choice. You cannot say that we are showing our anger.</w:t>
      </w:r>
      <w:r>
        <w:br/>
      </w:r>
      <w:r>
        <w:rPr>
          <w:sz w:val="20"/>
        </w:rPr>
        <w:t>1:01:04  You have to refer to some practices by the Prophet of Islam. Otherwise, you are wrong.</w:t>
      </w:r>
      <w:r>
        <w:br/>
      </w:r>
      <w:r>
        <w:rPr>
          <w:sz w:val="20"/>
        </w:rPr>
        <w:t>1:01:15  If you have no reference in the life of the Prophet of Islam of such kind, then you are wrong.</w:t>
      </w:r>
      <w:r>
        <w:br/>
      </w:r>
      <w:r>
        <w:rPr>
          <w:sz w:val="20"/>
        </w:rPr>
        <w:t>1:01:21  So first of all, you have to know what is the criterion. Your words are not criterion. Your sentiments are not the criterion.</w:t>
      </w:r>
      <w:r>
        <w:br/>
      </w:r>
      <w:r>
        <w:rPr>
          <w:sz w:val="20"/>
        </w:rPr>
        <w:t>1:01:30  The Prophet's pattern is the criterion. So when I apply this practice on the prophetic pattern, I can say that it was wrong, completely wrong.</w:t>
      </w:r>
      <w:r>
        <w:br/>
      </w:r>
      <w:r>
        <w:rPr>
          <w:sz w:val="20"/>
        </w:rPr>
        <w:t>1:01:44  Because the Prophet never practiced like this.</w:t>
      </w:r>
    </w:p>
    <w:p>
      <w:pPr>
        <w:pStyle w:val="Heading2"/>
      </w:pPr>
      <w:r>
        <w:t>Iqbal's verse on Muslims shaming even non-Muslims</w:t>
      </w:r>
    </w:p>
    <w:p>
      <w:r>
        <w:rPr>
          <w:color w:val="666666"/>
          <w:sz w:val="18"/>
        </w:rPr>
        <w:t>Communal Interpretation of Islam, February 27, 2011 · 54s · at 25:28 · https://youtu.be/6RmJeBE6wyY?t=1528</w:t>
      </w:r>
    </w:p>
    <w:p>
      <w:r>
        <w:rPr>
          <w:i/>
        </w:rPr>
        <w:t>“Iqbal: in fashion Christian, in culture Hindu”</w:t>
      </w:r>
    </w:p>
    <w:p>
      <w:r>
        <w:rPr>
          <w:sz w:val="20"/>
        </w:rPr>
        <w:t>25:28  تو یہ تھی یہودیت۔ ھے مس لمان بہت زیادہ اقبال کو مانتے ھیں۔ اقبال نے کہا تھا کہ"</w:t>
      </w:r>
      <w:r>
        <w:br/>
      </w:r>
      <w:r>
        <w:rPr>
          <w:sz w:val="20"/>
        </w:rPr>
        <w:t>25:42  وضع میں تم ھو نصاری تو تمدن میں ھنود" ۔ یہ مسلمان ھیں جنہیں دیکھ کر شرمائے ھیں یہود۔</w:t>
      </w:r>
      <w:r>
        <w:br/>
      </w:r>
      <w:r>
        <w:rPr>
          <w:sz w:val="20"/>
        </w:rPr>
        <w:t>25:54  تو صرف میں ھی نہیں کہہ رھا ھوں، جتنے بھی گہرائی سے مطالعہ کرتے ھیں، وہی یہ مانتے ھیں کہ مسلمان گرتے گرتے اب یہودیوں کی سطح پر آ چکے ھیں۔</w:t>
      </w:r>
      <w:r>
        <w:br/>
      </w:r>
      <w:r>
        <w:rPr>
          <w:sz w:val="20"/>
        </w:rPr>
        <w:t>26:10  تو جس پہلو سے آپ جانچیں، جس پہلو سے آپ جانچیں، ابھی دیکھیے، میرا ایک آرٹیکل چھپا ھے رس الھمیں۔ تو آج کل مسلمانوں کو آپ جہاں بھیجائیے،</w:t>
      </w:r>
    </w:p>
    <w:p>
      <w:pPr>
        <w:pStyle w:val="Heading2"/>
      </w:pPr>
      <w:r>
        <w:t>Iqbal's controversial homeland-as-idol verse critiqued</w:t>
      </w:r>
    </w:p>
    <w:p>
      <w:r>
        <w:rPr>
          <w:color w:val="666666"/>
          <w:sz w:val="18"/>
        </w:rPr>
        <w:t>Understanding Patriotism in Islam July 27, 2025 · 40s · at 23:50 · https://youtu.be/xKCy0dkVfzw?t=1430</w:t>
      </w:r>
    </w:p>
    <w:p>
      <w:r>
        <w:rPr>
          <w:i/>
        </w:rPr>
        <w:t>“انسان تراشہ خداؤں میں بڑا سب سے وطن ہے”</w:t>
      </w:r>
    </w:p>
    <w:p>
      <w:r>
        <w:rPr>
          <w:sz w:val="20"/>
        </w:rPr>
        <w:t>23:50  to asal mein yahi sahi hai ke jis muslim group ka jo watan hai, wahi uski qomiyat hai. lekin itne zor shor se tamam leaders ne iski mukhalifat ki.</w:t>
      </w:r>
      <w:r>
        <w:br/>
      </w:r>
      <w:r>
        <w:rPr>
          <w:sz w:val="20"/>
        </w:rPr>
        <w:t>24:05  misal ke taur par Allama Iqbal ne kaha: "Inteza khudaon mein bada sab se watan hai." matlab inko aisa laga ke watan ki woh hesiyat de di gayi jo Khuda ki hesiyat hai.</w:t>
      </w:r>
      <w:r>
        <w:br/>
      </w:r>
      <w:r>
        <w:rPr>
          <w:sz w:val="20"/>
        </w:rPr>
        <w:t>24:19  to aisa kuch nahi tha. yeh to amli halaat hote hain, iske mutabiq adjustment karna padta hai, nahi to aage koi tarqqi nahi ho sakti, koi kaam nahi ho sakta.</w:t>
      </w:r>
    </w:p>
    <w:p>
      <w:pPr>
        <w:pStyle w:val="Heading2"/>
      </w:pPr>
      <w:r>
        <w:t>Why God created life as a chance for paradise</w:t>
      </w:r>
    </w:p>
    <w:p>
      <w:r>
        <w:rPr>
          <w:color w:val="666666"/>
          <w:sz w:val="18"/>
        </w:rPr>
        <w:t>Warning Signs of Doomsday February 4, 2007 · 1m 30s · at 1:23:53 · https://youtu.be/gU74yV1td-I?t=5033</w:t>
      </w:r>
    </w:p>
    <w:p>
      <w:r>
        <w:rPr>
          <w:i/>
        </w:rPr>
        <w:t>“Why is life created? Yeh sawal Sahar Iqbal ka hai”</w:t>
      </w:r>
    </w:p>
    <w:p>
      <w:r>
        <w:rPr>
          <w:sz w:val="20"/>
        </w:rPr>
        <w:t>1:23:53  This question is from Sahar Iqbal. yeh zindagi kyun bani hai? Why is the life created?</w:t>
      </w:r>
      <w:r>
        <w:br/>
      </w:r>
      <w:r>
        <w:rPr>
          <w:sz w:val="20"/>
        </w:rPr>
        <w:t>1:24:05  Quran mein hai ke khalaqal maut wal hayat li yabloakum ayukum ahsan amala</w:t>
      </w:r>
      <w:r>
        <w:br/>
      </w:r>
      <w:r>
        <w:rPr>
          <w:sz w:val="20"/>
        </w:rPr>
        <w:t>1:24:11  yeh zindagi ek chance hai. yeh zindagi jo hai, yeh ek chance hai. kis baat ka?</w:t>
      </w:r>
      <w:r>
        <w:br/>
      </w:r>
      <w:r>
        <w:rPr>
          <w:sz w:val="20"/>
        </w:rPr>
        <w:t>1:24:21  ke hum Khuda ki pasand ke mutabiq dunya mein rahen aur phir is ka reward hum ko mile paradise ki shakal mein. to jo log zindagi ko chance ke taur par len, ek aap to un ko koi pareshani nahi hogi.</w:t>
      </w:r>
      <w:r>
        <w:br/>
      </w:r>
      <w:r>
        <w:rPr>
          <w:sz w:val="20"/>
        </w:rPr>
        <w:t>1:24:37  jo samjhen ke yeh dunya mein sab kuch hai, to zahir hai ke woh nahi pa sakte. kyunke creation plan of God ke mutabiq nahi hai yeh baat.</w:t>
      </w:r>
      <w:r>
        <w:br/>
      </w:r>
      <w:r>
        <w:rPr>
          <w:sz w:val="20"/>
        </w:rPr>
        <w:t>1:24:47  Khuda ka jo creation plan hai, woh yeh nahi hai ke haan aap sab kuch pa len is dunya mein. to behal zindagi banai Khuda ne ek chance ke taur par. woh chance diya hai aap ko.</w:t>
      </w:r>
      <w:r>
        <w:br/>
      </w:r>
      <w:r>
        <w:rPr>
          <w:sz w:val="20"/>
        </w:rPr>
        <w:t>1:24:57  woh freedom diya hai aap ko ke aap freedom ko misuse na karen.</w:t>
      </w:r>
      <w:r>
        <w:br/>
      </w:r>
      <w:r>
        <w:rPr>
          <w:sz w:val="20"/>
        </w:rPr>
        <w:t>1:25:02  Khuda ke batayi hui had ke andar freedom ko istemal karen. to yeh chance ko sahi taur par avail karna hoga. aur jo is chance ko sahi taur par avail kare, to woh is baat ke liye, yani woh ek deserving candidate ban jata hai paradise ke liye.</w:t>
      </w:r>
      <w:r>
        <w:br/>
      </w:r>
      <w:r>
        <w:rPr>
          <w:sz w:val="20"/>
        </w:rPr>
        <w:t>1:25:20  yeh hai mere nazdeek life ka maqsad.</w:t>
      </w:r>
    </w:p>
    <w:p>
      <w:pPr>
        <w:pStyle w:val="Heading2"/>
      </w:pPr>
      <w:r>
        <w:t>Debate: is paradise spiritual or physical, Iqbal vs Nadwi</w:t>
      </w:r>
    </w:p>
    <w:p>
      <w:r>
        <w:rPr>
          <w:color w:val="666666"/>
          <w:sz w:val="18"/>
        </w:rPr>
        <w:t>Return to Paradise May 30, 2009 · 5m 53s · at 21:36 · https://youtu.be/WnsvBfxBpVQ?t=1296</w:t>
      </w:r>
    </w:p>
    <w:p>
      <w:r>
        <w:rPr>
          <w:i/>
        </w:rPr>
        <w:t>“There is a little controversy among scholars whether paradise is spiritual or physical”</w:t>
      </w:r>
    </w:p>
    <w:p>
      <w:r>
        <w:rPr>
          <w:sz w:val="20"/>
        </w:rPr>
        <w:t>21:36  then there are some questions about paradise. for example, there is a little controversy among scholars whether paradise is spiritual or physical, ruhani ya madi.</w:t>
      </w:r>
      <w:r>
        <w:br/>
      </w:r>
      <w:r>
        <w:rPr>
          <w:sz w:val="20"/>
        </w:rPr>
        <w:t>22:01  well known muslim thinker doctor muhammad iqbal has publish book with the title "the reconstruction of religious thought in islam".</w:t>
      </w:r>
      <w:r>
        <w:br/>
      </w:r>
      <w:r>
        <w:rPr>
          <w:sz w:val="20"/>
        </w:rPr>
        <w:t>22:16  in fact, compilation of some lectures given by doctor iqbal.</w:t>
      </w:r>
      <w:r>
        <w:br/>
      </w:r>
      <w:r>
        <w:rPr>
          <w:sz w:val="20"/>
        </w:rPr>
        <w:t>22:24  in this book, he says that heaven and hell arestates, are not localities.</w:t>
      </w:r>
      <w:r>
        <w:br/>
      </w:r>
      <w:r>
        <w:rPr>
          <w:sz w:val="20"/>
        </w:rPr>
        <w:t>22:35  heaven and hell are states, not localities. according to him, jannat was a roohani jannat, spiritual paradise.</w:t>
      </w:r>
      <w:r>
        <w:br/>
      </w:r>
      <w:r>
        <w:rPr>
          <w:sz w:val="20"/>
        </w:rPr>
        <w:t>22:46  so there was a discussion among two scholars, iqbal and syed suleman nadvi. both were great scholars.</w:t>
      </w:r>
      <w:r>
        <w:br/>
      </w:r>
      <w:r>
        <w:rPr>
          <w:sz w:val="20"/>
        </w:rPr>
        <w:t>22:58  both were great scholars, great muslim scholars. so there was a dialogue. doctor iqbal was saying, doctor iqbal said that paradise is a roohani jannat, spiritual paradise.</w:t>
      </w:r>
      <w:r>
        <w:br/>
      </w:r>
      <w:r>
        <w:rPr>
          <w:sz w:val="20"/>
        </w:rPr>
        <w:t>23:16  but maulana saif nadvi was against this notion. he said no, paradise is maadi jannat, that is physical paradise.</w:t>
      </w:r>
      <w:r>
        <w:br/>
      </w:r>
      <w:r>
        <w:rPr>
          <w:sz w:val="20"/>
        </w:rPr>
        <w:t>23:27  after long discussion and dialogue, the matter was ar settled. then maulana saif nadvi said that theek hai, aap apni roohani jannat mein jaiyega, hum apni maadi jannat mein jayenge.</w:t>
      </w:r>
      <w:r>
        <w:br/>
      </w:r>
      <w:r>
        <w:rPr>
          <w:sz w:val="20"/>
        </w:rPr>
        <w:t>23:45  you go in your spiritual paradise, we will go to our physical paradise.</w:t>
      </w:r>
      <w:r>
        <w:br/>
      </w:r>
      <w:r>
        <w:rPr>
          <w:sz w:val="20"/>
        </w:rPr>
        <w:t>23:56  i would like to say that the concept of spiritual paradise is baseless. it has no rational ground, no argument.</w:t>
      </w:r>
      <w:r>
        <w:br/>
      </w:r>
      <w:r>
        <w:rPr>
          <w:sz w:val="20"/>
        </w:rPr>
        <w:t>24:10  why?</w:t>
      </w:r>
      <w:r>
        <w:br/>
      </w:r>
      <w:r>
        <w:rPr>
          <w:sz w:val="20"/>
        </w:rPr>
        <w:t>24:11  because there are several verses in the quran that clearly tell us that paradise is physical paradise.</w:t>
      </w:r>
      <w:r>
        <w:br/>
      </w:r>
      <w:r>
        <w:rPr>
          <w:sz w:val="20"/>
        </w:rPr>
        <w:t>24:23  there is a verse in the quran that watoo hi mutashabeh. it means that paradise will be similar to this world.</w:t>
      </w:r>
      <w:r>
        <w:br/>
      </w:r>
      <w:r>
        <w:rPr>
          <w:sz w:val="20"/>
        </w:rPr>
        <w:t>24:36  and according to the quran, this world is also paradise.</w:t>
      </w:r>
      <w:r>
        <w:br/>
      </w:r>
      <w:r>
        <w:rPr>
          <w:sz w:val="20"/>
        </w:rPr>
        <w:t>24:42  this paradise is imperfect paradise, and that paradise perfect paradise. so i can say that this the present world is a paradise, and and the other world is paradise plus.</w:t>
      </w:r>
      <w:r>
        <w:br/>
      </w:r>
      <w:r>
        <w:rPr>
          <w:sz w:val="20"/>
        </w:rPr>
        <w:t>25:02  this simply paradise, and that is paradise plus. this only difference. this only difference.</w:t>
      </w:r>
      <w:r>
        <w:br/>
      </w:r>
      <w:r>
        <w:rPr>
          <w:sz w:val="20"/>
        </w:rPr>
        <w:t>25:15  so we are, we are,</w:t>
      </w:r>
      <w:r>
        <w:br/>
      </w:r>
      <w:r>
        <w:rPr>
          <w:sz w:val="20"/>
        </w:rPr>
        <w:t>25:24  we are, we were created as a physical being. we were created as a man of desire, so many desires.</w:t>
      </w:r>
      <w:r>
        <w:br/>
      </w:r>
      <w:r>
        <w:rPr>
          <w:sz w:val="20"/>
        </w:rPr>
        <w:t>25:36  quran says that all the desires be fulfilled in the paradise.</w:t>
      </w:r>
      <w:r>
        <w:br/>
      </w:r>
      <w:r>
        <w:rPr>
          <w:sz w:val="20"/>
        </w:rPr>
        <w:t>25:46  so we have to find a paradise where all these desires find fulfillment. without fulfillment, paradise is nothing.</w:t>
      </w:r>
      <w:r>
        <w:br/>
      </w:r>
      <w:r>
        <w:rPr>
          <w:sz w:val="20"/>
        </w:rPr>
        <w:t>25:59  so there are other verses in the quran that tell us that paradise is just like present world. this world is physical world.</w:t>
      </w:r>
      <w:r>
        <w:br/>
      </w:r>
      <w:r>
        <w:rPr>
          <w:sz w:val="20"/>
        </w:rPr>
        <w:t>26:11  here all things is physical. pleasures is physical. happiness is physical. so paradise will be just like present world, with the only difference that this is imperfect world, and paradise perfect world.</w:t>
      </w:r>
      <w:r>
        <w:br/>
      </w:r>
      <w:r>
        <w:rPr>
          <w:sz w:val="20"/>
        </w:rPr>
        <w:t>26:30  this less than ideal, and paradise is ideal.</w:t>
      </w:r>
      <w:r>
        <w:br/>
      </w:r>
      <w:r>
        <w:rPr>
          <w:sz w:val="20"/>
        </w:rPr>
        <w:t>26:39  this is simply paradise, and that is paradise plus. to this is only difference. to according to my experience, my study, my knowledge, paradise is a paradise, is a physical paradise.</w:t>
      </w:r>
      <w:r>
        <w:br/>
      </w:r>
      <w:r>
        <w:rPr>
          <w:sz w:val="20"/>
        </w:rPr>
        <w:t>26:57  although there are kinds of spiritual pleasures, this is a fact.</w:t>
      </w:r>
      <w:r>
        <w:br/>
      </w:r>
      <w:r>
        <w:rPr>
          <w:sz w:val="20"/>
        </w:rPr>
        <w:t>27:04  in paradise, there are all kinds of spirit, spiritual pleasures, intellectual pleasures. but the same time, it is a, it is a physical world, not simply spiritual world.</w:t>
      </w:r>
      <w:r>
        <w:br/>
      </w:r>
      <w:r>
        <w:rPr>
          <w:sz w:val="20"/>
        </w:rPr>
        <w:t>27:20  so molana saif nadvi was right, and iqbal was wrong.</w:t>
      </w:r>
      <w:r>
        <w:br/>
      </w:r>
      <w:r>
        <w:rPr>
          <w:sz w:val="20"/>
        </w:rPr>
        <w:t>27:26  deen</w:t>
      </w:r>
    </w:p>
    <w:p>
      <w:pPr>
        <w:pStyle w:val="Heading2"/>
      </w:pPr>
      <w:r>
        <w:t>Iqbal and Sulaiman Nadwi's famous paradise debate</w:t>
      </w:r>
    </w:p>
    <w:p>
      <w:r>
        <w:rPr>
          <w:color w:val="666666"/>
          <w:sz w:val="18"/>
        </w:rPr>
        <w:t>Return to Paradise May 30, 2009 · 2m 19s · at 21:36 · https://youtu.be/WnsvBfxBpVQ?t=1296</w:t>
      </w:r>
    </w:p>
    <w:p>
      <w:r>
        <w:rPr>
          <w:i/>
        </w:rPr>
        <w:t>“Well known Muslim thinker Dr. Muhammad Iqbal published a book on this”</w:t>
      </w:r>
    </w:p>
    <w:p>
      <w:r>
        <w:rPr>
          <w:sz w:val="20"/>
        </w:rPr>
        <w:t>21:36  then there are some questions about paradise. for example, there is a little controversy among scholars whether paradise is spiritual or physical, ruhani ya madi.</w:t>
      </w:r>
      <w:r>
        <w:br/>
      </w:r>
      <w:r>
        <w:rPr>
          <w:sz w:val="20"/>
        </w:rPr>
        <w:t>22:01  well known muslim thinker doctor muhammad iqbal has publish book with the title "the reconstruction of religious thought in islam".</w:t>
      </w:r>
      <w:r>
        <w:br/>
      </w:r>
      <w:r>
        <w:rPr>
          <w:sz w:val="20"/>
        </w:rPr>
        <w:t>22:16  in fact, compilation of some lectures given by doctor iqbal.</w:t>
      </w:r>
      <w:r>
        <w:br/>
      </w:r>
      <w:r>
        <w:rPr>
          <w:sz w:val="20"/>
        </w:rPr>
        <w:t>22:24  in this book, he says that heaven and hell arestates, are not localities.</w:t>
      </w:r>
      <w:r>
        <w:br/>
      </w:r>
      <w:r>
        <w:rPr>
          <w:sz w:val="20"/>
        </w:rPr>
        <w:t>22:35  heaven and hell are states, not localities. according to him, jannat was a roohani jannat, spiritual paradise.</w:t>
      </w:r>
      <w:r>
        <w:br/>
      </w:r>
      <w:r>
        <w:rPr>
          <w:sz w:val="20"/>
        </w:rPr>
        <w:t>22:46  so there was a discussion among two scholars, iqbal and syed suleman nadvi. both were great scholars.</w:t>
      </w:r>
      <w:r>
        <w:br/>
      </w:r>
      <w:r>
        <w:rPr>
          <w:sz w:val="20"/>
        </w:rPr>
        <w:t>22:58  both were great scholars, great muslim scholars. so there was a dialogue. doctor iqbal was saying, doctor iqbal said that paradise is a roohani jannat, spiritual paradise.</w:t>
      </w:r>
      <w:r>
        <w:br/>
      </w:r>
      <w:r>
        <w:rPr>
          <w:sz w:val="20"/>
        </w:rPr>
        <w:t>23:16  but maulana saif nadvi was against this notion. he said no, paradise is maadi jannat, that is physical paradise.</w:t>
      </w:r>
      <w:r>
        <w:br/>
      </w:r>
      <w:r>
        <w:rPr>
          <w:sz w:val="20"/>
        </w:rPr>
        <w:t>23:27  after long discussion and dialogue, the matter was ar settled. then maulana saif nadvi said that theek hai, aap apni roohani jannat mein jaiyega, hum apni maadi jannat mein jayenge.</w:t>
      </w:r>
      <w:r>
        <w:br/>
      </w:r>
      <w:r>
        <w:rPr>
          <w:sz w:val="20"/>
        </w:rPr>
        <w:t>23:45  you go in your spiritual paradise, we will go to our physical paradise.</w:t>
      </w:r>
    </w:p>
    <w:p>
      <w:pPr>
        <w:pStyle w:val="Heading2"/>
      </w:pPr>
      <w:r>
        <w:t>Iqbal's poem and the failed promise of Pakistan</w:t>
      </w:r>
    </w:p>
    <w:p>
      <w:r>
        <w:rPr>
          <w:color w:val="666666"/>
          <w:sz w:val="18"/>
        </w:rPr>
        <w:t>The Issues of Islam in the Present World November 11, 2012 · 2m 39s · at 32:25 · https://youtu.be/COoaUbCCi1c?t=1945</w:t>
      </w:r>
    </w:p>
    <w:p>
      <w:r>
        <w:rPr>
          <w:i/>
        </w:rPr>
        <w:t>“Iqbal said this soil just needs moisture — then Pakistan happened”</w:t>
      </w:r>
    </w:p>
    <w:p>
      <w:r>
        <w:rPr>
          <w:sz w:val="20"/>
        </w:rPr>
        <w:t>32:25  Allama Iqbal jin ko mufakkir kaha jata hai, un ka shair hai: "Zara nam ho to yeh mitti bohat zar-khaiz ho saqi." "Zara nam ho to yeh mitti bohat zar-khaiz ho saqi." is tasawwur mein jeete the.</w:t>
      </w:r>
      <w:r>
        <w:br/>
      </w:r>
      <w:r>
        <w:rPr>
          <w:sz w:val="20"/>
        </w:rPr>
        <w:t>32:40  woh kaha: "Ummat maujood hai, bas zara sa is ko mauqa do." to unhon ne Pakistan ka nazariya pesh kiya.</w:t>
      </w:r>
      <w:r>
        <w:br/>
      </w:r>
      <w:r>
        <w:rPr>
          <w:sz w:val="20"/>
        </w:rPr>
        <w:t>32:50  lafz Pakistan nahin bole the woh, lekin separate Muslim land ka nazariya.</w:t>
      </w:r>
      <w:r>
        <w:br/>
      </w:r>
      <w:r>
        <w:rPr>
          <w:sz w:val="20"/>
        </w:rPr>
        <w:t>32:56  yani musalmanon ko jo already ummat ki shakal mein maujood hain, unhein sirf ek land chahiye. is ke baad islami Islam wahan hoga.</w:t>
      </w:r>
      <w:r>
        <w:br/>
      </w:r>
      <w:r>
        <w:rPr>
          <w:sz w:val="20"/>
        </w:rPr>
        <w:t>33:07  to lambi ladai ke baad Pakistan ban gaya. lekin Pakistan mein kya hua? ek baar mein gaya tha Iraq to wahan par ek musalman aai hui thi Pakistan se.</w:t>
      </w:r>
      <w:r>
        <w:br/>
      </w:r>
      <w:r>
        <w:rPr>
          <w:sz w:val="20"/>
        </w:rPr>
        <w:t>33:27  in se mulaqat hui to maloom hua ke Dilli mein paida hue the aur partition ke baad woh Pakistan chale gaye. to maine un se poocha ke aap ne India ko bhi dekha hai aur Pakistan ko bhi dekha hai?</w:t>
      </w:r>
      <w:r>
        <w:br/>
      </w:r>
      <w:r>
        <w:rPr>
          <w:sz w:val="20"/>
        </w:rPr>
        <w:t>33:41  batayein, dono mein kya farq hai?</w:t>
      </w:r>
      <w:r>
        <w:br/>
      </w:r>
      <w:r>
        <w:rPr>
          <w:sz w:val="20"/>
        </w:rPr>
        <w:t>33:44  woh rone lage. woh rone lage. woh senior aadmi the, un ka koi farq nahi siwaye is ke ke pehle Hindu Muslim ladte the.</w:t>
      </w:r>
      <w:r>
        <w:br/>
      </w:r>
      <w:r>
        <w:rPr>
          <w:sz w:val="20"/>
        </w:rPr>
        <w:t>33:57  ab Shia, Shia Sunni ladte hain. to kahan hai? woh zara num ho to mitti bohat zarkhez saqi.</w:t>
      </w:r>
      <w:r>
        <w:br/>
      </w:r>
      <w:r>
        <w:rPr>
          <w:sz w:val="20"/>
        </w:rPr>
        <w:t>34:07  to nami ne balkeh jal thal kar diya. aap ne ek poora mulk un ko diya. aap ne yeh poori hukoomat un ko di. aap ne aur kya hua?</w:t>
      </w:r>
      <w:r>
        <w:br/>
      </w:r>
      <w:r>
        <w:rPr>
          <w:sz w:val="20"/>
        </w:rPr>
        <w:t>34:15  aapas mein lad rahe hain. maashi taraqqi nahi. America ke aid ke bill par chal raha hai Pakistan. yahan tak ke is mein bhi nakaam ho gaye.</w:t>
      </w:r>
      <w:r>
        <w:br/>
      </w:r>
      <w:r>
        <w:rPr>
          <w:sz w:val="20"/>
        </w:rPr>
        <w:t>34:27  aaj sari duniya Pakistan ko kehti hai "failed state". aaj duniya Islam, aaj duniya jo hai Pakistan ko "failed state" samajhti hai.</w:t>
      </w:r>
      <w:r>
        <w:br/>
      </w:r>
      <w:r>
        <w:rPr>
          <w:sz w:val="20"/>
        </w:rPr>
        <w:t>34:37  60 saal se ziyada muddat guzar gayi to khair o ummat ko ek itna bara mulk mila. kya kiya is ne? aapas ki ladai, maashi tabahi, koi taraqqi nahi.</w:t>
      </w:r>
      <w:r>
        <w:br/>
      </w:r>
      <w:r>
        <w:rPr>
          <w:sz w:val="20"/>
        </w:rPr>
        <w:t>34:51  America ke aid pe chal rahe hain.</w:t>
      </w:r>
      <w:r>
        <w:br/>
      </w:r>
      <w:r>
        <w:rPr>
          <w:sz w:val="20"/>
        </w:rPr>
        <w:t>34:56  kyun? yeh nazariya hi galat tha ke yeh khair o ummat maujood hai. zara num ho to yeh mitti bohat zarkhez hazqi hai.</w:t>
      </w:r>
    </w:p>
    <w:p>
      <w:pPr>
        <w:pStyle w:val="Heading2"/>
      </w:pPr>
      <w:r>
        <w:t>Muslims mistook the West as rivals, Iqbal's flawed response</w:t>
      </w:r>
    </w:p>
    <w:p>
      <w:r>
        <w:rPr>
          <w:color w:val="666666"/>
          <w:sz w:val="18"/>
        </w:rPr>
        <w:t>Iman and The Quran March 29, 2009 · 5m 56s · at 21:00 · https://youtu.be/ZWtrkjbbojU?t=1260</w:t>
      </w:r>
    </w:p>
    <w:p>
      <w:r>
        <w:rPr>
          <w:i/>
        </w:rPr>
        <w:t>“They forgot that our relationship to others is preacher, not rival.”</w:t>
      </w:r>
    </w:p>
    <w:p>
      <w:r>
        <w:rPr>
          <w:sz w:val="20"/>
        </w:rPr>
        <w:t>21:00  ke yeh log yeh bhool chuke the ke hum daai hain, doosre log bado hain. yaani jo relationship hai hamara daai bado ka hai.</w:t>
      </w:r>
      <w:r>
        <w:br/>
      </w:r>
      <w:r>
        <w:rPr>
          <w:sz w:val="20"/>
        </w:rPr>
        <w:t>21:12  ek dam mahya isko jante rehte hain, koi bekhabar.</w:t>
      </w:r>
      <w:r>
        <w:br/>
      </w:r>
      <w:r>
        <w:rPr>
          <w:sz w:val="20"/>
        </w:rPr>
        <w:t>21:16  sare is zamanay ke literature padh dale aap. including iqbal ka. yeh concept nahi aap payenge ke musalman ka relationship doosron se jo hai woh daai aur bado ka hai.</w:t>
      </w:r>
      <w:r>
        <w:br/>
      </w:r>
      <w:r>
        <w:rPr>
          <w:sz w:val="20"/>
        </w:rPr>
        <w:t>21:30  to yeh bhool kar kya hua tha? ke musalman doosron ko apne rival samjhte the. rival yaani raqib. western civilization se nafrat.</w:t>
      </w:r>
      <w:r>
        <w:br/>
      </w:r>
      <w:r>
        <w:rPr>
          <w:sz w:val="20"/>
        </w:rPr>
        <w:t>21:42  western thoughts se nafrat.</w:t>
      </w:r>
      <w:r>
        <w:br/>
      </w:r>
      <w:r>
        <w:rPr>
          <w:sz w:val="20"/>
        </w:rPr>
        <w:t>21:46  atni nafrat thi keh Iqbal Ilahabadi jawan ko kehta hai "lisan-ul-asr" . halankeh bilkul absurd baat hai inko "lisan-ul-asr" kehna. to woh mazaaq urate thay tehzeeb ka, jadeed maawra civilization ka.</w:t>
      </w:r>
      <w:r>
        <w:br/>
      </w:r>
      <w:r>
        <w:rPr>
          <w:sz w:val="20"/>
        </w:rPr>
        <w:t>22:01  to mazaaq urate thay to woh "lisan-ul-asr" ban gaye. yani waqt ki zabaan.</w:t>
      </w:r>
      <w:r>
        <w:br/>
      </w:r>
      <w:r>
        <w:rPr>
          <w:sz w:val="20"/>
        </w:rPr>
        <w:t>22:08  to unhon ne kaha tha keh</w:t>
      </w:r>
      <w:r>
        <w:br/>
      </w:r>
      <w:r>
        <w:rPr>
          <w:sz w:val="20"/>
        </w:rPr>
        <w:t>22:16  paani peena para hai pipe ka, harf parhna para hai type ka. zara sochiye, is soch ko sochiye aap. paani peena para hai pipe ka, harf parhna para hai type ka.</w:t>
      </w:r>
      <w:r>
        <w:br/>
      </w:r>
      <w:r>
        <w:rPr>
          <w:sz w:val="20"/>
        </w:rPr>
        <w:t>22:32  peit chalta hai, aankh aayi hai, mera Allah teri dahai hai.</w:t>
      </w:r>
      <w:r>
        <w:br/>
      </w:r>
      <w:r>
        <w:rPr>
          <w:sz w:val="20"/>
        </w:rPr>
        <w:t>22:37  aise bekhabar log Quran ko parhein ge, is mein se kya paayein ge woh? kya paayein ge bataiye? yani angrez jo nematein laaye thay, us ko us ka us ka pata nahi kahan se un ko laga keh yeh toh bilkul bekaar cheezein hain.</w:t>
      </w:r>
      <w:r>
        <w:br/>
      </w:r>
      <w:r>
        <w:rPr>
          <w:sz w:val="20"/>
        </w:rPr>
        <w:t>22:53  ek type press laaye woh. water system supply karne ke laaye woh. water ko supply karne ka system laaye woh. aur sankron cheezein laaye woh.</w:t>
      </w:r>
      <w:r>
        <w:br/>
      </w:r>
      <w:r>
        <w:rPr>
          <w:sz w:val="20"/>
        </w:rPr>
        <w:t>23:05  to in logon ke zamane mein Musalmanon ka kaam maamla tha, degeneration ke aakhri hadd par thay woh. Western civilization se nafrat karte thay.</w:t>
      </w:r>
      <w:r>
        <w:br/>
      </w:r>
      <w:r>
        <w:rPr>
          <w:sz w:val="20"/>
        </w:rPr>
        <w:t>23:17  Western thought se nafrat karte thay. Europe, America se nafrat karte thay. Yahudiyon se nafrat karte thay. Hinduo se nafrat karte thay.</w:t>
      </w:r>
      <w:r>
        <w:br/>
      </w:r>
      <w:r>
        <w:rPr>
          <w:sz w:val="20"/>
        </w:rPr>
        <w:t>23:27  saari duniya se nafrat karte thay bas.</w:t>
      </w:r>
      <w:r>
        <w:br/>
      </w:r>
      <w:r>
        <w:rPr>
          <w:sz w:val="20"/>
        </w:rPr>
        <w:t>23:33  aise log kya karein ge</w:t>
      </w:r>
      <w:r>
        <w:br/>
      </w:r>
      <w:r>
        <w:rPr>
          <w:sz w:val="20"/>
        </w:rPr>
        <w:t>23:34  ? jo duniya se nafrat kare woh. woh Islami kaam ka kaam kare ga, woh duniya ka kaam bhi nahi kar sakta hai. ek business man ko apne apne customer se mohabbat karni parti hai.</w:t>
      </w:r>
      <w:r>
        <w:br/>
      </w:r>
      <w:r>
        <w:rPr>
          <w:sz w:val="20"/>
        </w:rPr>
        <w:t>23:47  customer friendly hona parta hai us ko. ek business man ko paisa kamana hai, sirf material gain chahiye us ko. tab bhi doosre insaanon ke baare mein us ka rawaiyya jo hai friendly ho, tab kama paaye ga woh.</w:t>
      </w:r>
      <w:r>
        <w:br/>
      </w:r>
      <w:r>
        <w:rPr>
          <w:sz w:val="20"/>
        </w:rPr>
        <w:t>24:03  us ko kama, yani woh customer friendly banna parta hai. to Musalman jo insaan friendly na nahi thay, to kya karte woh? na duniya ke ke qabil thay, na na Islam ke qabil thay.</w:t>
      </w:r>
      <w:r>
        <w:br/>
      </w:r>
      <w:r>
        <w:rPr>
          <w:sz w:val="20"/>
        </w:rPr>
        <w:t>24:19  yeh hua. aise Musalmanon ko Iqbal ne kya kaha keh ek land alag kar ke diya jaye un ko.</w:t>
      </w:r>
      <w:r>
        <w:br/>
      </w:r>
      <w:r>
        <w:rPr>
          <w:sz w:val="20"/>
        </w:rPr>
        <w:t>24:28  1930 mein, 1930 mein Ilahabad mein Muslim League ka jalsa hua jis ke woh president banaye gaye thay. wahan un ka mashhoor jo ek tha woh lecture, woh chupa hua hai.</w:t>
      </w:r>
      <w:r>
        <w:br/>
      </w:r>
      <w:r>
        <w:rPr>
          <w:sz w:val="20"/>
        </w:rPr>
        <w:t>24:43  is mein unhon ne pehli baar yeh kaha keh Musalmanon ko, yani partition ka concept unhon ne diya keh India jo hai yeh sub continent, us ko alag kar ke is mein se partition kar ke Musalmanon ko ek Muslim land banaya jaye.</w:t>
      </w:r>
      <w:r>
        <w:br/>
      </w:r>
      <w:r>
        <w:rPr>
          <w:sz w:val="20"/>
        </w:rPr>
        <w:t>24:56  kis ke liye</w:t>
      </w:r>
      <w:r>
        <w:br/>
      </w:r>
      <w:r>
        <w:rPr>
          <w:sz w:val="20"/>
        </w:rPr>
        <w:t>24:58  ? woh log jo degeneration mein aakhri hadd ko pohnch chuke thay. ab dekhiye keh woh hua. angrez ne kar diya keh achha hai to lado tum aapas mein.</w:t>
      </w:r>
      <w:r>
        <w:br/>
      </w:r>
      <w:r>
        <w:rPr>
          <w:sz w:val="20"/>
        </w:rPr>
        <w:t>25:10  aur 60 baras mein mujhe bataiye keh kya hua Pakistan mein? aapas mein lad rahe hain bas. muahidon mein bomb, qabristan mein bomb.</w:t>
      </w:r>
      <w:r>
        <w:br/>
      </w:r>
      <w:r>
        <w:rPr>
          <w:sz w:val="20"/>
        </w:rPr>
        <w:t>25:21  gun chal rahi hai, bomb chal rahe hain, suicide bombing ho rahi hai. is ka naam hai Muslim Pakistan, Muslim land.</w:t>
      </w:r>
      <w:r>
        <w:br/>
      </w:r>
      <w:r>
        <w:rPr>
          <w:sz w:val="20"/>
        </w:rPr>
        <w:t>25:28  . to is is ke kya hai? unhon ne kaha keh Quran ka tarjuma phailao. nahi, Quran ka mind banao. Quran ka mind banao.</w:t>
      </w:r>
      <w:r>
        <w:br/>
      </w:r>
      <w:r>
        <w:rPr>
          <w:sz w:val="20"/>
        </w:rPr>
        <w:t>25:40  is poori period mein jo 100 baras ka period hai, sirf ek kitaab mein jaanta hoon jis ka title "Qazaa-e-Qaza" tha. title.</w:t>
      </w:r>
      <w:r>
        <w:br/>
      </w:r>
      <w:r>
        <w:rPr>
          <w:sz w:val="20"/>
        </w:rPr>
        <w:t>25:50  Iqbal ki kitaab to thi, aap jaante hain keh is ka naam hai "Reconstruction of Religious Thought in Islam".</w:t>
      </w:r>
      <w:r>
        <w:br/>
      </w:r>
      <w:r>
        <w:rPr>
          <w:sz w:val="20"/>
        </w:rPr>
        <w:t>25:57  "Reconstruction of Religious Thought in Islam". main kahoon ga yeh title hi galat tha, kitaab hi galat thi woh. us waqt zaroorat thi sab baat ki?</w:t>
      </w:r>
      <w:r>
        <w:br/>
      </w:r>
      <w:r>
        <w:rPr>
          <w:sz w:val="20"/>
        </w:rPr>
        <w:t>26:07  "re construction of muslim mind in islam claims" . "re construction of muslim mind in islam claims" .</w:t>
      </w:r>
      <w:r>
        <w:br/>
      </w:r>
      <w:r>
        <w:rPr>
          <w:sz w:val="20"/>
        </w:rPr>
        <w:t>26:17  yani islam ke khutoot par musalmanon ke zehni taameer .</w:t>
      </w:r>
      <w:r>
        <w:br/>
      </w:r>
      <w:r>
        <w:rPr>
          <w:sz w:val="20"/>
        </w:rPr>
        <w:t>26:23  ajeeb o ghareeb kitaab likhi hai unhon ne .</w:t>
      </w:r>
      <w:r>
        <w:br/>
      </w:r>
      <w:r>
        <w:rPr>
          <w:sz w:val="20"/>
        </w:rPr>
        <w:t>26:27  itna confusion is ke andar hai ke koi kaha jata hai ke jinhon ne tarjuma is ko urdu mein kiya , woh bhi nahin samjhe is ko . aap parh lijiye un ki kitaab ko .</w:t>
      </w:r>
      <w:r>
        <w:br/>
      </w:r>
      <w:r>
        <w:rPr>
          <w:sz w:val="20"/>
        </w:rPr>
        <w:t>26:36  baron se poochta hoon ke bhai kia khulasa is kitaab ka hai ? jo admire kar rahe hain , un ke woh nahin bata paate . to starting point ghalat .</w:t>
      </w:r>
      <w:r>
        <w:br/>
      </w:r>
      <w:r>
        <w:rPr>
          <w:sz w:val="20"/>
        </w:rPr>
        <w:t>26:46  ke batwara karke hamein ek land do . That was not a right starting point</w:t>
      </w:r>
    </w:p>
    <w:p>
      <w:pPr>
        <w:pStyle w:val="Heading2"/>
      </w:pPr>
      <w:r>
        <w:t>Iqbal's couplet on the Prophet's homeland and cool breeze</w:t>
      </w:r>
    </w:p>
    <w:p>
      <w:r>
        <w:rPr>
          <w:color w:val="666666"/>
          <w:sz w:val="18"/>
        </w:rPr>
        <w:t>Communal Harmony October 16, 2022 · 29s · at 16:20 · https://youtu.be/Ob4BVozf3KY?t=980</w:t>
      </w:r>
    </w:p>
    <w:p>
      <w:r>
        <w:rPr>
          <w:i/>
        </w:rPr>
        <w:t>“Mere Arab ko aayi thandi hawa jahan se”</w:t>
      </w:r>
    </w:p>
    <w:p>
      <w:r>
        <w:rPr>
          <w:sz w:val="20"/>
        </w:rPr>
        <w:t>16:20  to isi pe Maulana likhte hain ke Allama Iqbal ne aik shair kaha tha Hadees ke hawale se. kyun ke aik Hadees ki yahi wording hai, to isi ko unhon ne shair mein banaya tha.</w:t>
      </w:r>
      <w:r>
        <w:br/>
      </w:r>
      <w:r>
        <w:rPr>
          <w:sz w:val="20"/>
        </w:rPr>
        <w:t>16:33  mere Arab ko aayi thandi hawa jahan se, mera watan wahi hai, mera watan wahi hai.</w:t>
      </w:r>
      <w:r>
        <w:br/>
      </w:r>
      <w:r>
        <w:rPr>
          <w:sz w:val="20"/>
        </w:rPr>
        <w:t>16:39  to woh Maulana kehte hain ke mere Arab yani Prophet Salallahu Alaihi Wasallam ko to thandi hawa aayi is mulk se, to hamein garam hawa mil rahi hai.</w:t>
      </w:r>
    </w:p>
    <w:p>
      <w:pPr>
        <w:pStyle w:val="Heading2"/>
      </w:pPr>
      <w:r>
        <w:t>Calling Iqbal's famous couplet meaningless</w:t>
      </w:r>
    </w:p>
    <w:p>
      <w:r>
        <w:rPr>
          <w:color w:val="666666"/>
          <w:sz w:val="18"/>
        </w:rPr>
        <w:t>Study of the Quran December 20, 2015 · 32s · at 40:11 · https://youtu.be/aWG02P9l_Bk?t=2411</w:t>
      </w:r>
    </w:p>
    <w:p>
      <w:r>
        <w:rPr>
          <w:i/>
        </w:rPr>
        <w:t>“Iqbal ka ek shear hai, main isay meaningless samajhta hoon”</w:t>
      </w:r>
    </w:p>
    <w:p>
      <w:r>
        <w:rPr>
          <w:sz w:val="20"/>
        </w:rPr>
        <w:t>40:11  iqbal musalmanon mein bohat se mashhoor shayar hain. ajeeb ghareeb shayari un ki hoti thi. mislan un ka ek sher hai: "kafir ki yeh tareef ke afaq mein gum hai, momin ki yeh tareef ke gum is mein afaq." yeh kya hai?</w:t>
      </w:r>
      <w:r>
        <w:br/>
      </w:r>
      <w:r>
        <w:rPr>
          <w:sz w:val="20"/>
        </w:rPr>
        <w:t>40:28  mein is ko meaningless samajhta hoon. meaningless. koi maani nahi, matlab is ka.</w:t>
      </w:r>
      <w:r>
        <w:br/>
      </w:r>
      <w:r>
        <w:rPr>
          <w:sz w:val="20"/>
        </w:rPr>
        <w:t>40:33  "kafir ki yeh tareef ke afaq mein gum hai, momin ki yeh tareef ke gum is mein afaq." meaningless sher hai.</w:t>
      </w:r>
    </w:p>
    <w:p>
      <w:pPr>
        <w:pStyle w:val="Heading2"/>
      </w:pPr>
      <w:r>
        <w:t>Childhood cow poem became lifelong positive-thinking philosophy</w:t>
      </w:r>
    </w:p>
    <w:p>
      <w:r>
        <w:rPr>
          <w:color w:val="666666"/>
          <w:sz w:val="18"/>
        </w:rPr>
        <w:t>Glimpses from My Life January 4, 2009 · 1m 20s · at 8:08 · https://youtu.be/qLpcIX-hlC0?t=488</w:t>
      </w:r>
    </w:p>
    <w:p>
      <w:r>
        <w:rPr>
          <w:i/>
        </w:rPr>
        <w:t>“Humein Maulana Iqbal ki reader mein gaay ki poem padhai jaati thi”</w:t>
      </w:r>
    </w:p>
    <w:p>
      <w:r>
        <w:rPr>
          <w:sz w:val="20"/>
        </w:rPr>
        <w:t>8:08  ke hum ko maulana iqbal ki reader padhai jati thi is zamane</w:t>
      </w:r>
      <w:r>
        <w:br/>
      </w:r>
      <w:r>
        <w:rPr>
          <w:sz w:val="20"/>
        </w:rPr>
        <w:t>8:11  mein. is mein ek ek ek poem thi gaaye gaaye par. to us gaaye ke poem mein yeh shuru hoti thi: "rab ki hamd o sana kar bhai jis ne aisi gaaye banai." is ki ek line jo thi, woh mere liye bohat badi cheez ban gayi.</w:t>
      </w:r>
      <w:r>
        <w:br/>
      </w:r>
      <w:r>
        <w:rPr>
          <w:sz w:val="20"/>
        </w:rPr>
        <w:t>8:33  ke kal jo ghaas cheri thi ban mein, doodh bani woh gaaye ke than mein.</w:t>
      </w:r>
      <w:r>
        <w:br/>
      </w:r>
      <w:r>
        <w:rPr>
          <w:sz w:val="20"/>
        </w:rPr>
        <w:t>8:40  yani us waqt main bohat zyada consciously main is ko samajh nahi paya tha. lekin mere unconscious mind mein ek cheez baith gayi. ke dunya mein gaaye ki tarah rehna hai.</w:t>
      </w:r>
      <w:r>
        <w:br/>
      </w:r>
      <w:r>
        <w:rPr>
          <w:sz w:val="20"/>
        </w:rPr>
        <w:t>8:51  yani ghaas kha kar ke doodh dena hai. non-milk ko milk mein convert karna hai. doosri taraf to ab yeh ke negative thought ko positive thought banana hai.</w:t>
      </w:r>
      <w:r>
        <w:br/>
      </w:r>
      <w:r>
        <w:rPr>
          <w:sz w:val="20"/>
        </w:rPr>
        <w:t>9:04  to sabr ka matlab yahi hai.</w:t>
      </w:r>
      <w:r>
        <w:br/>
      </w:r>
      <w:r>
        <w:rPr>
          <w:sz w:val="20"/>
        </w:rPr>
        <w:t>9:08  sabr karna, paradise ko apna goal banana, aur dunya ki zindagi mein is tarah rehna ke jab bhi koi negative experience ho to kabhi bhi reaction na karna.</w:t>
      </w:r>
      <w:r>
        <w:br/>
      </w:r>
      <w:r>
        <w:rPr>
          <w:sz w:val="20"/>
        </w:rPr>
        <w:t>9:22  bajaye reaction karne ke, is negative thought ko positive thought mein convert karna.</w:t>
      </w:r>
    </w:p>
    <w:p>
      <w:pPr>
        <w:pStyle w:val="Heading2"/>
      </w:pPr>
      <w:r>
        <w:t>Iqbal's couplet on Guru Nanak and living inside Paradise daily</w:t>
      </w:r>
    </w:p>
    <w:p>
      <w:r>
        <w:rPr>
          <w:color w:val="666666"/>
          <w:sz w:val="18"/>
        </w:rPr>
        <w:t>Lessons and Experiences May 22, 2011 Maulana Wahiduddin Khan · 3m 31s · at 6:09 · https://youtu.be/j4Qx-MsDQWc?t=369</w:t>
      </w:r>
    </w:p>
    <w:p>
      <w:r>
        <w:rPr>
          <w:i/>
        </w:rPr>
        <w:t>“Aaj mujhe yaad aaya Allama Iqbal ka ek sher”</w:t>
      </w:r>
    </w:p>
    <w:p>
      <w:r>
        <w:rPr>
          <w:sz w:val="20"/>
        </w:rPr>
        <w:t>6:09  aaj mujhe yaad aaya Allama Iqbal ka ek sher jo Guru Nanak ke bare mein kaha tha unhon ne. is tajruba ke baad.</w:t>
      </w:r>
      <w:r>
        <w:br/>
      </w:r>
      <w:r>
        <w:rPr>
          <w:sz w:val="20"/>
        </w:rPr>
        <w:t>6:19  Guru Nanak jo hain ek Khuda ko mante the.</w:t>
      </w:r>
      <w:r>
        <w:br/>
      </w:r>
      <w:r>
        <w:rPr>
          <w:sz w:val="20"/>
        </w:rPr>
        <w:t>6:25  yeh sab log jante hain.</w:t>
      </w:r>
      <w:r>
        <w:br/>
      </w:r>
      <w:r>
        <w:rPr>
          <w:sz w:val="20"/>
        </w:rPr>
        <w:t>6:30  ke Guru Nanak jo hain woh ek Khuda ko mante the. woh but parasti ko nahin mante the.</w:t>
      </w:r>
      <w:r>
        <w:br/>
      </w:r>
      <w:r>
        <w:rPr>
          <w:sz w:val="20"/>
        </w:rPr>
        <w:t>6:38  to Allama Iqbal ne kaha ke ke Nanak ne jis chaman mein wahdat ka geet gaaya, mera watan wahi hai, mera watan wahi hai.</w:t>
      </w:r>
      <w:r>
        <w:br/>
      </w:r>
      <w:r>
        <w:rPr>
          <w:sz w:val="20"/>
        </w:rPr>
        <w:t>6:48  goya Nanak ko India jo hai baagh-e-jannat ke taur par nazar aaya. chaman-e-jannat. yani rohani chaman.</w:t>
      </w:r>
      <w:r>
        <w:br/>
      </w:r>
      <w:r>
        <w:rPr>
          <w:sz w:val="20"/>
        </w:rPr>
        <w:t>7:00  Nanak ne jis chaman mein wahdat ka geet gaaya.</w:t>
      </w:r>
      <w:r>
        <w:br/>
      </w:r>
      <w:r>
        <w:rPr>
          <w:sz w:val="20"/>
        </w:rPr>
        <w:t>7:04  lekin Nanak ka shaoor itna jaaga hua tha ke India un ko ek rohani baagh dikhai diya.</w:t>
      </w:r>
      <w:r>
        <w:br/>
      </w:r>
      <w:r>
        <w:rPr>
          <w:sz w:val="20"/>
        </w:rPr>
        <w:t>7:14  to unhon ne woh baatein kahin, tauheed wali baatein. woh mujhe yaad aaya is tajruba ke baad.</w:t>
      </w:r>
      <w:r>
        <w:br/>
      </w:r>
      <w:r>
        <w:rPr>
          <w:sz w:val="20"/>
        </w:rPr>
        <w:t>7:21  to behal main samajhta hoon is Hadees ka matlab yeh hai ke zameen ka har jagah aap ko, aap apne shaoor ko itna jagaiye.</w:t>
      </w:r>
      <w:r>
        <w:br/>
      </w:r>
      <w:r>
        <w:rPr>
          <w:sz w:val="20"/>
        </w:rPr>
        <w:t>7:32  apne shaoor ko itna bedaar kijiye. ke zameen ka har jagah, yahan ka har tajruba aap ko is mein</w:t>
      </w:r>
      <w:r>
        <w:br/>
      </w:r>
      <w:r>
        <w:rPr>
          <w:sz w:val="20"/>
        </w:rPr>
        <w:t>7:44  jannat ki jhalak dikhai di. aisa jeena kaisa ajeeb jeena hoga.</w:t>
      </w:r>
      <w:r>
        <w:br/>
      </w:r>
      <w:r>
        <w:rPr>
          <w:sz w:val="20"/>
        </w:rPr>
        <w:t>7:54  yani agar aap ki zindagi is tarah guzre aur Allah taala aap ko qabool kar le to maut ke baad aisa lagega ke aap jannat hi ke ek makaan mein pehle bhi the.</w:t>
      </w:r>
      <w:r>
        <w:br/>
      </w:r>
      <w:r>
        <w:rPr>
          <w:sz w:val="20"/>
        </w:rPr>
        <w:t>8:08  ab darwaze mein dakhil ho kar ke us ke ek aur hisse mein dakhil ho gaye. yani ek kamre se doosre kamre mein. yeh Imperfect Version tha, woh Perfect Version hai.</w:t>
      </w:r>
      <w:r>
        <w:br/>
      </w:r>
      <w:r>
        <w:rPr>
          <w:sz w:val="20"/>
        </w:rPr>
        <w:t>8:21  itni farq hai.</w:t>
      </w:r>
      <w:r>
        <w:br/>
      </w:r>
      <w:r>
        <w:rPr>
          <w:sz w:val="20"/>
        </w:rPr>
        <w:t>8:25  yeh hai Believer ki zindagi. jo Believer ho, jo sachai ko paaye hue ho. jo Allah mein jeeta ho.</w:t>
      </w:r>
      <w:r>
        <w:br/>
      </w:r>
      <w:r>
        <w:rPr>
          <w:sz w:val="20"/>
        </w:rPr>
        <w:t>8:36  iska jeene ka jo Level hai woh bohat ooncha ho jayega.</w:t>
      </w:r>
      <w:r>
        <w:br/>
      </w:r>
      <w:r>
        <w:rPr>
          <w:sz w:val="20"/>
        </w:rPr>
        <w:t>8:43  is ke haan Negativity khatm ho jaye</w:t>
      </w:r>
      <w:r>
        <w:br/>
      </w:r>
      <w:r>
        <w:rPr>
          <w:sz w:val="20"/>
        </w:rPr>
        <w:t>8:45  gi. Aap sochiye ke jo aadmi jannat ke baghon mein walk karta ho rozana. Jo aadmi jannat ke manzar ko rozana dekhta ho.</w:t>
      </w:r>
      <w:r>
        <w:br/>
      </w:r>
      <w:r>
        <w:rPr>
          <w:sz w:val="20"/>
        </w:rPr>
        <w:t>8:57  to is ka kya haal hoga woh? Is ke haan ghussa khatm, Negativity khatm, Tension khatm, Despair khatm, Stress khatm,</w:t>
      </w:r>
      <w:r>
        <w:br/>
      </w:r>
      <w:r>
        <w:rPr>
          <w:sz w:val="20"/>
        </w:rPr>
        <w:t>9:11  Frustration khatm.</w:t>
      </w:r>
      <w:r>
        <w:br/>
      </w:r>
      <w:r>
        <w:rPr>
          <w:sz w:val="20"/>
        </w:rPr>
        <w:t>9:13  aaj kal dekhiye log aam tor par jeete hain kis mein? Ehsas-e-mehroomi mein. Hum yeh kho diya, hum ne woh kho diya.</w:t>
      </w:r>
      <w:r>
        <w:br/>
      </w:r>
      <w:r>
        <w:rPr>
          <w:sz w:val="20"/>
        </w:rPr>
        <w:t>9:23  yani khoi hui cheezon ke ehsas mein jeete hain saare log. To ab jab jannat pa lein aap to phir aap ne sab se bari cheez pa li.</w:t>
      </w:r>
      <w:r>
        <w:br/>
      </w:r>
      <w:r>
        <w:rPr>
          <w:sz w:val="20"/>
        </w:rPr>
        <w:t>9:33  to phir khona kya hai? Yani khone ka ehsas hi khatm ho jaye ga woh.</w:t>
      </w:r>
    </w:p>
    <w:p>
      <w:pPr>
        <w:pStyle w:val="Heading2"/>
      </w:pPr>
      <w:r>
        <w:t>Colleges weren't slaughterhouses, they were deconditioning</w:t>
      </w:r>
    </w:p>
    <w:p>
      <w:r>
        <w:rPr>
          <w:color w:val="666666"/>
          <w:sz w:val="18"/>
        </w:rPr>
        <w:t>Choice Between Right and Wrong Battlefield January 26, 2007 Maulana Wahiddduin Khan · 56s · at 57:34 · https://youtu.be/F-onKK3Ibcc?t=3454</w:t>
      </w:r>
    </w:p>
    <w:p>
      <w:r>
        <w:rPr>
          <w:i/>
        </w:rPr>
        <w:t>“Iqbal said education would bring freedom, not knowing it'd bring doubt too”</w:t>
      </w:r>
    </w:p>
    <w:p>
      <w:r>
        <w:rPr>
          <w:sz w:val="20"/>
        </w:rPr>
        <w:t>57:34  yeh halal hai, yeh woh haram hai. yeh maano, woh na maano. lekin rational basis par woh un ka jawab nahi de paate thay. is liye frapna paida hua.</w:t>
      </w:r>
      <w:r>
        <w:br/>
      </w:r>
      <w:r>
        <w:rPr>
          <w:sz w:val="20"/>
        </w:rPr>
        <w:t>57:45  jo iqbal ne kaha hai ke hum yeh samjhe thay ke laye gi firaqat taleem. kya khabar thi ke chalaye ga ilhad bhi sath. yeh ilhad nahi aaya tha. yeh ek spirit of inquiry aayi thi.</w:t>
      </w:r>
      <w:r>
        <w:br/>
      </w:r>
      <w:r>
        <w:rPr>
          <w:sz w:val="20"/>
        </w:rPr>
        <w:t>57:56  jis ko aap ne ilhad samajh liya. ya maula modoodi ne kaha ke yeh college aur universityan jo hain, yeh qatl gaah hain. slaughter house hain. slaughter house nahi thay woh.</w:t>
      </w:r>
      <w:r>
        <w:br/>
      </w:r>
      <w:r>
        <w:rPr>
          <w:sz w:val="20"/>
        </w:rPr>
        <w:t>58:07  woh slaughter house nahi thay. woh deconditioning ke institutions thay woh.</w:t>
      </w:r>
      <w:r>
        <w:br/>
      </w:r>
      <w:r>
        <w:rPr>
          <w:sz w:val="20"/>
        </w:rPr>
        <w:t>58:13  yani college aur university jo hain, woh slaughter house nahi thay. deconditioning ke institutions thay. aur insaan phir se nature par laya ja raha tha ke, yani apnay mind ko free kar ke soch sakay.</w:t>
      </w:r>
    </w:p>
    <w:p>
      <w:pPr>
        <w:pStyle w:val="Heading2"/>
      </w:pPr>
      <w:r>
        <w:t>Iqbal's call without understanding</w:t>
      </w:r>
    </w:p>
    <w:p>
      <w:r>
        <w:rPr>
          <w:color w:val="666666"/>
          <w:sz w:val="18"/>
        </w:rPr>
        <w:t>Iman and the Quran March 29, 2009 Maulana Wahiduddin Khan · 2m 19s · at 19:55 · https://youtu.be/BoXolOS_aTk?t=1195</w:t>
      </w:r>
    </w:p>
    <w:p>
      <w:r>
        <w:rPr>
          <w:i/>
        </w:rPr>
        <w:t>“اقبال نے کہا کہ صاحب قرآن کو پھیلاؤ”</w:t>
      </w:r>
    </w:p>
    <w:p>
      <w:r>
        <w:rPr>
          <w:sz w:val="20"/>
        </w:rPr>
        <w:t>19:55  iqbal ko dekhiye. iqbal ne kaha ke sahib quran ko phailao, quran ko phailao, quran ko phailao. aur khud ko iqbal quran se be khabar thay.</w:t>
      </w:r>
      <w:r>
        <w:br/>
      </w:r>
      <w:r>
        <w:rPr>
          <w:sz w:val="20"/>
        </w:rPr>
        <w:t>20:06  kaha jata hai aakhri zamanay mein iqbal ke sirhanay quran rakha rehta tha is ko parhte rehte thay. to woh isi ka be sadaqat thay. "wa lam yaqra'uhum lam yaqra'u".</w:t>
      </w:r>
      <w:r>
        <w:br/>
      </w:r>
      <w:r>
        <w:rPr>
          <w:sz w:val="20"/>
        </w:rPr>
        <w:t>20:16  kyun? iqbal ke zamanay mein jo jo surat thi woh thi ke musalman degenerate ho chukay thay.</w:t>
      </w:r>
      <w:r>
        <w:br/>
      </w:r>
      <w:r>
        <w:rPr>
          <w:sz w:val="20"/>
        </w:rPr>
        <w:t>20:27  aur unhon ne kaha tha ke kaha ke zara num hoti hai yani mitti bohat zarkhez hai zaati. yani ulti baat keh di unhon ne. degeneration ke aakhri hadd par thay musalman.</w:t>
      </w:r>
      <w:r>
        <w:br/>
      </w:r>
      <w:r>
        <w:rPr>
          <w:sz w:val="20"/>
        </w:rPr>
        <w:t>20:38  woh kya keh rahe hain? zara num hoti hai mitti bohat zarkhez hai zaati. dekhiye sab se bara masla iqbal ke zamanay mein jo tha woh kya tha?</w:t>
      </w:r>
      <w:r>
        <w:br/>
      </w:r>
      <w:r>
        <w:rPr>
          <w:sz w:val="20"/>
        </w:rPr>
        <w:t>20:50  iqbal ke sare log jo is zamanay ke thay jitnay leader thay reformer arab ke log bhi aur india ke dono mila kar keh raha hoon main. ke yeh log yeh bhool chukay thay ke hum daai hain doosray log badu hain.</w:t>
      </w:r>
      <w:r>
        <w:br/>
      </w:r>
      <w:r>
        <w:rPr>
          <w:sz w:val="20"/>
        </w:rPr>
        <w:t>21:06  yani jo relationship hai hamara daai badu ka hai. ek dam hi is ko janta rehte hain koi be khabar. sare is zamanay ki literature parh dali aap.</w:t>
      </w:r>
      <w:r>
        <w:br/>
      </w:r>
      <w:r>
        <w:rPr>
          <w:sz w:val="20"/>
        </w:rPr>
        <w:t>21:19  including iqbal ka. yeh concept hi nahin aap payein ge ke musalman ka relationship doosron se jo hai woh daai aur badu ka hai.</w:t>
      </w:r>
      <w:r>
        <w:br/>
      </w:r>
      <w:r>
        <w:rPr>
          <w:sz w:val="20"/>
        </w:rPr>
        <w:t>21:29  to yeh bhool kar kya hua tha? ke musalman doosron ko apne rival samajhte thay. rival yani raqeeb. western civilization se nafrat.</w:t>
      </w:r>
      <w:r>
        <w:br/>
      </w:r>
      <w:r>
        <w:rPr>
          <w:sz w:val="20"/>
        </w:rPr>
        <w:t>21:41  western thought se nafrat. itni nafrat thi ke iqbal ilahabadi jo un ko kehta hai lisan ul asar. halankay bilkul absurd baat hai un ko lisan ul asar kehna.</w:t>
      </w:r>
      <w:r>
        <w:br/>
      </w:r>
      <w:r>
        <w:rPr>
          <w:sz w:val="20"/>
        </w:rPr>
        <w:t>21:54  to woh mazaaq urate thay tehzeeb ka, jadeed modern civilization ka. to mazaaq urate thay to woh lisan ul asar ban gaye. yani waqt ki zaban.</w:t>
      </w:r>
      <w:r>
        <w:br/>
      </w:r>
      <w:r>
        <w:rPr>
          <w:sz w:val="20"/>
        </w:rPr>
        <w:t>22:07  to unhon ne kaha tha ke</w:t>
      </w:r>
    </w:p>
    <w:p>
      <w:pPr>
        <w:pStyle w:val="Heading2"/>
      </w:pPr>
      <w:r>
        <w:t>Cousin forced into impromptu speech</w:t>
      </w:r>
    </w:p>
    <w:p>
      <w:r>
        <w:rPr>
          <w:color w:val="666666"/>
          <w:sz w:val="18"/>
        </w:rPr>
        <w:t>Combined Efforts April 14, 2018 · 3m 08s · at 9:06 · https://youtu.be/0Sv4c7bEwX4?t=546</w:t>
      </w:r>
    </w:p>
    <w:p>
      <w:r>
        <w:rPr>
          <w:i/>
        </w:rPr>
        <w:t>“Mere ek cousin the, Iqbal Ahmad Suhail”</w:t>
      </w:r>
    </w:p>
    <w:p>
      <w:r>
        <w:rPr>
          <w:sz w:val="20"/>
        </w:rPr>
        <w:t>9:06  is mein sochte hue mujhe aik waqia yaad aa gaya apni family ka. hamare aik cousin the, iqbal ahmed sohail, yani urdu mein is ko kehte hain chacha zad bhai,</w:t>
      </w:r>
      <w:r>
        <w:br/>
      </w:r>
      <w:r>
        <w:rPr>
          <w:sz w:val="20"/>
        </w:rPr>
        <w:t>9:23  english mein kehte hain cousin. to un ko hum log to watan udhra tha, to udhra mein paida hue woh.</w:t>
      </w:r>
      <w:r>
        <w:br/>
      </w:r>
      <w:r>
        <w:rPr>
          <w:sz w:val="20"/>
        </w:rPr>
        <w:t>9:37  phir un ki shadi hui banaras mein, to banaras mein wahan queens college tha. to wahan par unhon ne matric kiya aur b.a. kiya banaras mein queens college mein.</w:t>
      </w:r>
      <w:r>
        <w:br/>
      </w:r>
      <w:r>
        <w:rPr>
          <w:sz w:val="20"/>
        </w:rPr>
        <w:t>9:54  phir wahan se chale gaye aligarh, aligarh mein m.a. aur ll.b. kiya. to yeh 1914 ki baat hai, 1914 ki ke aligarh mein aaye the, woh un ka naam tha khwaja kamaluddin.</w:t>
      </w:r>
      <w:r>
        <w:br/>
      </w:r>
      <w:r>
        <w:rPr>
          <w:sz w:val="20"/>
        </w:rPr>
        <w:t>10:13  woh europe mein rehte the, rehte the woh england, england mein. woh england mein rehte the, yani india, indian the woh, lekin woh missionary work karte the,</w:t>
      </w:r>
      <w:r>
        <w:br/>
      </w:r>
      <w:r>
        <w:rPr>
          <w:sz w:val="20"/>
        </w:rPr>
        <w:t>10:27  quran ko phailate the, islam ko phailate the, missionary work. to rehte the england mein. to 1914 mein woh dilli, woh aligarh university aaye aur stage hall wahan par hai.</w:t>
      </w:r>
      <w:r>
        <w:br/>
      </w:r>
      <w:r>
        <w:rPr>
          <w:sz w:val="20"/>
        </w:rPr>
        <w:t>10:50  stage hall mein un ki speech hui, is ka topic tha arabi umm-ul-lisana hai. woh arabi bhi jante the, lekin english achi jante the, dono zuban mein.</w:t>
      </w:r>
      <w:r>
        <w:br/>
      </w:r>
      <w:r>
        <w:rPr>
          <w:sz w:val="20"/>
        </w:rPr>
        <w:t>11:06  to stage hall mein un ki taqreer hui aur bohat achhe speaker the woh.</w:t>
      </w:r>
      <w:r>
        <w:br/>
      </w:r>
      <w:r>
        <w:rPr>
          <w:sz w:val="20"/>
        </w:rPr>
        <w:t>11:15  to bohat taliyan baji. to jo larkay the, un ko aik aik joke soojha, joke ke iqbal sohail sahib use parhte the.</w:t>
      </w:r>
      <w:r>
        <w:br/>
      </w:r>
      <w:r>
        <w:rPr>
          <w:sz w:val="20"/>
        </w:rPr>
        <w:t>11:27  wahan aik junior aadmi the, wahan us waqt woh un se kam umar thi un ki. to jab un ki taqreer khatam hui taliyon ke sath,</w:t>
      </w:r>
      <w:r>
        <w:br/>
      </w:r>
      <w:r>
        <w:rPr>
          <w:sz w:val="20"/>
        </w:rPr>
        <w:t>11:41  to achaanak unhon ne iqbal sohail ko le ke ja ke wahan khara kar diya. ab iqbal sohail bolen ge is topic par, bilkul extra pour bolna tha un ko, extra pour.</w:t>
      </w:r>
      <w:r>
        <w:br/>
      </w:r>
      <w:r>
        <w:rPr>
          <w:sz w:val="20"/>
        </w:rPr>
        <w:t>11:57  to aisi surat mein aadmi ke liye choice nahi rehta, bhag nahi sakta woh. kaise bhage ga stage se? to lage bolne woh, yani baghair kisi preparation ke.</w:t>
      </w:r>
    </w:p>
    <w:p>
      <w:pPr>
        <w:pStyle w:val="Heading2"/>
      </w:pPr>
      <w:r>
        <w:t>Cousin story and lesson on ego</w:t>
      </w:r>
    </w:p>
    <w:p>
      <w:r>
        <w:rPr>
          <w:color w:val="666666"/>
          <w:sz w:val="18"/>
        </w:rPr>
        <w:t>Combined Efforts April 14, 2018 · 4m 55s · at 9:06 · https://youtu.be/0Sv4c7bEwX4?t=546</w:t>
      </w:r>
    </w:p>
    <w:p>
      <w:r>
        <w:rPr>
          <w:i/>
        </w:rPr>
        <w:t>“Mere ek cousin the, Iqbal Ahmad Suhail”</w:t>
      </w:r>
    </w:p>
    <w:p>
      <w:r>
        <w:rPr>
          <w:sz w:val="20"/>
        </w:rPr>
        <w:t>9:06  is mein sochte hue mujhe aik waqia yaad aa gaya apni family ka. hamare aik cousin the, iqbal ahmed sohail, yani urdu mein is ko kehte hain chacha zad bhai,</w:t>
      </w:r>
      <w:r>
        <w:br/>
      </w:r>
      <w:r>
        <w:rPr>
          <w:sz w:val="20"/>
        </w:rPr>
        <w:t>9:23  english mein kehte hain cousin. to un ko hum log to watan udhra tha, to udhra mein paida hue woh.</w:t>
      </w:r>
      <w:r>
        <w:br/>
      </w:r>
      <w:r>
        <w:rPr>
          <w:sz w:val="20"/>
        </w:rPr>
        <w:t>9:37  phir un ki shadi hui banaras mein, to banaras mein wahan queens college tha. to wahan par unhon ne matric kiya aur b.a. kiya banaras mein queens college mein.</w:t>
      </w:r>
      <w:r>
        <w:br/>
      </w:r>
      <w:r>
        <w:rPr>
          <w:sz w:val="20"/>
        </w:rPr>
        <w:t>9:54  phir wahan se chale gaye aligarh, aligarh mein m.a. aur ll.b. kiya. to yeh 1914 ki baat hai, 1914 ki ke aligarh mein aaye the, woh un ka naam tha khwaja kamaluddin.</w:t>
      </w:r>
      <w:r>
        <w:br/>
      </w:r>
      <w:r>
        <w:rPr>
          <w:sz w:val="20"/>
        </w:rPr>
        <w:t>10:13  woh europe mein rehte the, rehte the woh england, england mein. woh england mein rehte the, yani india, indian the woh, lekin woh missionary work karte the,</w:t>
      </w:r>
      <w:r>
        <w:br/>
      </w:r>
      <w:r>
        <w:rPr>
          <w:sz w:val="20"/>
        </w:rPr>
        <w:t>10:27  quran ko phailate the, islam ko phailate the, missionary work. to rehte the england mein. to 1914 mein woh dilli, woh aligarh university aaye aur stage hall wahan par hai.</w:t>
      </w:r>
      <w:r>
        <w:br/>
      </w:r>
      <w:r>
        <w:rPr>
          <w:sz w:val="20"/>
        </w:rPr>
        <w:t>10:50  stage hall mein un ki speech hui, is ka topic tha arabi umm-ul-lisana hai. woh arabi bhi jante the, lekin english achi jante the, dono zuban mein.</w:t>
      </w:r>
      <w:r>
        <w:br/>
      </w:r>
      <w:r>
        <w:rPr>
          <w:sz w:val="20"/>
        </w:rPr>
        <w:t>11:06  to stage hall mein un ki taqreer hui aur bohat achhe speaker the woh.</w:t>
      </w:r>
      <w:r>
        <w:br/>
      </w:r>
      <w:r>
        <w:rPr>
          <w:sz w:val="20"/>
        </w:rPr>
        <w:t>11:15  to bohat taliyan baji. to jo larkay the, un ko aik aik joke soojha, joke ke iqbal sohail sahib use parhte the.</w:t>
      </w:r>
      <w:r>
        <w:br/>
      </w:r>
      <w:r>
        <w:rPr>
          <w:sz w:val="20"/>
        </w:rPr>
        <w:t>11:27  wahan aik junior aadmi the, wahan us waqt woh un se kam umar thi un ki. to jab un ki taqreer khatam hui taliyon ke sath,</w:t>
      </w:r>
      <w:r>
        <w:br/>
      </w:r>
      <w:r>
        <w:rPr>
          <w:sz w:val="20"/>
        </w:rPr>
        <w:t>11:41  to achaanak unhon ne iqbal sohail ko le ke ja ke wahan khara kar diya. ab iqbal sohail bolen ge is topic par, bilkul extra pour bolna tha un ko, extra pour.</w:t>
      </w:r>
      <w:r>
        <w:br/>
      </w:r>
      <w:r>
        <w:rPr>
          <w:sz w:val="20"/>
        </w:rPr>
        <w:t>11:57  to aisi surat mein aadmi ke liye choice nahi rehta, bhag nahi sakta woh. kaise bhage ga stage se? to lage bolne woh, yani baghair kisi preparation ke.</w:t>
      </w:r>
      <w:r>
        <w:br/>
      </w:r>
      <w:r>
        <w:rPr>
          <w:sz w:val="20"/>
        </w:rPr>
        <w:t>12:14  to arabi umm-ul-asma ke maani hain ke arabi tamam zubanon ki mother hai, tamam zubanon ki. aur arabic is the mother of all languages.</w:t>
      </w:r>
      <w:r>
        <w:br/>
      </w:r>
      <w:r>
        <w:rPr>
          <w:sz w:val="20"/>
        </w:rPr>
        <w:t>12:28  aap kehte hain, sochen kitna mushkil, mushkil zuban, kitna topic hai. lekin woh aisa naye naye pair nikale unhon ne aur aise andaaz se bole ke phir taliyan bajne lagin.</w:t>
      </w:r>
      <w:r>
        <w:br/>
      </w:r>
      <w:r>
        <w:rPr>
          <w:sz w:val="20"/>
        </w:rPr>
        <w:t>12:46  bohat un ki speech, bohat yeh waqia likha hai woh rasheed ahmed siddiqui ne apni kitab mein, un ki kitab madam rasheed.</w:t>
      </w:r>
      <w:r>
        <w:br/>
      </w:r>
      <w:r>
        <w:rPr>
          <w:sz w:val="20"/>
        </w:rPr>
        <w:t>12:59  madam rasheed koi bhi dekh sakta hai is mein, woh internet par.</w:t>
      </w:r>
      <w:r>
        <w:br/>
      </w:r>
      <w:r>
        <w:rPr>
          <w:sz w:val="20"/>
        </w:rPr>
        <w:t>13:08  to jab un ki taqreer khatam hui</w:t>
      </w:r>
      <w:r>
        <w:br/>
      </w:r>
      <w:r>
        <w:rPr>
          <w:sz w:val="20"/>
        </w:rPr>
        <w:t>13:17  to khwaja kamaluddin apni seat se uthe, uth ke un ko embrace kiya, embrace kar ke kaha ke agar tum mere sath chalo england, wahan hum dono mil ke kaam karen to hum dono mil kar ke islam ki, yani england, europe ki sab se oonchi choti par islam ka jhanda laga denge.</w:t>
      </w:r>
      <w:r>
        <w:br/>
      </w:r>
      <w:r>
        <w:rPr>
          <w:sz w:val="20"/>
        </w:rPr>
        <w:t>13:43  wo sath gaye nahin un ke sath, kyunke dekhiye hota kya hai.</w:t>
      </w:r>
      <w:r>
        <w:br/>
      </w:r>
      <w:r>
        <w:rPr>
          <w:sz w:val="20"/>
        </w:rPr>
        <w:t>13:52  bara kaam, dekhiye is baat ko samjhiye, bara kaam sirf brilliant log karte hain, zaheen log.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