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Isa (Jesus)</w:t>
      </w:r>
    </w:p>
    <w:p>
      <w:r>
        <w:rPr>
          <w:sz w:val="18"/>
        </w:rPr>
        <w:t>Q&amp;A, lecture moments and clips · full transcripts with timestamps · exported 2026-09-21</w:t>
      </w:r>
    </w:p>
    <w:p>
      <w:pPr>
        <w:pStyle w:val="Heading1"/>
      </w:pPr>
      <w:r>
        <w:t>Maulana was asked (3)</w:t>
      </w:r>
    </w:p>
    <w:p>
      <w:pPr>
        <w:pStyle w:val="Heading2"/>
      </w:pPr>
      <w:r>
        <w:t>Jesus in Islam: death, ascension, crucifixion?</w:t>
      </w:r>
    </w:p>
    <w:p>
      <w:r>
        <w:rPr>
          <w:color w:val="666666"/>
          <w:sz w:val="18"/>
        </w:rPr>
        <w:t>Man and the Laws of Nature April 1, 2012 · 36s · at 1:44:13 · https://youtu.be/coIrwYQgb6Y?t=6253</w:t>
      </w:r>
    </w:p>
    <w:p>
      <w:r>
        <w:rPr>
          <w:i/>
        </w:rPr>
        <w:t>“What does Islam tell us about Jesus Christ? Did he die a natural death or was he raised alive by God? Was he crucified or not?”</w:t>
      </w:r>
    </w:p>
    <w:p>
      <w:r>
        <w:rPr>
          <w:sz w:val="20"/>
        </w:rPr>
        <w:t>1:44:13  bas. Maulana, agla sawal Delhi se hai Mr. Mazhar ka.</w:t>
      </w:r>
      <w:r>
        <w:br/>
      </w:r>
      <w:r>
        <w:rPr>
          <w:sz w:val="20"/>
        </w:rPr>
        <w:t>1:44:19  unhon ne likha hai: "Hazrat Isa Masih ke bare mein Islam hamein kya batata hai? kya Isa ki natural death hui thi ya aap ko Khuda ne zinda uthaya tha aur Isa Masih ko cross pe chadhaya gaya tha ya nahi?" Al-Risala jo hai, May 2010, mein bohat tafseel se blush karta hoon, us ko padh lijiye.</w:t>
      </w:r>
      <w:r>
        <w:br/>
      </w:r>
      <w:r>
        <w:rPr>
          <w:sz w:val="20"/>
        </w:rPr>
        <w:t>1:44:42  Al-Risala ka shumarah jo hai, Al-Risala ka issue May 2010 mein tafseel se hai.</w:t>
      </w:r>
    </w:p>
    <w:p>
      <w:pPr>
        <w:pStyle w:val="Heading2"/>
      </w:pPr>
      <w:r>
        <w:t>Jesus in Tazkir-e-Quran</w:t>
      </w:r>
    </w:p>
    <w:p>
      <w:r>
        <w:rPr>
          <w:color w:val="666666"/>
          <w:sz w:val="18"/>
        </w:rPr>
        <w:t>Islam Ideology, Team and Method October 09, 2011 · 6m 50s · at 1:11:00 · https://youtu.be/zRilc1fG6c0?t=4260</w:t>
      </w:r>
    </w:p>
    <w:p>
      <w:r>
        <w:rPr>
          <w:i/>
        </w:rPr>
        <w:t>“In your book 'Tazkir-e-Quran', you mentioned about Prophet Jesus in such a way that any Christian if realistic cannot remain without guidance. Please tell something about this.”</w:t>
      </w:r>
    </w:p>
    <w:p>
      <w:r>
        <w:rPr>
          <w:sz w:val="20"/>
        </w:rPr>
        <w:t>1:11:00  Mr. Aamir bin Yusuf ne Karachi Pakistan se sawal kiya hai. unhon ne likha hai: "</w:t>
      </w:r>
      <w:r>
        <w:br/>
      </w:r>
      <w:r>
        <w:rPr>
          <w:sz w:val="20"/>
        </w:rPr>
        <w:t>1:11:06  Tazkeer-e-Quran mein aap ne jo Hazrat Isa ka zikr kiya hai, woh aisa hai ke koi bhi Christian agar realistic ho to woh hidayat paaye baghair nahi reh sakta.</w:t>
      </w:r>
      <w:r>
        <w:br/>
      </w:r>
      <w:r>
        <w:rPr>
          <w:sz w:val="20"/>
        </w:rPr>
        <w:t>1:11:19  is ke bare mein kuch bataein." to achi baat dua kijiye ke sab ko hidayat mile. aur main kya karta hoon?</w:t>
      </w:r>
      <w:r>
        <w:br/>
      </w:r>
      <w:r>
        <w:rPr>
          <w:sz w:val="20"/>
        </w:rPr>
        <w:t>1:11:28  ji</w:t>
      </w:r>
      <w:r>
        <w:br/>
      </w:r>
      <w:r>
        <w:rPr>
          <w:sz w:val="20"/>
        </w:rPr>
        <w:t>1:11:29  ji, agar aap is sab is ko samajhte hain, is tarah ka yaani effective, to dua kijiye ke logon ko is se hidayat mile.</w:t>
      </w:r>
      <w:r>
        <w:br/>
      </w:r>
      <w:r>
        <w:rPr>
          <w:sz w:val="20"/>
        </w:rPr>
        <w:t>1:11:38  aur aap kya kar sakte hain? Miss Naghma Siddiqui ne Delhi se likha hai: "Can you elaborate on how we need to be idealistic in ideology and practical in methodology?"</w:t>
      </w:r>
      <w:r>
        <w:br/>
      </w:r>
      <w:r>
        <w:rPr>
          <w:sz w:val="20"/>
        </w:rPr>
        <w:t>1:11:55  dekhein, yeh to har ek hota hi hota hai, lekin hota hai personal matters mein. aur jab baat aaye nation ki ya community ki, to wahan woh ideal chalne lagta hai.</w:t>
      </w:r>
      <w:r>
        <w:br/>
      </w:r>
      <w:r>
        <w:rPr>
          <w:sz w:val="20"/>
        </w:rPr>
        <w:t>1:12:10  koi bhi aisa duniya mein nahi hai ke woh apne family affairs mein, apne bachon ke mamle mein, bachon ke education ke mamle mein, job ke mamle mein, aur business ke mamle mein practical na ho.</w:t>
      </w:r>
      <w:r>
        <w:br/>
      </w:r>
      <w:r>
        <w:rPr>
          <w:sz w:val="20"/>
        </w:rPr>
        <w:t>1:12:25  koi bhi ideal nahi chalata. lekin jaise hi baat aayi ke yaani kal parson mein TV mein sun raha tha, kuch Muslim hazraat bol rahe the Musalmanon ke rights ke bare mein.</w:t>
      </w:r>
      <w:r>
        <w:br/>
      </w:r>
      <w:r>
        <w:rPr>
          <w:sz w:val="20"/>
        </w:rPr>
        <w:t>1:12:41  ek ek se ek barh kar ideal chala raha tha ke Musalman ko yeh milna chahiye, Musalman ko woh milna chahiye. kisi ko is se dilchaspi nahi ke fi waqe possible kya hai,</w:t>
      </w:r>
      <w:r>
        <w:br/>
      </w:r>
      <w:r>
        <w:rPr>
          <w:sz w:val="20"/>
        </w:rPr>
        <w:t>1:12:54  lekin wahi wahi log apne bachon ke mamle mein yeh dekhte hain ke possible kya hai. wahan realistic ban jaate hain, woh yahan idealist, wahan realistic. to main sochta hoon ke yeh aisa nahi ke yeh koi alag se baat keh raha hoon.</w:t>
      </w:r>
      <w:r>
        <w:br/>
      </w:r>
      <w:r>
        <w:rPr>
          <w:sz w:val="20"/>
        </w:rPr>
        <w:t>1:13:09  main wahi jo jo already log apnaye hue hain, usi ko main keh raha hoon. har aadmi apne bachon ke mamle mein, apni family ke mamle mein, apni zaat ke mamle mein realistic hi hai.</w:t>
      </w:r>
      <w:r>
        <w:br/>
      </w:r>
      <w:r>
        <w:rPr>
          <w:sz w:val="20"/>
        </w:rPr>
        <w:t>1:13:24  lekin jab woh baat karta hai qaum ki, nation ki, community ki, to wahan do source ke sath woh idealist ban jaata hai.</w:t>
      </w:r>
      <w:r>
        <w:br/>
      </w:r>
      <w:r>
        <w:rPr>
          <w:sz w:val="20"/>
        </w:rPr>
        <w:t>1:13:35  yeh haqeeqat mein yeh yaani dualism hai, double policy hai. yeh double policy aadmi na kare to har cheez qabil-e-fahm ho jati hai, understandable ho jati hai.</w:t>
      </w:r>
      <w:r>
        <w:br/>
      </w:r>
      <w:r>
        <w:rPr>
          <w:sz w:val="20"/>
        </w:rPr>
        <w:t>1:13:50  Maulana Iqbal Umri ne Tamil Nadu se sawal kiya hai.</w:t>
      </w:r>
      <w:r>
        <w:br/>
      </w:r>
      <w:r>
        <w:rPr>
          <w:sz w:val="20"/>
        </w:rPr>
        <w:t>1:13:58  unhon ne likha hai ke individual base pe kaam karne ka matlab kya hai? is ke bare mein kuch bataein. dekhein, kaam karne ka do tareeqa hai.</w:t>
      </w:r>
      <w:r>
        <w:br/>
      </w:r>
      <w:r>
        <w:rPr>
          <w:sz w:val="20"/>
        </w:rPr>
        <w:t>1:14:09  ek hai individual ko target karna, ek hai system ko target karna.</w:t>
      </w:r>
      <w:r>
        <w:br/>
      </w:r>
      <w:r>
        <w:rPr>
          <w:sz w:val="20"/>
        </w:rPr>
        <w:t>1:14:15  yeh har jagah mein yahan samajhta hoon ke sirf Paighambaron ne aisa kiya hai ke woh individual ko nishana banaya hai.</w:t>
      </w:r>
      <w:r>
        <w:br/>
      </w:r>
      <w:r>
        <w:rPr>
          <w:sz w:val="20"/>
        </w:rPr>
        <w:t>1:14:27  baqi jitne kaam hain, woh system ko nishana banate hain. isi liye jo log system ko nishana banate hain, unhon ne kabhi aaj tak koi positive result nahi diya.</w:t>
      </w:r>
      <w:r>
        <w:br/>
      </w:r>
      <w:r>
        <w:rPr>
          <w:sz w:val="20"/>
        </w:rPr>
        <w:t>1:14:38  mujhe koi ek shakhs, ek woh moment, ek bhi group bataiye jo system ko nishana banati ho, us ne koi positive result diya ho.</w:t>
      </w:r>
      <w:r>
        <w:br/>
      </w:r>
      <w:r>
        <w:rPr>
          <w:sz w:val="20"/>
        </w:rPr>
        <w:t>1:14:49  hamara mission jo hai, woh system based nahi hai, hamara mission individual based hai. to Allah ke fazl se sankaron aadmiyon ko zabardast change aaya hai.</w:t>
      </w:r>
      <w:r>
        <w:br/>
      </w:r>
      <w:r>
        <w:rPr>
          <w:sz w:val="20"/>
        </w:rPr>
        <w:t>1:14:59  kal mere paas saat aise aadmi aaye the jo sab madrasay ke parhe hue hain.</w:t>
      </w:r>
      <w:r>
        <w:br/>
      </w:r>
      <w:r>
        <w:rPr>
          <w:sz w:val="20"/>
        </w:rPr>
        <w:t>1:15:05  un se maine poocha ke hamare mission se aap, hamare mission se wabasta hone ke baad kya aap ke paas badla hua hai?</w:t>
      </w:r>
      <w:r>
        <w:br/>
      </w:r>
      <w:r>
        <w:rPr>
          <w:sz w:val="20"/>
        </w:rPr>
        <w:t>1:15:14  to unhon ne kaha ke pehle hamare paas negative thinking thi, ab hum positive thinker ban gaye hain. yeh yeh sirf isi mission mein aap dekhenge, kisi mission mein nahi dekha.</w:t>
      </w:r>
      <w:r>
        <w:br/>
      </w:r>
      <w:r>
        <w:rPr>
          <w:sz w:val="20"/>
        </w:rPr>
        <w:t>1:15:23  sab ke sab negative hote hain kyunke woh system ko le kar</w:t>
      </w:r>
      <w:r>
        <w:br/>
      </w:r>
      <w:r>
        <w:rPr>
          <w:sz w:val="20"/>
        </w:rPr>
        <w:t>1:15:28  bolte hain. bade bade jalsay, bade bade crowd, bade bade stage, yani stage activism, crowd activism, is se kuch nateeja nahi nikalne wala.</w:t>
      </w:r>
      <w:r>
        <w:br/>
      </w:r>
      <w:r>
        <w:rPr>
          <w:sz w:val="20"/>
        </w:rPr>
        <w:t>1:15:38  jo log system based kaam karte hain, woh kya karte hain? woh crowd ko hum samajhte hain. bada crowd aa gaya to bas bahut badi baat ho gayi.</w:t>
      </w:r>
      <w:r>
        <w:br/>
      </w:r>
      <w:r>
        <w:rPr>
          <w:sz w:val="20"/>
        </w:rPr>
        <w:t>1:15:48  to hum in terms of result koi sochta nahi, in terms of result koi soch</w:t>
      </w:r>
      <w:r>
        <w:br/>
      </w:r>
      <w:r>
        <w:rPr>
          <w:sz w:val="20"/>
        </w:rPr>
        <w:t>1:15:55  ta nahi. hungama khara karenge, media mein aayenge aur popularity milegi. lekin sawal yeh hai ke result kya hua?</w:t>
      </w:r>
      <w:r>
        <w:br/>
      </w:r>
      <w:r>
        <w:rPr>
          <w:sz w:val="20"/>
        </w:rPr>
        <w:t>1:16:03  result to mera manna yeh hai ke maine bahut padha hai, jo log bhi system ko target kiya, jin logon ne bhi, unhon ne bhi koi bhi positive result nahi dikhaya.</w:t>
      </w:r>
      <w:r>
        <w:br/>
      </w:r>
      <w:r>
        <w:rPr>
          <w:sz w:val="20"/>
        </w:rPr>
        <w:t>1:16:16  aur jo individual ko nishana banane ka kaam karte hain, wahi nateeja nikaal paate hain.</w:t>
      </w:r>
      <w:r>
        <w:br/>
      </w:r>
      <w:r>
        <w:rPr>
          <w:sz w:val="20"/>
        </w:rPr>
        <w:t>1:16:23  hum ne Allah ke fazl se individual ko target kiya hai. hum ko crowd se koi dilchaspi nahi, stage activities se koi dilchaspi nahi, is yani media mein aane se koi dilchaspi nahi.</w:t>
      </w:r>
      <w:r>
        <w:br/>
      </w:r>
      <w:r>
        <w:rPr>
          <w:sz w:val="20"/>
        </w:rPr>
        <w:t>1:16:37  afraad ke mind ko badalna, yani re engineering of minds, yeh hamara nishana hai aur isi mein result nikalta</w:t>
      </w:r>
      <w:r>
        <w:br/>
      </w:r>
      <w:r>
        <w:rPr>
          <w:sz w:val="20"/>
        </w:rPr>
        <w:t>1:16:45  hai. magar yeh hai bahut mushkil, mushkil kaam, bahut mushkil kaam kyunke is mein aap ko sacrifice karni padti hai ke aap ko popularity na mile, aap apne qaum se alag thalag ho jayein,</w:t>
      </w:r>
      <w:r>
        <w:br/>
      </w:r>
      <w:r>
        <w:rPr>
          <w:sz w:val="20"/>
        </w:rPr>
        <w:t>1:16:58  aap ke paas bade bade shandar idare na hon, aap bade bade jalsay na kar payein, bade bade crowd aap ke saath na hon, logon ko dikhai dene wale kaam aap ke saath na hon.</w:t>
      </w:r>
      <w:r>
        <w:br/>
      </w:r>
      <w:r>
        <w:rPr>
          <w:sz w:val="20"/>
        </w:rPr>
        <w:t>1:17:13  yeh badi sacrifice ki baat hai, bahut sacrifice ki baat hai. lekin result nikalta hai to isi mission mein jo individual ko target karta ho, target karta ho,</w:t>
      </w:r>
      <w:r>
        <w:br/>
      </w:r>
      <w:r>
        <w:rPr>
          <w:sz w:val="20"/>
        </w:rPr>
        <w:t>1:17:29  jo system ko target karta hai, woh dhoom ek dhoom machati hai. khwam sadkein bhar gayi hain, park bhar gaye hain, har taraf dhoom machi hui hai. aakhir mein kya hai?</w:t>
      </w:r>
      <w:r>
        <w:br/>
      </w:r>
      <w:r>
        <w:rPr>
          <w:sz w:val="20"/>
        </w:rPr>
        <w:t>1:17:38  result kuch nahi hai. to hum Allah ke fazl se is se, Allah ne hum ko bachaya hai aur hum individual ko nishana par kaam kar rahe hain.</w:t>
      </w:r>
    </w:p>
    <w:p>
      <w:pPr>
        <w:pStyle w:val="Heading2"/>
      </w:pPr>
      <w:r>
        <w:t>Can different ways lead to the same God?</w:t>
      </w:r>
    </w:p>
    <w:p>
      <w:r>
        <w:rPr>
          <w:color w:val="666666"/>
          <w:sz w:val="18"/>
        </w:rPr>
        <w:t>Three levels of Realization 4 July 2010 - Maulana Wahiduddin Khan · 3m 49s · at 1:20:34 · https://youtu.be/H-kx5TldzfQ?t=4834</w:t>
      </w:r>
    </w:p>
    <w:p>
      <w:r>
        <w:rPr>
          <w:i/>
        </w:rPr>
        <w:t>“If God is one, can there be different ways to attain Him?”</w:t>
      </w:r>
    </w:p>
    <w:p>
      <w:r>
        <w:rPr>
          <w:sz w:val="20"/>
        </w:rPr>
        <w:t>1:20:34  maulana agla sawal kya hai mister shahnawaz siddiqui ne new dehli se. unhon ne likha hai ke agar ishwar ek hai to kya use paane ke tareeqay alag alag ho sakte hain?</w:t>
      </w:r>
      <w:r>
        <w:br/>
      </w:r>
      <w:r>
        <w:rPr>
          <w:sz w:val="20"/>
        </w:rPr>
        <w:t>1:20:49  nahi nahi, alag alag kaise honge? aap jana hai yahan se kolkata to wahi road chalegi, wahi railway line jayegi, hawa jahaz se woh isi sarukh par jahaz uregah.</w:t>
      </w:r>
      <w:r>
        <w:br/>
      </w:r>
      <w:r>
        <w:rPr>
          <w:sz w:val="20"/>
        </w:rPr>
        <w:t>1:21:00  yani ke idhar daudo tab bhi kolkata aa jaye, idhar jao tab bhi kolkata aa jaye. aise kaise ho sakta hai? yeh to koi baat nahi hai. kolkata ek hi direction mein chalne milega.</w:t>
      </w:r>
      <w:r>
        <w:br/>
      </w:r>
      <w:r>
        <w:rPr>
          <w:sz w:val="20"/>
        </w:rPr>
        <w:t>1:21:14  is liye main nahi manta ke kuch bhi karo, kuch bhi karo, khuda mil jaye tum ko. is ka ek right course hoga, is ka ek right path hoga.</w:t>
      </w:r>
      <w:r>
        <w:br/>
      </w:r>
      <w:r>
        <w:rPr>
          <w:sz w:val="20"/>
        </w:rPr>
        <w:t>1:21:25  woh path jo hai, main ritual nahi manta ke rituals koi aise rituals hain, woh woh path hain, woh ritual karo to mil jayega khuda. nahi, woh thinking thinking par base karta hai, soch soch par base karta hai.</w:t>
      </w:r>
      <w:r>
        <w:br/>
      </w:r>
      <w:r>
        <w:rPr>
          <w:sz w:val="20"/>
        </w:rPr>
        <w:t>1:21:38  right thinking se khuda milega, right thinking, different path se nahi. main nahi manta ke different path pe chalo aur to aakhir mein khuda hi tak pahunch jaoge.</w:t>
      </w:r>
      <w:r>
        <w:br/>
      </w:r>
      <w:r>
        <w:rPr>
          <w:sz w:val="20"/>
        </w:rPr>
        <w:t>1:21:48  yani right thinking agar hogi tum ko, cheezon ko right angle se dekhna, bahut badi baat hai. cheezon ko log bahut kam log aise mujhe mile jo cheezon ko right angle se dekhte hon,</w:t>
      </w:r>
      <w:r>
        <w:br/>
      </w:r>
      <w:r>
        <w:rPr>
          <w:sz w:val="20"/>
        </w:rPr>
        <w:t>1:22:04  right angle se. ya abhi mere paas ek, aaj hi ek aya hai, ek ek sahib ka letter, abhi subah mujhe mila to afghanistan ki ladai ke bare mein maine kaha hai ke yeh ladai jo hai woh jihad nahi hai.</w:t>
      </w:r>
      <w:r>
        <w:br/>
      </w:r>
      <w:r>
        <w:rPr>
          <w:sz w:val="20"/>
        </w:rPr>
        <w:t>1:22:20  to kahein kaise kaise kaise hain? aap jihad kehte hain, woh to sab ulama hain aur islami baatein karte hain.</w:t>
      </w:r>
      <w:r>
        <w:br/>
      </w:r>
      <w:r>
        <w:rPr>
          <w:sz w:val="20"/>
        </w:rPr>
        <w:t>1:22:29  to maine kaha aap right angle se nahi dekh rahe hain,</w:t>
      </w:r>
      <w:r>
        <w:br/>
      </w:r>
      <w:r>
        <w:rPr>
          <w:sz w:val="20"/>
        </w:rPr>
        <w:t>1:22:33  yani hum dekh rahe hain is result ke angle se. woh dekh rahe hain ke unhon ne leaderon ne kya sab bole hain. woh bole the ke hum ko islami nizam qaim karna hai, hum ko islami qanoon nafiz karna hai.</w:t>
      </w:r>
      <w:r>
        <w:br/>
      </w:r>
      <w:r>
        <w:rPr>
          <w:sz w:val="20"/>
        </w:rPr>
        <w:t>1:22:45  is angle se aap dekh rahe hain, un ke shabdon ke angle se. main dekh raha hoon result ke angle se. result to kuch nahi nikal raha, tabahi, tabahi, tabahi, tabahi.</w:t>
      </w:r>
      <w:r>
        <w:br/>
      </w:r>
      <w:r>
        <w:rPr>
          <w:sz w:val="20"/>
        </w:rPr>
        <w:t>1:22:57  to khuda ko bhi paane ke liye woh aankh chahiye jo result, jo sahi angle se cheezon ko dekhe. bahut important baat yeh hai ke right angle se cheezon ko dekhna yeh hai marifat ka sab se bada zariya.</w:t>
      </w:r>
      <w:r>
        <w:br/>
      </w:r>
      <w:r>
        <w:rPr>
          <w:sz w:val="20"/>
        </w:rPr>
        <w:t>1:23:14  agar aap ke andar woh woh ability develop nahi ki hai yeh cheezon ko right angle se dekhne ki to kabhi bhi nahi milega khuda aap ko, kabhi bhi nahi milega.</w:t>
      </w:r>
      <w:r>
        <w:br/>
      </w:r>
      <w:r>
        <w:rPr>
          <w:sz w:val="20"/>
        </w:rPr>
        <w:t>1:23:34  jaise ek bar ek ek park mein ek shayar aur ek chemist do aadmi gaye to wahan phool tha, us mein bahut rang bhi tha, khushbu bhi thi, har cheez thi.</w:t>
      </w:r>
      <w:r>
        <w:br/>
      </w:r>
      <w:r>
        <w:rPr>
          <w:sz w:val="20"/>
        </w:rPr>
        <w:t>1:23:47  to chemist jo tha, us ki chemistry mein sochne laga, "what is the chemistry of this flower?" woh shayar jo tha, us ko us ko ek use mehboob jalwa dikhai de di de de gaya.</w:t>
      </w:r>
      <w:r>
        <w:br/>
      </w:r>
      <w:r>
        <w:rPr>
          <w:sz w:val="20"/>
        </w:rPr>
        <w:t>1:24:01  woh isi is angle se dekhne laga</w:t>
      </w:r>
      <w:r>
        <w:br/>
      </w:r>
      <w:r>
        <w:rPr>
          <w:sz w:val="20"/>
        </w:rPr>
        <w:t>1:24:04  to kisi waqeye ko dekhne ke mukhtalif angle hote hain. to khuda ko paane ke liye zaroori hai ke aap ko woh woh vision mil jaye, woh vision jis mein aap cheezon ko right angle se dekh saken.</w:t>
      </w:r>
      <w:r>
        <w:br/>
      </w:r>
      <w:r>
        <w:rPr>
          <w:sz w:val="20"/>
        </w:rPr>
        <w:t>1:24:18  tab ja kar aap ko sachai milegi, nahi to nahi milegi.</w:t>
      </w:r>
    </w:p>
    <w:p>
      <w:pPr>
        <w:pStyle w:val="Heading1"/>
      </w:pPr>
      <w:r>
        <w:t>In the lectures (6)</w:t>
      </w:r>
    </w:p>
    <w:p>
      <w:pPr>
        <w:pStyle w:val="Heading2"/>
      </w:pPr>
      <w:r>
        <w:t>A Brief Survey of Islamic History (Eng) February 15, 2007</w:t>
      </w:r>
    </w:p>
    <w:p>
      <w:r>
        <w:rPr>
          <w:color w:val="666666"/>
          <w:sz w:val="18"/>
        </w:rPr>
        <w:t>31:20 · https://youtu.be/MdRtdA99UlA?t=1880</w:t>
      </w:r>
    </w:p>
    <w:p>
      <w:r>
        <w:rPr>
          <w:i/>
        </w:rPr>
        <w:t>“Isa,”</w:t>
      </w:r>
    </w:p>
    <w:p>
      <w:pPr>
        <w:pStyle w:val="Heading2"/>
      </w:pPr>
      <w:r>
        <w:t>Prophetic Guidance in the Quran (English) June 18, 2007</w:t>
      </w:r>
    </w:p>
    <w:p>
      <w:r>
        <w:rPr>
          <w:color w:val="666666"/>
          <w:sz w:val="18"/>
        </w:rPr>
        <w:t>49:20 · https://youtu.be/E2Iz1yfXw-g?t=2960</w:t>
      </w:r>
    </w:p>
    <w:p>
      <w:r>
        <w:rPr>
          <w:i/>
        </w:rPr>
        <w:t>“عیسی اور مسیح۔”</w:t>
      </w:r>
    </w:p>
    <w:p>
      <w:pPr>
        <w:pStyle w:val="Heading2"/>
      </w:pPr>
      <w:r>
        <w:t>The Noble Qualities of The Prophet Muhammad 7 September 2025</w:t>
      </w:r>
    </w:p>
    <w:p>
      <w:r>
        <w:rPr>
          <w:color w:val="666666"/>
          <w:sz w:val="18"/>
        </w:rPr>
        <w:t>27:19 · https://youtu.be/o85acwpOiDw?t=1639</w:t>
      </w:r>
    </w:p>
    <w:p>
      <w:r>
        <w:rPr>
          <w:i/>
        </w:rPr>
        <w:t>“یس،”</w:t>
      </w:r>
    </w:p>
    <w:p>
      <w:pPr>
        <w:pStyle w:val="Heading2"/>
      </w:pPr>
      <w:r>
        <w:t>The Importance of Religion for Man (English) May 29, 2009 Maulana Wahiduddin Khan</w:t>
      </w:r>
    </w:p>
    <w:p>
      <w:r>
        <w:rPr>
          <w:color w:val="666666"/>
          <w:sz w:val="18"/>
        </w:rPr>
        <w:t>20:10 · https://youtu.be/NcPRIpffwc0?t=1210</w:t>
      </w:r>
    </w:p>
    <w:p>
      <w:r>
        <w:rPr>
          <w:i/>
        </w:rPr>
        <w:t>“یس،”</w:t>
      </w:r>
    </w:p>
    <w:p>
      <w:pPr>
        <w:pStyle w:val="Heading2"/>
      </w:pPr>
      <w:r>
        <w:t>The Concept of Spirituality In Islam - II January 27, 2006 Maulana Wahiduddin Khan</w:t>
      </w:r>
    </w:p>
    <w:p>
      <w:r>
        <w:rPr>
          <w:color w:val="666666"/>
          <w:sz w:val="18"/>
        </w:rPr>
        <w:t>1:00:52 · https://youtu.be/YZvx_Y3Dcg0?t=3652</w:t>
      </w:r>
    </w:p>
    <w:p>
      <w:r>
        <w:rPr>
          <w:i/>
        </w:rPr>
        <w:t>“یس،”</w:t>
      </w:r>
    </w:p>
    <w:p>
      <w:pPr>
        <w:pStyle w:val="Heading2"/>
      </w:pPr>
      <w:r>
        <w:t>Interview Session with Maulana Wahiduddin Khan January 30, 2008</w:t>
      </w:r>
    </w:p>
    <w:p>
      <w:r>
        <w:rPr>
          <w:color w:val="666666"/>
          <w:sz w:val="18"/>
        </w:rPr>
        <w:t>14:56 · https://youtu.be/o8Gpe9YMuZc?t=896</w:t>
      </w:r>
    </w:p>
    <w:p>
      <w:r>
        <w:rPr>
          <w:i/>
        </w:rPr>
        <w:t>“یس،”</w:t>
      </w:r>
    </w:p>
    <w:p>
      <w:pPr>
        <w:pStyle w:val="Heading1"/>
      </w:pPr>
      <w:r>
        <w:t>Clips (3)</w:t>
      </w:r>
    </w:p>
    <w:p>
      <w:pPr>
        <w:pStyle w:val="Heading2"/>
      </w:pPr>
      <w:r>
        <w:t>Jesus spread his message without any political power</w:t>
      </w:r>
    </w:p>
    <w:p>
      <w:r>
        <w:rPr>
          <w:color w:val="666666"/>
          <w:sz w:val="18"/>
        </w:rPr>
        <w:t>A Brief Survey of Islamic History (Eng) February 15, 2007 · 4m 15s · at 31:08 · https://youtu.be/MdRtdA99UlA?t=1868</w:t>
      </w:r>
    </w:p>
    <w:p>
      <w:r>
        <w:rPr>
          <w:i/>
        </w:rPr>
        <w:t>“The followers of Prophet Isa are greatest in number.”</w:t>
      </w:r>
    </w:p>
    <w:p>
      <w:r>
        <w:rPr>
          <w:sz w:val="20"/>
        </w:rPr>
        <w:t>31:08  ant. Then I will refer to the example of Prophet</w:t>
      </w:r>
      <w:r>
        <w:br/>
      </w:r>
      <w:r>
        <w:rPr>
          <w:sz w:val="20"/>
        </w:rPr>
        <w:t>31:20  Isa,</w:t>
      </w:r>
      <w:r>
        <w:br/>
      </w:r>
      <w:r>
        <w:rPr>
          <w:sz w:val="20"/>
        </w:rPr>
        <w:t>31:23  Hazrat Masih. So, here is a very, very important lesson.</w:t>
      </w:r>
      <w:r>
        <w:br/>
      </w:r>
      <w:r>
        <w:rPr>
          <w:sz w:val="20"/>
        </w:rPr>
        <w:t>31:32  You know the followers of Prophet</w:t>
      </w:r>
      <w:r>
        <w:br/>
      </w:r>
      <w:r>
        <w:rPr>
          <w:sz w:val="20"/>
        </w:rPr>
        <w:t>31:40  Masih, the followers of Prophet Isa, are greater in number.</w:t>
      </w:r>
      <w:r>
        <w:br/>
      </w:r>
      <w:r>
        <w:rPr>
          <w:sz w:val="20"/>
        </w:rPr>
        <w:t>31:50  In terms of quantity, Christianity is the largest religion in the world.</w:t>
      </w:r>
      <w:r>
        <w:br/>
      </w:r>
      <w:r>
        <w:rPr>
          <w:sz w:val="20"/>
        </w:rPr>
        <w:t>31:56  But you know that Prophet Isa never</w:t>
      </w:r>
      <w:r>
        <w:br/>
      </w:r>
      <w:r>
        <w:rPr>
          <w:sz w:val="20"/>
        </w:rPr>
        <w:t>32:06  preached to establish any political rule. Even Prophet Isa said that, "Give to Shether." What is due to Shether?</w:t>
      </w:r>
      <w:r>
        <w:br/>
      </w:r>
      <w:r>
        <w:rPr>
          <w:sz w:val="20"/>
        </w:rPr>
        <w:t>32:26  "Go to God." What is due to God?</w:t>
      </w:r>
      <w:r>
        <w:br/>
      </w:r>
      <w:r>
        <w:rPr>
          <w:sz w:val="20"/>
        </w:rPr>
        <w:t>32:31  By this saying, he</w:t>
      </w:r>
      <w:r>
        <w:br/>
      </w:r>
      <w:r>
        <w:rPr>
          <w:sz w:val="20"/>
        </w:rPr>
        <w:t>32:39  said to his followers that never go in confrontation with the rulers. Never, never. Avoid confrontation and engage yourself in da'wah work.</w:t>
      </w:r>
      <w:r>
        <w:br/>
      </w:r>
      <w:r>
        <w:rPr>
          <w:sz w:val="20"/>
        </w:rPr>
        <w:t>32:55  So, in the Bible—I mean in the New Testament—you cannot find political teachings.</w:t>
      </w:r>
      <w:r>
        <w:br/>
      </w:r>
      <w:r>
        <w:rPr>
          <w:sz w:val="20"/>
        </w:rPr>
        <w:t>33:05  No. Prophet Isa never gave political direction to his followers.</w:t>
      </w:r>
      <w:r>
        <w:br/>
      </w:r>
      <w:r>
        <w:rPr>
          <w:sz w:val="20"/>
        </w:rPr>
        <w:t>33:15  He only said that, "You have to preach my message, my religion."</w:t>
      </w:r>
      <w:r>
        <w:br/>
      </w:r>
      <w:r>
        <w:rPr>
          <w:sz w:val="20"/>
        </w:rPr>
        <w:t>33:23  And his followers engaged themselves in da'wah work peacefully.</w:t>
      </w:r>
      <w:r>
        <w:br/>
      </w:r>
      <w:r>
        <w:rPr>
          <w:sz w:val="20"/>
        </w:rPr>
        <w:t>33:34  And the result was miraculous. That at present, there are one dozen major religions in the world.</w:t>
      </w:r>
      <w:r>
        <w:br/>
      </w:r>
      <w:r>
        <w:rPr>
          <w:sz w:val="20"/>
        </w:rPr>
        <w:t>33:46  And the largest religion is Christianity.</w:t>
      </w:r>
      <w:r>
        <w:br/>
      </w:r>
      <w:r>
        <w:rPr>
          <w:sz w:val="20"/>
        </w:rPr>
        <w:t>33:54  Without. So, this example tells us that there is no need of political power for da'wah work. You can disseminate Islam.</w:t>
      </w:r>
      <w:r>
        <w:br/>
      </w:r>
      <w:r>
        <w:rPr>
          <w:sz w:val="20"/>
        </w:rPr>
        <w:t>34:04  You can spread Islam without any political power, without any help from the political power. Then there is a very important example that Christians adopted a new method for da'wah work</w:t>
      </w:r>
      <w:r>
        <w:br/>
      </w:r>
      <w:r>
        <w:rPr>
          <w:sz w:val="20"/>
        </w:rPr>
        <w:t>34:24  . They institutionalized their da'wah work. They formed organizations</w:t>
      </w:r>
      <w:r>
        <w:br/>
      </w:r>
      <w:r>
        <w:rPr>
          <w:sz w:val="20"/>
        </w:rPr>
        <w:t>34:35  for this purpose. So, through organizations, through institutions, they spread their message throughout the world.</w:t>
      </w:r>
      <w:r>
        <w:br/>
      </w:r>
      <w:r>
        <w:rPr>
          <w:sz w:val="20"/>
        </w:rPr>
        <w:t>34:45  It means that as far as the da'wah work is concerned, organization is more important than the political power.</w:t>
      </w:r>
      <w:r>
        <w:br/>
      </w:r>
      <w:r>
        <w:rPr>
          <w:sz w:val="20"/>
        </w:rPr>
        <w:t>34:58  As far as the da'wah work is concerned, as far as the spread of Islam is concerned, organization is more important than the political power.</w:t>
      </w:r>
      <w:r>
        <w:br/>
      </w:r>
      <w:r>
        <w:rPr>
          <w:sz w:val="20"/>
        </w:rPr>
        <w:t>35:12  A great example, a great lesson. So, this is the message of Prophet Jesus or Prophet Isa.</w:t>
      </w:r>
    </w:p>
    <w:p>
      <w:pPr>
        <w:pStyle w:val="Heading2"/>
      </w:pPr>
      <w:r>
        <w:t>Advice for a preacher on conquering stage fear</w:t>
      </w:r>
    </w:p>
    <w:p>
      <w:r>
        <w:rPr>
          <w:color w:val="666666"/>
          <w:sz w:val="18"/>
        </w:rPr>
        <w:t>The Importance of Religion for Man (English) May 29, 2009 Maulana Wahiduddin Khan · 1m 39s · at 19:58 · https://youtu.be/NcPRIpffwc0?t=1198</w:t>
      </w:r>
    </w:p>
    <w:p>
      <w:r>
        <w:rPr>
          <w:i/>
        </w:rPr>
        <w:t>“How can a da'i conquer stage fear?”</w:t>
      </w:r>
    </w:p>
    <w:p>
      <w:r>
        <w:rPr>
          <w:sz w:val="20"/>
        </w:rPr>
        <w:t>19:58  maulana, in order to be, in order to be a speaking da'wah for da'wah work, how can a da'wah conquer stage fear? stage fear?</w:t>
      </w:r>
      <w:r>
        <w:br/>
      </w:r>
      <w:r>
        <w:rPr>
          <w:sz w:val="20"/>
        </w:rPr>
        <w:t>20:10  yes,</w:t>
      </w:r>
      <w:r>
        <w:br/>
      </w:r>
      <w:r>
        <w:rPr>
          <w:sz w:val="20"/>
        </w:rPr>
        <w:t>20:13  myself have faced this fear, but inshallah now, i have no fear of that kind.</w:t>
      </w:r>
      <w:r>
        <w:br/>
      </w:r>
      <w:r>
        <w:rPr>
          <w:sz w:val="20"/>
        </w:rPr>
        <w:t>20:24  i think that there is no other way except to speak, speak, speak. speaking makes, speaking makes you speaker.</w:t>
      </w:r>
      <w:r>
        <w:br/>
      </w:r>
      <w:r>
        <w:rPr>
          <w:sz w:val="20"/>
        </w:rPr>
        <w:t>20:35  someone is rightly said that</w:t>
      </w:r>
      <w:r>
        <w:br/>
      </w:r>
      <w:r>
        <w:rPr>
          <w:sz w:val="20"/>
        </w:rPr>
        <w:t>20:40  bolne se bolna aata hai, likhne se likhna aata hai. so there is no, there is no mysterious technique</w:t>
      </w:r>
      <w:r>
        <w:br/>
      </w:r>
      <w:r>
        <w:rPr>
          <w:sz w:val="20"/>
        </w:rPr>
        <w:t>20:53  . try to speak, try to speak, try to speak, and you will be a good speaker. you know, lord buckley, lord buckley was a great speaker in the parliamentary history of britain,</w:t>
      </w:r>
      <w:r>
        <w:br/>
      </w:r>
      <w:r>
        <w:rPr>
          <w:sz w:val="20"/>
        </w:rPr>
        <w:t>21:11  but</w:t>
      </w:r>
      <w:r>
        <w:br/>
      </w:r>
      <w:r>
        <w:rPr>
          <w:sz w:val="20"/>
        </w:rPr>
        <w:t>21:15  but when he was a young person. he cannot speak in in a public meeting.</w:t>
      </w:r>
      <w:r>
        <w:br/>
      </w:r>
      <w:r>
        <w:rPr>
          <w:sz w:val="20"/>
        </w:rPr>
        <w:t>21:23  he was unable to speak in a public meeting, but after exercise, he became a great speaker. so this kind of fear is baseless</w:t>
      </w:r>
    </w:p>
    <w:p>
      <w:pPr>
        <w:pStyle w:val="Heading2"/>
      </w:pPr>
      <w:r>
        <w:t>Q&amp;A: Islam vs Christianity — Trinity, gender, women in mosques</w:t>
      </w:r>
    </w:p>
    <w:p>
      <w:r>
        <w:rPr>
          <w:color w:val="666666"/>
          <w:sz w:val="18"/>
        </w:rPr>
        <w:t>The Concept of Spirituality In Islam - II January 27, 2006 Maulana Wahiduddin Khan · 4m 07s · at 56:48 · https://youtu.be/YZvx_Y3Dcg0?t=3408</w:t>
      </w:r>
    </w:p>
    <w:p>
      <w:r>
        <w:rPr>
          <w:i/>
        </w:rPr>
        <w:t>“I feel there's a relationship between Christianity and Islam”</w:t>
      </w:r>
    </w:p>
    <w:p>
      <w:r>
        <w:rPr>
          <w:sz w:val="20"/>
        </w:rPr>
        <w:t>56:48  sir, i have two questions. i feel that is a relationship between christianity and islam. and then what is that?</w:t>
      </w:r>
      <w:r>
        <w:br/>
      </w:r>
      <w:r>
        <w:rPr>
          <w:sz w:val="20"/>
        </w:rPr>
        <w:t>56:57  and then second question, you said that mosque is a sacred place. why women are not allowed to enter the mosque?</w:t>
      </w:r>
      <w:r>
        <w:br/>
      </w:r>
      <w:r>
        <w:rPr>
          <w:sz w:val="20"/>
        </w:rPr>
        <w:t>57:06  that is my second question. it is true that, that, that there is no great difference between islam and christianity.</w:t>
      </w:r>
      <w:r>
        <w:br/>
      </w:r>
      <w:r>
        <w:rPr>
          <w:sz w:val="20"/>
        </w:rPr>
        <w:t>57:15  it is very interesting to know that Muhammad by name is mentioned in the Quran five times, whereas Christ is mentioned in the Quran by seventy times.</w:t>
      </w:r>
      <w:r>
        <w:br/>
      </w:r>
      <w:r>
        <w:rPr>
          <w:sz w:val="20"/>
        </w:rPr>
        <w:t>57:28  So, that I can say about your first question that there is no great difference between the two religions.</w:t>
      </w:r>
      <w:r>
        <w:br/>
      </w:r>
      <w:r>
        <w:rPr>
          <w:sz w:val="20"/>
        </w:rPr>
        <w:t>57:38  differences, but these differences are critical. And about the second part of the question, I can say</w:t>
      </w:r>
      <w:r>
        <w:br/>
      </w:r>
      <w:r>
        <w:rPr>
          <w:sz w:val="20"/>
        </w:rPr>
        <w:t>57:54  that. There is a very beautiful saying of the Prophet about about the gender equality.</w:t>
      </w:r>
      <w:r>
        <w:br/>
      </w:r>
      <w:r>
        <w:rPr>
          <w:sz w:val="20"/>
        </w:rPr>
        <w:t>58:04  Prophet had said in nisa o shaqaiq al-rajul. In nisa o shaqaiq al-rajul. It means that</w:t>
      </w:r>
      <w:r>
        <w:br/>
      </w:r>
      <w:r>
        <w:rPr>
          <w:sz w:val="20"/>
        </w:rPr>
        <w:t>58:18  men and women are two equal halves of a single unit.</w:t>
      </w:r>
      <w:r>
        <w:br/>
      </w:r>
      <w:r>
        <w:rPr>
          <w:sz w:val="20"/>
        </w:rPr>
        <w:t>58:26  aurat aur mard dono ek yani ek hi wajood ke do barabar ke hisse hain.</w:t>
      </w:r>
      <w:r>
        <w:br/>
      </w:r>
      <w:r>
        <w:rPr>
          <w:sz w:val="20"/>
        </w:rPr>
        <w:t>58:37  men and women are two equal halves of a single unit. What a beautiful expression of the gender equality.</w:t>
      </w:r>
      <w:r>
        <w:br/>
      </w:r>
      <w:r>
        <w:rPr>
          <w:sz w:val="20"/>
        </w:rPr>
        <w:t>58:48  So, there is no no restriction at all about entering about about about about the women to enter the mosque.</w:t>
      </w:r>
      <w:r>
        <w:br/>
      </w:r>
      <w:r>
        <w:rPr>
          <w:sz w:val="20"/>
        </w:rPr>
        <w:t>59:02  reason is false. Actually, women have been given some concession because they have so many chores to perform at home.</w:t>
      </w:r>
      <w:r>
        <w:br/>
      </w:r>
      <w:r>
        <w:rPr>
          <w:sz w:val="20"/>
        </w:rPr>
        <w:t>59:12  So, they are not as free as men are. So, they avail this concession. They are</w:t>
      </w:r>
      <w:r>
        <w:br/>
      </w:r>
      <w:r>
        <w:rPr>
          <w:sz w:val="20"/>
        </w:rPr>
        <w:t>59:18  allowed. And I have myself prayed in the most holiest mosque in Mecca and Medina. Where in Jerusalem, the three most holiest mosque, I have myself prayed inside it.</w:t>
      </w:r>
      <w:r>
        <w:br/>
      </w:r>
      <w:r>
        <w:rPr>
          <w:sz w:val="20"/>
        </w:rPr>
        <w:t>59:31  And everywhere they are allowed, but only because they they themselves are availing this concession that they have been given in Islam. Thank you, thank you</w:t>
      </w:r>
      <w:r>
        <w:br/>
      </w:r>
      <w:r>
        <w:rPr>
          <w:sz w:val="20"/>
        </w:rPr>
        <w:t>59:43  Sir. Actually, regarding difference, what is the difference? Basic difference. And I think there is a basic difference in faith in between Islam and Christianity.</w:t>
      </w:r>
      <w:r>
        <w:br/>
      </w:r>
      <w:r>
        <w:rPr>
          <w:sz w:val="20"/>
        </w:rPr>
        <w:t>59:55  Sir, so please clear it. The basic difference in faith in between Christianity and Islam. Sir, according to my study, the basic difference lies in the belief of God.</w:t>
      </w:r>
      <w:r>
        <w:br/>
      </w:r>
      <w:r>
        <w:rPr>
          <w:sz w:val="20"/>
        </w:rPr>
        <w:t>1:00:11  Yes, Islam believes in oneness of God. God is one. Full law of God. Yes, said that God is one.</w:t>
      </w:r>
      <w:r>
        <w:br/>
      </w:r>
      <w:r>
        <w:rPr>
          <w:sz w:val="20"/>
        </w:rPr>
        <w:t>1:00:22  Also, Christianity professes to believe in oneness of God, but at the same time, they believe in Trinity.</w:t>
      </w:r>
      <w:r>
        <w:br/>
      </w:r>
      <w:r>
        <w:rPr>
          <w:sz w:val="20"/>
        </w:rPr>
        <w:t>1:00:32  So, Trinity means God is one. Also, God is three. So, three in one and one in three. This is the concept of Christian people.</w:t>
      </w:r>
      <w:r>
        <w:br/>
      </w:r>
      <w:r>
        <w:rPr>
          <w:sz w:val="20"/>
        </w:rPr>
        <w:t>1:00:44  So, this is the basic difference that they believe in Trinity and Muslims believe in the oneness of God.</w:t>
      </w:r>
      <w:r>
        <w:br/>
      </w:r>
      <w:r>
        <w:rPr>
          <w:sz w:val="20"/>
        </w:rPr>
        <w:t>1:00:52  Yes,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