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Japan after the war</w:t>
      </w:r>
    </w:p>
    <w:p>
      <w:r>
        <w:rPr>
          <w:sz w:val="18"/>
        </w:rPr>
        <w:t>Q&amp;A, lecture moments and clips · full transcripts with timestamps · exported 2026-09-21</w:t>
      </w:r>
    </w:p>
    <w:p>
      <w:pPr>
        <w:pStyle w:val="Heading1"/>
      </w:pPr>
      <w:r>
        <w:t>Maulana was asked (1)</w:t>
      </w:r>
    </w:p>
    <w:p>
      <w:pPr>
        <w:pStyle w:val="Heading2"/>
      </w:pPr>
      <w:r>
        <w:t>Non-violence in Japan vs Palestine</w:t>
      </w:r>
    </w:p>
    <w:p>
      <w:r>
        <w:rPr>
          <w:color w:val="666666"/>
          <w:sz w:val="18"/>
        </w:rPr>
        <w:t>The Secret of Divine Wisdom September 2, 2012 · 2m 01s · at 1:26:11 · https://youtu.be/ZXQlrW7PqAE?t=5171</w:t>
      </w:r>
    </w:p>
    <w:p>
      <w:r>
        <w:rPr>
          <w:i/>
        </w:rPr>
        <w:t>“I told a big scholar that Japan succeeded by adopting non-violence while Palestinians adopted violence and are still suffering. He replied that Japan is just following America and Palestine is facing conspiracy. What is your view on this?”</w:t>
      </w:r>
    </w:p>
    <w:p>
      <w:r>
        <w:rPr>
          <w:sz w:val="20"/>
        </w:rPr>
        <w:t>1:26:11  to yeh to ek ek law of nature hai har aadmi ki duhai tajurba hai aur mukhtalif qomon ki misalein bhi is mein hain to is mein main main nahi samajhta kisi argument ki zaroorat hai maulana agla sawal tamil nadu se hai maulana farhad ahmed sahib ka</w:t>
      </w:r>
      <w:r>
        <w:br/>
      </w:r>
      <w:r>
        <w:rPr>
          <w:sz w:val="20"/>
        </w:rPr>
        <w:t>1:26:30  unho'n ne likha hai main ne ek baray 'alim ko kaha ke japan ne non violence ka rasta ikhtiyar kiya to kamyab ho gaya magar falasteen walon ne violence ka rasta ikhtiyar kiya to aj tak pareshan ho rahe hain yeh</w:t>
      </w:r>
      <w:r>
        <w:br/>
      </w:r>
      <w:r>
        <w:rPr>
          <w:sz w:val="20"/>
        </w:rPr>
        <w:t>1:26:47  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r>
        <w:br/>
      </w:r>
      <w:r>
        <w:rPr>
          <w:sz w:val="20"/>
        </w:rPr>
        <w:t>1:27:13  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r>
        <w:br/>
      </w:r>
      <w:r>
        <w:rPr>
          <w:sz w:val="20"/>
        </w:rPr>
        <w:t>1:27:42  arey bhai wahan mein gaya tha woh to is mein kuch qalb laga</w:t>
      </w:r>
      <w:r>
        <w:br/>
      </w:r>
      <w:r>
        <w:rPr>
          <w:sz w:val="20"/>
        </w:rPr>
        <w:t>1:27:46  ab bataiye ke yeh hum is spirituality ki baat karte hain Allah ke khauf ki baat karte hain</w:t>
      </w:r>
      <w:r>
        <w:br/>
      </w:r>
      <w:r>
        <w:rPr>
          <w:sz w:val="20"/>
        </w:rPr>
        <w:t>1:27:52  dawat Allah ki baat karte hain aur unhein laga ke yeh qalb hai to is ka koi jawab</w:t>
      </w:r>
      <w:r>
        <w:br/>
      </w:r>
      <w:r>
        <w:rPr>
          <w:sz w:val="20"/>
        </w:rPr>
        <w:t>1:27:57  hai yeh to shaitan ki boliyan hain shaitan ki boliyan band nahi hongi is ka koi jawab</w:t>
      </w:r>
      <w:r>
        <w:br/>
      </w:r>
      <w:r>
        <w:rPr>
          <w:sz w:val="20"/>
        </w:rPr>
        <w:t>1:28:04  nahi siwaye is ke dua kiya jaye aise logon ke liye dua hota hai jawab nahi hota</w:t>
      </w:r>
    </w:p>
    <w:p>
      <w:pPr>
        <w:pStyle w:val="Heading1"/>
      </w:pPr>
      <w:r>
        <w:t>In the lectures (1)</w:t>
      </w:r>
    </w:p>
    <w:p>
      <w:pPr>
        <w:pStyle w:val="Heading2"/>
      </w:pPr>
      <w:r>
        <w:t>Importance of Peace August 17, 2014</w:t>
      </w:r>
    </w:p>
    <w:p>
      <w:r>
        <w:rPr>
          <w:color w:val="666666"/>
          <w:sz w:val="18"/>
        </w:rPr>
        <w:t>31:22 · https://youtu.be/ifxSwh2Jckw?t=1882</w:t>
      </w:r>
    </w:p>
    <w:p>
      <w:r>
        <w:rPr>
          <w:i/>
        </w:rPr>
        <w:t>“جاپان سے ورلڈ وار کے بعد عملاً”</w:t>
      </w:r>
    </w:p>
    <w:p>
      <w:pPr>
        <w:pStyle w:val="Heading1"/>
      </w:pPr>
      <w:r>
        <w:t>Clips (1)</w:t>
      </w:r>
    </w:p>
    <w:p>
      <w:pPr>
        <w:pStyle w:val="Heading2"/>
      </w:pPr>
      <w:r>
        <w:t>Germany and Japan vs Palestine: accepting status quo brings peace</w:t>
      </w:r>
    </w:p>
    <w:p>
      <w:r>
        <w:rPr>
          <w:color w:val="666666"/>
          <w:sz w:val="18"/>
        </w:rPr>
        <w:t>Importance of Peace August 17, 2014 · 5m 54s · at 27:47 · https://youtu.be/ifxSwh2Jckw?t=1667</w:t>
      </w:r>
    </w:p>
    <w:p>
      <w:r>
        <w:rPr>
          <w:i/>
        </w:rPr>
        <w:t>“Second World War ke baad Germany ka partition hua”</w:t>
      </w:r>
    </w:p>
    <w:p>
      <w:r>
        <w:rPr>
          <w:sz w:val="20"/>
        </w:rPr>
        <w:t>27:47  unhone Germany ko partition kar diya. partition kar diya. yani East Germany aur West Germany.</w:t>
      </w:r>
      <w:r>
        <w:br/>
      </w:r>
      <w:r>
        <w:rPr>
          <w:sz w:val="20"/>
        </w:rPr>
        <w:t>28:01  East Germany aur West Germany. aap jante hain ke second world war mein do bahad bane the. do front bane the.</w:t>
      </w:r>
      <w:r>
        <w:br/>
      </w:r>
      <w:r>
        <w:rPr>
          <w:sz w:val="20"/>
        </w:rPr>
        <w:t>28:13  to jo front jeeta tha, us mein Russia aur Britain aur America the. aur yeh haarne wala tha, Germany haarne wala tha. Germany aur Japan, yeh log haar gaye the.</w:t>
      </w:r>
      <w:r>
        <w:br/>
      </w:r>
      <w:r>
        <w:rPr>
          <w:sz w:val="20"/>
        </w:rPr>
        <w:t>28:26  to jeetne wale group ne kya kiya? ke Germany ke do tukde kar diye. is ka bant diya is ko.</w:t>
      </w:r>
      <w:r>
        <w:br/>
      </w:r>
      <w:r>
        <w:rPr>
          <w:sz w:val="20"/>
        </w:rPr>
        <w:t>28:35  ek East Germany, ek West Germany. to Germany ne is ko accept kar liya. dobara war nahi chhodi. yani second world war ke baad third war nahi chhodi.</w:t>
      </w:r>
      <w:r>
        <w:br/>
      </w:r>
      <w:r>
        <w:rPr>
          <w:sz w:val="20"/>
        </w:rPr>
        <w:t>28:48  accept kar liya is ko.</w:t>
      </w:r>
      <w:r>
        <w:br/>
      </w:r>
      <w:r>
        <w:rPr>
          <w:sz w:val="20"/>
        </w:rPr>
        <w:t>28:52  aaj dekhiye,</w:t>
      </w:r>
      <w:r>
        <w:br/>
      </w:r>
      <w:r>
        <w:rPr>
          <w:sz w:val="20"/>
        </w:rPr>
        <w:t>28:58  Europe ka sab se zyada developed country Germany hai. sab se zyada</w:t>
      </w:r>
      <w:r>
        <w:br/>
      </w:r>
      <w:r>
        <w:rPr>
          <w:sz w:val="20"/>
        </w:rPr>
        <w:t>29:07  strong company, sab se zyada taqatwar mulk Germany hai.</w:t>
      </w:r>
      <w:r>
        <w:br/>
      </w:r>
      <w:r>
        <w:rPr>
          <w:sz w:val="20"/>
        </w:rPr>
        <w:t>29:13  agar accept na karta woh, to ladta phirta, ladta phirta rehta, aaj tak kuch na hota. aur theek isi zamane mein, jis zamane mein Germany ka partition hua,</w:t>
      </w:r>
      <w:r>
        <w:br/>
      </w:r>
      <w:r>
        <w:rPr>
          <w:sz w:val="20"/>
        </w:rPr>
        <w:t>29:26  aur accept kar ke unhone apna kaam shuru kar diya, isi zamane mein dekhiye, Arab mein Palestine ka partition hua. Balfour ke tehat.</w:t>
      </w:r>
      <w:r>
        <w:br/>
      </w:r>
      <w:r>
        <w:rPr>
          <w:sz w:val="20"/>
        </w:rPr>
        <w:t>29:38  isi zamane mein. aur arbon ne is ko tasleem nahi kiya.</w:t>
      </w:r>
      <w:r>
        <w:br/>
      </w:r>
      <w:r>
        <w:rPr>
          <w:sz w:val="20"/>
        </w:rPr>
        <w:t>29:44  partition ko nahi mana unhon ne. aaj tak lad rahe hain. ladne se kuch bhi nahi paya. alfor ke tehat un ko aadha falasteen mil gaya tha.</w:t>
      </w:r>
      <w:r>
        <w:br/>
      </w:r>
      <w:r>
        <w:rPr>
          <w:sz w:val="20"/>
        </w:rPr>
        <w:t>29:58  balkeh line shahar mil gaya tha. aur unhon ne jo saath baras se lad rahe hain, is se to kuch nahi paya unhon ne. aap compare kijiye ke jarmani ne partition ko accept kar liya to kitni bari is ko taraqqi hasil hui.</w:t>
      </w:r>
      <w:r>
        <w:br/>
      </w:r>
      <w:r>
        <w:rPr>
          <w:sz w:val="20"/>
        </w:rPr>
        <w:t>30:14  ke aaj woh number one mulk bana hua hai. aur arbon ne falasteen mein partition ko tasleem nahi kiya to kya hai?</w:t>
      </w:r>
      <w:r>
        <w:br/>
      </w:r>
      <w:r>
        <w:rPr>
          <w:sz w:val="20"/>
        </w:rPr>
        <w:t>30:23  wahan mazeed tabahi, mazeed tabahi, mazeed tabahi.</w:t>
      </w:r>
      <w:r>
        <w:br/>
      </w:r>
      <w:r>
        <w:rPr>
          <w:sz w:val="20"/>
        </w:rPr>
        <w:t>30:29  to is dunya mein sab se bara jo raaz hai taraqqi ka, kamyabi ka. ke jo bhi surat-e-haal ho, jahan bhi history mein aap ko pahuncha ho, jo bhi status quo bana ho,</w:t>
      </w:r>
      <w:r>
        <w:br/>
      </w:r>
      <w:r>
        <w:rPr>
          <w:sz w:val="20"/>
        </w:rPr>
        <w:t>30:44  jo bhi yani historical factor ke tehat jo bhi status quo bana ho, us ko maan lijie. accept kar lijie. taake peace qaim ho jaye.</w:t>
      </w:r>
      <w:r>
        <w:br/>
      </w:r>
      <w:r>
        <w:rPr>
          <w:sz w:val="20"/>
        </w:rPr>
        <w:t>30:53  peace qaim hoti hai, aap ko opportunity milegi. opportunity ko av</w:t>
      </w:r>
      <w:r>
        <w:br/>
      </w:r>
      <w:r>
        <w:rPr>
          <w:sz w:val="20"/>
        </w:rPr>
        <w:t>30:58  ail kijiye. jarmani ne yahi kiya. partition ko maan kar ke jo opportunities theen, us ko avail karna shuru kiya is ne.</w:t>
      </w:r>
      <w:r>
        <w:br/>
      </w:r>
      <w:r>
        <w:rPr>
          <w:sz w:val="20"/>
        </w:rPr>
        <w:t>31:08  yahan tak ke sab se taqatwar mulk ban gaya. is tarah jaapan ko dekhiye. jaapan ko bhi shikast hui thi second world war mein.</w:t>
      </w:r>
      <w:r>
        <w:br/>
      </w:r>
      <w:r>
        <w:rPr>
          <w:sz w:val="20"/>
        </w:rPr>
        <w:t>31:18  bohat bari shikast.</w:t>
      </w:r>
      <w:r>
        <w:br/>
      </w:r>
      <w:r>
        <w:rPr>
          <w:sz w:val="20"/>
        </w:rPr>
        <w:t>31:22  jaapan se world war ke baad amalan</w:t>
      </w:r>
      <w:r>
        <w:br/>
      </w:r>
      <w:r>
        <w:rPr>
          <w:sz w:val="20"/>
        </w:rPr>
        <w:t>31:28  america qabze mein aa gaya. wahan general macarthur, jo america ke numainda the, woh administrator ban gaye.</w:t>
      </w:r>
      <w:r>
        <w:br/>
      </w:r>
      <w:r>
        <w:rPr>
          <w:sz w:val="20"/>
        </w:rPr>
        <w:t>31:38  amalan jaapan jo hai, general macarthur ke under mein aa gaya. jo amriki afsar the.</w:t>
      </w:r>
      <w:r>
        <w:br/>
      </w:r>
      <w:r>
        <w:rPr>
          <w:sz w:val="20"/>
        </w:rPr>
        <w:t>31:49  mazeed yeh ke jaapan ka ek bohat bara jazeera, jis ka naam hai okinawa, woh</w:t>
      </w:r>
      <w:r>
        <w:br/>
      </w:r>
      <w:r>
        <w:rPr>
          <w:sz w:val="20"/>
        </w:rPr>
        <w:t>32:00  america ne apne qabze mein le liya. aaj bhi okinawa par america qabza hai. halanke woh jazeera hai jaapan ka. in sab baton ko jaapan ne tasleem kar liya.</w:t>
      </w:r>
      <w:r>
        <w:br/>
      </w:r>
      <w:r>
        <w:rPr>
          <w:sz w:val="20"/>
        </w:rPr>
        <w:t>32:14  to kya hua? peace</w:t>
      </w:r>
      <w:r>
        <w:br/>
      </w:r>
      <w:r>
        <w:rPr>
          <w:sz w:val="20"/>
        </w:rPr>
        <w:t>32:15  aa gaya. yani status ko aap maan lein to foran jo cheez milti hai, woh peace milti hai.</w:t>
      </w:r>
      <w:r>
        <w:br/>
      </w:r>
      <w:r>
        <w:rPr>
          <w:sz w:val="20"/>
        </w:rPr>
        <w:t>32:24  yani accept the status ko. and it will lead to peace and peace will lead to opportunity and opportunity will lead to development to jaapan ne kya kiya</w:t>
      </w:r>
      <w:r>
        <w:br/>
      </w:r>
      <w:r>
        <w:rPr>
          <w:sz w:val="20"/>
        </w:rPr>
        <w:t>32:41  ? ke second world war ke baad jo status quo bana tha, woh agarche is favour mein nahi tha, is ke second world war ke baad jo status quo bana tha, woh jaapan ke favour mein nahi tha.</w:t>
      </w:r>
      <w:r>
        <w:br/>
      </w:r>
      <w:r>
        <w:rPr>
          <w:sz w:val="20"/>
        </w:rPr>
        <w:t>32:56  lekin us ko maan liya unhon ne. maante hi un ko is ka naqd faida kya mila? ke peace qaim ho gaya.</w:t>
      </w:r>
      <w:r>
        <w:br/>
      </w:r>
      <w:r>
        <w:rPr>
          <w:sz w:val="20"/>
        </w:rPr>
        <w:t>33:07  ek dam peace.</w:t>
      </w:r>
      <w:r>
        <w:br/>
      </w:r>
      <w:r>
        <w:rPr>
          <w:sz w:val="20"/>
        </w:rPr>
        <w:t>33:13  aur peace qaim jab hua to unhon ne apni sari koshishon ko education ki taraf, industry ki taraf, social development ki taraf mor diya.</w:t>
      </w:r>
      <w:r>
        <w:br/>
      </w:r>
      <w:r>
        <w:rPr>
          <w:sz w:val="20"/>
        </w:rPr>
        <w:t>33:24  aap jante hain ke aaj jaapan economic superpower banaya jata hai.</w:t>
      </w:r>
      <w:r>
        <w:br/>
      </w:r>
      <w:r>
        <w:rPr>
          <w:sz w:val="20"/>
        </w:rPr>
        <w:t>33:32  to yeh jo formula jo hai, yeh sab se pehle tareekh mein islam ne diya.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