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Khadija</w:t>
      </w:r>
    </w:p>
    <w:p>
      <w:r>
        <w:rPr>
          <w:sz w:val="18"/>
        </w:rPr>
        <w:t>Q&amp;A, lecture moments and clips · full transcripts with timestamps · exported 2026-09-21</w:t>
      </w:r>
    </w:p>
    <w:p>
      <w:pPr>
        <w:pStyle w:val="Heading1"/>
      </w:pPr>
      <w:r>
        <w:t>Maulana was asked (1)</w:t>
      </w:r>
    </w:p>
    <w:p>
      <w:pPr>
        <w:pStyle w:val="Heading2"/>
      </w:pPr>
      <w:r>
        <w:t>Love marriage permissibility and Prophet's marriage</w:t>
      </w:r>
    </w:p>
    <w:p>
      <w:r>
        <w:rPr>
          <w:color w:val="666666"/>
          <w:sz w:val="18"/>
        </w:rPr>
        <w:t>Divine Management in History April 7, 2013 · 4m 16s · at 1:10:13 · https://youtu.be/wcBzG56LuPY?t=4213</w:t>
      </w:r>
    </w:p>
    <w:p>
      <w:r>
        <w:rPr>
          <w:i/>
        </w:rPr>
        <w:t>“What is your take on love marriage? Do you think it is permitted in Islam? Would you agree that the marriage of the Prophet and Khadija was also a love marriage?”</w:t>
      </w:r>
    </w:p>
    <w:p>
      <w:r>
        <w:rPr>
          <w:sz w:val="20"/>
        </w:rPr>
        <w:t>1:10:13  mujhe yaqeen hai ke aap ke question ka aap khud hi aap ko answer mil jayega. maulana, un ka aik aur sawal hai, unhon ne likha hai: "what is your take on love marriage?</w:t>
      </w:r>
      <w:r>
        <w:br/>
      </w:r>
      <w:r>
        <w:rPr>
          <w:sz w:val="20"/>
        </w:rPr>
        <w:t>1:10:26  do you think it is permitted in islam? would you agree that the marriage of the prophet and khadijah was also a love marriage?" ji sahib, ab start baat hai, main love marriage ko ahmaqana marriage samajhta hoon,</w:t>
      </w:r>
      <w:r>
        <w:br/>
      </w:r>
      <w:r>
        <w:rPr>
          <w:sz w:val="20"/>
        </w:rPr>
        <w:t>1:10:42  yani pagalon ki marriage, pagalon ki. is liye ke dekhiye, aap love marriage hoti hai, tootta kyun hai? yani more than 50 percent love marriages nakam ho jati hain.</w:t>
      </w:r>
      <w:r>
        <w:br/>
      </w:r>
      <w:r>
        <w:rPr>
          <w:sz w:val="20"/>
        </w:rPr>
        <w:t>1:10:54  to what is that love marriage? jo pagal pan ki shadiyan hoti hain, usay kehte hain love marriage. india se le kar europe, america tak har jagah love marriage nakam hai.</w:t>
      </w:r>
      <w:r>
        <w:br/>
      </w:r>
      <w:r>
        <w:rPr>
          <w:sz w:val="20"/>
        </w:rPr>
        <w:t>1:11:06  to nakam kyun? agar woh love hai to nakam kyun? nakam kyun?</w:t>
      </w:r>
      <w:r>
        <w:br/>
      </w:r>
      <w:r>
        <w:rPr>
          <w:sz w:val="20"/>
        </w:rPr>
        <w:t>1:11:14  italy mein aik sahib se baat hui thi, isi par woh wahan ke aik professor sahib thay. to main ne kaha ke yeh isi baat ko main ne kaha ke agar yeh love marriage hai to nakam kyun hoti hai?</w:t>
      </w:r>
      <w:r>
        <w:br/>
      </w:r>
      <w:r>
        <w:rPr>
          <w:sz w:val="20"/>
        </w:rPr>
        <w:t>1:11:26  to main ne kaha ke yeh love marriage hoti hi nahi, yeh lust marriage hoti hai. lust marriage hoti hai, love marriage hoti hi nahi. to unhon ne maan maan rakha, sahi keh rahe hain aap.</w:t>
      </w:r>
      <w:r>
        <w:br/>
      </w:r>
      <w:r>
        <w:rPr>
          <w:sz w:val="20"/>
        </w:rPr>
        <w:t>1:11:39  nahi sahib, bilkul, yani main is ko jahilon ki batein samajhta hoon, jis ka ilm se, science se koi talluq nahi.</w:t>
      </w:r>
      <w:r>
        <w:br/>
      </w:r>
      <w:r>
        <w:rPr>
          <w:sz w:val="20"/>
        </w:rPr>
        <w:t>1:11:50  maulana farhan sahib ko yeh bhi batana chahenge ke woh aap ki jo kitab hai, secret of successful marriage life, us ko parh sakte hain. haan, wohi parhiye, woh bhi hai.</w:t>
      </w:r>
      <w:r>
        <w:br/>
      </w:r>
      <w:r>
        <w:rPr>
          <w:sz w:val="20"/>
        </w:rPr>
        <w:t>1:12:01  maulana, sab se zyada meaningless word jo boler ka is zamane mein hai, woh love marriage hai.</w:t>
      </w:r>
      <w:r>
        <w:br/>
      </w:r>
      <w:r>
        <w:rPr>
          <w:sz w:val="20"/>
        </w:rPr>
        <w:t>1:12:06  main apni zindagi mein, apni family mein, aur beshumar waqiat dekhe hain ke dhoom se love marriage hoti hai aur dhoom se woh nakam ho jati hai.</w:t>
      </w:r>
      <w:r>
        <w:br/>
      </w:r>
      <w:r>
        <w:rPr>
          <w:sz w:val="20"/>
        </w:rPr>
        <w:t>1:12:18  tab main jo keh raha hoon ke love marriage, love marriage nahi hoti hai, woh lust marriage hoti hai. to tajrube ko dekh kar main keh raha hoon, khwamkhwah nahi keh raha hoon.</w:t>
      </w:r>
      <w:r>
        <w:br/>
      </w:r>
      <w:r>
        <w:rPr>
          <w:sz w:val="20"/>
        </w:rPr>
        <w:t>1:12:31  kam az kam main ne aik bhi lab marriage kamyab nahi dekhi</w:t>
      </w:r>
      <w:r>
        <w:br/>
      </w:r>
      <w:r>
        <w:rPr>
          <w:sz w:val="20"/>
        </w:rPr>
        <w:t>1:12:35  apni family ke andar, family ke bahar. ya to toot jati hai ya bas nibhate hain log bache ki wajah se, zyada tar bache ki wajah se.</w:t>
      </w:r>
      <w:r>
        <w:br/>
      </w:r>
      <w:r>
        <w:rPr>
          <w:sz w:val="20"/>
        </w:rPr>
        <w:t>1:12:45  bachcha paida hoga, ab kya karen? to aurat se jo lo hoti hai, wo khatm ho ja ho chuki hoti hai. ab sirf bete hote hain. maine kisi ko bhi nahin dekha ke aurat se lo unki akhrron tak baqi rahe.</w:t>
      </w:r>
      <w:r>
        <w:br/>
      </w:r>
      <w:r>
        <w:rPr>
          <w:sz w:val="20"/>
        </w:rPr>
        <w:t>1:13:02  ya to toot jati hai ya bachchon ke upar.</w:t>
      </w:r>
      <w:r>
        <w:br/>
      </w:r>
      <w:r>
        <w:rPr>
          <w:sz w:val="20"/>
        </w:rPr>
        <w:t>1:13:05  main aap ko ek qissa batata hoon. main gaya ek bar ajmer, mila taqrib mein tha, mila taqribin sahib. to wahan par ek sahib the, unke do bete the.</w:t>
      </w:r>
      <w:r>
        <w:br/>
      </w:r>
      <w:r>
        <w:rPr>
          <w:sz w:val="20"/>
        </w:rPr>
        <w:t>1:13:18  ek bete ko unhon ne dukan de di, doosre bete ne kaha ke mujhe falan aurat se shadi karni hai. to us us aurat se unhon ne shadi karwai aur us ke liye ek ek farmhouse bana diya.</w:t>
      </w:r>
      <w:r>
        <w:br/>
      </w:r>
      <w:r>
        <w:rPr>
          <w:sz w:val="20"/>
        </w:rPr>
        <w:t>1:13:31  paise wale the wo.</w:t>
      </w:r>
      <w:r>
        <w:br/>
      </w:r>
      <w:r>
        <w:rPr>
          <w:sz w:val="20"/>
        </w:rPr>
        <w:t>1:13:33  is farmhouse mein hum gaye, ek raat rahe wahan par, aur maine dekha ke wo wo mard aur aurat dono isi mein rehte the.</w:t>
      </w:r>
      <w:r>
        <w:br/>
      </w:r>
      <w:r>
        <w:rPr>
          <w:sz w:val="20"/>
        </w:rPr>
        <w:t>1:13:42  aur jab tak hum the, kabhi dono mein baat nahin hui, na din mein, na raat mein. wo alag, wo alag. aur isi love marriage ke liye baap se usne takrao kiya tha ke mujhe alag ghar chahiye aur mujhe is ladki se shadi karna hai.</w:t>
      </w:r>
      <w:r>
        <w:br/>
      </w:r>
      <w:r>
        <w:rPr>
          <w:sz w:val="20"/>
        </w:rPr>
        <w:t>1:14:00  aise ke aise ek do nahin, aise bahut qisse. aap agar is ko na jante hon to aap andhe bhare hain. aur kya keh sakta hoon main? love marriage kya cheez hai?</w:t>
      </w:r>
      <w:r>
        <w:br/>
      </w:r>
      <w:r>
        <w:rPr>
          <w:sz w:val="20"/>
        </w:rPr>
        <w:t>1:14:11  nothing, nothing, nothing, nothing.</w:t>
      </w:r>
      <w:r>
        <w:br/>
      </w:r>
      <w:r>
        <w:rPr>
          <w:sz w:val="20"/>
        </w:rPr>
        <w:t>1:14:17  is wajah se main sirf arrange marriage ka qail hoon. maa baap jinko tajruba hota hai, jinko experience hota hai, wo jo faisla karte hain, wahi sahi hai.</w:t>
      </w:r>
      <w:r>
        <w:br/>
      </w:r>
      <w:r>
        <w:rPr>
          <w:sz w:val="20"/>
        </w:rPr>
        <w:t>1:14:28  isi ko le lijiye,</w:t>
      </w:r>
    </w:p>
    <w:p>
      <w:pPr>
        <w:pStyle w:val="Heading1"/>
      </w:pPr>
      <w:r>
        <w:t>In the lectures (0)</w:t>
      </w:r>
    </w:p>
    <w:p>
      <w:pPr>
        <w:pStyle w:val="Heading1"/>
      </w:pPr>
      <w:r>
        <w:t>Clips (60)</w:t>
      </w:r>
    </w:p>
    <w:p>
      <w:pPr>
        <w:pStyle w:val="Heading2"/>
      </w:pPr>
      <w:r>
        <w:t>Khadija tells Prophet to rest after revelation</w:t>
      </w:r>
    </w:p>
    <w:p>
      <w:r>
        <w:rPr>
          <w:color w:val="666666"/>
          <w:sz w:val="18"/>
        </w:rPr>
        <w:t>From The Spiritual Tree December 3, 2006 · 57s · at 23:48 · https://youtu.be/m3JXYXORP5w?t=1428</w:t>
      </w:r>
    </w:p>
    <w:p>
      <w:r>
        <w:rPr>
          <w:i/>
        </w:rPr>
        <w:t>“When revelation came, Khadija said rest — he couldn't”</w:t>
      </w:r>
    </w:p>
    <w:p>
      <w:r>
        <w:rPr>
          <w:sz w:val="20"/>
        </w:rPr>
        <w:t>23:48  main in ko peeche se kheench raha hoon. jab aap par pehli wahi aayi aur aap ghar laute to Khadija ne kaha ke bistar bichha diya aur kaha ke aaram kar lijiye.</w:t>
      </w:r>
      <w:r>
        <w:br/>
      </w:r>
      <w:r>
        <w:rPr>
          <w:sz w:val="20"/>
        </w:rPr>
        <w:t>24:02  aap ne farmaya ke "ae nahar ya Khadija! ae Khadija! aap aaram kahan?" kyunke yeh haqeeqat aap par khul gayi thi.</w:t>
      </w:r>
      <w:r>
        <w:br/>
      </w:r>
      <w:r>
        <w:rPr>
          <w:sz w:val="20"/>
        </w:rPr>
        <w:t>24:13  Allah taala ne khol diya tha ke poori humanity ja rahi</w:t>
      </w:r>
      <w:r>
        <w:br/>
      </w:r>
      <w:r>
        <w:rPr>
          <w:sz w:val="20"/>
        </w:rPr>
        <w:t>24:17  he hel mein. in ko bachao! "Qum fa andir ya ayyuhal muddathir! Qum fa andir!" Quran mein aaya ke "Ya ayyuhal muddathir! Qum fa andir!" ae chadar mein lapet kar sone wale, utho!</w:t>
      </w:r>
      <w:r>
        <w:br/>
      </w:r>
      <w:r>
        <w:rPr>
          <w:sz w:val="20"/>
        </w:rPr>
        <w:t>24:37  duniya jahannum mein ja rahi he, is ko darao, batao is ko !</w:t>
      </w:r>
    </w:p>
    <w:p>
      <w:pPr>
        <w:pStyle w:val="Heading2"/>
      </w:pPr>
      <w:r>
        <w:t>Young Fatima nurses the Prophet's wounds after persecution</w:t>
      </w:r>
    </w:p>
    <w:p>
      <w:r>
        <w:rPr>
          <w:color w:val="666666"/>
          <w:sz w:val="18"/>
        </w:rPr>
        <w:t>The Story of Hazrat Fatima The Prophet's Cherished Daughter (Part- I) July 30, 2023 · 2m 37s · at 13:01 · https://youtu.be/MG9FmkFEyfo?t=781</w:t>
      </w:r>
    </w:p>
    <w:p>
      <w:r>
        <w:rPr>
          <w:i/>
        </w:rPr>
        <w:t>“After Khadijah died, ten-year-old Fatima tended her father's wounds”</w:t>
      </w:r>
    </w:p>
    <w:p>
      <w:r>
        <w:rPr>
          <w:sz w:val="20"/>
        </w:rPr>
        <w:t>13:01  rat Khadija bhi aur Abu Talib bhi. To is ke baad aa jo Mecca ke log thay, woh bare aa free ho gaye, yani Rasool Allah ko tarah tarah ki pareshaniyon mein daalne daalne lage aur aa violent attack, public publicly attack karne lage Prophet ko.</w:t>
      </w:r>
      <w:r>
        <w:br/>
      </w:r>
      <w:r>
        <w:rPr>
          <w:sz w:val="20"/>
        </w:rPr>
        <w:t>13:21  Aur Rasool Allah har roz Kaba mein jaya karte thay namaz parhne</w:t>
      </w:r>
      <w:r>
        <w:br/>
      </w:r>
      <w:r>
        <w:rPr>
          <w:sz w:val="20"/>
        </w:rPr>
        <w:t>13:25  . Ji, chounke wahan Kaba mein log ate thay, aa bahar se bhi ate thay aur jo muqami log hote thay, woh bhi ate thay.</w:t>
      </w:r>
      <w:r>
        <w:br/>
      </w:r>
      <w:r>
        <w:rPr>
          <w:sz w:val="20"/>
        </w:rPr>
        <w:t>13:34  To Rasool Allah jate thay aur Quran ki baatein batate thay, kuch Quran ki wirse sunate thay. To wahan ke jo Mecca ke jo elite thay, Abu Jahl waghera, yeh log in ko yeh pasand nahi tha.</w:t>
      </w:r>
      <w:r>
        <w:br/>
      </w:r>
      <w:r>
        <w:rPr>
          <w:sz w:val="20"/>
        </w:rPr>
        <w:t>13:48  To woh tarah tarah se satate thay.</w:t>
      </w:r>
      <w:r>
        <w:br/>
      </w:r>
      <w:r>
        <w:rPr>
          <w:sz w:val="20"/>
        </w:rPr>
        <w:t>13:51  To aa aur wapas jab Prophet ate thay to taqreeban roz aana hi was covered with blood yani har taraf chot lagi lagi rehti thi, pathar marte thay, tarah tarah se satate thay.</w:t>
      </w:r>
      <w:r>
        <w:br/>
      </w:r>
      <w:r>
        <w:rPr>
          <w:sz w:val="20"/>
        </w:rPr>
        <w:t>14:05  To jab ghar ate thay to Fatima rehti thi wahan. Ji, she she was the only person in the house at that time to she would clean his wounds, she would nurse him, she would take care of him</w:t>
      </w:r>
      <w:r>
        <w:br/>
      </w:r>
      <w:r>
        <w:rPr>
          <w:sz w:val="20"/>
        </w:rPr>
        <w:t>14:20  To aa yeh yani yeh ek tarike se bohat hi public humiliation Rasool Allah ke liye ho gaya ke aa log aa tarah tarah se satane lage.</w:t>
      </w:r>
      <w:r>
        <w:br/>
      </w:r>
      <w:r>
        <w:rPr>
          <w:sz w:val="20"/>
        </w:rPr>
        <w:t>14:33  Aur Fatima ka role bohat aham tha ke jab bhi Rasool Allah ate thay to woh un ki marham p</w:t>
      </w:r>
      <w:r>
        <w:br/>
      </w:r>
      <w:r>
        <w:rPr>
          <w:sz w:val="20"/>
        </w:rPr>
        <w:t>14:39  atti karti thi, zakhamon pe marham lagati thi. Aur us waqt jab Khadija ki death ho gayi, Hazrat Khadija ki, to unhon ne ek tarike se Hazrat Khadija ka role ada kiya.</w:t>
      </w:r>
      <w:r>
        <w:br/>
      </w:r>
      <w:r>
        <w:rPr>
          <w:sz w:val="20"/>
        </w:rPr>
        <w:t>14:52  Hmm, aur jo care karti theen woh Rasool Allah ki jis tarah se care karti theen, Hazrat Fatima, halanke she was just ten years old to un ka ek bara unusual nickname par gaya, Umm Abīhā, haan ji, the mother of her father,</w:t>
      </w:r>
      <w:r>
        <w:br/>
      </w:r>
      <w:r>
        <w:rPr>
          <w:sz w:val="20"/>
        </w:rPr>
        <w:t>15:07  yani motherly affection ki wajah se aa un ka un ka yeh yeh naam par gaya. To aa yeh Hazrat Fatima ka bohat bara role hai us waqt jab Hazrat Khadija maujood nahi theen.</w:t>
      </w:r>
      <w:r>
        <w:br/>
      </w:r>
      <w:r>
        <w:rPr>
          <w:sz w:val="20"/>
        </w:rPr>
        <w:t>15:22  To she took care of him, she cooked food for him, she nurse him and cleaned his wounds aur yani jo bhi apne maa ka jo role tha, woh poori tarah se ada kiya unhon ne.</w:t>
      </w:r>
    </w:p>
    <w:p>
      <w:pPr>
        <w:pStyle w:val="Heading2"/>
      </w:pPr>
      <w:r>
        <w:t>Jibreel sends salam to Khadija through the Prophet</w:t>
      </w:r>
    </w:p>
    <w:p>
      <w:r>
        <w:rPr>
          <w:color w:val="666666"/>
          <w:sz w:val="18"/>
        </w:rPr>
        <w:t>CPS Mission Conference 2023 April 30, 2023 · 2m 23s · at 58:52 · https://youtu.be/sfTBajRastM?t=3532</w:t>
      </w:r>
    </w:p>
    <w:p>
      <w:r>
        <w:rPr>
          <w:i/>
        </w:rPr>
        <w:t>“एक बार हदीस में आता है कि पैगंबर cave में थे”</w:t>
      </w:r>
    </w:p>
    <w:p>
      <w:r>
        <w:rPr>
          <w:sz w:val="20"/>
        </w:rPr>
        <w:t>58:52  Woh to un ke baray mein to aik baar hadith mein aata hai ke prophet cave mein thay aur jibril farishtay bhi aaye hue thay.</w:t>
      </w:r>
      <w:r>
        <w:br/>
      </w:r>
      <w:r>
        <w:rPr>
          <w:sz w:val="20"/>
        </w:rPr>
        <w:t>59:04  To farishtay jibril ne kaha ke khadija aa rahi hain.</w:t>
      </w:r>
      <w:r>
        <w:br/>
      </w:r>
      <w:r>
        <w:rPr>
          <w:sz w:val="20"/>
        </w:rPr>
        <w:t>59:09  Yani cave aap logon ko pata hai kitnay ooper hai aur hazrat khadija makkah se un ke liye kuch saman le ke aa rahi thi. To jibril ne kaha ke aik vessel un ke hath mein hai jis mein kuch There is some soup and there is some water and there is some food for you.</w:t>
      </w:r>
      <w:r>
        <w:br/>
      </w:r>
      <w:r>
        <w:rPr>
          <w:sz w:val="20"/>
        </w:rPr>
        <w:t>59:26  She is bringing that vessel for you.</w:t>
      </w:r>
      <w:r>
        <w:br/>
      </w:r>
      <w:r>
        <w:rPr>
          <w:sz w:val="20"/>
        </w:rPr>
        <w:t>59:29  To ab woh aap tasawwur karein She was fifty-five years old at that time. Lekin un ka ta'alluq aur dilchaspi aur shauq itna tha ke rasool Allah ke liye khana le ke aa rahi thi aur ooper charh ke aayi.</w:t>
      </w:r>
      <w:r>
        <w:br/>
      </w:r>
      <w:r>
        <w:rPr>
          <w:sz w:val="20"/>
        </w:rPr>
        <w:t>59:42  To</w:t>
      </w:r>
      <w:r>
        <w:br/>
      </w:r>
      <w:r>
        <w:rPr>
          <w:sz w:val="20"/>
        </w:rPr>
        <w:t>59:44  Jibril farishtay jibril ne kaha ke jab woh aayi to un ko un ke rab ka salam kahiye aur mera bhi salam kahiye.</w:t>
      </w:r>
      <w:r>
        <w:br/>
      </w:r>
      <w:r>
        <w:rPr>
          <w:sz w:val="20"/>
        </w:rPr>
        <w:t>59:55  Aur kahiye ke un ke liye aik aisa ghar hoga motiyon ka jis mein na koi shor hoga na koi takleef. La sakhb fiha wa la nasb</w:t>
      </w:r>
      <w:r>
        <w:br/>
      </w:r>
      <w:r>
        <w:rPr>
          <w:sz w:val="20"/>
        </w:rPr>
        <w:t>1:00:06  Asal mein kya tha ke makkah ke jo shareer log thay na woh aa ke shor machate thay, phainkte thay saman, kooda karkat dalte thay. To hazrat khadija ko takleef pohnchti thi.</w:t>
      </w:r>
      <w:r>
        <w:br/>
      </w:r>
      <w:r>
        <w:rPr>
          <w:sz w:val="20"/>
        </w:rPr>
        <w:t>1:00:15  Isi ki taraf ishara hai ke tumhein aisa ghar Allah de ga jannat mein ke na koi shor hoga na koi takleef hogi. To jab hazrat khadija aayi ooper charh ke saman le ke to prophet ne kaha ke yahan jibril hain, woh dekh nahi sakti thi aur tum ko salam bhej rahi hain.</w:t>
      </w:r>
      <w:r>
        <w:br/>
      </w:r>
      <w:r>
        <w:rPr>
          <w:sz w:val="20"/>
        </w:rPr>
        <w:t>1:00:36  Tum ko Allah ka salam le ke aayi hain. Yani God has sent salam to her. Yeh to shayad koi aur misaal nahi milti.</w:t>
      </w:r>
      <w:r>
        <w:br/>
      </w:r>
      <w:r>
        <w:rPr>
          <w:sz w:val="20"/>
        </w:rPr>
        <w:t>1:00:46  To rasool Allah ne kaha hai ke Allah ka salam tum ko le ke aa rahe hain aur aur woh khud bhi salam kar rahe hain, keh rahe</w:t>
      </w:r>
      <w:r>
        <w:br/>
      </w:r>
      <w:r>
        <w:rPr>
          <w:sz w:val="20"/>
        </w:rPr>
        <w:t>1:00:52  hain. To hazrat khadija muskurayi aur boli ke Allah hi salamat ka sar chashma hai aur mera salam jibril ko bhi aur aap ko bhi mera salam aur Allah ki rehmaten.</w:t>
      </w:r>
      <w:r>
        <w:br/>
      </w:r>
      <w:r>
        <w:rPr>
          <w:sz w:val="20"/>
        </w:rPr>
        <w:t>1:01:08  To yeh darja tha hazrat khadija ka aur aur bohat hi achi</w:t>
      </w:r>
    </w:p>
    <w:p>
      <w:pPr>
        <w:pStyle w:val="Heading2"/>
      </w:pPr>
      <w:r>
        <w:t>Khadija's salam from God, and Umm Salama's wise counsel</w:t>
      </w:r>
    </w:p>
    <w:p>
      <w:r>
        <w:rPr>
          <w:color w:val="666666"/>
          <w:sz w:val="18"/>
        </w:rPr>
        <w:t>CPS Mission Conference 2023 April 30, 2023 · 3m 40s · at 58:52 · https://youtu.be/sfTBajRastM?t=3532</w:t>
      </w:r>
    </w:p>
    <w:p>
      <w:r>
        <w:rPr>
          <w:i/>
        </w:rPr>
        <w:t>“हज़रत खदीजा के बारे में एक बार हदीस में आता है”</w:t>
      </w:r>
    </w:p>
    <w:p>
      <w:r>
        <w:rPr>
          <w:sz w:val="20"/>
        </w:rPr>
        <w:t>58:52  Woh to un ke baray mein to aik baar hadith mein aata hai ke prophet cave mein thay aur jibril farishtay bhi aaye hue thay.</w:t>
      </w:r>
      <w:r>
        <w:br/>
      </w:r>
      <w:r>
        <w:rPr>
          <w:sz w:val="20"/>
        </w:rPr>
        <w:t>59:04  To farishtay jibril ne kaha ke khadija aa rahi hain.</w:t>
      </w:r>
      <w:r>
        <w:br/>
      </w:r>
      <w:r>
        <w:rPr>
          <w:sz w:val="20"/>
        </w:rPr>
        <w:t>59:09  Yani cave aap logon ko pata hai kitnay ooper hai aur hazrat khadija makkah se un ke liye kuch saman le ke aa rahi thi. To jibril ne kaha ke aik vessel un ke hath mein hai jis mein kuch There is some soup and there is some water and there is some food for you.</w:t>
      </w:r>
      <w:r>
        <w:br/>
      </w:r>
      <w:r>
        <w:rPr>
          <w:sz w:val="20"/>
        </w:rPr>
        <w:t>59:26  She is bringing that vessel for you.</w:t>
      </w:r>
      <w:r>
        <w:br/>
      </w:r>
      <w:r>
        <w:rPr>
          <w:sz w:val="20"/>
        </w:rPr>
        <w:t>59:29  To ab woh aap tasawwur karein She was fifty-five years old at that time. Lekin un ka ta'alluq aur dilchaspi aur shauq itna tha ke rasool Allah ke liye khana le ke aa rahi thi aur ooper charh ke aayi.</w:t>
      </w:r>
      <w:r>
        <w:br/>
      </w:r>
      <w:r>
        <w:rPr>
          <w:sz w:val="20"/>
        </w:rPr>
        <w:t>59:42  To</w:t>
      </w:r>
      <w:r>
        <w:br/>
      </w:r>
      <w:r>
        <w:rPr>
          <w:sz w:val="20"/>
        </w:rPr>
        <w:t>59:44  Jibril farishtay jibril ne kaha ke jab woh aayi to un ko un ke rab ka salam kahiye aur mera bhi salam kahiye.</w:t>
      </w:r>
      <w:r>
        <w:br/>
      </w:r>
      <w:r>
        <w:rPr>
          <w:sz w:val="20"/>
        </w:rPr>
        <w:t>59:55  Aur kahiye ke un ke liye aik aisa ghar hoga motiyon ka jis mein na koi shor hoga na koi takleef. La sakhb fiha wa la nasb</w:t>
      </w:r>
      <w:r>
        <w:br/>
      </w:r>
      <w:r>
        <w:rPr>
          <w:sz w:val="20"/>
        </w:rPr>
        <w:t>1:00:06  Asal mein kya tha ke makkah ke jo shareer log thay na woh aa ke shor machate thay, phainkte thay saman, kooda karkat dalte thay. To hazrat khadija ko takleef pohnchti thi.</w:t>
      </w:r>
      <w:r>
        <w:br/>
      </w:r>
      <w:r>
        <w:rPr>
          <w:sz w:val="20"/>
        </w:rPr>
        <w:t>1:00:15  Isi ki taraf ishara hai ke tumhein aisa ghar Allah de ga jannat mein ke na koi shor hoga na koi takleef hogi. To jab hazrat khadija aayi ooper charh ke saman le ke to prophet ne kaha ke yahan jibril hain, woh dekh nahi sakti thi aur tum ko salam bhej rahi hain.</w:t>
      </w:r>
      <w:r>
        <w:br/>
      </w:r>
      <w:r>
        <w:rPr>
          <w:sz w:val="20"/>
        </w:rPr>
        <w:t>1:00:36  Tum ko Allah ka salam le ke aayi hain. Yani God has sent salam to her. Yeh to shayad koi aur misaal nahi milti.</w:t>
      </w:r>
      <w:r>
        <w:br/>
      </w:r>
      <w:r>
        <w:rPr>
          <w:sz w:val="20"/>
        </w:rPr>
        <w:t>1:00:46  To rasool Allah ne kaha hai ke Allah ka salam tum ko le ke aa rahe hain aur aur woh khud bhi salam kar rahe hain, keh rahe</w:t>
      </w:r>
      <w:r>
        <w:br/>
      </w:r>
      <w:r>
        <w:rPr>
          <w:sz w:val="20"/>
        </w:rPr>
        <w:t>1:00:52  hain. To hazrat khadija muskurayi aur boli ke Allah hi salamat ka sar chashma hai aur mera salam jibril ko bhi aur aap ko bhi mera salam aur Allah ki rehmaten.</w:t>
      </w:r>
      <w:r>
        <w:br/>
      </w:r>
      <w:r>
        <w:rPr>
          <w:sz w:val="20"/>
        </w:rPr>
        <w:t>1:01:08  To yeh darja tha hazrat khadija ka aur aur bohat hi achi</w:t>
      </w:r>
      <w:r>
        <w:br/>
      </w:r>
      <w:r>
        <w:rPr>
          <w:sz w:val="20"/>
        </w:rPr>
        <w:t>1:01:16  . Ab jaise aik aik aur waqia aakhri mein leta hoon mukhtasar sa ke jab hudaybiya ka mauqa tha to rasool Allah sal Allah alayh wasallam ne kaha sahaba se ke ab tum log makkah mat jao, qurbani kar lo yahin, wapas chalte hain.</w:t>
      </w:r>
      <w:r>
        <w:br/>
      </w:r>
      <w:r>
        <w:rPr>
          <w:sz w:val="20"/>
        </w:rPr>
        <w:t>1:01:33  To aap ko pata hai ke sahaba ne rasool Allah ki baat nahi mani aur rasool Allah bohat pareshan hue ke koi meri baat nahi sun raha.</w:t>
      </w:r>
      <w:r>
        <w:br/>
      </w:r>
      <w:r>
        <w:rPr>
          <w:sz w:val="20"/>
        </w:rPr>
        <w:t>1:01:43  To wapas jab tent mein aaye to wahan par us waqt hazrat umm salama thi jo ke bohat hi scholar thi aur bari mudabir khatoon thi.</w:t>
      </w:r>
      <w:r>
        <w:br/>
      </w:r>
      <w:r>
        <w:rPr>
          <w:sz w:val="20"/>
        </w:rPr>
        <w:t>1:01:52  To hazrat umm salama ne kaha ke matlab mashwara diya prophet ko ke aap aisa karein, aap qurbani kar dijiye, baqi phir sahaba sab kar len ge.</w:t>
      </w:r>
      <w:r>
        <w:br/>
      </w:r>
      <w:r>
        <w:rPr>
          <w:sz w:val="20"/>
        </w:rPr>
        <w:t>1:02:02  To aise hi kiya rasool Allah ne aur phir sahaba ne qurbani</w:t>
      </w:r>
      <w:r>
        <w:br/>
      </w:r>
      <w:r>
        <w:rPr>
          <w:sz w:val="20"/>
        </w:rPr>
        <w:t>1:02:07  ki. To yani yeh jo husband wife ka role hai woh yahi hai ke intellectual partner bane, spiritual partner bane taake aik doosre ki spirituality ko jagayein aur yahi goal mere khayal se hona chahiye.</w:t>
      </w:r>
      <w:r>
        <w:br/>
      </w:r>
      <w:r>
        <w:rPr>
          <w:sz w:val="20"/>
        </w:rPr>
        <w:t>1:02:23  Ji to sab se achi misaal to hamein hazrat aisha ki baaton se milti hai. Ji ji mashallah, bohat achay examples diye doctor sahib, bohat achay se wazih</w:t>
      </w:r>
      <w:r>
        <w:br/>
      </w:r>
      <w:r>
        <w:rPr>
          <w:sz w:val="20"/>
        </w:rPr>
        <w:t>1:02:33  kiya. Maulana kehte thay ke intellectual partnership is very important and it's the highest goal. In fact, he used to say that if there is one word to define its success, it is adjustment.</w:t>
      </w:r>
    </w:p>
    <w:p>
      <w:pPr>
        <w:pStyle w:val="Heading2"/>
      </w:pPr>
      <w:r>
        <w:t>Hazrat Khadija's crucial role after the cave revelation</w:t>
      </w:r>
    </w:p>
    <w:p>
      <w:r>
        <w:rPr>
          <w:color w:val="666666"/>
          <w:sz w:val="18"/>
        </w:rPr>
        <w:t>Role Of Ikhwan-e-Rasool 2 April 2011 · 1m 39s · at 1:20:29 · https://youtu.be/I9Tc1YwhAkA?t=4829</w:t>
      </w:r>
    </w:p>
    <w:p>
      <w:r>
        <w:rPr>
          <w:i/>
        </w:rPr>
        <w:t>“Hazrat Khadija ko lijiye, aap ka bohot bara role hai”</w:t>
      </w:r>
    </w:p>
    <w:p>
      <w:r>
        <w:rPr>
          <w:sz w:val="20"/>
        </w:rPr>
        <w:t>1:20:29  misal ke taur par dekhiye, Hazrat Khadija ko lijiye, aap bohat bara role hai Hazrat Khadija ka. yani Rasool Allah Sal Allahu Alaihi Wasallam ate hain Ghar e Hira se to kitabon mein likha hua hai ke aap ghabraye hue the.</w:t>
      </w:r>
      <w:r>
        <w:br/>
      </w:r>
      <w:r>
        <w:rPr>
          <w:sz w:val="20"/>
        </w:rPr>
        <w:t>1:20:43  zanbiloon zanbiloon aap ne farmaya ke mujhe udao, mujhe udao.</w:t>
      </w:r>
      <w:r>
        <w:br/>
      </w:r>
      <w:r>
        <w:rPr>
          <w:sz w:val="20"/>
        </w:rPr>
        <w:t>1:20:48  is waqt Hazrat Khadija ke hawass bilkul baja the, unhone taskeen dilai aap ko aur kaha ke chaliye hum chalte hain Warqa ke sath, Warqa bin Naufal ke sath.</w:t>
      </w:r>
      <w:r>
        <w:br/>
      </w:r>
      <w:r>
        <w:rPr>
          <w:sz w:val="20"/>
        </w:rPr>
        <w:t>1:20:59  to woh un ko le gayeen, Warqa se kaha ke bataiye un ko apna haal Ghar e Hira wala. to to unhone suna to Warqa bin Naufal, jo Isai aalim the aur 90 saal ke ho chuke the,</w:t>
      </w:r>
      <w:r>
        <w:br/>
      </w:r>
      <w:r>
        <w:rPr>
          <w:sz w:val="20"/>
        </w:rPr>
        <w:t>1:21:11  unhon ne kaha ke agar yeh yeh sahi bata rahe hain, yeh jo kaha unhon ne ke un par wahi namoos aaya tha, yaani wahi farishta aaya tha jo Musa aur Isa par aaya tha.</w:t>
      </w:r>
      <w:r>
        <w:br/>
      </w:r>
      <w:r>
        <w:rPr>
          <w:sz w:val="20"/>
        </w:rPr>
        <w:t>1:21:22  to us ne yahan tak kaha ke main agar zinda raha to main aap ko sath doon ga, lekin un ki umar hoti 90 saal ho chuki thi, jaldi mar gaye. woh kaha jata hai ke wahi pehle sahabi hain. yaani bohat se ulama ka yeh khayal hai ke Warqa bin Naufal jo hai, wahi pehle iman laane wale the.</w:t>
      </w:r>
      <w:r>
        <w:br/>
      </w:r>
      <w:r>
        <w:rPr>
          <w:sz w:val="20"/>
        </w:rPr>
        <w:t>1:21:37  to yeh itna bara role kiya Hazrat Khadija ne.</w:t>
      </w:r>
      <w:r>
        <w:br/>
      </w:r>
      <w:r>
        <w:rPr>
          <w:sz w:val="20"/>
        </w:rPr>
        <w:t>1:21:41  Aisha ka role itna zabardast tha ke Rasool Allah ke liye woh exchange partner thi. woh Bukhari mein hai ke Hazrat Aisha kehti hain ke jab Rasool Allah uthte the subah subah ko fajar se pehle to fan kanat mustahiqqa fa hadithni jab main jaagti hoti to mujh se baat karte the, yaani mujh se exchange karte the.</w:t>
      </w:r>
      <w:r>
        <w:br/>
      </w:r>
      <w:r>
        <w:rPr>
          <w:sz w:val="20"/>
        </w:rPr>
        <w:t>1:22:05  to exchange partner ka role kitab kiya unhon ne.</w:t>
      </w:r>
    </w:p>
    <w:p>
      <w:pPr>
        <w:pStyle w:val="Heading2"/>
      </w:pPr>
      <w:r>
        <w:t>The role of women in the mission, from Khadija to today</w:t>
      </w:r>
    </w:p>
    <w:p>
      <w:r>
        <w:rPr>
          <w:color w:val="666666"/>
          <w:sz w:val="18"/>
        </w:rPr>
        <w:t>Role Of Ikhwan-e-Rasool 2 April 2011 · 4m 16s · at 1:20:17 · https://youtu.be/I9Tc1YwhAkA?t=4817</w:t>
      </w:r>
    </w:p>
    <w:p>
      <w:r>
        <w:rPr>
          <w:i/>
        </w:rPr>
        <w:t>“Main samajhta hoon ke aurat ka role pehle bhi bohot zabardast raha hai”</w:t>
      </w:r>
    </w:p>
    <w:p>
      <w:r>
        <w:rPr>
          <w:sz w:val="20"/>
        </w:rPr>
        <w:t>1:20:17  mein samajhta hoon ke aurat ka role jo hai, pehle bhi bohat zabardast raha hai, aaj to bohat zyada ho gaya hai. lekin is hesiyat se hamari kitabon mein likha nahi gaya.</w:t>
      </w:r>
      <w:r>
        <w:br/>
      </w:r>
      <w:r>
        <w:rPr>
          <w:sz w:val="20"/>
        </w:rPr>
        <w:t>1:20:29  misal ke taur par dekhiye, Hazrat Khadija ko lijiye, aap bohat bara role hai Hazrat Khadija ka. yani Rasool Allah Sal Allahu Alaihi Wasallam ate hain Ghar e Hira se to kitabon mein likha hua hai ke aap ghabraye hue the.</w:t>
      </w:r>
      <w:r>
        <w:br/>
      </w:r>
      <w:r>
        <w:rPr>
          <w:sz w:val="20"/>
        </w:rPr>
        <w:t>1:20:43  zanbiloon zanbiloon aap ne farmaya ke mujhe udao, mujhe udao.</w:t>
      </w:r>
      <w:r>
        <w:br/>
      </w:r>
      <w:r>
        <w:rPr>
          <w:sz w:val="20"/>
        </w:rPr>
        <w:t>1:20:48  is waqt Hazrat Khadija ke hawass bilkul baja the, unhone taskeen dilai aap ko aur kaha ke chaliye hum chalte hain Warqa ke sath, Warqa bin Naufal ke sath.</w:t>
      </w:r>
      <w:r>
        <w:br/>
      </w:r>
      <w:r>
        <w:rPr>
          <w:sz w:val="20"/>
        </w:rPr>
        <w:t>1:20:59  to woh un ko le gayeen, Warqa se kaha ke bataiye un ko apna haal Ghar e Hira wala. to to unhone suna to Warqa bin Naufal, jo Isai aalim the aur 90 saal ke ho chuke the,</w:t>
      </w:r>
      <w:r>
        <w:br/>
      </w:r>
      <w:r>
        <w:rPr>
          <w:sz w:val="20"/>
        </w:rPr>
        <w:t>1:21:11  unhon ne kaha ke agar yeh yeh sahi bata rahe hain, yeh jo kaha unhon ne ke un par wahi namoos aaya tha, yaani wahi farishta aaya tha jo Musa aur Isa par aaya tha.</w:t>
      </w:r>
      <w:r>
        <w:br/>
      </w:r>
      <w:r>
        <w:rPr>
          <w:sz w:val="20"/>
        </w:rPr>
        <w:t>1:21:22  to us ne yahan tak kaha ke main agar zinda raha to main aap ko sath doon ga, lekin un ki umar hoti 90 saal ho chuki thi, jaldi mar gaye. woh kaha jata hai ke wahi pehle sahabi hain. yaani bohat se ulama ka yeh khayal hai ke Warqa bin Naufal jo hai, wahi pehle iman laane wale the.</w:t>
      </w:r>
      <w:r>
        <w:br/>
      </w:r>
      <w:r>
        <w:rPr>
          <w:sz w:val="20"/>
        </w:rPr>
        <w:t>1:21:37  to yeh itna bara role kiya Hazrat Khadija ne.</w:t>
      </w:r>
      <w:r>
        <w:br/>
      </w:r>
      <w:r>
        <w:rPr>
          <w:sz w:val="20"/>
        </w:rPr>
        <w:t>1:21:41  Aisha ka role itna zabardast tha ke Rasool Allah ke liye woh exchange partner thi. woh Bukhari mein hai ke Hazrat Aisha kehti hain ke jab Rasool Allah uthte the subah subah ko fajar se pehle to fan kanat mustahiqqa fa hadithni jab main jaagti hoti to mujh se baat karte the, yaani mujh se exchange karte the.</w:t>
      </w:r>
      <w:r>
        <w:br/>
      </w:r>
      <w:r>
        <w:rPr>
          <w:sz w:val="20"/>
        </w:rPr>
        <w:t>1:22:05  to exchange partner ka role kitab kiya unhon ne.</w:t>
      </w:r>
      <w:r>
        <w:br/>
      </w:r>
      <w:r>
        <w:rPr>
          <w:sz w:val="20"/>
        </w:rPr>
        <w:t>1:22:09  yeh sab hamesha hua. Hajra ka role is zamane mein dekhiye, ladies first ka usool hai. Auratein kahin bhi agar dakhil ho jayen, koi rokta nahi un ko.</w:t>
      </w:r>
      <w:r>
        <w:br/>
      </w:r>
      <w:r>
        <w:rPr>
          <w:sz w:val="20"/>
        </w:rPr>
        <w:t>1:22:20  hum aap jayen ge to hum ko roka jayega, auraton ko koi rokta nahi. to auraton ko logon ne band kar rakha hai, gharon mein un ko kaam ka mauqa nahi dete.</w:t>
      </w:r>
      <w:r>
        <w:br/>
      </w:r>
      <w:r>
        <w:rPr>
          <w:sz w:val="20"/>
        </w:rPr>
        <w:t>1:22:30  hamari team mein dekhiye, auratein jahan ghus jati hain, jahan hum log jatay hain, hum log nahi kaam kar paate. Auratein ghus jati hain wahan pe.</w:t>
      </w:r>
      <w:r>
        <w:br/>
      </w:r>
      <w:r>
        <w:rPr>
          <w:sz w:val="20"/>
        </w:rPr>
        <w:t>1:22:39  sirf yeh hai ke logon ne ek masla bana rakha jo main sahi nahi samajhta ke burqa, yaani burqa to is ne samajhta hai ke Islam mein hai.</w:t>
      </w:r>
      <w:r>
        <w:br/>
      </w:r>
      <w:r>
        <w:rPr>
          <w:sz w:val="20"/>
        </w:rPr>
        <w:t>1:22:52  Sahaba ki khawateen, woh Sahaba ki khawateen burqa nahi pehenti thin, koi saboot is ka nahi hai.</w:t>
      </w:r>
      <w:r>
        <w:br/>
      </w:r>
      <w:r>
        <w:rPr>
          <w:sz w:val="20"/>
        </w:rPr>
        <w:t>1:23:00  yaani un ke chehre khule hote the, hath khula hota tha. aur phir khanqah mein to baqayda yeh masla hai ke wajh aur kafeel aur qadmain yeh jo hain,</w:t>
      </w:r>
      <w:r>
        <w:br/>
      </w:r>
      <w:r>
        <w:rPr>
          <w:sz w:val="20"/>
        </w:rPr>
        <w:t>1:23:14  satr se kharij hain. yaani un ka kholna jaiz hai. is bare mein sab kaam shariyat hota hai.</w:t>
      </w:r>
      <w:r>
        <w:br/>
      </w:r>
      <w:r>
        <w:rPr>
          <w:sz w:val="20"/>
        </w:rPr>
        <w:t>1:23:21  to main samajhta hoon ke asal cheez hai ke ke auraton ko aap yeh samjhayein ke sadgi ke sath raho aur hawa mat karo, fashion mat karo, khamoshi ke sath apne kaam mein lage raho.</w:t>
      </w:r>
      <w:r>
        <w:br/>
      </w:r>
      <w:r>
        <w:rPr>
          <w:sz w:val="20"/>
        </w:rPr>
        <w:t>1:23:34  to zabardast kaam kar sakti hain khawateen kyunke yeh zamana aisa hai ke ladies first mana jata hai. Auraton ko sab se pehle mauqa diya jata hai. to is ko hum istemal</w:t>
      </w:r>
      <w:r>
        <w:br/>
      </w:r>
      <w:r>
        <w:rPr>
          <w:sz w:val="20"/>
        </w:rPr>
        <w:t>1:23:44  karein. to pehle zamane mein auraton ne kaam kiya, yaani Hajra ne kiya, Khadija ne kiya, Aisha ne kiya. lekin is zamane mein mauqe itne zyada nahi the.</w:t>
      </w:r>
      <w:r>
        <w:br/>
      </w:r>
      <w:r>
        <w:rPr>
          <w:sz w:val="20"/>
        </w:rPr>
        <w:t>1:23:53  ab mauqe barh rahe hain. to main samajhta hoon ke hum ko chahiye ke hum khawateen ko istemal karein, da'wati kaam mein un ko yeh sikhayein ke sadgi ke sath raho, hawa mat karo, fashion mat karo, aur baqayda saat kapra pehno.</w:t>
      </w:r>
      <w:r>
        <w:br/>
      </w:r>
      <w:r>
        <w:rPr>
          <w:sz w:val="20"/>
        </w:rPr>
        <w:t>1:24:13  to main to bohat zyada is ko zor deta hoon ke khawateen ko da'wat ke liye istemal kiya jaye. hum ne khud tajurba kiya bar bar ke jahan hum jatay hain, hum log to hum hum log hichkichate hain ke kaise wahan ghusein, aur hamari khawateen ghus jati hain wahan pe ja ke un ko pahuncha deti hain.</w:t>
      </w:r>
      <w:r>
        <w:br/>
      </w:r>
      <w:r>
        <w:rPr>
          <w:sz w:val="20"/>
        </w:rPr>
        <w:t>1:24:30  letter se</w:t>
      </w:r>
    </w:p>
    <w:p>
      <w:pPr>
        <w:pStyle w:val="Heading2"/>
      </w:pPr>
      <w:r>
        <w:t>the Prophet never complained about Mecca's persecution</w:t>
      </w:r>
    </w:p>
    <w:p>
      <w:r>
        <w:rPr>
          <w:color w:val="666666"/>
          <w:sz w:val="18"/>
        </w:rPr>
        <w:t>Quran for All Mankind June 3, 2012 · 3m 57s · at 50:43 · https://youtu.be/Gp-53Zjugcg?t=3043</w:t>
      </w:r>
    </w:p>
    <w:p>
      <w:r>
        <w:rPr>
          <w:i/>
        </w:rPr>
        <w:t>“When prophethood came, Khadijah laid out his bed as usual”</w:t>
      </w:r>
    </w:p>
    <w:p>
      <w:r>
        <w:rPr>
          <w:sz w:val="20"/>
        </w:rPr>
        <w:t>50:43  Rasool Allah ko jab nabuwat mili aur yeh hukum hua keh ya ahlal mudassir utho aur logon ko aagah kar do.</w:t>
      </w:r>
      <w:r>
        <w:br/>
      </w:r>
      <w:r>
        <w:rPr>
          <w:sz w:val="20"/>
        </w:rPr>
        <w:t>50:57  to maine ek kitab mein parha keh Hazrat Khadija ne bistar bichhaya, mamool ke mutabiq keh aaram kar lijiye.</w:t>
      </w:r>
      <w:r>
        <w:br/>
      </w:r>
      <w:r>
        <w:rPr>
          <w:sz w:val="20"/>
        </w:rPr>
        <w:t>51:07  aap ne farmaya ali al-rah ya khadija</w:t>
      </w:r>
      <w:r>
        <w:br/>
      </w:r>
      <w:r>
        <w:rPr>
          <w:sz w:val="20"/>
        </w:rPr>
        <w:t>51:13  nubuwatt se pehle, aap nubuwatt se pehle hazrat khadija jo aap ki ahliya theen, woh bistar bicha deti theen, wahan par aaram kar lete thay.</w:t>
      </w:r>
      <w:r>
        <w:br/>
      </w:r>
      <w:r>
        <w:rPr>
          <w:sz w:val="20"/>
        </w:rPr>
        <w:t>51:21  aap yeh nubuwatt se pehle ki baat hai, nubuwatt ke baad bhi unhon ne bistar bicha diya aaram karne ke liye.</w:t>
      </w:r>
      <w:r>
        <w:br/>
      </w:r>
      <w:r>
        <w:rPr>
          <w:sz w:val="20"/>
        </w:rPr>
        <w:t>51:30  to aap ne farmaya ke ali al-rah ya khadija aye khadija, ab aaram kahan? aye khadija, ab aaram karne ka waqt kahan?</w:t>
      </w:r>
      <w:r>
        <w:br/>
      </w:r>
      <w:r>
        <w:rPr>
          <w:sz w:val="20"/>
        </w:rPr>
        <w:t>51:44  ab to bas isi mein apne aap ko khapa dena hai ke log</w:t>
      </w:r>
      <w:r>
        <w:br/>
      </w:r>
      <w:r>
        <w:rPr>
          <w:sz w:val="20"/>
        </w:rPr>
        <w:t>51:53  aaj kal ke musalmanon ko dekhen to sab kahan, kis kaam mein masroof hain? sab shikayaton mein, cheekh pukaar mein. musalmanon ka akhbar parhiye, un ki kitab parhiye, un ki majlis mein baithiye.</w:t>
      </w:r>
      <w:r>
        <w:br/>
      </w:r>
      <w:r>
        <w:rPr>
          <w:sz w:val="20"/>
        </w:rPr>
        <w:t>52:05  yahan zulm ho raha hai, wahan sazish ho rahi hai. yeh sab kahaniyan un ke paas hain. lekin rasool allah sallallahu alaihi wasallam jab makkah se, makkah walon ne sataya, makkah walon ne aap ko apne watan mein rehne se rehna mushkil kar diya to aap watan chhod kar madina chale gaye.</w:t>
      </w:r>
      <w:r>
        <w:br/>
      </w:r>
      <w:r>
        <w:rPr>
          <w:sz w:val="20"/>
        </w:rPr>
        <w:t>52:28  aap ghaur kijiye ke ek ek aadmi jo ke apne watan se luta hua wahan pahunch raha hai, to aaj kal ka jo halat hai logon ki, us ke paas kya hogi kahani?</w:t>
      </w:r>
      <w:r>
        <w:br/>
      </w:r>
      <w:r>
        <w:rPr>
          <w:sz w:val="20"/>
        </w:rPr>
        <w:t>52:41  woh bas makkah walon ki burai kehte hain, "dekho makkah wale itne kharab hain, dekho makkah wale aise hain, makkah wale aise hain." aap kitabon mein padh lijiye, ek lafz bhi aap ki zuban se shikayat ka nahi nikla makkah ke khilaf,</w:t>
      </w:r>
      <w:r>
        <w:br/>
      </w:r>
      <w:r>
        <w:rPr>
          <w:sz w:val="20"/>
        </w:rPr>
        <w:t>52:57  ek lafz bhi nahi. pehli taqreer jo aap ne ki thi, wahan pe madina pahunch kar jo sehat kitabon mein is unwan ke sath aati hai ke awwal khutbah khutbah rasool allah sallallahu alaihi wasallam fi al-madinah hai,</w:t>
      </w:r>
      <w:r>
        <w:br/>
      </w:r>
      <w:r>
        <w:rPr>
          <w:sz w:val="20"/>
        </w:rPr>
        <w:t>53:15  us mein aap ne kya farmaya tha? us ka khulasa yeh hai ayyuha al-nas</w:t>
      </w:r>
      <w:r>
        <w:br/>
      </w:r>
      <w:r>
        <w:rPr>
          <w:sz w:val="20"/>
        </w:rPr>
        <w:t>53:25  ittqu al-nara walaw bishaqqatra ayyuha al-nas itqu al-nara walaw bishaqqatra. aye logon, apne aap ko aag se bachao.</w:t>
      </w:r>
      <w:r>
        <w:br/>
      </w:r>
      <w:r>
        <w:rPr>
          <w:sz w:val="20"/>
        </w:rPr>
        <w:t>53:37  save yourself from you save yourself from hell at any cost.</w:t>
      </w:r>
      <w:r>
        <w:br/>
      </w:r>
      <w:r>
        <w:rPr>
          <w:sz w:val="20"/>
        </w:rPr>
        <w:t>53:48  ayyuha al-nas itqu al-nara walaw bishaqqatra</w:t>
      </w:r>
      <w:r>
        <w:br/>
      </w:r>
      <w:r>
        <w:rPr>
          <w:sz w:val="20"/>
        </w:rPr>
        <w:t>53:53  save yourself from hell at any cost.</w:t>
      </w:r>
      <w:r>
        <w:br/>
      </w:r>
      <w:r>
        <w:rPr>
          <w:sz w:val="20"/>
        </w:rPr>
        <w:t>54:00  to aaj kal ke musalmanon ki baaten aap suniye, un ke paas kya hai? conspiracy ki baaten hain, zulm ki baaten hain. hamare huqooq ghassab kar liye hain, hum par zulm ho raha hai.</w:t>
      </w:r>
      <w:r>
        <w:br/>
      </w:r>
      <w:r>
        <w:rPr>
          <w:sz w:val="20"/>
        </w:rPr>
        <w:t>54:13  yeh sab bilkul absurd hai, absurd. allah ke scheme ke khilaf hain yeh baaten.</w:t>
      </w:r>
      <w:r>
        <w:br/>
      </w:r>
      <w:r>
        <w:rPr>
          <w:sz w:val="20"/>
        </w:rPr>
        <w:t>54:28  yeh allah ki scheme nahi hai ke aap inhi cheezon mein phanse rahen aur shikayaten karen, protest karen. is ke liye suicide bombing ke tak pahunch kar karne lagay.</w:t>
      </w:r>
    </w:p>
    <w:p>
      <w:pPr>
        <w:pStyle w:val="Heading2"/>
      </w:pPr>
      <w:r>
        <w:t>First revelation: Gabriel's visit and Khadijah's comfort</w:t>
      </w:r>
    </w:p>
    <w:p>
      <w:r>
        <w:rPr>
          <w:color w:val="666666"/>
          <w:sz w:val="18"/>
        </w:rPr>
        <w:t>The Story of Khadija Part 2 December 25, 2022 · 5m 24s · at 9:20 · https://youtu.be/CT7OATmveus?t=560</w:t>
      </w:r>
    </w:p>
    <w:p>
      <w:r>
        <w:rPr>
          <w:i/>
        </w:rPr>
        <w:t>“Prophet felt someone waking him at dawn in the cave”</w:t>
      </w:r>
    </w:p>
    <w:p>
      <w:r>
        <w:rPr>
          <w:sz w:val="20"/>
        </w:rPr>
        <w:t>9:20  jab pehli wahi, first revelation aati hai. To uske bare mein bataein Doctor Sahab, phir kya hota hai? To prophet aksar wahan jaya karte the, ghare Hira mein, jaise abhi zikr hua.</w:t>
      </w:r>
      <w:r>
        <w:br/>
      </w:r>
      <w:r>
        <w:rPr>
          <w:sz w:val="20"/>
        </w:rPr>
        <w:t>9:35  to ek baar ka waqia hai, subah sawere ka waqt tha, aur prophet so rahe the, neend aa gayi thi. To prophet ko mehsoos hua ke koi unko utha raha hai.</w:t>
      </w:r>
      <w:r>
        <w:br/>
      </w:r>
      <w:r>
        <w:rPr>
          <w:sz w:val="20"/>
        </w:rPr>
        <w:t>9:50  to jab aankh khuli to ek insaan khada hua tha, woh darasal farishte jibril the, insaan ki soorat</w:t>
      </w:r>
      <w:r>
        <w:br/>
      </w:r>
      <w:r>
        <w:rPr>
          <w:sz w:val="20"/>
        </w:rPr>
        <w:t>9:57  mein. Ji, to jibril ne kaha, "iqra ya Muhammad, read o Muhammad."</w:t>
      </w:r>
      <w:r>
        <w:br/>
      </w:r>
      <w:r>
        <w:rPr>
          <w:sz w:val="20"/>
        </w:rPr>
        <w:t>10:03  جی، تو پرافٹ نے کہا، "ما انا بقارین، I don't know how to read."</w:t>
      </w:r>
      <w:r>
        <w:br/>
      </w:r>
      <w:r>
        <w:rPr>
          <w:sz w:val="20"/>
        </w:rPr>
        <w:t>10:09  to jibril ne gale lagaya prophet ko aur dabaya, kaafi zor se dabaya, balkay kitabon mein aata hai</w:t>
      </w:r>
      <w:r>
        <w:br/>
      </w:r>
      <w:r>
        <w:rPr>
          <w:sz w:val="20"/>
        </w:rPr>
        <w:t>10:18  ke un ko takleef hone lagi.</w:t>
      </w:r>
      <w:r>
        <w:br/>
      </w:r>
      <w:r>
        <w:rPr>
          <w:sz w:val="20"/>
        </w:rPr>
        <w:t>10:20  phir dobara aise hi kiya, dobara gale laga ke dabaya, phir teesri baar kiya. Ji, phir uske baad jo verses thin, chapter number 96 ki,</w:t>
      </w:r>
      <w:r>
        <w:br/>
      </w:r>
      <w:r>
        <w:rPr>
          <w:sz w:val="20"/>
        </w:rPr>
        <w:t>10:33  "Iqra bismi rabbika alladhi khalaq", wo chand verses jo pehli verses thin, wo reveal huin unke upar, prophet ke upar.</w:t>
      </w:r>
      <w:r>
        <w:br/>
      </w:r>
      <w:r>
        <w:rPr>
          <w:sz w:val="20"/>
        </w:rPr>
        <w:t>10:42  to is tarah se Quran ka aaghaz hua. Lekin yeh jo tajruba tha, yeh bahut hi mushkil</w:t>
      </w:r>
      <w:r>
        <w:br/>
      </w:r>
      <w:r>
        <w:rPr>
          <w:sz w:val="20"/>
        </w:rPr>
        <w:t>10:48  tha. Ji, chunke jab wahi aati thi to prophet ne baad mein bataya ke aisa lagta tha ke unke upar koi bahut bada bojh rakha hua hai.</w:t>
      </w:r>
      <w:r>
        <w:br/>
      </w:r>
      <w:r>
        <w:rPr>
          <w:sz w:val="20"/>
        </w:rPr>
        <w:t>10:56  ji, matlab yeh wahi ka aana koi mamooli baat nahi, bahut hi ghair mamooli cheez thi yeh. To wo aur pehli baar yeh tajruba, to wo bahut hi ghabra gaye aur dar gaye, aur bahut pareshani ki haalat mein wo ghar ki taraf rukh kiya unhone aur seedhe Hazrat Khadija ke paas pahunche.</w:t>
      </w:r>
      <w:r>
        <w:br/>
      </w:r>
      <w:r>
        <w:rPr>
          <w:sz w:val="20"/>
        </w:rPr>
        <w:t>11:14  ji, ji, ji. Aur phir Doctor Sahab, kyunke itne zyada ghabraye hue the, aur kitabon mein aata bhi hai ke he was frightened and trembling when he reached home, lekin Hazrat Khadija ne unko kafi comfort kara, kafi console kiya.</w:t>
      </w:r>
      <w:r>
        <w:br/>
      </w:r>
      <w:r>
        <w:rPr>
          <w:sz w:val="20"/>
        </w:rPr>
        <w:t>11:27  to is qisse ke bare mein bhi bataiye Doctor Sahab. To wo seedhe ghar pahunche Hazrat Khadija ke paas, aur he was shaking and trembling and sweating, bahut hi he was frightened,</w:t>
      </w:r>
      <w:r>
        <w:br/>
      </w:r>
      <w:r>
        <w:rPr>
          <w:sz w:val="20"/>
        </w:rPr>
        <w:t>11:42  bahut hi zyada ghabraye hue, trembling with fear, aise jaise kuch ho gaya ho. Ji, bahut hi zyada ghabraye hue pahunche aur Hazrat Khadija se kaha, "Zammluni, zammluni, qomuni qomuni." To jab Khadija ne dekha ke yeh bahut hi pareshan hai,</w:t>
      </w:r>
      <w:r>
        <w:br/>
      </w:r>
      <w:r>
        <w:rPr>
          <w:sz w:val="20"/>
        </w:rPr>
        <w:t>12:00  so she embraced him and kambal waghera diya.</w:t>
      </w:r>
      <w:r>
        <w:br/>
      </w:r>
      <w:r>
        <w:rPr>
          <w:sz w:val="20"/>
        </w:rPr>
        <w:t>12:05  to hazrat muhammad salle allaho aleh wasallam ne kaha ke main ne is shakhs ko dekha hai jis jis ko main khwab mein dekhta tha, woh mere paas aaya tha. ji, to is ka matlab hai ke jibril ko insani shakal mein khwab mein dekhte rahe honge.</w:t>
      </w:r>
      <w:r>
        <w:br/>
      </w:r>
      <w:r>
        <w:rPr>
          <w:sz w:val="20"/>
        </w:rPr>
        <w:t>12:18  ji, to bole hazrat khadijah se, "qaala li khadijah ya khadijah, maali laqad khashitu ala nafsi ke mujhe kya ho gaya hai?" ji, ke meri jaani to nahi nikal jayegi, main to apni matlab meri jaani nikal</w:t>
      </w:r>
      <w:r>
        <w:br/>
      </w:r>
      <w:r>
        <w:rPr>
          <w:sz w:val="20"/>
        </w:rPr>
        <w:t>12:33  jayegi, aisa lagta hai mujhe. to us waqt hazrat khadijah ne bada achha response diya aur bahut hi achhe alfaaz bole aur bada comforting words taake jo ghabrahat thi woh khatam ho.</w:t>
      </w:r>
      <w:r>
        <w:br/>
      </w:r>
      <w:r>
        <w:rPr>
          <w:sz w:val="20"/>
        </w:rPr>
        <w:t>12:49  hazrat khadijah boli, "kalla, of course not, no way, abshir, these are good tidings,</w:t>
      </w:r>
      <w:r>
        <w:br/>
      </w:r>
      <w:r>
        <w:rPr>
          <w:sz w:val="20"/>
        </w:rPr>
        <w:t>12:59  fawallah, la yakhzeeki allaho abadan." ke "do you think allah will disgrace a person like you?" aur phir bahut hi achhe alfaaz mein kaha,</w:t>
      </w:r>
      <w:r>
        <w:br/>
      </w:r>
      <w:r>
        <w:rPr>
          <w:sz w:val="20"/>
        </w:rPr>
        <w:t>13:13  "fawallah, innaka latasilu ar-rahmah, you are someone who always maintains the good relations, maintains good relations with the kith and kin."</w:t>
      </w:r>
      <w:r>
        <w:br/>
      </w:r>
      <w:r>
        <w:rPr>
          <w:sz w:val="20"/>
        </w:rPr>
        <w:t>13:25  ji, wa tasadduq al-hadith, "you only speak the words of truth, wa tahmilu al-qilla, you always help the needy, the poor, wa taksibu al-madooma, you give money to the penniless, to the deprived,</w:t>
      </w:r>
      <w:r>
        <w:br/>
      </w:r>
      <w:r>
        <w:rPr>
          <w:sz w:val="20"/>
        </w:rPr>
        <w:t>13:47  wa tuqri al-dayfa, and you serve your guests honorably,</w:t>
      </w:r>
      <w:r>
        <w:br/>
      </w:r>
      <w:r>
        <w:rPr>
          <w:sz w:val="20"/>
        </w:rPr>
        <w:t>13:54  wa tu'eenu ala nawa'ib al-haqq, and you are always with those who are in truth." yaani sachche logon ke saath dete hain aap.</w:t>
      </w:r>
      <w:r>
        <w:br/>
      </w:r>
      <w:r>
        <w:rPr>
          <w:sz w:val="20"/>
        </w:rPr>
        <w:t>14:03  to yeh jo bade achhe alfaaz bolein hazrat khadijah, to is se thoda itminan hua. ji, aur jo ghabrahat thi woh khatam hui.</w:t>
      </w:r>
      <w:r>
        <w:br/>
      </w:r>
      <w:r>
        <w:rPr>
          <w:sz w:val="20"/>
        </w:rPr>
        <w:t>14:14  ji, aur rasool allah ke saath pandrah saal reh rahi se reh rahi thi</w:t>
      </w:r>
      <w:r>
        <w:br/>
      </w:r>
      <w:r>
        <w:rPr>
          <w:sz w:val="20"/>
        </w:rPr>
        <w:t>14:19  hazrat khadijah, to un ko pata tha ke yeh kis kis tarah ki shakhsiyat hain. aur un ki shakhsiyat ko dekha to is ke mutabiq bahut hi critical mauqe pe unhon ne aise alfaaz bol ke rasool allah ko thodi himmat badhai aur comfort un ke andar paida hua.</w:t>
      </w:r>
      <w:r>
        <w:br/>
      </w:r>
      <w:r>
        <w:rPr>
          <w:sz w:val="20"/>
        </w:rPr>
        <w:t>14:36  ji, yaqeenan. aur doctor sahab, kyunke yeh bahut hi ek unique experience tha, pehli dafa prophet ko yeh aisa experience</w:t>
      </w:r>
    </w:p>
    <w:p>
      <w:pPr>
        <w:pStyle w:val="Heading2"/>
      </w:pPr>
      <w:r>
        <w:t>Gabriel delivers Allah's greeting of peace to Khadijah</w:t>
      </w:r>
    </w:p>
    <w:p>
      <w:r>
        <w:rPr>
          <w:color w:val="666666"/>
          <w:sz w:val="18"/>
        </w:rPr>
        <w:t>The Story of Khadija Part 2 December 25, 2022 · 4m 47s · at 37:43 · https://youtu.be/CT7OATmveus?t=2263</w:t>
      </w:r>
    </w:p>
    <w:p>
      <w:r>
        <w:rPr>
          <w:i/>
        </w:rPr>
        <w:t>“Gabriel said, O Messenger, Khadijah is coming”</w:t>
      </w:r>
    </w:p>
    <w:p>
      <w:r>
        <w:rPr>
          <w:sz w:val="20"/>
        </w:rPr>
        <w:t>37:43  ah Doctor Sahab, ah Muhammad Ibn Ishaq jo prophet kay biographer hain, unhonay ah is baat ka aik zikr kiya hai kay ah phir kuch waqt guzra, us kay baad Jibrael aaye prophet kay paas aur unhonay aa kay kaha kay Allah taala nay salam bheja hai ah Hazrat Khadija kay liye aur unhonay kaha kay jab woh aaye toh mera salam bhi un ko kahiyega.</w:t>
      </w:r>
      <w:r>
        <w:br/>
      </w:r>
      <w:r>
        <w:rPr>
          <w:sz w:val="20"/>
        </w:rPr>
        <w:t>38:07  to doctor sahib, yeh bohat hi zabardast aik</w:t>
      </w:r>
      <w:r>
        <w:br/>
      </w:r>
      <w:r>
        <w:rPr>
          <w:sz w:val="20"/>
        </w:rPr>
        <w:t>38:11  incident hai, is ke bare mein aap hamein bataein. haan, yeh to bohat hi yani aisa to shayad waqea kahin pesh nahin aaya ho. nahin, nahin ji ji.</w:t>
      </w:r>
      <w:r>
        <w:br/>
      </w:r>
      <w:r>
        <w:rPr>
          <w:sz w:val="20"/>
        </w:rPr>
        <w:t>38:19  to aik bar prophet Muhammad sallallahu alaihi wasallam baithe hue the to Jibrael aaye un ke paas. ji, us waqt Khadijah Razi Allahu Anha sath mein nahin theen, kahin gayi hui theen.</w:t>
      </w:r>
      <w:r>
        <w:br/>
      </w:r>
      <w:r>
        <w:rPr>
          <w:sz w:val="20"/>
        </w:rPr>
        <w:t>38:30  ji, to ah Jibrael ne kaha Rasool Allah se ke: "Ya Rasool Allah, hathi Khadijah"</w:t>
      </w:r>
      <w:r>
        <w:br/>
      </w:r>
      <w:r>
        <w:rPr>
          <w:sz w:val="20"/>
        </w:rPr>
        <w:t>38:41  ke: "Ae Allah ke Rasool, Khadijah aa rahi hain." ji, chunke door se dekh liya unhon ne. ji, farishta to dekh sakta tha. to kaha ke: "waqt atat ma'a in'aam fihi adam aw ta'am aw sharab,</w:t>
      </w:r>
      <w:r>
        <w:br/>
      </w:r>
      <w:r>
        <w:rPr>
          <w:sz w:val="20"/>
        </w:rPr>
        <w:t>39:00  she is coming carrying a dish which has some soup, some food and some drink." faitha hi atat fa'qra alayha salam min rabbiha wa minni,</w:t>
      </w:r>
      <w:r>
        <w:br/>
      </w:r>
      <w:r>
        <w:rPr>
          <w:sz w:val="20"/>
        </w:rPr>
        <w:t>39:16  when she comes to you, tell her that Allah sends his salams to you. ji, and also give Khadijah my salams, wa bashirha bibait fil jannati bin qasab,</w:t>
      </w:r>
      <w:r>
        <w:br/>
      </w:r>
      <w:r>
        <w:rPr>
          <w:sz w:val="20"/>
        </w:rPr>
        <w:t>39:32  and give her the glad tidings of a home in paradise made of pearls, la sakhab fihi wa la nasab,</w:t>
      </w:r>
      <w:r>
        <w:br/>
      </w:r>
      <w:r>
        <w:rPr>
          <w:sz w:val="20"/>
        </w:rPr>
        <w:t>39:44  there be no noise and no discomfort." to jab Khadijah aaeen to Rasool Allah ne kaha ke: "yahan par Jibrael hain, woh dekh to nahin sakti theen Jibrael ko" aur kaha ke: "woh tumhare liye Allah ka salam lae hain." ji, Allah ne tumhein salam bheja hai aur woh khud bhi salam de rahe hain tumhein.</w:t>
      </w:r>
      <w:r>
        <w:br/>
      </w:r>
      <w:r>
        <w:rPr>
          <w:sz w:val="20"/>
        </w:rPr>
        <w:t>40:07  to Hazrat Khadijah muskuraien aur boleen: "innal lahas salam wa alal Jibraelis salam" ke Allah hi sari salamti ka sar chashma hai.</w:t>
      </w:r>
      <w:r>
        <w:br/>
      </w:r>
      <w:r>
        <w:rPr>
          <w:sz w:val="20"/>
        </w:rPr>
        <w:t>40:19  ji, aur mera bhi salam Jibrael ke liye: "wa alaykas salam wa rahmatullah" aur ae Allah ke Rasool, aap ke upar Allah ki rehmat aur salamti ho</w:t>
      </w:r>
      <w:r>
        <w:br/>
      </w:r>
      <w:r>
        <w:rPr>
          <w:sz w:val="20"/>
        </w:rPr>
        <w:t>40:29  . to yeh to bohat hi ah alag tarah ka experience raha hoga aur scholars ka kehna hai ke jo ah pearls ka zikr aaya us mein ke ghar hoga motiyon ka, chunke Khadijah ke jo bhi bohat hi besh qeemat pearls aur jewelry thi, she gave them away for the cause of Islam</w:t>
      </w:r>
      <w:r>
        <w:br/>
      </w:r>
      <w:r>
        <w:rPr>
          <w:sz w:val="20"/>
        </w:rPr>
        <w:t>40:51  . to is ka thoda sa hawala hai aur kuch scholars ka yeh bhi kehna hai ke yeh jo salam Allah taala ki taraf se aaya, this was a sign that her time was near, hmm her time was wrapping up, hmm and she will die soon.</w:t>
      </w:r>
      <w:r>
        <w:br/>
      </w:r>
      <w:r>
        <w:rPr>
          <w:sz w:val="20"/>
        </w:rPr>
        <w:t>41:07  o ji, to aise hi hua ke is ke baad chunke jo yeh ah zamana tha ah ah boycott ka, yeh bohat hi sakht tha to</w:t>
      </w:r>
      <w:r>
        <w:br/>
      </w:r>
      <w:r>
        <w:rPr>
          <w:sz w:val="20"/>
        </w:rPr>
        <w:t>41:19  ah bimar ho gayi theen kafi ah kafi takleef mein raheen, bimar ho gayeen ah aur Abu Talib bhi bohat bimar rahe.</w:t>
      </w:r>
      <w:r>
        <w:br/>
      </w:r>
      <w:r>
        <w:rPr>
          <w:sz w:val="20"/>
        </w:rPr>
        <w:t>41:29  ji, to yeh baharhal yeh jo waqea salam wala hai, ji yeh bohat hi unique hai. ji, bilkul doctor sahib, in fact I want to share that I also when I first read this incident, I would say that every cell in my body was thrilled.</w:t>
      </w:r>
      <w:r>
        <w:br/>
      </w:r>
      <w:r>
        <w:rPr>
          <w:sz w:val="20"/>
        </w:rPr>
        <w:t>41:47  I mean jab koi bara aadmi ya koi respectable aadmi aap ko salam kare ya hello kare to aap ko bohat acha lagta hai lekin yahan pe Rabbul Alameen, ah the Lord of the universe and of mankind, woh salam bhej rahe hain aur un ke sath Jibrael Alaihis salam salam bhej rahe hain.</w:t>
      </w:r>
      <w:r>
        <w:br/>
      </w:r>
      <w:r>
        <w:rPr>
          <w:sz w:val="20"/>
        </w:rPr>
        <w:t>42:03  to is se pata chalta hai ke Hazrat Khadijah kitni special thi and spiritually un ka status kitna high hoga ke Allah taala ki taraf se salam aa raha hai.</w:t>
      </w:r>
      <w:r>
        <w:br/>
      </w:r>
      <w:r>
        <w:rPr>
          <w:sz w:val="20"/>
        </w:rPr>
        <w:t>42:14  ah to yeh bohat hi thrilling ah thrilling incident ah milne ko milta hai. doctor sahib, aik comment parhna chahunga, yeh Imran Ahmed sahib ne bheja hai Delhi se, unhon ne likha hai: "Mashallah, bohat important and inspirational talk.</w:t>
      </w:r>
      <w:r>
        <w:br/>
      </w:r>
      <w:r>
        <w:rPr>
          <w:sz w:val="20"/>
        </w:rPr>
        <w:t>42:30  aisa lagta hai ke Rasool Allah ko Hazrat Khadijah ka sath milna Allah taala ki scheme ka hissa tha jis ke baghair prophetic mission ki kamyabi bohat mushkil thi." yeh</w:t>
      </w:r>
    </w:p>
    <w:p>
      <w:pPr>
        <w:pStyle w:val="Heading2"/>
      </w:pPr>
      <w:r>
        <w:t>Khadijah comforts a trembling Prophet after first revelation</w:t>
      </w:r>
    </w:p>
    <w:p>
      <w:r>
        <w:rPr>
          <w:color w:val="666666"/>
          <w:sz w:val="18"/>
        </w:rPr>
        <w:t>The Story of Khadija Part 2 December 25, 2022 · 3m 00s · at 11:14 · https://youtu.be/CT7OATmveus?t=674</w:t>
      </w:r>
    </w:p>
    <w:p>
      <w:r>
        <w:rPr>
          <w:i/>
        </w:rPr>
        <w:t>“He reached home shaking and sweating, terrified”</w:t>
      </w:r>
    </w:p>
    <w:p>
      <w:r>
        <w:rPr>
          <w:sz w:val="20"/>
        </w:rPr>
        <w:t>11:14  ji, ji, ji. Aur phir Doctor Sahab, kyunke itne zyada ghabraye hue the, aur kitabon mein aata bhi hai ke he was frightened and trembling when he reached home, lekin Hazrat Khadija ne unko kafi comfort kara, kafi console kiya.</w:t>
      </w:r>
      <w:r>
        <w:br/>
      </w:r>
      <w:r>
        <w:rPr>
          <w:sz w:val="20"/>
        </w:rPr>
        <w:t>11:27  to is qisse ke bare mein bhi bataiye Doctor Sahab. To wo seedhe ghar pahunche Hazrat Khadija ke paas, aur he was shaking and trembling and sweating, bahut hi he was frightened,</w:t>
      </w:r>
      <w:r>
        <w:br/>
      </w:r>
      <w:r>
        <w:rPr>
          <w:sz w:val="20"/>
        </w:rPr>
        <w:t>11:42  bahut hi zyada ghabraye hue, trembling with fear, aise jaise kuch ho gaya ho. Ji, bahut hi zyada ghabraye hue pahunche aur Hazrat Khadija se kaha, "Zammluni, zammluni, qomuni qomuni." To jab Khadija ne dekha ke yeh bahut hi pareshan hai,</w:t>
      </w:r>
      <w:r>
        <w:br/>
      </w:r>
      <w:r>
        <w:rPr>
          <w:sz w:val="20"/>
        </w:rPr>
        <w:t>12:00  so she embraced him and kambal waghera diya.</w:t>
      </w:r>
      <w:r>
        <w:br/>
      </w:r>
      <w:r>
        <w:rPr>
          <w:sz w:val="20"/>
        </w:rPr>
        <w:t>12:05  to hazrat muhammad salle allaho aleh wasallam ne kaha ke main ne is shakhs ko dekha hai jis jis ko main khwab mein dekhta tha, woh mere paas aaya tha. ji, to is ka matlab hai ke jibril ko insani shakal mein khwab mein dekhte rahe honge.</w:t>
      </w:r>
      <w:r>
        <w:br/>
      </w:r>
      <w:r>
        <w:rPr>
          <w:sz w:val="20"/>
        </w:rPr>
        <w:t>12:18  ji, to bole hazrat khadijah se, "qaala li khadijah ya khadijah, maali laqad khashitu ala nafsi ke mujhe kya ho gaya hai?" ji, ke meri jaani to nahi nikal jayegi, main to apni matlab meri jaani nikal</w:t>
      </w:r>
      <w:r>
        <w:br/>
      </w:r>
      <w:r>
        <w:rPr>
          <w:sz w:val="20"/>
        </w:rPr>
        <w:t>12:33  jayegi, aisa lagta hai mujhe. to us waqt hazrat khadijah ne bada achha response diya aur bahut hi achhe alfaaz bole aur bada comforting words taake jo ghabrahat thi woh khatam ho.</w:t>
      </w:r>
      <w:r>
        <w:br/>
      </w:r>
      <w:r>
        <w:rPr>
          <w:sz w:val="20"/>
        </w:rPr>
        <w:t>12:49  hazrat khadijah boli, "kalla, of course not, no way, abshir, these are good tidings,</w:t>
      </w:r>
      <w:r>
        <w:br/>
      </w:r>
      <w:r>
        <w:rPr>
          <w:sz w:val="20"/>
        </w:rPr>
        <w:t>12:59  fawallah, la yakhzeeki allaho abadan." ke "do you think allah will disgrace a person like you?" aur phir bahut hi achhe alfaaz mein kaha,</w:t>
      </w:r>
      <w:r>
        <w:br/>
      </w:r>
      <w:r>
        <w:rPr>
          <w:sz w:val="20"/>
        </w:rPr>
        <w:t>13:13  "fawallah, innaka latasilu ar-rahmah, you are someone who always maintains the good relations, maintains good relations with the kith and kin."</w:t>
      </w:r>
      <w:r>
        <w:br/>
      </w:r>
      <w:r>
        <w:rPr>
          <w:sz w:val="20"/>
        </w:rPr>
        <w:t>13:25  ji, wa tasadduq al-hadith, "you only speak the words of truth, wa tahmilu al-qilla, you always help the needy, the poor, wa taksibu al-madooma, you give money to the penniless, to the deprived,</w:t>
      </w:r>
      <w:r>
        <w:br/>
      </w:r>
      <w:r>
        <w:rPr>
          <w:sz w:val="20"/>
        </w:rPr>
        <w:t>13:47  wa tuqri al-dayfa, and you serve your guests honorably,</w:t>
      </w:r>
      <w:r>
        <w:br/>
      </w:r>
      <w:r>
        <w:rPr>
          <w:sz w:val="20"/>
        </w:rPr>
        <w:t>13:54  wa tu'eenu ala nawa'ib al-haqq, and you are always with those who are in truth." yaani sachche logon ke saath dete hain aap.</w:t>
      </w:r>
      <w:r>
        <w:br/>
      </w:r>
      <w:r>
        <w:rPr>
          <w:sz w:val="20"/>
        </w:rPr>
        <w:t>14:03  to yeh jo bade achhe alfaaz bolein hazrat khadijah, to is se thoda itminan hua. ji, aur jo ghabrahat thi woh khatam hui.</w:t>
      </w:r>
    </w:p>
    <w:p>
      <w:pPr>
        <w:pStyle w:val="Heading2"/>
      </w:pPr>
      <w:r>
        <w:t>Waraqa ibn Nawfal confirms the revelation is real</w:t>
      </w:r>
    </w:p>
    <w:p>
      <w:r>
        <w:rPr>
          <w:color w:val="666666"/>
          <w:sz w:val="18"/>
        </w:rPr>
        <w:t>The Story of Khadija Part 2 December 25, 2022 · 2m 33s · at 14:45 · https://youtu.be/CT7OATmveus?t=885</w:t>
      </w:r>
    </w:p>
    <w:p>
      <w:r>
        <w:rPr>
          <w:i/>
        </w:rPr>
        <w:t>“Khadijah rushed straight to her learned Christian cousin”</w:t>
      </w:r>
    </w:p>
    <w:p>
      <w:r>
        <w:rPr>
          <w:sz w:val="20"/>
        </w:rPr>
        <w:t>14:45  hua, to hazrat khadijah ne is ke baad phir yeh decide kiya ke woh apne cousin warqa bin nofil, jo ke christian the us waqt, un ke paas jayen.</w:t>
      </w:r>
      <w:r>
        <w:br/>
      </w:r>
      <w:r>
        <w:rPr>
          <w:sz w:val="20"/>
        </w:rPr>
        <w:t>14:57  woh bible bhi jante the, torah bhi jante the, aur he was a learned man, old man, but he was blind. to un ki mulaqat phir apne cousin warqa bin nofil se hoti hai.</w:t>
      </w:r>
      <w:r>
        <w:br/>
      </w:r>
      <w:r>
        <w:rPr>
          <w:sz w:val="20"/>
        </w:rPr>
        <w:t>15:07  to is meeting ke bare mein bataen doctor sahab. haan, to prophet ko unhon ne kaha ke aap rest</w:t>
      </w:r>
      <w:r>
        <w:br/>
      </w:r>
      <w:r>
        <w:rPr>
          <w:sz w:val="20"/>
        </w:rPr>
        <w:t>15:14  karein. ji, to woh let gaye. aur kitabon mein aata hai ke hazrat khadijah ne chadar odhi aur ghar se bahar nikli usi waqt aur seedhe gayeen warqa bin nofil ke haan.</w:t>
      </w:r>
      <w:r>
        <w:br/>
      </w:r>
      <w:r>
        <w:rPr>
          <w:sz w:val="20"/>
        </w:rPr>
        <w:t>15:27  jaisa aap ne bataya ke he was a christian and he was a very learned scholar. ji, unhon ne bible bhi padhi thi aur jiwish text waghera bhi padha hua tha.</w:t>
      </w:r>
      <w:r>
        <w:br/>
      </w:r>
      <w:r>
        <w:rPr>
          <w:sz w:val="20"/>
        </w:rPr>
        <w:t>15:36  to kafi knowledgeable the, old bhi the woh kafi.</w:t>
      </w:r>
      <w:r>
        <w:br/>
      </w:r>
      <w:r>
        <w:rPr>
          <w:sz w:val="20"/>
        </w:rPr>
        <w:t>15:40  to un ke paas ja ke sari baatein bataen jo rasool allah ne batai thi unhein. to nofil, warqa bin nofil ne kaha ke qasam hai us zaat ki jis ke qabze mein meri jaan hai, agar tum ne sach kaha to yeh wahi farishta hai jo musa ke paas aaya tha aur muhammad ke paas woh aa chuka hai aur beshak woh is ummat ke nabi honge.</w:t>
      </w:r>
      <w:r>
        <w:br/>
      </w:r>
      <w:r>
        <w:rPr>
          <w:sz w:val="20"/>
        </w:rPr>
        <w:t>16:04  to yeh baatein jab hazrat khadijah ko pata chalin to phir wapas aayin ghar aur ghar wapas aa ke phir rasool allah ko saath le gayeen.</w:t>
      </w:r>
      <w:r>
        <w:br/>
      </w:r>
      <w:r>
        <w:rPr>
          <w:sz w:val="20"/>
        </w:rPr>
        <w:t>16:15  to warqa bin nofil ne sari baat rasool allah ki zubani suni jo waqea pesh aaya tha ghar mein aur kaha ke aap ko jhutlaya jayega, aap ko takleef pahunchai jayegi, hatta ke aap ke saath jang ki jayegi.</w:t>
      </w:r>
      <w:r>
        <w:br/>
      </w:r>
      <w:r>
        <w:rPr>
          <w:sz w:val="20"/>
        </w:rPr>
        <w:t>16:31  agar main us waqt tak zinda raha to main aap ka saath doonga. to prophet ne kaha, "kya mere log mujhe mere shehar se, makkah se nikal denge?" to warqa ne kaha ke koi bhi paighambar aisa nahi aaya jis ke saath us ki qaum ne dushmani dushmani na ki ho.</w:t>
      </w:r>
      <w:r>
        <w:br/>
      </w:r>
      <w:r>
        <w:rPr>
          <w:sz w:val="20"/>
        </w:rPr>
        <w:t>16:52  yaani jo qaum hoti hai, us ki woh dushman ban jati hai.</w:t>
      </w:r>
      <w:r>
        <w:br/>
      </w:r>
      <w:r>
        <w:rPr>
          <w:sz w:val="20"/>
        </w:rPr>
        <w:t>16:58  to warqa chunke blind the aur old the to un ki death ho gayi. lekin un ki jo yeh baat thi, jo prediction tha, ji, yeh baad mein sahi sabit hua.</w:t>
      </w:r>
      <w:r>
        <w:br/>
      </w:r>
      <w:r>
        <w:rPr>
          <w:sz w:val="20"/>
        </w:rPr>
        <w:t>17:09  aur yeh jante hue ke Warqa ne aisi baatein predict ki hain, Hazrat Khadija ne saath diya Rasool Allah ka sari zindagi.</w:t>
      </w:r>
    </w:p>
    <w:p>
      <w:pPr>
        <w:pStyle w:val="Heading2"/>
      </w:pPr>
      <w:r>
        <w:t>The Year of Sorrow: losing Khadijah and Abu Talib</w:t>
      </w:r>
    </w:p>
    <w:p>
      <w:r>
        <w:rPr>
          <w:color w:val="666666"/>
          <w:sz w:val="18"/>
        </w:rPr>
        <w:t>The Story of Khadija Part 2 December 25, 2022 · 2m 44s · at 43:21 · https://youtu.be/CT7OATmveus?t=2601</w:t>
      </w:r>
    </w:p>
    <w:p>
      <w:r>
        <w:rPr>
          <w:i/>
        </w:rPr>
        <w:t>“Both of them were elderly, and both fell ill together”</w:t>
      </w:r>
    </w:p>
    <w:p>
      <w:r>
        <w:rPr>
          <w:sz w:val="20"/>
        </w:rPr>
        <w:t>43:21  to is ko year of sorrow kaha gaya hai. to is ke bare mein doctor sahib hum sab ko bataein.</w:t>
      </w:r>
      <w:r>
        <w:br/>
      </w:r>
      <w:r>
        <w:rPr>
          <w:sz w:val="20"/>
        </w:rPr>
        <w:t>43:26  haan, jaise maine abhi zikr kiya tha ke ah jo teen saal the boycott ke woh bohat hi sakht the. ji, aur yeh log dono old age mein the.</w:t>
      </w:r>
      <w:r>
        <w:br/>
      </w:r>
      <w:r>
        <w:rPr>
          <w:sz w:val="20"/>
        </w:rPr>
        <w:t>43:36  ji,</w:t>
      </w:r>
      <w:r>
        <w:br/>
      </w:r>
      <w:r>
        <w:rPr>
          <w:sz w:val="20"/>
        </w:rPr>
        <w:t>43:37  aah abu talib aah bhi bhi beemar ho gaye aur un ki death ho gayi. aah jaise hi woh boycott khatam hua, us ke kuch arsay ke baad death ho gayi.</w:t>
      </w:r>
      <w:r>
        <w:br/>
      </w:r>
      <w:r>
        <w:rPr>
          <w:sz w:val="20"/>
        </w:rPr>
        <w:t>43:48  ji, aur aah hazrat khadija bhi bohat beemar theen, kafi wazan bhi kam ho gaya tha. balkay kitabon mein aata hai ke she was she was fair skin, hmm yani complexion un ka fair tha.</w:t>
      </w:r>
      <w:r>
        <w:br/>
      </w:r>
      <w:r>
        <w:rPr>
          <w:sz w:val="20"/>
        </w:rPr>
        <w:t>44:01  ji, lekin wahan jab boycott mein ke ke douran dark ho gayi thi un ki skin. ji,</w:t>
      </w:r>
      <w:r>
        <w:br/>
      </w:r>
      <w:r>
        <w:rPr>
          <w:sz w:val="20"/>
        </w:rPr>
        <w:t>44:07  aur kamzor ho gayi theen, weight bohat kam ho gaya tha. ji, to woh bhi is ke baad beemar raheen, kuch mahine bedan raheen, and she passed away.</w:t>
      </w:r>
      <w:r>
        <w:br/>
      </w:r>
      <w:r>
        <w:rPr>
          <w:sz w:val="20"/>
        </w:rPr>
        <w:t>44:16  to yeh bohat hi aah aah yani abu talib jo sab se baray supporter thay, ji un ka jana rasool Allah ke liye bohat hi dushwari aah ka saman aagay aah bana.</w:t>
      </w:r>
      <w:r>
        <w:br/>
      </w:r>
      <w:r>
        <w:rPr>
          <w:sz w:val="20"/>
        </w:rPr>
        <w:t>44:31  chounkay jo saray log thay quraish ke, woh bilkul aah aah yani dushmani unhon ne khullam khulla dushmani shuru kar di.</w:t>
      </w:r>
      <w:r>
        <w:br/>
      </w:r>
      <w:r>
        <w:rPr>
          <w:sz w:val="20"/>
        </w:rPr>
        <w:t>44:42  aur hazrat khadija jo ke aik emotional supporter ke tor par theen, un ka jana to bohat hi yani he was totally devastated, bohat hi aah takleef deh.</w:t>
      </w:r>
      <w:r>
        <w:br/>
      </w:r>
      <w:r>
        <w:rPr>
          <w:sz w:val="20"/>
        </w:rPr>
        <w:t>44:55  aur prophet ne khud apne hathon se hazrat khadija ko bury kiya.</w:t>
      </w:r>
      <w:r>
        <w:br/>
      </w:r>
      <w:r>
        <w:rPr>
          <w:sz w:val="20"/>
        </w:rPr>
        <w:t>45:00  ji, yani khud qabar mein utray apne hathon se. yani aah aah jis shakhs ne rasool Allah ke sath diya, and she believed in him, she comforted him, and she was always on her his side throughout her life, and he was burying with his own hand.</w:t>
      </w:r>
      <w:r>
        <w:br/>
      </w:r>
      <w:r>
        <w:rPr>
          <w:sz w:val="20"/>
        </w:rPr>
        <w:t>45:19  to kya kefiyat rahi hogi? aah bohat hi yani painful aah narrations hain is ke baray mein jo kitabon mein hain. aah</w:t>
      </w:r>
      <w:r>
        <w:br/>
      </w:r>
      <w:r>
        <w:rPr>
          <w:sz w:val="20"/>
        </w:rPr>
        <w:t>45:30  to us waqt aah jo sahaba thay, jab dekha unhon ne aah rasool Allah ki halat jis qadar un ko aah kitabon mein aata hai min shiddat huzni, yani jo shadeed un ko aah takleef pohnchi thi hazrat khadija ki death ki wajah se, to bilkul devastated ho gaye thay.</w:t>
      </w:r>
      <w:r>
        <w:br/>
      </w:r>
      <w:r>
        <w:rPr>
          <w:sz w:val="20"/>
        </w:rPr>
        <w:t>45:50  to sahaba soch rahe thay ke lagta hai ke rasool Allah ki bhi jaldi wafat ho jaye, aisi kefiyat ho gayi thi. to aksar ghar mein raha karte thay, nikaltay nahi thay bahar, aur ronay ki awaz aati thi.</w:t>
      </w:r>
      <w:r>
        <w:br/>
      </w:r>
      <w:r>
        <w:rPr>
          <w:sz w:val="20"/>
        </w:rPr>
        <w:t>46:01  aur bachon ko khas tor se fatima ko console karte thay.</w:t>
      </w:r>
    </w:p>
    <w:p>
      <w:pPr>
        <w:pStyle w:val="Heading2"/>
      </w:pPr>
      <w:r>
        <w:t>Prophet defends Khadijah's memory against Aisha's jealousy</w:t>
      </w:r>
    </w:p>
    <w:p>
      <w:r>
        <w:rPr>
          <w:color w:val="666666"/>
          <w:sz w:val="18"/>
        </w:rPr>
        <w:t>The Story of Khadija Part 2 December 25, 2022 · 2m 44s · at 46:15 · https://youtu.be/CT7OATmveus?t=2775</w:t>
      </w:r>
    </w:p>
    <w:p>
      <w:r>
        <w:rPr>
          <w:i/>
        </w:rPr>
        <w:t>“Aisha said she was never jealous of anyone like Khadijah”</w:t>
      </w:r>
    </w:p>
    <w:p>
      <w:r>
        <w:rPr>
          <w:sz w:val="20"/>
        </w:rPr>
        <w:t>46:15  ji, abu talib aur hazrat khadija razi Allah anha. ji, acha doctor sahib, hazrat ayesha ki kafi sayings hain hazrat khadija ko le kar.</w:t>
      </w:r>
      <w:r>
        <w:br/>
      </w:r>
      <w:r>
        <w:rPr>
          <w:sz w:val="20"/>
        </w:rPr>
        <w:t>46:25  to kuch aap hamein bataiye is ke baray mein bhi. aah hazrat ayesha razi Allah anha ki kai sayings hain hazrat khadi</w:t>
      </w:r>
      <w:r>
        <w:br/>
      </w:r>
      <w:r>
        <w:rPr>
          <w:sz w:val="20"/>
        </w:rPr>
        <w:t>46:34  ja ke baray mein. ji, aah balkay unhon ne kaha ke ke mujhe kisi aur aurat pe itna rashk nahi tha jitna hazrat khadija ke upar tha.</w:t>
      </w:r>
      <w:r>
        <w:br/>
      </w:r>
      <w:r>
        <w:rPr>
          <w:sz w:val="20"/>
        </w:rPr>
        <w:t>46:45  unhon ne kaha hai ke 13 saal mein koi aisa din nahi guzra. ji, ke prophet ne hazrat khadija ka zikr na kiya ho. yani he would not leave his house, his home without mentioning</w:t>
      </w:r>
      <w:r>
        <w:br/>
      </w:r>
      <w:r>
        <w:rPr>
          <w:sz w:val="20"/>
        </w:rPr>
        <w:t>46:59  khadija. hmm to har roz hazrat khadija ka zikr kiya karte thay. aik din kuch bohat ziyada tareef ki. ji to us din hazrat ayesha se raha nahi gaya.</w:t>
      </w:r>
      <w:r>
        <w:br/>
      </w:r>
      <w:r>
        <w:rPr>
          <w:sz w:val="20"/>
        </w:rPr>
        <w:t>47:12  woh boleen: "hasn't Allah given you someone better than this old and toothless toothless lady of Quraish?" hmm toothless woman of Quraish.</w:t>
      </w:r>
      <w:r>
        <w:br/>
      </w:r>
      <w:r>
        <w:rPr>
          <w:sz w:val="20"/>
        </w:rPr>
        <w:t>47:23  hmm to yeh sun ke rasool Allah ko bara zabardast ghussa aa gaya.</w:t>
      </w:r>
      <w:r>
        <w:br/>
      </w:r>
      <w:r>
        <w:rPr>
          <w:sz w:val="20"/>
        </w:rPr>
        <w:t>47:28  hmm yani un ka chehra lal ho gaya aur rongtay kharay ho gaye. hazrat ayesha batati hain ke aisi kefiyat sirf jab hoti thi jab quran nazil hota tha.</w:t>
      </w:r>
      <w:r>
        <w:br/>
      </w:r>
      <w:r>
        <w:rPr>
          <w:sz w:val="20"/>
        </w:rPr>
        <w:t>47:38  yani as if the quran is revealing on him. to bohat hi ghussa ho gaye lekin unhon ne aik lafz bhi hazrat ayesha ko nahi kaha, sirf khadija ke baray mein kuch baatein kaheen.</w:t>
      </w:r>
      <w:r>
        <w:br/>
      </w:r>
      <w:r>
        <w:rPr>
          <w:sz w:val="20"/>
        </w:rPr>
        <w:t>47:50  kaha ke ke Allah ne koi kisi ko replace nahi kiya.</w:t>
      </w:r>
      <w:r>
        <w:br/>
      </w:r>
      <w:r>
        <w:rPr>
          <w:sz w:val="20"/>
        </w:rPr>
        <w:t>47:57  aah aah allah did not replace her with someone better. ji aur phir kaha hai ke qad amant bi aza kafar bi naas ke she believed in me when people rejected me.</w:t>
      </w:r>
      <w:r>
        <w:br/>
      </w:r>
      <w:r>
        <w:rPr>
          <w:sz w:val="20"/>
        </w:rPr>
        <w:t>48:12  wa sadqat sadqatni aza kadhabni naas. she considered me a truthful. she considered me truthful when others denied me.</w:t>
      </w:r>
      <w:r>
        <w:br/>
      </w:r>
      <w:r>
        <w:rPr>
          <w:sz w:val="20"/>
        </w:rPr>
        <w:t>48:24  when others considered me a liar.</w:t>
      </w:r>
      <w:r>
        <w:br/>
      </w:r>
      <w:r>
        <w:rPr>
          <w:sz w:val="20"/>
        </w:rPr>
        <w:t>48:27  wastani bimaleha aza harmani naas. she spent her wealth on me when people deprived me.</w:t>
      </w:r>
      <w:r>
        <w:br/>
      </w:r>
      <w:r>
        <w:rPr>
          <w:sz w:val="20"/>
        </w:rPr>
        <w:t>48:35  when people held back. warzuqtni allah waladaha aza harmani auladun nisa ke allah taala ne is ke zariye mujhe aulad di aur kisi ke zariye mujhe aulad nahi di</w:t>
      </w:r>
      <w:r>
        <w:br/>
      </w:r>
      <w:r>
        <w:rPr>
          <w:sz w:val="20"/>
        </w:rPr>
        <w:t>48:48  . ji to jab yeh baatein suni Hazrat Aisha R.A. ne to maafi mangi unhon ne aur kaha ke aindah kabhi mein aisi ji zabaan se apni baat nahi nikalun gi.</w:t>
      </w:r>
    </w:p>
    <w:p>
      <w:pPr>
        <w:pStyle w:val="Heading2"/>
      </w:pPr>
      <w:r>
        <w:t>Khadijah the businesswoman who spent it all on Islam</w:t>
      </w:r>
    </w:p>
    <w:p>
      <w:r>
        <w:rPr>
          <w:color w:val="666666"/>
          <w:sz w:val="18"/>
        </w:rPr>
        <w:t>The Story of Khadija Part 2 December 25, 2022 · 2m 50s · at 53:48 · https://youtu.be/CT7OATmveus?t=3228</w:t>
      </w:r>
    </w:p>
    <w:p>
      <w:r>
        <w:rPr>
          <w:i/>
        </w:rPr>
        <w:t>“People forget she ran her own thriving business”</w:t>
      </w:r>
    </w:p>
    <w:p>
      <w:r>
        <w:rPr>
          <w:sz w:val="20"/>
        </w:rPr>
        <w:t>53:47  ji</w:t>
      </w:r>
      <w:r>
        <w:br/>
      </w:r>
      <w:r>
        <w:rPr>
          <w:sz w:val="20"/>
        </w:rPr>
        <w:t>53:48  ah sab se pehli cheez to jo aam taur se log jante hain aur jis ka charcha rehta hai ke she was a business woman. ji ke unhone apne father ka business sambhala aur is ko bohat hi aur ah is pe le gaye.</w:t>
      </w:r>
      <w:r>
        <w:br/>
      </w:r>
      <w:r>
        <w:rPr>
          <w:sz w:val="20"/>
        </w:rPr>
        <w:t>54:00  to</w:t>
      </w:r>
      <w:r>
        <w:br/>
      </w:r>
      <w:r>
        <w:rPr>
          <w:sz w:val="20"/>
        </w:rPr>
        <w:t>54:01  yeh to ek bohat hi motivating khas taur se khawateen ke liye aam taur se yeh samjha jata hai yeh taassur hai yeh tasawwur hai ke islam mein auraton ka bas yeh hai ke woh ghar mein rahen.</w:t>
      </w:r>
      <w:r>
        <w:br/>
      </w:r>
      <w:r>
        <w:rPr>
          <w:sz w:val="20"/>
        </w:rPr>
        <w:t>54:12  ji aur parda karein aur bachon ko sambhalein. to yahan to yeh bohat hi bari misaal hai ke prophet ki wife ne khud business kiya aur bohat hi bara business kiya.</w:t>
      </w:r>
      <w:r>
        <w:br/>
      </w:r>
      <w:r>
        <w:rPr>
          <w:sz w:val="20"/>
        </w:rPr>
        <w:t>54:23  ah yeh to khair ek point hai jo bohat hi logon ko pata hai aur aam taur se is ka charcha hota rehta hai.</w:t>
      </w:r>
      <w:r>
        <w:br/>
      </w:r>
      <w:r>
        <w:rPr>
          <w:sz w:val="20"/>
        </w:rPr>
        <w:t>54:31  ah lekin dekhna yeh bhi chahiye ke jo business kar ke is paise ko kamaya use kahan kharch kiya. ji bohat important baat hai. sab se bari baat to yahi hai ke ya apne upar kharch kiya.</w:t>
      </w:r>
      <w:r>
        <w:br/>
      </w:r>
      <w:r>
        <w:rPr>
          <w:sz w:val="20"/>
        </w:rPr>
        <w:t>54:41  ji ya ya deen ke upar kharch kiya. ji ji yani she spent every penny for the cause of</w:t>
      </w:r>
      <w:r>
        <w:br/>
      </w:r>
      <w:r>
        <w:rPr>
          <w:sz w:val="20"/>
        </w:rPr>
        <w:t>54:48  God. ji ab aap tasawwur kariye ke a a person who was richest hmm woman in mecca was penniless at one point of time.</w:t>
      </w:r>
      <w:r>
        <w:br/>
      </w:r>
      <w:r>
        <w:rPr>
          <w:sz w:val="20"/>
        </w:rPr>
        <w:t>55:00  one of time yani jab yeh hua ah boycott to jo basic necessities ki cheezein hain woh bhi nahi thi un ke paas.</w:t>
      </w:r>
      <w:r>
        <w:br/>
      </w:r>
      <w:r>
        <w:rPr>
          <w:sz w:val="20"/>
        </w:rPr>
        <w:t>55:09  hmm</w:t>
      </w:r>
      <w:r>
        <w:br/>
      </w:r>
      <w:r>
        <w:rPr>
          <w:sz w:val="20"/>
        </w:rPr>
        <w:t>55:10  yani kitabon mein aata hai ke the only possession she had at one point of time during boycott was a mug and a bucket.</w:t>
      </w:r>
      <w:r>
        <w:br/>
      </w:r>
      <w:r>
        <w:rPr>
          <w:sz w:val="20"/>
        </w:rPr>
        <w:t>55:19  donon lakri ki hoti thi is zamane mein mug ya jug aur ek bucket. ji to jo mug tha woh kisi wajah se gir gaya woh toot gaya.</w:t>
      </w:r>
      <w:r>
        <w:br/>
      </w:r>
      <w:r>
        <w:rPr>
          <w:sz w:val="20"/>
        </w:rPr>
        <w:t>55:28  hmm to she could not afford to buy a new mug. new mug. hmm to ek carpenter</w:t>
      </w:r>
      <w:r>
        <w:br/>
      </w:r>
      <w:r>
        <w:rPr>
          <w:sz w:val="20"/>
        </w:rPr>
        <w:t>55:36  guzar raha tha un ke tent ke paas se carpenter guzra to us ko dikhaya ke yeh is ko zara jod do ho sakta hai jud sakta hai yeh. ji to us ne kisi tareeqe se us ko jod ke bana diya.</w:t>
      </w:r>
      <w:r>
        <w:br/>
      </w:r>
      <w:r>
        <w:rPr>
          <w:sz w:val="20"/>
        </w:rPr>
        <w:t>55:46  hmm yani richest woman. hmm ek zamane mein aaj yeh halat hai ke woh ek ek mug nahi khareed sakti. ji us ki wajah yeh hai ke she spent entire wealth for the cause of islam.</w:t>
      </w:r>
      <w:r>
        <w:br/>
      </w:r>
      <w:r>
        <w:rPr>
          <w:sz w:val="20"/>
        </w:rPr>
        <w:t>55:58  hmm yeh sab se bari point hai ke aap paise ko kahan kharch karein. ji</w:t>
      </w:r>
      <w:r>
        <w:br/>
      </w:r>
      <w:r>
        <w:rPr>
          <w:sz w:val="20"/>
        </w:rPr>
        <w:t>56:03  yani aah sajawat mein aur dikhawa culture mein jo aaj kal ho raha hai. hmm aur aah aah sari jo duniyavi lawazimat hain us pe kharch karein ya deen ke kaam mein kharch karein to sab se bara sabak mere khayal se yahi milta hai hamein ke Hazrat Khadija ne business ki woh to theek hai.</w:t>
      </w:r>
      <w:r>
        <w:br/>
      </w:r>
      <w:r>
        <w:rPr>
          <w:sz w:val="20"/>
        </w:rPr>
        <w:t>56:23  hmm aur bohat aah maal o dolat kamaya lekin is paise ko kharch kahan kiya.</w:t>
      </w:r>
      <w:r>
        <w:br/>
      </w:r>
      <w:r>
        <w:rPr>
          <w:sz w:val="20"/>
        </w:rPr>
        <w:t>56:29  hmm aur jo ek aur point hai jo woh bhi bohat hi aham hai ke she was the spiritual partner of the prophet. hmm jisko Maulana kehte hain.</w:t>
      </w:r>
    </w:p>
    <w:p>
      <w:pPr>
        <w:pStyle w:val="Heading2"/>
      </w:pPr>
      <w:r>
        <w:t>Prophet asks Khadijah for time alone to worship</w:t>
      </w:r>
    </w:p>
    <w:p>
      <w:r>
        <w:rPr>
          <w:color w:val="666666"/>
          <w:sz w:val="18"/>
        </w:rPr>
        <w:t>The Story of Khadija Part 2 December 25, 2022 · 57s · at 5:08 · https://youtu.be/CT7OATmveus?t=308</w:t>
      </w:r>
    </w:p>
    <w:p>
      <w:r>
        <w:rPr>
          <w:i/>
        </w:rPr>
        <w:t>“I need some time to reflect and worship”</w:t>
      </w:r>
    </w:p>
    <w:p>
      <w:r>
        <w:rPr>
          <w:sz w:val="20"/>
        </w:rPr>
        <w:t>5:08  doctor sahib, jo waqt woh bataya karte thay. haan, to jab yeh kefiyat hui Rasool Allah (PBUH) ki to Hazrat Khadija R.A. se kaha prophet ne ke ab mein ghor o fikr ki zindagi guzarna chahta hoon.</w:t>
      </w:r>
      <w:r>
        <w:br/>
      </w:r>
      <w:r>
        <w:rPr>
          <w:sz w:val="20"/>
        </w:rPr>
        <w:t>5:24  ji, aur tanhai mein Khuda ki yaad karna chahta hoon. I need some time to reflect</w:t>
      </w:r>
      <w:r>
        <w:br/>
      </w:r>
      <w:r>
        <w:rPr>
          <w:sz w:val="20"/>
        </w:rPr>
        <w:t>5:31  , I want some time to worship, contemplate, and reflect on the higher realities.</w:t>
      </w:r>
      <w:r>
        <w:br/>
      </w:r>
      <w:r>
        <w:rPr>
          <w:sz w:val="20"/>
        </w:rPr>
        <w:t>5:43  to Hazrat Khadija ne is ko pasand kiya aur encourage kiya.</w:t>
      </w:r>
      <w:r>
        <w:br/>
      </w:r>
      <w:r>
        <w:rPr>
          <w:sz w:val="20"/>
        </w:rPr>
        <w:t>5:47  kaha ke bohat achi baat hai, aap zaroor aisa karein. aur kuch saman diya, kapray, kuch blanket, kuch khanay peenay ka saman, kuch pani waghera, aur phir rawana kar diya.</w:t>
      </w:r>
    </w:p>
    <w:p>
      <w:pPr>
        <w:pStyle w:val="Heading2"/>
      </w:pPr>
      <w:r>
        <w:t>Khadijah's famous words praising the Prophet's character</w:t>
      </w:r>
    </w:p>
    <w:p>
      <w:r>
        <w:rPr>
          <w:color w:val="666666"/>
          <w:sz w:val="18"/>
        </w:rPr>
        <w:t>The Story of Khadija Part 2 December 25, 2022 · 58s · at 12:49 · https://youtu.be/CT7OATmveus?t=769</w:t>
      </w:r>
    </w:p>
    <w:p>
      <w:r>
        <w:rPr>
          <w:i/>
        </w:rPr>
        <w:t>“Never, Allah will never disgrace a person like you”</w:t>
      </w:r>
    </w:p>
    <w:p>
      <w:r>
        <w:rPr>
          <w:sz w:val="20"/>
        </w:rPr>
        <w:t>12:49  hazrat khadijah boli, "kalla, of course not, no way, abshir, these are good tidings,</w:t>
      </w:r>
      <w:r>
        <w:br/>
      </w:r>
      <w:r>
        <w:rPr>
          <w:sz w:val="20"/>
        </w:rPr>
        <w:t>12:59  fawallah, la yakhzeeki allaho abadan." ke "do you think allah will disgrace a person like you?" aur phir bahut hi achhe alfaaz mein kaha,</w:t>
      </w:r>
      <w:r>
        <w:br/>
      </w:r>
      <w:r>
        <w:rPr>
          <w:sz w:val="20"/>
        </w:rPr>
        <w:t>13:13  "fawallah, innaka latasilu ar-rahmah, you are someone who always maintains the good relations, maintains good relations with the kith and kin."</w:t>
      </w:r>
      <w:r>
        <w:br/>
      </w:r>
      <w:r>
        <w:rPr>
          <w:sz w:val="20"/>
        </w:rPr>
        <w:t>13:25  ji, wa tasadduq al-hadith, "you only speak the words of truth, wa tahmilu al-qilla, you always help the needy, the poor, wa taksibu al-madooma, you give money to the penniless, to the deprived,</w:t>
      </w:r>
    </w:p>
    <w:p>
      <w:pPr>
        <w:pStyle w:val="Heading2"/>
      </w:pPr>
      <w:r>
        <w:t>Khadijah is the first to accept the message</w:t>
      </w:r>
    </w:p>
    <w:p>
      <w:r>
        <w:rPr>
          <w:color w:val="666666"/>
          <w:sz w:val="18"/>
        </w:rPr>
        <w:t>The Story of Khadija Part 2 December 25, 2022 · 42s · at 20:06 · https://youtu.be/CT7OATmveus?t=1206</w:t>
      </w:r>
    </w:p>
    <w:p>
      <w:r>
        <w:rPr>
          <w:i/>
        </w:rPr>
        <w:t>“You are the first one I am calling to this message”</w:t>
      </w:r>
    </w:p>
    <w:p>
      <w:r>
        <w:rPr>
          <w:sz w:val="20"/>
        </w:rPr>
        <w:t>20:06  to jab yeh Surah nazil hui jis mein hukum diya gaya ke ab tum ko logon ko aagah karna hai aur is message ko convey karna hai, to Prophet ne sab se pehle Hazrat Khadija se kaha ke "you are the first one, I am calling to this message" ji.</w:t>
      </w:r>
      <w:r>
        <w:br/>
      </w:r>
      <w:r>
        <w:rPr>
          <w:sz w:val="20"/>
        </w:rPr>
        <w:t>20:25  to Hazrat Khadija ne kaha hai ke "I am the first one to accept this message" ji.</w:t>
      </w:r>
      <w:r>
        <w:br/>
      </w:r>
      <w:r>
        <w:rPr>
          <w:sz w:val="20"/>
        </w:rPr>
        <w:t>20:30  to is tarike se Hazrat Khadija sab se pehli shakhs hain jo ji, jinhone Islam qabool kiya. Aur ek main lecture sun raha tha Doctor Omar Suleiman ka, unhone kuch das pandrah baatein batayi thi jis mein Hazrat Khadija ne sab se pehli baar kya</w:t>
      </w:r>
    </w:p>
    <w:p>
      <w:pPr>
        <w:pStyle w:val="Heading2"/>
      </w:pPr>
      <w:r>
        <w:t>Khadijah's list of firsts alongside the Prophet</w:t>
      </w:r>
    </w:p>
    <w:p>
      <w:r>
        <w:rPr>
          <w:color w:val="666666"/>
          <w:sz w:val="18"/>
        </w:rPr>
        <w:t>The Story of Khadija Part 2 December 25, 2022 · 36s · at 20:49 · https://youtu.be/CT7OATmveus?t=1249</w:t>
      </w:r>
    </w:p>
    <w:p>
      <w:r>
        <w:rPr>
          <w:i/>
        </w:rPr>
        <w:t>“The Prophet did his first prayer ever with Khadijah”</w:t>
      </w:r>
    </w:p>
    <w:p>
      <w:r>
        <w:rPr>
          <w:sz w:val="20"/>
        </w:rPr>
        <w:t>20:49  ji, maslan "the the Prophet did his first wudu with Khadija" achha, and "the Prophet performed his first namaz with Khadija" ji, and "the Prophet performed his first tawaf with Khadija" ji.</w:t>
      </w:r>
      <w:r>
        <w:br/>
      </w:r>
      <w:r>
        <w:rPr>
          <w:sz w:val="20"/>
        </w:rPr>
        <w:t>21:04  aisi bahut sari cheezein hain, ek lambi list hai ke yeh sab cheezein. To</w:t>
      </w:r>
      <w:r>
        <w:br/>
      </w:r>
      <w:r>
        <w:rPr>
          <w:sz w:val="20"/>
        </w:rPr>
        <w:t>21:09  Hazrat Khadija ko jab Rasool Allah Sallallahu Alaihi Wasallam ne bataya ji, to unhone without any hesitation, koi hichkichahat nahi, koi second thought nahi, foran kaha ke main aap ke message ko accept karti hoon.</w:t>
      </w:r>
    </w:p>
    <w:p>
      <w:pPr>
        <w:pStyle w:val="Heading2"/>
      </w:pPr>
      <w:r>
        <w:t>Prophet says Khadijah's love was placed in his heart by God</w:t>
      </w:r>
    </w:p>
    <w:p>
      <w:r>
        <w:rPr>
          <w:color w:val="666666"/>
          <w:sz w:val="18"/>
        </w:rPr>
        <w:t>The Story of Khadija Part 2 December 25, 2022 · 25s · at 50:56 · https://youtu.be/CT7OATmveus?t=3056</w:t>
      </w:r>
    </w:p>
    <w:p>
      <w:r>
        <w:rPr>
          <w:i/>
        </w:rPr>
        <w:t>“By God, I was granted her love”</w:t>
      </w:r>
    </w:p>
    <w:p>
      <w:r>
        <w:rPr>
          <w:sz w:val="20"/>
        </w:rPr>
        <w:t>50:56  ji aur ek baar Rasool Allah ne kaha tha ke wallah inni qad ruziqt hubba yaani aah Khadijah ki mohabbat mujhe pila di gayi thi.</w:t>
      </w:r>
      <w:r>
        <w:br/>
      </w:r>
      <w:r>
        <w:rPr>
          <w:sz w:val="20"/>
        </w:rPr>
        <w:t>51:08  hmm aah her love had been nurtured in my heart by Allah himself. hmm to is tarah ki is tarah ka khaas ta'alluq tha Rasool Allah ka aah Hazrat Khadijah se.</w:t>
      </w:r>
    </w:p>
    <w:p>
      <w:pPr>
        <w:pStyle w:val="Heading2"/>
      </w:pPr>
      <w:r>
        <w:t>Prophet declares Khadijah the greatest woman of all time</w:t>
      </w:r>
    </w:p>
    <w:p>
      <w:r>
        <w:rPr>
          <w:color w:val="666666"/>
          <w:sz w:val="18"/>
        </w:rPr>
        <w:t>The Story of Khadija Part 2 December 25, 2022 · 34s · at 58:50 · https://youtu.be/CT7OATmveus?t=3530</w:t>
      </w:r>
    </w:p>
    <w:p>
      <w:r>
        <w:rPr>
          <w:i/>
        </w:rPr>
        <w:t>“That was the reason he declared her the greatest woman ever”</w:t>
      </w:r>
    </w:p>
    <w:p>
      <w:r>
        <w:rPr>
          <w:sz w:val="20"/>
        </w:rPr>
        <w:t>58:50  hmm aur wahan teen saal kis tarah se guzara aur kindness chuki bohat hi khayal karti thi jo log ghareeb the jo destitute the to</w:t>
      </w:r>
      <w:r>
        <w:br/>
      </w:r>
      <w:r>
        <w:rPr>
          <w:sz w:val="20"/>
        </w:rPr>
        <w:t>59:02  this was the reason that prophet declared her as the greatest woman of all time. ji yaqeenan ji jazak Allah Doctor Sahab aaj ka talk waqai mein bohat hi aah roohani bhara talk tha aap ne bohat sari baatein Hazrat Khadija ki zindagi se bataeen aur ek practical model bhi hum sab ko diya ke hamein kaise apni zindagi bitani chahiye.</w:t>
      </w:r>
    </w:p>
    <w:p>
      <w:pPr>
        <w:pStyle w:val="Heading2"/>
      </w:pPr>
      <w:r>
        <w:t>Hadith ranking Khadijah among the best women ever</w:t>
      </w:r>
    </w:p>
    <w:p>
      <w:r>
        <w:rPr>
          <w:color w:val="666666"/>
          <w:sz w:val="18"/>
        </w:rPr>
        <w:t>The Story of Hazrat Khadija Part I December 4, 2022 · 24s · at 0:35 · https://youtu.be/cNzPbtW9AV0?t=35</w:t>
      </w:r>
    </w:p>
    <w:p>
      <w:r>
        <w:rPr>
          <w:i/>
        </w:rPr>
        <w:t>“Khadijah is the best woman of this nation”</w:t>
      </w:r>
    </w:p>
    <w:p>
      <w:r>
        <w:rPr>
          <w:sz w:val="20"/>
        </w:rPr>
        <w:t>0:34  Hazrat</w:t>
      </w:r>
      <w:r>
        <w:br/>
      </w:r>
      <w:r>
        <w:rPr>
          <w:sz w:val="20"/>
        </w:rPr>
        <w:t>0:35  rat Ali once narrated that Prophet Muhammad said, "Mary the daughter of Imran was the best among the women of the world of her times, and Khadijah is the best among the women of this nation." so if there is a woman in Islam to be emulated, then Hazrat Khadijah indeed ranks at the top.</w:t>
      </w:r>
      <w:r>
        <w:br/>
      </w:r>
      <w:r>
        <w:rPr>
          <w:sz w:val="20"/>
        </w:rPr>
        <w:t>0:58  She</w:t>
      </w:r>
    </w:p>
    <w:p>
      <w:pPr>
        <w:pStyle w:val="Heading2"/>
      </w:pPr>
      <w:r>
        <w:t>Khadijah's noble nicknames before Islam</w:t>
      </w:r>
    </w:p>
    <w:p>
      <w:r>
        <w:rPr>
          <w:color w:val="666666"/>
          <w:sz w:val="18"/>
        </w:rPr>
        <w:t>The Story of Hazrat Khadija Part I December 4, 2022 · 24s · at 3:15 · https://youtu.be/cNzPbtW9AV0?t=195</w:t>
      </w:r>
    </w:p>
    <w:p>
      <w:r>
        <w:rPr>
          <w:i/>
        </w:rPr>
        <w:t>“She had many nicknames, one meant Princess of Quraysh”</w:t>
      </w:r>
    </w:p>
    <w:p>
      <w:r>
        <w:rPr>
          <w:sz w:val="20"/>
        </w:rPr>
        <w:t>3:15  ji. bohat hi nobel khatoon theen, aur un ke bohat saare nicknames thay. achha. jaise ek Tahirah tha, Tahirah ka matlab pure, aise hi un ka nickname tha Ameerat Quraish, yaani Princess of Quraish</w:t>
      </w:r>
      <w:r>
        <w:br/>
      </w:r>
      <w:r>
        <w:rPr>
          <w:sz w:val="20"/>
        </w:rPr>
        <w:t>3:30  . aur ek nickname tha Sayyidat al-Nisa Quraish, Nisa Quraish. ji. yaani the leader of the women of Quraish.</w:t>
      </w:r>
    </w:p>
    <w:p>
      <w:pPr>
        <w:pStyle w:val="Heading2"/>
      </w:pPr>
      <w:r>
        <w:t>Khadijah's own words on the oneness of God</w:t>
      </w:r>
    </w:p>
    <w:p>
      <w:r>
        <w:rPr>
          <w:color w:val="666666"/>
          <w:sz w:val="18"/>
        </w:rPr>
        <w:t>The Story of Hazrat Khadija Part I December 4, 2022 · 21s · at 9:24 · https://youtu.be/cNzPbtW9AV0?t=564</w:t>
      </w:r>
    </w:p>
    <w:p>
      <w:r>
        <w:rPr>
          <w:i/>
        </w:rPr>
        <w:t>“The creator and owner of this world is one”</w:t>
      </w:r>
    </w:p>
    <w:p>
      <w:r>
        <w:rPr>
          <w:sz w:val="20"/>
        </w:rPr>
        <w:t>9:24  dua karte thay. aur ek hazrat khadijah rz ka qaul bhi hai ke is dunya ka jo khaliq hai aur malik hai, woh ek hai, aur us se shirk karna khilaf aqal hai.</w:t>
      </w:r>
      <w:r>
        <w:br/>
      </w:r>
      <w:r>
        <w:rPr>
          <w:sz w:val="20"/>
        </w:rPr>
        <w:t>9:36  to is ka matlab yahi hai ke hazrat khadijah bhi wohi deen hanif pe qaim theen. ji. jo ibrahim alaihi assalam ka laya hua tha.</w:t>
      </w:r>
    </w:p>
    <w:p>
      <w:pPr>
        <w:pStyle w:val="Heading2"/>
      </w:pPr>
      <w:r>
        <w:t>Khadijah as proof women hold strength in Islam</w:t>
      </w:r>
    </w:p>
    <w:p>
      <w:r>
        <w:rPr>
          <w:color w:val="666666"/>
          <w:sz w:val="18"/>
        </w:rPr>
        <w:t>The Story of Hazrat Khadija Part I December 4, 2022 · 26s · at 14:47 · https://youtu.be/cNzPbtW9AV0?t=887</w:t>
      </w:r>
    </w:p>
    <w:p>
      <w:r>
        <w:rPr>
          <w:i/>
        </w:rPr>
        <w:t>“They say Islam weakens women, but look at Khadijah”</w:t>
      </w:r>
    </w:p>
    <w:p>
      <w:r>
        <w:rPr>
          <w:sz w:val="20"/>
        </w:rPr>
        <w:t>14:47  ji ji. aur yeh aik bohat achhi aik lesson bhi milta hai ke aksar log yeh bhi kehte hain ke Islam mein position of woman is weak. lekin aap dekhen, yahan pe aap jo bata rahe hain ke she was a business woman and an esteemed business woman.</w:t>
      </w:r>
      <w:r>
        <w:br/>
      </w:r>
      <w:r>
        <w:rPr>
          <w:sz w:val="20"/>
        </w:rPr>
        <w:t>15:02  ji. to yeh aik bohat achha, aik it throws light on the fact that the position of woman in Islam is not a position of weakness but a position of strength.</w:t>
      </w:r>
    </w:p>
    <w:p>
      <w:pPr>
        <w:pStyle w:val="Heading2"/>
      </w:pPr>
      <w:r>
        <w:t>Why Khadijah chose to marry Muhammad</w:t>
      </w:r>
    </w:p>
    <w:p>
      <w:r>
        <w:rPr>
          <w:color w:val="666666"/>
          <w:sz w:val="18"/>
        </w:rPr>
        <w:t>The Story of Hazrat Khadija Part I December 4, 2022 · 28s · at 34:13 · https://youtu.be/cNzPbtW9AV0?t=2053</w:t>
      </w:r>
    </w:p>
    <w:p>
      <w:r>
        <w:rPr>
          <w:i/>
        </w:rPr>
        <w:t>“I was inclined towards you for your noble character”</w:t>
      </w:r>
    </w:p>
    <w:p>
      <w:r>
        <w:rPr>
          <w:sz w:val="20"/>
        </w:rPr>
        <w:t>34:13  Prophet se bataya tha: "main ne tum se shadi kyun ki?" ji. unhon ne kaha tha ke: "Ya ibn 'amm, Ya ibn 'amm, yani aye mere uncle ke betay." kyun ke rishta to aise hi tha, cousin theen.</w:t>
      </w:r>
      <w:r>
        <w:br/>
      </w:r>
      <w:r>
        <w:rPr>
          <w:sz w:val="20"/>
        </w:rPr>
        <w:t>34:25  to "Inni qad raghibtu ke I was inclined towards you</w:t>
      </w:r>
      <w:r>
        <w:br/>
      </w:r>
      <w:r>
        <w:rPr>
          <w:sz w:val="20"/>
        </w:rPr>
        <w:t>34:32  li husni khulqi wa siddiqi hadithi due to your noble character and truthful tongue." mashallah. yeh bohat zabardast baat thi.</w:t>
      </w:r>
    </w:p>
    <w:p>
      <w:pPr>
        <w:pStyle w:val="Heading2"/>
      </w:pPr>
      <w:r>
        <w:t>Khadijah as the Prophet's ideal spiritual partner</w:t>
      </w:r>
    </w:p>
    <w:p>
      <w:r>
        <w:rPr>
          <w:color w:val="666666"/>
          <w:sz w:val="18"/>
        </w:rPr>
        <w:t>The Story of Hazrat Khadija Part I December 4, 2022 · 21s · at 42:15 · https://youtu.be/cNzPbtW9AV0?t=2535</w:t>
      </w:r>
    </w:p>
    <w:p>
      <w:r>
        <w:rPr>
          <w:i/>
        </w:rPr>
        <w:t>“She was the ideal spiritual partner for the Prophet”</w:t>
      </w:r>
    </w:p>
    <w:p>
      <w:r>
        <w:rPr>
          <w:sz w:val="20"/>
        </w:rPr>
        <w:t>42:15  . ji ji ji. aur ek jo azeem mission Prophet ke upar Allah taala ko aaid karna tha.</w:t>
      </w:r>
      <w:r>
        <w:br/>
      </w:r>
      <w:r>
        <w:rPr>
          <w:sz w:val="20"/>
        </w:rPr>
        <w:t>42:23  ji. us ke liye yani ek bohat hi acha partner, jis ko Maulana kehte the spiritual partner. ji ji ji. to wo is sense mein she was the ideal spiritual partner for the Prophet.</w:t>
      </w:r>
    </w:p>
    <w:p>
      <w:pPr>
        <w:pStyle w:val="Heading2"/>
      </w:pPr>
      <w:r>
        <w:t>Introducing Khadijah's noble family background</w:t>
      </w:r>
    </w:p>
    <w:p>
      <w:r>
        <w:rPr>
          <w:color w:val="666666"/>
          <w:sz w:val="18"/>
        </w:rPr>
        <w:t>The Story of Hazrat Khadija Part I December 4, 2022 · 2m 43s · at 1:13 · https://youtu.be/cNzPbtW9AV0?t=73</w:t>
      </w:r>
    </w:p>
    <w:p>
      <w:r>
        <w:rPr>
          <w:i/>
        </w:rPr>
        <w:t>“Today's topic is the story of Hazrat Khadijah”</w:t>
      </w:r>
    </w:p>
    <w:p>
      <w:r>
        <w:rPr>
          <w:sz w:val="20"/>
        </w:rPr>
        <w:t>1:13  assalam o alaikum Dr. sahib, kaise hain aap? wa alaikum assalam, alhamdulillah. aap kaise hain? alhamdulillah. Dr. sahib, aaj ka jo subject hai Hazrat Khadijah ki kahani</w:t>
      </w:r>
      <w:r>
        <w:br/>
      </w:r>
      <w:r>
        <w:rPr>
          <w:sz w:val="20"/>
        </w:rPr>
        <w:t>1:23  , toh sab se pehla sawal hum sab janna chahenge ke un ke bare mein, un ki jo family background hai, us ke bare mein aap bataein.</w:t>
      </w:r>
      <w:r>
        <w:br/>
      </w:r>
      <w:r>
        <w:rPr>
          <w:sz w:val="20"/>
        </w:rPr>
        <w:t>1:33  wahan se shuru kijiye aap kahani ko. inshallah. bismillah hir rahman nir rahim. rab ishrah li sadri, wa yassir li amri, wahlul uqdatan min lisani, yafqahu qawli.</w:t>
      </w:r>
      <w:r>
        <w:br/>
      </w:r>
      <w:r>
        <w:rPr>
          <w:sz w:val="20"/>
        </w:rPr>
        <w:t>1:49  Hazrat Khadijah ka talluq makka ke ek bahut hi shareef khandan se tha, and she was known for her wealth and good character, good nature.</w:t>
      </w:r>
      <w:r>
        <w:br/>
      </w:r>
      <w:r>
        <w:rPr>
          <w:sz w:val="20"/>
        </w:rPr>
        <w:t>1:58  ji. jo yeh naam tha Khadijah, linguistically it means premature. غالباً woh un ki birth premature ho gayi hogi.</w:t>
      </w:r>
      <w:r>
        <w:br/>
      </w:r>
      <w:r>
        <w:rPr>
          <w:sz w:val="20"/>
        </w:rPr>
        <w:t>2:10  ji. lekin scholars ka kehna hai ke it means she was ahead of her time. o</w:t>
      </w:r>
      <w:r>
        <w:br/>
      </w:r>
      <w:r>
        <w:rPr>
          <w:sz w:val="20"/>
        </w:rPr>
        <w:t>2:17  ke. toh agar aap Hazrat Khadijah ki family tree dekhein, ji toh kuch generations ke baad Prophet ki family tree se mil jati hai.</w:t>
      </w:r>
      <w:r>
        <w:br/>
      </w:r>
      <w:r>
        <w:rPr>
          <w:sz w:val="20"/>
        </w:rPr>
        <w:t>2:28  ji. chunki makka choti si jagah thi, sab log aapas mein relation the un ke. jaise agar hum family tree dekhein Hazrat Khadijah ki toh is tarah se hogi: Khadijah bint Khuwailid ibn Asad ibn Abdul Aziz ibn Qusai ibn Kilab.</w:t>
      </w:r>
      <w:r>
        <w:br/>
      </w:r>
      <w:r>
        <w:rPr>
          <w:sz w:val="20"/>
        </w:rPr>
        <w:t>2:45  ji. toh Qusai ibn Kilab Prophet ke great grandfather the, aur Hazrat Khadijah ke bhi great grandfather the. ji. so from yahan se jo aage chalti hai family tree, woh ek hi ho jati hai aage ja ke.</w:t>
      </w:r>
      <w:r>
        <w:br/>
      </w:r>
      <w:r>
        <w:rPr>
          <w:sz w:val="20"/>
        </w:rPr>
        <w:t>3:04  to Hazrat Khadijah bohat hi learned, and she was the most elegant woman in makkah, very learned, perfect in her behavior and perfect in her character.</w:t>
      </w:r>
      <w:r>
        <w:br/>
      </w:r>
      <w:r>
        <w:rPr>
          <w:sz w:val="20"/>
        </w:rPr>
        <w:t>3:15  ji. bohat hi nobel khatoon theen, aur un ke bohat saare nicknames thay. achha. jaise ek Tahirah tha, Tahirah ka matlab pure, aise hi un ka nickname tha Ameerat Quraish, yaani Princess of Quraish</w:t>
      </w:r>
      <w:r>
        <w:br/>
      </w:r>
      <w:r>
        <w:rPr>
          <w:sz w:val="20"/>
        </w:rPr>
        <w:t>3:30  . aur ek nickname tha Sayyidat al-Nisa Quraish, Nisa Quraish. ji. yaani the leader of the women of Quraish.</w:t>
      </w:r>
      <w:r>
        <w:br/>
      </w:r>
      <w:r>
        <w:rPr>
          <w:sz w:val="20"/>
        </w:rPr>
        <w:t>3:40  okay. aur Rasool Allah Sal Allahu Alaihi Wasallam ki paidaish se pandrah saal pehle, ji un ki paidaish hui thi. yaani Prophet was born in 570, aur Hazrat Khadijah ki paidaish hui thi 555.</w:t>
      </w:r>
    </w:p>
    <w:p>
      <w:pPr>
        <w:pStyle w:val="Heading2"/>
      </w:pPr>
      <w:r>
        <w:t>Her father shields young Khadijah from idol worship</w:t>
      </w:r>
    </w:p>
    <w:p>
      <w:r>
        <w:rPr>
          <w:color w:val="666666"/>
          <w:sz w:val="18"/>
        </w:rPr>
        <w:t>The Story of Hazrat Khadija Part I December 4, 2022 · 1m 59s · at 7:45 · https://youtu.be/cNzPbtW9AV0?t=465</w:t>
      </w:r>
    </w:p>
    <w:p>
      <w:r>
        <w:rPr>
          <w:i/>
        </w:rPr>
        <w:t>“When Khadijah was young, her father covered his face at shirk”</w:t>
      </w:r>
    </w:p>
    <w:p>
      <w:r>
        <w:rPr>
          <w:sz w:val="20"/>
        </w:rPr>
        <w:t>7:45  to</w:t>
      </w:r>
      <w:r>
        <w:br/>
      </w:r>
      <w:r>
        <w:rPr>
          <w:sz w:val="20"/>
        </w:rPr>
        <w:t>7:46  ek waqia aata hai ke</w:t>
      </w:r>
      <w:r>
        <w:br/>
      </w:r>
      <w:r>
        <w:rPr>
          <w:sz w:val="20"/>
        </w:rPr>
        <w:t>7:50  ek bar jab choti theen hazrat khadijah rz, to un ke father un ko kahin le ke ja rahe thay. to unhon ne dekha ke un ke father ne dekha ke kuch rastay mein log shirk kar rahe hain, shirk mein mubtala hain.</w:t>
      </w:r>
      <w:r>
        <w:br/>
      </w:r>
      <w:r>
        <w:rPr>
          <w:sz w:val="20"/>
        </w:rPr>
        <w:t>8:05  ji. to unhon ne is taraf se munh apna pher liya aur kuch kapra waghera munh pe daal liya. to hazrat khadijah ne poocha ke aap ne aisa</w:t>
      </w:r>
      <w:r>
        <w:br/>
      </w:r>
      <w:r>
        <w:rPr>
          <w:sz w:val="20"/>
        </w:rPr>
        <w:t>8:15  kyun kiya? to un ke father ne kaha ke yeh log nadan hain, yeh log shirk mein mubtala hain. to bachpan se hi un ko taleem un ke father ne di.</w:t>
      </w:r>
      <w:r>
        <w:br/>
      </w:r>
      <w:r>
        <w:rPr>
          <w:sz w:val="20"/>
        </w:rPr>
        <w:t>8:28  aur ek aur baat hai ke jo makkah tha, wahan kuch log thay jo woh dua karte thay, jo deen hanif pe qaim thay, hazrat ibrahim alaihi assalam ke deen pe qaim thay.</w:t>
      </w:r>
      <w:r>
        <w:br/>
      </w:r>
      <w:r>
        <w:rPr>
          <w:sz w:val="20"/>
        </w:rPr>
        <w:t>8:45  to woh yeh dua karte thay ke aye allah, tu hamein woh tareeqa bata jis se hum teri ibadat karein.</w:t>
      </w:r>
      <w:r>
        <w:br/>
      </w:r>
      <w:r>
        <w:rPr>
          <w:sz w:val="20"/>
        </w:rPr>
        <w:t>8:53  chounke woh sab cheezein dilute ho gayi hongi, ab jaise aaj hamare paas quran hai, cheezein mehfooz hain, to woh zamanay mein is tarah ki cheezein mehfooz nahi theen.</w:t>
      </w:r>
      <w:r>
        <w:br/>
      </w:r>
      <w:r>
        <w:rPr>
          <w:sz w:val="20"/>
        </w:rPr>
        <w:t>9:02  to jo bhi deen reh gaya tha baqi, to woh bohat hi halke form mein raha hoga. us waqt hajj ka riwaj tha, hajj hota tha, log tawaaf karte thay.</w:t>
      </w:r>
      <w:r>
        <w:br/>
      </w:r>
      <w:r>
        <w:rPr>
          <w:sz w:val="20"/>
        </w:rPr>
        <w:t>9:15  ji. lekin koi bohat baqayeda ibadat ka tareeqa ghalib</w:t>
      </w:r>
      <w:r>
        <w:br/>
      </w:r>
      <w:r>
        <w:rPr>
          <w:sz w:val="20"/>
        </w:rPr>
        <w:t>9:19  a nahi tha. to is tarah se log</w:t>
      </w:r>
      <w:r>
        <w:br/>
      </w:r>
      <w:r>
        <w:rPr>
          <w:sz w:val="20"/>
        </w:rPr>
        <w:t>9:24  dua karte thay. aur ek hazrat khadijah rz ka qaul bhi hai ke is dunya ka jo khaliq hai aur malik hai, woh ek hai, aur us se shirk karna khilaf aqal hai.</w:t>
      </w:r>
      <w:r>
        <w:br/>
      </w:r>
      <w:r>
        <w:rPr>
          <w:sz w:val="20"/>
        </w:rPr>
        <w:t>9:36  to is ka matlab yahi hai ke hazrat khadijah bhi wohi deen hanif pe qaim theen. ji. jo ibrahim alaihi assalam ka laya hua tha.</w:t>
      </w:r>
    </w:p>
    <w:p>
      <w:pPr>
        <w:pStyle w:val="Heading2"/>
      </w:pPr>
      <w:r>
        <w:t>Khadijah becomes the richest businesswoman in Mecca</w:t>
      </w:r>
    </w:p>
    <w:p>
      <w:r>
        <w:rPr>
          <w:color w:val="666666"/>
          <w:sz w:val="18"/>
        </w:rPr>
        <w:t>The Story of Hazrat Khadija Part I December 4, 2022 · 2m 18s · at 13:18 · https://youtu.be/cNzPbtW9AV0?t=798</w:t>
      </w:r>
    </w:p>
    <w:p>
      <w:r>
        <w:rPr>
          <w:i/>
        </w:rPr>
        <w:t>“After both her husbands died, Khadijah started trading herself”</w:t>
      </w:r>
    </w:p>
    <w:p>
      <w:r>
        <w:rPr>
          <w:sz w:val="20"/>
        </w:rPr>
        <w:t>13:18  phir unhon ne khud tijarat ka kaam shuru kiya. aur is zamane mein jo tijarat ka tareeqa tha, woh aisa tha ke woh qairwan bheja karte thay log.</w:t>
      </w:r>
      <w:r>
        <w:br/>
      </w:r>
      <w:r>
        <w:rPr>
          <w:sz w:val="20"/>
        </w:rPr>
        <w:t>13:30  ziyadah tar Syria jaya karte thay qairwan. ji. Syria aur Yemen. to un ke bhi qairwan Syria jaya karte thay. j</w:t>
      </w:r>
      <w:r>
        <w:br/>
      </w:r>
      <w:r>
        <w:rPr>
          <w:sz w:val="20"/>
        </w:rPr>
        <w:t>13:37  i. aur is is waqt jo tareeqa tha business ka, us ko kehte thay muzarabat. muzarabat ka matlab hai ke profit sharing.</w:t>
      </w:r>
      <w:r>
        <w:br/>
      </w:r>
      <w:r>
        <w:rPr>
          <w:sz w:val="20"/>
        </w:rPr>
        <w:t>13:50  yani kisi ko hire kiya, us se kaha ke tum hamara qairwan le ke jao, aur wahan jo us ki sale hogi, jo proceeds honge, us ke aik certain percentage ya aik profit hum tumhein den ge.</w:t>
      </w:r>
      <w:r>
        <w:br/>
      </w:r>
      <w:r>
        <w:rPr>
          <w:sz w:val="20"/>
        </w:rPr>
        <w:t>14:02  to is tareeqay se woh bheja karti theen. aur ji,</w:t>
      </w:r>
      <w:r>
        <w:br/>
      </w:r>
      <w:r>
        <w:rPr>
          <w:sz w:val="20"/>
        </w:rPr>
        <w:t>14:05  bohat hi, yani Quraish ke sab se jo baray qairwan hotay thay, woh un ke hi hotay thay. ji. to is tarah se unhon ne bohat hi, yani aik khatoon honay ke bawajood, bohat hi is zamane ke lehaz se unhon ne aik aisa aik misaal qaim ki.</w:t>
      </w:r>
      <w:r>
        <w:br/>
      </w:r>
      <w:r>
        <w:rPr>
          <w:sz w:val="20"/>
        </w:rPr>
        <w:t>14:25  ji. ke khud business sambhala aur bohat hi us ko aagay barhaya, yahan tak ke she became the richest woman of Makkah. ji.</w:t>
      </w:r>
      <w:r>
        <w:br/>
      </w:r>
      <w:r>
        <w:rPr>
          <w:sz w:val="20"/>
        </w:rPr>
        <w:t>14:34  Masha Allah</w:t>
      </w:r>
      <w:r>
        <w:br/>
      </w:r>
      <w:r>
        <w:rPr>
          <w:sz w:val="20"/>
        </w:rPr>
        <w:t>14:35  . Doctor sahib, jaisa aap ne abhi bataya ke tijarat karti thi woh, aur un ka jo qairwan bhi tha, woh bhi Quraish ke jitne qairwan hotay thay, kaha jata tha ke woh sab se bara unhi ka unhi ka hota tha.</w:t>
      </w:r>
      <w:r>
        <w:br/>
      </w:r>
      <w:r>
        <w:rPr>
          <w:sz w:val="20"/>
        </w:rPr>
        <w:t>14:47  ji ji. aur yeh aik bohat achhi aik lesson bhi milta hai ke aksar log yeh bhi kehte hain ke Islam mein position of woman is weak. lekin aap dekhen, yahan pe aap jo bata rahe hain ke she was a business woman and an esteemed business woman.</w:t>
      </w:r>
      <w:r>
        <w:br/>
      </w:r>
      <w:r>
        <w:rPr>
          <w:sz w:val="20"/>
        </w:rPr>
        <w:t>15:02  ji. to yeh aik bohat achha, aik it throws light on the fact that the position of woman in Islam is not a position of weakness but a position of strength.</w:t>
      </w:r>
      <w:r>
        <w:br/>
      </w:r>
      <w:r>
        <w:rPr>
          <w:sz w:val="20"/>
        </w:rPr>
        <w:t>15:13  ji. Doctor sahib, ab jaise woh khud to jati nahi thi qairwan mein, aap ne bataya ke koi agent deput hota tha jo un ke qairwan ko le ke jaya karta tha.</w:t>
      </w:r>
      <w:r>
        <w:br/>
      </w:r>
      <w:r>
        <w:rPr>
          <w:sz w:val="20"/>
        </w:rPr>
        <w:t>15:25  yahan pe ek sawal mein aap se poochna chahunga ke kaise phir Prophet Muhammad se kaise contact hua unka? is ke bare mein aap bataein.</w:t>
      </w:r>
    </w:p>
    <w:p>
      <w:pPr>
        <w:pStyle w:val="Heading2"/>
      </w:pPr>
      <w:r>
        <w:t>How Khadijah first came to hire the Prophet</w:t>
      </w:r>
    </w:p>
    <w:p>
      <w:r>
        <w:rPr>
          <w:color w:val="666666"/>
          <w:sz w:val="18"/>
        </w:rPr>
        <w:t>The Story of Hazrat Khadija Part I December 4, 2022 · 2m 30s · at 15:25 · https://youtu.be/cNzPbtW9AV0?t=925</w:t>
      </w:r>
    </w:p>
    <w:p>
      <w:r>
        <w:rPr>
          <w:i/>
        </w:rPr>
        <w:t>“Khadijah was searching for an honest man for her caravan”</w:t>
      </w:r>
    </w:p>
    <w:p>
      <w:r>
        <w:rPr>
          <w:sz w:val="20"/>
        </w:rPr>
        <w:t>15:25  yahan pe ek sawal mein aap se poochna chahunga ke kaise phir Prophet Muhammad se kaise contact hua unka? is ke bare mein aap bataein.</w:t>
      </w:r>
      <w:r>
        <w:br/>
      </w:r>
      <w:r>
        <w:rPr>
          <w:sz w:val="20"/>
        </w:rPr>
        <w:t>15:36  kitabon mein aata hai ke unhein koi qairwan bhejna tha. ji. Syria. to woh talash kar rahi theen koi honest aur trustworthy.</w:t>
      </w:r>
      <w:r>
        <w:br/>
      </w:r>
      <w:r>
        <w:rPr>
          <w:sz w:val="20"/>
        </w:rPr>
        <w:t>15:45  ji. koi aadmi mile taake us ko woh dein apna saman tijarat. to isi dauran un ki behan aai hui thi.</w:t>
      </w:r>
      <w:r>
        <w:br/>
      </w:r>
      <w:r>
        <w:rPr>
          <w:sz w:val="20"/>
        </w:rPr>
        <w:t>15:54  j</w:t>
      </w:r>
      <w:r>
        <w:br/>
      </w:r>
      <w:r>
        <w:rPr>
          <w:sz w:val="20"/>
        </w:rPr>
        <w:t>15:55  i. hala. to unhon ne hala se bhi zikr kiya ke mein ek aadmi ki talash kar rahi hoon jo mera qairwan Syria le jaye.</w:t>
      </w:r>
      <w:r>
        <w:br/>
      </w:r>
      <w:r>
        <w:rPr>
          <w:sz w:val="20"/>
        </w:rPr>
        <w:t>16:06  to hala ne kaha ke tum Prophet se milo sallallahu alaihi wasallam. ji. woh bohat hi acha character hai un ka, bohat hi honest hain.</w:t>
      </w:r>
      <w:r>
        <w:br/>
      </w:r>
      <w:r>
        <w:rPr>
          <w:sz w:val="20"/>
        </w:rPr>
        <w:t>16:15  asal mein Prophet Muhammad sallallahu alaihi wasallam jab barah saal ke thay, terah saal ke thay, to woh Abu Talib ki bakriyan charaya karte thay.</w:t>
      </w:r>
      <w:r>
        <w:br/>
      </w:r>
      <w:r>
        <w:rPr>
          <w:sz w:val="20"/>
        </w:rPr>
        <w:t>16:27  ji. yaani he was a shepherd. to aur balkay hadith mein aata hai ke وَمَا مِنْ نَبِيٍّ إِلَّا وَقَدْ رَآ الْغَنَمُ.</w:t>
      </w:r>
      <w:r>
        <w:br/>
      </w:r>
      <w:r>
        <w:rPr>
          <w:sz w:val="20"/>
        </w:rPr>
        <w:t>16:37  yaani koi peghambar aisa nahi guzra jis ne bheer bakriyan na charai hon. na</w:t>
      </w:r>
      <w:r>
        <w:br/>
      </w:r>
      <w:r>
        <w:rPr>
          <w:sz w:val="20"/>
        </w:rPr>
        <w:t>16:42  charai hon. ji. yeh bhi ek Allah taala ki taraf se planning thi ke jo jis ko peghambar banna tha, us ko, yaani bheer bakriyan charana yeh hai ke insaan nature mein jaye.</w:t>
      </w:r>
      <w:r>
        <w:br/>
      </w:r>
      <w:r>
        <w:rPr>
          <w:sz w:val="20"/>
        </w:rPr>
        <w:t>16:57  ji, yaqeenan. And nature inspires us. to nature mein jaye, ghore o fikr kare, zameen o asman ke bare mein soche, kaun is dunya ka khaliq hai.</w:t>
      </w:r>
      <w:r>
        <w:br/>
      </w:r>
      <w:r>
        <w:rPr>
          <w:sz w:val="20"/>
        </w:rPr>
        <w:t>17:06  to</w:t>
      </w:r>
      <w:r>
        <w:br/>
      </w:r>
      <w:r>
        <w:rPr>
          <w:sz w:val="20"/>
        </w:rPr>
        <w:t>17:08  woh is zamane mein hala ke haan bhi as a shepherd kaam karte thay. ji. to hala un ko janti thi ke yeh bohat hi naik insan hain aur bohat hi hard working hain, and he is a very trustworthy person.</w:t>
      </w:r>
      <w:r>
        <w:br/>
      </w:r>
      <w:r>
        <w:rPr>
          <w:sz w:val="20"/>
        </w:rPr>
        <w:t>17:23  to unhon ne recommend kiya. ji. ke tum Prophet sallallahu alaihi wasallam se milo. to unhon ne kaha acha phir mein kaise miloon? kis se, kis ke paas jaon?</w:t>
      </w:r>
      <w:r>
        <w:br/>
      </w:r>
      <w:r>
        <w:rPr>
          <w:sz w:val="20"/>
        </w:rPr>
        <w:t>17:33  to hala ne kaha hai ke tum Abu Talib ke paas jao.</w:t>
      </w:r>
      <w:r>
        <w:br/>
      </w:r>
      <w:r>
        <w:rPr>
          <w:sz w:val="20"/>
        </w:rPr>
        <w:t>17:36  ji. woh un ke uncle hain, but he is like his father. to phir Hazrat Khadija gayeen Abu Talib ke paas aur bataya ke mujhe zaroorat hai ek shakhs ki, aur mein chahti hoon ke aap ke bhatije ko hire karoon.</w:t>
      </w:r>
    </w:p>
    <w:p>
      <w:pPr>
        <w:pStyle w:val="Heading2"/>
      </w:pPr>
      <w:r>
        <w:t>The Prophet sets off leading Khadijah's caravan to Syria</w:t>
      </w:r>
    </w:p>
    <w:p>
      <w:r>
        <w:rPr>
          <w:color w:val="666666"/>
          <w:sz w:val="18"/>
        </w:rPr>
        <w:t>The Story of Hazrat Khadija Part I December 4, 2022 · 3m 11s · at 19:22 · https://youtu.be/cNzPbtW9AV0?t=1162</w:t>
      </w:r>
    </w:p>
    <w:p>
      <w:r>
        <w:rPr>
          <w:i/>
        </w:rPr>
        <w:t>“When Prophet Muhammad was twelve, he begged to join the caravan”</w:t>
      </w:r>
    </w:p>
    <w:p>
      <w:r>
        <w:rPr>
          <w:sz w:val="20"/>
        </w:rPr>
        <w:t>19:22  jab Prophet barah saal ke thay to Abu Talib bhi tajir thay. ji. woh bhi merchant thay. to woh ja rahe thay apna qafila le ke Syria.</w:t>
      </w:r>
      <w:r>
        <w:br/>
      </w:r>
      <w:r>
        <w:rPr>
          <w:sz w:val="20"/>
        </w:rPr>
        <w:t>19:33  to jab dekha Prophet ne ke Abu Talib uncle ja rahe hain, to unhon ne kaha main bhi chalun ga aap ke sath.</w:t>
      </w:r>
      <w:r>
        <w:br/>
      </w:r>
      <w:r>
        <w:rPr>
          <w:sz w:val="20"/>
        </w:rPr>
        <w:t>19:43  ji. to bohat hi shauq dikhaya, bohat israr kiya.</w:t>
      </w:r>
      <w:r>
        <w:br/>
      </w:r>
      <w:r>
        <w:rPr>
          <w:sz w:val="20"/>
        </w:rPr>
        <w:t>19:46  to Abu Talib tayyar ho gaye. ji. aur le ke gaye. to aik bar Rasool Allah sal Allah aleh wasalam pehle hi, yaani Syria ja chuke thay.</w:t>
      </w:r>
      <w:r>
        <w:br/>
      </w:r>
      <w:r>
        <w:rPr>
          <w:sz w:val="20"/>
        </w:rPr>
        <w:t>19:56  ji. to thora bohat tajurba tha, un ko idea tha ke kaise safar hota hai. lekin is bar ka jo safar tha, yeh thora mukhtalif tha is lihaaz se ke he was in charge of the entire qafila.</w:t>
      </w:r>
      <w:r>
        <w:br/>
      </w:r>
      <w:r>
        <w:rPr>
          <w:sz w:val="20"/>
        </w:rPr>
        <w:t>20:13  ji</w:t>
      </w:r>
      <w:r>
        <w:br/>
      </w:r>
      <w:r>
        <w:rPr>
          <w:sz w:val="20"/>
        </w:rPr>
        <w:t>20:14  . aur sara jo saman hai, woh bohat hi hifazat ke sath le ke jana hai, aur bohat achi tarah se is ko, is ki jo sale karni hai, woh sara intizam karna hai.</w:t>
      </w:r>
      <w:r>
        <w:br/>
      </w:r>
      <w:r>
        <w:rPr>
          <w:sz w:val="20"/>
        </w:rPr>
        <w:t>20:26  ab jo camels hotay thay, un ka bhi khayal karna parta tha. ji. aur lamba rasta hai, agar koi camel man lijiye rastay mein bimar ho jaye ya kuch.</w:t>
      </w:r>
      <w:r>
        <w:br/>
      </w:r>
      <w:r>
        <w:rPr>
          <w:sz w:val="20"/>
        </w:rPr>
        <w:t>20:35  ji. ho jaye is ko, to sara safar hi mushkil mein par jata. to</w:t>
      </w:r>
      <w:r>
        <w:br/>
      </w:r>
      <w:r>
        <w:rPr>
          <w:sz w:val="20"/>
        </w:rPr>
        <w:t>20:41  woh Rasool Allah sal Allah aleh wasalam ne bohat achi planning ki. sara jo saman tha, woh oonton pe lada aur bohat achi tarike se plan kar ke safar shuru kiya.</w:t>
      </w:r>
      <w:r>
        <w:br/>
      </w:r>
      <w:r>
        <w:rPr>
          <w:sz w:val="20"/>
        </w:rPr>
        <w:t>20:55  to Hazrat Khadija R.A. ne Prophet ko aik helper ke tor par, aik un ka sath, aik aik servant tha Khadija R.A. ka, Maysarah is ka naam tha.</w:t>
      </w:r>
      <w:r>
        <w:br/>
      </w:r>
      <w:r>
        <w:rPr>
          <w:sz w:val="20"/>
        </w:rPr>
        <w:t>21:09  ji. to Maysarah ko bhi sath kar diya ke aap is ko rakhiye apne sath, aur aap ki help kare ga rastay mein. to phir yeh aik lamba safar kiya</w:t>
      </w:r>
      <w:r>
        <w:br/>
      </w:r>
      <w:r>
        <w:rPr>
          <w:sz w:val="20"/>
        </w:rPr>
        <w:t>21:20  Prophet sal Allah aleh wasalam ne Makkah se Syria, yaani kafi lamba safar hai, pura jo sehra, desert hai, Makkah se Madinah hotay hue phir north ki taraf, Amman yaani Jordan ki taraf, phir aur Palestine ki taraf.</w:t>
      </w:r>
      <w:r>
        <w:br/>
      </w:r>
      <w:r>
        <w:rPr>
          <w:sz w:val="20"/>
        </w:rPr>
        <w:t>21:37  ji. phir is ko oopar ja ke. to shuru shuru mein to zahir hai bohat hi sakht safar raha hoga. chounkay sehra mein safar bohat mushkil hota hai,</w:t>
      </w:r>
      <w:r>
        <w:br/>
      </w:r>
      <w:r>
        <w:rPr>
          <w:sz w:val="20"/>
        </w:rPr>
        <w:t>21:48  garmi hoti hai, dhoop hoti hai, shade nahi hai, pani nahi hota. lekin phir jab thora north ki taraf barhne lage to phir greenery nazar aayi wahan, aur phir shade bhi ho gaya, barish, pani bhi hai wahan, aur</w:t>
      </w:r>
      <w:r>
        <w:br/>
      </w:r>
      <w:r>
        <w:rPr>
          <w:sz w:val="20"/>
        </w:rPr>
        <w:t>22:08  trees waghera hain. to matlab thora sa behtar ho gaya.</w:t>
      </w:r>
      <w:r>
        <w:br/>
      </w:r>
      <w:r>
        <w:rPr>
          <w:sz w:val="20"/>
        </w:rPr>
        <w:t>22:11  phir yeh aik lamba safar tay karte hue Syria pohanchay, aur</w:t>
      </w:r>
      <w:r>
        <w:br/>
      </w:r>
      <w:r>
        <w:rPr>
          <w:sz w:val="20"/>
        </w:rPr>
        <w:t>22:19  wahan par jo</w:t>
      </w:r>
      <w:r>
        <w:br/>
      </w:r>
      <w:r>
        <w:rPr>
          <w:sz w:val="20"/>
        </w:rPr>
        <w:t>22:25  yaani market tha. ji. is mein ja ke wahan par shuru kiya. ji.</w:t>
      </w:r>
    </w:p>
    <w:p>
      <w:pPr>
        <w:pStyle w:val="Heading2"/>
      </w:pPr>
      <w:r>
        <w:t>Khadijah's friend Nafisa proposes the idea of marriage</w:t>
      </w:r>
    </w:p>
    <w:p>
      <w:r>
        <w:rPr>
          <w:color w:val="666666"/>
          <w:sz w:val="18"/>
        </w:rPr>
        <w:t>The Story of Hazrat Khadija Part I December 4, 2022 · 2m 37s · at 28:31 · https://youtu.be/cNzPbtW9AV0?t=1711</w:t>
      </w:r>
    </w:p>
    <w:p>
      <w:r>
        <w:rPr>
          <w:i/>
        </w:rPr>
        <w:t>“Her friend Nafisa heard her praise and had an idea”</w:t>
      </w:r>
    </w:p>
    <w:p>
      <w:r>
        <w:rPr>
          <w:sz w:val="20"/>
        </w:rPr>
        <w:t>28:31  un ki wajah se bohat hi acha raha saara, aur bohat hi profit hua.</w:t>
      </w:r>
      <w:r>
        <w:br/>
      </w:r>
      <w:r>
        <w:rPr>
          <w:sz w:val="20"/>
        </w:rPr>
        <w:t>28:36  to jab bohat tareef suni Nafeesa ne Hazrat Khadija se, to unhon ne kaha ke: "Why don't you marry him?" ji.</w:t>
      </w:r>
      <w:r>
        <w:br/>
      </w:r>
      <w:r>
        <w:rPr>
          <w:sz w:val="20"/>
        </w:rPr>
        <w:t>28:49  acha. to Hazrat Khadija ne kaha ke: "mera koi irada nahi tha shadi ka, I was not interested in getting married.</w:t>
      </w:r>
      <w:r>
        <w:br/>
      </w:r>
      <w:r>
        <w:rPr>
          <w:sz w:val="20"/>
        </w:rPr>
        <w:t>28:59  " ji. lekin jab mein Prophet Muhammad (SAW) se mili, to mein bohat hi un se, un ki shakhsiyat se mutaasir ho gayi, to mein shadi ke liye tayyar ho gayi.</w:t>
      </w:r>
      <w:r>
        <w:br/>
      </w:r>
      <w:r>
        <w:rPr>
          <w:sz w:val="20"/>
        </w:rPr>
        <w:t>29:10  ji. to Hazrat Khadija ne kaha Nafeesa se ke: "tum mera proposal le ke jao, mera paigham le ke jao." ji. to Nafeesa gaaeen Prophet ke paas, aur unhon ne kaha ke: "Why don't you get married?"</w:t>
      </w:r>
      <w:r>
        <w:br/>
      </w:r>
      <w:r>
        <w:rPr>
          <w:sz w:val="20"/>
        </w:rPr>
        <w:t>29:26  hmm. to Prophet ne kaha ke: "mere paas financial means nahi hain." jo</w:t>
      </w:r>
      <w:r>
        <w:br/>
      </w:r>
      <w:r>
        <w:rPr>
          <w:sz w:val="20"/>
        </w:rPr>
        <w:t>29:36  yaani jo mere ghar ke, jo is ki wajah yeh thi ke Abu Talib ke ghar mein rehte thay. ji. Prophet Abu Talib ke ghar mein rehte thay. chounke Prophet bachpan se hi orphan ho gaye thay.</w:t>
      </w:r>
      <w:r>
        <w:br/>
      </w:r>
      <w:r>
        <w:rPr>
          <w:sz w:val="20"/>
        </w:rPr>
        <w:t>29:47  ji ji ji. to Abu Talib ke saath rehte thay. un ke ghar mein aur bhi bohat saare log rehte thay. ji. aur Abu Talib ko bohat rich nahi thay.</w:t>
      </w:r>
      <w:r>
        <w:br/>
      </w:r>
      <w:r>
        <w:rPr>
          <w:sz w:val="20"/>
        </w:rPr>
        <w:t>29:54  to Prophet ne socha agar mein shadi karunga abhi, to aik aur burden un ke upar aa jaye ga. to jab unhon ne kaha ke: "tum shadi kyun nahi karte?" Nafeesa ne.</w:t>
      </w:r>
      <w:r>
        <w:br/>
      </w:r>
      <w:r>
        <w:rPr>
          <w:sz w:val="20"/>
        </w:rPr>
        <w:t>30:08  to unhon ne kaha ke: "mere paas means nahi hain. jo financial meri condition hai, woh allow nahi karti ke mein shadi karoon." ji.</w:t>
      </w:r>
      <w:r>
        <w:br/>
      </w:r>
      <w:r>
        <w:rPr>
          <w:sz w:val="20"/>
        </w:rPr>
        <w:t>30:16  to unhon ne kaha ke: "agar koi aisi khatoon jo ke aap ke jo saare masail hain, financial woh zimma le le, to phir kya aap shadi karein ge?" hmm.</w:t>
      </w:r>
      <w:r>
        <w:br/>
      </w:r>
      <w:r>
        <w:rPr>
          <w:sz w:val="20"/>
        </w:rPr>
        <w:t>30:30  to Nafeesa ne aur kaha ke: "Will you marry a woman with nobility, wealth, beauty, and character?" ji ji.</w:t>
      </w:r>
      <w:r>
        <w:br/>
      </w:r>
      <w:r>
        <w:rPr>
          <w:sz w:val="20"/>
        </w:rPr>
        <w:t>30:38  to Prophet hairaan ho gaye ke bolay ke: "tum kis ki baat kar rahi ho? Who is that woman</w:t>
      </w:r>
      <w:r>
        <w:br/>
      </w:r>
      <w:r>
        <w:rPr>
          <w:sz w:val="20"/>
        </w:rPr>
        <w:t>30:44  you are talking about?" hmm. to unhon ne kaha: "Khadija." ji. to mazeed hairaan ho gaye. kehne lage: "Why would she marry me?" hmm. chounke Hazrat Khadija ne bohat se logon ke proposal turn down kiye thay.</w:t>
      </w:r>
      <w:r>
        <w:br/>
      </w:r>
      <w:r>
        <w:rPr>
          <w:sz w:val="20"/>
        </w:rPr>
        <w:t>30:55  ji ji. baray baray jo leaders thay. ji. bohat hi rich businessmen thay. balkay aap hairaan honge ke jin logon ne proposals bheje thay shadi ke Hazrat Khadija ke.</w:t>
      </w:r>
    </w:p>
    <w:p>
      <w:pPr>
        <w:pStyle w:val="Heading2"/>
      </w:pPr>
      <w:r>
        <w:t>Lessons for today from Khadijah's life, especially women</w:t>
      </w:r>
    </w:p>
    <w:p>
      <w:r>
        <w:rPr>
          <w:color w:val="666666"/>
          <w:sz w:val="18"/>
        </w:rPr>
        <w:t>The Story of Hazrat Khadija Part I December 4, 2022 · 2m 47s · at 51:29 · https://youtu.be/cNzPbtW9AV0?t=3089</w:t>
      </w:r>
    </w:p>
    <w:p>
      <w:r>
        <w:rPr>
          <w:i/>
        </w:rPr>
        <w:t>“What lessons can we take from Khadijah's life?”</w:t>
      </w:r>
    </w:p>
    <w:p>
      <w:r>
        <w:rPr>
          <w:sz w:val="20"/>
        </w:rPr>
        <w:t>51:29  Allah. Doctor sahib aaj kay session ka aakhri sawal keh Hazrat Khadijah ki zindagi say hum kya kya lessons derive kar saktay hain?</w:t>
      </w:r>
      <w:r>
        <w:br/>
      </w:r>
      <w:r>
        <w:rPr>
          <w:sz w:val="20"/>
        </w:rPr>
        <w:t>51:38  aap nay bohat si nai baatein gehrai kay saath humain samjhain. ji. alhamdulillah but specific agar aap kuch hum sab ko batain.</w:t>
      </w:r>
      <w:r>
        <w:br/>
      </w:r>
      <w:r>
        <w:rPr>
          <w:sz w:val="20"/>
        </w:rPr>
        <w:t>51:46  ji. keh kya lessons hum derive kar saktay hain. ji. Hazrat Khadijah ki life say to woh bohat hum sab kay liye bohat useful hoga.</w:t>
      </w:r>
      <w:r>
        <w:br/>
      </w:r>
      <w:r>
        <w:rPr>
          <w:sz w:val="20"/>
        </w:rPr>
        <w:t>51:54  ji haan yeh bohat important sawal hai aur main samajhta hoon keh Hazrat Khadijah ki jo life hai woh bohat hi inspiring hai. ji. hum sab kay liye aur khaas taur say khawateen kay liye.</w:t>
      </w:r>
      <w:r>
        <w:br/>
      </w:r>
      <w:r>
        <w:rPr>
          <w:sz w:val="20"/>
        </w:rPr>
        <w:t>52:04  ji. chuna'nkeh jo ta'assur hai Islam kay baray mein woh yeh hai keh Islam khawateen ko parde mein rakhta hai aur ghar mein rakhta hai aur koi interaction nahi kar sakti, woh koi bahir ja kay kaam nahi kar</w:t>
      </w:r>
      <w:r>
        <w:br/>
      </w:r>
      <w:r>
        <w:rPr>
          <w:sz w:val="20"/>
        </w:rPr>
        <w:t>52:18  sakti. to is is say to jo Hazrat Khadijah ki misaal hai pandrah soo saal pehlay unhon nay itna bara business kiya.</w:t>
      </w:r>
      <w:r>
        <w:br/>
      </w:r>
      <w:r>
        <w:rPr>
          <w:sz w:val="20"/>
        </w:rPr>
        <w:t>52:27  ji. aur aur doosri baat yeh hai keh bohat kamyab business kiya aur wealthy khatoon ban gaeen Makkah ki lekin is say is kay ilawa un ki jo un ka jo paisa tha woh sara ka sara unhon nay prophet kay disposal pe day diya.</w:t>
      </w:r>
      <w:r>
        <w:br/>
      </w:r>
      <w:r>
        <w:rPr>
          <w:sz w:val="20"/>
        </w:rPr>
        <w:t>52:42  j</w:t>
      </w:r>
      <w:r>
        <w:br/>
      </w:r>
      <w:r>
        <w:rPr>
          <w:sz w:val="20"/>
        </w:rPr>
        <w:t>52:43  y. j. chuki jab islam ka kaam shuru hua to zahir hai us waqt zarurat thi paise ki to hazrat khadija ka jo jo maal tha wo prophet ke kaam aya</w:t>
      </w:r>
      <w:r>
        <w:br/>
      </w:r>
      <w:r>
        <w:rPr>
          <w:sz w:val="20"/>
        </w:rPr>
        <w:t>52:57  humm. to yani is mein aik lesson to yeh hai ke khawateen ko bhi chahiye ke wo hissa lein deen ke ke kaam mein aur j aur aur jo bhi deeni aur da'wati sar'germi hai us mein barh charh ke hissa lein.</w:t>
      </w:r>
      <w:r>
        <w:br/>
      </w:r>
      <w:r>
        <w:rPr>
          <w:sz w:val="20"/>
        </w:rPr>
        <w:t>53:16  j. aur apne ghar mein yani aik deeni mahol paida karein. j</w:t>
      </w:r>
      <w:r>
        <w:br/>
      </w:r>
      <w:r>
        <w:rPr>
          <w:sz w:val="20"/>
        </w:rPr>
        <w:t>53:22  jaisay hazrat khadija ke life se pata chalta hai ke aam taur se ghar mein hum baithe rehte hain to baat karein ge furniture ki aur carpet ki aur.</w:t>
      </w:r>
      <w:r>
        <w:br/>
      </w:r>
      <w:r>
        <w:rPr>
          <w:sz w:val="20"/>
        </w:rPr>
        <w:t>53:33  j. parde ko badlo aur yeh karo woh karo. yani yeh dekhna chahiye ke jab hum log ghar mein baithe hain to hum kya baat kar rahe hain. j. yeh sab duniyavi baatein kar rahe hain.</w:t>
      </w:r>
      <w:r>
        <w:br/>
      </w:r>
      <w:r>
        <w:rPr>
          <w:sz w:val="20"/>
        </w:rPr>
        <w:t>53:43  j. ya koi gehri baat jis se aap ke andar kuch spirituality ja</w:t>
      </w:r>
      <w:r>
        <w:br/>
      </w:r>
      <w:r>
        <w:rPr>
          <w:sz w:val="20"/>
        </w:rPr>
        <w:t>53:51  gay. to yeh hazrat khadija ka qissa itna zyada inspiring hai ke shayad hi koi khawateen yani islami tareekh mein aisi guzri hon.</w:t>
      </w:r>
      <w:r>
        <w:br/>
      </w:r>
      <w:r>
        <w:rPr>
          <w:sz w:val="20"/>
        </w:rPr>
        <w:t>54:04  j. jis jin ki zindagi se hum sab ko bohat kuch seekhna hai. j. j yaqeenan doctor sahib jazak Allah. In fact isi liye Maulana Wahiduddin Khan sahib doctor sahib itna emphasize karte the.</w:t>
      </w:r>
    </w:p>
    <w:p>
      <w:pPr>
        <w:pStyle w:val="Heading2"/>
      </w:pPr>
      <w:r>
        <w:t>Religion in Mecca before Islam and Khadijah's monotheism</w:t>
      </w:r>
    </w:p>
    <w:p>
      <w:r>
        <w:rPr>
          <w:color w:val="666666"/>
          <w:sz w:val="18"/>
        </w:rPr>
        <w:t>The Story of Hazrat Khadija Part I December 4, 2022 · 3m 37s · at 6:09 · https://youtu.be/cNzPbtW9AV0?t=369</w:t>
      </w:r>
    </w:p>
    <w:p>
      <w:r>
        <w:rPr>
          <w:i/>
        </w:rPr>
        <w:t>“Before Islam, what religion did Khadijah actually follow?”</w:t>
      </w:r>
    </w:p>
    <w:p>
      <w:r>
        <w:rPr>
          <w:sz w:val="20"/>
        </w:rPr>
        <w:t>6:09  asal mein jo Makkah tha, wahan ke jo beshtar log thay, woh mushrik thay. ji. yaani ek Khuda se zyada aur Khudaon ki parastish kiya karte thay.</w:t>
      </w:r>
      <w:r>
        <w:br/>
      </w:r>
      <w:r>
        <w:rPr>
          <w:sz w:val="20"/>
        </w:rPr>
        <w:t>6:22  jaise Quran mein aata hai Laat, Manat, aur Uzza, is tarah ke naam aate hain jo unhon ne maabood bana rakhe thay.</w:t>
      </w:r>
      <w:r>
        <w:br/>
      </w:r>
      <w:r>
        <w:rPr>
          <w:sz w:val="20"/>
        </w:rPr>
        <w:t>6:30  lekin isi ke saath saath choonkay Hazrat Ibrahim Alaihissalam aaye thay Makkah, aur Ismail Alaihissalam ko wahan basaya tha, Hazrat Hajra ko basaya tha, aur Zam Zam ka woh moajza hua tha.</w:t>
      </w:r>
      <w:r>
        <w:br/>
      </w:r>
      <w:r>
        <w:rPr>
          <w:sz w:val="20"/>
        </w:rPr>
        <w:t>6:45  ji. to phir wahan log rehne lagay thay. to woh jo teachings theen Hazrat Ibrahim Alaihissalam ki, woh nasal dar nasal kuch baqi reh gayi theen wahan.</w:t>
      </w:r>
      <w:r>
        <w:br/>
      </w:r>
      <w:r>
        <w:rPr>
          <w:sz w:val="20"/>
        </w:rPr>
        <w:t>6:56  lekin zyada tar log m</w:t>
      </w:r>
      <w:r>
        <w:br/>
      </w:r>
      <w:r>
        <w:rPr>
          <w:sz w:val="20"/>
        </w:rPr>
        <w:t>6:58  shirk thay. lekin kuch log thay jo Hazrat Ibrahim ka jo bataya hua deen tha, yaani pure monotheism ka jo religion tha, us pe qaim thay.</w:t>
      </w:r>
      <w:r>
        <w:br/>
      </w:r>
      <w:r>
        <w:rPr>
          <w:sz w:val="20"/>
        </w:rPr>
        <w:t>7:12  kitabon mein kai ek list aati hai ke makkah mein yeh log abrahimi mazhab pe qaim thay jis ko deen hanif kaha jata tha.</w:t>
      </w:r>
      <w:r>
        <w:br/>
      </w:r>
      <w:r>
        <w:rPr>
          <w:sz w:val="20"/>
        </w:rPr>
        <w:t>7:22  yani hanif quran mein hazrat ibrahim ke liye aya hai.</w:t>
      </w:r>
      <w:r>
        <w:br/>
      </w:r>
      <w:r>
        <w:rPr>
          <w:sz w:val="20"/>
        </w:rPr>
        <w:t>7:26  ji. to is mein se Prophet Muhammad sallallahu alaihi wasallam bhi thay, aur hazrat khadijah bhi theen, hazrat abubakar bhi thay.</w:t>
      </w:r>
      <w:r>
        <w:br/>
      </w:r>
      <w:r>
        <w:rPr>
          <w:sz w:val="20"/>
        </w:rPr>
        <w:t>7:36  to, aur hazrat khadijah ke jo father thay khwaild, woh bhi deen hanif pe qaim thay.</w:t>
      </w:r>
      <w:r>
        <w:br/>
      </w:r>
      <w:r>
        <w:rPr>
          <w:sz w:val="20"/>
        </w:rPr>
        <w:t>7:45  to</w:t>
      </w:r>
      <w:r>
        <w:br/>
      </w:r>
      <w:r>
        <w:rPr>
          <w:sz w:val="20"/>
        </w:rPr>
        <w:t>7:46  ek waqia aata hai ke</w:t>
      </w:r>
      <w:r>
        <w:br/>
      </w:r>
      <w:r>
        <w:rPr>
          <w:sz w:val="20"/>
        </w:rPr>
        <w:t>7:50  ek bar jab choti theen hazrat khadijah rz, to un ke father un ko kahin le ke ja rahe thay. to unhon ne dekha ke un ke father ne dekha ke kuch rastay mein log shirk kar rahe hain, shirk mein mubtala hain.</w:t>
      </w:r>
      <w:r>
        <w:br/>
      </w:r>
      <w:r>
        <w:rPr>
          <w:sz w:val="20"/>
        </w:rPr>
        <w:t>8:05  ji. to unhon ne is taraf se munh apna pher liya aur kuch kapra waghera munh pe daal liya. to hazrat khadijah ne poocha ke aap ne aisa</w:t>
      </w:r>
      <w:r>
        <w:br/>
      </w:r>
      <w:r>
        <w:rPr>
          <w:sz w:val="20"/>
        </w:rPr>
        <w:t>8:15  kyun kiya? to un ke father ne kaha ke yeh log nadan hain, yeh log shirk mein mubtala hain. to bachpan se hi un ko taleem un ke father ne di.</w:t>
      </w:r>
      <w:r>
        <w:br/>
      </w:r>
      <w:r>
        <w:rPr>
          <w:sz w:val="20"/>
        </w:rPr>
        <w:t>8:28  aur ek aur baat hai ke jo makkah tha, wahan kuch log thay jo woh dua karte thay, jo deen hanif pe qaim thay, hazrat ibrahim alaihi assalam ke deen pe qaim thay.</w:t>
      </w:r>
      <w:r>
        <w:br/>
      </w:r>
      <w:r>
        <w:rPr>
          <w:sz w:val="20"/>
        </w:rPr>
        <w:t>8:45  to woh yeh dua karte thay ke aye allah, tu hamein woh tareeqa bata jis se hum teri ibadat karein.</w:t>
      </w:r>
      <w:r>
        <w:br/>
      </w:r>
      <w:r>
        <w:rPr>
          <w:sz w:val="20"/>
        </w:rPr>
        <w:t>8:53  chounke woh sab cheezein dilute ho gayi hongi, ab jaise aaj hamare paas quran hai, cheezein mehfooz hain, to woh zamanay mein is tarah ki cheezein mehfooz nahi theen.</w:t>
      </w:r>
      <w:r>
        <w:br/>
      </w:r>
      <w:r>
        <w:rPr>
          <w:sz w:val="20"/>
        </w:rPr>
        <w:t>9:02  to jo bhi deen reh gaya tha baqi, to woh bohat hi halke form mein raha hoga. us waqt hajj ka riwaj tha, hajj hota tha, log tawaaf karte thay.</w:t>
      </w:r>
      <w:r>
        <w:br/>
      </w:r>
      <w:r>
        <w:rPr>
          <w:sz w:val="20"/>
        </w:rPr>
        <w:t>9:15  ji. lekin koi bohat baqayeda ibadat ka tareeqa ghalib</w:t>
      </w:r>
      <w:r>
        <w:br/>
      </w:r>
      <w:r>
        <w:rPr>
          <w:sz w:val="20"/>
        </w:rPr>
        <w:t>9:19  a nahi tha. to is tarah se log</w:t>
      </w:r>
      <w:r>
        <w:br/>
      </w:r>
      <w:r>
        <w:rPr>
          <w:sz w:val="20"/>
        </w:rPr>
        <w:t>9:24  dua karte thay. aur ek hazrat khadijah rz ka qaul bhi hai ke is dunya ka jo khaliq hai aur malik hai, woh ek hai, aur us se shirk karna khilaf aqal hai.</w:t>
      </w:r>
      <w:r>
        <w:br/>
      </w:r>
      <w:r>
        <w:rPr>
          <w:sz w:val="20"/>
        </w:rPr>
        <w:t>9:36  to is ka matlab yahi hai ke hazrat khadijah bhi wohi deen hanif pe qaim theen. ji. jo ibrahim alaihi assalam ka laya hua tha.</w:t>
      </w:r>
      <w:r>
        <w:br/>
      </w:r>
      <w:r>
        <w:rPr>
          <w:sz w:val="20"/>
        </w:rPr>
        <w:t>9:45  ji ji ji. mashallah.</w:t>
      </w:r>
    </w:p>
    <w:p>
      <w:pPr>
        <w:pStyle w:val="Heading2"/>
      </w:pPr>
      <w:r>
        <w:t>The full story of the marriage proposal to Khadijah</w:t>
      </w:r>
    </w:p>
    <w:p>
      <w:r>
        <w:rPr>
          <w:color w:val="666666"/>
          <w:sz w:val="18"/>
        </w:rPr>
        <w:t>The Story of Hazrat Khadija Part I December 4, 2022 · 5m 48s · at 27:13 · https://youtu.be/cNzPbtW9AV0?t=1633</w:t>
      </w:r>
    </w:p>
    <w:p>
      <w:r>
        <w:rPr>
          <w:i/>
        </w:rPr>
        <w:t>“How did the marriage proposal to Khadijah come about?”</w:t>
      </w:r>
    </w:p>
    <w:p>
      <w:r>
        <w:rPr>
          <w:sz w:val="20"/>
        </w:rPr>
        <w:t>27:13  to Doctor sahib, wahan se phir kaise kahani aagay progress karti hai? Marriage proposal jo hai, woh kaise aaya? Is ke baray mein batayein.</w:t>
      </w:r>
      <w:r>
        <w:br/>
      </w:r>
      <w:r>
        <w:rPr>
          <w:sz w:val="20"/>
        </w:rPr>
        <w:t>27:23  haan, to jaisa aap ne kaha hai ke Syrian. ji. jo qairwaan tha, yeh venture jo tha, is se bohat hi mutasir huien. ji.</w:t>
      </w:r>
      <w:r>
        <w:br/>
      </w:r>
      <w:r>
        <w:rPr>
          <w:sz w:val="20"/>
        </w:rPr>
        <w:t>27:32  Hazrat Khadija aur un ke dil mein bohat hi maqam paida ho gaya Prophet ke liye.</w:t>
      </w:r>
      <w:r>
        <w:br/>
      </w:r>
      <w:r>
        <w:rPr>
          <w:sz w:val="20"/>
        </w:rPr>
        <w:t>27:39  jo bohat hi impress huien un ke hard work se, un ki honesty se, un ki truthfulness se. to aur un ki jo sadgi thi Rasool Allah ki.</w:t>
      </w:r>
      <w:r>
        <w:br/>
      </w:r>
      <w:r>
        <w:rPr>
          <w:sz w:val="20"/>
        </w:rPr>
        <w:t>27:49  ji. woh bhi ghair maamooli mutaasir huin is ki wajah se. to aik din Hazrat Khadija R.A. ki aik saheli theen, bohat hi close friend theen un ki, jin ka naam Nafeesa aata hai.</w:t>
      </w:r>
      <w:r>
        <w:br/>
      </w:r>
      <w:r>
        <w:rPr>
          <w:sz w:val="20"/>
        </w:rPr>
        <w:t>28:05  Nafeesa bint Munyah.</w:t>
      </w:r>
      <w:r>
        <w:br/>
      </w:r>
      <w:r>
        <w:rPr>
          <w:sz w:val="20"/>
        </w:rPr>
        <w:t>28:08  to yeh aaeen milne ke liye. to Hazrat Khadija ne saari baatein bataeen ke abhi mein ne qaafla bheja tha Syria, aur us ke baray mein baat cheet karne lagaein.</w:t>
      </w:r>
      <w:r>
        <w:br/>
      </w:r>
      <w:r>
        <w:rPr>
          <w:sz w:val="20"/>
        </w:rPr>
        <w:t>28:21  aur phir Prophet (SAW) ke baray mein bhi batane lagaein ke woh le gaye thay qaafla, aur bohat hi naik insaan hain, bohat hi hard working hain, bohat hi trustworthy hain.</w:t>
      </w:r>
      <w:r>
        <w:br/>
      </w:r>
      <w:r>
        <w:rPr>
          <w:sz w:val="20"/>
        </w:rPr>
        <w:t>28:31  un ki wajah se bohat hi acha raha saara, aur bohat hi profit hua.</w:t>
      </w:r>
      <w:r>
        <w:br/>
      </w:r>
      <w:r>
        <w:rPr>
          <w:sz w:val="20"/>
        </w:rPr>
        <w:t>28:36  to jab bohat tareef suni Nafeesa ne Hazrat Khadija se, to unhon ne kaha ke: "Why don't you marry him?" ji.</w:t>
      </w:r>
      <w:r>
        <w:br/>
      </w:r>
      <w:r>
        <w:rPr>
          <w:sz w:val="20"/>
        </w:rPr>
        <w:t>28:49  acha. to Hazrat Khadija ne kaha ke: "mera koi irada nahi tha shadi ka, I was not interested in getting married.</w:t>
      </w:r>
      <w:r>
        <w:br/>
      </w:r>
      <w:r>
        <w:rPr>
          <w:sz w:val="20"/>
        </w:rPr>
        <w:t>28:59  " ji. lekin jab mein Prophet Muhammad (SAW) se mili, to mein bohat hi un se, un ki shakhsiyat se mutaasir ho gayi, to mein shadi ke liye tayyar ho gayi.</w:t>
      </w:r>
      <w:r>
        <w:br/>
      </w:r>
      <w:r>
        <w:rPr>
          <w:sz w:val="20"/>
        </w:rPr>
        <w:t>29:10  ji. to Hazrat Khadija ne kaha Nafeesa se ke: "tum mera proposal le ke jao, mera paigham le ke jao." ji. to Nafeesa gaaeen Prophet ke paas, aur unhon ne kaha ke: "Why don't you get married?"</w:t>
      </w:r>
      <w:r>
        <w:br/>
      </w:r>
      <w:r>
        <w:rPr>
          <w:sz w:val="20"/>
        </w:rPr>
        <w:t>29:26  hmm. to Prophet ne kaha ke: "mere paas financial means nahi hain." jo</w:t>
      </w:r>
      <w:r>
        <w:br/>
      </w:r>
      <w:r>
        <w:rPr>
          <w:sz w:val="20"/>
        </w:rPr>
        <w:t>29:36  yaani jo mere ghar ke, jo is ki wajah yeh thi ke Abu Talib ke ghar mein rehte thay. ji. Prophet Abu Talib ke ghar mein rehte thay. chounke Prophet bachpan se hi orphan ho gaye thay.</w:t>
      </w:r>
      <w:r>
        <w:br/>
      </w:r>
      <w:r>
        <w:rPr>
          <w:sz w:val="20"/>
        </w:rPr>
        <w:t>29:47  ji ji ji. to Abu Talib ke saath rehte thay. un ke ghar mein aur bhi bohat saare log rehte thay. ji. aur Abu Talib ko bohat rich nahi thay.</w:t>
      </w:r>
      <w:r>
        <w:br/>
      </w:r>
      <w:r>
        <w:rPr>
          <w:sz w:val="20"/>
        </w:rPr>
        <w:t>29:54  to Prophet ne socha agar mein shadi karunga abhi, to aik aur burden un ke upar aa jaye ga. to jab unhon ne kaha ke: "tum shadi kyun nahi karte?" Nafeesa ne.</w:t>
      </w:r>
      <w:r>
        <w:br/>
      </w:r>
      <w:r>
        <w:rPr>
          <w:sz w:val="20"/>
        </w:rPr>
        <w:t>30:08  to unhon ne kaha ke: "mere paas means nahi hain. jo financial meri condition hai, woh allow nahi karti ke mein shadi karoon." ji.</w:t>
      </w:r>
      <w:r>
        <w:br/>
      </w:r>
      <w:r>
        <w:rPr>
          <w:sz w:val="20"/>
        </w:rPr>
        <w:t>30:16  to unhon ne kaha ke: "agar koi aisi khatoon jo ke aap ke jo saare masail hain, financial woh zimma le le, to phir kya aap shadi karein ge?" hmm.</w:t>
      </w:r>
      <w:r>
        <w:br/>
      </w:r>
      <w:r>
        <w:rPr>
          <w:sz w:val="20"/>
        </w:rPr>
        <w:t>30:30  to Nafeesa ne aur kaha ke: "Will you marry a woman with nobility, wealth, beauty, and character?" ji ji.</w:t>
      </w:r>
      <w:r>
        <w:br/>
      </w:r>
      <w:r>
        <w:rPr>
          <w:sz w:val="20"/>
        </w:rPr>
        <w:t>30:38  to Prophet hairaan ho gaye ke bolay ke: "tum kis ki baat kar rahi ho? Who is that woman</w:t>
      </w:r>
      <w:r>
        <w:br/>
      </w:r>
      <w:r>
        <w:rPr>
          <w:sz w:val="20"/>
        </w:rPr>
        <w:t>30:44  you are talking about?" hmm. to unhon ne kaha: "Khadija." ji. to mazeed hairaan ho gaye. kehne lage: "Why would she marry me?" hmm. chounke Hazrat Khadija ne bohat se logon ke proposal turn down kiye thay.</w:t>
      </w:r>
      <w:r>
        <w:br/>
      </w:r>
      <w:r>
        <w:rPr>
          <w:sz w:val="20"/>
        </w:rPr>
        <w:t>30:55  ji ji. baray baray jo leaders thay. ji. bohat hi rich businessmen thay. balkay aap hairaan honge ke jin logon ne proposals bheje thay shadi ke Hazrat Khadija ke.</w:t>
      </w:r>
      <w:r>
        <w:br/>
      </w:r>
      <w:r>
        <w:rPr>
          <w:sz w:val="20"/>
        </w:rPr>
        <w:t>31:08  ji. un mein Abu Jahl bhi tha. acha. ji. aur Abu Sufyan</w:t>
      </w:r>
      <w:r>
        <w:br/>
      </w:r>
      <w:r>
        <w:rPr>
          <w:sz w:val="20"/>
        </w:rPr>
        <w:t>31:14  bhi thay. ji. yeh dono they were the most prominent opponent of the Prophet. ji ji ji. Abu Jahl to zindagi bhar dushmani karta raha.</w:t>
      </w:r>
      <w:r>
        <w:br/>
      </w:r>
      <w:r>
        <w:rPr>
          <w:sz w:val="20"/>
        </w:rPr>
        <w:t>31:22  hmm. lekin Abu Sufyan baad mein Rasool Allah ke saathi ban gaye thay. saathi thay. aur un ke bete Muawiyah. ji. Founder hain us ke Umayyad dynasty ke.</w:t>
      </w:r>
      <w:r>
        <w:br/>
      </w:r>
      <w:r>
        <w:rPr>
          <w:sz w:val="20"/>
        </w:rPr>
        <w:t>31:33  Dynasty ke. ji.</w:t>
      </w:r>
      <w:r>
        <w:br/>
      </w:r>
      <w:r>
        <w:rPr>
          <w:sz w:val="20"/>
        </w:rPr>
        <w:t>31:34  to jab yeh saari baatein Nafeesa se suni Prophet ne, mere khayal se Prophet must have been pleasantly surprised yeh us in in in sab baaton ko sun ke.</w:t>
      </w:r>
      <w:r>
        <w:br/>
      </w:r>
      <w:r>
        <w:rPr>
          <w:sz w:val="20"/>
        </w:rPr>
        <w:t>31:46  to unhon ne kaha ke: "acha mein apne uncle se baat karunga." ji. Abu Talib se. to unhon ne apne Abu Talib se baat ki, apne uncle se baat ki, aur Abu Talib</w:t>
      </w:r>
      <w:r>
        <w:br/>
      </w:r>
      <w:r>
        <w:rPr>
          <w:sz w:val="20"/>
        </w:rPr>
        <w:t>31:57  bhi bohat khush hue. hmm. aur aik aik aur kitabon mein aata hai ke Hazrat Khadija ne khwab dekha.</w:t>
      </w:r>
      <w:r>
        <w:br/>
      </w:r>
      <w:r>
        <w:rPr>
          <w:sz w:val="20"/>
        </w:rPr>
        <w:t>32:07  acha. Hazrat Khadija ne yeh khwab dekha ke aik suraj, suraj aasman se utar raha hai, utarte utarte woh un ke ghar mein utar gaya.</w:t>
      </w:r>
      <w:r>
        <w:br/>
      </w:r>
      <w:r>
        <w:rPr>
          <w:sz w:val="20"/>
        </w:rPr>
        <w:t>32:17  ji.</w:t>
      </w:r>
      <w:r>
        <w:br/>
      </w:r>
      <w:r>
        <w:rPr>
          <w:sz w:val="20"/>
        </w:rPr>
        <w:t>32:18  to woh Warqa bin Naufal jo un ke cousin thay, un ke paas gaein. hmm. ke yeh khwab maine dekha hai, is ko interpret karein. to Warqa bin Naufal ne kaha ke: "You will either marry a noble person, a noble man, or a Prophet." okay.</w:t>
      </w:r>
      <w:r>
        <w:br/>
      </w:r>
      <w:r>
        <w:rPr>
          <w:sz w:val="20"/>
        </w:rPr>
        <w:t>32:33  to yeh khwab ki bhi yani aik tareeqay se woh aik basharat thi un ke liye. mashallah.</w:t>
      </w:r>
      <w:r>
        <w:br/>
      </w:r>
      <w:r>
        <w:rPr>
          <w:sz w:val="20"/>
        </w:rPr>
        <w:t>32:42  to is tarah, is tareeqay se yeh shadi tay ho gayi Hazrat Muhammad SA</w:t>
      </w:r>
      <w:r>
        <w:br/>
      </w:r>
      <w:r>
        <w:rPr>
          <w:sz w:val="20"/>
        </w:rPr>
        <w:t>32:47  W. ji. Hazrat Khadija ke sath. ji. doctor sahib, kuch comments parhna chahunga. yeh Rohit Kumar ji ne Amritsar se likha hai. bohat hi ahem jankari di doctor sahib ne hamein bataya, jis ke baray mein bohat hi kam logon ko pata hoga.</w:t>
      </w:r>
    </w:p>
    <w:p>
      <w:pPr>
        <w:pStyle w:val="Heading2"/>
      </w:pPr>
      <w:r>
        <w:t>Bulldozing the Prophet's historic house at Khadija's home</w:t>
      </w:r>
    </w:p>
    <w:p>
      <w:r>
        <w:rPr>
          <w:color w:val="666666"/>
          <w:sz w:val="18"/>
        </w:rPr>
        <w:t>Return to Religion June 13, 2009 · 1m 54s · at 39:45 · https://youtu.be/qx7LpCmXMQk?t=2385</w:t>
      </w:r>
    </w:p>
    <w:p>
      <w:r>
        <w:rPr>
          <w:i/>
        </w:rPr>
        <w:t>“There was a great historical monument in Mecca”</w:t>
      </w:r>
    </w:p>
    <w:p>
      <w:r>
        <w:rPr>
          <w:sz w:val="20"/>
        </w:rPr>
        <w:t>39:45  makka mein ek bohat bari cheez thi, yaani ek bohat bara historical monument. agar to aaj hota to hum log.</w:t>
      </w:r>
      <w:r>
        <w:br/>
      </w:r>
      <w:r>
        <w:rPr>
          <w:sz w:val="20"/>
        </w:rPr>
        <w:t>39:56  woh hazrat khadija ghar, jahan rasool allah rahe, jahan rasool allah ke din aur raat guzre, wahi ka wahi ghar makka mein tha.</w:t>
      </w:r>
      <w:r>
        <w:br/>
      </w:r>
      <w:r>
        <w:rPr>
          <w:sz w:val="20"/>
        </w:rPr>
        <w:t>40:09  to ab kuch bewakoof log ja kar ke wahan lage duaen karne. to aap mana karte hain un ko ke duaen mat karo, dekh lo khali.</w:t>
      </w:r>
      <w:r>
        <w:br/>
      </w:r>
      <w:r>
        <w:rPr>
          <w:sz w:val="20"/>
        </w:rPr>
        <w:t>40:18  hum to zyada dekhte hain is ko ke yeh rasool allah yahan rahe hain is ghar mein. to kaisa ajeeb! is lekin woh us ko, us ko, us ko bulldozer chala diya.</w:t>
      </w:r>
      <w:r>
        <w:br/>
      </w:r>
      <w:r>
        <w:rPr>
          <w:sz w:val="20"/>
        </w:rPr>
        <w:t>40:29  that is extremism, bohat hi sahib! itni bari cheez ke yeh, yeh kitni bari baat hai!</w:t>
      </w:r>
      <w:r>
        <w:br/>
      </w:r>
      <w:r>
        <w:rPr>
          <w:sz w:val="20"/>
        </w:rPr>
        <w:t>40:38  yeh europe, america mein dekhen, aap jante hain, preserve karte hain. preserve dekhen, islam ke term mein woh shiaar tha. ek shiaar, ek word hai arabic mein, woh shiaar tha.</w:t>
      </w:r>
      <w:r>
        <w:br/>
      </w:r>
      <w:r>
        <w:rPr>
          <w:sz w:val="20"/>
        </w:rPr>
        <w:t>40:50  shiaar means symbol, symbol of it. was symbolic value is mein thi ke prophet yahan rahen hain.</w:t>
      </w:r>
      <w:r>
        <w:br/>
      </w:r>
      <w:r>
        <w:rPr>
          <w:sz w:val="20"/>
        </w:rPr>
        <w:t>41:00  to woh koi secret nahi tha. there is difference between secret</w:t>
      </w:r>
      <w:r>
        <w:br/>
      </w:r>
      <w:r>
        <w:rPr>
          <w:sz w:val="20"/>
        </w:rPr>
        <w:t>41:04  and symbol. to woh symbol tha, yaani shiaar tha. woh koi secret cheez nahi thi. to woh log jo bechare seedhe saade hote hain, lage wahan par ja ke chho, jaise jo hote hain, jo willing war par chhoote hain, wahan pe ja ke chho ke rote hain, is se rote hain.</w:t>
      </w:r>
      <w:r>
        <w:br/>
      </w:r>
      <w:r>
        <w:rPr>
          <w:sz w:val="20"/>
        </w:rPr>
        <w:t>41:20  woh karne lage kuch mazhab. to aap mana kijiye un ko! yeh kya, is ko bulldozer kar dein? kitni historical cheez thi, itni bari historical</w:t>
      </w:r>
      <w:r>
        <w:br/>
      </w:r>
      <w:r>
        <w:rPr>
          <w:sz w:val="20"/>
        </w:rPr>
        <w:t>41:29  cheez! no, there are so many people when they go there, and the people who are responsible to let them, just to say not to do it.</w:t>
      </w:r>
    </w:p>
    <w:p>
      <w:pPr>
        <w:pStyle w:val="Heading2"/>
      </w:pPr>
      <w:r>
        <w:t>Prophet Muhammad's reply after revelation: now where is rest</w:t>
      </w:r>
    </w:p>
    <w:p>
      <w:r>
        <w:rPr>
          <w:color w:val="666666"/>
          <w:sz w:val="18"/>
        </w:rPr>
        <w:t>Prophetic Mission in 21st Century October 2, 2011 Maulana Wahiduddin Khan · 52s · at 52:44 · https://youtu.be/ao5gC6SXQXE?t=3164</w:t>
      </w:r>
    </w:p>
    <w:p>
      <w:r>
        <w:rPr>
          <w:i/>
        </w:rPr>
        <w:t>“Aap ne farmaya: Ana raahi ya Khadija, ab raahat kahan?”</w:t>
      </w:r>
    </w:p>
    <w:p>
      <w:r>
        <w:rPr>
          <w:sz w:val="20"/>
        </w:rPr>
        <w:t>52:44  Rasool Allah (SAW) ko jab nahi banaya gaya ghar-e-hira mein, aap wapas aaye to Hazrat Khadija jo aap ki ahliya theen, unhon ne bistar bichhaya ke aap aaram kar lijiye.</w:t>
      </w:r>
      <w:r>
        <w:br/>
      </w:r>
      <w:r>
        <w:rPr>
          <w:sz w:val="20"/>
        </w:rPr>
        <w:t>53:00  to aap ne farmaya ke "Ana rah ya Khadija, aye Khadija, ab rahat kahan?" Ab to Allah ne ek zimmedari daal di hai,</w:t>
      </w:r>
      <w:r>
        <w:br/>
      </w:r>
      <w:r>
        <w:rPr>
          <w:sz w:val="20"/>
        </w:rPr>
        <w:t>53:10  ab to is zimmedari ko poora karna hai. "Ana rah ya Khadija, ab rahat kahan?" Bas gaon ke Rasool Allah (SAW) ne yeh paigham hamein shashta diya.</w:t>
      </w:r>
      <w:r>
        <w:br/>
      </w:r>
      <w:r>
        <w:rPr>
          <w:sz w:val="20"/>
        </w:rPr>
        <w:t>53:23  hamein shashta ko paak ki aawaz aa rahi hai ke "rahat kahan?" Raat to inshallah agar Allah ta'ala bakhsh de, jannat de to wahan raat hai.</w:t>
      </w:r>
    </w:p>
    <w:p>
      <w:pPr>
        <w:pStyle w:val="Heading2"/>
      </w:pPr>
      <w:r>
        <w:t>Khadija was the first person to believe in the Prophet</w:t>
      </w:r>
    </w:p>
    <w:p>
      <w:r>
        <w:rPr>
          <w:color w:val="666666"/>
          <w:sz w:val="18"/>
        </w:rPr>
        <w:t>The Man Al-Quran Builds April 2, 2006 Maulana Wahiduddin Khan · 24s · at 27:59 · https://youtu.be/06TQIt_5vlw?t=1679</w:t>
      </w:r>
    </w:p>
    <w:p>
      <w:r>
        <w:rPr>
          <w:i/>
        </w:rPr>
        <w:t>“Makkah mein sab se pehla iman lane wali Khadija thin”</w:t>
      </w:r>
    </w:p>
    <w:p>
      <w:r>
        <w:rPr>
          <w:sz w:val="20"/>
        </w:rPr>
        <w:t>27:59  sab se pehle jo sab se pehla insaan jo aap par imaan laya makkah mein jab aap ne ailaan kiya ke mujhe khuda ne paygambar banaya hai to woh khadijah theen.</w:t>
      </w:r>
      <w:r>
        <w:br/>
      </w:r>
      <w:r>
        <w:rPr>
          <w:sz w:val="20"/>
        </w:rPr>
        <w:t>28:12  khadijah aap ki wife theen to woh foran hi aap ko pehchan gayeen aur aur usi waqt woh aap par imaan layeen aap ko bator paygambar ke maan liya unhon ne.</w:t>
      </w:r>
    </w:p>
    <w:p>
      <w:pPr>
        <w:pStyle w:val="Heading2"/>
      </w:pPr>
      <w:r>
        <w:t>Khadija became the Prophet's greatest booster and supporter</w:t>
      </w:r>
    </w:p>
    <w:p>
      <w:r>
        <w:rPr>
          <w:color w:val="666666"/>
          <w:sz w:val="18"/>
        </w:rPr>
        <w:t>The Man Al-Quran Builds April 2, 2006 Maulana Wahiduddin Khan · 51s · at 28:24 · https://youtu.be/06TQIt_5vlw?t=1704</w:t>
      </w:r>
    </w:p>
    <w:p>
      <w:r>
        <w:rPr>
          <w:i/>
        </w:rPr>
        <w:t>“Khadija sab aurton ke liye ek model ban gayin”</w:t>
      </w:r>
    </w:p>
    <w:p>
      <w:r>
        <w:rPr>
          <w:sz w:val="20"/>
        </w:rPr>
        <w:t>28:24  to un ki zindagi ko parh kar jo hamein maloom hoti hain baatein to mein keh sakta hoon ke khadijah aik model bani tamam auraton ke liye.</w:t>
      </w:r>
      <w:r>
        <w:br/>
      </w:r>
      <w:r>
        <w:rPr>
          <w:sz w:val="20"/>
        </w:rPr>
        <w:t>28:34  woh model kya? woh booster ban gayeen rasool Allah ke liye. yani rasool Allah jo mission chalana chahte thay us mission mein unhon ne booster ka role ada kiya.</w:t>
      </w:r>
      <w:r>
        <w:br/>
      </w:r>
      <w:r>
        <w:rPr>
          <w:sz w:val="20"/>
        </w:rPr>
        <w:t>28:44  yani aap ka saath diya aap se cooperate kiya. har aitbar se woh un ke saath raheen.</w:t>
      </w:r>
      <w:r>
        <w:br/>
      </w:r>
      <w:r>
        <w:rPr>
          <w:sz w:val="20"/>
        </w:rPr>
        <w:t>28:52  un un ka jo un ki property un ki daulat un ki taqat un ke un ka jo kuch bhi tha woh sab laga diya unhon ne. chunancha is zamane mein yani makkah do zamane mein jo kaam aap ne kiya us mein barah-e-rast khadijah ka haath rehta tha har aitbar se.</w:t>
      </w:r>
      <w:r>
        <w:br/>
      </w:r>
      <w:r>
        <w:rPr>
          <w:sz w:val="20"/>
        </w:rPr>
        <w:t>29:08  to is ke liye mere paas jo lafz hai woh yahi hai ke woh booster bani prophet ki.</w:t>
      </w:r>
    </w:p>
    <w:p>
      <w:pPr>
        <w:pStyle w:val="Heading2"/>
      </w:pPr>
      <w:r>
        <w:t>Prophet Muhammad and Khadija as model of mutual duty</w:t>
      </w:r>
    </w:p>
    <w:p>
      <w:r>
        <w:rPr>
          <w:color w:val="666666"/>
          <w:sz w:val="18"/>
        </w:rPr>
        <w:t>Zariye Sukoon, Na Ki Zariye Tafri CPS Women Article Discussion July 16, 2023 · 2m 06s · at 50:31 · https://youtu.be/wtE8bacoZuA?t=3031</w:t>
      </w:r>
    </w:p>
    <w:p>
      <w:r>
        <w:rPr>
          <w:i/>
        </w:rPr>
        <w:t>“The best example is Prophet Muhammad aur Khatija Razi Allahu anha ki example”</w:t>
      </w:r>
    </w:p>
    <w:p>
      <w:r>
        <w:rPr>
          <w:sz w:val="20"/>
        </w:rPr>
        <w:t>50:31  kyunki agar hum dekhte hain to insaan ki jo journey hai woh ek bahut hi long life journey hai.</w:t>
      </w:r>
      <w:r>
        <w:br/>
      </w:r>
      <w:r>
        <w:rPr>
          <w:sz w:val="20"/>
        </w:rPr>
        <w:t>50:49  bahut lambi chadhne wali journey hai aur ek akela insaan is journey ko bahut hi successful tarike se</w:t>
      </w:r>
      <w:r>
        <w:br/>
      </w:r>
      <w:r>
        <w:rPr>
          <w:sz w:val="20"/>
        </w:rPr>
        <w:t>51:07  aage nahi le ja sakta.</w:t>
      </w:r>
      <w:r>
        <w:br/>
      </w:r>
      <w:r>
        <w:rPr>
          <w:sz w:val="20"/>
        </w:rPr>
        <w:t>51:25  hain. lekin isme agar hum ek example le the best example is prophet mohammad aur khatija raziallahu ki examples malona quote karti hoon. woh kehte hain ki agar aap dekhenge inke nikaah ke darmiyan to jab khadijari tarah unhone prophet mohammad ko nikal kar paigham diya to unhone unki inner personality ko dekhkar ke woh paigham ko rakha aur nabi ne bhi jab us paigham ko accept kiya to unhone unki aala khalaiqon ko dekhkar ke us paigham ko accept kiya.</w:t>
      </w:r>
      <w:r>
        <w:br/>
      </w:r>
      <w:r>
        <w:rPr>
          <w:sz w:val="20"/>
        </w:rPr>
        <w:t>51:53  uske andar kahin se bhi jo hai upar is dahil ki duty ka koi concept nahi tha.</w:t>
      </w:r>
      <w:r>
        <w:br/>
      </w:r>
      <w:r>
        <w:rPr>
          <w:sz w:val="20"/>
        </w:rPr>
        <w:t>52:07  to isse yeh ho gaya ki jo unki life mein jitni bhi muskilatein aaye, jitni bhi problems thi,</w:t>
      </w:r>
      <w:r>
        <w:br/>
      </w:r>
      <w:r>
        <w:rPr>
          <w:sz w:val="20"/>
        </w:rPr>
        <w:t>52:22  un dono ne baqubi us seat ko nibhaya.</w:t>
      </w:r>
      <w:r>
        <w:br/>
      </w:r>
      <w:r>
        <w:rPr>
          <w:sz w:val="20"/>
        </w:rPr>
        <w:t>52:37  to yeh mere saath second time bhi yeh cheez ho paayi hai. ek chhoti si mera experience yahan par hai ki is jagah par jab main gayi puran ko distribute karne ke liye to wahan par mujhe invite kiya gaya tha ki main modern dawa par logon ko bataun. to maine prepare kiya ki chihnit theek hai. main wahan par molana ko quote karungi. lekin palakata ka ek rule hai ki yahan par log bahut hi is mamle mein different mind rakhte hain. woh jaldi kisi corner ko accept nahi karte hain.</w:t>
      </w:r>
    </w:p>
    <w:p>
      <w:pPr>
        <w:pStyle w:val="Heading2"/>
      </w:pPr>
      <w:r>
        <w:t>Night of first revelation and Khadija's comfort</w:t>
      </w:r>
    </w:p>
    <w:p>
      <w:r>
        <w:rPr>
          <w:color w:val="666666"/>
          <w:sz w:val="18"/>
        </w:rPr>
        <w:t>A Talk Given by Prof. Farida Khanam at Vidyajyoti College Theology September 2, 2022 · 2m 53s · at 14:46 · https://youtu.be/xWunZk7U6xo?t=886</w:t>
      </w:r>
    </w:p>
    <w:p>
      <w:r>
        <w:rPr>
          <w:i/>
        </w:rPr>
        <w:t>“A being appeared in the cave and named him prophet”</w:t>
      </w:r>
    </w:p>
    <w:p>
      <w:r>
        <w:rPr>
          <w:sz w:val="20"/>
        </w:rPr>
        <w:t>14:46  So one day when he he had he was about 40 years old then all of a sudden a human being appeared in the cave and he told him that he was chosen god's prophet and he told him to read some verses which had which he had brought from god.</w:t>
      </w:r>
      <w:r>
        <w:br/>
      </w:r>
      <w:r>
        <w:rPr>
          <w:sz w:val="20"/>
        </w:rPr>
        <w:t>15:16  These are part of the quran. So this was the first verse that was revealed to the prophet. Recite in the name of your lord who created from a clot of blood. Your lord is most gracious. So he said he was not he was unlettered. He was not able to read and write. In Arabia there were very few people who were able to read and write. So he said I can't read.</w:t>
      </w:r>
      <w:r>
        <w:br/>
      </w:r>
      <w:r>
        <w:rPr>
          <w:sz w:val="20"/>
        </w:rPr>
        <w:t>15:44  So three times Gabriel said that read these verses. He said I can't read. Then Gabriel embraced him and then he began to read or repeat those verses. But he was very, then Gabriel left after some time and then he was so confused. This was his first experience.</w:t>
      </w:r>
      <w:r>
        <w:br/>
      </w:r>
      <w:r>
        <w:rPr>
          <w:sz w:val="20"/>
        </w:rPr>
        <w:t>16:10  He was so confused he rest back home and but khadija who was 40 years old at the time of marriage, so by this time she should have been more than 50. So she was quite experienced, quite mature.</w:t>
      </w:r>
      <w:r>
        <w:br/>
      </w:r>
      <w:r>
        <w:rPr>
          <w:sz w:val="20"/>
        </w:rPr>
        <w:t>16:26  So she comforted him and said that you are such a nice man, you help the poor, you you never tell lies, you always are helpful to everyone so god will never disgrace you. Then what she did, she asked him to because he was very very confused very it was a shocking experience for him.</w:t>
      </w:r>
      <w:r>
        <w:br/>
      </w:r>
      <w:r>
        <w:rPr>
          <w:sz w:val="20"/>
        </w:rPr>
        <w:t>16:52  So hadithya said that you stay here I will go to one of my cousin varakh. He had converted to christianity and he had translated some portions of the bible into arabic as well. So he was a scholar of those days. So she went there and she told the whole story.</w:t>
      </w:r>
      <w:r>
        <w:br/>
      </w:r>
      <w:r>
        <w:rPr>
          <w:sz w:val="20"/>
        </w:rPr>
        <w:t>17:13  And then said that he must be the same person, the Gabriel who used, who comes to prophets. He came to Jesus, he came to Moses. So then she was a little, she understood what is the, what is the matter. Then she came and told everything to mohammad.</w:t>
      </w:r>
      <w:r>
        <w:br/>
      </w:r>
      <w:r>
        <w:rPr>
          <w:sz w:val="20"/>
        </w:rPr>
        <w:t>17:39  And now gradually he began to understand that he is chosen by god, he is god's messenger. So then what was the most important thing? What is the most important thing about a messenger that they have to receive the messages from god and that messages have to be communicated to other people. This is not the way of god to communicate to each and every person.</w:t>
      </w:r>
    </w:p>
    <w:p>
      <w:pPr>
        <w:pStyle w:val="Heading2"/>
      </w:pPr>
      <w:r>
        <w:t>Muhammad's early life from birth to marrying Khadija</w:t>
      </w:r>
    </w:p>
    <w:p>
      <w:r>
        <w:rPr>
          <w:color w:val="666666"/>
          <w:sz w:val="18"/>
        </w:rPr>
        <w:t>A Talk Given by Prof. Farida Khanam at Vidyajyoti College Theology September 2, 2022 · 5m 54s · at 6:55 · https://youtu.be/xWunZk7U6xo?t=415</w:t>
      </w:r>
    </w:p>
    <w:p>
      <w:r>
        <w:rPr>
          <w:i/>
        </w:rPr>
        <w:t>“Muhammad was born within the full light of history”</w:t>
      </w:r>
    </w:p>
    <w:p>
      <w:r>
        <w:rPr>
          <w:sz w:val="20"/>
        </w:rPr>
        <w:t>6:55  I'll first begin with saying Matlab Philip ke Hitti has written a book on history of the Arabs. He writes Muhammad was born within the full light of history. So we know everything about him. Right from his birth, throughout his life, everything has been recorded.</w:t>
      </w:r>
      <w:r>
        <w:br/>
      </w:r>
      <w:r>
        <w:rPr>
          <w:sz w:val="20"/>
        </w:rPr>
        <w:t>7:19  So he was born in Mecca in Arabia in May. So he, his mother was Amina and brother and father Abdullah. But father died two months before he was born.</w:t>
      </w:r>
      <w:r>
        <w:br/>
      </w:r>
      <w:r>
        <w:rPr>
          <w:sz w:val="20"/>
        </w:rPr>
        <w:t>7:42  Then when he was born, the mother sent the baby to his grandfather, Abdul Muttalib. Abdul Muttalib he he was a very his personality was very very good personality, very handsome. So Abdul Muttalib named him Muhammad.</w:t>
      </w:r>
      <w:r>
        <w:br/>
      </w:r>
      <w:r>
        <w:rPr>
          <w:sz w:val="20"/>
        </w:rPr>
        <w:t>8:10  this was uncommon name in arabia.</w:t>
      </w:r>
      <w:r>
        <w:br/>
      </w:r>
      <w:r>
        <w:rPr>
          <w:sz w:val="20"/>
        </w:rPr>
        <w:t>8:17  so mohammad meant praiseworthy.</w:t>
      </w:r>
      <w:r>
        <w:br/>
      </w:r>
      <w:r>
        <w:rPr>
          <w:sz w:val="20"/>
        </w:rPr>
        <w:t>8:25  so this in this way his name was mohammad and there was a custom in arabia of that</w:t>
      </w:r>
      <w:r>
        <w:br/>
      </w:r>
      <w:r>
        <w:rPr>
          <w:sz w:val="20"/>
        </w:rPr>
        <w:t>8:32  time that the babies were given to vet nurses because they'll they thought that the the environment of</w:t>
      </w:r>
      <w:r>
        <w:br/>
      </w:r>
      <w:r>
        <w:rPr>
          <w:sz w:val="20"/>
        </w:rPr>
        <w:t>8:40  the desert is good for their health and they have pure language, arabic language, pure language because this</w:t>
      </w:r>
      <w:r>
        <w:br/>
      </w:r>
      <w:r>
        <w:rPr>
          <w:sz w:val="20"/>
        </w:rPr>
        <w:t>8:47  was makka was a city and you know in in the town there are so many people mix.</w:t>
      </w:r>
      <w:r>
        <w:br/>
      </w:r>
      <w:r>
        <w:rPr>
          <w:sz w:val="20"/>
        </w:rPr>
        <w:t>8:55  And then the language is also not the same. Original language that is in the suburban areas. So he lives for, he lived in the suburb for about five five years when he came back. Then his mother took him to Medina to her parents.</w:t>
      </w:r>
      <w:r>
        <w:br/>
      </w:r>
      <w:r>
        <w:rPr>
          <w:sz w:val="20"/>
        </w:rPr>
        <w:t>9:21  But Andre back, the mother also died. Then he was given to the, Abdul Muttalib who was his grandfather, so he became his guardian. But he also died when he was just eight years old. Then Abu Talib became his guardian.</w:t>
      </w:r>
      <w:r>
        <w:br/>
      </w:r>
      <w:r>
        <w:rPr>
          <w:sz w:val="20"/>
        </w:rPr>
        <w:t>9:45  Abu Talib was a merchant and sometimes he would go to trading trips also with him. So it was about twenty, after twenty five years, you know, his character was so, he was so sincere, so honest and so truth loving that people knew about him and people called him Al-ameen Assadik.</w:t>
      </w:r>
      <w:r>
        <w:br/>
      </w:r>
      <w:r>
        <w:rPr>
          <w:sz w:val="20"/>
        </w:rPr>
        <w:t>10:14  Al-ameen means the trustworthy and Assadik means the truthful. So because of his honesty, he was asked by a rich widow Khadija to do his trading for him. Was the wife of a merchant and and the husband had died.</w:t>
      </w:r>
      <w:r>
        <w:br/>
      </w:r>
      <w:r>
        <w:rPr>
          <w:sz w:val="20"/>
        </w:rPr>
        <w:t>10:42  So she used to do the trading and she would employ some people for this purpose. So because the trading used was have they had to go to different towns for trading. The ladies could not have gone in those days. The, it was very difficult because it was only the transportation and everything was camel.</w:t>
      </w:r>
      <w:r>
        <w:br/>
      </w:r>
      <w:r>
        <w:rPr>
          <w:sz w:val="20"/>
        </w:rPr>
        <w:t>11:09  So she employed men to do trading for her. So when she employed Muhammad and Muhammad was accompanied by one servant Maisra. He was Khadija's servant. So when he came back the prophet, he had made great profit and Maisra talked very highly of him that he is a very good character.</w:t>
      </w:r>
      <w:r>
        <w:br/>
      </w:r>
      <w:r>
        <w:rPr>
          <w:sz w:val="20"/>
        </w:rPr>
        <w:t>11:37  To then Khadija got interested. You know in those days women were quite had enjoyed all the freedom. Even in Islam in the early days of Islam, women had all the freedom. It was later on that their freedom was curtailed and they thought that they have to be, they have to stay indoors.</w:t>
      </w:r>
      <w:r>
        <w:br/>
      </w:r>
      <w:r>
        <w:rPr>
          <w:sz w:val="20"/>
        </w:rPr>
        <w:t>12:04  But they were free in in ancient Arabia as well as during the early days of Islam. So she asked him that she wanted to marry him.</w:t>
      </w:r>
      <w:r>
        <w:br/>
      </w:r>
      <w:r>
        <w:rPr>
          <w:sz w:val="20"/>
        </w:rPr>
        <w:t>12:19  Then Muhammad discussed the matter with his uncle and uncle agreed with this proposal because she was a very very pious woman and everyone spoke highly of her. So they got married. But from here we, his life as a seeker begins. In Arabia there were many Christian hermits also.</w:t>
      </w:r>
      <w:r>
        <w:br/>
      </w:r>
      <w:r>
        <w:rPr>
          <w:sz w:val="20"/>
        </w:rPr>
        <w:t>12:49  So people knew this this custom that they used to go to isolated places like caves and then jungles for spiritual meditation.</w:t>
      </w:r>
    </w:p>
    <w:p>
      <w:pPr>
        <w:pStyle w:val="Heading2"/>
      </w:pPr>
      <w:r>
        <w:t>How Khadija came to marry Muhammad for his honesty</w:t>
      </w:r>
    </w:p>
    <w:p>
      <w:r>
        <w:rPr>
          <w:color w:val="666666"/>
          <w:sz w:val="18"/>
        </w:rPr>
        <w:t>A Talk Given by Prof. Farida Khanam at Vidyajyoti College Theology September 2, 2022 · 2m 35s · at 10:14 · https://youtu.be/xWunZk7U6xo?t=614</w:t>
      </w:r>
    </w:p>
    <w:p>
      <w:r>
        <w:rPr>
          <w:i/>
        </w:rPr>
        <w:t>“Al-Ameen means trustworthy, As-Sadiq means truthful”</w:t>
      </w:r>
    </w:p>
    <w:p>
      <w:r>
        <w:rPr>
          <w:sz w:val="20"/>
        </w:rPr>
        <w:t>10:14  Al-ameen means the trustworthy and Assadik means the truthful. So because of his honesty, he was asked by a rich widow Khadija to do his trading for him. Was the wife of a merchant and and the husband had died.</w:t>
      </w:r>
      <w:r>
        <w:br/>
      </w:r>
      <w:r>
        <w:rPr>
          <w:sz w:val="20"/>
        </w:rPr>
        <w:t>10:42  So she used to do the trading and she would employ some people for this purpose. So because the trading used was have they had to go to different towns for trading. The ladies could not have gone in those days. The, it was very difficult because it was only the transportation and everything was camel.</w:t>
      </w:r>
      <w:r>
        <w:br/>
      </w:r>
      <w:r>
        <w:rPr>
          <w:sz w:val="20"/>
        </w:rPr>
        <w:t>11:09  So she employed men to do trading for her. So when she employed Muhammad and Muhammad was accompanied by one servant Maisra. He was Khadija's servant. So when he came back the prophet, he had made great profit and Maisra talked very highly of him that he is a very good character.</w:t>
      </w:r>
      <w:r>
        <w:br/>
      </w:r>
      <w:r>
        <w:rPr>
          <w:sz w:val="20"/>
        </w:rPr>
        <w:t>11:37  To then Khadija got interested. You know in those days women were quite had enjoyed all the freedom. Even in Islam in the early days of Islam, women had all the freedom. It was later on that their freedom was curtailed and they thought that they have to be, they have to stay indoors.</w:t>
      </w:r>
      <w:r>
        <w:br/>
      </w:r>
      <w:r>
        <w:rPr>
          <w:sz w:val="20"/>
        </w:rPr>
        <w:t>12:04  But they were free in in ancient Arabia as well as during the early days of Islam. So she asked him that she wanted to marry him.</w:t>
      </w:r>
      <w:r>
        <w:br/>
      </w:r>
      <w:r>
        <w:rPr>
          <w:sz w:val="20"/>
        </w:rPr>
        <w:t>12:19  Then Muhammad discussed the matter with his uncle and uncle agreed with this proposal because she was a very very pious woman and everyone spoke highly of her. So they got married. But from here we, his life as a seeker begins. In Arabia there were many Christian hermits also.</w:t>
      </w:r>
      <w:r>
        <w:br/>
      </w:r>
      <w:r>
        <w:rPr>
          <w:sz w:val="20"/>
        </w:rPr>
        <w:t>12:49  So people knew this this custom that they used to go to isolated places like caves and then jungles for spiritual meditation.</w:t>
      </w:r>
    </w:p>
    <w:p>
      <w:pPr>
        <w:pStyle w:val="Heading2"/>
      </w:pPr>
      <w:r>
        <w:t>exalted vision of motherhood, Khadija as model</w:t>
      </w:r>
    </w:p>
    <w:p>
      <w:r>
        <w:rPr>
          <w:color w:val="666666"/>
          <w:sz w:val="18"/>
        </w:rPr>
        <w:t>Ghar Aek Taleem Gaah CPS Women Article Discussion 21 June 11, 2023 · 53s · at 35:01 · https://youtu.be/EK-bR9q2TpA?t=2101</w:t>
      </w:r>
    </w:p>
    <w:p>
      <w:r>
        <w:rPr>
          <w:i/>
        </w:rPr>
        <w:t>“A woman can turn the womb into a lofty paradise”</w:t>
      </w:r>
    </w:p>
    <w:p>
      <w:r>
        <w:rPr>
          <w:sz w:val="20"/>
        </w:rPr>
        <w:t>35:01  A woman can turn the womb into a lofty paradise. According to Islam, the family is a small social unit that makes up the society. For example, is a perfect model for women in Islam. She was an intelligent, influential, and wealthy businessman businesswoman.</w:t>
      </w:r>
      <w:r>
        <w:br/>
      </w:r>
      <w:r>
        <w:rPr>
          <w:sz w:val="20"/>
        </w:rPr>
        <w:t>35:24  She was also the first to, let's say, to accept Islam after the Muhammad, after the Prophet. This is my learning. Thank you so much. Thank you so much, Shabnam Parez. Doctor Safeena, you've raised your hand. You can share whatever you want to say, please. Haan. Bas main aap aqeedat par ki Maulana sahab ne hamein jo ek role identify kiya karaya hamara.</w:t>
      </w:r>
      <w:r>
        <w:br/>
      </w:r>
      <w:r>
        <w:rPr>
          <w:sz w:val="20"/>
        </w:rPr>
        <w:t>35:54  to ek article mein Maulana sahab to padh rahi thi.</w:t>
      </w:r>
    </w:p>
    <w:p>
      <w:pPr>
        <w:pStyle w:val="Heading2"/>
      </w:pPr>
      <w:r>
        <w:t>women's active role in early Islam — Khadija, Aisha, mosques</w:t>
      </w:r>
    </w:p>
    <w:p>
      <w:r>
        <w:rPr>
          <w:color w:val="666666"/>
          <w:sz w:val="18"/>
        </w:rPr>
        <w:t>Interaction Session with Prof. Farida Khanam May 16, 2022 · 2m 12s · at 54:26 · https://youtu.be/eEfmoB2bwBM?t=3266</w:t>
      </w:r>
    </w:p>
    <w:p>
      <w:r>
        <w:rPr>
          <w:i/>
        </w:rPr>
        <w:t>“Hum dekhte hain paigambar ke zamane mein tamam auratein jo hain”</w:t>
      </w:r>
    </w:p>
    <w:p>
      <w:r>
        <w:rPr>
          <w:sz w:val="20"/>
        </w:rPr>
        <w:t>54:26  bahar ke andar karna hota hai lekin ab darja uska uski dignity, uska respect, uska status sab barabar hai aur hum dekhte hain pygambar ke zamane mein to hum dekhte hain tamam aurtein jo hain hazad khadija ne sabse pehle jab rasoolullah sallallahu alaihi wasallam ke upar wahi aaye aur aapne namaz padhna shuru kiya to hadat khadija aapke saath padhti thi namaz.</w:t>
      </w:r>
      <w:r>
        <w:br/>
      </w:r>
      <w:r>
        <w:rPr>
          <w:sz w:val="20"/>
        </w:rPr>
        <w:t>54:51  bahar bhi aap jaate the kyunke khatra jab zyada hota tha to aap kahin pahadiyon mein chhup chhup ke namaz padhte the wahan bhi hadat khadija jaakar bahar padhti thi. Adrat Aisha ne bahut bada role ada kiya unko, bahut zyada unka memory bahut achhi thi, intelligent bahut zyada thi. To rasoolullah sallallahu alaihi wasallam unki khaas training form aate the. Ab mashwara bhi lete the unse.</w:t>
      </w:r>
      <w:r>
        <w:br/>
      </w:r>
      <w:r>
        <w:rPr>
          <w:sz w:val="20"/>
        </w:rPr>
        <w:t>55:20  aapne kabhi auraton ko mana nahi kiya, masjid mein aurtein aati thi. Namaz padhne ke liye, sherman sunne ke liye, kabhi kisi ko mana nahi kiya ki tum log ghar mein baitho. To asal mein jo baad mein hum dekhte hain ki auraton ko darja gir gaya aurtein gharon ke andar rehne lagi. Masjido mein bhi unko jaana pasand nahi kiya jaata tha.</w:t>
      </w:r>
      <w:r>
        <w:br/>
      </w:r>
      <w:r>
        <w:rPr>
          <w:sz w:val="20"/>
        </w:rPr>
        <w:t>55:44  yeh saare mamlaat aur khaastar par religious kaam ke liye to auraton ko encourage hi nahi kiya jaata tha. To iski wajah yeh thi ki jo ancient culture tha, to chunke zyada tar log usi culture se Islam mein dakhil hue the, to us culture ki wajah se woh apna culture lekar aaye aur usi culture ko Islamize kar liya gaya.</w:t>
      </w:r>
      <w:r>
        <w:br/>
      </w:r>
      <w:r>
        <w:rPr>
          <w:sz w:val="20"/>
        </w:rPr>
        <w:t>56:10  to tamam cheezein jo Islam mein aayi hain, har cheez zyada saare rasmo rivaaj sab kuch jo hai ancient culture se Islam mein aaye hain aur wahi Islamize kar liye gaye ki uska naam Islami rakh liya gaya aur phir jab musalman panchodeh sau saal se us culture ko follow kar rahe hain to logon ko lagta hai ki yahi Islam hai. People can't differentiate between Islam and Muslims. Unhe lagta bhai Islam hai.</w:t>
      </w:r>
      <w:r>
        <w:br/>
      </w:r>
      <w:r>
        <w:rPr>
          <w:sz w:val="20"/>
        </w:rPr>
        <w:t>56:38  to yeh masla paida hua. To Maulana to bahut zyada Quran waadi isko follow karne wale the. To unhone dekha ki auraton ka to sab barabar ka darja hai, har maamle mein barabar ka darja hai. Unhone kabhi mana nahi kiya.</w:t>
      </w:r>
    </w:p>
    <w:p>
      <w:pPr>
        <w:pStyle w:val="Heading2"/>
      </w:pPr>
      <w:r>
        <w:t>the true position of women in Islam — history and culture</w:t>
      </w:r>
    </w:p>
    <w:p>
      <w:r>
        <w:rPr>
          <w:color w:val="666666"/>
          <w:sz w:val="18"/>
        </w:rPr>
        <w:t>Interaction Session with Prof. Farida Khanam May 16, 2022 · 5m 14s · at 53:00 · https://youtu.be/eEfmoB2bwBM?t=3180</w:t>
      </w:r>
    </w:p>
    <w:p>
      <w:r>
        <w:rPr>
          <w:i/>
        </w:rPr>
        <w:t>“Agar hum Islamic history mein bhi dekhein to Hazrat Hajra, Hazrat Khadija, Hazrat Aisha”</w:t>
      </w:r>
    </w:p>
    <w:p>
      <w:r>
        <w:rPr>
          <w:sz w:val="20"/>
        </w:rPr>
        <w:t>53:00  in fact agar hum Islamic history mein bhi dekhein to Hazrat Hajra, Hazrat Khadija, Hazrat Aisha aur kai aise women jinhone bahut bada role ada kara Islamic history mein. in fact riwayat mein bhi aata hai ki jab Sahaba kisi problem mein ya kisi aisi cheez mein phanse to woh Hazrat Aisha ke paas jate unki wisdom hasil karne ke liye.</w:t>
      </w:r>
      <w:r>
        <w:br/>
      </w:r>
      <w:r>
        <w:rPr>
          <w:sz w:val="20"/>
        </w:rPr>
        <w:t>53:26  lekin apa yeh bhi yeh dekha gaya hai ki log aksar jab Islam ke bare mein baat karte hain to unko lagta hai ki position of women in Islam is lower, status of a woman is lower. jabki agar hum CPS mein dekhein to Maulana ne sabse aage in fact women CPS members ko hi kiya.</w:t>
      </w:r>
      <w:r>
        <w:br/>
      </w:r>
      <w:r>
        <w:rPr>
          <w:sz w:val="20"/>
        </w:rPr>
        <w:t>53:48  aap khud bhi CPS international ki chairperson hain aur jo hamare kai departments hain woh women hi head kar rahi hain. to position of women in Islam kya hai? ek to aap main chahta hoon aap yeh bhi wazeh karein aur doosra kuch women CPS members ke bare mein bhi aap batayein. dekhiye Islam ne auraton ka darja degrade nahi kiya.</w:t>
      </w:r>
      <w:r>
        <w:br/>
      </w:r>
      <w:r>
        <w:rPr>
          <w:sz w:val="20"/>
        </w:rPr>
        <w:t>54:15  Islam mein auraton aur mardon ka darja barabar hai. sirf roles different ho sakte hain. kai baar aurat ko ghar ke andar role ada karna hota hai mard ko.</w:t>
      </w:r>
      <w:r>
        <w:br/>
      </w:r>
      <w:r>
        <w:rPr>
          <w:sz w:val="20"/>
        </w:rPr>
        <w:t>54:26  bahar ke andar karna hota hai lekin ab darja uska uski dignity, uska respect, uska status sab barabar hai aur hum dekhte hain pygambar ke zamane mein to hum dekhte hain tamam aurtein jo hain hazad khadija ne sabse pehle jab rasoolullah sallallahu alaihi wasallam ke upar wahi aaye aur aapne namaz padhna shuru kiya to hadat khadija aapke saath padhti thi namaz.</w:t>
      </w:r>
      <w:r>
        <w:br/>
      </w:r>
      <w:r>
        <w:rPr>
          <w:sz w:val="20"/>
        </w:rPr>
        <w:t>54:51  bahar bhi aap jaate the kyunke khatra jab zyada hota tha to aap kahin pahadiyon mein chhup chhup ke namaz padhte the wahan bhi hadat khadija jaakar bahar padhti thi. Adrat Aisha ne bahut bada role ada kiya unko, bahut zyada unka memory bahut achhi thi, intelligent bahut zyada thi. To rasoolullah sallallahu alaihi wasallam unki khaas training form aate the. Ab mashwara bhi lete the unse.</w:t>
      </w:r>
      <w:r>
        <w:br/>
      </w:r>
      <w:r>
        <w:rPr>
          <w:sz w:val="20"/>
        </w:rPr>
        <w:t>55:20  aapne kabhi auraton ko mana nahi kiya, masjid mein aurtein aati thi. Namaz padhne ke liye, sherman sunne ke liye, kabhi kisi ko mana nahi kiya ki tum log ghar mein baitho. To asal mein jo baad mein hum dekhte hain ki auraton ko darja gir gaya aurtein gharon ke andar rehne lagi. Masjido mein bhi unko jaana pasand nahi kiya jaata tha.</w:t>
      </w:r>
      <w:r>
        <w:br/>
      </w:r>
      <w:r>
        <w:rPr>
          <w:sz w:val="20"/>
        </w:rPr>
        <w:t>55:44  yeh saare mamlaat aur khaastar par religious kaam ke liye to auraton ko encourage hi nahi kiya jaata tha. To iski wajah yeh thi ki jo ancient culture tha, to chunke zyada tar log usi culture se Islam mein dakhil hue the, to us culture ki wajah se woh apna culture lekar aaye aur usi culture ko Islamize kar liya gaya.</w:t>
      </w:r>
      <w:r>
        <w:br/>
      </w:r>
      <w:r>
        <w:rPr>
          <w:sz w:val="20"/>
        </w:rPr>
        <w:t>56:10  to tamam cheezein jo Islam mein aayi hain, har cheez zyada saare rasmo rivaaj sab kuch jo hai ancient culture se Islam mein aaye hain aur wahi Islamize kar liye gaye ki uska naam Islami rakh liya gaya aur phir jab musalman panchodeh sau saal se us culture ko follow kar rahe hain to logon ko lagta hai ki yahi Islam hai. People can't differentiate between Islam and Muslims. Unhe lagta bhai Islam hai.</w:t>
      </w:r>
      <w:r>
        <w:br/>
      </w:r>
      <w:r>
        <w:rPr>
          <w:sz w:val="20"/>
        </w:rPr>
        <w:t>56:38  to yeh masla paida hua. To Maulana to bahut zyada Quran waadi isko follow karne wale the. To unhone dekha ki auraton ka to sab barabar ka darja hai, har maamle mein barabar ka darja hai. Unhone kabhi mana nahi kiya.</w:t>
      </w:r>
      <w:r>
        <w:br/>
      </w:r>
      <w:r>
        <w:rPr>
          <w:sz w:val="20"/>
        </w:rPr>
        <w:t>56:55  ab sabse pehle maine kaam karna shuru kiya mission ka to kabhi nahi mana kiya unhone aur iske baad mein jab CPS bana to sabse pehle doctor Nagma aayi aur unhone kaha ki hum to in baaton ko jo aapne batai hain hum isko unhone kaha ki in baaton ko to zyada logon tak pahunchna chahiye. Yahan kamre mein baithkar hum baat kar rahe hain. To Maulana ne kaha ki aap pahunchaiye logon ko main to.</w:t>
      </w:r>
      <w:r>
        <w:br/>
      </w:r>
      <w:r>
        <w:rPr>
          <w:sz w:val="20"/>
        </w:rPr>
        <w:t>57:23  ab aapko ijazat deta hoon, aapko kabhi main mana nahi karunga. Aap jis tarike se chahein usko kaam karein. To is tarike se phir kaam shuru hua aur Maulana ne poori ijazat di. Matlab decision lene ki, program banane ki, har maamle mein kabhi interfere nahi karte the. Sirf khush hote the ki hum log kya kya kaam kar rahe hain.</w:t>
      </w:r>
      <w:r>
        <w:br/>
      </w:r>
      <w:r>
        <w:rPr>
          <w:sz w:val="20"/>
        </w:rPr>
        <w:t>57:47  to is tarike se har usmein har field mein ladies kaam kar rahi hain kyunke dekhiye ladies ke andar bahut zyada jazba hota hai. To is tarike se aur unko us jazbe ka koi nikaas nahi tha kyunke kahin bhi kaam unke liye tha nahi aur khaastor par deen ka kaam woh karna chahti thi. Wahan to masjid mein bhi daagla unka mana tha. To bahut zyada unke andar jazba bhara hua tha.</w:t>
      </w:r>
      <w:r>
        <w:br/>
      </w:r>
      <w:r>
        <w:rPr>
          <w:sz w:val="20"/>
        </w:rPr>
        <w:t>58:14  pehli baar unko mauka mila kaam karne ka to bahut hi poore devotion ke saath unhone kaam karna shuru kar diya. To ismein ek hamare Bangalore mein miss Sara Fatima unhone to bahut zyada kaam kiya hai. Poora Maulana ne kaha ki yeh Allashala English jo hai isko nikalna hai. Woh aayi hui thi apne husband ke saath.</w:t>
      </w:r>
    </w:p>
    <w:p>
      <w:pPr>
        <w:pStyle w:val="Heading2"/>
      </w:pPr>
      <w:r>
        <w:t>The first revelation and Khadija's comforting words</w:t>
      </w:r>
    </w:p>
    <w:p>
      <w:r>
        <w:rPr>
          <w:color w:val="666666"/>
          <w:sz w:val="18"/>
        </w:rPr>
        <w:t>The Spirit of Namaz February 13, 2022 Dr. Saniyasnain Khan · 2m 42s · at 36:51 · https://youtu.be/Mh4K7ZR4RbE?t=2211</w:t>
      </w:r>
    </w:p>
    <w:p>
      <w:r>
        <w:rPr>
          <w:i/>
        </w:rPr>
        <w:t>“When revelation first came, Prophet was asleep in the cave”</w:t>
      </w:r>
    </w:p>
    <w:p>
      <w:r>
        <w:rPr>
          <w:sz w:val="20"/>
        </w:rPr>
        <w:t>36:51  toh isko bhi, iske baare mein bhi aap hum sabko bataiye. prophet mohammed ne pehli baar namaz farishte ke saath padhi yaani jibreel ke saath. toh yeh jo tareeka hum namaz ka padhte hain woh farishte ka bataya hua hai. toh phir jab ghar aaye toh hazrat khadija ke saath namaz padhi. hazrat khadija ka bahut hi bada role hai prophet ki life mein.</w:t>
      </w:r>
      <w:r>
        <w:br/>
      </w:r>
      <w:r>
        <w:rPr>
          <w:sz w:val="20"/>
        </w:rPr>
        <w:t>37:20  jab pehli baar wahi aayi aur prophet cave mein the aur so rahe the cave mein toh farishta jibreel human form mein aaye aur uthaya unko. toh jab aankh khuli toh farishta jibreel ne kaha ke iqra ya mohammed, padho aye mohammed. toh prophet neend mein hi the taqreeban bole ke ma ana beqariin ke main padh nahi sakta.</w:t>
      </w:r>
      <w:r>
        <w:br/>
      </w:r>
      <w:r>
        <w:rPr>
          <w:sz w:val="20"/>
        </w:rPr>
        <w:t>37:50  toh kai baar kaha jibreel ne toh wahi jawab diya toh phir prophet ko gale se lagaya aur phir prophet bolne lage aur jo pehli verses thi woh revelation diya. toh woh jo tazurba tha wahi ka pehli baar woh bahut hi prophet ke liye bahut takleef de hua. woh aisa lagta tha ke unki jaani nikal jaayegi.</w:t>
      </w:r>
      <w:r>
        <w:br/>
      </w:r>
      <w:r>
        <w:rPr>
          <w:sz w:val="20"/>
        </w:rPr>
        <w:t>38:18  kyunke baad mein prophet ne bataya ke jab wahi aati thi yaani revelation aur jaake hazrat khadija ko bataya saara waqia.</w:t>
      </w:r>
      <w:r>
        <w:br/>
      </w:r>
      <w:r>
        <w:rPr>
          <w:sz w:val="20"/>
        </w:rPr>
        <w:t>38:40  toh jab hazrat khadija ne dekha ke yeh is waqt kaanp rahe hain aur bahut hi pareshan lag rahe hain aur unhone kaha ke inni khashiyat wala nafsi. mujhe lagta hai meri jaani nikal jaayegi. toh is us waqt hazrat khadija ne bade achhe alfaaz bole. toh usse kuch salis hua. hazrat khadija ne kaha ke antatukri muddeyyin ke aap jo aapke yahan mehmaan aata hai uski mehmaan nawazi karte hain.</w:t>
      </w:r>
      <w:r>
        <w:br/>
      </w:r>
      <w:r>
        <w:rPr>
          <w:sz w:val="20"/>
        </w:rPr>
        <w:t>39:10  watta hummul kal aap gareebon ka bhoj uthate hain yaani unki madad karte hain aur aap hamesha sachchai ke saath dete hain. toh aise bade achhe alfaaz kuch bole, toh rasool ullah sallam ko thoda sa itmeenaan hua.</w:t>
      </w:r>
      <w:r>
        <w:br/>
      </w:r>
      <w:r>
        <w:rPr>
          <w:sz w:val="20"/>
        </w:rPr>
        <w:t>39:33  unko baatein samajh mein aane lagi aur unhone samajh mein aaya ke khuda ne mujhe paak amar banaya hai aur apni apna kalam mere upar utara hai. toh is tarike se hazrat khadija namaz padhne lagi. toh prophet mohammed aur hazrat khadija ek saath namaz padhte the. toh yaani ek zamana tha is quriyarz par, is duniya par, duniya mein ke sirf do log namaz padhte the.</w:t>
      </w:r>
    </w:p>
    <w:p>
      <w:pPr>
        <w:pStyle w:val="Heading2"/>
      </w:pPr>
      <w:r>
        <w:t>Khadija and Aisha's freedom in the Prophet's household</w:t>
      </w:r>
    </w:p>
    <w:p>
      <w:r>
        <w:rPr>
          <w:color w:val="666666"/>
          <w:sz w:val="18"/>
        </w:rPr>
        <w:t>The Position of Woman in Islam March 6, 2022 Maulana Wahiduddin Khan · 2m 47s · at 15:25 · https://youtu.be/xEPOBSMmqk4?t=925</w:t>
      </w:r>
    </w:p>
    <w:p>
      <w:r>
        <w:rPr>
          <w:i/>
        </w:rPr>
        <w:t>“The Prophet's wife Khadija prayed beside him and ran her own business”</w:t>
      </w:r>
    </w:p>
    <w:p>
      <w:r>
        <w:rPr>
          <w:sz w:val="20"/>
        </w:rPr>
        <w:t>15:25  yahan tak ki aapke jo pehli wife thi Hazrat Khadija, to jab aap wo prophet banaya gaya to, to jab aapne namaz padhne shuru ki to wo unhone aapke saath namaz, barabar aapke saath wo namaz mein shareek hoti thi. aapne kabhi nahi kaha ki nahi auraton ke liye yeh nahi hai. jabki pehle zamane mein yeh sab mardon ke liye tha, auraton ko bas khali ghar mein kaam karna hota tha.</w:t>
      </w:r>
      <w:r>
        <w:br/>
      </w:r>
      <w:r>
        <w:rPr>
          <w:sz w:val="20"/>
        </w:rPr>
        <w:t>15:52  to Khadija business bhi karti thi, uske liye bhi kabhi aapne unko mana nahi kiya. to bahut sari detail hai, to usko aap usi kitab mein Khawateen e Islam mein dekh sakte hain. to Hazrat Aisha jo aapki biwi thi, wo bahut zyada zaheen thi aur bahut zyada unki akhal unki hafza tha, jisko photographic memory kehte hain.</w:t>
      </w:r>
      <w:r>
        <w:br/>
      </w:r>
      <w:r>
        <w:rPr>
          <w:sz w:val="20"/>
        </w:rPr>
        <w:t>16:19  to unhone bahut zyada aapse deen ilm hasil kiya aur aap unko har baat batate the, samjhate the, unse discussion karte the. to wo chunki wo absorb karti thi, bahut zyada extraordinary intelligence unke andar tha. to isliye unhone bahut baaton ko pakda yahan tak ke bahut se sahaba bhi unke paas aate the aur deen ilm hasil karte the.</w:t>
      </w:r>
      <w:r>
        <w:br/>
      </w:r>
      <w:r>
        <w:rPr>
          <w:sz w:val="20"/>
        </w:rPr>
        <w:t>16:46  jahan koi ishkal hota tha wo unke paas aate the. to is tarike se aurat ko mukammal aazadi thi. ek Bareera aur Movies ka qissa hai ki Bareera jo hai wo white thi aur Movies black the to unko Movies pasand nahi the aur Movies, wo Bareera ko bahut zyada pasand karte the.</w:t>
      </w:r>
      <w:r>
        <w:br/>
      </w:r>
      <w:r>
        <w:rPr>
          <w:sz w:val="20"/>
        </w:rPr>
        <w:t>17:08  to is tarike se aur unhone rasoolullah salm ki baat nahin suni.</w:t>
      </w:r>
      <w:r>
        <w:br/>
      </w:r>
      <w:r>
        <w:rPr>
          <w:sz w:val="20"/>
        </w:rPr>
        <w:t>17:20  uske bawajood rasoolullah salm ne unko koi poori ijazat di ke woh apni marzi ke mutabiq amal kar</w:t>
      </w:r>
      <w:r>
        <w:br/>
      </w:r>
      <w:r>
        <w:rPr>
          <w:sz w:val="20"/>
        </w:rPr>
        <w:t>17:33  sakti hai aur jo hai auratein har tarah se aazadi hai aap aapke saath masjid mein namaz padhti</w:t>
      </w:r>
      <w:r>
        <w:br/>
      </w:r>
      <w:r>
        <w:rPr>
          <w:sz w:val="20"/>
        </w:rPr>
        <w:t>17:46  thi, raat kai namaz bhi esha ki namaz bhi aapke saath padhti thi to aap kabhi mana nahin</w:t>
      </w:r>
      <w:r>
        <w:br/>
      </w:r>
      <w:r>
        <w:rPr>
          <w:sz w:val="20"/>
        </w:rPr>
        <w:t>17:59  karte the unko ke matao raat ke waqt hai.</w:t>
      </w:r>
      <w:r>
        <w:br/>
      </w:r>
      <w:r>
        <w:rPr>
          <w:sz w:val="20"/>
        </w:rPr>
        <w:t>18:12  to rasoolullah se salm ka sharman attend karti thi. to jo rasoolullah unki biwiyan thi unse aap mashwara bhi karte the. unko sab baat bata dete hain. unko apne saath safar mein bhi le jaate the. to ek bahut hi dilchasp waqea hai ki ek baar aap hajj ke mauqe par jo aapke saath jo sawari par fazl ibne abbas baithe hue the. to fazl ibne abbas jo hai kaafi handsome the.</w:t>
      </w:r>
    </w:p>
    <w:p>
      <w:pPr>
        <w:pStyle w:val="Heading2"/>
      </w:pPr>
      <w:r>
        <w:t>Pre-Islamic Arab women's freedom, Khadija's mature response</w:t>
      </w:r>
    </w:p>
    <w:p>
      <w:r>
        <w:rPr>
          <w:color w:val="666666"/>
          <w:sz w:val="18"/>
        </w:rPr>
        <w:t>Concept of Hijab in Islam February 20, 2022 Prof. Farida Khanam · 1m 35s · at 2:40 · https://youtu.be/QrrSDEKy2gc?t=160</w:t>
      </w:r>
    </w:p>
    <w:p>
      <w:r>
        <w:rPr>
          <w:i/>
        </w:rPr>
        <w:t>“Arab women were quite free — they worked, traded, went out.”</w:t>
      </w:r>
    </w:p>
    <w:p>
      <w:r>
        <w:rPr>
          <w:sz w:val="20"/>
        </w:rPr>
        <w:t>2:40  to arab ki auratein kafi aazad thin. apna har kaam kar leti thin, bahar bhi nikalti thin aur wah tezaraten bhi karti thin. apne jo unke jo bhav hote the, aanchad usmein bhi jati thin. to sabse pehla hum dekhte hain hazrat khadija ke misal.</w:t>
      </w:r>
      <w:r>
        <w:br/>
      </w:r>
      <w:r>
        <w:rPr>
          <w:sz w:val="20"/>
        </w:rPr>
        <w:t>3:03  jab rasoolullah sallallahu wasallam ko wahi mili aur aap bahut ghabraye hue ghar aaye to hazrat khadija ne jo response diya wah itna mature response tha ki agar ek aurat agar bilkul ghar mein band rahe to wah aisa response nahi de sakti.</w:t>
      </w:r>
      <w:r>
        <w:br/>
      </w:r>
      <w:r>
        <w:rPr>
          <w:sz w:val="20"/>
        </w:rPr>
        <w:t>3:21  sabse pehle to hazrat khadija ne aapko dharaj diya, aapko litaya ki aap aaram karein uske baad wo pehle khud gayi kyunki arab mein kai isai rehte the. to jab wo bahar nikli to ek chadar odh kar nikli. to wo gayi aur sari maloomat hasil ki ki yeh jo jo aaya tha garehira mein kaun tha yeh? wahi farishta tha jo doosre paigambaron ke paas aata tha ya koi aur masla hai.</w:t>
      </w:r>
      <w:r>
        <w:br/>
      </w:r>
      <w:r>
        <w:rPr>
          <w:sz w:val="20"/>
        </w:rPr>
        <w:t>3:50  to jab unko baqi ek manan ho gaya to wo dobara aayi aur rasoolullah sallallahu wasallam ko lekar gayi. to wo jo zamana tha usmein asal mein arab ki society mein do tabqe the. ek to wah hota tabqa tha jo qabile se mutalliq tha, jo shurfa kaha jata tha, jinki society mein position thi.</w:t>
      </w:r>
      <w:r>
        <w:br/>
      </w:r>
      <w:r>
        <w:rPr>
          <w:sz w:val="20"/>
        </w:rPr>
        <w:t>4:15  to unki auratein jo hai bahar jab nikalti thi to chadar odh kar nikalti thi. to chadar odh kar nikalti thi wah nishani hoti thi ki yeh sharif zadi hain. to aur baki doosra jo tabqa tha wah slave girls ka tha. to slave girls wah zamana tha ancient world mein slaves ki khareed o farokht hoti thi. mard bhi hote the aurat bhi hoti thi.</w:t>
      </w:r>
    </w:p>
    <w:p>
      <w:pPr>
        <w:pStyle w:val="Heading2"/>
      </w:pPr>
      <w:r>
        <w:t>Full history: pre-Islamic purdah, Khadija, slave girls, the verse</w:t>
      </w:r>
    </w:p>
    <w:p>
      <w:r>
        <w:rPr>
          <w:color w:val="666666"/>
          <w:sz w:val="18"/>
        </w:rPr>
        <w:t>Concept of Hijab in Islam February 20, 2022 Prof. Farida Khanam · 4m 54s · at 2:11 · https://youtu.be/QrrSDEKy2gc?t=131</w:t>
      </w:r>
    </w:p>
    <w:p>
      <w:r>
        <w:rPr>
          <w:i/>
        </w:rPr>
        <w:t>“What was the state of veiling in Arabia before Islam?”</w:t>
      </w:r>
    </w:p>
    <w:p>
      <w:r>
        <w:rPr>
          <w:sz w:val="20"/>
        </w:rPr>
        <w:t>2:11  doctor fareeda khanam sahiba se kuch sawal karenge ki auraton ke talluq se khas taur se hijab ka masla jo hai, us talluq se kuch sawal hum karenge aaj. sabse pehla sawal jo hai, aapse ki islam se pehle arab mein parde ki kya shakal thi? yeh janna bahut zaroori hai ki islam se pehle arab mein kya parda tha?</w:t>
      </w:r>
      <w:r>
        <w:br/>
      </w:r>
      <w:r>
        <w:rPr>
          <w:sz w:val="20"/>
        </w:rPr>
        <w:t>2:40  to arab ki auratein kafi aazad thin. apna har kaam kar leti thin, bahar bhi nikalti thin aur wah tezaraten bhi karti thin. apne jo unke jo bhav hote the, aanchad usmein bhi jati thin. to sabse pehla hum dekhte hain hazrat khadija ke misal.</w:t>
      </w:r>
      <w:r>
        <w:br/>
      </w:r>
      <w:r>
        <w:rPr>
          <w:sz w:val="20"/>
        </w:rPr>
        <w:t>3:03  jab rasoolullah sallallahu wasallam ko wahi mili aur aap bahut ghabraye hue ghar aaye to hazrat khadija ne jo response diya wah itna mature response tha ki agar ek aurat agar bilkul ghar mein band rahe to wah aisa response nahi de sakti.</w:t>
      </w:r>
      <w:r>
        <w:br/>
      </w:r>
      <w:r>
        <w:rPr>
          <w:sz w:val="20"/>
        </w:rPr>
        <w:t>3:21  sabse pehle to hazrat khadija ne aapko dharaj diya, aapko litaya ki aap aaram karein uske baad wo pehle khud gayi kyunki arab mein kai isai rehte the. to jab wo bahar nikli to ek chadar odh kar nikli. to wo gayi aur sari maloomat hasil ki ki yeh jo jo aaya tha garehira mein kaun tha yeh? wahi farishta tha jo doosre paigambaron ke paas aata tha ya koi aur masla hai.</w:t>
      </w:r>
      <w:r>
        <w:br/>
      </w:r>
      <w:r>
        <w:rPr>
          <w:sz w:val="20"/>
        </w:rPr>
        <w:t>3:50  to jab unko baqi ek manan ho gaya to wo dobara aayi aur rasoolullah sallallahu wasallam ko lekar gayi. to wo jo zamana tha usmein asal mein arab ki society mein do tabqe the. ek to wah hota tabqa tha jo qabile se mutalliq tha, jo shurfa kaha jata tha, jinki society mein position thi.</w:t>
      </w:r>
      <w:r>
        <w:br/>
      </w:r>
      <w:r>
        <w:rPr>
          <w:sz w:val="20"/>
        </w:rPr>
        <w:t>4:15  to unki auratein jo hai bahar jab nikalti thi to chadar odh kar nikalti thi. to chadar odh kar nikalti thi wah nishani hoti thi ki yeh sharif zadi hain. to aur baki doosra jo tabqa tha wah slave girls ka tha. to slave girls wah zamana tha ancient world mein slaves ki khareed o farokht hoti thi. mard bhi hote the aurat bhi hoti thi.</w:t>
      </w:r>
      <w:r>
        <w:br/>
      </w:r>
      <w:r>
        <w:rPr>
          <w:sz w:val="20"/>
        </w:rPr>
        <w:t>4:42  to yeh slave guns ka koi haiysiyat nahi hoti thi society mein. koi position nahi hoti thi wah. labor class the. unke koi equality nahi thi. to yeh log jo hain, wah main aapko zara bataungi ki yeh log kis tarah ka burqa odhte the. burqa to bahut baad mein wo izad hua hai.</w:t>
      </w:r>
      <w:r>
        <w:br/>
      </w:r>
      <w:r>
        <w:rPr>
          <w:sz w:val="20"/>
        </w:rPr>
        <w:t>5:06  burqa to na quran mein ismane mein aaya hai balki jo quran mein aaya hai wah khimar aur julbab aaya hai. to yeh jo slave girls thi chunki unhein kaam karna hota tha to wo arab mein dekhi garmi bahut hoti thi to garmi mein jawab rehte hain sabko tazar paaye ki sarf garam ho jata hai to sarf kapda rakh lete hain. to arab mein to aurat mat sabhi sarf kapda rakhte the.</w:t>
      </w:r>
      <w:r>
        <w:br/>
      </w:r>
      <w:r>
        <w:rPr>
          <w:sz w:val="20"/>
        </w:rPr>
        <w:t>5:34  to yeh jo slave girls hoti thi wo is tarah se, is tarah se karti thi aur yeh pallu jo hai dono peeche rehta tha ki haath free ho kaam karne ke liye. to is yeh sab khula rehta tha. to slave girls ki koi haiysiyat nahi hoti thi to unko log bahar chhed chhad bhi kar diya karte the.</w:t>
      </w:r>
      <w:r>
        <w:br/>
      </w:r>
      <w:r>
        <w:rPr>
          <w:sz w:val="20"/>
        </w:rPr>
        <w:t>5:54  to yahi slave girls jab musalman hui aur bahar nikli to logon ne unko wahi haiysiyat samjhi ki yeh slave girls hain inke sath to chedhkhani hoti hai. to un is background mein aap log jante hain ki quran ke aksar aaye the jinhe unka koi shaaninuzul hota hai, koi background hota hai.</w:t>
      </w:r>
      <w:r>
        <w:br/>
      </w:r>
      <w:r>
        <w:rPr>
          <w:sz w:val="20"/>
        </w:rPr>
        <w:t>6:18  to is background mein wah ayat utri ki tum log jab bahar niklo to tum log apne jo odhni hai isko odhni kehte hain. jo odhni hai usko upar aise kar liya karo. odhni ko is tarah se kar liya karo taki tum pehchane jao aur tum satai na jao. to pehchan hi jao.</w:t>
      </w:r>
      <w:r>
        <w:br/>
      </w:r>
      <w:r>
        <w:rPr>
          <w:sz w:val="20"/>
        </w:rPr>
        <w:t>6:42  quran mein har kaam jo hai har roop mein wah reason based hai taki tum pehchan hi jao ki tum sharif aurat ho aur tum yeh sab pasand nahi karti ho. to isliye yeh hook mutra tha. to sabne phir yeh is tarah se bilkul jo main ude hue hoon bas yahi yahi tha. isko khamar bolte the.</w:t>
      </w:r>
      <w:r>
        <w:br/>
      </w:r>
      <w:r>
        <w:rPr>
          <w:sz w:val="20"/>
        </w:rPr>
        <w:t>7:05  to yahi tha istri tarike se bahar lekin jo swarfat hai poori duniya mein swarfa jo the woh unki auraten bahar nahin nikalti thi. bahar koi achha jaab nahin hota tha wahi agriculture, agriculture ya menial jobs jo hote hain to woh jo log karte the woh wahi hote the labor class.</w:t>
      </w:r>
    </w:p>
    <w:p>
      <w:pPr>
        <w:pStyle w:val="Heading2"/>
      </w:pPr>
      <w:r>
        <w:t>Women's expansive role in early Islamic society</w:t>
      </w:r>
    </w:p>
    <w:p>
      <w:r>
        <w:rPr>
          <w:color w:val="666666"/>
          <w:sz w:val="18"/>
        </w:rPr>
        <w:t>Concept of Hijab in Islam February 20, 2022 Prof. Farida Khanam · 3m 16s · at 23:41 · https://youtu.be/QrrSDEKy2gc?t=1421</w:t>
      </w:r>
    </w:p>
    <w:p>
      <w:r>
        <w:rPr>
          <w:i/>
        </w:rPr>
        <w:t>“From Khadija to Aisha, women did every kind of work.”</w:t>
      </w:r>
    </w:p>
    <w:p>
      <w:r>
        <w:rPr>
          <w:sz w:val="20"/>
        </w:rPr>
        <w:t>23:41  sabse pehle hum dekhenge ki Arab ne jab Rasool Allah sallallahu alaihi wasallam ki besat hui to woh jo Islami society bani to usmein auraton ka kya role tha? to hum dekhte hain ab Hazrat Khadija se lekar ke Hazrat Aisha tak ki auratein har kaam karti thi. sabse awwal din se Hazrat Khadija jo hai Rasool Allah sallallahu alaihi wasallam ke sath namaz padh rahi thi. business karti thi.</w:t>
      </w:r>
      <w:r>
        <w:br/>
      </w:r>
      <w:r>
        <w:rPr>
          <w:sz w:val="20"/>
        </w:rPr>
        <w:t>24:11  business aapne mana nahi kiya ki ab hum musalman ho gaye, ab business nahi auratein kar sakti. har kaam karti thi woh aur yahan tak ke maidan e jang mein jati thi aur zakhmiyon ki frustrate karti thi. unka marham patti karti thi. unke liye har kaam karti thi jo bhi woh kar sakti thi. sabse pehle yeh dekhna hai ki Allah taala ne auraton ko salahiyat di hai. Allah taala kisi ko bhi bila wajah salahiyat nahi dete hain.</w:t>
      </w:r>
      <w:r>
        <w:br/>
      </w:r>
      <w:r>
        <w:rPr>
          <w:sz w:val="20"/>
        </w:rPr>
        <w:t>24:40  janwar hote hain. unko jitni zaroorat hai bas utna hi Allah taala usko instinct mein utna hi daal dete hain. usse kuch aur aap expect karein to woh janwar nahi kar payega. to jab auraton ko salahiyat di hai woh har kaam kar sakti hain. to kyun nahi karengi? bas yeh hai ki jo ancient world tha, usmein na to educational institutions the, na bahar ki duniya mein opportunities thin.</w:t>
      </w:r>
      <w:r>
        <w:br/>
      </w:r>
      <w:r>
        <w:rPr>
          <w:sz w:val="20"/>
        </w:rPr>
        <w:t>25:09  to jab aurat na taaleem hasil karegi, na bahar niklegi to uska jo hai exposure nahi hota. usko koi bhi usko tayyar prepared mind nahi hoti kuch karne ke liye. to aurat sirf ghar ka kaam karti thi. uski wajah se uski koi value nahi hoti thi. to ghar mein to aisa koi important kaam hota nahi kaam to sare bahar hote hain.</w:t>
      </w:r>
      <w:r>
        <w:br/>
      </w:r>
      <w:r>
        <w:rPr>
          <w:sz w:val="20"/>
        </w:rPr>
        <w:t>25:35  to mard hi bread winner hota tha, mard hi defense karta tha, mard hi protector hota tha, sab kuch mard karta tha. to is tareeqe se uski ahmiyat thi, aurat ki ahmiyat nahi thi. to is wajah se aurat ki jo hai woh bahut kam thi, ahmiyat bahut kam thi. to aisa nahi ki aurat ke andar salahiyat nahi thi. lekin aurat ki education nahi hoti thi.</w:t>
      </w:r>
      <w:r>
        <w:br/>
      </w:r>
      <w:r>
        <w:rPr>
          <w:sz w:val="20"/>
        </w:rPr>
        <w:t>26:02  aurat bahar nahi nikalti thi to uske liye tayyar nahi hoti. matlab potentially woh sab kuch thi lekin actual mein nahi thi. to woh halaat the. to Islam ne jab duniya ko badla aazadi Islam mein aayi aurat mard ko barabar ke hoqoof mile, har mauqe par auraton ko shamil kiya gaya. yahan tak ki Rasool Allah sallallahu alaihi wasallam auraton se mashwara bhi lete the. to phir auratein is kaam ke liye tayyar ho gayin.</w:t>
      </w:r>
      <w:r>
        <w:br/>
      </w:r>
      <w:r>
        <w:rPr>
          <w:sz w:val="20"/>
        </w:rPr>
        <w:t>26:32  yahan tak ki poori jo primary education thi, us medieval world mein woh sab auratein apne gharon mein deti thi bachchon ko taaleem. to auraton ne kabhi kisi kaam se roka nahi Rasool Allah sallallahu alaihi wasallam ne. yahan tak auratein namaz mein bachcha lekar aati thi, bachcha rone lagta tha. to aap nahi kehte the ki tum aisa kyun kar rahi ho bachche, chhote bachche lekar aati ho.</w:t>
      </w:r>
      <w:r>
        <w:br/>
      </w:r>
      <w:r>
        <w:rPr>
          <w:sz w:val="20"/>
        </w:rPr>
        <w:t>26:57  hamari namaz disturb hoti hai balki aap apni namaz ko shorten kar dete the. jab namaz mein Quran ke portions padhe jate hain to aap kam bhi padh sakte hain aur zyada bhi padh sakte hain. to aap apni namaz ko kam kar dete the ki in auraton ko takleef na ho. to is tareeqe se aur us zamane ke lihaz se jo kaam the wo sab auratein karti thin.</w:t>
      </w:r>
    </w:p>
    <w:p>
      <w:pPr>
        <w:pStyle w:val="Heading2"/>
      </w:pPr>
      <w:r>
        <w:t>Women's contribution to education from Khadija to Aisha</w:t>
      </w:r>
    </w:p>
    <w:p>
      <w:r>
        <w:rPr>
          <w:color w:val="666666"/>
          <w:sz w:val="18"/>
        </w:rPr>
        <w:t>Importance of Education in Islam September 4, 2022 · 3m 28s · at 37:03 · https://youtu.be/eiVQm1mverA?t=2223</w:t>
      </w:r>
    </w:p>
    <w:p>
      <w:r>
        <w:rPr>
          <w:i/>
        </w:rPr>
        <w:t>“Women were free and taught children at home.”</w:t>
      </w:r>
    </w:p>
    <w:p>
      <w:r>
        <w:rPr>
          <w:sz w:val="20"/>
        </w:rPr>
        <w:t>37:03  women waise bhi arab mein women kafi azaad thin. ab bhajaad khadija ko dekhiye ki unhone khud marriage proposal bheja rasoolullah sarsalam ko. khud unhone baat ki aur khud business karti thi, aadat thi aur rasoolullah sarsalam ne kabhi un logo ko discourage nahi kiya. jo bhi kaam woh karna chahti thi, woh masjid mein aati thi. sherman sunti thi.</w:t>
      </w:r>
      <w:r>
        <w:br/>
      </w:r>
      <w:r>
        <w:rPr>
          <w:sz w:val="20"/>
        </w:rPr>
        <w:t>37:31  aur gharo mein baqayda bachcho ko padhati thi. to aapne kabhi bhi mana nahi kiya kisi kaam ke liye. to auraton ko bas yeh tha ki auraton ke liye bahar jaane ka kuch mahaul nahi tha. woh zamana aisa nahi tha ki auratein bahar jaakar kaam karein. to auraton ne gharo mein apna apna center bana liya tha. to gharo mein khas taur par primary education auratein deti thi bachcho ko.</w:t>
      </w:r>
      <w:r>
        <w:br/>
      </w:r>
      <w:r>
        <w:rPr>
          <w:sz w:val="20"/>
        </w:rPr>
        <w:t>37:58  kyunki jo bade daare hote the woh har jagah hote nahi the. to bachche primary education gharo mein hasil karke usmein quran hota tha. usmein ab jaise jin logo ko arabi nahi aati thi to woh log arabi padhte the. yashmal quran se shuru karte hain log aur is tarike se jo elementary books hoti thi woh padhte the. to woh iftedai taliye woh hasil kar lete the.</w:t>
      </w:r>
      <w:r>
        <w:br/>
      </w:r>
      <w:r>
        <w:rPr>
          <w:sz w:val="20"/>
        </w:rPr>
        <w:t>38:25  uske baad woh jaate the door padhne ke liye. kyunki woh zamane mein woh sari facilities to hoti nahi thi. to rasoolullah zaroom ne khas taur par hadrat ayesha ko iske liye train kiya tha. kyunki hadrat khaye, ayesha ki jo thi ek to bahut zyada intelligent thi aur unki memory bahut powerful memory thi. unki bahut hi akhaaz unka zehan tha. to woh sari cheezo ko samajhti thi gehrai se.</w:t>
      </w:r>
      <w:r>
        <w:br/>
      </w:r>
      <w:r>
        <w:rPr>
          <w:sz w:val="20"/>
        </w:rPr>
        <w:t>38:53  kitni cheezein aisi hain jo unhone spirit ko lekar ke samjha. yeh nahi ki sirf hadeeth yaad kar li. balki uski spirit bhi samajhti thi. ab misaal ke taur par log samajhte the ki musalman jo hai woh sirf jumme ke din nahate hain. to ab wahan par arab mein itna pani nahi hota tha. log door door se namaz padhne ke liye aate the maseed nabbe mein.</w:t>
      </w:r>
      <w:r>
        <w:br/>
      </w:r>
      <w:r>
        <w:rPr>
          <w:sz w:val="20"/>
        </w:rPr>
        <w:t>39:17  to rasoolullah sarsalam ne khas taur par taakidan kaha ki jab tum log aao door door se aate the. paseene mein sharab hor. to jab tum log aao to naha liya karo.</w:t>
      </w:r>
      <w:r>
        <w:br/>
      </w:r>
      <w:r>
        <w:rPr>
          <w:sz w:val="20"/>
        </w:rPr>
        <w:t>39:27  yeh matlab nahi tha ke roz aana nahi nahana hai balki to phir hadart Aisha ki wajah se tamam</w:t>
      </w:r>
      <w:r>
        <w:br/>
      </w:r>
      <w:r>
        <w:rPr>
          <w:sz w:val="20"/>
        </w:rPr>
        <w:t>39:38  auraton ko faida hua balki jo mard log bhi kitne aate the bahut sari unko jo baaten clear</w:t>
      </w:r>
      <w:r>
        <w:br/>
      </w:r>
      <w:r>
        <w:rPr>
          <w:sz w:val="20"/>
        </w:rPr>
        <w:t>39:50  nahi hoti thi to woh aap ke paas aate woh kehte hain ke aap ke paas unko ill milta tha.</w:t>
      </w:r>
      <w:r>
        <w:br/>
      </w:r>
      <w:r>
        <w:rPr>
          <w:sz w:val="20"/>
        </w:rPr>
        <w:t>40:02  to is tarike se ghar ghar mein auratein taalim deti thi bachcho ko. yahan tak ke abhi aaj tak chhoti jagahon par aaj bhi auratein gharo mein taalim de rahi hai. balki humne bhi ghar mein quran padha hai. ji. kyunki yeh hota hi tha. to ab jaake itne zyada mother se aur school ho gaye hain. pehle gharo mein hi taalim hua karti thi. to auraton ne aur bhi bade bade kaam kiye hain.</w:t>
      </w:r>
      <w:r>
        <w:br/>
      </w:r>
      <w:r>
        <w:rPr>
          <w:sz w:val="20"/>
        </w:rPr>
        <w:t>40:31  abhi jamia se ek nazmood shahar hai. unhone tafsir par PhD kiya hai. to unhone auraton ke contribution par hi poori PhD kiya hai. to woh bahut sare kaam auraton ne kiye hain. us par research karne ki zaroorat hai. to main sirf ek naam lungi ki morocco mein ek bahut mashhoor scholar the al fahri. to unki do behne thi fatma aur mariyam.</w:t>
      </w:r>
    </w:p>
    <w:p>
      <w:pPr>
        <w:pStyle w:val="Heading2"/>
      </w:pPr>
      <w:r>
        <w:t>Khadija's support after revelation</w:t>
      </w:r>
    </w:p>
    <w:p>
      <w:r>
        <w:rPr>
          <w:color w:val="666666"/>
          <w:sz w:val="18"/>
        </w:rPr>
        <w:t>Position of Woman in Islam October 31, 2021 Prof. Farida Khanam · 36s · at 13:34 · https://youtu.be/ytlR1ELCRwc?t=814</w:t>
      </w:r>
    </w:p>
    <w:p>
      <w:r>
        <w:rPr>
          <w:i/>
        </w:rPr>
        <w:t>“Hazrat Khadija ka rol jab Rasool ghabraye hue aaye”</w:t>
      </w:r>
    </w:p>
    <w:p>
      <w:r>
        <w:rPr>
          <w:sz w:val="20"/>
        </w:rPr>
        <w:t>13:34  to aik Hazrat Khadija, sab se pehle Hazrat Khadija ka role aata hai ke jab Rasool Allah Sal Allah Alayhi Wasallam aaye Hira se to bohat hi ghabraye hue thay.</w:t>
      </w:r>
      <w:r>
        <w:br/>
      </w:r>
      <w:r>
        <w:rPr>
          <w:sz w:val="20"/>
        </w:rPr>
        <w:t>13:45  pehla un ka aisa experience tha to unhon ne ghar mein aaye aur unhon ne sab bataya Hazrat Khadija ko ke aisa aisa waqia hua, wahan koi aaya tha, woh us ne kaha mein farishta hoon.</w:t>
      </w:r>
      <w:r>
        <w:br/>
      </w:r>
      <w:r>
        <w:rPr>
          <w:sz w:val="20"/>
        </w:rPr>
        <w:t>13:58  to woh bohat ghabraye hue thay. Hazrat Khadija ne un ko lita diya aur un ko dharas di. aur phir is ke baad kitni mature woh theen aur auratain bahar nikalti theen apne kaam se.</w:t>
      </w:r>
    </w:p>
    <w:p>
      <w:pPr>
        <w:pStyle w:val="Heading2"/>
      </w:pPr>
      <w:r>
        <w:t>Khadija's active role in early Islam</w:t>
      </w:r>
    </w:p>
    <w:p>
      <w:r>
        <w:rPr>
          <w:color w:val="666666"/>
          <w:sz w:val="18"/>
        </w:rPr>
        <w:t>Position of Woman in Islam October 31, 2021 Prof. Farida Khanam · 2m 41s · at 13:34 · https://youtu.be/ytlR1ELCRwc?t=814</w:t>
      </w:r>
    </w:p>
    <w:p>
      <w:r>
        <w:rPr>
          <w:i/>
        </w:rPr>
        <w:t>“Pehle Hazrat Khadija ka rol aata hai”</w:t>
      </w:r>
    </w:p>
    <w:p>
      <w:r>
        <w:rPr>
          <w:sz w:val="20"/>
        </w:rPr>
        <w:t>13:34  to aik Hazrat Khadija, sab se pehle Hazrat Khadija ka role aata hai ke jab Rasool Allah Sal Allah Alayhi Wasallam aaye Hira se to bohat hi ghabraye hue thay.</w:t>
      </w:r>
      <w:r>
        <w:br/>
      </w:r>
      <w:r>
        <w:rPr>
          <w:sz w:val="20"/>
        </w:rPr>
        <w:t>13:45  pehla un ka aisa experience tha to unhon ne ghar mein aaye aur unhon ne sab bataya Hazrat Khadija ko ke aisa aisa waqia hua, wahan koi aaya tha, woh us ne kaha mein farishta hoon.</w:t>
      </w:r>
      <w:r>
        <w:br/>
      </w:r>
      <w:r>
        <w:rPr>
          <w:sz w:val="20"/>
        </w:rPr>
        <w:t>13:58  to woh bohat ghabraye hue thay. Hazrat Khadija ne un ko lita diya aur un ko dharas di. aur phir is ke baad kitni mature woh theen aur auratain bahar nikalti theen apne kaam se.</w:t>
      </w:r>
      <w:r>
        <w:br/>
      </w:r>
      <w:r>
        <w:rPr>
          <w:sz w:val="20"/>
        </w:rPr>
        <w:t>14:10  is ke baad unhon ne chadar daali apne upar aur bahar nikal gaeen. chadar dalna aik nobility ki alamat hoti thi kyunke jo wahan par labor class hoti thi, woh upar se chadar nahi dalti thi balkeh aisi sar dhaka rehta tha aur yeh ploo peechay rehta tha jaise labor class ki auratain aaj bhi karti hain.</w:t>
      </w:r>
      <w:r>
        <w:br/>
      </w:r>
      <w:r>
        <w:rPr>
          <w:sz w:val="20"/>
        </w:rPr>
        <w:t>14:32  to jo noble class ki auratain theen, jo tribe wali hoti theen, to woh chadar daal leti theen taake woh pehchani jaaein. to woh chadar daal kar bahar gayeen, munh nahi dhakti theen.</w:t>
      </w:r>
      <w:r>
        <w:br/>
      </w:r>
      <w:r>
        <w:rPr>
          <w:sz w:val="20"/>
        </w:rPr>
        <w:t>14:42  is zamanay mein yeh burqa ka riwaj nahi tha, yeh to bohat baad mein burqa ka riwaj aaya hai. yeh convert jo converts hue hain doosri qomon se, khaas tor par Iran se aur doosri qomon se, to un ke haan riwaj tha ghunghat ka aur munh dhakne ka.</w:t>
      </w:r>
      <w:r>
        <w:br/>
      </w:r>
      <w:r>
        <w:rPr>
          <w:sz w:val="20"/>
        </w:rPr>
        <w:t>14:59  aur to wahan se yeh aaya convert culture hai, yeh yeh na Arab culture hai na Islam culture hai. to Hazrat Khadija gayeen aur kai Isai hazraat se mileen aur sara maloomat ki to pata chala ke haan, woh jo farishtay aaye thay, woh Hazrat Jibrael hi thay aur Rasool Allah Sal Allah Alayhi Wasallam ko ab peghambar banaya gaya hai.</w:t>
      </w:r>
      <w:r>
        <w:br/>
      </w:r>
      <w:r>
        <w:rPr>
          <w:sz w:val="20"/>
        </w:rPr>
        <w:t>15:21  to woh sara maloomat kar kar aaeen, phir is ke baad Rasool Allah Sal Allah Alayhi Wasallam ko le kar gayeen. ab Rasool Allah ne nahi kaha ke mein aik aurat ke sath bahar nahi jaunga, woh le kar gayeen aur phir Warqa bin Naufal se milaya, phir un se baat cheet hui aur phir itminan ho gaya ke haan, woh farishta hi tha.</w:t>
      </w:r>
      <w:r>
        <w:br/>
      </w:r>
      <w:r>
        <w:rPr>
          <w:sz w:val="20"/>
        </w:rPr>
        <w:t>15:43  to Rasool Allah Sal Allah Alayhi Wasallam ke sath Hazrat Khadija namaz padhti theen, sab se pehli woh momina theen, phir Abu Bakr, Hazrat Abu Bakr musalman hue, phir is ke baad Hazrat Ali aur kai log hue, lekin auraton mein sab se pehli Hazrat Khadija theen.</w:t>
      </w:r>
      <w:r>
        <w:br/>
      </w:r>
      <w:r>
        <w:rPr>
          <w:sz w:val="20"/>
        </w:rPr>
        <w:t>16:01  to woh aap ke sath namaz padhti theen, tijarat karti theen, har kaam karti theen. kabhi bhi Rasool Allah Sal Allah Alayhi Wasallam ne mana nahi kiya ke auraton ke liye yeh sab kaam theek nahi hain.</w:t>
      </w:r>
    </w:p>
    <w:p>
      <w:pPr>
        <w:pStyle w:val="Heading2"/>
      </w:pPr>
      <w:r>
        <w:t>Active role of women in Prophet's time</w:t>
      </w:r>
    </w:p>
    <w:p>
      <w:r>
        <w:rPr>
          <w:color w:val="666666"/>
          <w:sz w:val="18"/>
        </w:rPr>
        <w:t>Position of Woman in Islam October 31, 2021 Prof. Farida Khanam · 5m 56s · at 13:34 · https://youtu.be/ytlR1ELCRwc?t=814</w:t>
      </w:r>
    </w:p>
    <w:p>
      <w:r>
        <w:rPr>
          <w:i/>
        </w:rPr>
        <w:t>“Pehle Hazrat Khadija ka rol aata hai”</w:t>
      </w:r>
    </w:p>
    <w:p>
      <w:r>
        <w:rPr>
          <w:sz w:val="20"/>
        </w:rPr>
        <w:t>13:34  to aik Hazrat Khadija, sab se pehle Hazrat Khadija ka role aata hai ke jab Rasool Allah Sal Allah Alayhi Wasallam aaye Hira se to bohat hi ghabraye hue thay.</w:t>
      </w:r>
      <w:r>
        <w:br/>
      </w:r>
      <w:r>
        <w:rPr>
          <w:sz w:val="20"/>
        </w:rPr>
        <w:t>13:45  pehla un ka aisa experience tha to unhon ne ghar mein aaye aur unhon ne sab bataya Hazrat Khadija ko ke aisa aisa waqia hua, wahan koi aaya tha, woh us ne kaha mein farishta hoon.</w:t>
      </w:r>
      <w:r>
        <w:br/>
      </w:r>
      <w:r>
        <w:rPr>
          <w:sz w:val="20"/>
        </w:rPr>
        <w:t>13:58  to woh bohat ghabraye hue thay. Hazrat Khadija ne un ko lita diya aur un ko dharas di. aur phir is ke baad kitni mature woh theen aur auratain bahar nikalti theen apne kaam se.</w:t>
      </w:r>
      <w:r>
        <w:br/>
      </w:r>
      <w:r>
        <w:rPr>
          <w:sz w:val="20"/>
        </w:rPr>
        <w:t>14:10  is ke baad unhon ne chadar daali apne upar aur bahar nikal gaeen. chadar dalna aik nobility ki alamat hoti thi kyunke jo wahan par labor class hoti thi, woh upar se chadar nahi dalti thi balkeh aisi sar dhaka rehta tha aur yeh ploo peechay rehta tha jaise labor class ki auratain aaj bhi karti hain.</w:t>
      </w:r>
      <w:r>
        <w:br/>
      </w:r>
      <w:r>
        <w:rPr>
          <w:sz w:val="20"/>
        </w:rPr>
        <w:t>14:32  to jo noble class ki auratain theen, jo tribe wali hoti theen, to woh chadar daal leti theen taake woh pehchani jaaein. to woh chadar daal kar bahar gayeen, munh nahi dhakti theen.</w:t>
      </w:r>
      <w:r>
        <w:br/>
      </w:r>
      <w:r>
        <w:rPr>
          <w:sz w:val="20"/>
        </w:rPr>
        <w:t>14:42  is zamanay mein yeh burqa ka riwaj nahi tha, yeh to bohat baad mein burqa ka riwaj aaya hai. yeh convert jo converts hue hain doosri qomon se, khaas tor par Iran se aur doosri qomon se, to un ke haan riwaj tha ghunghat ka aur munh dhakne ka.</w:t>
      </w:r>
      <w:r>
        <w:br/>
      </w:r>
      <w:r>
        <w:rPr>
          <w:sz w:val="20"/>
        </w:rPr>
        <w:t>14:59  aur to wahan se yeh aaya convert culture hai, yeh yeh na Arab culture hai na Islam culture hai. to Hazrat Khadija gayeen aur kai Isai hazraat se mileen aur sara maloomat ki to pata chala ke haan, woh jo farishtay aaye thay, woh Hazrat Jibrael hi thay aur Rasool Allah Sal Allah Alayhi Wasallam ko ab peghambar banaya gaya hai.</w:t>
      </w:r>
      <w:r>
        <w:br/>
      </w:r>
      <w:r>
        <w:rPr>
          <w:sz w:val="20"/>
        </w:rPr>
        <w:t>15:21  to woh sara maloomat kar kar aaeen, phir is ke baad Rasool Allah Sal Allah Alayhi Wasallam ko le kar gayeen. ab Rasool Allah ne nahi kaha ke mein aik aurat ke sath bahar nahi jaunga, woh le kar gayeen aur phir Warqa bin Naufal se milaya, phir un se baat cheet hui aur phir itminan ho gaya ke haan, woh farishta hi tha.</w:t>
      </w:r>
      <w:r>
        <w:br/>
      </w:r>
      <w:r>
        <w:rPr>
          <w:sz w:val="20"/>
        </w:rPr>
        <w:t>15:43  to Rasool Allah Sal Allah Alayhi Wasallam ke sath Hazrat Khadija namaz padhti theen, sab se pehli woh momina theen, phir Abu Bakr, Hazrat Abu Bakr musalman hue, phir is ke baad Hazrat Ali aur kai log hue, lekin auraton mein sab se pehli Hazrat Khadija theen.</w:t>
      </w:r>
      <w:r>
        <w:br/>
      </w:r>
      <w:r>
        <w:rPr>
          <w:sz w:val="20"/>
        </w:rPr>
        <w:t>16:01  to woh aap ke sath namaz padhti theen, tijarat karti theen, har kaam karti theen. kabhi bhi Rasool Allah Sal Allah Alayhi Wasallam ne mana nahi kiya ke auraton ke liye yeh sab kaam theek nahi hain.</w:t>
      </w:r>
      <w:r>
        <w:br/>
      </w:r>
      <w:r>
        <w:rPr>
          <w:sz w:val="20"/>
        </w:rPr>
        <w:t>16:16  to doosri rasool Allah sal Allah alaihi wasallam ki wife jo theen, hazrat ayesha, to woh chounke bohat</w:t>
      </w:r>
      <w:r>
        <w:br/>
      </w:r>
      <w:r>
        <w:rPr>
          <w:sz w:val="20"/>
        </w:rPr>
        <w:t>16:23  zyada zeheen theen, bohat zyada khaas theen, un ki memory bhi bohat achi thi, to rasool Allah sal</w:t>
      </w:r>
      <w:r>
        <w:br/>
      </w:r>
      <w:r>
        <w:rPr>
          <w:sz w:val="20"/>
        </w:rPr>
        <w:t>16:30  Allah alaihi wasallam ne bohat khaas tareeqay se un ki training ki, un ko tayyar kiya taake rasool,</w:t>
      </w:r>
      <w:r>
        <w:br/>
      </w:r>
      <w:r>
        <w:rPr>
          <w:sz w:val="20"/>
        </w:rPr>
        <w:t>16:36  kyunke in ki umar kam thi, to tayyar kiya ke rasool Allah ke baad pachas baras tak woh</w:t>
      </w:r>
      <w:r>
        <w:br/>
      </w:r>
      <w:r>
        <w:rPr>
          <w:sz w:val="20"/>
        </w:rPr>
        <w:t>16:44  qaum ko taleem deti rahen.</w:t>
      </w:r>
      <w:r>
        <w:br/>
      </w:r>
      <w:r>
        <w:rPr>
          <w:sz w:val="20"/>
        </w:rPr>
        <w:t>16:46  to chunke unhon ne itna zyada azaad kiya tha ke un ki to 2210 to riwayatein hain aur riwayaton ki hikmat bhi batati theen.</w:t>
      </w:r>
      <w:r>
        <w:br/>
      </w:r>
      <w:r>
        <w:rPr>
          <w:sz w:val="20"/>
        </w:rPr>
        <w:t>16:56  kai cheezein jo hain woh logon ko maloom nahi rehti theen. Sahabi aate thay, baray baray Sahabi, Abdullah Ibn Abbas jaisay Sahabi aate thay aur un se maloom jab bhi koi ishkal hota,</w:t>
      </w:r>
      <w:r>
        <w:br/>
      </w:r>
      <w:r>
        <w:rPr>
          <w:sz w:val="20"/>
        </w:rPr>
        <w:t>17:09  Abu Musa Ashari ne kaha ke jab bhi koi ishkal hota to hum un ke paas jatay aur wahan ilm paate. to is tareeqay se aap ne Hazrat Aisha ko tayyar kiya.</w:t>
      </w:r>
      <w:r>
        <w:br/>
      </w:r>
      <w:r>
        <w:rPr>
          <w:sz w:val="20"/>
        </w:rPr>
        <w:t>17:19  woh sirf auraton ko taleem nahi deti theen balkeh mard bhi un ke paas aate thay aur un se ilm hasil karte thay. to is tareeqay se auratain jo hain bagh mein jati theen, apne bagh mein apna kaam karti theen.</w:t>
      </w:r>
      <w:r>
        <w:br/>
      </w:r>
      <w:r>
        <w:rPr>
          <w:sz w:val="20"/>
        </w:rPr>
        <w:t>17:36  is mein aik Hazrat Asma, jo Hazrat Abu Bakr ki beti theen, un ka naam aata hai aur aik Abu Dhuhdha ki wife theen, Umm Dhuhdha, un ka naam aata hai.</w:t>
      </w:r>
      <w:r>
        <w:br/>
      </w:r>
      <w:r>
        <w:rPr>
          <w:sz w:val="20"/>
        </w:rPr>
        <w:t>17:49  aik baar Abu Dhuhdha ne apna aik bagh sadqa kar diya to us waqt woh jab gaye to Umm Dhuhdha wahan bagh mein theen.</w:t>
      </w:r>
      <w:r>
        <w:br/>
      </w:r>
      <w:r>
        <w:rPr>
          <w:sz w:val="20"/>
        </w:rPr>
        <w:t>17:59  to jo bhi bagh mein kaam hota hai, woh yeh log karti theen. to unhon ne kaha ke Umm Dhuhdha, ab yahan bagh mein se niklo, yeh bagh mein ne sadqa kar diya hai.</w:t>
      </w:r>
      <w:r>
        <w:br/>
      </w:r>
      <w:r>
        <w:rPr>
          <w:sz w:val="20"/>
        </w:rPr>
        <w:t>18:10  to is tareeqay se auratain jo hain har cheez mein shareek hoti theen. is zamanay mein jo kaam thay, jo activities theen, is mein auratain shareek hoti theen aur chehray ka parda nahi tha.</w:t>
      </w:r>
      <w:r>
        <w:br/>
      </w:r>
      <w:r>
        <w:rPr>
          <w:sz w:val="20"/>
        </w:rPr>
        <w:t>18:21  bas chadar orti theen aur bas wohi parda tha aur saada kapray aur jo hai bilkul dignified behaviour, woh to aik musalman aurat se expected hi hai.</w:t>
      </w:r>
      <w:r>
        <w:br/>
      </w:r>
      <w:r>
        <w:rPr>
          <w:sz w:val="20"/>
        </w:rPr>
        <w:t>18:35  to woh namaz mein shareek hoti theen, yahan tak ke raat ki namaz mein bhi shareek hoti theen. aur jinke ghar mein bachcha, chota bachcha hota tha aur ghar mein bachay ko dekhnay wala koi nahi hota tha, to woh bachay ko le kar aa jati theen.</w:t>
      </w:r>
      <w:r>
        <w:br/>
      </w:r>
      <w:r>
        <w:rPr>
          <w:sz w:val="20"/>
        </w:rPr>
        <w:t>18:48  aur kabhi kabhi aisa hota hai ke bachcha rone lagta to rasool Allah sal Allah aleh wasallam aur woh un se yeh nahi kehte ke tum bachche ko le kar aate ho aur mera namaz kharab karte ho, disturb karte ho, balkeh rasool Allah khud apni namaz ko mukhtasar kar dete the.</w:t>
      </w:r>
      <w:r>
        <w:br/>
      </w:r>
      <w:r>
        <w:rPr>
          <w:sz w:val="20"/>
        </w:rPr>
        <w:t>19:04  aur un se aap se poocha gaya to unhone kaha ke main nahi chahta ke maan ko takleef ho bachche ke rone se, is liye main apni namaz mukhtasar kar deta hoon.</w:t>
      </w:r>
      <w:r>
        <w:br/>
      </w:r>
      <w:r>
        <w:rPr>
          <w:sz w:val="20"/>
        </w:rPr>
        <w:t>19:17  ab aaj kuch bhi hoga to aadmi yahi kahega ke tum bachche ko le kar kyun aati ho, hamari namaz disturb hoti hai. to rasool Allah sal Allah aleh wasallam ka is woh kuch aur tha aur aaj hum kuch aur follow kar rahe hain.</w:t>
      </w:r>
    </w:p>
    <w:p>
      <w:pPr>
        <w:pStyle w:val="Heading2"/>
      </w:pPr>
      <w:r>
        <w:t>Khadija first supporter of Prophet</w:t>
      </w:r>
    </w:p>
    <w:p>
      <w:r>
        <w:rPr>
          <w:color w:val="666666"/>
          <w:sz w:val="18"/>
        </w:rPr>
        <w:t>The Role of a Woman March 8, 2020 Maulana Wahiduddin Khan · 2m 15s · at 30:00 · https://youtu.be/aBPy_KTsk1A?t=1800</w:t>
      </w:r>
    </w:p>
    <w:p>
      <w:r>
        <w:rPr>
          <w:i/>
        </w:rPr>
        <w:t>“Is se zyada badi baat shayad yeh hai”</w:t>
      </w:r>
    </w:p>
    <w:p>
      <w:r>
        <w:rPr>
          <w:sz w:val="20"/>
        </w:rPr>
        <w:t>30:00  Is se ziyada bari baat shayad yeh hai ke hum yeh janen ke Rasool Allah ko jab prophethood mili to pehla role jo tha woh ek aurat ko tha,</w:t>
      </w:r>
      <w:r>
        <w:br/>
      </w:r>
      <w:r>
        <w:rPr>
          <w:sz w:val="20"/>
        </w:rPr>
        <w:t>30:18  woh Khadijah ka. Dekhen, Khadijah ek khatoon theen jo Rasool Allah ki biwi theen. To jab Ghar-e-Hira se jahan aap ko pehli wahi utri thi, use aap aaye</w:t>
      </w:r>
      <w:r>
        <w:br/>
      </w:r>
      <w:r>
        <w:rPr>
          <w:sz w:val="20"/>
        </w:rPr>
        <w:t>30:36  to tareekh batati hai ke aap ko kuch ghabraye hue se thay aur aap aaye Khadijah ke ghar mein.</w:t>
      </w:r>
      <w:r>
        <w:br/>
      </w:r>
      <w:r>
        <w:rPr>
          <w:sz w:val="20"/>
        </w:rPr>
        <w:t>30:48  Khadijah ke ghar mein rehte thay aap. Zambilooni Zambilooni</w:t>
      </w:r>
      <w:r>
        <w:br/>
      </w:r>
      <w:r>
        <w:rPr>
          <w:sz w:val="20"/>
        </w:rPr>
        <w:t>30:54  mujhe chadar orhao, chadar orhao. To dekhen, Hazrat Rasool Allah ko to ek ghabrahat taari ho gayi aur aap ne kaha ke orh kar let jaon.</w:t>
      </w:r>
      <w:r>
        <w:br/>
      </w:r>
      <w:r>
        <w:rPr>
          <w:sz w:val="20"/>
        </w:rPr>
        <w:t>31:10  Us waqt Khadijah ne kya kiya?</w:t>
      </w:r>
      <w:r>
        <w:br/>
      </w:r>
      <w:r>
        <w:rPr>
          <w:sz w:val="20"/>
        </w:rPr>
        <w:t>31:16  Khadijah ne yeh kiya ke Rasool Allah se kaha ke</w:t>
      </w:r>
      <w:r>
        <w:br/>
      </w:r>
      <w:r>
        <w:rPr>
          <w:sz w:val="20"/>
        </w:rPr>
        <w:t>31:22  chaliye chalte hain Warqa ke paas. Bajaye litane ke, unhon ne un ko kaha ke hum chalte hain Warqa bin Naufal ke paas.</w:t>
      </w:r>
      <w:r>
        <w:br/>
      </w:r>
      <w:r>
        <w:rPr>
          <w:sz w:val="20"/>
        </w:rPr>
        <w:t>31:35  Woh Christian ho gaye thay us daur mein, woh Christian thay aur kafi senior thay Arab society mein.</w:t>
      </w:r>
      <w:r>
        <w:br/>
      </w:r>
      <w:r>
        <w:rPr>
          <w:sz w:val="20"/>
        </w:rPr>
        <w:t>31:49  To chunancha woh le gayeen,</w:t>
      </w:r>
      <w:r>
        <w:br/>
      </w:r>
      <w:r>
        <w:rPr>
          <w:sz w:val="20"/>
        </w:rPr>
        <w:t>31:53  Khadijah le gayeen Rasool Allah ko Warqa bin Naufal ke ghar.</w:t>
      </w:r>
      <w:r>
        <w:br/>
      </w:r>
      <w:r>
        <w:rPr>
          <w:sz w:val="20"/>
        </w:rPr>
        <w:t>32:01  Bajaye litane ke, orhaye orha kar ke unhon ne yeh kiya. To Islam mein mein bas bataon ke pehla role jo hai Khadijah ka hai.</w:t>
      </w:r>
    </w:p>
    <w:p>
      <w:pPr>
        <w:pStyle w:val="Heading2"/>
      </w:pPr>
      <w:r>
        <w:t>Khadija's role in confirming prophethood</w:t>
      </w:r>
    </w:p>
    <w:p>
      <w:r>
        <w:rPr>
          <w:color w:val="666666"/>
          <w:sz w:val="18"/>
        </w:rPr>
        <w:t>Creative Role of Women March 03, 2019 · 2m 28s · at 49:47 · https://youtu.be/d1-P347SqYQ?t=2987</w:t>
      </w:r>
    </w:p>
    <w:p>
      <w:r>
        <w:rPr>
          <w:i/>
        </w:rPr>
        <w:t>“But Khadija, affected, thought why not go to Waraqah”</w:t>
      </w:r>
    </w:p>
    <w:p>
      <w:r>
        <w:rPr>
          <w:sz w:val="20"/>
        </w:rPr>
        <w:t>49:47  lekin Khadijah jo unaffected thi, unaffected, unhon ne kya socha? Unhon ne yeh socha ke hum kyun na aisa karein</w:t>
      </w:r>
      <w:r>
        <w:br/>
      </w:r>
      <w:r>
        <w:rPr>
          <w:sz w:val="20"/>
        </w:rPr>
        <w:t>50:02  ke chalen warqa ke paas. Yani warqa ek scholar thay, is zamane ke lehaz se bohat bara scholar, jinhon ne Christianity ka study ki thi.</w:t>
      </w:r>
      <w:r>
        <w:br/>
      </w:r>
      <w:r>
        <w:rPr>
          <w:sz w:val="20"/>
        </w:rPr>
        <w:t>50:19  wo jante thay Christianity kya cheez hai, is ki history ko. To unhon ne ek aazadana zehan ke tehat socha ke kyun na aisa karein hum ke chalen warqa ke paas.</w:t>
      </w:r>
      <w:r>
        <w:br/>
      </w:r>
      <w:r>
        <w:rPr>
          <w:sz w:val="20"/>
        </w:rPr>
        <w:t>50:36  aur by chance warqa jo thi, warqa jo thay, Hazrat Khadijah ke daur ke rishtedar bhi thay. To Hazrat Khadijah rasool Allah ko le kar gayi warqa ke paas.</w:t>
      </w:r>
      <w:r>
        <w:br/>
      </w:r>
      <w:r>
        <w:rPr>
          <w:sz w:val="20"/>
        </w:rPr>
        <w:t>50:54  warqa ke paas le kar gayi. Achha, abhi tak baat clear nahi thi ke yeh kya hua ghar e hira mein, kya hua ghar e hira ka jo waqia tha, jo jo experience tha, abhi tak clear nahi tha ke kya hua woh.</w:t>
      </w:r>
      <w:r>
        <w:br/>
      </w:r>
      <w:r>
        <w:rPr>
          <w:sz w:val="20"/>
        </w:rPr>
        <w:t>51:13  to rasool Allah ko le kar ke wo gayi warqa ke ghar. Warqa ki umar is waqt 90 saal ho chuki thi, bohat hi senior, yani Makkah ke most senior aadmi thay woh.</w:t>
      </w:r>
      <w:r>
        <w:br/>
      </w:r>
      <w:r>
        <w:rPr>
          <w:sz w:val="20"/>
        </w:rPr>
        <w:t>51:29  to unhon ne poocha rasool Allah se: "kya hua? Kya hua? Kya hua?" To rasool Allah ne poora qissa bataya. To pehli baar dekhiye, pehli baar yeh hua ke warqa ne kaha: "Ali, yeh to woh namoos tha, woh namoos e akbar jo Musa ke paas aaya tha,</w:t>
      </w:r>
      <w:r>
        <w:br/>
      </w:r>
      <w:r>
        <w:rPr>
          <w:sz w:val="20"/>
        </w:rPr>
        <w:t>51:52  wo namoos e akbar, yani woh bara farishta." Unhon ne kaha ke "jo qissa tum bata rahe ho, woh to yeh batata hai ke tumhare paas woh bara farishta aaya tha, woh namoos e akbar." Is ka matlab yeh hai ke woh jo us waqt ek halat thi,</w:t>
      </w:r>
    </w:p>
    <w:p>
      <w:pPr>
        <w:pStyle w:val="Heading2"/>
      </w:pPr>
      <w:r>
        <w:t>Khadija's role in early Islam and women's contribution</w:t>
      </w:r>
    </w:p>
    <w:p>
      <w:r>
        <w:rPr>
          <w:color w:val="666666"/>
          <w:sz w:val="18"/>
        </w:rPr>
        <w:t>Creative Role of Women March 03, 2019 · 5m 57s · at 47:55 · https://youtu.be/d1-P347SqYQ?t=2875</w:t>
      </w:r>
    </w:p>
    <w:p>
      <w:r>
        <w:rPr>
          <w:i/>
        </w:rPr>
        <w:t>“When the Prophet was a seeker, he went to Cave Hira”</w:t>
      </w:r>
    </w:p>
    <w:p>
      <w:r>
        <w:rPr>
          <w:sz w:val="20"/>
        </w:rPr>
        <w:t>47:55  jab rasool Allah (SAW) ek</w:t>
      </w:r>
      <w:r>
        <w:br/>
      </w:r>
      <w:r>
        <w:rPr>
          <w:sz w:val="20"/>
        </w:rPr>
        <w:t>48:00  seeker insan thay, abhi paighambar nahi aaye thay, wo abhi farishta nahi aaya tha, seeker insan thay, aur</w:t>
      </w:r>
      <w:r>
        <w:br/>
      </w:r>
      <w:r>
        <w:rPr>
          <w:sz w:val="20"/>
        </w:rPr>
        <w:t>48:08  ghar hira mein jaya karte thay.</w:t>
      </w:r>
      <w:r>
        <w:br/>
      </w:r>
      <w:r>
        <w:rPr>
          <w:sz w:val="20"/>
        </w:rPr>
        <w:t>48:11  to pehli bar jibril jab wahan aaye, to ghor kijiye ke ek farishta, jo sab se bara farishta hai,</w:t>
      </w:r>
      <w:r>
        <w:br/>
      </w:r>
      <w:r>
        <w:rPr>
          <w:sz w:val="20"/>
        </w:rPr>
        <w:t>48:18  jab aaya hoga to us ghar-ghar mein kya mahol bana hoga.</w:t>
      </w:r>
      <w:r>
        <w:br/>
      </w:r>
      <w:r>
        <w:rPr>
          <w:sz w:val="20"/>
        </w:rPr>
        <w:t>48:24  ab tasawwur kijiye,</w:t>
      </w:r>
      <w:r>
        <w:br/>
      </w:r>
      <w:r>
        <w:rPr>
          <w:sz w:val="20"/>
        </w:rPr>
        <w:t>48:29  Jibrael to aap jante hain ke farishton ke sardar hain, woh aaye Rasool Allah se mile aur unhone kaha ke "Iqra ya Muhammad".</w:t>
      </w:r>
      <w:r>
        <w:br/>
      </w:r>
      <w:r>
        <w:rPr>
          <w:sz w:val="20"/>
        </w:rPr>
        <w:t>48:37  to kitna bara, yani kaisa ajeeb yeh experience raha hoga.</w:t>
      </w:r>
      <w:r>
        <w:br/>
      </w:r>
      <w:r>
        <w:rPr>
          <w:sz w:val="20"/>
        </w:rPr>
        <w:t>48:48  to hadith mein aata hai ke rasool Allah wahan se aaye Khadijah ke ghar mein to dahshat mein thay,</w:t>
      </w:r>
      <w:r>
        <w:br/>
      </w:r>
      <w:r>
        <w:rPr>
          <w:sz w:val="20"/>
        </w:rPr>
        <w:t>49:02  fawz ki halat mein thay. Fawz to aap ne kaha ke "zambroni, zambroni, mujhe urhao, mujhe urhao". To dekhiye, is mein role kya hai aurat ka ke rasool Allah is halat se ka tajurba kar ke wapas aaye.</w:t>
      </w:r>
      <w:r>
        <w:br/>
      </w:r>
      <w:r>
        <w:rPr>
          <w:sz w:val="20"/>
        </w:rPr>
        <w:t>49:24  rasool Allah ne ghar e hira mein jibril ke aane ka tajurba kiya, is mein overwhelm ho gaye aap, lekin Khadijah to ghar mein thi, is se alag, is mahaul se.</w:t>
      </w:r>
      <w:r>
        <w:br/>
      </w:r>
      <w:r>
        <w:rPr>
          <w:sz w:val="20"/>
        </w:rPr>
        <w:t>49:40  to rasool Allah ne kaha ke "zambroni, zambroni".</w:t>
      </w:r>
      <w:r>
        <w:br/>
      </w:r>
      <w:r>
        <w:rPr>
          <w:sz w:val="20"/>
        </w:rPr>
        <w:t>49:47  lekin Khadijah jo unaffected thi, unaffected, unhon ne kya socha? Unhon ne yeh socha ke hum kyun na aisa karein</w:t>
      </w:r>
      <w:r>
        <w:br/>
      </w:r>
      <w:r>
        <w:rPr>
          <w:sz w:val="20"/>
        </w:rPr>
        <w:t>50:02  ke chalen warqa ke paas. Yani warqa ek scholar thay, is zamane ke lehaz se bohat bara scholar, jinhon ne Christianity ka study ki thi.</w:t>
      </w:r>
      <w:r>
        <w:br/>
      </w:r>
      <w:r>
        <w:rPr>
          <w:sz w:val="20"/>
        </w:rPr>
        <w:t>50:19  wo jante thay Christianity kya cheez hai, is ki history ko. To unhon ne ek aazadana zehan ke tehat socha ke kyun na aisa karein hum ke chalen warqa ke paas.</w:t>
      </w:r>
      <w:r>
        <w:br/>
      </w:r>
      <w:r>
        <w:rPr>
          <w:sz w:val="20"/>
        </w:rPr>
        <w:t>50:36  aur by chance warqa jo thi, warqa jo thay, Hazrat Khadijah ke daur ke rishtedar bhi thay. To Hazrat Khadijah rasool Allah ko le kar gayi warqa ke paas.</w:t>
      </w:r>
      <w:r>
        <w:br/>
      </w:r>
      <w:r>
        <w:rPr>
          <w:sz w:val="20"/>
        </w:rPr>
        <w:t>50:54  warqa ke paas le kar gayi. Achha, abhi tak baat clear nahi thi ke yeh kya hua ghar e hira mein, kya hua ghar e hira ka jo waqia tha, jo jo experience tha, abhi tak clear nahi tha ke kya hua woh.</w:t>
      </w:r>
      <w:r>
        <w:br/>
      </w:r>
      <w:r>
        <w:rPr>
          <w:sz w:val="20"/>
        </w:rPr>
        <w:t>51:13  to rasool Allah ko le kar ke wo gayi warqa ke ghar. Warqa ki umar is waqt 90 saal ho chuki thi, bohat hi senior, yani Makkah ke most senior aadmi thay woh.</w:t>
      </w:r>
      <w:r>
        <w:br/>
      </w:r>
      <w:r>
        <w:rPr>
          <w:sz w:val="20"/>
        </w:rPr>
        <w:t>51:29  to unhon ne poocha rasool Allah se: "kya hua? Kya hua? Kya hua?" To rasool Allah ne poora qissa bataya. To pehli baar dekhiye, pehli baar yeh hua ke warqa ne kaha: "Ali, yeh to woh namoos tha, woh namoos e akbar jo Musa ke paas aaya tha,</w:t>
      </w:r>
      <w:r>
        <w:br/>
      </w:r>
      <w:r>
        <w:rPr>
          <w:sz w:val="20"/>
        </w:rPr>
        <w:t>51:52  wo namoos e akbar, yani woh bara farishta." Unhon ne kaha ke "jo qissa tum bata rahe ho, woh to yeh batata hai ke tumhare paas woh bara farishta aaya tha, woh namoos e akbar." Is ka matlab yeh hai ke woh jo us waqt ek halat thi,</w:t>
      </w:r>
      <w:r>
        <w:br/>
      </w:r>
      <w:r>
        <w:rPr>
          <w:sz w:val="20"/>
        </w:rPr>
        <w:t>52:15  yani ghair wazeh,</w:t>
      </w:r>
      <w:r>
        <w:br/>
      </w:r>
      <w:r>
        <w:rPr>
          <w:sz w:val="20"/>
        </w:rPr>
        <w:t>52:21  hira se wapsi ke baad Hazrat Khawaja ke ghar mein, Hazrat Khadijah ke ghar mein, woh clear hui.</w:t>
      </w:r>
      <w:r>
        <w:br/>
      </w:r>
      <w:r>
        <w:rPr>
          <w:sz w:val="20"/>
        </w:rPr>
        <w:t>52:31  wo Khadijah ke zariye se jab unhon ne keh diya, warqa ne jo aalim thay, scholar thay, ke "jo tum bata batate ho, is se lagta hai ke tumhare paas to woh farishta aaya tha, bara farishta, namoos e akbar." Ab ghor kijiye ke kitna bara role tha yeh Hazrat Khadijah ka, ek khatoon ka,</w:t>
      </w:r>
      <w:r>
        <w:br/>
      </w:r>
      <w:r>
        <w:rPr>
          <w:sz w:val="20"/>
        </w:rPr>
        <w:t>52:56  kitna bara role tha ke suspense ki halat ko unhon ne certainty mein tabdeel kar diya. Hazrat Khadijah ne suspense ki halat mein clarity mein tabdeel kar diya,</w:t>
      </w:r>
      <w:r>
        <w:br/>
      </w:r>
      <w:r>
        <w:rPr>
          <w:sz w:val="20"/>
        </w:rPr>
        <w:t>53:11  certainty mein tabdeel kar diya. Yeh thi beginning prophethood ki beginning, jo ek ek khatoon ke zariye hui.</w:t>
      </w:r>
      <w:r>
        <w:br/>
      </w:r>
      <w:r>
        <w:rPr>
          <w:sz w:val="20"/>
        </w:rPr>
        <w:t>53:22  to aurat aur mard ko exact jo kiya gaya hai nature mein, isi liye ke do different maidan mein khade hon, do different maidan ka experience kar rahe hon,</w:t>
      </w:r>
      <w:r>
        <w:br/>
      </w:r>
      <w:r>
        <w:rPr>
          <w:sz w:val="20"/>
        </w:rPr>
        <w:t>53:38  do different maidan ko read kar rahe hon, aur phir ek doosre ke se cooperation karein, kitna bara role hai.</w:t>
      </w:r>
    </w:p>
    <w:p>
      <w:pPr>
        <w:pStyle w:val="Heading2"/>
      </w:pPr>
      <w:r>
        <w:t>Managing emotions through Khadija's example</w:t>
      </w:r>
    </w:p>
    <w:p>
      <w:r>
        <w:rPr>
          <w:color w:val="666666"/>
          <w:sz w:val="18"/>
        </w:rPr>
        <w:t>How to Develop Spiritual Personality July 16, 2006 Maulana Wahiduddin Khan · 3m 01s · at 21:56 · https://youtu.be/nxFUXRFboW4?t=1316</w:t>
      </w:r>
    </w:p>
    <w:p>
      <w:r>
        <w:rPr>
          <w:i/>
        </w:rPr>
        <w:t>“Yani manage karne ka key technique kya hai?”</w:t>
      </w:r>
    </w:p>
    <w:p>
      <w:r>
        <w:rPr>
          <w:sz w:val="20"/>
        </w:rPr>
        <w:t>21:56  yani manage karne ka ki technique kya hai? main apna aaj ka qissa batata hoon jo abhi kal ki baat hai. dekhiye main is colony mein aaya bohat pehle 1983 mein.</w:t>
      </w:r>
      <w:r>
        <w:br/>
      </w:r>
      <w:r>
        <w:rPr>
          <w:sz w:val="20"/>
        </w:rPr>
        <w:t>22:13  to wahan bohat peace tha yahan par. bohat kam aisa hota tha ki koi car chale aur woh horn ki aawaz sunne ko mile. bohat peace tha.</w:t>
      </w:r>
      <w:r>
        <w:br/>
      </w:r>
      <w:r>
        <w:rPr>
          <w:sz w:val="20"/>
        </w:rPr>
        <w:t>22:23  ab aaj kal yeh haal hai ki har waqt carain daudti hain. har waqt horn bajte hain. aur double horn. peeche hato gaadi tab bhi horn bajega.</w:t>
      </w:r>
      <w:r>
        <w:br/>
      </w:r>
      <w:r>
        <w:rPr>
          <w:sz w:val="20"/>
        </w:rPr>
        <w:t>22:32  gaadi ke andar woh cassette bajega. gharaaz yeh ki car jo hai woh shor pollution ka tool ban gayi hai aaj kal.</w:t>
      </w:r>
      <w:r>
        <w:br/>
      </w:r>
      <w:r>
        <w:rPr>
          <w:sz w:val="20"/>
        </w:rPr>
        <w:t>22:43  car jo hai shor pollution ka tool ban gayi hai. to main bohat disturb rehta tha is se. bohat zyada disturb rehta tha.</w:t>
      </w:r>
      <w:r>
        <w:br/>
      </w:r>
      <w:r>
        <w:rPr>
          <w:sz w:val="20"/>
        </w:rPr>
        <w:t>22:54  aur sochta tha ki yahan se bhaag jaaun kahin. main bhaag ke jaaun to kahaan jaaun? phir maine kaise manage kiya? is ko arz karta hoon.</w:t>
      </w:r>
      <w:r>
        <w:br/>
      </w:r>
      <w:r>
        <w:rPr>
          <w:sz w:val="20"/>
        </w:rPr>
        <w:t>23:06  hadith mein aata hai ki jab Rasool Allah sallallahu alaihi wa sallam Prophet of Islam Makkah mein the to aap jaante hain ki Makkah mein log aap ko bohat pareshan karte the.</w:t>
      </w:r>
      <w:r>
        <w:br/>
      </w:r>
      <w:r>
        <w:rPr>
          <w:sz w:val="20"/>
        </w:rPr>
        <w:t>23:20  aur yeh pareshani bhi thi aap ko ki wahan ke ladke aa kar shor karte the aap ke ghar ke saamne. khwah makhwah shor. pareshan karne ke liye.</w:t>
      </w:r>
      <w:r>
        <w:br/>
      </w:r>
      <w:r>
        <w:rPr>
          <w:sz w:val="20"/>
        </w:rPr>
        <w:t>23:30  aur bade log, senior log to mana nahi karte the. kyun ki dekhiye jab samaj mein aisa ho ki aap mutanazia ban jayen to bade log jo hain is mein ghair mutasir ban jate hain.</w:t>
      </w:r>
      <w:r>
        <w:br/>
      </w:r>
      <w:r>
        <w:rPr>
          <w:sz w:val="20"/>
        </w:rPr>
        <w:t>23:45  aur chhote jo hain ladke woh tamasha karte hain woh. to Makkah mein aap ke ghar ke paas aa kar sab shor karte the.</w:t>
      </w:r>
      <w:r>
        <w:br/>
      </w:r>
      <w:r>
        <w:rPr>
          <w:sz w:val="20"/>
        </w:rPr>
        <w:t>23:55  Hazrat Khadija jo khatoon thin woh pareshan rehti thin. to hadith mein aata hai ki ek din aisa hua ki farishte aaye aap ke paas.</w:t>
      </w:r>
      <w:r>
        <w:br/>
      </w:r>
      <w:r>
        <w:rPr>
          <w:sz w:val="20"/>
        </w:rPr>
        <w:t>24:07  to farishte ko Prophet to dekhte the lekin Khadija nahi dekhti thin. to Rasool Allah ne kaha ki dekho yeh Khuda ka farishta aaya hai.</w:t>
      </w:r>
      <w:r>
        <w:br/>
      </w:r>
      <w:r>
        <w:rPr>
          <w:sz w:val="20"/>
        </w:rPr>
        <w:t>24:20  woh tum ko salam keh raha hai. yani Khadija jo aap ki biwi thin unhon ne kaha ki yeh farishta aaya hai Khuda ki taraf se aur tum ko salam keh raha hai.</w:t>
      </w:r>
      <w:r>
        <w:br/>
      </w:r>
      <w:r>
        <w:rPr>
          <w:sz w:val="20"/>
        </w:rPr>
        <w:t>24:34  aur tum ko ek achhi khabar le kar aaya hai Khuda ki taraf se. khushkhabri.</w:t>
      </w:r>
      <w:r>
        <w:br/>
      </w:r>
      <w:r>
        <w:rPr>
          <w:sz w:val="20"/>
        </w:rPr>
        <w:t>24:42  woh kya? ke tumhare liye jannat mein khuda ne ek bahut achha ghar banaya hai. aur us ki sifat yeh batayi ke "la sakhab fiha wa la nasab".</w:t>
      </w:r>
    </w:p>
    <w:p>
      <w:pPr>
        <w:pStyle w:val="Heading2"/>
      </w:pPr>
      <w:r>
        <w:t>Managing noise pollution through Khadija's patience</w:t>
      </w:r>
    </w:p>
    <w:p>
      <w:r>
        <w:rPr>
          <w:color w:val="666666"/>
          <w:sz w:val="18"/>
        </w:rPr>
        <w:t>How to Develop Spiritual Personality July 16, 2006 Maulana Wahiduddin Khan · 5m 06s · at 21:56 · https://youtu.be/nxFUXRFboW4?t=1316</w:t>
      </w:r>
    </w:p>
    <w:p>
      <w:r>
        <w:rPr>
          <w:i/>
        </w:rPr>
        <w:t>“Yani manage karne ka key technique kya hai?”</w:t>
      </w:r>
    </w:p>
    <w:p>
      <w:r>
        <w:rPr>
          <w:sz w:val="20"/>
        </w:rPr>
        <w:t>21:56  yani manage karne ka ki technique kya hai? main apna aaj ka qissa batata hoon jo abhi kal ki baat hai. dekhiye main is colony mein aaya bohat pehle 1983 mein.</w:t>
      </w:r>
      <w:r>
        <w:br/>
      </w:r>
      <w:r>
        <w:rPr>
          <w:sz w:val="20"/>
        </w:rPr>
        <w:t>22:13  to wahan bohat peace tha yahan par. bohat kam aisa hota tha ki koi car chale aur woh horn ki aawaz sunne ko mile. bohat peace tha.</w:t>
      </w:r>
      <w:r>
        <w:br/>
      </w:r>
      <w:r>
        <w:rPr>
          <w:sz w:val="20"/>
        </w:rPr>
        <w:t>22:23  ab aaj kal yeh haal hai ki har waqt carain daudti hain. har waqt horn bajte hain. aur double horn. peeche hato gaadi tab bhi horn bajega.</w:t>
      </w:r>
      <w:r>
        <w:br/>
      </w:r>
      <w:r>
        <w:rPr>
          <w:sz w:val="20"/>
        </w:rPr>
        <w:t>22:32  gaadi ke andar woh cassette bajega. gharaaz yeh ki car jo hai woh shor pollution ka tool ban gayi hai aaj kal.</w:t>
      </w:r>
      <w:r>
        <w:br/>
      </w:r>
      <w:r>
        <w:rPr>
          <w:sz w:val="20"/>
        </w:rPr>
        <w:t>22:43  car jo hai shor pollution ka tool ban gayi hai. to main bohat disturb rehta tha is se. bohat zyada disturb rehta tha.</w:t>
      </w:r>
      <w:r>
        <w:br/>
      </w:r>
      <w:r>
        <w:rPr>
          <w:sz w:val="20"/>
        </w:rPr>
        <w:t>22:54  aur sochta tha ki yahan se bhaag jaaun kahin. main bhaag ke jaaun to kahaan jaaun? phir maine kaise manage kiya? is ko arz karta hoon.</w:t>
      </w:r>
      <w:r>
        <w:br/>
      </w:r>
      <w:r>
        <w:rPr>
          <w:sz w:val="20"/>
        </w:rPr>
        <w:t>23:06  hadith mein aata hai ki jab Rasool Allah sallallahu alaihi wa sallam Prophet of Islam Makkah mein the to aap jaante hain ki Makkah mein log aap ko bohat pareshan karte the.</w:t>
      </w:r>
      <w:r>
        <w:br/>
      </w:r>
      <w:r>
        <w:rPr>
          <w:sz w:val="20"/>
        </w:rPr>
        <w:t>23:20  aur yeh pareshani bhi thi aap ko ki wahan ke ladke aa kar shor karte the aap ke ghar ke saamne. khwah makhwah shor. pareshan karne ke liye.</w:t>
      </w:r>
      <w:r>
        <w:br/>
      </w:r>
      <w:r>
        <w:rPr>
          <w:sz w:val="20"/>
        </w:rPr>
        <w:t>23:30  aur bade log, senior log to mana nahi karte the. kyun ki dekhiye jab samaj mein aisa ho ki aap mutanazia ban jayen to bade log jo hain is mein ghair mutasir ban jate hain.</w:t>
      </w:r>
      <w:r>
        <w:br/>
      </w:r>
      <w:r>
        <w:rPr>
          <w:sz w:val="20"/>
        </w:rPr>
        <w:t>23:45  aur chhote jo hain ladke woh tamasha karte hain woh. to Makkah mein aap ke ghar ke paas aa kar sab shor karte the.</w:t>
      </w:r>
      <w:r>
        <w:br/>
      </w:r>
      <w:r>
        <w:rPr>
          <w:sz w:val="20"/>
        </w:rPr>
        <w:t>23:55  Hazrat Khadija jo khatoon thin woh pareshan rehti thin. to hadith mein aata hai ki ek din aisa hua ki farishte aaye aap ke paas.</w:t>
      </w:r>
      <w:r>
        <w:br/>
      </w:r>
      <w:r>
        <w:rPr>
          <w:sz w:val="20"/>
        </w:rPr>
        <w:t>24:07  to farishte ko Prophet to dekhte the lekin Khadija nahi dekhti thin. to Rasool Allah ne kaha ki dekho yeh Khuda ka farishta aaya hai.</w:t>
      </w:r>
      <w:r>
        <w:br/>
      </w:r>
      <w:r>
        <w:rPr>
          <w:sz w:val="20"/>
        </w:rPr>
        <w:t>24:20  woh tum ko salam keh raha hai. yani Khadija jo aap ki biwi thin unhon ne kaha ki yeh farishta aaya hai Khuda ki taraf se aur tum ko salam keh raha hai.</w:t>
      </w:r>
      <w:r>
        <w:br/>
      </w:r>
      <w:r>
        <w:rPr>
          <w:sz w:val="20"/>
        </w:rPr>
        <w:t>24:34  aur tum ko ek achhi khabar le kar aaya hai Khuda ki taraf se. khushkhabri.</w:t>
      </w:r>
      <w:r>
        <w:br/>
      </w:r>
      <w:r>
        <w:rPr>
          <w:sz w:val="20"/>
        </w:rPr>
        <w:t>24:42  woh kya? ke tumhare liye jannat mein khuda ne ek bahut achha ghar banaya hai. aur us ki sifat yeh batayi ke "la sakhab fiha wa la nasab".</w:t>
      </w:r>
      <w:r>
        <w:br/>
      </w:r>
      <w:r>
        <w:rPr>
          <w:sz w:val="20"/>
        </w:rPr>
        <w:t>24:57  yani khuda ki taraf se yeh aaya ke tumhare liye hum ne jannat mein ghar bana diya hai bahut achha. jis ki sifat yeh hogi ke "la sakhab fiha wa la nasab".</w:t>
      </w:r>
      <w:r>
        <w:br/>
      </w:r>
      <w:r>
        <w:rPr>
          <w:sz w:val="20"/>
        </w:rPr>
        <w:t>25:08  is mein na shor hoga na takleef hogi. is ko le kar maine socha.</w:t>
      </w:r>
      <w:r>
        <w:br/>
      </w:r>
      <w:r>
        <w:rPr>
          <w:sz w:val="20"/>
        </w:rPr>
        <w:t>25:18  matlab ise sabr karne ke liye kaha gaya hazrat khadija se ke sabr karo. is ke liye ho kar maine socha ke agar kisi khuda ke bande par woh halaat guzre hain, woh suratehaal us par aa jaye jo khadija ko aayi thi.</w:t>
      </w:r>
      <w:r>
        <w:br/>
      </w:r>
      <w:r>
        <w:rPr>
          <w:sz w:val="20"/>
        </w:rPr>
        <w:t>25:36  yani shor ke beech mein use rehna pade. aur phir woh sabr kar le. to goya ke woh apne aap ko is ka mustahiq bana raha hai.</w:t>
      </w:r>
      <w:r>
        <w:br/>
      </w:r>
      <w:r>
        <w:rPr>
          <w:sz w:val="20"/>
        </w:rPr>
        <w:t>25:49  is ka ummeedwar ban raha hai woh. ke dobara khuda ki taraf se us ke haan se paighaam aaye ke aye bande tu sabr kar le is par.</w:t>
      </w:r>
      <w:r>
        <w:br/>
      </w:r>
      <w:r>
        <w:rPr>
          <w:sz w:val="20"/>
        </w:rPr>
        <w:t>26:03  tere liye hum ne jannat mein ek ghar reserve kar diya hai. jahan "la sakhab fiha wa la nasab". jahan shor nahi hoga, jahan takleef nahi hogi.</w:t>
      </w:r>
      <w:r>
        <w:br/>
      </w:r>
      <w:r>
        <w:rPr>
          <w:sz w:val="20"/>
        </w:rPr>
        <w:t>26:15  to goya ke khadija wale amal ko dohrana. apne aap ko is ka ummeedwar banana hai. ke khuda ki taraf se dobara woh paighaam aaye.</w:t>
      </w:r>
      <w:r>
        <w:br/>
      </w:r>
      <w:r>
        <w:rPr>
          <w:sz w:val="20"/>
        </w:rPr>
        <w:t>26:28  to mujhe laga ke yeh shor to mere liye barkat hai. yeh shor pollution to mere liye barkat hai. kyun? is liye ke agar main ise sabr kar loon to main mustahiq ban jaunga is achhi khabar ka jo khadija ke liye aayi thi.</w:t>
      </w:r>
      <w:r>
        <w:br/>
      </w:r>
      <w:r>
        <w:rPr>
          <w:sz w:val="20"/>
        </w:rPr>
        <w:t>26:46  is tarah maine manage kiya apne emotions ko aur maine apne aap ko thanda kar liya.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