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Living with people of other faiths</w:t>
      </w:r>
    </w:p>
    <w:p>
      <w:r>
        <w:rPr>
          <w:sz w:val="18"/>
        </w:rPr>
        <w:t>Q&amp;A, lecture moments and clips · full transcripts with timestamps · exported 2026-09-21</w:t>
      </w:r>
    </w:p>
    <w:p>
      <w:pPr>
        <w:pStyle w:val="Heading1"/>
      </w:pPr>
      <w:r>
        <w:t>Maulana was asked (30)</w:t>
      </w:r>
    </w:p>
    <w:p>
      <w:pPr>
        <w:pStyle w:val="Heading2"/>
      </w:pPr>
      <w:r>
        <w:t>Building trust with people of other faiths</w:t>
      </w:r>
    </w:p>
    <w:p>
      <w:r>
        <w:rPr>
          <w:color w:val="666666"/>
          <w:sz w:val="18"/>
        </w:rPr>
        <w:t>Nation Building On India's Republic Day Jan 26, 2020 Maulana Wahiduddin Khan · 1m 20s · at 54:08 · https://youtu.be/58CVocbLAb8?t=3248</w:t>
      </w:r>
    </w:p>
    <w:p>
      <w:r>
        <w:rPr>
          <w:i/>
        </w:rPr>
        <w:t>“How can we build trust with people of other faiths so that there is communal harmony and peace in society?”</w:t>
      </w:r>
    </w:p>
    <w:p>
      <w:r>
        <w:rPr>
          <w:sz w:val="20"/>
        </w:rPr>
        <w:t>54:08  fawad kadwai sahib ne surat se sawal bheja hai. unhon ne likha hai: "Moulana how can we build trust with people of other faith so that there is communal harmony and peace in the</w:t>
      </w:r>
      <w:r>
        <w:br/>
      </w:r>
      <w:r>
        <w:rPr>
          <w:sz w:val="20"/>
        </w:rPr>
        <w:t>54:22  society?" apne andar paida kijiye. aap beginning karte hain doosre se. jo spirit aap chahte hain doosre ke andar paida karna woh apne andar paida kijiye.</w:t>
      </w:r>
      <w:r>
        <w:br/>
      </w:r>
      <w:r>
        <w:rPr>
          <w:sz w:val="20"/>
        </w:rPr>
        <w:t>54:38  jaise dekhiye main jab kehta hoon allah o akbar namaz mein azan mein to mujhe bohat khushi hoti hai.</w:t>
      </w:r>
      <w:r>
        <w:br/>
      </w:r>
      <w:r>
        <w:rPr>
          <w:sz w:val="20"/>
        </w:rPr>
        <w:t>54:48  ek thrilling thrill aata hai ke maine Allah ko bara ek</w:t>
      </w:r>
      <w:r>
        <w:br/>
      </w:r>
      <w:r>
        <w:rPr>
          <w:sz w:val="20"/>
        </w:rPr>
        <w:t>55:00  discover kiya. aap mujhe bataiye ke india mein kehte hain aise log hain ke doosre ki spirit se woh inspire hon.</w:t>
      </w:r>
      <w:r>
        <w:br/>
      </w:r>
      <w:r>
        <w:rPr>
          <w:sz w:val="20"/>
        </w:rPr>
        <w:t>55:12  to aap apne andar paida kijiye doosre ke andar aap chahte hain ke doosre ke andar paida ho. apne andar paida kijiye doosre ke andar apne aap paida ho jayenge.</w:t>
      </w:r>
    </w:p>
    <w:p>
      <w:pPr>
        <w:pStyle w:val="Heading2"/>
      </w:pPr>
      <w:r>
        <w:t>Rationale for interfaith interaction despite risks</w:t>
      </w:r>
    </w:p>
    <w:p>
      <w:r>
        <w:rPr>
          <w:color w:val="666666"/>
          <w:sz w:val="18"/>
        </w:rPr>
        <w:t>The Deeper Meaning of The Quran 18 Aug 2019 - Maulana Wahiduddin Khan · 2m 02s · at 47:20 · https://youtu.be/EYyhbiR_ZIQ?t=2840</w:t>
      </w:r>
    </w:p>
    <w:p>
      <w:r>
        <w:rPr>
          <w:i/>
        </w:rPr>
        <w:t>“What is the rationale for your call for interaction with others as this may also mislead Muslims if they are open towards interaction with other faith people?”</w:t>
      </w:r>
    </w:p>
    <w:p>
      <w:r>
        <w:rPr>
          <w:sz w:val="20"/>
        </w:rPr>
        <w:t>47:20  Maulana, agla sawal kya hai Salman Sahab ne Lucknow se. unhon ne aap se poocha hai keh "What is the rationale for your call for interaction with others as this may also mislead Muslims if they are open towards interaction with other faith</w:t>
      </w:r>
      <w:r>
        <w:br/>
      </w:r>
      <w:r>
        <w:rPr>
          <w:sz w:val="20"/>
        </w:rPr>
        <w:t>47:43  people?"</w:t>
      </w:r>
      <w:r>
        <w:br/>
      </w:r>
      <w:r>
        <w:rPr>
          <w:sz w:val="20"/>
        </w:rPr>
        <w:t>47:48  dekhiye, mislead, mislead pehle boliye ga. Mislead, mislead. haan, mislead. yeh koi criterion nahi hai. duniya mein kaun si zabaan hai?</w:t>
      </w:r>
      <w:r>
        <w:br/>
      </w:r>
      <w:r>
        <w:rPr>
          <w:sz w:val="20"/>
        </w:rPr>
        <w:t>47:58  khud Arabi zabaan parh kar ke log gumrah ho jaate hain. yeh kaun si baat hai? yeh koi mayar nahi hai. jitne gumrah firqay duniya mein paida hue, woh sab Arabi zabaan mein mahir thay.</w:t>
      </w:r>
      <w:r>
        <w:br/>
      </w:r>
      <w:r>
        <w:rPr>
          <w:sz w:val="20"/>
        </w:rPr>
        <w:t>48:15  jitne Islam mein firqay nikale hain, woh sab Arabi ke mahir thay. yeh koi baat nahi hai.</w:t>
      </w:r>
      <w:r>
        <w:br/>
      </w:r>
      <w:r>
        <w:rPr>
          <w:sz w:val="20"/>
        </w:rPr>
        <w:t>48:29  Maulana, agla comment Pakistan se bheja hai Tariq Badar Sahab ne. unhon ne likha hai: "Today's lecture was important in understanding the importance of other languages and not only Arabic.</w:t>
      </w:r>
      <w:r>
        <w:br/>
      </w:r>
      <w:r>
        <w:rPr>
          <w:sz w:val="20"/>
        </w:rPr>
        <w:t>48:45  Maulana, in Pakistan still we find few people who try to understand the Quran and mostly read it for thought, even the educated people.</w:t>
      </w:r>
      <w:r>
        <w:br/>
      </w:r>
      <w:r>
        <w:rPr>
          <w:sz w:val="20"/>
        </w:rPr>
        <w:t>48:58  Distributing Quran translations is helping to break this mindset. Jazak Allah Maulana for guiding us in this direction.</w:t>
      </w:r>
      <w:r>
        <w:br/>
      </w:r>
      <w:r>
        <w:rPr>
          <w:sz w:val="20"/>
        </w:rPr>
        <w:t>49:13  Masha Allah.</w:t>
      </w:r>
    </w:p>
    <w:p>
      <w:pPr>
        <w:pStyle w:val="Heading2"/>
      </w:pPr>
      <w:r>
        <w:t>Guiding Muslims to Cope with Non-Muslims</w:t>
      </w:r>
    </w:p>
    <w:p>
      <w:r>
        <w:rPr>
          <w:color w:val="666666"/>
          <w:sz w:val="18"/>
        </w:rPr>
        <w:t>How to Become Deserving of Paradise August 16, 2020 Maulana Wahiduddin Khan · 2m 58s · at 39:37 · https://youtu.be/jFXK3TMiqtA?t=2377</w:t>
      </w:r>
    </w:p>
    <w:p>
      <w:r>
        <w:rPr>
          <w:i/>
        </w:rPr>
        <w:t>“Please guide us in the present Indian situation of Muslims as to how we can cope up with non-Muslims. We are every day suppressed by them.”</w:t>
      </w:r>
    </w:p>
    <w:p>
      <w:r>
        <w:rPr>
          <w:sz w:val="20"/>
        </w:rPr>
        <w:t>39:37  Maulana, Mumbai se Sajid Sheikh sahib ne ek sawal bheja hai. unhon ne likha hai ke: "Maulana sahib, please guide us in the present Indian situation of Muslims as to how we can cope up with non Muslims.</w:t>
      </w:r>
      <w:r>
        <w:br/>
      </w:r>
      <w:r>
        <w:rPr>
          <w:sz w:val="20"/>
        </w:rPr>
        <w:t>39:55  we are every day suppressed by them." nahi, nahi,</w:t>
      </w:r>
      <w:r>
        <w:br/>
      </w:r>
      <w:r>
        <w:rPr>
          <w:sz w:val="20"/>
        </w:rPr>
        <w:t>40:00  yeh bilkul ghalat hai ke kuch suppress kiya ja raha hai. aap ko khoob Musalman taraqqi kar rahe hain India mein, Musalman khoob taraqqi kar rahe hain har maidan mein.</w:t>
      </w:r>
      <w:r>
        <w:br/>
      </w:r>
      <w:r>
        <w:rPr>
          <w:sz w:val="20"/>
        </w:rPr>
        <w:t>40:15  yeh yeh theory bilkul ghalat hai ke in ko</w:t>
      </w:r>
      <w:r>
        <w:br/>
      </w:r>
      <w:r>
        <w:rPr>
          <w:sz w:val="20"/>
        </w:rPr>
        <w:t>40:18  suppress kiya ja raha hai.</w:t>
      </w:r>
      <w:r>
        <w:br/>
      </w:r>
      <w:r>
        <w:rPr>
          <w:sz w:val="20"/>
        </w:rPr>
        <w:t>40:25  yeh is liye hai ke log kiraye ke sath cheezon ko</w:t>
      </w:r>
      <w:r>
        <w:br/>
      </w:r>
      <w:r>
        <w:rPr>
          <w:sz w:val="20"/>
        </w:rPr>
        <w:t>40:32  read nahi karte.</w:t>
      </w:r>
      <w:r>
        <w:br/>
      </w:r>
      <w:r>
        <w:rPr>
          <w:sz w:val="20"/>
        </w:rPr>
        <w:t>40:36  mein India ko best country manta hoon. koi yahan na zulm hai, na kuch hai. sab</w:t>
      </w:r>
      <w:r>
        <w:br/>
      </w:r>
      <w:r>
        <w:rPr>
          <w:sz w:val="20"/>
        </w:rPr>
        <w:t>40:48  mere nazdeek sab</w:t>
      </w:r>
      <w:r>
        <w:br/>
      </w:r>
      <w:r>
        <w:rPr>
          <w:sz w:val="20"/>
        </w:rPr>
        <w:t>40:54  log false food mein jeete hain. to kya kya hai? apne aap ko false food se nikaliye.</w:t>
      </w:r>
      <w:r>
        <w:br/>
      </w:r>
      <w:r>
        <w:rPr>
          <w:sz w:val="20"/>
        </w:rPr>
        <w:t>41:03  mein bhi to is dunya mein hoon. mere liye to India ek ek boon hai. boon!</w:t>
      </w:r>
      <w:r>
        <w:br/>
      </w:r>
      <w:r>
        <w:rPr>
          <w:sz w:val="20"/>
        </w:rPr>
        <w:t>41:11  mujhe kabhi yeh mehsoos nahi hua ke koi mujhe suppress kar raha hai.</w:t>
      </w:r>
      <w:r>
        <w:br/>
      </w:r>
      <w:r>
        <w:rPr>
          <w:sz w:val="20"/>
        </w:rPr>
        <w:t>41:23  M A Sameer sahib ne comment bheja hai. unhon ne location nahi likha hai. unhon ne likha hai ke: "Maulana, is umar mein bhi daawat il Allah ka anjam de rahe hain.</w:t>
      </w:r>
      <w:r>
        <w:br/>
      </w:r>
      <w:r>
        <w:rPr>
          <w:sz w:val="20"/>
        </w:rPr>
        <w:t>41:35  yeh hum sab ke liye bare shukr ki baat hai. Allah aap ko achi sah</w:t>
      </w:r>
    </w:p>
    <w:p>
      <w:pPr>
        <w:pStyle w:val="Heading2"/>
      </w:pPr>
      <w:r>
        <w:t>Dealing with incompatible life partner</w:t>
      </w:r>
    </w:p>
    <w:p>
      <w:r>
        <w:rPr>
          <w:color w:val="666666"/>
          <w:sz w:val="18"/>
        </w:rPr>
        <w:t>Paradise as a Goal April 26, 2015 · 1m 31s · at 1:02:01 · https://youtu.be/hnHqhmSJZXA?t=3721</w:t>
      </w:r>
    </w:p>
    <w:p>
      <w:r>
        <w:rPr>
          <w:i/>
        </w:rPr>
        <w:t>“If a life partner is not compatible, does not support my spiritual food gain, and when I give relevant talk they give irrelevant talk, what should I do?”</w:t>
      </w:r>
    </w:p>
    <w:p>
      <w:r>
        <w:rPr>
          <w:sz w:val="20"/>
        </w:rPr>
        <w:t>1:02:01  maulana yeh agla sawal aya hai muhammad abrar sahib ka allahabad se</w:t>
      </w:r>
      <w:r>
        <w:br/>
      </w:r>
      <w:r>
        <w:rPr>
          <w:sz w:val="20"/>
        </w:rPr>
        <w:t>1:02:07  maulana agar life partner hum mizaj na ho aur hamare spiritual food ko gain karne mein hamara sath</w:t>
      </w:r>
      <w:r>
        <w:br/>
      </w:r>
      <w:r>
        <w:rPr>
          <w:sz w:val="20"/>
        </w:rPr>
        <w:t>1:02:15  na de aur jab hum relevant talk karein woh irrelevant talk kare to hamein kya karna chahiye kyunke</w:t>
      </w:r>
      <w:r>
        <w:br/>
      </w:r>
      <w:r>
        <w:rPr>
          <w:sz w:val="20"/>
        </w:rPr>
        <w:t>1:02:25  is ki waja se hamare mission mein disturbance hota hai</w:t>
      </w:r>
      <w:r>
        <w:br/>
      </w:r>
      <w:r>
        <w:rPr>
          <w:sz w:val="20"/>
        </w:rPr>
        <w:t>1:02:32  nahi dekhiye yeh baat sahi nahi hai</w:t>
      </w:r>
      <w:r>
        <w:br/>
      </w:r>
      <w:r>
        <w:rPr>
          <w:sz w:val="20"/>
        </w:rPr>
        <w:t>1:02:35  har aurat har mard</w:t>
      </w:r>
      <w:r>
        <w:br/>
      </w:r>
      <w:r>
        <w:rPr>
          <w:sz w:val="20"/>
        </w:rPr>
        <w:t>1:02:38  Allah ke paida ki hui hain aisa nahi kisi ko shaitan ne paida kiya hai kisi ko Khuda</w:t>
      </w:r>
      <w:r>
        <w:br/>
      </w:r>
      <w:r>
        <w:rPr>
          <w:sz w:val="20"/>
        </w:rPr>
        <w:t>1:02:42  ne paida kiya hai</w:t>
      </w:r>
      <w:r>
        <w:br/>
      </w:r>
      <w:r>
        <w:rPr>
          <w:sz w:val="20"/>
        </w:rPr>
        <w:t>1:02:45  to aap jis darje mein aap ka saathi aap ke aap se mawafqat kar raha hai us par</w:t>
      </w:r>
      <w:r>
        <w:br/>
      </w:r>
      <w:r>
        <w:rPr>
          <w:sz w:val="20"/>
        </w:rPr>
        <w:t>1:02:54  shukr kijiye agar kami hai to us ke liye koshish kijiye dua kijiye koshish kijiye</w:t>
      </w:r>
      <w:r>
        <w:br/>
      </w:r>
      <w:r>
        <w:rPr>
          <w:sz w:val="20"/>
        </w:rPr>
        <w:t>1:03:00  aisa nahi hai ke woh bas</w:t>
      </w:r>
      <w:r>
        <w:br/>
      </w:r>
      <w:r>
        <w:rPr>
          <w:sz w:val="20"/>
        </w:rPr>
        <w:t>1:03:03  woh saathi aap ka bigra hai bigra hi rahega aisa nahi apni kamiyon ko daryaft kijiye ho</w:t>
      </w:r>
      <w:r>
        <w:br/>
      </w:r>
      <w:r>
        <w:rPr>
          <w:sz w:val="20"/>
        </w:rPr>
        <w:t>1:03:09  sakta hai ke aap ki koi kami ho jise aap jhel dete hon ghussa hote hon sakhti se</w:t>
      </w:r>
      <w:r>
        <w:br/>
      </w:r>
      <w:r>
        <w:rPr>
          <w:sz w:val="20"/>
        </w:rPr>
        <w:t>1:03:14  baat karte hon to us woh reaction reaction aata hai is ke andar yeh bhi ho</w:t>
      </w:r>
      <w:r>
        <w:br/>
      </w:r>
      <w:r>
        <w:rPr>
          <w:sz w:val="20"/>
        </w:rPr>
        <w:t>1:03:18  sakta hai main is ko nahi manta ke koi aurat ya mard</w:t>
      </w:r>
      <w:r>
        <w:br/>
      </w:r>
      <w:r>
        <w:rPr>
          <w:sz w:val="20"/>
        </w:rPr>
        <w:t>1:03:24  paidaishi taur par bure hain</w:t>
      </w:r>
      <w:r>
        <w:br/>
      </w:r>
      <w:r>
        <w:rPr>
          <w:sz w:val="20"/>
        </w:rPr>
        <w:t>1:03:27  main is ko nahi manta</w:t>
      </w:r>
    </w:p>
    <w:p>
      <w:pPr>
        <w:pStyle w:val="Heading2"/>
      </w:pPr>
      <w:r>
        <w:t>Muslim integration and dealing with extremists</w:t>
      </w:r>
    </w:p>
    <w:p>
      <w:r>
        <w:rPr>
          <w:color w:val="666666"/>
          <w:sz w:val="18"/>
        </w:rPr>
        <w:t>Study of The Quran 23 June 2019 - Maulana Wahiduddin Khan · 4m 17s · at 40:02 · https://youtu.be/tFQnqhFtPko?t=2402</w:t>
      </w:r>
    </w:p>
    <w:p>
      <w:r>
        <w:rPr>
          <w:i/>
        </w:rPr>
        <w:t>“How can Muslims integrate positively with non-Muslims to create harmony? Would it be right for Muslims to disown Muslims who negatively interpret Islam?”</w:t>
      </w:r>
    </w:p>
    <w:p>
      <w:r>
        <w:rPr>
          <w:sz w:val="20"/>
        </w:rPr>
        <w:t>40:02  I will try to inculcate both of them to the best of my capacity. Inshallah." Maulana, agla sawal bheja hai Mr. Rajesh Bhatia ne.</w:t>
      </w:r>
      <w:r>
        <w:br/>
      </w:r>
      <w:r>
        <w:rPr>
          <w:sz w:val="20"/>
        </w:rPr>
        <w:t>40:15  Unhon ne location nahi likhi hai apni. Un ka sawal hai: "How can Muslims integrate positively with non-Muslims to create harmony?</w:t>
      </w:r>
      <w:r>
        <w:br/>
      </w:r>
      <w:r>
        <w:rPr>
          <w:sz w:val="20"/>
        </w:rPr>
        <w:t>40:27  Would it be right for Muslims to disown Muslims who negatively interpret Islam?"</w:t>
      </w:r>
      <w:r>
        <w:br/>
      </w:r>
      <w:r>
        <w:rPr>
          <w:sz w:val="20"/>
        </w:rPr>
        <w:t>40:41  Bhai, dekhiye, main to samajhta hoon ke zindagi ke do formulay hain. Har field mein woh apply kar rahe hain.</w:t>
      </w:r>
      <w:r>
        <w:br/>
      </w:r>
      <w:r>
        <w:rPr>
          <w:sz w:val="20"/>
        </w:rPr>
        <w:t>40:51  Aap aik formula yeh hai ke aisi field duniya mein hoti hai, aisi field jahan aap aur doosra aadmi dono aik raah ke hotay hain.</w:t>
      </w:r>
      <w:r>
        <w:br/>
      </w:r>
      <w:r>
        <w:rPr>
          <w:sz w:val="20"/>
        </w:rPr>
        <w:t>41:07  To is mein kya hota hai ke "I am right, you are also right." Maslan dekhiye, suraj</w:t>
      </w:r>
      <w:r>
        <w:br/>
      </w:r>
      <w:r>
        <w:rPr>
          <w:sz w:val="20"/>
        </w:rPr>
        <w:t>41:22  ab ab is zamane mein yeh mana jata hai ke suraj nahi ghoom raha hai, zameen ghoom rahi hai. To is mein kya hai? Is mein sab ka aik "I am right, you are also right." Yaani har jagah ke log yeh mante hain,</w:t>
      </w:r>
      <w:r>
        <w:br/>
      </w:r>
      <w:r>
        <w:rPr>
          <w:sz w:val="20"/>
        </w:rPr>
        <w:t>41:37  ehl-e-ilm ke suraj zameen suraj ke gird ghhoom rahi hai. to is mein yeh formula hai ke "i am right, you are also right." kuch aur field hai jis mein yeh formula nahi chalta.</w:t>
      </w:r>
      <w:r>
        <w:br/>
      </w:r>
      <w:r>
        <w:rPr>
          <w:sz w:val="20"/>
        </w:rPr>
        <w:t>41:56  to wahan par kya hota hai ke mutual,</w:t>
      </w:r>
      <w:r>
        <w:br/>
      </w:r>
      <w:r>
        <w:rPr>
          <w:sz w:val="20"/>
        </w:rPr>
        <w:t>42:04  yani mutual discussion hota hai, aapas mein samajhte hain baaton ko aur adjust karte hain ek doosre se.</w:t>
      </w:r>
      <w:r>
        <w:br/>
      </w:r>
      <w:r>
        <w:rPr>
          <w:sz w:val="20"/>
        </w:rPr>
        <w:t>42:16  yeh yeh bhi formula chal raha hai, dono formulay chal rahe hain. to aap ko jahan woh formula applicable dikhai parre ke "i am right, you are also right," us ko apply kijiye.</w:t>
      </w:r>
      <w:r>
        <w:br/>
      </w:r>
      <w:r>
        <w:rPr>
          <w:sz w:val="20"/>
        </w:rPr>
        <w:t>42:32  aur jahan yeh formula aap ko applicable maloom ho ke ke jis ko hum kehte hain ke "let us agree to disagree," yeh bhi ek formula hai.</w:t>
      </w:r>
      <w:r>
        <w:br/>
      </w:r>
      <w:r>
        <w:rPr>
          <w:sz w:val="20"/>
        </w:rPr>
        <w:t>42:49  "let us agree to disagree." to jahan woh aap ne qabool ho to woh woh apply kar lijiye. yeh to zindagi ka, yani zindagi mein hota hi hota hai.</w:t>
      </w:r>
      <w:r>
        <w:br/>
      </w:r>
      <w:r>
        <w:rPr>
          <w:sz w:val="20"/>
        </w:rPr>
        <w:t>43:00  aisa hai, hota hi hota hai ke kahin aap yeh formula apply karte hain, kahin woh formula apply karte hain. yani kahin to "let us agree to disagree" ka formula apply karte hain,</w:t>
      </w:r>
      <w:r>
        <w:br/>
      </w:r>
      <w:r>
        <w:rPr>
          <w:sz w:val="20"/>
        </w:rPr>
        <w:t>43:16  kahin yeh formula ke "i am right, you are also right." to yeh yeh koi masla nahi hai. jis jis field mein aap deal kar rahe hon, us ko samajh lein ke woh kis kis field ki ka woh baat hai.</w:t>
      </w:r>
      <w:r>
        <w:br/>
      </w:r>
      <w:r>
        <w:rPr>
          <w:sz w:val="20"/>
        </w:rPr>
        <w:t>43:38  wahan woh apply kar lijiye. mein to aise hi karta hoon. mein dono, dono, dono field mein se mujhe har aadmi ki taraf mujhe bhi nipatna parta hai.</w:t>
      </w:r>
      <w:r>
        <w:br/>
      </w:r>
      <w:r>
        <w:rPr>
          <w:sz w:val="20"/>
        </w:rPr>
        <w:t>43:54  to mein dono mein se ek formula apply kar leta hoon. to is mein, is mein, is mein mushkil kya hai?</w:t>
      </w:r>
      <w:r>
        <w:br/>
      </w:r>
      <w:r>
        <w:rPr>
          <w:sz w:val="20"/>
        </w:rPr>
        <w:t>44:08  mein to koi real problem nahi samajhta is ko.</w:t>
      </w:r>
    </w:p>
    <w:p>
      <w:pPr>
        <w:pStyle w:val="Heading2"/>
      </w:pPr>
      <w:r>
        <w:t>Basis of close-mindedness in interfaith interaction</w:t>
      </w:r>
    </w:p>
    <w:p>
      <w:r>
        <w:rPr>
          <w:color w:val="666666"/>
          <w:sz w:val="18"/>
        </w:rPr>
        <w:t>Mission of Tajdeed (Revival of Islam) September 15, 2019 Maulana Wahiduddin Khan · 1m 53s · at 27:28 · https://youtu.be/jGfoAffJ4-8?t=1648</w:t>
      </w:r>
    </w:p>
    <w:p>
      <w:r>
        <w:rPr>
          <w:i/>
        </w:rPr>
        <w:t>“You always emphasize interaction with people of other faiths. However, many Muslim leaders urge Muslims not to mix with people of other religions, saying it will deviate them from the Islamic path and Satan will drag them towards kufr. What is the basis of this close-mindedness?”</w:t>
      </w:r>
    </w:p>
    <w:p>
      <w:r>
        <w:rPr>
          <w:sz w:val="20"/>
        </w:rPr>
        <w:t>27:28  maulana, ek sawal lena chahenge jo bhopal se bheja hai. shahzad sheikh sahib ne, unhon ne likha hai: "maulana, you always emphasize interaction with people of other faiths.</w:t>
      </w:r>
      <w:r>
        <w:br/>
      </w:r>
      <w:r>
        <w:rPr>
          <w:sz w:val="20"/>
        </w:rPr>
        <w:t>27:45  however, many muslim leaders urge muslims not to mix with people of other religions as they say it will deviate them from the islamic path and certain will derail them towards kufr.</w:t>
      </w:r>
      <w:r>
        <w:br/>
      </w:r>
      <w:r>
        <w:rPr>
          <w:sz w:val="20"/>
        </w:rPr>
        <w:t>28:02  maulana, what is the basis of this close mindedness?</w:t>
      </w:r>
      <w:r>
        <w:br/>
      </w:r>
      <w:r>
        <w:rPr>
          <w:sz w:val="20"/>
        </w:rPr>
        <w:t>28:07  and secondly, why according to you, interaction is important for muslims?" dekhiye, aap rasool allah ne jo sunnat chhodi hai,</w:t>
      </w:r>
      <w:r>
        <w:br/>
      </w:r>
      <w:r>
        <w:rPr>
          <w:sz w:val="20"/>
        </w:rPr>
        <w:t>28:24  is ko dekhiye. aap rasool allah hamesha</w:t>
      </w:r>
      <w:r>
        <w:br/>
      </w:r>
      <w:r>
        <w:rPr>
          <w:sz w:val="20"/>
        </w:rPr>
        <w:t>28:31  logon ko bhejte thay jin logon ko aap log to samajhte hain ghazwa, woh ghazwa nahin hota tha, woh hota tha sariya.</w:t>
      </w:r>
      <w:r>
        <w:br/>
      </w:r>
      <w:r>
        <w:rPr>
          <w:sz w:val="20"/>
        </w:rPr>
        <w:t>28:42  sariya yani logon mein ja kar da'wah dena. aur aap ko maloom hoga ke hajjat ul wida jo hua tha, aakhri us waqt rasool allah ne ailaan kiya tha ke jao qaumon mein, jao qaumon mein, jao aur islam ka ailaan karo.</w:t>
      </w:r>
      <w:r>
        <w:br/>
      </w:r>
      <w:r>
        <w:rPr>
          <w:sz w:val="20"/>
        </w:rPr>
        <w:t>29:02  to islam to poore ma'ne mein da'wah ka mazhab hai, interaction ka mazhab hai aur dunya mein phail kar logon mein mil kar ke logon mein interaction kar ke da'wah ko phansane ka mazhab hai.</w:t>
      </w:r>
    </w:p>
    <w:p>
      <w:pPr>
        <w:pStyle w:val="Heading2"/>
      </w:pPr>
      <w:r>
        <w:t>How can we all live peacefully</w:t>
      </w:r>
    </w:p>
    <w:p>
      <w:r>
        <w:rPr>
          <w:color w:val="666666"/>
          <w:sz w:val="18"/>
        </w:rPr>
        <w:t>Conversation with Maulana Wahiduddin Khan | October 01, 2017 · 1m 43s · at 28:06 · https://youtu.be/TmOYGd3rp2M?t=1686</w:t>
      </w:r>
    </w:p>
    <w:p>
      <w:r>
        <w:rPr>
          <w:i/>
        </w:rPr>
        <w:t>“How can we all live peacefully?”</w:t>
      </w:r>
    </w:p>
    <w:p>
      <w:r>
        <w:rPr>
          <w:sz w:val="20"/>
        </w:rPr>
        <w:t>28:06  maulana, do logon ne ek hi sawal bheja hai to hum dono parhte hain.</w:t>
      </w:r>
      <w:r>
        <w:br/>
      </w:r>
      <w:r>
        <w:rPr>
          <w:sz w:val="20"/>
        </w:rPr>
        <w:t>28:11  yeh pehla sawal bheja hai wajdan s</w:t>
      </w:r>
      <w:r>
        <w:br/>
      </w:r>
      <w:r>
        <w:rPr>
          <w:sz w:val="20"/>
        </w:rPr>
        <w:t>28:16  leem sahab ne dilli se aur unhon ne likha hai ke "How can we all live peacefully?</w:t>
      </w:r>
      <w:r>
        <w:br/>
      </w:r>
      <w:r>
        <w:rPr>
          <w:sz w:val="20"/>
        </w:rPr>
        <w:t>28:23  That is all the sects live peacefully.</w:t>
      </w:r>
      <w:r>
        <w:br/>
      </w:r>
      <w:r>
        <w:rPr>
          <w:sz w:val="20"/>
        </w:rPr>
        <w:t>28:29  What is the way that you would suggest?" aur muhammad talat aziz sahab ne bhi isi tareeqay ke</w:t>
      </w:r>
      <w:r>
        <w:br/>
      </w:r>
      <w:r>
        <w:rPr>
          <w:sz w:val="20"/>
        </w:rPr>
        <w:t>28:36  sawal poocha hai ke maulana sahab "How can we all be united under one shade?</w:t>
      </w:r>
      <w:r>
        <w:br/>
      </w:r>
      <w:r>
        <w:rPr>
          <w:sz w:val="20"/>
        </w:rPr>
        <w:t>28:42  What tips will you like to give to the Muslims?"</w:t>
      </w:r>
      <w:r>
        <w:br/>
      </w:r>
      <w:r>
        <w:rPr>
          <w:sz w:val="20"/>
        </w:rPr>
        <w:t>28:49  yeh bhi how ka kya sawal hai? peaceful tareeqay ke zariye? how ki baat kar rahe hain? dekhiye,</w:t>
      </w:r>
      <w:r>
        <w:br/>
      </w:r>
      <w:r>
        <w:rPr>
          <w:sz w:val="20"/>
        </w:rPr>
        <w:t>28:54  hamesha tashaddud hota hai.</w:t>
      </w:r>
      <w:r>
        <w:br/>
      </w:r>
      <w:r>
        <w:rPr>
          <w:sz w:val="20"/>
        </w:rPr>
        <w:t>28:59  extremist sochne ki rai alag alag ho, is se nahin aata.</w:t>
      </w:r>
      <w:r>
        <w:br/>
      </w:r>
      <w:r>
        <w:rPr>
          <w:sz w:val="20"/>
        </w:rPr>
        <w:t>29:04  sahaba mein sochne ki rai alag alag thi.</w:t>
      </w:r>
      <w:r>
        <w:br/>
      </w:r>
      <w:r>
        <w:rPr>
          <w:sz w:val="20"/>
        </w:rPr>
        <w:t>29:09  hata ke do peghambar ek waqt mein dunya mein the, tab bhi ikhtilaf rai ho jata tha.</w:t>
      </w:r>
      <w:r>
        <w:br/>
      </w:r>
      <w:r>
        <w:rPr>
          <w:sz w:val="20"/>
        </w:rPr>
        <w:t>29:14  jaise hazrat haroon</w:t>
      </w:r>
      <w:r>
        <w:br/>
      </w:r>
      <w:r>
        <w:rPr>
          <w:sz w:val="20"/>
        </w:rPr>
        <w:t>29:19  aur hazrat moosa.</w:t>
      </w:r>
      <w:r>
        <w:br/>
      </w:r>
      <w:r>
        <w:rPr>
          <w:sz w:val="20"/>
        </w:rPr>
        <w:t>29:22  to rai mein ikhtilaf se koi talluq nahi hai is ka.</w:t>
      </w:r>
      <w:r>
        <w:br/>
      </w:r>
      <w:r>
        <w:rPr>
          <w:sz w:val="20"/>
        </w:rPr>
        <w:t>29:26  is ka talluq hai extremism se.</w:t>
      </w:r>
      <w:r>
        <w:br/>
      </w:r>
      <w:r>
        <w:rPr>
          <w:sz w:val="20"/>
        </w:rPr>
        <w:t>29:29  is ko ghulu kaha gaya hai.</w:t>
      </w:r>
      <w:r>
        <w:br/>
      </w:r>
      <w:r>
        <w:rPr>
          <w:sz w:val="20"/>
        </w:rPr>
        <w:t>29:32  to asal masla yeh sab hai hi nahi ke masle ka ikhtilaf, rai ka ikhtilaf, misaal ka ikhtilaf,</w:t>
      </w:r>
      <w:r>
        <w:br/>
      </w:r>
      <w:r>
        <w:rPr>
          <w:sz w:val="20"/>
        </w:rPr>
        <w:t>29:36  yeh sab hai hi nahi.</w:t>
      </w:r>
      <w:r>
        <w:br/>
      </w:r>
      <w:r>
        <w:rPr>
          <w:sz w:val="20"/>
        </w:rPr>
        <w:t>29:39  masla hai tashaddud.</w:t>
      </w:r>
      <w:r>
        <w:br/>
      </w:r>
      <w:r>
        <w:rPr>
          <w:sz w:val="20"/>
        </w:rPr>
        <w:t>29:43  woh masla hai extremism, ghulu.</w:t>
      </w:r>
      <w:r>
        <w:br/>
      </w:r>
      <w:r>
        <w:rPr>
          <w:sz w:val="20"/>
        </w:rPr>
        <w:t>29:46  aap ghulu mat kijiye.</w:t>
      </w:r>
    </w:p>
    <w:p>
      <w:pPr>
        <w:pStyle w:val="Heading2"/>
      </w:pPr>
      <w:r>
        <w:t>How to build trust between Muslims and non-Muslims</w:t>
      </w:r>
    </w:p>
    <w:p>
      <w:r>
        <w:rPr>
          <w:color w:val="666666"/>
          <w:sz w:val="18"/>
        </w:rPr>
        <w:t>Spirit of the Age Nov 6, 2016 · 2m 46s · at 45:45 · https://youtu.be/QAW9LP53xQk?t=2745</w:t>
      </w:r>
    </w:p>
    <w:p>
      <w:r>
        <w:rPr>
          <w:i/>
        </w:rPr>
        <w:t>“There is a growing trust deficit between Muslims and non-Muslims, which is often capitalized by the political parties. My question is, how can we build trust with one another?”</w:t>
      </w:r>
    </w:p>
    <w:p>
      <w:r>
        <w:rPr>
          <w:sz w:val="20"/>
        </w:rPr>
        <w:t>45:45  maulana, agla sawal bheja hai kamal siddiqui sahib ne amritsar se, unhone likha hai: maulana sahib, there</w:t>
      </w:r>
      <w:r>
        <w:br/>
      </w:r>
      <w:r>
        <w:rPr>
          <w:sz w:val="20"/>
        </w:rPr>
        <w:t>45:52  is a growing trust deficit between muslims and non-muslims, which is often capitalized by the political parties.</w:t>
      </w:r>
      <w:r>
        <w:br/>
      </w:r>
      <w:r>
        <w:rPr>
          <w:sz w:val="20"/>
        </w:rPr>
        <w:t>45:59  my question is, how can we build trust with one another?</w:t>
      </w:r>
      <w:r>
        <w:br/>
      </w:r>
      <w:r>
        <w:rPr>
          <w:sz w:val="20"/>
        </w:rPr>
        <w:t>46:07  what should be the starting point?</w:t>
      </w:r>
      <w:r>
        <w:br/>
      </w:r>
      <w:r>
        <w:rPr>
          <w:sz w:val="20"/>
        </w:rPr>
        <w:t>46:12  yeh to maine khud quran ke hawale se bata diya.</w:t>
      </w:r>
      <w:r>
        <w:br/>
      </w:r>
      <w:r>
        <w:rPr>
          <w:sz w:val="20"/>
        </w:rPr>
        <w:t>46:18  trust qaim karna jo hai, woh sirf is liye nahi hoga ke aap kahein ke trust karo, trust</w:t>
      </w:r>
      <w:r>
        <w:br/>
      </w:r>
      <w:r>
        <w:rPr>
          <w:sz w:val="20"/>
        </w:rPr>
        <w:t>46:24  karo, trust karo.</w:t>
      </w:r>
      <w:r>
        <w:br/>
      </w:r>
      <w:r>
        <w:rPr>
          <w:sz w:val="20"/>
        </w:rPr>
        <w:t>46:30  logon ko yeh yeh wisdom batana padega, wisdom ke raghz ko avoid karna padta hai.</w:t>
      </w:r>
      <w:r>
        <w:br/>
      </w:r>
      <w:r>
        <w:rPr>
          <w:sz w:val="20"/>
        </w:rPr>
        <w:t>46:35  sirf aap trust ki baat kijiye to kabhi trust qaim nahi hoga.</w:t>
      </w:r>
      <w:r>
        <w:br/>
      </w:r>
      <w:r>
        <w:rPr>
          <w:sz w:val="20"/>
        </w:rPr>
        <w:t>46:41  jo rukawat hai, us ko door karna padega, aur rukawat kya hai? log raghz mein phanse rehte hain.</w:t>
      </w:r>
      <w:r>
        <w:br/>
      </w:r>
      <w:r>
        <w:rPr>
          <w:sz w:val="20"/>
        </w:rPr>
        <w:t>46:47  kuch koi negative ayatein hoti hi hoti hain, hamesha us mein phanse rehte hain.</w:t>
      </w:r>
      <w:r>
        <w:br/>
      </w:r>
      <w:r>
        <w:rPr>
          <w:sz w:val="20"/>
        </w:rPr>
        <w:t>46:53  logon ko wisdom batai ke duniya mein chuki insaan aazad hai, har insaan apni aazadi ko apni marzi</w:t>
      </w:r>
      <w:r>
        <w:br/>
      </w:r>
      <w:r>
        <w:rPr>
          <w:sz w:val="20"/>
        </w:rPr>
        <w:t>46:58  ke mutabiq istemal karega, to us se poochega nahi? to karne do us ko, tum bhi</w:t>
      </w:r>
      <w:r>
        <w:br/>
      </w:r>
      <w:r>
        <w:rPr>
          <w:sz w:val="20"/>
        </w:rPr>
        <w:t>47:04  aazad ho, tum bhi karo.</w:t>
      </w:r>
      <w:r>
        <w:br/>
      </w:r>
      <w:r>
        <w:rPr>
          <w:sz w:val="20"/>
        </w:rPr>
        <w:t>47:10  wo agar apni aazadi ko istemal kar raha hai, tum bhi apni aazadi ko istemal karo.</w:t>
      </w:r>
      <w:r>
        <w:br/>
      </w:r>
      <w:r>
        <w:rPr>
          <w:sz w:val="20"/>
        </w:rPr>
        <w:t>47:16  yeh hai wisdom jis se trust paida hota hai.</w:t>
      </w:r>
      <w:r>
        <w:br/>
      </w:r>
      <w:r>
        <w:rPr>
          <w:sz w:val="20"/>
        </w:rPr>
        <w:t>47:21  agar aap yeh chahein ke ke koi unwanted baat na ho duniya mein, bas siyasi trust ki baat</w:t>
      </w:r>
      <w:r>
        <w:br/>
      </w:r>
      <w:r>
        <w:rPr>
          <w:sz w:val="20"/>
        </w:rPr>
        <w:t>47:27  ho, to woh kabhi na hoga, na kabhi trust qaim hoga.</w:t>
      </w:r>
      <w:r>
        <w:br/>
      </w:r>
      <w:r>
        <w:rPr>
          <w:sz w:val="20"/>
        </w:rPr>
        <w:t>47:33  ehtemad nahi qaim ho sakta.</w:t>
      </w:r>
      <w:r>
        <w:br/>
      </w:r>
      <w:r>
        <w:rPr>
          <w:sz w:val="20"/>
        </w:rPr>
        <w:t>47:39  yeh shart aitmaad ki nahi hai.</w:t>
      </w:r>
      <w:r>
        <w:br/>
      </w:r>
      <w:r>
        <w:rPr>
          <w:sz w:val="20"/>
        </w:rPr>
        <w:t>47:44  Aitmaad shart hai wisdom.</w:t>
      </w:r>
      <w:r>
        <w:br/>
      </w:r>
      <w:r>
        <w:rPr>
          <w:sz w:val="20"/>
        </w:rPr>
        <w:t>47:50  Logon ko wisdom batai ke logon ko azadi hai creator ki taraf se, to aap apni azadi ko</w:t>
      </w:r>
      <w:r>
        <w:br/>
      </w:r>
      <w:r>
        <w:rPr>
          <w:sz w:val="20"/>
        </w:rPr>
        <w:t>47:56  woh use karein ge.</w:t>
      </w:r>
      <w:r>
        <w:br/>
      </w:r>
      <w:r>
        <w:rPr>
          <w:sz w:val="20"/>
        </w:rPr>
        <w:t>48:02  Let them use that freedom according to their own.</w:t>
      </w:r>
      <w:r>
        <w:br/>
      </w:r>
      <w:r>
        <w:rPr>
          <w:sz w:val="20"/>
        </w:rPr>
        <w:t>48:07  Tab ja kar aitmaad qaim hoga.</w:t>
      </w:r>
      <w:r>
        <w:br/>
      </w:r>
      <w:r>
        <w:rPr>
          <w:sz w:val="20"/>
        </w:rPr>
        <w:t>48:13  Yahi hai wisdom is mamle mein.</w:t>
      </w:r>
      <w:r>
        <w:br/>
      </w:r>
      <w:r>
        <w:rPr>
          <w:sz w:val="20"/>
        </w:rPr>
        <w:t>48:19  Badqismati se log is wisdom ko nahi jante, bas khali kehte hain ke ek doosre par trust karo.</w:t>
      </w:r>
      <w:r>
        <w:br/>
      </w:r>
      <w:r>
        <w:rPr>
          <w:sz w:val="20"/>
        </w:rPr>
        <w:t>48:25  In ko yeh wisdom bataiye ke rajaz ko chodo, tab ja kar ke wisdom qaim hoga, trust qaim hoga.</w:t>
      </w:r>
    </w:p>
    <w:p>
      <w:pPr>
        <w:pStyle w:val="Heading2"/>
      </w:pPr>
      <w:r>
        <w:t>Overcoming shyness when giving Quran to non-Muslims</w:t>
      </w:r>
    </w:p>
    <w:p>
      <w:r>
        <w:rPr>
          <w:color w:val="666666"/>
          <w:sz w:val="18"/>
        </w:rPr>
        <w:t>Experience of Hyderabad CPS Meet December 1, 2013 · 1m 11s · at 54:26 · https://youtu.be/Y8mcxF2Lhyc?t=3266</w:t>
      </w:r>
    </w:p>
    <w:p>
      <w:r>
        <w:rPr>
          <w:i/>
        </w:rPr>
        <w:t>“I often distribute Quran to my non-Muslim friends. While doing this, I sometimes feel shy and nervous of giving it to my non-Muslim friends. Kindly advise me as to how I can overcome my weakness.”</w:t>
      </w:r>
    </w:p>
    <w:p>
      <w:r>
        <w:rPr>
          <w:sz w:val="20"/>
        </w:rPr>
        <w:t>54:26  maulana, agla sawal kashmir se hai aamir jan mehri sahib ka. unhon ne likha hai: "i often distribute quran to my non muslim friends.</w:t>
      </w:r>
      <w:r>
        <w:br/>
      </w:r>
      <w:r>
        <w:rPr>
          <w:sz w:val="20"/>
        </w:rPr>
        <w:t>54:38  while doing this, I sometimes feel shy or nervous of giving it to my non-Muslim friends. Kindly advise me as to how I can overcome my weakness." nahi to main samjha nahi, weakness jo hai,</w:t>
      </w:r>
      <w:r>
        <w:br/>
      </w:r>
      <w:r>
        <w:rPr>
          <w:sz w:val="20"/>
        </w:rPr>
        <w:t>54:56  isko kya? iska koi koi medical iska to ho nahi sakta hai. ji to thora sa apni soch ko manage kijiye.</w:t>
      </w:r>
      <w:r>
        <w:br/>
      </w:r>
      <w:r>
        <w:rPr>
          <w:sz w:val="20"/>
        </w:rPr>
        <w:t>55:07  hain bh</w:t>
      </w:r>
      <w:r>
        <w:br/>
      </w:r>
      <w:r>
        <w:rPr>
          <w:sz w:val="20"/>
        </w:rPr>
        <w:t>55:10  ee, samjhiye ke hum Allah ka kaam kar rahe hain, logon ko parioritize ka rasta dikha rahe hain. yeh isi soch ko apne andar develop kijiye.</w:t>
      </w:r>
      <w:r>
        <w:br/>
      </w:r>
      <w:r>
        <w:rPr>
          <w:sz w:val="20"/>
        </w:rPr>
        <w:t>55:21  jab yeh sochen ge aap ke hum to parioritize ka rasta dikha rahe hain, hum to Allah ka message pohncha rahe hain, to apne aap hi woh main samjhta hoon ke woh mindset khatam ho jaye ga.</w:t>
      </w:r>
      <w:r>
        <w:br/>
      </w:r>
      <w:r>
        <w:rPr>
          <w:sz w:val="20"/>
        </w:rPr>
        <w:t>55:34  ji ji theek hai.</w:t>
      </w:r>
    </w:p>
    <w:p>
      <w:pPr>
        <w:pStyle w:val="Heading2"/>
      </w:pPr>
      <w:r>
        <w:t>Following non-Muslims and their good teachings</w:t>
      </w:r>
    </w:p>
    <w:p>
      <w:r>
        <w:rPr>
          <w:color w:val="666666"/>
          <w:sz w:val="18"/>
        </w:rPr>
        <w:t>Divine Management in History April 7, 2013 · 1m 45s · at 1:06:56 · https://youtu.be/wcBzG56LuPY?t=4016</w:t>
      </w:r>
    </w:p>
    <w:p>
      <w:r>
        <w:rPr>
          <w:i/>
        </w:rPr>
        <w:t>“Maulana, you gave an excellent example of the Christian community. Please clarify: Some people say that if we follow a non-Muslim, we will be accountable with them. What does that mean? Can we not follow their good teachings?”</w:t>
      </w:r>
    </w:p>
    <w:p>
      <w:r>
        <w:rPr>
          <w:sz w:val="20"/>
        </w:rPr>
        <w:t>1:06:56  maulana, agla sawal dilli se hai, raziya ka, jamia millia islamia se</w:t>
      </w:r>
      <w:r>
        <w:br/>
      </w:r>
      <w:r>
        <w:rPr>
          <w:sz w:val="20"/>
        </w:rPr>
        <w:t>1:07:01  . unhon ne likha hai: "maulana, aap ne christian community ki ek behtareen misal di hai. is ke reference se mujhe please yeh clear kar dijiye ke kuch log jo yeh kehte hain ke agar hum kisi non-muslim ko follow karenge to hamara hisab bhi unhi ke sath hoga,</w:t>
      </w:r>
      <w:r>
        <w:br/>
      </w:r>
      <w:r>
        <w:rPr>
          <w:sz w:val="20"/>
        </w:rPr>
        <w:t>1:07:21  kya is ka matlab, is ka matlab kya hai? kya hum un ki achi teachings ko bhi follow nahi kar sakte?"</w:t>
      </w:r>
      <w:r>
        <w:br/>
      </w:r>
      <w:r>
        <w:rPr>
          <w:sz w:val="20"/>
        </w:rPr>
        <w:t>1:07:30  mein ne dekhen, method ke bare mein kaha hai. method ke bare mein to rasool Allah ne bhi follow kiya, non-muslim ko. rasool Allah ko makkah se madinah jana tha to us doran road nahi hua karte thay, naqshe nahi hua karte thay.</w:t>
      </w:r>
      <w:r>
        <w:br/>
      </w:r>
      <w:r>
        <w:rPr>
          <w:sz w:val="20"/>
        </w:rPr>
        <w:t>1:07:44  ghatiyon mein aur jangalon se ho ke guzarna parta tha to mahir hua karte thay rastay ke. to aap ne ek mahir, isi qism ka jo tha, us ka naam Abdullah ibn Arqat ya Abdullah ibn Arqat, us ko liya.</w:t>
      </w:r>
      <w:r>
        <w:br/>
      </w:r>
      <w:r>
        <w:rPr>
          <w:sz w:val="20"/>
        </w:rPr>
        <w:t>1:07:58  is ko follow karte hue aap madine pohnche to method ke aitbar se kisi ko follow karna chahiye. aap ko main yeh thori keh raha hoon ke aap is ki sachai ke baray mein is ko maan lein ke woh sachai is se mile gi.</w:t>
      </w:r>
      <w:r>
        <w:br/>
      </w:r>
      <w:r>
        <w:rPr>
          <w:sz w:val="20"/>
        </w:rPr>
        <w:t>1:08:10  mujhe sachai ke liye to quran hai, to aap is mein farq kijiye ke sachai ke mamle mein kisi ki baat manna aur usay method ke baray mein kisi se sooonk lein.</w:t>
      </w:r>
      <w:r>
        <w:br/>
      </w:r>
      <w:r>
        <w:rPr>
          <w:sz w:val="20"/>
        </w:rPr>
        <w:t>1:08:25  ji haan, to main ne jo baat kahi, main ne kai bar repeat kiya hai ke main method ke aitbar se keh raha hoon, method ke aitbar se ke method ke aitbar se to rasool Allah ne bhi aik mushrik ko follow kiya tha.</w:t>
      </w:r>
    </w:p>
    <w:p>
      <w:pPr>
        <w:pStyle w:val="Heading2"/>
      </w:pPr>
      <w:r>
        <w:t>Keeping faith alive</w:t>
      </w:r>
    </w:p>
    <w:p>
      <w:r>
        <w:rPr>
          <w:color w:val="666666"/>
          <w:sz w:val="18"/>
        </w:rPr>
        <w:t>Revival of Ummah January 22, 2017 · 3m 41s · at 59:37 · https://youtu.be/vnPsv0TBCfk?t=3577</w:t>
      </w:r>
    </w:p>
    <w:p>
      <w:r>
        <w:rPr>
          <w:i/>
        </w:rPr>
        <w:t>“How can one keep one's faith always alive? Please explain.”</w:t>
      </w:r>
    </w:p>
    <w:p>
      <w:r>
        <w:rPr>
          <w:sz w:val="20"/>
        </w:rPr>
        <w:t>59:37  ji molana aah agla sawal lene se pehle ek aur comment padhna chahenge jo muhammad yaqoob sahib ne bheja hai delhi se unhon ne likha hai molana the point that you mentioned today about o momino rediscover iman. this is very striking meaning of this verse jazak allah. molana agla sawal aah molana abdul basit ne bheja hai doha qatar se.</w:t>
      </w:r>
      <w:r>
        <w:br/>
      </w:r>
      <w:r>
        <w:rPr>
          <w:sz w:val="20"/>
        </w:rPr>
        <w:t>1:00:06  unhon ne aapse poocha hai ke molana apne iman ko hamesha zinda kaise rakha jaye is ke bare mein batayein. dekhiye main yahan tak samjhaun ke log jo hain iman ka concept hi logon ka galat hai. woh samajhte hain ke ek aadmi ko pakdo is ko kuch kaho kaho woh keh de la ilaha illallah bas iman ho gaya. yeh yeh to yeh to ridiculous baat hai ridiculous.</w:t>
      </w:r>
      <w:r>
        <w:br/>
      </w:r>
      <w:r>
        <w:rPr>
          <w:sz w:val="20"/>
        </w:rPr>
        <w:t>1:00:34  koi aadmi keh de la ilaha illallah ummat is ka wo iman ho gaya.</w:t>
      </w:r>
      <w:r>
        <w:br/>
      </w:r>
      <w:r>
        <w:rPr>
          <w:sz w:val="20"/>
        </w:rPr>
        <w:t>1:00:38  to ye to ridiculous lagta hai mujhe.</w:t>
      </w:r>
      <w:r>
        <w:br/>
      </w:r>
      <w:r>
        <w:rPr>
          <w:sz w:val="20"/>
        </w:rPr>
        <w:t>1:00:42  iman ka matlab discovery.</w:t>
      </w:r>
      <w:r>
        <w:br/>
      </w:r>
      <w:r>
        <w:rPr>
          <w:sz w:val="20"/>
        </w:rPr>
        <w:t>1:00:47  aap jab sari kainat par ghawr karte hain.</w:t>
      </w:r>
      <w:r>
        <w:br/>
      </w:r>
      <w:r>
        <w:rPr>
          <w:sz w:val="20"/>
        </w:rPr>
        <w:t>1:00:51  aur yeh itna bara itna bara creation hai is ko sochte hain.</w:t>
      </w:r>
      <w:r>
        <w:br/>
      </w:r>
      <w:r>
        <w:rPr>
          <w:sz w:val="20"/>
        </w:rPr>
        <w:t>1:00:56  to phir aap ko creator dikhai parta hai.</w:t>
      </w:r>
      <w:r>
        <w:br/>
      </w:r>
      <w:r>
        <w:rPr>
          <w:sz w:val="20"/>
        </w:rPr>
        <w:t>1:01:00  to phir sari history ko discover karte hain aap.</w:t>
      </w:r>
      <w:r>
        <w:br/>
      </w:r>
      <w:r>
        <w:rPr>
          <w:sz w:val="20"/>
        </w:rPr>
        <w:t>1:01:05  yeh itna bada waqea hota hai ke aap ko mind bilkul hil jata hai. woh hai iman ko taaza karna. yeh koi kal yani kaf la meem ke alfaaz ko munh se bol dena yeh kalma hai yeh to bilkul is ko understand karna hai kalma ko.</w:t>
      </w:r>
      <w:r>
        <w:br/>
      </w:r>
      <w:r>
        <w:rPr>
          <w:sz w:val="20"/>
        </w:rPr>
        <w:t>1:01:26  yeh ji main soch raha tha abhi kal kal soch raha tha ke agar insaan ke paas space mein kahin door us ko ek jagah mil jaye to woh khada ho kar ke woh solar system ko observe kare. abhi hum solar system ko observe nahi kar paate poore poore solar system abhi bhi nahi kar paate poora solar system.</w:t>
      </w:r>
      <w:r>
        <w:br/>
      </w:r>
      <w:r>
        <w:rPr>
          <w:sz w:val="20"/>
        </w:rPr>
        <w:t>1:01:55  to hum dekhenge ke ajeeb ajeeb ghareeb manzar hamare saamne hoga. ek bohat bada suraj is ke charon taraf bohat saare sayare aur bohat saare jis ko woh chhote sayare hain bade sayare aur daud rahe hain daud rahe hain daud rahe hain. is mein dekha ke aadmi ka ek chhoti si spot hai zameen wahan is ka ghar hai.</w:t>
      </w:r>
      <w:r>
        <w:br/>
      </w:r>
      <w:r>
        <w:rPr>
          <w:sz w:val="20"/>
        </w:rPr>
        <w:t>1:02:22  to itna mind baffling hoga ya mind baffling shayad behosh ho jaye woh. yeh manzar itna mind baffling hoga. to jo log yeh samajhte hain ke kalma padh liya to iman ho gaya woh iman ko jaante hi nahi ke iman kya cheez hai. iman naam hai creator aur creation ki discovery ka.</w:t>
      </w:r>
      <w:r>
        <w:br/>
      </w:r>
      <w:r>
        <w:rPr>
          <w:sz w:val="20"/>
        </w:rPr>
        <w:t>1:02:47  creator aur creation ki yani khalq aur makhlooq ki discovery jab karta hai aadmi to is ke paas</w:t>
      </w:r>
      <w:r>
        <w:br/>
      </w:r>
      <w:r>
        <w:rPr>
          <w:sz w:val="20"/>
        </w:rPr>
        <w:t>1:02:54  jo cheez hasil hoti hai us ko is ka naam hai iman.</w:t>
      </w:r>
      <w:r>
        <w:br/>
      </w:r>
      <w:r>
        <w:rPr>
          <w:sz w:val="20"/>
        </w:rPr>
        <w:t>1:03:02  ji to woh jab koi hasil ho jaye us ko to aadmi ki shakhsiyat mein aik har waqt</w:t>
      </w:r>
      <w:r>
        <w:br/>
      </w:r>
      <w:r>
        <w:rPr>
          <w:sz w:val="20"/>
        </w:rPr>
        <w:t>1:03:10  aik aik earth quake jaisa rahega zalzala bhoshal rahega har waqt.</w:t>
      </w:r>
      <w:r>
        <w:br/>
      </w:r>
      <w:r>
        <w:rPr>
          <w:sz w:val="20"/>
        </w:rPr>
        <w:t>1:03:18  molana agla sawal delhi se bheja hai doctor farida khanam ne unhon ne likha hai muslims today are voicing concerns over trump statement. this means that muslims in us were enjoying good times before. but they have never appreciated all the opportunities that were available in the us. it is these muslims who called america dajjal. america as enemy number one.</w:t>
      </w:r>
    </w:p>
    <w:p>
      <w:pPr>
        <w:pStyle w:val="Heading2"/>
      </w:pPr>
      <w:r>
        <w:t>Permissibility of dua for other faiths</w:t>
      </w:r>
    </w:p>
    <w:p>
      <w:r>
        <w:rPr>
          <w:color w:val="666666"/>
          <w:sz w:val="18"/>
        </w:rPr>
        <w:t>Paradise as A Goal April 26, 2015 · 1m 30s · at 53:08 · https://youtu.be/4IWLd2SIBkw?t=3188</w:t>
      </w:r>
    </w:p>
    <w:p>
      <w:r>
        <w:rPr>
          <w:i/>
        </w:rPr>
        <w:t>“Is it permissible to do dua for people of other faiths? What should be asked in dua for them? Can one pray for their good health, their joy, and if they are sick, they recover, and that they should be guided to the right path?”</w:t>
      </w:r>
    </w:p>
    <w:p>
      <w:r>
        <w:rPr>
          <w:sz w:val="20"/>
        </w:rPr>
        <w:t>53:08  Maulana, yeh agla sawal kya hai? Imran ne Delhi se: "Is it permissible to do dua for people of other faiths?</w:t>
      </w:r>
      <w:r>
        <w:br/>
      </w:r>
      <w:r>
        <w:rPr>
          <w:sz w:val="20"/>
        </w:rPr>
        <w:t>53:17  What should be asked in dua for them?" "Can one pray for their good health, their joy, and if they are sick, they recover, or that they should be guided to the right path?"</w:t>
      </w:r>
      <w:r>
        <w:br/>
      </w:r>
      <w:r>
        <w:rPr>
          <w:sz w:val="20"/>
        </w:rPr>
        <w:t>53:35  Dekhein, dua jo hai, sab se pehle woh insaan ki apni, yani well wishing, khair khwahi ka saboot hota hai.</w:t>
      </w:r>
      <w:r>
        <w:br/>
      </w:r>
      <w:r>
        <w:rPr>
          <w:sz w:val="20"/>
        </w:rPr>
        <w:t>53:45  Woh to karna hi karna hai, har aik ko karna hai. Aap ko is mein aap ko farq nahi karna hai, apne aur ghair ka farq nahi karna hai. Paighambaron ne dua ki har aik ke liye barabar.</w:t>
      </w:r>
      <w:r>
        <w:br/>
      </w:r>
      <w:r>
        <w:rPr>
          <w:sz w:val="20"/>
        </w:rPr>
        <w:t>53:58  To dua, dua to aadmi ke apne well wishing, is is spirit ka aik manifestation hai.</w:t>
      </w:r>
      <w:r>
        <w:br/>
      </w:r>
      <w:r>
        <w:rPr>
          <w:sz w:val="20"/>
        </w:rPr>
        <w:t>54:07  Khair khwahi ka jo jazba hai aadmi ke andar, us ka aik izhaar aik aadmi dua karta hai. Woh har aik ke liye hoga, har aik ke liye hoga.</w:t>
      </w:r>
      <w:r>
        <w:br/>
      </w:r>
      <w:r>
        <w:rPr>
          <w:sz w:val="20"/>
        </w:rPr>
        <w:t>54:18  Hatta ke aik animal aaag road par tarp raha ho, us ke liye aap dua kar sakte hain: "Khuda, us ki koi mil jaye, us ki jo barf patti kar de, us ki."</w:t>
      </w:r>
      <w:r>
        <w:br/>
      </w:r>
      <w:r>
        <w:rPr>
          <w:sz w:val="20"/>
        </w:rPr>
        <w:t>54:27  To dua to aap ke khair khwahi ke jazbe ka izhaar hai, us ka expression hai. Woh to zaroor hogi agar khair khwahi maujood hai aadmi ke andar.</w:t>
      </w:r>
    </w:p>
    <w:p>
      <w:pPr>
        <w:pStyle w:val="Heading2"/>
      </w:pPr>
      <w:r>
        <w:t>Why do people become enemies over religion?</w:t>
      </w:r>
    </w:p>
    <w:p>
      <w:r>
        <w:rPr>
          <w:color w:val="666666"/>
          <w:sz w:val="18"/>
        </w:rPr>
        <w:t>Pillars of Western Thought October 6, 2013 · 1m 30s · at 1:03:14 · https://youtu.be/o4WfPvju5_M?t=3794</w:t>
      </w:r>
    </w:p>
    <w:p>
      <w:r>
        <w:rPr>
          <w:i/>
        </w:rPr>
        <w:t>“Friends of the same community live together, eat together, but when it comes to religion, why do they become enemies? What is the reason for that?”</w:t>
      </w:r>
    </w:p>
    <w:p>
      <w:r>
        <w:rPr>
          <w:sz w:val="20"/>
        </w:rPr>
        <w:t>1:03:14  maulana, agla sawal dilli se hai. mister amrit kumar sharma ne kiya hai. unhon ne likha hai: "dost sanparda ke log saath rehte hain, khana khate hain, parantu dharm ke naam aate hi woh kyon dushman ho jate hain?</w:t>
      </w:r>
      <w:r>
        <w:br/>
      </w:r>
      <w:r>
        <w:rPr>
          <w:sz w:val="20"/>
        </w:rPr>
        <w:t>1:03:30  is ki kya wajah hai?" aisa nahi hai ke aap jo keh rahe hain yeh aisa nahi hai.</w:t>
      </w:r>
      <w:r>
        <w:br/>
      </w:r>
      <w:r>
        <w:rPr>
          <w:sz w:val="20"/>
        </w:rPr>
        <w:t>1:03:39  asal cheez yeh hai ke kisi cheez ko le kar ke log bhadak uthte hain. provocation problem hai, na ke dharm. dharm ka dharm apne aap mein koi problem nahi hai.</w:t>
      </w:r>
      <w:r>
        <w:br/>
      </w:r>
      <w:r>
        <w:rPr>
          <w:sz w:val="20"/>
        </w:rPr>
        <w:t>1:03:55  lekin chhoti chhoti baaton par provok ho jayen log, wahan par baat flare up ho jati hai.</w:t>
      </w:r>
      <w:r>
        <w:br/>
      </w:r>
      <w:r>
        <w:rPr>
          <w:sz w:val="20"/>
        </w:rPr>
        <w:t>1:04:04  jaise misaal ke taur par dekhiye, ek jagah holi ka tehwar tha, juloos nikla, woh apne rangon ko chhod rahe the kea. to ek jagah aisa hua ke masjid ki deewar par rang pad gaya.</w:t>
      </w:r>
      <w:r>
        <w:br/>
      </w:r>
      <w:r>
        <w:rPr>
          <w:sz w:val="20"/>
        </w:rPr>
        <w:t>1:04:19  to bhadak uthe log, masjid ko be-hurmati ho gayi, halanke use koi be-hurmati ka masla nahi hai. ek chhoti si bhadak uthna, asal cheez hai ke chhoti chhoti baaton par bhadak uthna.</w:t>
      </w:r>
      <w:r>
        <w:br/>
      </w:r>
      <w:r>
        <w:rPr>
          <w:sz w:val="20"/>
        </w:rPr>
        <w:t>1:04:31  to chahe hindu bhadak utha ya musalman bhadak utha, woh fasad ho jayega. na bhadka to fasad nahi hoga. to provocation is the problem, not the religion.</w:t>
      </w:r>
    </w:p>
    <w:p>
      <w:pPr>
        <w:pStyle w:val="Heading2"/>
      </w:pPr>
      <w:r>
        <w:t>Muslims' isolation prevents sharing Quran wisdom in dialogue</w:t>
      </w:r>
    </w:p>
    <w:p>
      <w:r>
        <w:rPr>
          <w:color w:val="666666"/>
          <w:sz w:val="18"/>
        </w:rPr>
        <w:t>The Deeper Meaning of The Quran 18 Aug 2019 - Maulana Wahiduddin Khan · 1m 11s · at 36:21 · https://youtu.be/EYyhbiR_ZIQ?t=2181</w:t>
      </w:r>
    </w:p>
    <w:p>
      <w:r>
        <w:rPr>
          <w:i/>
        </w:rPr>
        <w:t>“Maulana, interfaith dialogue requires Muslims to interact with people of other faiths like Hindus, Christians, Jews, etc. But Muslims remain in their own circle and as a result, wisdom of the Quran does not get shared with them. Why do Muslims at large have such a mindset and what is the solution?”</w:t>
      </w:r>
    </w:p>
    <w:p>
      <w:r>
        <w:rPr>
          <w:sz w:val="20"/>
        </w:rPr>
        <w:t>36:21  Yeh sawal Andhra se bheja hai Irshad Hussain sahib ne. Unhon ne likha hai: "Maulana, interfaith dialogue requires Muslims to interact with people of other faiths like Hindus, Christians, Jews, etc.</w:t>
      </w:r>
      <w:r>
        <w:br/>
      </w:r>
      <w:r>
        <w:rPr>
          <w:sz w:val="20"/>
        </w:rPr>
        <w:t>36:41  But Muslims remain in their own circle and as a result, wisdom of the Quran does not get shared with them.</w:t>
      </w:r>
      <w:r>
        <w:br/>
      </w:r>
      <w:r>
        <w:rPr>
          <w:sz w:val="20"/>
        </w:rPr>
        <w:t>36:51  Maulana, why do Muslims at large have such a mindset and what is the solu</w:t>
      </w:r>
      <w:r>
        <w:br/>
      </w:r>
      <w:r>
        <w:rPr>
          <w:sz w:val="20"/>
        </w:rPr>
        <w:t>36:57  tion to this?" Dekhiye, yeh mindset Islam ka mindset nahi hai. You have to differentiate between Islam and Muslims.</w:t>
      </w:r>
      <w:r>
        <w:br/>
      </w:r>
      <w:r>
        <w:rPr>
          <w:sz w:val="20"/>
        </w:rPr>
        <w:t>37:12  Musalmanon mein baad ke zamane mein yeh cheez develop hui. Ab hum koshish karein ke log wapas hon true Islam ki taraf, Sahaba ke zamane ke Islam ki taraf.</w:t>
      </w:r>
    </w:p>
    <w:p>
      <w:pPr>
        <w:pStyle w:val="Heading2"/>
      </w:pPr>
      <w:r>
        <w:t>Inviting other religions to mosque lectures</w:t>
      </w:r>
    </w:p>
    <w:p>
      <w:r>
        <w:rPr>
          <w:color w:val="666666"/>
          <w:sz w:val="18"/>
        </w:rPr>
        <w:t>Q&amp;A 11 Jul 2010 Maulana Wahiduddin Khan · 1m 45s · at 38:50 · https://youtu.be/UHtdtzGGwFQ?t=2330</w:t>
      </w:r>
    </w:p>
    <w:p>
      <w:r>
        <w:rPr>
          <w:i/>
        </w:rPr>
        <w:t>“Is it appropriate to invite Christians or people of other religions to come to our mosque and deliver lectures on their religion as they ask us to do?”</w:t>
      </w:r>
    </w:p>
    <w:p>
      <w:r>
        <w:rPr>
          <w:sz w:val="20"/>
        </w:rPr>
        <w:t>38:50  maulana, yeh sawal aaya hai mr khwaja kaleemuddin ka from Pennsylvania. unhone likha hai ke "Is it appropriate to invite Christians or people of other religions to come to our mosque and deliver lectures on their religion as they ask us to do?"</w:t>
      </w:r>
      <w:r>
        <w:br/>
      </w:r>
      <w:r>
        <w:rPr>
          <w:sz w:val="20"/>
        </w:rPr>
        <w:t>39:10  haan bilkul. mein koi harj nahi hai is mein.</w:t>
      </w:r>
      <w:r>
        <w:br/>
      </w:r>
      <w:r>
        <w:rPr>
          <w:sz w:val="20"/>
        </w:rPr>
        <w:t>39:16  mujh se discussion kijiye, mujh se dialogue kijiye. rasool Allah ke zamane mein ek aisi ho chuki hai conference.</w:t>
      </w:r>
      <w:r>
        <w:br/>
      </w:r>
      <w:r>
        <w:rPr>
          <w:sz w:val="20"/>
        </w:rPr>
        <w:t>39:25  woh trial aaya is ko. woh dialogue nahi tha woh ek trial aaya tha. teen mazhab. mere paas kitaab maujood hai ek arab sheikh ki likhi hui.</w:t>
      </w:r>
      <w:r>
        <w:br/>
      </w:r>
      <w:r>
        <w:rPr>
          <w:sz w:val="20"/>
        </w:rPr>
        <w:t>39:35  iska naam hai</w:t>
      </w:r>
      <w:r>
        <w:br/>
      </w:r>
      <w:r>
        <w:rPr>
          <w:sz w:val="20"/>
        </w:rPr>
        <w:t>39:36  "mu'tabar al adyaan al thalatha". mu'tabar ma'ne hote hain conference, seminar. yaani teen mazhabon ki mu'tabar.</w:t>
      </w:r>
      <w:r>
        <w:br/>
      </w:r>
      <w:r>
        <w:rPr>
          <w:sz w:val="20"/>
        </w:rPr>
        <w:t>39:45  teen mazhabon ka seminar. arab ne yahi iska title banaya hai. "mu'tabar al adyaan al thalatha".</w:t>
      </w:r>
      <w:r>
        <w:br/>
      </w:r>
      <w:r>
        <w:rPr>
          <w:sz w:val="20"/>
        </w:rPr>
        <w:t>39:54  is mein kya hota hai? madine ki masjid jo hum masjid nabwi kehte hain. uske andar aaye teen mazhab ke log. Christian aur Muslim.</w:t>
      </w:r>
      <w:r>
        <w:br/>
      </w:r>
      <w:r>
        <w:rPr>
          <w:sz w:val="20"/>
        </w:rPr>
        <w:t>40:04  aur teesra jaate kaun tha? yahudi. jisko aap samajhte hain ke iska hazar mil door rehna chahiye inko hamari masjid se.</w:t>
      </w:r>
      <w:r>
        <w:br/>
      </w:r>
      <w:r>
        <w:rPr>
          <w:sz w:val="20"/>
        </w:rPr>
        <w:t>40:16  mein samajhta hoon ke yeh musalmanon ki apni bid'at hai. apna innovation hai. ke unhone masjidon ko tamasha bana rakha hai. masjid kholi hai jaise jaise rasool Allah ne khola tha.</w:t>
      </w:r>
      <w:r>
        <w:br/>
      </w:r>
      <w:r>
        <w:rPr>
          <w:sz w:val="20"/>
        </w:rPr>
        <w:t>40:28  ab kholi hai waise hi.</w:t>
      </w:r>
    </w:p>
    <w:p>
      <w:pPr>
        <w:pStyle w:val="Heading2"/>
      </w:pPr>
      <w:r>
        <w:t>Overcoming hesitation in interaction for da'wah</w:t>
      </w:r>
    </w:p>
    <w:p>
      <w:r>
        <w:rPr>
          <w:color w:val="666666"/>
          <w:sz w:val="18"/>
        </w:rPr>
        <w:t>Q&amp;A 13 Nov 2011 · 1m 20s · at 26:53 · https://youtu.be/oOZ9h37_pL8?t=1613</w:t>
      </w:r>
    </w:p>
    <w:p>
      <w:r>
        <w:rPr>
          <w:i/>
        </w:rPr>
        <w:t>“You said that interaction is very important for intellectual development and da'wah. But how to overcome the hesitation that occurs when interacting with others?”</w:t>
      </w:r>
    </w:p>
    <w:p>
      <w:r>
        <w:rPr>
          <w:sz w:val="20"/>
        </w:rPr>
        <w:t>26:53  maulana agla sawal aaya hai dilli se maulana zakwan nadvi ka. unhon ne likha hai aap ne farmaya tha ke intellectual development aur dawat e illallah ke liye interaction ki bohat ziyada ahmiyat hai.</w:t>
      </w:r>
      <w:r>
        <w:br/>
      </w:r>
      <w:r>
        <w:rPr>
          <w:sz w:val="20"/>
        </w:rPr>
        <w:t>27:08  lekin doosron ke sath interaction karne mein jo hesitation hota hai us ko kis tarah door kiya jaye?</w:t>
      </w:r>
      <w:r>
        <w:br/>
      </w:r>
      <w:r>
        <w:rPr>
          <w:sz w:val="20"/>
        </w:rPr>
        <w:t>27:20  bas learning ka mizaj aa jaye. hamein seekhna hai. log samajhte hain ke hamein to logon ko batana hai. batane ke mizaj ke tehat nahi.</w:t>
      </w:r>
      <w:r>
        <w:br/>
      </w:r>
      <w:r>
        <w:rPr>
          <w:sz w:val="20"/>
        </w:rPr>
        <w:t>27:32  learning ke mizaj ke tehat. seekhne ke mizaj ke tehat. to is mein kuch bhi rukawat nahi hai. jab hum seekhna chahte hain to kisi se bhi hum seekhne ki koshish kar sakte hain.</w:t>
      </w:r>
      <w:r>
        <w:br/>
      </w:r>
      <w:r>
        <w:rPr>
          <w:sz w:val="20"/>
        </w:rPr>
        <w:t>27:43  to dawat mein samajhta hoon ke ek double process ka naam hai. dawat mein aap kuch dete hain kisi ko phir us se kuch lete hain aap. yeh ek qism ki sharing hai.</w:t>
      </w:r>
      <w:r>
        <w:br/>
      </w:r>
      <w:r>
        <w:rPr>
          <w:sz w:val="20"/>
        </w:rPr>
        <w:t>27:56  daawa work jo hai ek qism ka sharing process hai. kuch dena kuch lena kuch dena kuch lena. yeh agar zehan mein wazeh ho ke daawa work ek sharing process hai to inshallah phir koi is mein rukawat nahi aye gi.</w:t>
      </w:r>
    </w:p>
    <w:p>
      <w:pPr>
        <w:pStyle w:val="Heading2"/>
      </w:pPr>
      <w:r>
        <w:t>Permissibility of Dua for Non-Muslims</w:t>
      </w:r>
    </w:p>
    <w:p>
      <w:r>
        <w:rPr>
          <w:color w:val="666666"/>
          <w:sz w:val="18"/>
        </w:rPr>
        <w:t>Paradise as a Goal April 26, 2015 · 1m 36s · at 50:51 · https://youtu.be/hnHqhmSJZXA?t=3051</w:t>
      </w:r>
    </w:p>
    <w:p>
      <w:r>
        <w:rPr>
          <w:i/>
        </w:rPr>
        <w:t>“Is it permissible to do dua for people of other faith? What should be asked in dua for them? Can one pray for their good health, their joy, and if they are sick, they recover, or that they should be guided to the right path?”</w:t>
      </w:r>
    </w:p>
    <w:p>
      <w:r>
        <w:rPr>
          <w:sz w:val="20"/>
        </w:rPr>
        <w:t>50:51  unhon ne agla sawal kiya hai imran ne daily se</w:t>
      </w:r>
      <w:r>
        <w:br/>
      </w:r>
      <w:r>
        <w:rPr>
          <w:sz w:val="20"/>
        </w:rPr>
        <w:t>50:55  Is it permissible to do dua for people of other faith?</w:t>
      </w:r>
      <w:r>
        <w:br/>
      </w:r>
      <w:r>
        <w:rPr>
          <w:sz w:val="20"/>
        </w:rPr>
        <w:t>51:00  what should be asked in dua for them? can one pray for their good health, their joy, and if they are sick, they recover, or that they should be guided to the right path?</w:t>
      </w:r>
      <w:r>
        <w:br/>
      </w:r>
      <w:r>
        <w:rPr>
          <w:sz w:val="20"/>
        </w:rPr>
        <w:t>51:14  path dekhen dua jo hai sab se pehle woh insaan ki apni</w:t>
      </w:r>
      <w:r>
        <w:br/>
      </w:r>
      <w:r>
        <w:rPr>
          <w:sz w:val="20"/>
        </w:rPr>
        <w:t>51:24  yani well wishing khair khwahi ka saboot hota hai woh to karna hi karna hai har aik ko</w:t>
      </w:r>
      <w:r>
        <w:br/>
      </w:r>
      <w:r>
        <w:rPr>
          <w:sz w:val="20"/>
        </w:rPr>
        <w:t>51:29  karna hai aap ko is mein aap ko farq nahi karna hai apne aur ghair ka farq nahi</w:t>
      </w:r>
      <w:r>
        <w:br/>
      </w:r>
      <w:r>
        <w:rPr>
          <w:sz w:val="20"/>
        </w:rPr>
        <w:t>51:34  karna hai peghambaron ne dua ki</w:t>
      </w:r>
      <w:r>
        <w:br/>
      </w:r>
      <w:r>
        <w:rPr>
          <w:sz w:val="20"/>
        </w:rPr>
        <w:t>51:39  har aik ke liye barabar</w:t>
      </w:r>
      <w:r>
        <w:br/>
      </w:r>
      <w:r>
        <w:rPr>
          <w:sz w:val="20"/>
        </w:rPr>
        <w:t>51:41  to dua dua to aadmi ke apne</w:t>
      </w:r>
      <w:r>
        <w:br/>
      </w:r>
      <w:r>
        <w:rPr>
          <w:sz w:val="20"/>
        </w:rPr>
        <w:t>51:46  well wishing spirit ka aik manifest hai khair khwahi ka jo jazba hai aadmi ke andar is ka</w:t>
      </w:r>
      <w:r>
        <w:br/>
      </w:r>
      <w:r>
        <w:rPr>
          <w:sz w:val="20"/>
        </w:rPr>
        <w:t>51:54  aik izhaar aik aadmi dua karta hai woh har aik ke liye hoga har aik ke liye hoga</w:t>
      </w:r>
      <w:r>
        <w:br/>
      </w:r>
      <w:r>
        <w:rPr>
          <w:sz w:val="20"/>
        </w:rPr>
        <w:t>52:01  hata ke aik animal road par tarp raha ho us ke liye aap dua kar sakte hain</w:t>
      </w:r>
      <w:r>
        <w:br/>
      </w:r>
      <w:r>
        <w:rPr>
          <w:sz w:val="20"/>
        </w:rPr>
        <w:t>52:05  khuda us ki koi mil jaye us ki jo ban patti kar de us ki to dua to</w:t>
      </w:r>
      <w:r>
        <w:br/>
      </w:r>
      <w:r>
        <w:rPr>
          <w:sz w:val="20"/>
        </w:rPr>
        <w:t>52:11  ap ke khair khwahi ke jazbe ka izhaar hai is ka expression hai woh to zaroor hogi agar</w:t>
      </w:r>
      <w:r>
        <w:br/>
      </w:r>
      <w:r>
        <w:rPr>
          <w:sz w:val="20"/>
        </w:rPr>
        <w:t>52:19  khair khwahi maujood hai aadmi ke andar aur yeh sabit hai ke peghambaron ne har ek ke liye</w:t>
      </w:r>
      <w:r>
        <w:br/>
      </w:r>
      <w:r>
        <w:rPr>
          <w:sz w:val="20"/>
        </w:rPr>
        <w:t>52:24  dua ki har ek ke liye</w:t>
      </w:r>
    </w:p>
    <w:p>
      <w:pPr>
        <w:pStyle w:val="Heading2"/>
      </w:pPr>
      <w:r>
        <w:t>Treatment of non-Muslims in Muslim countries</w:t>
      </w:r>
    </w:p>
    <w:p>
      <w:r>
        <w:rPr>
          <w:color w:val="666666"/>
          <w:sz w:val="18"/>
        </w:rPr>
        <w:t>Lessons from My Journey to Canada II January 10, 2016 · 1m 37s · at 56:15 · https://youtu.be/GHF2Ph3GW7A?t=3375</w:t>
      </w:r>
    </w:p>
    <w:p>
      <w:r>
        <w:rPr>
          <w:i/>
        </w:rPr>
        <w:t>“How should Muslim countries treat non-Muslims living in their countries? What is your guidance to them?”</w:t>
      </w:r>
    </w:p>
    <w:p>
      <w:r>
        <w:rPr>
          <w:sz w:val="20"/>
        </w:rPr>
        <w:t>56:15  maulana, agla sawal doctor shark ne kiya hai bangalore se, aur unhon ne aap se poocha hai ke</w:t>
      </w:r>
      <w:r>
        <w:br/>
      </w:r>
      <w:r>
        <w:rPr>
          <w:sz w:val="20"/>
        </w:rPr>
        <w:t>56:21  "How should Muslim countries treat non-Muslims living in their countries?</w:t>
      </w:r>
      <w:r>
        <w:br/>
      </w:r>
      <w:r>
        <w:rPr>
          <w:sz w:val="20"/>
        </w:rPr>
        <w:t>56:28  " what is your guidance to them?</w:t>
      </w:r>
      <w:r>
        <w:br/>
      </w:r>
      <w:r>
        <w:rPr>
          <w:sz w:val="20"/>
        </w:rPr>
        <w:t>56:31  pehlay zamanay mein jo concept tha,</w:t>
      </w:r>
      <w:r>
        <w:br/>
      </w:r>
      <w:r>
        <w:rPr>
          <w:sz w:val="20"/>
        </w:rPr>
        <w:t>56:34  woh tha ke jo muslim country mein jo doosre log hain, woh zimmmi hain, muahida hai, is tarah</w:t>
      </w:r>
      <w:r>
        <w:br/>
      </w:r>
      <w:r>
        <w:rPr>
          <w:sz w:val="20"/>
        </w:rPr>
        <w:t>56:41  ki baatein. main samajhta hoon ke is daur mein yeh nazariya khatam ho chuka hai.</w:t>
      </w:r>
      <w:r>
        <w:br/>
      </w:r>
      <w:r>
        <w:rPr>
          <w:sz w:val="20"/>
        </w:rPr>
        <w:t>56:47  ab ab yeh</w:t>
      </w:r>
      <w:r>
        <w:br/>
      </w:r>
      <w:r>
        <w:rPr>
          <w:sz w:val="20"/>
        </w:rPr>
        <w:t>56:50  muslim non muslim ki baat nahi hai.</w:t>
      </w:r>
      <w:r>
        <w:br/>
      </w:r>
      <w:r>
        <w:rPr>
          <w:sz w:val="20"/>
        </w:rPr>
        <w:t>56:52  kisi mulk mein jo log hotay hain, wahan ke citizen hain.</w:t>
      </w:r>
      <w:r>
        <w:br/>
      </w:r>
      <w:r>
        <w:rPr>
          <w:sz w:val="20"/>
        </w:rPr>
        <w:t>56:56  ab citizen ki baat hai, equal citizenship sab ko mili hui hai.</w:t>
      </w:r>
      <w:r>
        <w:br/>
      </w:r>
      <w:r>
        <w:rPr>
          <w:sz w:val="20"/>
        </w:rPr>
        <w:t>57:00  ab yeh categorize karna galat hai ke yeh muslim hai, yeh non muslim hai, yeh zimmmi hai, yeh</w:t>
      </w:r>
      <w:r>
        <w:br/>
      </w:r>
      <w:r>
        <w:rPr>
          <w:sz w:val="20"/>
        </w:rPr>
        <w:t>57:08  muslim hai, yeh kafir hai, yeh musalman hai.</w:t>
      </w:r>
      <w:r>
        <w:br/>
      </w:r>
      <w:r>
        <w:rPr>
          <w:sz w:val="20"/>
        </w:rPr>
        <w:t>57:11  yeh sab yeh categoriser ab khatam ho chuka hai.</w:t>
      </w:r>
      <w:r>
        <w:br/>
      </w:r>
      <w:r>
        <w:rPr>
          <w:sz w:val="20"/>
        </w:rPr>
        <w:t>57:15  ab hum is ko ikhtiyar nahi kar sakte.</w:t>
      </w:r>
      <w:r>
        <w:br/>
      </w:r>
      <w:r>
        <w:rPr>
          <w:sz w:val="20"/>
        </w:rPr>
        <w:t>57:18  kisi mulk mein jo aadmi hai, woh equal citizenship ka right is ko hasil hai.</w:t>
      </w:r>
      <w:r>
        <w:br/>
      </w:r>
      <w:r>
        <w:rPr>
          <w:sz w:val="20"/>
        </w:rPr>
        <w:t>57:26  agar citizen nahi hai to immigrant hai.</w:t>
      </w:r>
      <w:r>
        <w:br/>
      </w:r>
      <w:r>
        <w:rPr>
          <w:sz w:val="20"/>
        </w:rPr>
        <w:t>57:28  woh ya to immigrant hai, ya citizen hai, baqi aur kuch nahi hai.</w:t>
      </w:r>
      <w:r>
        <w:br/>
      </w:r>
      <w:r>
        <w:rPr>
          <w:sz w:val="20"/>
        </w:rPr>
        <w:t>57:35  to mein samajhta hoon ke jo universal norm hai, usi ko muslim countries ko bhi apnana chahiye.</w:t>
      </w:r>
      <w:r>
        <w:br/>
      </w:r>
      <w:r>
        <w:rPr>
          <w:sz w:val="20"/>
        </w:rPr>
        <w:t>57:43  koi farq is mein hum nahi kar sakte.</w:t>
      </w:r>
      <w:r>
        <w:br/>
      </w:r>
      <w:r>
        <w:rPr>
          <w:sz w:val="20"/>
        </w:rPr>
        <w:t>57:45  فرق کریں گے تو آج کا جو ماڈرن مائنڈ ہے، اس کے لیے وہ وہ اس کو accept</w:t>
      </w:r>
      <w:r>
        <w:br/>
      </w:r>
      <w:r>
        <w:rPr>
          <w:sz w:val="20"/>
        </w:rPr>
        <w:t>57:51  nahi kar payega.</w:t>
      </w:r>
    </w:p>
    <w:p>
      <w:pPr>
        <w:pStyle w:val="Heading2"/>
      </w:pPr>
      <w:r>
        <w:t>Expecting non-Muslims to accept supernatural concepts</w:t>
      </w:r>
    </w:p>
    <w:p>
      <w:r>
        <w:rPr>
          <w:color w:val="666666"/>
          <w:sz w:val="18"/>
        </w:rPr>
        <w:t>God Oriented Life (In Conversation with Maulana) 23 10 11 · 4m 13s · at 3:09 · https://youtu.be/E_LWwsWww2U?t=189</w:t>
      </w:r>
    </w:p>
    <w:p>
      <w:r>
        <w:rPr>
          <w:i/>
        </w:rPr>
        <w:t>“When inviting non-Muslims towards Islam, how can we expect them to accept the supernatural concepts like miracles and existence of Jinn?”</w:t>
      </w:r>
    </w:p>
    <w:p>
      <w:r>
        <w:rPr>
          <w:sz w:val="20"/>
        </w:rPr>
        <w:t>3:09  مس فرحان خان نے ممبئی سے سوال کیا ہے انہوں نے لکھا ہے "When inviting non-Muslims towards</w:t>
      </w:r>
      <w:r>
        <w:br/>
      </w:r>
      <w:r>
        <w:rPr>
          <w:sz w:val="20"/>
        </w:rPr>
        <w:t>3:18  اسلام ہاؤ کین وی ایکسپیکٹ دیم ٹو ایکسیپٹ the supernatural concepts like معجزات and existence of جن"</w:t>
      </w:r>
      <w:r>
        <w:br/>
      </w:r>
      <w:r>
        <w:rPr>
          <w:sz w:val="20"/>
        </w:rPr>
        <w:t>3:40  dekhein aap to aap ka kaam hai</w:t>
      </w:r>
      <w:r>
        <w:br/>
      </w:r>
      <w:r>
        <w:rPr>
          <w:sz w:val="20"/>
        </w:rPr>
        <w:t>3:46  logon ko literature pahunchana</w:t>
      </w:r>
      <w:r>
        <w:br/>
      </w:r>
      <w:r>
        <w:rPr>
          <w:sz w:val="20"/>
        </w:rPr>
        <w:t>3:49  baat pahunchana jab tak aadmi ka mind prepare na ho jaye tab tak woh kuch bhi nahi samjhe</w:t>
      </w:r>
      <w:r>
        <w:br/>
      </w:r>
      <w:r>
        <w:rPr>
          <w:sz w:val="20"/>
        </w:rPr>
        <w:t>3:57  ga mislan mein</w:t>
      </w:r>
      <w:r>
        <w:br/>
      </w:r>
      <w:r>
        <w:rPr>
          <w:sz w:val="20"/>
        </w:rPr>
        <w:t>4:01  yani samajhta hoon ke</w:t>
      </w:r>
      <w:r>
        <w:br/>
      </w:r>
      <w:r>
        <w:rPr>
          <w:sz w:val="20"/>
        </w:rPr>
        <w:t>4:04  har cheez moajza hai yeh maa ke pait mein ek bachcha ban kar niklta hai yeh moajza nahi</w:t>
      </w:r>
      <w:r>
        <w:br/>
      </w:r>
      <w:r>
        <w:rPr>
          <w:sz w:val="20"/>
        </w:rPr>
        <w:t>4:09  hai yani gosht aur khoon bachcha ban jata hai dekhne wala sunne wala chalne wala</w:t>
      </w:r>
      <w:r>
        <w:br/>
      </w:r>
      <w:r>
        <w:rPr>
          <w:sz w:val="20"/>
        </w:rPr>
        <w:t>4:17  ek beej ek ghar zameen mein parta hai ek darakht ban jata hai moajza hi toh hai yeh</w:t>
      </w:r>
      <w:r>
        <w:br/>
      </w:r>
      <w:r>
        <w:rPr>
          <w:sz w:val="20"/>
        </w:rPr>
        <w:t>4:21  do ghasi milti hain woh pani ban jati hai moajza hi toh hai</w:t>
      </w:r>
      <w:r>
        <w:br/>
      </w:r>
      <w:r>
        <w:rPr>
          <w:sz w:val="20"/>
        </w:rPr>
        <w:t>4:26  toh sab cheez moajza hi hai moaj</w:t>
      </w:r>
      <w:r>
        <w:br/>
      </w:r>
      <w:r>
        <w:rPr>
          <w:sz w:val="20"/>
        </w:rPr>
        <w:t>4:29  za kya hai conversion</w:t>
      </w:r>
      <w:r>
        <w:br/>
      </w:r>
      <w:r>
        <w:rPr>
          <w:sz w:val="20"/>
        </w:rPr>
        <w:t>4:31  hazrat moosa ke haath mein jo asaa tha woh saanp ban gaya darwaza case of conversion toh conversion</w:t>
      </w:r>
      <w:r>
        <w:br/>
      </w:r>
      <w:r>
        <w:rPr>
          <w:sz w:val="20"/>
        </w:rPr>
        <w:t>4:38  toh har waqt ho raha hai</w:t>
      </w:r>
      <w:r>
        <w:br/>
      </w:r>
      <w:r>
        <w:rPr>
          <w:sz w:val="20"/>
        </w:rPr>
        <w:t>4:41  har waqt ho raha hai</w:t>
      </w:r>
      <w:r>
        <w:br/>
      </w:r>
      <w:r>
        <w:rPr>
          <w:sz w:val="20"/>
        </w:rPr>
        <w:t>4:44  matter jo hai roshan sitara ban gaya beej jo hai bada darakht ban gaya</w:t>
      </w:r>
      <w:r>
        <w:br/>
      </w:r>
      <w:r>
        <w:rPr>
          <w:sz w:val="20"/>
        </w:rPr>
        <w:t>4:51  insaan maa ke pait mein gosht aur khoon jo hai bachcha ban gaya</w:t>
      </w:r>
      <w:r>
        <w:br/>
      </w:r>
      <w:r>
        <w:rPr>
          <w:sz w:val="20"/>
        </w:rPr>
        <w:t>4:55  toh sab conversion hi toh ho rahi hai</w:t>
      </w:r>
      <w:r>
        <w:br/>
      </w:r>
      <w:r>
        <w:rPr>
          <w:sz w:val="20"/>
        </w:rPr>
        <w:t>5:00  koi yeh nahi ke pehle jo hua woh bas woh woh tha moajza</w:t>
      </w:r>
      <w:r>
        <w:br/>
      </w:r>
      <w:r>
        <w:rPr>
          <w:sz w:val="20"/>
        </w:rPr>
        <w:t>5:06  mein bol raha hoon mein toh har waqt sochta hoon ke moajza hai ke mein bol raha hoon</w:t>
      </w:r>
      <w:r>
        <w:br/>
      </w:r>
      <w:r>
        <w:rPr>
          <w:sz w:val="20"/>
        </w:rPr>
        <w:t>5:12  kaise mein ne socha kaise meri soch jo hai woh lafzon mein dhali kaise mein ne zabaan se</w:t>
      </w:r>
      <w:r>
        <w:br/>
      </w:r>
      <w:r>
        <w:rPr>
          <w:sz w:val="20"/>
        </w:rPr>
        <w:t>5:19  ada kiya kaise woh baat aap tak pahunchi kaise aap ne sun liya phir electronic daur mein woh</w:t>
      </w:r>
      <w:r>
        <w:br/>
      </w:r>
      <w:r>
        <w:rPr>
          <w:sz w:val="20"/>
        </w:rPr>
        <w:t>5:27  cheez universal ho gayi to moajza hi to hai yeh to moajza ki haqeeqat hai conversion aur conversion</w:t>
      </w:r>
      <w:r>
        <w:br/>
      </w:r>
      <w:r>
        <w:rPr>
          <w:sz w:val="20"/>
        </w:rPr>
        <w:t>5:34  har waqt ho raha hai lekin yeh baat hai kab samjhega aadmi jab us ko us ke</w:t>
      </w:r>
      <w:r>
        <w:br/>
      </w:r>
      <w:r>
        <w:rPr>
          <w:sz w:val="20"/>
        </w:rPr>
        <w:t>5:39  mind ko aap prepare karen pehle din nahi samajh lega yeh umeed na rakhiye ke idhar aap</w:t>
      </w:r>
      <w:r>
        <w:br/>
      </w:r>
      <w:r>
        <w:rPr>
          <w:sz w:val="20"/>
        </w:rPr>
        <w:t>5:45  ne kaha idhar</w:t>
      </w:r>
      <w:r>
        <w:br/>
      </w:r>
      <w:r>
        <w:rPr>
          <w:sz w:val="20"/>
        </w:rPr>
        <w:t>5:46  us ne maan liya jab mind ban jayega us waqt sab kuch maan lega main bhi</w:t>
      </w:r>
      <w:r>
        <w:br/>
      </w:r>
      <w:r>
        <w:rPr>
          <w:sz w:val="20"/>
        </w:rPr>
        <w:t>5:51  pehley nahi manta tha</w:t>
      </w:r>
      <w:r>
        <w:br/>
      </w:r>
      <w:r>
        <w:rPr>
          <w:sz w:val="20"/>
        </w:rPr>
        <w:t>5:54  pehley main aisi baaton ko nahi manta tha naujawani ki umar mein ab main jab maine daryaft</w:t>
      </w:r>
      <w:r>
        <w:br/>
      </w:r>
      <w:r>
        <w:rPr>
          <w:sz w:val="20"/>
        </w:rPr>
        <w:t>6:01  kiya kya hai kya to conversion hi to hai yeh</w:t>
      </w:r>
      <w:r>
        <w:br/>
      </w:r>
      <w:r>
        <w:rPr>
          <w:sz w:val="20"/>
        </w:rPr>
        <w:t>6:05  har cheez yaani asa Hazrat Musa ka asa jo saanp ban gaya to conversion to tha woh to</w:t>
      </w:r>
      <w:r>
        <w:br/>
      </w:r>
      <w:r>
        <w:rPr>
          <w:sz w:val="20"/>
        </w:rPr>
        <w:t>6:13  har waqt conversion ho raha hai har waqt conversion ho raha hai</w:t>
      </w:r>
      <w:r>
        <w:br/>
      </w:r>
      <w:r>
        <w:rPr>
          <w:sz w:val="20"/>
        </w:rPr>
        <w:t>6:19  main jab gaon mein rehta tha UP mein</w:t>
      </w:r>
      <w:r>
        <w:br/>
      </w:r>
      <w:r>
        <w:rPr>
          <w:sz w:val="20"/>
        </w:rPr>
        <w:t>6:23  to apne ghar mein maine</w:t>
      </w:r>
      <w:r>
        <w:br/>
      </w:r>
      <w:r>
        <w:rPr>
          <w:sz w:val="20"/>
        </w:rPr>
        <w:t>6:27  ek woh lagaya</w:t>
      </w:r>
      <w:r>
        <w:br/>
      </w:r>
      <w:r>
        <w:rPr>
          <w:sz w:val="20"/>
        </w:rPr>
        <w:t>6:32  jis</w:t>
      </w:r>
      <w:r>
        <w:br/>
      </w:r>
      <w:r>
        <w:rPr>
          <w:sz w:val="20"/>
        </w:rPr>
        <w:t>6:32  ko kehte hain eucalyptus</w:t>
      </w:r>
      <w:r>
        <w:br/>
      </w:r>
      <w:r>
        <w:rPr>
          <w:sz w:val="20"/>
        </w:rPr>
        <w:t>6:36  ek itni si badi si shakh kahin mujhe mili woh lagaya aur bohat hi bada darakht ban gaya</w:t>
      </w:r>
      <w:r>
        <w:br/>
      </w:r>
      <w:r>
        <w:rPr>
          <w:sz w:val="20"/>
        </w:rPr>
        <w:t>6:41  itna bada ke door door se woh dikhai deta tha woh pehchan ban gayi dekho bhai woh gaon</w:t>
      </w:r>
      <w:r>
        <w:br/>
      </w:r>
      <w:r>
        <w:rPr>
          <w:sz w:val="20"/>
        </w:rPr>
        <w:t>6:49  jahan eucalyptus ka darakht hai</w:t>
      </w:r>
      <w:r>
        <w:br/>
      </w:r>
      <w:r>
        <w:rPr>
          <w:sz w:val="20"/>
        </w:rPr>
        <w:t>6:51  itna sa bada to kaise woh ek choti si shakh ek bada darakht ban gaya jo door tak</w:t>
      </w:r>
      <w:r>
        <w:br/>
      </w:r>
      <w:r>
        <w:rPr>
          <w:sz w:val="20"/>
        </w:rPr>
        <w:t>6:58  دکھائی دے that was a case of conversion</w:t>
      </w:r>
      <w:r>
        <w:br/>
      </w:r>
      <w:r>
        <w:rPr>
          <w:sz w:val="20"/>
        </w:rPr>
        <w:t>7:02  to main to hairaan hota tha dekh dekh kar ke ke kaise Khuda ne ek choti si shakh</w:t>
      </w:r>
      <w:r>
        <w:br/>
      </w:r>
      <w:r>
        <w:rPr>
          <w:sz w:val="20"/>
        </w:rPr>
        <w:t>7:07  ko itna bada darakht bana diya</w:t>
      </w:r>
      <w:r>
        <w:br/>
      </w:r>
      <w:r>
        <w:rPr>
          <w:sz w:val="20"/>
        </w:rPr>
        <w:t>7:10  to har cheez jo hai case of conversion hai har cheez moajza hai lekin us waqt aadmi ki</w:t>
      </w:r>
      <w:r>
        <w:br/>
      </w:r>
      <w:r>
        <w:rPr>
          <w:sz w:val="20"/>
        </w:rPr>
        <w:t>7:16  samajh mein aayega jab ke us</w:t>
      </w:r>
      <w:r>
        <w:br/>
      </w:r>
      <w:r>
        <w:rPr>
          <w:sz w:val="20"/>
        </w:rPr>
        <w:t>7:17  ka zehan aap bana chuke hon</w:t>
      </w:r>
    </w:p>
    <w:p>
      <w:pPr>
        <w:pStyle w:val="Heading2"/>
      </w:pPr>
      <w:r>
        <w:t>Making dua for Muslims and non-Muslims</w:t>
      </w:r>
    </w:p>
    <w:p>
      <w:r>
        <w:rPr>
          <w:color w:val="666666"/>
          <w:sz w:val="18"/>
        </w:rPr>
        <w:t>Journey of History December 23, 2012 · 39s · at 1:03:00 · https://youtu.be/bvjWl3U3Dmw?t=3780</w:t>
      </w:r>
    </w:p>
    <w:p>
      <w:r>
        <w:rPr>
          <w:i/>
        </w:rPr>
        <w:t>“When all explaining fails, we have to do dua for people. How can we do dua with well-wishing for both Muslims and non-Muslims? Please advise.”</w:t>
      </w:r>
    </w:p>
    <w:p>
      <w:r>
        <w:rPr>
          <w:sz w:val="20"/>
        </w:rPr>
        <w:t>1:03:00  maulana, agla sawal dilli se hai miss naghma siddiqui ka</w:t>
      </w:r>
      <w:r>
        <w:br/>
      </w:r>
      <w:r>
        <w:rPr>
          <w:sz w:val="20"/>
        </w:rPr>
        <w:t>1:03:04  . unhon ne likha hai: "when all explaining fails, we have to do dua for people.</w:t>
      </w:r>
      <w:r>
        <w:br/>
      </w:r>
      <w:r>
        <w:rPr>
          <w:sz w:val="20"/>
        </w:rPr>
        <w:t>1:03:12  how can we do dua with well wishing for both muslims and non muslims? please advice." is mein dua mein koi farq to hota nahi.</w:t>
      </w:r>
      <w:r>
        <w:br/>
      </w:r>
      <w:r>
        <w:rPr>
          <w:sz w:val="20"/>
        </w:rPr>
        <w:t>1:03:22  aap dua sab ke liye kijiye.</w:t>
      </w:r>
      <w:r>
        <w:br/>
      </w:r>
      <w:r>
        <w:rPr>
          <w:sz w:val="20"/>
        </w:rPr>
        <w:t>1:03:26  dua mein to koi farq nahi hai, hatta ke jo koi so called zalim ke liye bhi dua karna hai, so called conspirator ke liye bhi dua karna hai, sab ke liye ek sath tor par.</w:t>
      </w:r>
    </w:p>
    <w:p>
      <w:pPr>
        <w:pStyle w:val="Heading2"/>
      </w:pPr>
      <w:r>
        <w:t>Meeting someone given Prophet of Peace</w:t>
      </w:r>
    </w:p>
    <w:p>
      <w:r>
        <w:rPr>
          <w:color w:val="666666"/>
          <w:sz w:val="18"/>
        </w:rPr>
        <w:t>Living In Falsehood I December 15, 2013 · 3m 34s · at 56:37 · https://youtu.be/yD-ZtvlrFDw?t=3397</w:t>
      </w:r>
    </w:p>
    <w:p>
      <w:r>
        <w:rPr>
          <w:i/>
        </w:rPr>
        <w:t>“During a tour, I met one person to whom I had given the Prophet of Peace a few years back. When I met him, he told me...”</w:t>
      </w:r>
    </w:p>
    <w:p>
      <w:r>
        <w:rPr>
          <w:sz w:val="20"/>
        </w:rPr>
        <w:t>56:37  ji, Maulana, agla sawal lete hain jo roorkee se hai.</w:t>
      </w:r>
      <w:r>
        <w:br/>
      </w:r>
      <w:r>
        <w:rPr>
          <w:sz w:val="20"/>
        </w:rPr>
        <w:t>56:41  ساجد انور صاحب نے کیا ہے، انہوں نے لکھا ہے: "During a tour, I met one person to</w:t>
      </w:r>
      <w:r>
        <w:br/>
      </w:r>
      <w:r>
        <w:rPr>
          <w:sz w:val="20"/>
        </w:rPr>
        <w:t>56:49  "whom I had given the Prophet of Peace a few years back." When I met him, he told me</w:t>
      </w:r>
      <w:r>
        <w:br/>
      </w:r>
      <w:r>
        <w:rPr>
          <w:sz w:val="20"/>
        </w:rPr>
        <w:t>56:56  that he had read the book and two more of his family members also read the book.</w:t>
      </w:r>
      <w:r>
        <w:br/>
      </w:r>
      <w:r>
        <w:rPr>
          <w:sz w:val="20"/>
        </w:rPr>
        <w:t>57:04  Deen he mentioned to me that if instead of the book, if the author himself had talked</w:t>
      </w:r>
      <w:r>
        <w:br/>
      </w:r>
      <w:r>
        <w:rPr>
          <w:sz w:val="20"/>
        </w:rPr>
        <w:t>57:11  to me on this topic, then I would have argued with him.</w:t>
      </w:r>
      <w:r>
        <w:br/>
      </w:r>
      <w:r>
        <w:rPr>
          <w:sz w:val="20"/>
        </w:rPr>
        <w:t>57:17  But while reading, I had no option but to read the book.</w:t>
      </w:r>
      <w:r>
        <w:br/>
      </w:r>
      <w:r>
        <w:rPr>
          <w:sz w:val="20"/>
        </w:rPr>
        <w:t>57:22  And this author was successful in communicating what he wanted to say.</w:t>
      </w:r>
      <w:r>
        <w:br/>
      </w:r>
      <w:r>
        <w:rPr>
          <w:sz w:val="20"/>
        </w:rPr>
        <w:t>57:27  From this incident, I could discover the role of spreading literature in our mission, as it has not</w:t>
      </w:r>
      <w:r>
        <w:br/>
      </w:r>
      <w:r>
        <w:rPr>
          <w:sz w:val="20"/>
        </w:rPr>
        <w:t>57:35  only the multiplying effect but also the power of successfully communicating the ideology.</w:t>
      </w:r>
      <w:r>
        <w:br/>
      </w:r>
      <w:r>
        <w:rPr>
          <w:sz w:val="20"/>
        </w:rPr>
        <w:t>57:41  Maulana, is my understanding correct? hmm, dekhiye baat sahi hai.</w:t>
      </w:r>
      <w:r>
        <w:br/>
      </w:r>
      <w:r>
        <w:rPr>
          <w:sz w:val="20"/>
        </w:rPr>
        <w:t>57:46  hota yeh hai ke agar aap kisi se baat karein aur uski jo soch hai, uske</w:t>
      </w:r>
      <w:r>
        <w:br/>
      </w:r>
      <w:r>
        <w:rPr>
          <w:sz w:val="20"/>
        </w:rPr>
        <w:t>57:53  against mein koi baat aap karein to foran ego crash ho jata hai.</w:t>
      </w:r>
      <w:r>
        <w:br/>
      </w:r>
      <w:r>
        <w:rPr>
          <w:sz w:val="20"/>
        </w:rPr>
        <w:t>57:59  wo defensive psychology aa jati hai uske andar, defensive psychology ke ek aadmi negative soch wala hai,</w:t>
      </w:r>
      <w:r>
        <w:br/>
      </w:r>
      <w:r>
        <w:rPr>
          <w:sz w:val="20"/>
        </w:rPr>
        <w:t>58:07  ladai bhadai mein involve hai, aap bolein uske khilaf to foran wo defensive ban jayega.</w:t>
      </w:r>
      <w:r>
        <w:br/>
      </w:r>
      <w:r>
        <w:rPr>
          <w:sz w:val="20"/>
        </w:rPr>
        <w:t>58:14  defensive psychology develop karegi aur phir ego crash ho jayega.</w:t>
      </w:r>
      <w:r>
        <w:br/>
      </w:r>
      <w:r>
        <w:rPr>
          <w:sz w:val="20"/>
        </w:rPr>
        <w:t>58:19  lekin jab aap usko kitaab dete hain, wo ja kar apne kamre mein padhta hai jahan wo</w:t>
      </w:r>
      <w:r>
        <w:br/>
      </w:r>
      <w:r>
        <w:rPr>
          <w:sz w:val="20"/>
        </w:rPr>
        <w:t>58:27  akela hai to wahan koi doosra nahi hota jis se uska koi ego crash ho.</w:t>
      </w:r>
      <w:r>
        <w:br/>
      </w:r>
      <w:r>
        <w:rPr>
          <w:sz w:val="20"/>
        </w:rPr>
        <w:t>58:34  to zyada behtar taur par kitaab ke ke andar jo likha hua hai, usko samajh pata hai.</w:t>
      </w:r>
      <w:r>
        <w:br/>
      </w:r>
      <w:r>
        <w:rPr>
          <w:sz w:val="20"/>
        </w:rPr>
        <w:t>58:41  to mein sochta hoon ke literature ko phailana yeh hai, yeh bahut hi basic kaam hai.</w:t>
      </w:r>
      <w:r>
        <w:br/>
      </w:r>
      <w:r>
        <w:rPr>
          <w:sz w:val="20"/>
        </w:rPr>
        <w:t>58:48  wo bhi ek kaam hai ke aap is cheez dein, aap logon se baat cheet karein, wo bhi</w:t>
      </w:r>
      <w:r>
        <w:br/>
      </w:r>
      <w:r>
        <w:rPr>
          <w:sz w:val="20"/>
        </w:rPr>
        <w:t>58:56  ek kaam hai.</w:t>
      </w:r>
      <w:r>
        <w:br/>
      </w:r>
      <w:r>
        <w:rPr>
          <w:sz w:val="20"/>
        </w:rPr>
        <w:t>58:58  bilashuba, woh bhi karna hi karna hai.</w:t>
      </w:r>
      <w:r>
        <w:br/>
      </w:r>
      <w:r>
        <w:rPr>
          <w:sz w:val="20"/>
        </w:rPr>
        <w:t>59:01  lekin main ek farq bata raha hoon ke koi tanqeed agar aap karein kisi aadmi se jab ke</w:t>
      </w:r>
      <w:r>
        <w:br/>
      </w:r>
      <w:r>
        <w:rPr>
          <w:sz w:val="20"/>
        </w:rPr>
        <w:t>59:08  woh is mein involve hai to foran woh defence ki taraf chala jayega, foran apna difaa karne</w:t>
      </w:r>
      <w:r>
        <w:br/>
      </w:r>
      <w:r>
        <w:rPr>
          <w:sz w:val="20"/>
        </w:rPr>
        <w:t>59:16  lagega woh.</w:t>
      </w:r>
      <w:r>
        <w:br/>
      </w:r>
      <w:r>
        <w:rPr>
          <w:sz w:val="20"/>
        </w:rPr>
        <w:t>59:17  lekin kitaab mein kya difaa karega? kitaab mein to saamne koi hai hi nahi jis se difaa</w:t>
      </w:r>
      <w:r>
        <w:br/>
      </w:r>
      <w:r>
        <w:rPr>
          <w:sz w:val="20"/>
        </w:rPr>
        <w:t>59:25  kare woh.</w:t>
      </w:r>
      <w:r>
        <w:br/>
      </w:r>
      <w:r>
        <w:rPr>
          <w:sz w:val="20"/>
        </w:rPr>
        <w:t>59:27  to quran ka distribution aur yeh jo literature jis ko main kehta hoon supporting literature, is ka distribution</w:t>
      </w:r>
      <w:r>
        <w:br/>
      </w:r>
      <w:r>
        <w:rPr>
          <w:sz w:val="20"/>
        </w:rPr>
        <w:t>59:34  bohat hi important hai, bohat zyada important hai.</w:t>
      </w:r>
      <w:r>
        <w:br/>
      </w:r>
      <w:r>
        <w:rPr>
          <w:sz w:val="20"/>
        </w:rPr>
        <w:t>59:38  is ko flood karne ki zaroorat hai.</w:t>
      </w:r>
      <w:r>
        <w:br/>
      </w:r>
      <w:r>
        <w:rPr>
          <w:sz w:val="20"/>
        </w:rPr>
        <w:t>59:41  jo maine pichli baar 28 november ko hyderabad mein ek call di thi, yaani operation flood, to</w:t>
      </w:r>
      <w:r>
        <w:br/>
      </w:r>
      <w:r>
        <w:rPr>
          <w:sz w:val="20"/>
        </w:rPr>
        <w:t>59:49  woh bohat soch samajh kar woh call di thi maine ke quran ko aur supporting literature ko</w:t>
      </w:r>
      <w:r>
        <w:br/>
      </w:r>
      <w:r>
        <w:rPr>
          <w:sz w:val="20"/>
        </w:rPr>
        <w:t>59:56  flood kar dijiye sari duniya mein, mukhtalif language mein tayyar kar ke sari duniya mein flood kar dijiye</w:t>
      </w:r>
      <w:r>
        <w:br/>
      </w:r>
      <w:r>
        <w:rPr>
          <w:sz w:val="20"/>
        </w:rPr>
        <w:t>1:00:04  quran ko aur supporting literature ko.</w:t>
      </w:r>
      <w:r>
        <w:br/>
      </w:r>
      <w:r>
        <w:rPr>
          <w:sz w:val="20"/>
        </w:rPr>
        <w:t>1:00:07  yeh bohat hi powerful tareeqa hai, yaani da'wah work ka.</w:t>
      </w:r>
    </w:p>
    <w:p>
      <w:pPr>
        <w:pStyle w:val="Heading2"/>
      </w:pPr>
      <w:r>
        <w:t>Alternative for da'wah when busy</w:t>
      </w:r>
    </w:p>
    <w:p>
      <w:r>
        <w:rPr>
          <w:color w:val="666666"/>
          <w:sz w:val="18"/>
        </w:rPr>
        <w:t>Dars-e-Quran, Chapter 2, Verse 35 | December 17, 2017 · 3m 13s · at 1:17:49 · https://youtu.be/Cd8MlWM7B9w?t=4669</w:t>
      </w:r>
    </w:p>
    <w:p>
      <w:r>
        <w:rPr>
          <w:i/>
        </w:rPr>
        <w:t>“If I am engaged with my job and family and don't have time to do da'wah work directly, then what is the second option for me so that I can still contribute?”</w:t>
      </w:r>
    </w:p>
    <w:p>
      <w:r>
        <w:rPr>
          <w:sz w:val="20"/>
        </w:rPr>
        <w:t>1:17:49  maulana, kolkatta se faraz khan sahib ne sawal bheja hai.</w:t>
      </w:r>
      <w:r>
        <w:br/>
      </w:r>
      <w:r>
        <w:rPr>
          <w:sz w:val="20"/>
        </w:rPr>
        <w:t>1:17:55  unho ne likha hai, aah, maulana sahib, afaiem engaged with my job and family and don't</w:t>
      </w:r>
      <w:r>
        <w:br/>
      </w:r>
      <w:r>
        <w:rPr>
          <w:sz w:val="20"/>
        </w:rPr>
        <w:t>1:18:01  have time to do dawah work directly, then what is the second option for me so that i</w:t>
      </w:r>
      <w:r>
        <w:br/>
      </w:r>
      <w:r>
        <w:rPr>
          <w:sz w:val="20"/>
        </w:rPr>
        <w:t>1:18:07  can do dawah work? what is your advice to me? dekhiye, is zamane mein</w:t>
      </w:r>
      <w:r>
        <w:br/>
      </w:r>
      <w:r>
        <w:rPr>
          <w:sz w:val="20"/>
        </w:rPr>
        <w:t>1:18:13  yeh printing press ka zamana hai.</w:t>
      </w:r>
      <w:r>
        <w:br/>
      </w:r>
      <w:r>
        <w:rPr>
          <w:sz w:val="20"/>
        </w:rPr>
        <w:t>1:18:17  is mein dawah work duniya ka sab se zyada aasan kaam hai.</w:t>
      </w:r>
      <w:r>
        <w:br/>
      </w:r>
      <w:r>
        <w:rPr>
          <w:sz w:val="20"/>
        </w:rPr>
        <w:t>1:18:22  sab se aasan.</w:t>
      </w:r>
      <w:r>
        <w:br/>
      </w:r>
      <w:r>
        <w:rPr>
          <w:sz w:val="20"/>
        </w:rPr>
        <w:t>1:18:26  aap pe packet, aap apni jeb mein, apne thele mein, apne bag mein, islami kitabein rakh dijiye.</w:t>
      </w:r>
      <w:r>
        <w:br/>
      </w:r>
      <w:r>
        <w:rPr>
          <w:sz w:val="20"/>
        </w:rPr>
        <w:t>1:18:30  choti choti kitabein.</w:t>
      </w:r>
      <w:r>
        <w:br/>
      </w:r>
      <w:r>
        <w:rPr>
          <w:sz w:val="20"/>
        </w:rPr>
        <w:t>1:18:35  hum ne senkaron kitabein chhapi hain har zaban mein.</w:t>
      </w:r>
      <w:r>
        <w:br/>
      </w:r>
      <w:r>
        <w:rPr>
          <w:sz w:val="20"/>
        </w:rPr>
        <w:t>1:18:39  aap ne rakh</w:t>
      </w:r>
      <w:r>
        <w:br/>
      </w:r>
      <w:r>
        <w:rPr>
          <w:sz w:val="20"/>
        </w:rPr>
        <w:t>1:18:43  li apne sath. aur jo milta hai aap ko us ko dete rahiye. agar kuch kehna aata hai aap ko to kahiye. nahi to yeh to keh sakte hain aap ke yeh aap ko spiritual gift hai. yeh kaam mushkil kaam kiya hai? is zamanay mein jo aik aaye ke dawat ka kaam mushkil hai to woh to jante hi nahi zamanay ko. Allah taala ne printing pre</w:t>
      </w:r>
      <w:r>
        <w:br/>
      </w:r>
      <w:r>
        <w:rPr>
          <w:sz w:val="20"/>
        </w:rPr>
        <w:t>1:19:13  is ko paida kar ke itna aasan kar diya dawah ke kaam ko.</w:t>
      </w:r>
      <w:r>
        <w:br/>
      </w:r>
      <w:r>
        <w:rPr>
          <w:sz w:val="20"/>
        </w:rPr>
        <w:t>1:19:18  is se zyada aasan koi kaam hi nahin.</w:t>
      </w:r>
      <w:r>
        <w:br/>
      </w:r>
      <w:r>
        <w:rPr>
          <w:sz w:val="20"/>
        </w:rPr>
        <w:t>1:19:23  aap bas apne sath rakhiye aur logon ko dete rahiye.</w:t>
      </w:r>
      <w:r>
        <w:br/>
      </w:r>
      <w:r>
        <w:rPr>
          <w:sz w:val="20"/>
        </w:rPr>
        <w:t>1:19:28  bas dawah ka kaam jari hoga.</w:t>
      </w:r>
      <w:r>
        <w:br/>
      </w:r>
      <w:r>
        <w:rPr>
          <w:sz w:val="20"/>
        </w:rPr>
        <w:t>1:19:33  aah, maulana, hum yahan par yeh bhi kehna chahenge ke kai log aksar aah is baat ko</w:t>
      </w:r>
      <w:r>
        <w:br/>
      </w:r>
      <w:r>
        <w:rPr>
          <w:sz w:val="20"/>
        </w:rPr>
        <w:t>1:19:38  لے کر آتے ہیں کیونکہ ان کا کام اس طریقے سے ہوتا ہے کہ وہ بہت</w:t>
      </w:r>
      <w:r>
        <w:br/>
      </w:r>
      <w:r>
        <w:rPr>
          <w:sz w:val="20"/>
        </w:rPr>
        <w:t>1:19:43  vil karte hain.</w:t>
      </w:r>
      <w:r>
        <w:br/>
      </w:r>
      <w:r>
        <w:rPr>
          <w:sz w:val="20"/>
        </w:rPr>
        <w:t>1:19:49  to is ka ek yeh bhi tareeqa hai ke jaise aah quran drives hoti hain, quran distribution hota hai.</w:t>
      </w:r>
      <w:r>
        <w:br/>
      </w:r>
      <w:r>
        <w:rPr>
          <w:sz w:val="20"/>
        </w:rPr>
        <w:t>1:19:55  to if they can not aah participate directly, then they can sponsor those quran distribution exercises.</w:t>
      </w:r>
      <w:r>
        <w:br/>
      </w:r>
      <w:r>
        <w:rPr>
          <w:sz w:val="20"/>
        </w:rPr>
        <w:t>1:20:01  to kya woh theek aah aah ho sakta hai maulana ke agar woh waqt nahin de sakte to</w:t>
      </w:r>
      <w:r>
        <w:br/>
      </w:r>
      <w:r>
        <w:rPr>
          <w:sz w:val="20"/>
        </w:rPr>
        <w:t>1:20:07  jo quran distribution drives hain is mein woh aah sponsor kar sakte hain, paise de sakte hain? haan, paisa dein.</w:t>
      </w:r>
      <w:r>
        <w:br/>
      </w:r>
      <w:r>
        <w:rPr>
          <w:sz w:val="20"/>
        </w:rPr>
        <w:t>1:20:13  kis ko? kis ke liye mumkin nahi hai? har aadmi ke paas kuch na kuch paisa dene ki position mein hota hai. har aadmi. yeh nahi ke ho ho sakta hai ke kisi ke paas paise hi na hon. quran mein hai ke lantuhuboon paisa kharch karo deen karam mein. yeh quran mein yeh ayat hai: lantuhuboon. to aap time na de sakt</w:t>
      </w:r>
      <w:r>
        <w:br/>
      </w:r>
      <w:r>
        <w:rPr>
          <w:sz w:val="20"/>
        </w:rPr>
        <w:t>1:20:43  e to paisa dijiye.</w:t>
      </w:r>
      <w:r>
        <w:br/>
      </w:r>
      <w:r>
        <w:rPr>
          <w:sz w:val="20"/>
        </w:rPr>
        <w:t>1:20:47  asal mein kuch dena chahte nahin log, na paisa, na time.</w:t>
      </w:r>
      <w:r>
        <w:br/>
      </w:r>
      <w:r>
        <w:rPr>
          <w:sz w:val="20"/>
        </w:rPr>
        <w:t>1:20:51  to yeh sab wada bolte hain.</w:t>
      </w:r>
      <w:r>
        <w:br/>
      </w:r>
      <w:r>
        <w:rPr>
          <w:sz w:val="20"/>
        </w:rPr>
        <w:t>1:20:55  mein to samajhta hoon ke yeh sab excuses hain.</w:t>
      </w:r>
      <w:r>
        <w:br/>
      </w:r>
      <w:r>
        <w:rPr>
          <w:sz w:val="20"/>
        </w:rPr>
        <w:t>1:20:58  yeh sab koi aur koi gehri reason is ki nahin hai.</w:t>
      </w:r>
    </w:p>
    <w:p>
      <w:pPr>
        <w:pStyle w:val="Heading2"/>
      </w:pPr>
      <w:r>
        <w:t>Improving interreligious understanding and dialogue</w:t>
      </w:r>
    </w:p>
    <w:p>
      <w:r>
        <w:rPr>
          <w:color w:val="666666"/>
          <w:sz w:val="18"/>
        </w:rPr>
        <w:t>Personality of A Believer February 2, 2014 · 1m 45s · at 1:03:49 · https://youtu.be/EiK_-O-Bjps?t=3829</w:t>
      </w:r>
    </w:p>
    <w:p>
      <w:r>
        <w:rPr>
          <w:i/>
        </w:rPr>
        <w:t>“What can be done to bring about better interreligious understanding and dialogue? The country needs this urgently today.”</w:t>
      </w:r>
    </w:p>
    <w:p>
      <w:r>
        <w:rPr>
          <w:sz w:val="20"/>
        </w:rPr>
        <w:t>1:03:49  maulana, agla sawal dilli se hai</w:t>
      </w:r>
      <w:r>
        <w:br/>
      </w:r>
      <w:r>
        <w:rPr>
          <w:sz w:val="20"/>
        </w:rPr>
        <w:t>1:03:52  mr shamil rae ka. unhon ne aap se poocha hai: "what can be done to bring about better interreligious understanding and dialogue?</w:t>
      </w:r>
      <w:r>
        <w:br/>
      </w:r>
      <w:r>
        <w:rPr>
          <w:sz w:val="20"/>
        </w:rPr>
        <w:t>1:04:03  aur country needs this urgently today?" mein samajhta hoon ke asal cheez hai spirit of mutual learning.</w:t>
      </w:r>
      <w:r>
        <w:br/>
      </w:r>
      <w:r>
        <w:rPr>
          <w:sz w:val="20"/>
        </w:rPr>
        <w:t>1:04:15  yani doosra jo hai, hum yeh samjhein ke woh yani is ka alag religion hai, is ka alag culture hai.</w:t>
      </w:r>
      <w:r>
        <w:br/>
      </w:r>
      <w:r>
        <w:rPr>
          <w:sz w:val="20"/>
        </w:rPr>
        <w:t>1:04:24  is tarah na sochein hum, balkeh is tarah sochein ke woh ek ek case hai, ek case hai jis se mein kuch seekh sakta hoon.</w:t>
      </w:r>
      <w:r>
        <w:br/>
      </w:r>
      <w:r>
        <w:rPr>
          <w:sz w:val="20"/>
        </w:rPr>
        <w:t>1:04:37  har doosre insaan ko, har doosre organization ko, har doosre mauqe ko aap is zehan se lein ke mujhe wahan par koi learning ho sakti hai, kuch mein seekh sakta hoon.</w:t>
      </w:r>
      <w:r>
        <w:br/>
      </w:r>
      <w:r>
        <w:rPr>
          <w:sz w:val="20"/>
        </w:rPr>
        <w:t>1:04:48  is se to spirit of learning mere liye ek asal cheez hai.</w:t>
      </w:r>
      <w:r>
        <w:br/>
      </w:r>
      <w:r>
        <w:rPr>
          <w:sz w:val="20"/>
        </w:rPr>
        <w:t>1:04:55  spirit of learning yeh sirf isi interface muamle mein, har muamle mein is ki ahmiyat hai.</w:t>
      </w:r>
      <w:r>
        <w:br/>
      </w:r>
      <w:r>
        <w:rPr>
          <w:sz w:val="20"/>
        </w:rPr>
        <w:t>1:05:04  to mein samajhta hoon ke sab se zyada logon ke andar jo paida karne ki zaroorat hai, woh spirit of learning hai. sab se zyada sincere learning, bilkul learning.</w:t>
      </w:r>
      <w:r>
        <w:br/>
      </w:r>
      <w:r>
        <w:rPr>
          <w:sz w:val="20"/>
        </w:rPr>
        <w:t>1:05:19  learning ke liye shart yeh hai ke aap objective hon, sincere hon, honest hon, tab learning hoti hai. yeh mizaj banaya jaye to sab masla hal ho jayega.</w:t>
      </w:r>
    </w:p>
    <w:p>
      <w:pPr>
        <w:pStyle w:val="Heading2"/>
      </w:pPr>
      <w:r>
        <w:t>Message for diaspora in Arab countries</w:t>
      </w:r>
    </w:p>
    <w:p>
      <w:r>
        <w:rPr>
          <w:color w:val="666666"/>
          <w:sz w:val="18"/>
        </w:rPr>
        <w:t>Realistic Approach 30 March, 2014 · 2m 41s · at 1:00:19 · https://youtu.be/HIFxmWWiEG4?t=3619</w:t>
      </w:r>
    </w:p>
    <w:p>
      <w:r>
        <w:rPr>
          <w:i/>
        </w:rPr>
        <w:t>“MashaAllah, very comprehensive talk on realistic living. I request Maulana sahib to give a message for dias living in Arab countries.”</w:t>
      </w:r>
    </w:p>
    <w:p>
      <w:r>
        <w:rPr>
          <w:sz w:val="20"/>
        </w:rPr>
        <w:t>1:00:19  maulana, agla sawal dammam se hai. miss ummat ul muiz ne kiya hai. unhon ne likha hai: "Maashallah, very comprehensive talk on realistic living.</w:t>
      </w:r>
      <w:r>
        <w:br/>
      </w:r>
      <w:r>
        <w:rPr>
          <w:sz w:val="20"/>
        </w:rPr>
        <w:t>1:00:31  I request Maulana sahib to give a message for da'wah living in Arab countries."</w:t>
      </w:r>
      <w:r>
        <w:br/>
      </w:r>
      <w:r>
        <w:rPr>
          <w:sz w:val="20"/>
        </w:rPr>
        <w:t>1:00:43  dekhiye, arab countries mein aik bohat bari opportunity hai jis ko musalman avail nahi kar rahe hain. woh kya hai? arab countries mein tail ki daulat hai, wahan rozgar milta hai logon ko.</w:t>
      </w:r>
      <w:r>
        <w:br/>
      </w:r>
      <w:r>
        <w:rPr>
          <w:sz w:val="20"/>
        </w:rPr>
        <w:t>1:00:58  to bohat ziyada log aa rahe hain bahar se, bohat ziyada yani</w:t>
      </w:r>
      <w:r>
        <w:br/>
      </w:r>
      <w:r>
        <w:rPr>
          <w:sz w:val="20"/>
        </w:rPr>
        <w:t>1:01:05  ghair muslim, bohat ziyada aa rahe hain aur tourist yani wahan par job karne wale, business karne wale aur tourist rozana billion billion aate jate hain.</w:t>
      </w:r>
      <w:r>
        <w:br/>
      </w:r>
      <w:r>
        <w:rPr>
          <w:sz w:val="20"/>
        </w:rPr>
        <w:t>1:01:17  in mein aap literature distribute kijiye, da'wah literature un ke darmiyan distribute kijiye. is se ziyada aasan kaam konsa hai?</w:t>
      </w:r>
      <w:r>
        <w:br/>
      </w:r>
      <w:r>
        <w:rPr>
          <w:sz w:val="20"/>
        </w:rPr>
        <w:t>1:01:27  sab se aasan kaam yeh hai ke aap printed book aap ke paas hon, aap ke pocket mein, aap ke bag mein, aur jahan aap dekhen, kisi ko is ko dijiye.</w:t>
      </w:r>
      <w:r>
        <w:br/>
      </w:r>
      <w:r>
        <w:rPr>
          <w:sz w:val="20"/>
        </w:rPr>
        <w:t>1:01:37  is ko har jagah aap ko milenge aise log jo aap ke liye mad'u hain. asal cheez hai ke mad'u concept khatam ho gaya musalmanon se, warna arab dunya mein to bohat mawaqe hain, bohat mawaqe hain, bohat mawaqe hain.</w:t>
      </w:r>
      <w:r>
        <w:br/>
      </w:r>
      <w:r>
        <w:rPr>
          <w:sz w:val="20"/>
        </w:rPr>
        <w:t>1:01:53  misal ke taur par dekhiye, Egypt hai. Egypt mein bohat hi ziyada tourism tha kyunke wahan bohat hi yani ancient relation hoti thi wahan par aur bohat hi qadeem tareen wahan par monument hain.</w:t>
      </w:r>
      <w:r>
        <w:br/>
      </w:r>
      <w:r>
        <w:rPr>
          <w:sz w:val="20"/>
        </w:rPr>
        <w:t>1:02:08  bohat aate the, khwamkhwah milte hain, chala diya wahan par ladai bhidai chhod diya. agar yeh musalman ladai bhidai na chhodte to wahan to yani wohi surkh koton ko hath karne ka moqa tha.</w:t>
      </w:r>
      <w:r>
        <w:br/>
      </w:r>
      <w:r>
        <w:rPr>
          <w:sz w:val="20"/>
        </w:rPr>
        <w:t>1:02:22  yeh saare log jo aate hain bator tourist ke ya bator yani business ke, un ke darmiyan aap Islam phailaiye. Aur sab se aasan yeh hai ke printed books apne paas rakhein, un ko dete rahiye, dete rahiye, dete rahiye.</w:t>
      </w:r>
      <w:r>
        <w:br/>
      </w:r>
      <w:r>
        <w:rPr>
          <w:sz w:val="20"/>
        </w:rPr>
        <w:t>1:02:36  un ki zaban mein, har ek ki zaban mein tayyar kijiye kitaben. Asal mein asal cheez yeh hai ke logon ke andar dawat ka incentive nahi hai, dawat ka jazba nahi hai.</w:t>
      </w:r>
      <w:r>
        <w:br/>
      </w:r>
      <w:r>
        <w:rPr>
          <w:sz w:val="20"/>
        </w:rPr>
        <w:t>1:02:49  yani spirit of dawah leak kar rahi hai, na ke aap choti aap dawah. Yeh hai masla.</w:t>
      </w:r>
    </w:p>
    <w:p>
      <w:pPr>
        <w:pStyle w:val="Heading2"/>
      </w:pPr>
      <w:r>
        <w:t>Improving Hindu-Muslim Relations</w:t>
      </w:r>
    </w:p>
    <w:p>
      <w:r>
        <w:rPr>
          <w:color w:val="666666"/>
          <w:sz w:val="18"/>
        </w:rPr>
        <w:t>Age of Alternatives April 05, 2015 · 3m 20s · at 1:08:39 · https://youtu.be/4v0uCM2BZuA?t=4119</w:t>
      </w:r>
    </w:p>
    <w:p>
      <w:r>
        <w:rPr>
          <w:i/>
        </w:rPr>
        <w:t>“What can ordinary Hindus and Muslims do to improve relations between them?”</w:t>
      </w:r>
    </w:p>
    <w:p>
      <w:r>
        <w:rPr>
          <w:sz w:val="20"/>
        </w:rPr>
        <w:t>1:08:39  maulana, agla sawal lene se pehle ek comment padhna chahenge jo idrees sahab ne bheja hai raipur se, aur unhon ne likha hai ke "today speech was one of the best speech.</w:t>
      </w:r>
      <w:r>
        <w:br/>
      </w:r>
      <w:r>
        <w:rPr>
          <w:sz w:val="20"/>
        </w:rPr>
        <w:t>1:08:52  it was inspiring and thought provoking." achha</w:t>
      </w:r>
      <w:r>
        <w:br/>
      </w:r>
      <w:r>
        <w:rPr>
          <w:sz w:val="20"/>
        </w:rPr>
        <w:t>1:08:56  a, maulana, agla sawal usa se irfan omar sahab ne kiya hai, aur unhon ne likha hai: "maulana sahab, what can ordinary hindus and muslims do to improve relations between them?</w:t>
      </w:r>
      <w:r>
        <w:br/>
      </w:r>
      <w:r>
        <w:rPr>
          <w:sz w:val="20"/>
        </w:rPr>
        <w:t>1:09:11  to improve relations between their communities, could you offer some examples of activities that they may adopt? is dawah and an obstacle to building better relations between hindus and muslims?"</w:t>
      </w:r>
      <w:r>
        <w:br/>
      </w:r>
      <w:r>
        <w:rPr>
          <w:sz w:val="20"/>
        </w:rPr>
        <w:t>1:09:27  yahan dawah ka ka jo kaam hai, jo dawah work hai, us ko positive tor par kiya jaye. aur positive ka matlab yeh hai ke khairkhwahi ki spirit kehta hai:</w:t>
      </w:r>
      <w:r>
        <w:br/>
      </w:r>
      <w:r>
        <w:rPr>
          <w:sz w:val="20"/>
        </w:rPr>
        <w:t>1:09:40  "inna lakum naasih". yaani dawi jo hai, woh well wisher hota hai. to dawah apne aap mein well wishing ka mahol paida karti hai.</w:t>
      </w:r>
      <w:r>
        <w:br/>
      </w:r>
      <w:r>
        <w:rPr>
          <w:sz w:val="20"/>
        </w:rPr>
        <w:t>1:09:52  to logon ne dawah ko ko bhi debate ke maani mein le liya, yaani apni superiority ko establish karna, us se to doori badhegi.</w:t>
      </w:r>
      <w:r>
        <w:br/>
      </w:r>
      <w:r>
        <w:rPr>
          <w:sz w:val="20"/>
        </w:rPr>
        <w:t>1:10:03  dawah well wishing ke tehat hoti hai, khair khwahi ke tehat hoti hai. to us se to apne aap mein taluq achhe ban jayenge.</w:t>
      </w:r>
      <w:r>
        <w:br/>
      </w:r>
      <w:r>
        <w:rPr>
          <w:sz w:val="20"/>
        </w:rPr>
        <w:t>1:10:11  doosri baat yeh hai ke main kahunga ke maujooda daur mein hamare ulama ne bohat bhari ghalti ki hai ke education mein musalmanon ko roka.</w:t>
      </w:r>
      <w:r>
        <w:br/>
      </w:r>
      <w:r>
        <w:rPr>
          <w:sz w:val="20"/>
        </w:rPr>
        <w:t>1:10:22  aur logon ko yeh hua ke muslim idare alag banaye, muslim school, muslim college, muslim university. main is ke sakht khilaf hoon. bas jo school the, jo college the, jo universityan theen, usi mein padhte hain musalman bhi.</w:t>
      </w:r>
      <w:r>
        <w:br/>
      </w:r>
      <w:r>
        <w:rPr>
          <w:sz w:val="20"/>
        </w:rPr>
        <w:t>1:10:35  to kya hota? interaction hota.</w:t>
      </w:r>
      <w:r>
        <w:br/>
      </w:r>
      <w:r>
        <w:rPr>
          <w:sz w:val="20"/>
        </w:rPr>
        <w:t>1:10:38  jahan hindu padh rahe hain, wahan musalman hi padh rahe hain. aur aap jahan aap ko yeh tajurba hoga ke taleem ke dauran jo jo taluq banta hai, woh bohat zabardast hota hai.</w:t>
      </w:r>
      <w:r>
        <w:br/>
      </w:r>
      <w:r>
        <w:rPr>
          <w:sz w:val="20"/>
        </w:rPr>
        <w:t>1:10:49  bohat is mein dostiyan qaim hoti hain, achhe taluqat qaim hote hain.</w:t>
      </w:r>
      <w:r>
        <w:br/>
      </w:r>
      <w:r>
        <w:rPr>
          <w:sz w:val="20"/>
        </w:rPr>
        <w:t>1:10:55  to bilkul simple tareeqa tha ke woh usay na rokte aur musalman se kehte hain ke jo bhi school hai, jo bhi college hai, woh dakhil ho jao, padho. to khoob interaction hota.</w:t>
      </w:r>
      <w:r>
        <w:br/>
      </w:r>
      <w:r>
        <w:rPr>
          <w:sz w:val="20"/>
        </w:rPr>
        <w:t>1:11:06  aur yeh yeh yeh jo doori ban gayi, woh banti hi na. to main kahunga ke yeh yeh do cheezen musalman karen ke har school mein madakhil, har college mein madakhil.</w:t>
      </w:r>
      <w:r>
        <w:br/>
      </w:r>
      <w:r>
        <w:rPr>
          <w:sz w:val="20"/>
        </w:rPr>
        <w:t>1:11:20  aur yeh main to yahan tak kehta hoon ke muslim ka lafz nikal do,</w:t>
      </w:r>
      <w:r>
        <w:br/>
      </w:r>
      <w:r>
        <w:rPr>
          <w:sz w:val="20"/>
        </w:rPr>
        <w:t>1:11:24  muslim university ke muslim ka lafz nikalo, is ka naam rakh do Aligarh University mein, Aligarh University. koi muslim school nahi, koi muslim college nahi, koi muslim university.</w:t>
      </w:r>
      <w:r>
        <w:br/>
      </w:r>
      <w:r>
        <w:rPr>
          <w:sz w:val="20"/>
        </w:rPr>
        <w:t>1:11:33  sab muslim ka lafz nikal do</w:t>
      </w:r>
      <w:r>
        <w:br/>
      </w:r>
      <w:r>
        <w:rPr>
          <w:sz w:val="20"/>
        </w:rPr>
        <w:t>1:11:35  , har school mein padho, har college mein padho, har university mein padho. to apne aap taluqat normal ho jayenge, apne aap.</w:t>
      </w:r>
      <w:r>
        <w:br/>
      </w:r>
      <w:r>
        <w:rPr>
          <w:sz w:val="20"/>
        </w:rPr>
        <w:t>1:11:47  aur dawah agar positive sense mein kiya jaye, khair khwahi ki speed ke sath, to woh woh bhi bohat bara zariya hoga ta'alluqat ko acha banane ka.</w:t>
      </w:r>
    </w:p>
    <w:p>
      <w:pPr>
        <w:pStyle w:val="Heading2"/>
      </w:pPr>
      <w:r>
        <w:t>Is it appropriate for a da'i to only meet like-minded people?</w:t>
      </w:r>
    </w:p>
    <w:p>
      <w:r>
        <w:rPr>
          <w:color w:val="666666"/>
          <w:sz w:val="18"/>
        </w:rPr>
        <w:t>The Message of Eid Al-Adha November 6, 2011 Maulana Wahiduddin Khan · 8m 35s · at 1:18:30 · https://youtu.be/y59PU_RD2cg?t=4710</w:t>
      </w:r>
    </w:p>
    <w:p>
      <w:r>
        <w:rPr>
          <w:i/>
        </w:rPr>
        <w:t>“Generally, people have the tendency to only meet like-minded people. They do not interact with those who are not like-minded. What is this temperament like for a da'i (caller to Islam)?”</w:t>
      </w:r>
    </w:p>
    <w:p>
      <w:r>
        <w:rPr>
          <w:sz w:val="20"/>
        </w:rPr>
        <w:t>1:18:30  maulana, agla sawal aaya hai maulana zikwan nadvi ka dilli se. unhon ne likha hai: "aam taur par logon ka yeh mizaj hota hai ke woh sirf like minded logon se milte hain.</w:t>
      </w:r>
      <w:r>
        <w:br/>
      </w:r>
      <w:r>
        <w:rPr>
          <w:sz w:val="20"/>
        </w:rPr>
        <w:t>1:18:42  jo log like minded nahi hote, un ke sath woh interaction nahi karte. ek daai ke liye is tarah ka mizaj kaisa hai?" daai to aise mizaj ko afford nahi kar sakta.</w:t>
      </w:r>
      <w:r>
        <w:br/>
      </w:r>
      <w:r>
        <w:rPr>
          <w:sz w:val="20"/>
        </w:rPr>
        <w:t>1:18:58  aisa mizaj ho, daawti kaam kaise karega woh?</w:t>
      </w:r>
      <w:r>
        <w:br/>
      </w:r>
      <w:r>
        <w:rPr>
          <w:sz w:val="20"/>
        </w:rPr>
        <w:t>1:19:03  daai ko to un like minded logon par jana parta hai. kaise daawti kaam karega agar is se parhez kare to woh? aur dekhiye, mera zindagi ke waqt tajurba aaya hai ke logon ke mizaj aam taur par yahi hota hai.</w:t>
      </w:r>
      <w:r>
        <w:br/>
      </w:r>
      <w:r>
        <w:rPr>
          <w:sz w:val="20"/>
        </w:rPr>
        <w:t>1:19:17  like minded logon ko le ke bait</w:t>
      </w:r>
      <w:r>
        <w:br/>
      </w:r>
      <w:r>
        <w:rPr>
          <w:sz w:val="20"/>
        </w:rPr>
        <w:t>1:19:19  h jaate hain. har jagah mein ne dekha hai, yaani hatta ke qabristan mein aur shadiyon mein, ijtimaat mein like minded logon ke sath baith ke baatein karte hain.</w:t>
      </w:r>
      <w:r>
        <w:br/>
      </w:r>
      <w:r>
        <w:rPr>
          <w:sz w:val="20"/>
        </w:rPr>
        <w:t>1:19:30  is ka nuksan kya hai? is ka nuksan yeh hai ke aap ka intellectual development nahi hota. intellectual development nahi hota aap ka.</w:t>
      </w:r>
      <w:r>
        <w:br/>
      </w:r>
      <w:r>
        <w:rPr>
          <w:sz w:val="20"/>
        </w:rPr>
        <w:t>1:19:40  to daai ke liye double nuksan hai.</w:t>
      </w:r>
      <w:r>
        <w:br/>
      </w:r>
      <w:r>
        <w:rPr>
          <w:sz w:val="20"/>
        </w:rPr>
        <w:t>1:19:43  ek to apna intellectual development ruk jayega. intellectual stagnation aa jayega aap ke andar. kyun ke jo woh sochta hai, wahi aap bhi soch rahe hain.</w:t>
      </w:r>
      <w:r>
        <w:br/>
      </w:r>
      <w:r>
        <w:rPr>
          <w:sz w:val="20"/>
        </w:rPr>
        <w:t>1:19:54  to kaise development hoga?</w:t>
      </w:r>
      <w:r>
        <w:br/>
      </w:r>
      <w:r>
        <w:rPr>
          <w:sz w:val="20"/>
        </w:rPr>
        <w:t>1:19:59  aur daawti kaam mein aap un logon ke paas jaane se ghabrayenge jin ki soch alag ho, jin ka ilm aap se zyada ho. to daai ko to apne ko tayyar karna parta hai ke har ek ke paas ja kar ja sake, har ek se apna paigham de sake.</w:t>
      </w:r>
      <w:r>
        <w:br/>
      </w:r>
      <w:r>
        <w:rPr>
          <w:sz w:val="20"/>
        </w:rPr>
        <w:t>1:20:17  mera mizaj, yaani ajeeb baat hai ke paidaishi to baqiya mere andar hai. jaise mein vegetarian hoon, paidaishi taur par e</w:t>
      </w:r>
      <w:r>
        <w:br/>
      </w:r>
      <w:r>
        <w:rPr>
          <w:sz w:val="20"/>
        </w:rPr>
        <w:t>1:20:25  se hi un like minded logon se milna, un like minded logon se, yeh bhi mere paidaishi taur par. jaise mein jab tha adam, mein ne gaon mein jab tha bohat pehle to mere milna julna teen aadmiyon se hota tha mera,</w:t>
      </w:r>
      <w:r>
        <w:br/>
      </w:r>
      <w:r>
        <w:rPr>
          <w:sz w:val="20"/>
        </w:rPr>
        <w:t>1:20:42  aur teeno angrezan the, jab ke mein angrez zyada nahi tha is zamane mein. mr. ateeq ahmad ansari aur ali hamd abbasi, khalil ur rehman azmi, yeh sab teeno angrezan the.</w:t>
      </w:r>
      <w:r>
        <w:br/>
      </w:r>
      <w:r>
        <w:rPr>
          <w:sz w:val="20"/>
        </w:rPr>
        <w:t>1:20:54  zyada tar mujhe mil jata tha, jab ke woh khud angrez is zamane mein nahi aata tha. is zamane mein sirf molvi wala taleem meri hui thi. to is se un se mein maloomat leta tha, un se zuban seekhta tha, un ke tareeqe maloom karta tha.</w:t>
      </w:r>
      <w:r>
        <w:br/>
      </w:r>
      <w:r>
        <w:rPr>
          <w:sz w:val="20"/>
        </w:rPr>
        <w:t>1:21:12  to mera bachpan se yeh mizaj hai ke mein, yaani un like minded logon hi se milta hoon zyada. is se mujhe faida hota hai.</w:t>
      </w:r>
      <w:r>
        <w:br/>
      </w:r>
      <w:r>
        <w:rPr>
          <w:sz w:val="20"/>
        </w:rPr>
        <w:t>1:21:20  to behal yeh na sirf daai ke liye, balke aam insan ke liye bhi yeh cheez bohat, yaani nuksan wali hai.</w:t>
      </w:r>
      <w:r>
        <w:br/>
      </w:r>
      <w:r>
        <w:rPr>
          <w:sz w:val="20"/>
        </w:rPr>
        <w:t>1:21:31  kyun ke is se aap ka, yaani intellectual development ruk jayega. maulana, un ka ek aur sawal hai.</w:t>
      </w:r>
      <w:r>
        <w:br/>
      </w:r>
      <w:r>
        <w:rPr>
          <w:sz w:val="20"/>
        </w:rPr>
        <w:t>1:21:40  unhon ne likha hai: "ek missionary aadmi ke liye kya sirf yeh baat kafi hai ke woh daawti literature logon tak pohanchaye,</w:t>
      </w:r>
      <w:r>
        <w:br/>
      </w:r>
      <w:r>
        <w:rPr>
          <w:sz w:val="20"/>
        </w:rPr>
        <w:t>1:21:49  ya mission ke liye zaroori hai ke kuch individuals ko le kar un ke mind ki re engineering ki jaye, aur individuals par focus kar ke dawat aur maarfat ki nisbat se un ko train karein?" haan, dekhein, dono kaam karna hai.</w:t>
      </w:r>
      <w:r>
        <w:br/>
      </w:r>
      <w:r>
        <w:rPr>
          <w:sz w:val="20"/>
        </w:rPr>
        <w:t>1:22:06  ek to</w:t>
      </w:r>
      <w:r>
        <w:br/>
      </w:r>
      <w:r>
        <w:rPr>
          <w:sz w:val="20"/>
        </w:rPr>
        <w:t>1:22:09  jahan tak mumkin ho, aap quran pohanchayein, literature pohanchayein. yeh to karna hi karna hai. lekin isi ke sath sath aap apne aas paas ke logon mein kuch logon ko select karein, select jinke andar seekhne ki rooh ho, jo sincere hon, jo baat samajh sakte hon.</w:t>
      </w:r>
      <w:r>
        <w:br/>
      </w:r>
      <w:r>
        <w:rPr>
          <w:sz w:val="20"/>
        </w:rPr>
        <w:t>1:22:28  un se bar bar milein, un ko kitabein dein, un ke mind ko train karein</w:t>
      </w:r>
      <w:r>
        <w:br/>
      </w:r>
      <w:r>
        <w:rPr>
          <w:sz w:val="20"/>
        </w:rPr>
        <w:t>1:22:35  ۔ yaani individual based, jis ko mein kehta hoon. to aap ko, yaani aam taur par bhi message pohanchana hai.</w:t>
      </w:r>
      <w:r>
        <w:br/>
      </w:r>
      <w:r>
        <w:rPr>
          <w:sz w:val="20"/>
        </w:rPr>
        <w:t>1:22:47  jaise kisi aaj gaye kisi seminar mein, wahan bohat se log aaye hue hain. woh ek hi baar aap se mulaqat ho rahi hai un ki, to un ko aap ne kitaben de din.</w:t>
      </w:r>
      <w:r>
        <w:br/>
      </w:r>
      <w:r>
        <w:rPr>
          <w:sz w:val="20"/>
        </w:rPr>
        <w:t>1:22:55  woh ghar ja ke</w:t>
      </w:r>
      <w:r>
        <w:br/>
      </w:r>
      <w:r>
        <w:rPr>
          <w:sz w:val="20"/>
        </w:rPr>
        <w:t>1:22:56  parhen ge. yeh bhi kaam hai. lekin isi ke sath kuch logon ko aap ko, yani select kar ke ek ek ek individual ke tor par, ek fard ke tor par un par mehnat karna hai.</w:t>
      </w:r>
      <w:r>
        <w:br/>
      </w:r>
      <w:r>
        <w:rPr>
          <w:sz w:val="20"/>
        </w:rPr>
        <w:t>1:23:10  yeh bohat hi zaroori hai, yeh kaam.</w:t>
      </w:r>
      <w:r>
        <w:br/>
      </w:r>
      <w:r>
        <w:rPr>
          <w:sz w:val="20"/>
        </w:rPr>
        <w:t>1:23:15  maulana, mister sajid anwar ne roorkee se sawal</w:t>
      </w:r>
      <w:r>
        <w:br/>
      </w:r>
      <w:r>
        <w:rPr>
          <w:sz w:val="20"/>
        </w:rPr>
        <w:t>1:23:18  kiya hai. unhon ne likha hai: "maulana, once you explain that god will grant throne of truth to selected persons in the day of judgment, but those who are involved in kazb, yani jhoot bolna, whether hidden or open, will not be chosen for that.</w:t>
      </w:r>
      <w:r>
        <w:br/>
      </w:r>
      <w:r>
        <w:rPr>
          <w:sz w:val="20"/>
        </w:rPr>
        <w:t>1:23:38  maulana, please guide us how to save ourselves from kazb khafi, that is hidden lie."</w:t>
      </w:r>
      <w:r>
        <w:br/>
      </w:r>
      <w:r>
        <w:rPr>
          <w:sz w:val="20"/>
        </w:rPr>
        <w:t>1:23:49  yeh to aadmi ke hath mein mera tajurba hai ke logon ki aadat pad jati hai. yani kazb e jali jo hai, khula khula kazb, jaise aap yeh nahi kahen ke main is waqt washington mein hoon.</w:t>
      </w:r>
      <w:r>
        <w:br/>
      </w:r>
      <w:r>
        <w:rPr>
          <w:sz w:val="20"/>
        </w:rPr>
        <w:t>1:24:03  khula khula jhoot hai. yeh kaun manega is ko ke aap kahen ke is waqt mein washington mein hoon? to khula khula jhoot to koi nahi bolta, kyun ke woh justify nahi kar paye ga is ko.</w:t>
      </w:r>
      <w:r>
        <w:br/>
      </w:r>
      <w:r>
        <w:rPr>
          <w:sz w:val="20"/>
        </w:rPr>
        <w:t>1:24:15  lekin kazb e khafi jo hai, woh logon ki aadat pad jati hai.</w:t>
      </w:r>
      <w:r>
        <w:br/>
      </w:r>
      <w:r>
        <w:rPr>
          <w:sz w:val="20"/>
        </w:rPr>
        <w:t>1:24:19  yani apne apne aap ko acha banaye rakhne ke liye, apne yeh koshish mein ke main logon ki nazar mein galat na thehroon, main is ke liye aadmi koi toast kar ke bolta hai.</w:t>
      </w:r>
      <w:r>
        <w:br/>
      </w:r>
      <w:r>
        <w:rPr>
          <w:sz w:val="20"/>
        </w:rPr>
        <w:t>1:24:32  jo angrezon ko kehta hai, toast kar ke bolna, yani saaf saaf na kar ke, na kar ke yeh kuch bolta hai. woh to toast kar ke bolna bhi kazb e khafi hai.</w:t>
      </w:r>
      <w:r>
        <w:br/>
      </w:r>
      <w:r>
        <w:rPr>
          <w:sz w:val="20"/>
        </w:rPr>
        <w:t>1:24:45  to yeh yeh aadat pad jati hai bachpan se. bachpan se aadat pad jati hai ke aadmi is tarah se baat karta hai ke woh is par blame na jaye.</w:t>
      </w:r>
      <w:r>
        <w:br/>
      </w:r>
      <w:r>
        <w:rPr>
          <w:sz w:val="20"/>
        </w:rPr>
        <w:t>1:24:58  woh doosron ki nazar mein acha bana rahe hain. yeh ek mizaj hota hai jo bachpan se hote hote aadmi isi mein conditioned ho jata hai. mera tajurba yeh hai ke log conditioned ho jate hain kazb e khafi</w:t>
      </w:r>
      <w:r>
        <w:br/>
      </w:r>
      <w:r>
        <w:rPr>
          <w:sz w:val="20"/>
        </w:rPr>
        <w:t>1:25:12  ke, yani</w:t>
      </w:r>
      <w:r>
        <w:br/>
      </w:r>
      <w:r>
        <w:rPr>
          <w:sz w:val="20"/>
        </w:rPr>
        <w:t>1:25:16  chote chote jhoot jo hote hain. to jab tak aap apna introspection na karen, apna muhasba na karen, dhoond dhoond kar na nikalein apni aadatein, apni ghaltiyan,</w:t>
      </w:r>
      <w:r>
        <w:br/>
      </w:r>
      <w:r>
        <w:rPr>
          <w:sz w:val="20"/>
        </w:rPr>
        <w:t>1:25:31  to yeh aadatein itni barh jati hain ke aadmi isi ka addict ho jata hai. addict wohi us ko acha lagta hai</w:t>
      </w:r>
      <w:r>
        <w:br/>
      </w:r>
      <w:r>
        <w:rPr>
          <w:sz w:val="20"/>
        </w:rPr>
        <w:t>1:25:38  ke toast kar ke bole, apni apni safai, apne aap ko saaf suthra banaye rahe, doosron ki nazar mein galat na dikhai de. woh to yeh aadmi ka ek mizaj ban jata hai.</w:t>
      </w:r>
      <w:r>
        <w:br/>
      </w:r>
      <w:r>
        <w:rPr>
          <w:sz w:val="20"/>
        </w:rPr>
        <w:t>1:25:50  to yeh to bohat mehnat karni pare gi. yeh aam tor par taqreeban 70 feesad logon mein yeh baat hai. to bohat zyada mehnat karni pare gi apne aap ko is se bachane ke liye.</w:t>
      </w:r>
      <w:r>
        <w:br/>
      </w:r>
      <w:r>
        <w:rPr>
          <w:sz w:val="20"/>
        </w:rPr>
        <w:t>1:26:03  mera mamla aisa hua ke main bachpan se alag thalag rehta tha. bohat zyada alag thalag. to mere andar yeh mizaj bana nahi. lekin log aam tor par society mein rehte hain.</w:t>
      </w:r>
      <w:r>
        <w:br/>
      </w:r>
      <w:r>
        <w:rPr>
          <w:sz w:val="20"/>
        </w:rPr>
        <w:t>1:26:13  main family mein bhi door rehta tha logon se. yani family mein bhi alag thalag kahin rehta tha. to family mein, society mein, kahin pe main mil jul kar nahi rehta tha.</w:t>
      </w:r>
      <w:r>
        <w:br/>
      </w:r>
      <w:r>
        <w:rPr>
          <w:sz w:val="20"/>
        </w:rPr>
        <w:t>1:26:24  to mil jul kar aanay se yeh sab mizaj banta hai ke doosron ki nazar mein ache dikhane ke liye.</w:t>
      </w:r>
      <w:r>
        <w:br/>
      </w:r>
      <w:r>
        <w:rPr>
          <w:sz w:val="20"/>
        </w:rPr>
        <w:t>1:26:31  to main alag thalag rehta tha, is liye mere andar yeh mizaj bana nahi. kitaben parhta tha, sochta tha. is tarah ki meri life thi. to aam tor par log social zindagi guzarte hain.</w:t>
      </w:r>
      <w:r>
        <w:br/>
      </w:r>
      <w:r>
        <w:rPr>
          <w:sz w:val="20"/>
        </w:rPr>
        <w:t>1:26:43  to bohat zyada logon ko aadat pad jati hai. taqreeban aisa mujhe mera khayal hai ke logon ko exception dhoondna mushkil hai.</w:t>
      </w:r>
      <w:r>
        <w:br/>
      </w:r>
      <w:r>
        <w:rPr>
          <w:sz w:val="20"/>
        </w:rPr>
        <w:t>1:26:52  to yeh kaam har aadmi ka hai ke dhoond dhoond kar apni ghalti nikale, apni aadaton ko durust kare.</w:t>
      </w:r>
      <w:r>
        <w:br/>
      </w:r>
      <w:r>
        <w:rPr>
          <w:sz w:val="20"/>
        </w:rPr>
        <w:t>1:26:58  nahi to woh kazb-e-khafi mein jiye ga, kazb-e-khafi mare ga.</w:t>
      </w:r>
    </w:p>
    <w:p>
      <w:pPr>
        <w:pStyle w:val="Heading2"/>
      </w:pPr>
      <w:r>
        <w:t>Topics for meeting to establish peace</w:t>
      </w:r>
    </w:p>
    <w:p>
      <w:r>
        <w:rPr>
          <w:color w:val="666666"/>
          <w:sz w:val="18"/>
        </w:rPr>
        <w:t>Communal Harmony October 16, 2022 · 5m 12s · at 32:05 · https://youtu.be/Ob4BVozf3KY?t=1925</w:t>
      </w:r>
    </w:p>
    <w:p>
      <w:r>
        <w:rPr>
          <w:i/>
        </w:rPr>
        <w:t>“What should we talk about when meeting people to establish peace in society?”</w:t>
      </w:r>
    </w:p>
    <w:p>
      <w:r>
        <w:rPr>
          <w:sz w:val="20"/>
        </w:rPr>
        <w:t>32:05  ah apa, yeh aik sawal aur aya hai: Arman Khan sahib ne likha hai ke: "hum logon se mil kar kiya baat karein jis se muashre mein ah peace qaim ho?" to is ke baray mein bhi kuch advice dein.</w:t>
      </w:r>
      <w:r>
        <w:br/>
      </w:r>
      <w:r>
        <w:rPr>
          <w:sz w:val="20"/>
        </w:rPr>
        <w:t>32:22  sirf milna julna bhi kafi hai, baat to koi bhi controversial baat nahi karna chahiye, aur aapas mein milein julein.</w:t>
      </w:r>
      <w:r>
        <w:br/>
      </w:r>
      <w:r>
        <w:rPr>
          <w:sz w:val="20"/>
        </w:rPr>
        <w:t>32:31  interaction in itself is is enough. jab aap milein ge to achi baatein hi karein ge, taluqat banein ge. kabhi un ki koi zaroorat hai aur aap poori kar sakte hain to is ko aap poori kariye.</w:t>
      </w:r>
      <w:r>
        <w:br/>
      </w:r>
      <w:r>
        <w:rPr>
          <w:sz w:val="20"/>
        </w:rPr>
        <w:t>32:43  to aise bohat sare mauqe hain jis par hum kisi ke liye hum ne kuch kaam kiya to woh bohat ziyada grateful ho jata hai. to kisi ko taleem mein khaas tor par is ke liye kaam kariye, kyunke taleem hamare mulk mein bohat kam hai aur Muslims mein to taleem mein bohat peechay hain.</w:t>
      </w:r>
      <w:r>
        <w:br/>
      </w:r>
      <w:r>
        <w:rPr>
          <w:sz w:val="20"/>
        </w:rPr>
        <w:t>33:01  to jo hai Islam ki khaas tor par Maulana jo kehte thay, woh</w:t>
      </w:r>
      <w:r>
        <w:br/>
      </w:r>
      <w:r>
        <w:rPr>
          <w:sz w:val="20"/>
        </w:rPr>
        <w:t>33:06  Islam ki jo peaceful teachings hain, us ko discuss kariye. doosre ka bhi dekhna parhe ga na ke woh kis tarike ki cheezon mein interest rakhta hai, to is ka bhi khayal rakhna parhe ga.</w:t>
      </w:r>
      <w:r>
        <w:br/>
      </w:r>
      <w:r>
        <w:rPr>
          <w:sz w:val="20"/>
        </w:rPr>
        <w:t>33:17  aur foran hum controversial baat na karne lagein. to jaise mein ne abhi bataya ke woh trinity par log baat karna shuru kar dete hain, to in jo common ground hai, us par baat karein</w:t>
      </w:r>
      <w:r>
        <w:br/>
      </w:r>
      <w:r>
        <w:rPr>
          <w:sz w:val="20"/>
        </w:rPr>
        <w:t>33:30  . ab woh doosre log agar society mein peace lana chahte hain, social work karna chahte hain to aap us par baat kariye.</w:t>
      </w:r>
      <w:r>
        <w:br/>
      </w:r>
      <w:r>
        <w:rPr>
          <w:sz w:val="20"/>
        </w:rPr>
        <w:t>33:38  aur jaise jaise mauqa ho, waise baat kariye. agar Maulana se koi poochta tha ke bhai namaz ke baray mein bataiye, roze ke baray mein bataiye, tab woh batate thay.</w:t>
      </w:r>
      <w:r>
        <w:br/>
      </w:r>
      <w:r>
        <w:rPr>
          <w:sz w:val="20"/>
        </w:rPr>
        <w:t>33:50  to jaisa mauqa ho, waise hi baat kariye, warna general baatein kariye, interaction kariye, dialogue kariye. is is ki is ka bhi point of view suniye.</w:t>
      </w:r>
      <w:r>
        <w:br/>
      </w:r>
      <w:r>
        <w:rPr>
          <w:sz w:val="20"/>
        </w:rPr>
        <w:t>34:00  dialogue ka matlab hi hai sharing, to is ki baat suniye. kyunke har aadmi ke paas kuch achi baatein hoti hain, us se hum learning kar sakte hain.</w:t>
      </w:r>
      <w:r>
        <w:br/>
      </w:r>
      <w:r>
        <w:rPr>
          <w:sz w:val="20"/>
        </w:rPr>
        <w:t>34:11  to Maulana aise hi kiya karte thay, to apni baat bhi kahiye aur us ki baat bhi suniye. log kiya karte hain? bas apni baat bolte rehte hain, apni baat bolte rehte hain.</w:t>
      </w:r>
      <w:r>
        <w:br/>
      </w:r>
      <w:r>
        <w:rPr>
          <w:sz w:val="20"/>
        </w:rPr>
        <w:t>34:21  to is tarike se dialogue nahi chalta hai. to baat karte karte woh khud hi samajh mein anay lage ga ke kiya kaise baat karni chahiye.</w:t>
      </w:r>
      <w:r>
        <w:br/>
      </w:r>
      <w:r>
        <w:rPr>
          <w:sz w:val="20"/>
        </w:rPr>
        <w:t>34:30  to kyunke insaan ki fitrat mein hai mil jul kar rehna, peaceful tarike se rehna, mil jul kar rehna, aik doosre se achay taluqat karna. yeh to waqti tor par aisa ho jata hai ke kisi baat par ke ghussa dila diya jaye.</w:t>
      </w:r>
      <w:r>
        <w:br/>
      </w:r>
      <w:r>
        <w:rPr>
          <w:sz w:val="20"/>
        </w:rPr>
        <w:t>34:43  misal ke tor par</w:t>
      </w:r>
      <w:r>
        <w:br/>
      </w:r>
      <w:r>
        <w:rPr>
          <w:sz w:val="20"/>
        </w:rPr>
        <w:t>34:45  yahan par juloos bohat niklte hain, barat ka bhi juloos hota hai, festivals mein juloos hote hain. to Musalman kiya kehte hain? ke masjid ke samne se juloos guzre ga to route badlo.</w:t>
      </w:r>
      <w:r>
        <w:br/>
      </w:r>
      <w:r>
        <w:rPr>
          <w:sz w:val="20"/>
        </w:rPr>
        <w:t>34:57  to ab juloos mein aik bar aik police officer ne Maulana ko bataya tha ke juloos mein kai hazar log aam tor par hotay hain, to woh log apne aap ko bohat hi powerful samajhte hain.</w:t>
      </w:r>
      <w:r>
        <w:br/>
      </w:r>
      <w:r>
        <w:rPr>
          <w:sz w:val="20"/>
        </w:rPr>
        <w:t>35:08  woh aik individual akela nahi hai ke aap ki baat sun le ga. woh samajhte hain hamari bohat taqat hai, hamein kaun kuch kar sakta hai. to</w:t>
      </w:r>
      <w:r>
        <w:br/>
      </w:r>
      <w:r>
        <w:rPr>
          <w:sz w:val="20"/>
        </w:rPr>
        <w:t>35:15  woh baat nahi sunte, woh route badalne par, woh route na badalne par israr karte hain. to baat nahi sunte, wahan se phir ghussa hota hai, woh maar peet shuru ho jati hai, jhagda shuru ho jata hai.</w:t>
      </w:r>
      <w:r>
        <w:br/>
      </w:r>
      <w:r>
        <w:rPr>
          <w:sz w:val="20"/>
        </w:rPr>
        <w:t>35:28  to is tarike se baat aage barhte barhte barhte woh fasad ki shakal ikhtiyar kar leta hai. to hamein chahiye ke hum baat ko wahin khatam kar dein.</w:t>
      </w:r>
      <w:r>
        <w:br/>
      </w:r>
      <w:r>
        <w:rPr>
          <w:sz w:val="20"/>
        </w:rPr>
        <w:t>35:37  to Maulana ne bar bar bataya ke wahin khatam kar dijiye. wahan kai bar bataya ke wahan kuch haar rakh ke rahiye, aap un ko leaderon ko pehna dijiye. aur woh leaderon, leader jo hain, woh sare khush ho jatay hain, sara masla hal.</w:t>
      </w:r>
      <w:r>
        <w:br/>
      </w:r>
      <w:r>
        <w:rPr>
          <w:sz w:val="20"/>
        </w:rPr>
        <w:t>35:50  aur aik bar aik Maulana Akbaruddin sahib thay, yeh wohi log thay jinhone Maulana ki literature ko bohat</w:t>
      </w:r>
      <w:r>
        <w:br/>
      </w:r>
      <w:r>
        <w:rPr>
          <w:sz w:val="20"/>
        </w:rPr>
        <w:t>35:56  parha hua tha. to woh Hyderabad mein thay, woh ittefaq aisa tha ke kabhi kabhi aisa hota hai ke do tehwar jo hain, woh mil jatay hain. to Eid Milad un Nabi ke mauqe par un ke haan woh un ka aik school bhi tha, to woh aik program kar rahe thay, bahar tent laga hua tha.</w:t>
      </w:r>
      <w:r>
        <w:br/>
      </w:r>
      <w:r>
        <w:rPr>
          <w:sz w:val="20"/>
        </w:rPr>
        <w:t>36:13  aur ittefaq aisa tha ke woh hinduo'n ka bhi jaloos nikal raha tha. to jaloos jab qareeb aaya to us ne kaha ke aap apna yeh sab hata lijiye, kursi kursi, hamara jaloos guzarne wala hai.</w:t>
      </w:r>
      <w:r>
        <w:br/>
      </w:r>
      <w:r>
        <w:rPr>
          <w:sz w:val="20"/>
        </w:rPr>
        <w:t>36:24  to maulana akbaruddin sahib ne kaha ke theek hai, aap mujhe bas das pandrah minute de dijiyega, hum abhi hata lete hain. itna kehna tha ke woh log naram pad gaye.</w:t>
      </w:r>
      <w:r>
        <w:br/>
      </w:r>
      <w:r>
        <w:rPr>
          <w:sz w:val="20"/>
        </w:rPr>
        <w:t>36:33  aur kyunke ego jab hurt hota hai, jab aadmi gussa hota hai ke yeh hamari baat nahi maan rahe hain, to unho'n ne jab kaha ke hum to das minute pandrah minute de dijiyega, hum hata lete hain, to unho'n ne kaha molvi sahib, molvi sahib, aap apna program karte rahiye, hum unho'n ne khud kaha ke hum apna route badal lenge.</w:t>
      </w:r>
      <w:r>
        <w:br/>
      </w:r>
      <w:r>
        <w:rPr>
          <w:sz w:val="20"/>
        </w:rPr>
        <w:t>36:49  to yeh tareeqa hai baat karne ka. yeh sab baat cheet ka jo tareeqa hai na</w:t>
      </w:r>
      <w:r>
        <w:br/>
      </w:r>
      <w:r>
        <w:rPr>
          <w:sz w:val="20"/>
        </w:rPr>
        <w:t>36:54  a, yeh jitna zyada baat cheet karenge, utna hi samajh mein aayega ke logo'n se baat cheet kis tareeqe se kare'n. to yeh is mein matlab amli masla hai, baat cheet karne se khud ba khud samajh mein aayega.</w:t>
      </w:r>
      <w:r>
        <w:br/>
      </w:r>
      <w:r>
        <w:rPr>
          <w:sz w:val="20"/>
        </w:rPr>
        <w:t>37:07  ji, unho'n ne ek aur comment bhi jha hai ke CPS team Allah aap logo'n ke kaam mein barkat aur khair ata kare, aameen.</w:t>
      </w:r>
    </w:p>
    <w:p>
      <w:pPr>
        <w:pStyle w:val="Heading2"/>
      </w:pPr>
      <w:r>
        <w:t>Giving Quran with Gifts to Non-Muslims in UK</w:t>
      </w:r>
    </w:p>
    <w:p>
      <w:r>
        <w:rPr>
          <w:color w:val="666666"/>
          <w:sz w:val="18"/>
        </w:rPr>
        <w:t>Lessons from My Journey to Canada II January 10, 2016 · 2m 21s · at 48:21 · https://youtu.be/GHF2Ph3GW7A?t=2901</w:t>
      </w:r>
    </w:p>
    <w:p>
      <w:r>
        <w:rPr>
          <w:i/>
        </w:rPr>
        <w:t>“In the UK we have experienced few times that when we give Quran with chocolates and gifts to non-Muslims, then they keep the...”</w:t>
      </w:r>
    </w:p>
    <w:p>
      <w:r>
        <w:rPr>
          <w:sz w:val="20"/>
        </w:rPr>
        <w:t>48:21  masha Allah. Maulana, agla sawal doctor Hana ne kiya hai UK se, aur unhon ne likha hai ke</w:t>
      </w:r>
      <w:r>
        <w:br/>
      </w:r>
      <w:r>
        <w:rPr>
          <w:sz w:val="20"/>
        </w:rPr>
        <w:t>48:28  "مولانا، in UK we have experienced"</w:t>
      </w:r>
      <w:r>
        <w:br/>
      </w:r>
      <w:r>
        <w:rPr>
          <w:sz w:val="20"/>
        </w:rPr>
        <w:t>48:32  few times that when we give Quran with chocolates and gifts to non-Muslims, then they keep the</w:t>
      </w:r>
      <w:r>
        <w:br/>
      </w:r>
      <w:r>
        <w:rPr>
          <w:sz w:val="20"/>
        </w:rPr>
        <w:t>48:39  chocolates but returned the Quran as they suspected it to be a magic phenomena".</w:t>
      </w:r>
      <w:r>
        <w:br/>
      </w:r>
      <w:r>
        <w:rPr>
          <w:sz w:val="20"/>
        </w:rPr>
        <w:t>48:46  Since since these interactions are more with people who are from India, so I want to know whether</w:t>
      </w:r>
      <w:r>
        <w:br/>
      </w:r>
      <w:r>
        <w:rPr>
          <w:sz w:val="20"/>
        </w:rPr>
        <w:t>48:52  There is any concept of magic taken in India among non-Muslims for taking of Quran.</w:t>
      </w:r>
      <w:r>
        <w:br/>
      </w:r>
      <w:r>
        <w:rPr>
          <w:sz w:val="20"/>
        </w:rPr>
        <w:t>49:01  haan, is tarah ka tasawwur har jagah maujood hai, kam ya zyada, lekin is se humein kuch, yeh</w:t>
      </w:r>
      <w:r>
        <w:br/>
      </w:r>
      <w:r>
        <w:rPr>
          <w:sz w:val="20"/>
        </w:rPr>
        <w:t>49:06  hamare liye problem nahi hai.</w:t>
      </w:r>
      <w:r>
        <w:br/>
      </w:r>
      <w:r>
        <w:rPr>
          <w:sz w:val="20"/>
        </w:rPr>
        <w:t>49:10  اس لیے کہ یہ زمانہ جو ہے، اسی کے ساتھ یہ جاننا چاہیے کہ زمانہ spirit and inquiry</w:t>
      </w:r>
      <w:r>
        <w:br/>
      </w:r>
      <w:r>
        <w:rPr>
          <w:sz w:val="20"/>
        </w:rPr>
        <w:t>49:17  ka zamana hai.</w:t>
      </w:r>
      <w:r>
        <w:br/>
      </w:r>
      <w:r>
        <w:rPr>
          <w:sz w:val="20"/>
        </w:rPr>
        <w:t>49:19  hum un se keh sakte hain ke bhai, aap parh ke dekhiye, hum koi aap pe impose to</w:t>
      </w:r>
      <w:r>
        <w:br/>
      </w:r>
      <w:r>
        <w:rPr>
          <w:sz w:val="20"/>
        </w:rPr>
        <w:t>49:24  kar nahi rahe, aap parh kar dekhiye.</w:t>
      </w:r>
      <w:r>
        <w:br/>
      </w:r>
      <w:r>
        <w:rPr>
          <w:sz w:val="20"/>
        </w:rPr>
        <w:t>49:30  to kuch na kuch</w:t>
      </w:r>
      <w:r>
        <w:br/>
      </w:r>
      <w:r>
        <w:rPr>
          <w:sz w:val="20"/>
        </w:rPr>
        <w:t>49:34  misunderstanding har jagah pai jati hai, chahe India mein ho, chahe West mein ho, lekin woh mis</w:t>
      </w:r>
      <w:r>
        <w:br/>
      </w:r>
      <w:r>
        <w:rPr>
          <w:sz w:val="20"/>
        </w:rPr>
        <w:t>49:39  understanding jo hai, us ko aap yani point of discussion banaiye.</w:t>
      </w:r>
      <w:r>
        <w:br/>
      </w:r>
      <w:r>
        <w:rPr>
          <w:sz w:val="20"/>
        </w:rPr>
        <w:t>49:46  ase yeh kahiye ke aap is ko parh ke dekh lijiye, kya hai is mein?</w:t>
      </w:r>
      <w:r>
        <w:br/>
      </w:r>
      <w:r>
        <w:rPr>
          <w:sz w:val="20"/>
        </w:rPr>
        <w:t>49:54  to main samajhta hoon ke</w:t>
      </w:r>
      <w:r>
        <w:br/>
      </w:r>
      <w:r>
        <w:rPr>
          <w:sz w:val="20"/>
        </w:rPr>
        <w:t>49:57  is tarah ki soch pehle bhi thi, aaj bhi hai, aindah bhi rahegi, lekin is se dawat</w:t>
      </w:r>
      <w:r>
        <w:br/>
      </w:r>
      <w:r>
        <w:rPr>
          <w:sz w:val="20"/>
        </w:rPr>
        <w:t>50:03  ka mission rukta nahin.</w:t>
      </w:r>
      <w:r>
        <w:br/>
      </w:r>
      <w:r>
        <w:rPr>
          <w:sz w:val="20"/>
        </w:rPr>
        <w:t>50:05  dawat ka mission phir bhi jaari rehta hai, inshallah.</w:t>
      </w:r>
      <w:r>
        <w:br/>
      </w:r>
      <w:r>
        <w:rPr>
          <w:sz w:val="20"/>
        </w:rPr>
        <w:t>50:13  maulana, ek aur comment aaya hai dilli se doctor najma siddiqi ka, aur unhon ne likha hai ke</w:t>
      </w:r>
      <w:r>
        <w:br/>
      </w:r>
      <w:r>
        <w:rPr>
          <w:sz w:val="20"/>
        </w:rPr>
        <w:t>50:20  An experience, once an experience that I wanted to share with all, once I gave an English Quran</w:t>
      </w:r>
      <w:r>
        <w:br/>
      </w:r>
      <w:r>
        <w:rPr>
          <w:sz w:val="20"/>
        </w:rPr>
        <w:t>50:26  to a doctor.</w:t>
      </w:r>
      <w:r>
        <w:br/>
      </w:r>
      <w:r>
        <w:rPr>
          <w:sz w:val="20"/>
        </w:rPr>
        <w:t>50:28  he looked at me for few seconds, took it and said, i had worked in saudi arabia for</w:t>
      </w:r>
      <w:r>
        <w:br/>
      </w:r>
      <w:r>
        <w:rPr>
          <w:sz w:val="20"/>
        </w:rPr>
        <w:t>50:35  More than five years, no one ever gave me a copy of Quran which I could understand.</w:t>
      </w:r>
      <w:r>
        <w:br/>
      </w:r>
      <w:r>
        <w:rPr>
          <w:sz w:val="20"/>
        </w:rPr>
        <w:t>50:43  ' He then asked me for a few more copies to give it to some of his friends, and he still keeps in touch with me." Mashallah. Maulana, agla sawal bheja hai Imran Khalid Sahib ne, unhon ne apni location nahin likhi hai. un ka sawal hai: "Maulana, is there any role of Allah in our daily lives? I mean, does He intervene in our daily life? And what is the role of dua?"</w:t>
      </w:r>
    </w:p>
    <w:p>
      <w:pPr>
        <w:pStyle w:val="Heading2"/>
      </w:pPr>
      <w:r>
        <w:t>Balancing spirituality and worldly life</w:t>
      </w:r>
    </w:p>
    <w:p>
      <w:r>
        <w:rPr>
          <w:color w:val="666666"/>
          <w:sz w:val="18"/>
        </w:rPr>
        <w:t>Spirituality in Simple Living, High Thinking October 27, 2019 Maulana Wahiduddin Khan · 4m 27s · at 31:59 · https://youtu.be/Kr28g15eFr8?t=1919</w:t>
      </w:r>
    </w:p>
    <w:p>
      <w:r>
        <w:rPr>
          <w:i/>
        </w:rPr>
        <w:t>“How can spirituality and worldly life be balanced without tilting too much either on spirituality or worldly life?”</w:t>
      </w:r>
    </w:p>
    <w:p>
      <w:r>
        <w:rPr>
          <w:sz w:val="20"/>
        </w:rPr>
        <w:t>31:59  Maulana, ab sawal lena chahenge. Yeh sawal Ahmedabad se Malik sahib ne bheja hai. Unhone aapse poocha hai ke: "My question is: how spirituality and worldly life be balanced without tilting too much either on spirituality or worldly life?" Maulana sahib, what is your advice for all of us?</w:t>
      </w:r>
      <w:r>
        <w:br/>
      </w:r>
      <w:r>
        <w:rPr>
          <w:sz w:val="20"/>
        </w:rPr>
        <w:t>32:25  Pehli baat toh yeh hai ke main balance ko ek false formula manta hoon, FALS E, false formula.</w:t>
      </w:r>
      <w:r>
        <w:br/>
      </w:r>
      <w:r>
        <w:rPr>
          <w:sz w:val="20"/>
        </w:rPr>
        <w:t>32:42  Jo log balance ka</w:t>
      </w:r>
      <w:r>
        <w:br/>
      </w:r>
      <w:r>
        <w:rPr>
          <w:sz w:val="20"/>
        </w:rPr>
        <w:t>32:46  ke aap</w:t>
      </w:r>
      <w:r>
        <w:br/>
      </w:r>
      <w:r>
        <w:rPr>
          <w:sz w:val="20"/>
        </w:rPr>
        <w:t>32:49  aapas mein jeete hon, woh kabhi spirituality</w:t>
      </w:r>
      <w:r>
        <w:br/>
      </w:r>
      <w:r>
        <w:rPr>
          <w:sz w:val="20"/>
        </w:rPr>
        <w:t>32:57  wali life nahi attend karenge, kabhi nahi. Balance koi cheez nahi hai, balance is nothing.</w:t>
      </w:r>
      <w:r>
        <w:br/>
      </w:r>
      <w:r>
        <w:rPr>
          <w:sz w:val="20"/>
        </w:rPr>
        <w:t>33:10  yeh to ek jhoota formula hai jo pata nahi kis ne yeh banaya tha.</w:t>
      </w:r>
      <w:r>
        <w:br/>
      </w:r>
      <w:r>
        <w:rPr>
          <w:sz w:val="20"/>
        </w:rPr>
        <w:t>33:21  aap kabhi bhi balance ka term mat use kijiye. aap</w:t>
      </w:r>
      <w:r>
        <w:br/>
      </w:r>
      <w:r>
        <w:rPr>
          <w:sz w:val="20"/>
        </w:rPr>
        <w:t>33:27  sirf yeh dekhiye</w:t>
      </w:r>
      <w:r>
        <w:br/>
      </w:r>
      <w:r>
        <w:rPr>
          <w:sz w:val="20"/>
        </w:rPr>
        <w:t>33:31  ke</w:t>
      </w:r>
      <w:r>
        <w:br/>
      </w:r>
      <w:r>
        <w:rPr>
          <w:sz w:val="20"/>
        </w:rPr>
        <w:t>33:36  management ka working formula aap ke liye konsa aaya?</w:t>
      </w:r>
      <w:r>
        <w:br/>
      </w:r>
      <w:r>
        <w:rPr>
          <w:sz w:val="20"/>
        </w:rPr>
        <w:t>33:44  management ka working formula asal ahmiyat working formula ki hai,</w:t>
      </w:r>
      <w:r>
        <w:br/>
      </w:r>
      <w:r>
        <w:rPr>
          <w:sz w:val="20"/>
        </w:rPr>
        <w:t>33:54  asal ahmiyat working formula ki hai jo work kare, jo work kare.</w:t>
      </w:r>
      <w:r>
        <w:br/>
      </w:r>
      <w:r>
        <w:rPr>
          <w:sz w:val="20"/>
        </w:rPr>
        <w:t>34:09  balance koi formula hi nahi hai, woh to ek dhoke ki cheez hai. asal cheez hai workable hona chahiye.</w:t>
      </w:r>
      <w:r>
        <w:br/>
      </w:r>
      <w:r>
        <w:rPr>
          <w:sz w:val="20"/>
        </w:rPr>
        <w:t>34:20  aap koi bhi business karein, shadi karein to work workable daira mein kar, aap sab kuch manage karein.</w:t>
      </w:r>
      <w:r>
        <w:br/>
      </w:r>
      <w:r>
        <w:rPr>
          <w:sz w:val="20"/>
        </w:rPr>
        <w:t>34:32  workable daira mein yeh hai sahi formula.</w:t>
      </w:r>
      <w:r>
        <w:br/>
      </w:r>
      <w:r>
        <w:rPr>
          <w:sz w:val="20"/>
        </w:rPr>
        <w:t>34:39  maulana, workable daira ka matlab kya ke h according to ones capacity? kya yeh keh sakte hain?</w:t>
      </w:r>
      <w:r>
        <w:br/>
      </w:r>
      <w:r>
        <w:rPr>
          <w:sz w:val="20"/>
        </w:rPr>
        <w:t>34:50  ab capacity lafz to theek hai, lekin log apni capacity ka daira barha lete hain.</w:t>
      </w:r>
      <w:r>
        <w:br/>
      </w:r>
      <w:r>
        <w:rPr>
          <w:sz w:val="20"/>
        </w:rPr>
        <w:t>35:04  misal ke taur par woh sochte hain ke qarz le lo, sabhi log qarz lete hain aur kaam chalne ke baad adha kar dena to bazahir lagta hai ke in ko koi workable hai.</w:t>
      </w:r>
      <w:r>
        <w:br/>
      </w:r>
      <w:r>
        <w:rPr>
          <w:sz w:val="20"/>
        </w:rPr>
        <w:t>35:23  workable ka lafz hi bohat clear nahi hai mere khayal se. hmm.</w:t>
      </w:r>
      <w:r>
        <w:br/>
      </w:r>
      <w:r>
        <w:rPr>
          <w:sz w:val="20"/>
        </w:rPr>
        <w:t>35:33  maulana, agla comment lena chahenge. yeh bheja hai doctor naghma siddiqui ne dilli se. unho ne likha hai: "you have given the most compact meaning of spirituality today.</w:t>
      </w:r>
      <w:r>
        <w:br/>
      </w:r>
      <w:r>
        <w:rPr>
          <w:sz w:val="20"/>
        </w:rPr>
        <w:t>35:46  indeed, self control through simple living, high thinking is the clear method to live a spiritual life. this makes you content happy and peaceful."</w:t>
      </w:r>
      <w:r>
        <w:br/>
      </w:r>
      <w:r>
        <w:rPr>
          <w:sz w:val="20"/>
        </w:rPr>
        <w:t>36:01  miss amna nasreen ne bangalore se likha hai: "maulana sahib, i think this was the best explanation of spirituality. thank you." miss shabina ali ne kolkata se likha hai: "how beautifully you have explained with so many examples and with such great wisdom the definition of spirituality in broad sense.</w:t>
      </w:r>
    </w:p>
    <w:p>
      <w:pPr>
        <w:pStyle w:val="Heading2"/>
      </w:pPr>
      <w:r>
        <w:t>A Shia youth seeks guidance on new thinking</w:t>
      </w:r>
    </w:p>
    <w:p>
      <w:r>
        <w:rPr>
          <w:color w:val="666666"/>
          <w:sz w:val="18"/>
        </w:rPr>
        <w:t>Forget the Grievances, January 01, 2017 · 2m 07s · at 48:44 · https://youtu.be/zW4q8dl2cmw?t=2924</w:t>
      </w:r>
    </w:p>
    <w:p>
      <w:r>
        <w:rPr>
          <w:i/>
        </w:rPr>
        <w:t>“I am a Kashmiri young man, and I have been following you religiously from past many years. I am a Shia, but with new thinking.”</w:t>
      </w:r>
    </w:p>
    <w:p>
      <w:r>
        <w:rPr>
          <w:sz w:val="20"/>
        </w:rPr>
        <w:t>48:44  maulana, agla sawal dilli se kiya hai javed ahmad beg sahab ne, aur unhon ne likha hai ke:</w:t>
      </w:r>
      <w:r>
        <w:br/>
      </w:r>
      <w:r>
        <w:rPr>
          <w:sz w:val="20"/>
        </w:rPr>
        <w:t>48:52  I am a Kashmiri young man, and I have been following you religiously from past many years.</w:t>
      </w:r>
      <w:r>
        <w:br/>
      </w:r>
      <w:r>
        <w:rPr>
          <w:sz w:val="20"/>
        </w:rPr>
        <w:t>48:59  i am a shia, but with new thinking.</w:t>
      </w:r>
      <w:r>
        <w:br/>
      </w:r>
      <w:r>
        <w:rPr>
          <w:sz w:val="20"/>
        </w:rPr>
        <w:t>49:03  what would be the solution to the kashmir problem?" maulana sahab, please say something on this.</w:t>
      </w:r>
      <w:r>
        <w:br/>
      </w:r>
      <w:r>
        <w:rPr>
          <w:sz w:val="20"/>
        </w:rPr>
        <w:t>49:10  bhai, is par likh chuke hain kai kitaben, woh un ko aap parhiye, aap english mein bhi hain,</w:t>
      </w:r>
      <w:r>
        <w:br/>
      </w:r>
      <w:r>
        <w:rPr>
          <w:sz w:val="20"/>
        </w:rPr>
        <w:t>49:17  urdu mein bhi hain.</w:t>
      </w:r>
      <w:r>
        <w:br/>
      </w:r>
      <w:r>
        <w:rPr>
          <w:sz w:val="20"/>
        </w:rPr>
        <w:t>49:19  misal ke taur par "dawn aur kashmir" ek ek kitab hai, is ko aap parhiye.</w:t>
      </w:r>
      <w:r>
        <w:br/>
      </w:r>
      <w:r>
        <w:rPr>
          <w:sz w:val="20"/>
        </w:rPr>
        <w:t>49:24  "kashmir mein aman" ek kitab hai, is ko parhiye.</w:t>
      </w:r>
      <w:r>
        <w:br/>
      </w:r>
      <w:r>
        <w:rPr>
          <w:sz w:val="20"/>
        </w:rPr>
        <w:t>49:28  to sari baaten, bhai, likh chuka hoon.</w:t>
      </w:r>
      <w:r>
        <w:br/>
      </w:r>
      <w:r>
        <w:rPr>
          <w:sz w:val="20"/>
        </w:rPr>
        <w:t>49:31  ji, sari baaten, kai kitaben hain, sirf kashmiri par hain.</w:t>
      </w:r>
      <w:r>
        <w:br/>
      </w:r>
      <w:r>
        <w:rPr>
          <w:sz w:val="20"/>
        </w:rPr>
        <w:t>49:35  ji, is ko aap parhiye.</w:t>
      </w:r>
      <w:r>
        <w:br/>
      </w:r>
      <w:r>
        <w:rPr>
          <w:sz w:val="20"/>
        </w:rPr>
        <w:t>49:37  maulana, kuch aur comments parhna chahenge.</w:t>
      </w:r>
      <w:r>
        <w:br/>
      </w:r>
      <w:r>
        <w:rPr>
          <w:sz w:val="20"/>
        </w:rPr>
        <w:t>49:40  agle do comments kashmir se aaye hain.</w:t>
      </w:r>
      <w:r>
        <w:br/>
      </w:r>
      <w:r>
        <w:rPr>
          <w:sz w:val="20"/>
        </w:rPr>
        <w:t>49:43  پہلا کمنٹ کشمیر سے ہے مس قروتلین کا، انہوں نے لکھا ہے: "The only hope for the entire</w:t>
      </w:r>
      <w:r>
        <w:br/>
      </w:r>
      <w:r>
        <w:rPr>
          <w:sz w:val="20"/>
        </w:rPr>
        <w:t>49:51  world in general, and in particular for muslims world, is maulana teachings and interpretations of quran." agla comment</w:t>
      </w:r>
      <w:r>
        <w:br/>
      </w:r>
      <w:r>
        <w:rPr>
          <w:sz w:val="20"/>
        </w:rPr>
        <w:t>49:59  کشمیر سے بھیجا ہے مسٹر عامر موری صاحب نے، اور انہوں نے لکھا ہے: "Today's lecture was an</w:t>
      </w:r>
      <w:r>
        <w:br/>
      </w:r>
      <w:r>
        <w:rPr>
          <w:sz w:val="20"/>
        </w:rPr>
        <w:t>50:07  eye opener for all Kashmiris, including me.</w:t>
      </w:r>
      <w:r>
        <w:br/>
      </w:r>
      <w:r>
        <w:rPr>
          <w:sz w:val="20"/>
        </w:rPr>
        <w:t>50:10  i think da revival of da prophetic sunnah, wich is based on replanning and da'wah, can be</w:t>
      </w:r>
      <w:r>
        <w:br/>
      </w:r>
      <w:r>
        <w:rPr>
          <w:sz w:val="20"/>
        </w:rPr>
        <w:t>50:17  best examplified by kashmir, as the kashmir has many opportunities for doing global da'wah work. " agla comment bangalore</w:t>
      </w:r>
      <w:r>
        <w:br/>
      </w:r>
      <w:r>
        <w:rPr>
          <w:sz w:val="20"/>
        </w:rPr>
        <w:t>50:25  سے بھیجا ہے فیصل سلیم صاحب نے، اور انہوں نے لکھا ہے: "really got a point from the</w:t>
      </w:r>
      <w:r>
        <w:br/>
      </w:r>
      <w:r>
        <w:rPr>
          <w:sz w:val="20"/>
        </w:rPr>
        <w:t>50:33  lesson that we need to ignore the community problems and avail global opportunities. " maulana yaqoob umri ne dilli</w:t>
      </w:r>
      <w:r>
        <w:br/>
      </w:r>
      <w:r>
        <w:rPr>
          <w:sz w:val="20"/>
        </w:rPr>
        <w:t>50:40  سے کمنٹ بھیجا ہے: "مولانا صاحب، today's lectures just is to plan according to the global opportunities available,</w:t>
      </w:r>
      <w:r>
        <w:br/>
      </w:r>
      <w:r>
        <w:rPr>
          <w:sz w:val="20"/>
        </w:rPr>
        <w:t>50:48  and not according to the grievances of victimised community.</w:t>
      </w:r>
    </w:p>
    <w:p>
      <w:pPr>
        <w:pStyle w:val="Heading1"/>
      </w:pPr>
      <w:r>
        <w:t>In the lectures (20)</w:t>
      </w:r>
    </w:p>
    <w:p>
      <w:pPr>
        <w:pStyle w:val="Heading2"/>
      </w:pPr>
      <w:r>
        <w:t>The Message of The Prophet Muhammad April 5, 2008</w:t>
      </w:r>
    </w:p>
    <w:p>
      <w:r>
        <w:rPr>
          <w:color w:val="666666"/>
          <w:sz w:val="18"/>
        </w:rPr>
        <w:t>44:16 · https://youtu.be/4Awv6yrWLBw?t=2656</w:t>
      </w:r>
    </w:p>
    <w:p>
      <w:r>
        <w:rPr>
          <w:i/>
        </w:rPr>
        <w:t>“ایک سوسائٹی میں کئی مذہب کے لوگ ہیں تو وہاں ہم کیسے رہیں؟”</w:t>
      </w:r>
    </w:p>
    <w:p>
      <w:pPr>
        <w:pStyle w:val="Heading2"/>
      </w:pPr>
      <w:r>
        <w:t>Hajj and Its Application in Daily Life October 20, 2007 Maulana Wahiduddin Khan</w:t>
      </w:r>
    </w:p>
    <w:p>
      <w:r>
        <w:rPr>
          <w:color w:val="666666"/>
          <w:sz w:val="18"/>
        </w:rPr>
        <w:t>55:50 · https://youtu.be/z_FspKZhl5s?t=3350</w:t>
      </w:r>
    </w:p>
    <w:p>
      <w:r>
        <w:rPr>
          <w:i/>
        </w:rPr>
        <w:t>“How to live in a multi-religious society?”</w:t>
      </w:r>
    </w:p>
    <w:p>
      <w:pPr>
        <w:pStyle w:val="Heading2"/>
      </w:pPr>
      <w:r>
        <w:t>Islam and Terrorism February 10, 2009 Maulana Wahiduddin Khan</w:t>
      </w:r>
    </w:p>
    <w:p>
      <w:r>
        <w:rPr>
          <w:color w:val="666666"/>
          <w:sz w:val="18"/>
        </w:rPr>
        <w:t>17:12 · https://youtu.be/vCEjp0w7Qjo?t=1032</w:t>
      </w:r>
    </w:p>
    <w:p>
      <w:r>
        <w:rPr>
          <w:i/>
        </w:rPr>
        <w:t>“Then there is a question: how to live in a multi-religious society?”</w:t>
      </w:r>
    </w:p>
    <w:p>
      <w:pPr>
        <w:pStyle w:val="Heading2"/>
      </w:pPr>
      <w:r>
        <w:t>Q&amp;A 09 Mar 2008 Maulana Wahiduddin Khan</w:t>
      </w:r>
    </w:p>
    <w:p>
      <w:r>
        <w:rPr>
          <w:color w:val="666666"/>
          <w:sz w:val="18"/>
        </w:rPr>
        <w:t>16:06 · https://youtu.be/qE__fts05yw?t=966</w:t>
      </w:r>
    </w:p>
    <w:p>
      <w:r>
        <w:rPr>
          <w:i/>
        </w:rPr>
        <w:t>“ایمپٹی مائنڈ ہو کے دوسرے مذہب سے ڈائیلاگ کرتا ہوں۔”</w:t>
      </w:r>
    </w:p>
    <w:p>
      <w:pPr>
        <w:pStyle w:val="Heading2"/>
      </w:pPr>
      <w:r>
        <w:t>Human History in Light of the Creation Plan of God 11 May, 2007 - Maulana Wahiduddin Khan</w:t>
      </w:r>
    </w:p>
    <w:p>
      <w:r>
        <w:rPr>
          <w:color w:val="666666"/>
          <w:sz w:val="18"/>
        </w:rPr>
        <w:t>45:04 · https://youtu.be/8m_jiYlUZ0c?t=2704</w:t>
      </w:r>
    </w:p>
    <w:p>
      <w:r>
        <w:rPr>
          <w:i/>
        </w:rPr>
        <w:t>“کس طرح اس زمانے کی طرف جا سکتے ہیں جہاں پر ہم پھر بہت ہی پیار اور محبت کے ساتھ دوسرے مذاہب کے ساتھ رہ سکیں؟”</w:t>
      </w:r>
    </w:p>
    <w:p>
      <w:pPr>
        <w:pStyle w:val="Heading2"/>
      </w:pPr>
      <w:r>
        <w:t>Problem and Shukr March 15, 2015</w:t>
      </w:r>
    </w:p>
    <w:p>
      <w:r>
        <w:rPr>
          <w:color w:val="666666"/>
          <w:sz w:val="18"/>
        </w:rPr>
        <w:t>25:03 · https://youtu.be/SPBsXjH1hzM?t=1503</w:t>
      </w:r>
    </w:p>
    <w:p>
      <w:r>
        <w:rPr>
          <w:i/>
        </w:rPr>
        <w:t>“کے ساتھ رہیں۔ آپ مجبور ہیں کہ دوسرے مذہب والے، دوسرے کلچر والے، دوسری سوچ والے جو ہیں، دنیا میں رہیں اور آپ ان کے ساتھ زندگی گزاریں۔”</w:t>
      </w:r>
    </w:p>
    <w:p>
      <w:pPr>
        <w:pStyle w:val="Heading2"/>
      </w:pPr>
      <w:r>
        <w:t>Interfaith Dialogue (English) February 1, 2014 Maulana Wahiduddin Khan</w:t>
      </w:r>
    </w:p>
    <w:p>
      <w:r>
        <w:rPr>
          <w:color w:val="666666"/>
          <w:sz w:val="18"/>
        </w:rPr>
        <w:t>20:19 · https://youtu.be/esM8RDj_new?t=1219</w:t>
      </w:r>
    </w:p>
    <w:p>
      <w:r>
        <w:rPr>
          <w:i/>
        </w:rPr>
        <w:t>“So, I try to learn from other people of other religions. I don't know any”</w:t>
      </w:r>
    </w:p>
    <w:p>
      <w:pPr>
        <w:pStyle w:val="Heading2"/>
      </w:pPr>
      <w:r>
        <w:t>Hajj and Its Application in Daily Life October 20, 2007 Maulana Wahiduddin Khan</w:t>
      </w:r>
    </w:p>
    <w:p>
      <w:r>
        <w:rPr>
          <w:color w:val="666666"/>
          <w:sz w:val="18"/>
        </w:rPr>
        <w:t>30:18 · https://youtu.be/z_FspKZhl5s?t=1818</w:t>
      </w:r>
    </w:p>
    <w:p>
      <w:r>
        <w:rPr>
          <w:i/>
        </w:rPr>
        <w:t>“We want to live according to the ideology of Tawhid, but we are living with other people.”</w:t>
      </w:r>
    </w:p>
    <w:p>
      <w:pPr>
        <w:pStyle w:val="Heading2"/>
      </w:pPr>
      <w:r>
        <w:t>Interfaith Dialogue (English) February 1, 2014 Maulana Wahiduddin Khan</w:t>
      </w:r>
    </w:p>
    <w:p>
      <w:r>
        <w:rPr>
          <w:color w:val="666666"/>
          <w:sz w:val="18"/>
        </w:rPr>
        <w:t>23:05 · https://youtu.be/esM8RDj_new?t=1385</w:t>
      </w:r>
    </w:p>
    <w:p>
      <w:r>
        <w:rPr>
          <w:i/>
        </w:rPr>
        <w:t>“for sharing. Interfaith dialogue is for sharing.”</w:t>
      </w:r>
    </w:p>
    <w:p>
      <w:pPr>
        <w:pStyle w:val="Heading2"/>
      </w:pPr>
      <w:r>
        <w:t>Living with Angels April 24, 2007 Maulana Wahiduddin Kha</w:t>
      </w:r>
    </w:p>
    <w:p>
      <w:r>
        <w:rPr>
          <w:color w:val="666666"/>
          <w:sz w:val="18"/>
        </w:rPr>
        <w:t>0:39 · https://youtu.be/vftCoFxsQFw?t=39</w:t>
      </w:r>
    </w:p>
    <w:p>
      <w:r>
        <w:rPr>
          <w:i/>
        </w:rPr>
        <w:t>“Living with Angels.”</w:t>
      </w:r>
    </w:p>
    <w:p>
      <w:pPr>
        <w:pStyle w:val="Heading2"/>
      </w:pPr>
      <w:r>
        <w:t>Hadith (English) March 27, 2007 Maulana Wahiduddin Khan</w:t>
      </w:r>
    </w:p>
    <w:p>
      <w:r>
        <w:rPr>
          <w:color w:val="666666"/>
          <w:sz w:val="18"/>
        </w:rPr>
        <w:t>20:41 · https://youtu.be/VnwRJbqn9tU?t=1241</w:t>
      </w:r>
    </w:p>
    <w:p>
      <w:r>
        <w:rPr>
          <w:i/>
        </w:rPr>
        <w:t>“living as a well-wisher among people”</w:t>
      </w:r>
    </w:p>
    <w:p>
      <w:pPr>
        <w:pStyle w:val="Heading2"/>
      </w:pPr>
      <w:r>
        <w:t>The Secret of Success June 26, 2008 Maulana Wahiduddin Khan</w:t>
      </w:r>
    </w:p>
    <w:p>
      <w:r>
        <w:rPr>
          <w:color w:val="666666"/>
          <w:sz w:val="18"/>
        </w:rPr>
        <w:t>32:03 · https://youtu.be/_vqfB9XcpPs?t=1923</w:t>
      </w:r>
    </w:p>
    <w:p>
      <w:r>
        <w:rPr>
          <w:i/>
        </w:rPr>
        <w:t>“دوسروں کے ساتھ فرینڈشپ قائم کرنا ہے۔”</w:t>
      </w:r>
    </w:p>
    <w:p>
      <w:pPr>
        <w:pStyle w:val="Heading2"/>
      </w:pPr>
      <w:r>
        <w:t>Dars-e-Quran June 27, 2007</w:t>
      </w:r>
    </w:p>
    <w:p>
      <w:r>
        <w:rPr>
          <w:color w:val="666666"/>
          <w:sz w:val="18"/>
        </w:rPr>
        <w:t>22:42 · https://youtu.be/6dgTjqN_UBM?t=1362</w:t>
      </w:r>
    </w:p>
    <w:p>
      <w:r>
        <w:rPr>
          <w:i/>
        </w:rPr>
        <w:t>“لوگوں کے ساتھ”</w:t>
      </w:r>
    </w:p>
    <w:p>
      <w:pPr>
        <w:pStyle w:val="Heading2"/>
      </w:pPr>
      <w:r>
        <w:t>The Deeper Meaning of The Quran 18 Aug 2019 - Maulana Wahiduddin Khan</w:t>
      </w:r>
    </w:p>
    <w:p>
      <w:r>
        <w:rPr>
          <w:color w:val="666666"/>
          <w:sz w:val="18"/>
        </w:rPr>
        <w:t>36:21 · https://youtu.be/EYyhbiR_ZIQ?t=2181</w:t>
      </w:r>
    </w:p>
    <w:p>
      <w:r>
        <w:rPr>
          <w:i/>
        </w:rPr>
        <w:t>“یہ سوال آندھرا سے بھیجا ہے ارشاد حسین صاحب نے۔ انہوں نے لکھا ہے: "Maulana, interfaith dialogue requires Muslims to interact with people of other faiths like Hindus, Christians, Jews, etc.”</w:t>
      </w:r>
    </w:p>
    <w:p>
      <w:pPr>
        <w:pStyle w:val="Heading2"/>
      </w:pPr>
      <w:r>
        <w:t>Character for Paradise Feb. 16, 2019</w:t>
      </w:r>
    </w:p>
    <w:p>
      <w:r>
        <w:rPr>
          <w:color w:val="666666"/>
          <w:sz w:val="18"/>
        </w:rPr>
        <w:t>22:39 · https://youtu.be/kMURA2gUDN8?t=1359</w:t>
      </w:r>
    </w:p>
    <w:p>
      <w:r>
        <w:rPr>
          <w:i/>
        </w:rPr>
        <w:t>“دوسرے انسانوں کے لیے”</w:t>
      </w:r>
    </w:p>
    <w:p>
      <w:pPr>
        <w:pStyle w:val="Heading2"/>
      </w:pPr>
      <w:r>
        <w:t>Interfaith Dialogue (English) February 1, 2014 Maulana Wahiduddin Khan</w:t>
      </w:r>
    </w:p>
    <w:p>
      <w:r>
        <w:rPr>
          <w:color w:val="666666"/>
          <w:sz w:val="18"/>
        </w:rPr>
        <w:t>3:36 · https://youtu.be/esM8RDj_new?t=216</w:t>
      </w:r>
    </w:p>
    <w:p>
      <w:r>
        <w:rPr>
          <w:i/>
        </w:rPr>
        <w:t>“models of this interfaith dialogue. The”</w:t>
      </w:r>
    </w:p>
    <w:p>
      <w:pPr>
        <w:pStyle w:val="Heading2"/>
      </w:pPr>
      <w:r>
        <w:t>Islam in Daily Life I 26 Dec, 2010 - Maulana Wahiduddin Khan</w:t>
      </w:r>
    </w:p>
    <w:p>
      <w:r>
        <w:rPr>
          <w:color w:val="666666"/>
          <w:sz w:val="18"/>
        </w:rPr>
        <w:t>2:32 · https://youtu.be/S7ahMQ1iyp0?t=152</w:t>
      </w:r>
    </w:p>
    <w:p>
      <w:r>
        <w:rPr>
          <w:i/>
        </w:rPr>
        <w:t>“یعنی ایک ایسا مذہب جو پرابلم ہے، اس کے ساتھ کیسے انڈیا میں رہیں؟”</w:t>
      </w:r>
    </w:p>
    <w:p>
      <w:pPr>
        <w:pStyle w:val="Heading2"/>
      </w:pPr>
      <w:r>
        <w:t>The Discovery of God IIC Prog (CPS Members talk) November 2, 2019</w:t>
      </w:r>
    </w:p>
    <w:p>
      <w:r>
        <w:rPr>
          <w:color w:val="666666"/>
          <w:sz w:val="18"/>
        </w:rPr>
        <w:t>14:52 · https://youtu.be/hsBwCnNHLvw?t=892</w:t>
      </w:r>
    </w:p>
    <w:p>
      <w:r>
        <w:rPr>
          <w:i/>
        </w:rPr>
        <w:t>“It's living in the world, in the midst of people, and behaving in a godly way.”</w:t>
      </w:r>
    </w:p>
    <w:p>
      <w:pPr>
        <w:pStyle w:val="Heading2"/>
      </w:pPr>
      <w:r>
        <w:t>Muslims in Diaspora 9 jan 2007 (English)</w:t>
      </w:r>
    </w:p>
    <w:p>
      <w:r>
        <w:rPr>
          <w:color w:val="666666"/>
          <w:sz w:val="18"/>
        </w:rPr>
        <w:t>13:49 · https://youtu.be/oAi49l7nuOI?t=829</w:t>
      </w:r>
    </w:p>
    <w:p>
      <w:r>
        <w:rPr>
          <w:i/>
        </w:rPr>
        <w:t>“simply a result of dialogue, simply living with those people”</w:t>
      </w:r>
    </w:p>
    <w:p>
      <w:pPr>
        <w:pStyle w:val="Heading2"/>
      </w:pPr>
      <w:r>
        <w:t>Interactive Session Eng02 06 2007</w:t>
      </w:r>
    </w:p>
    <w:p>
      <w:r>
        <w:rPr>
          <w:color w:val="666666"/>
          <w:sz w:val="18"/>
        </w:rPr>
        <w:t>37:06 · https://youtu.be/eubwv4eDoAM?t=2226</w:t>
      </w:r>
    </w:p>
    <w:p>
      <w:r>
        <w:rPr>
          <w:i/>
        </w:rPr>
        <w:t>“What is your formula for living peacefully in this multi-religious, multicultural civilization?”</w:t>
      </w:r>
    </w:p>
    <w:p>
      <w:pPr>
        <w:pStyle w:val="Heading1"/>
      </w:pPr>
      <w:r>
        <w:t>Clips (12)</w:t>
      </w:r>
    </w:p>
    <w:p>
      <w:pPr>
        <w:pStyle w:val="Heading2"/>
      </w:pPr>
      <w:r>
        <w:t>The Islamic formula for a multi-religious society</w:t>
      </w:r>
    </w:p>
    <w:p>
      <w:r>
        <w:rPr>
          <w:color w:val="666666"/>
          <w:sz w:val="18"/>
        </w:rPr>
        <w:t>Islam and Terrorism February 10, 2009 Maulana Wahiduddin Khan · 1m 59s · at 17:12 · https://youtu.be/vCEjp0w7Qjo?t=1032</w:t>
      </w:r>
    </w:p>
    <w:p>
      <w:r>
        <w:rPr>
          <w:i/>
        </w:rPr>
        <w:t>“How should we live in a multi-religious society?”</w:t>
      </w:r>
    </w:p>
    <w:p>
      <w:r>
        <w:rPr>
          <w:sz w:val="20"/>
        </w:rPr>
        <w:t>17:12  Then there is a question: how to live in a multi-religious society?</w:t>
      </w:r>
      <w:r>
        <w:br/>
      </w:r>
      <w:r>
        <w:rPr>
          <w:sz w:val="20"/>
        </w:rPr>
        <w:t>17:22  It is a very important question, perhaps in every country, in India and in every country. So the Qur'an gives us a very, very practical formula.</w:t>
      </w:r>
      <w:r>
        <w:br/>
      </w:r>
      <w:r>
        <w:rPr>
          <w:sz w:val="20"/>
        </w:rPr>
        <w:t>17:38  You know, there are differences not only between two religions but in every aspect of life.</w:t>
      </w:r>
      <w:r>
        <w:br/>
      </w:r>
      <w:r>
        <w:rPr>
          <w:sz w:val="20"/>
        </w:rPr>
        <w:t>17:49  Difference is a part of life</w:t>
      </w:r>
      <w:r>
        <w:br/>
      </w:r>
      <w:r>
        <w:rPr>
          <w:sz w:val="20"/>
        </w:rPr>
        <w:t>17:53  in every situation. In your house, in your society, in your national life, everywhere there are differences.</w:t>
      </w:r>
      <w:r>
        <w:br/>
      </w:r>
      <w:r>
        <w:rPr>
          <w:sz w:val="20"/>
        </w:rPr>
        <w:t>18:03  So what to do in such a situation? The Qur'an says, "Lakum dinukum waliya din." For you, your religion; for me, mine.</w:t>
      </w:r>
      <w:r>
        <w:br/>
      </w:r>
      <w:r>
        <w:rPr>
          <w:sz w:val="20"/>
        </w:rPr>
        <w:t>18:17  The literal translation of this verse is, "For you, your religion; for me, mine." It means that</w:t>
      </w:r>
      <w:r>
        <w:br/>
      </w:r>
      <w:r>
        <w:rPr>
          <w:sz w:val="20"/>
        </w:rPr>
        <w:t>18:29  it means that follow one and respect all. I have formulated this principle in these verses: follow one and respect all.</w:t>
      </w:r>
      <w:r>
        <w:br/>
      </w:r>
      <w:r>
        <w:rPr>
          <w:sz w:val="20"/>
        </w:rPr>
        <w:t>18:39  It is the best formula.</w:t>
      </w:r>
      <w:r>
        <w:br/>
      </w:r>
      <w:r>
        <w:rPr>
          <w:sz w:val="20"/>
        </w:rPr>
        <w:t>18:42  If you try to eliminate all those differences, you will failure. You cannot eliminate differences from society because difference is part of life, part of creation.</w:t>
      </w:r>
      <w:r>
        <w:br/>
      </w:r>
      <w:r>
        <w:rPr>
          <w:sz w:val="20"/>
        </w:rPr>
        <w:t>18:59  It is impossible for anyone to eliminate all those differences. In such a situation, this is the best formula: follow one and respect all.</w:t>
      </w:r>
      <w:r>
        <w:br/>
      </w:r>
      <w:r>
        <w:rPr>
          <w:sz w:val="20"/>
        </w:rPr>
        <w:t>19:12  And God and the Prophet of Islam have given a very beautiful demonstration of this principle. When the Prophet was in Madinah--so at that time, there were some Jewish tribes in Madinah.</w:t>
      </w:r>
    </w:p>
    <w:p>
      <w:pPr>
        <w:pStyle w:val="Heading2"/>
      </w:pPr>
      <w:r>
        <w:t>The age of dialogue and mutual learning</w:t>
      </w:r>
    </w:p>
    <w:p>
      <w:r>
        <w:rPr>
          <w:color w:val="666666"/>
          <w:sz w:val="18"/>
        </w:rPr>
        <w:t>Q&amp;A 09 Mar 2008 Maulana Wahiduddin Khan · 2m 42s · at 13:47 · https://youtu.be/qE__fts05yw?t=827</w:t>
      </w:r>
    </w:p>
    <w:p>
      <w:r>
        <w:rPr>
          <w:i/>
        </w:rPr>
        <w:t>“This is the age of dialogue”</w:t>
      </w:r>
    </w:p>
    <w:p>
      <w:r>
        <w:rPr>
          <w:sz w:val="20"/>
        </w:rPr>
        <w:t>13:47  jis age mein ham hain, yah age of dialogue hai. aur age is, aur age is age of dialogue.</w:t>
      </w:r>
      <w:r>
        <w:br/>
      </w:r>
      <w:r>
        <w:rPr>
          <w:sz w:val="20"/>
        </w:rPr>
        <w:t>14:01  aur main samajhta hoon ki</w:t>
      </w:r>
      <w:r>
        <w:br/>
      </w:r>
      <w:r>
        <w:rPr>
          <w:sz w:val="20"/>
        </w:rPr>
        <w:t>14:05  bahut achha hai har mazhab ke liye. dialogue jo hai, to yah traditionally log jis jo traditionally log jo jante hain, vah debate hai.</w:t>
      </w:r>
      <w:r>
        <w:br/>
      </w:r>
      <w:r>
        <w:rPr>
          <w:sz w:val="20"/>
        </w:rPr>
        <w:t>14:22  debate khoob hai har mazhab mein. dialogue nahin hai. dekhen, dialogue debate mein kya difference hai?</w:t>
      </w:r>
      <w:r>
        <w:br/>
      </w:r>
      <w:r>
        <w:rPr>
          <w:sz w:val="20"/>
        </w:rPr>
        <w:t>14:34  da</w:t>
      </w:r>
      <w:r>
        <w:br/>
      </w:r>
      <w:r>
        <w:rPr>
          <w:sz w:val="20"/>
        </w:rPr>
        <w:t>14:35  aye. debate mein aap apni hi superiority ko establish karna chahte hain.</w:t>
      </w:r>
      <w:r>
        <w:br/>
      </w:r>
      <w:r>
        <w:rPr>
          <w:sz w:val="20"/>
        </w:rPr>
        <w:t>14:43  jab hoga debate do do mein, to har ek chahega ki main apni superiority ko establish karoon.</w:t>
      </w:r>
      <w:r>
        <w:br/>
      </w:r>
      <w:r>
        <w:rPr>
          <w:sz w:val="20"/>
        </w:rPr>
        <w:t>14:54  that is debate. jaise hamare bachpan mein</w:t>
      </w:r>
      <w:r>
        <w:br/>
      </w:r>
      <w:r>
        <w:rPr>
          <w:sz w:val="20"/>
        </w:rPr>
        <w:t>15:01  ek hindu musalman mein bahut hota tha, shastra arth jo kahte hain, debate. to ek ne kitab chhapi: kafar tod.</w:t>
      </w:r>
      <w:r>
        <w:br/>
      </w:r>
      <w:r>
        <w:rPr>
          <w:sz w:val="20"/>
        </w:rPr>
        <w:t>15:12  to doosre ne chhapi: kafar tod ka bhanda phod. dekhen, yah hai debate.</w:t>
      </w:r>
      <w:r>
        <w:br/>
      </w:r>
      <w:r>
        <w:rPr>
          <w:sz w:val="20"/>
        </w:rPr>
        <w:t>15:18  debate mein aap ka concern yah nahin hota ki hum doosre ke dil ko jeeten, usko convince karen.</w:t>
      </w:r>
      <w:r>
        <w:br/>
      </w:r>
      <w:r>
        <w:rPr>
          <w:sz w:val="20"/>
        </w:rPr>
        <w:t>15:28  ya concern nahin hota aap ka. aap ka hota hai ki main kisi tarike se apni superiority ko establish karoon.</w:t>
      </w:r>
      <w:r>
        <w:br/>
      </w:r>
      <w:r>
        <w:rPr>
          <w:sz w:val="20"/>
        </w:rPr>
        <w:t>15:36  yah debate hai. dialogue mein aisa nahin hai. dialogue to aap seekhte hain. yah hai mutual learning. dialogue means mutual learning.</w:t>
      </w:r>
      <w:r>
        <w:br/>
      </w:r>
      <w:r>
        <w:rPr>
          <w:sz w:val="20"/>
        </w:rPr>
        <w:t>15:48  aur main kah sakta hoon ki kam az kam main musalmanon mein to aise log mein nahin pata</w:t>
      </w:r>
      <w:r>
        <w:br/>
      </w:r>
      <w:r>
        <w:rPr>
          <w:sz w:val="20"/>
        </w:rPr>
        <w:t>15:54  jo jo in ke andar spirit of dialogue ho. main apne bare mein keh sakta hoon ke mere andar hundred percent spirit of dialogue hai. main empty mind ho kar ke doosre mazhab ko parhta hoon.</w:t>
      </w:r>
      <w:r>
        <w:br/>
      </w:r>
      <w:r>
        <w:rPr>
          <w:sz w:val="20"/>
        </w:rPr>
        <w:t>16:06  empty mind ho ke doosre mazhab se dialogue karta hoon.</w:t>
      </w:r>
      <w:r>
        <w:br/>
      </w:r>
      <w:r>
        <w:rPr>
          <w:sz w:val="20"/>
        </w:rPr>
        <w:t>16:11  to bias ko hata kar, pre-subvision ko hata kar, aur sense of spiritual, sense of superiority ko hata kar, jab aap doosre se baat karte hain to that is dialogue.</w:t>
      </w:r>
    </w:p>
    <w:p>
      <w:pPr>
        <w:pStyle w:val="Heading2"/>
      </w:pPr>
      <w:r>
        <w:t>Patience, complaint, and their effect on spiritual and mental growth</w:t>
      </w:r>
    </w:p>
    <w:p>
      <w:r>
        <w:rPr>
          <w:color w:val="666666"/>
          <w:sz w:val="18"/>
        </w:rPr>
        <w:t>Problem and Shukr March 15, 2015 · 5m 47s · at 21:26 · https://youtu.be/SPBsXjH1hzM?t=1286</w:t>
      </w:r>
    </w:p>
    <w:p>
      <w:r>
        <w:rPr>
          <w:i/>
        </w:rPr>
        <w:t>“Sabr ka maayne hai acceptance of reality”</w:t>
      </w:r>
    </w:p>
    <w:p>
      <w:r>
        <w:rPr>
          <w:sz w:val="20"/>
        </w:rPr>
        <w:t>21:26  to in baaton ko jab aap jaanen ge, tab aap sabr karen ge. sabr ka matlab kya hai? acceptance of reality. yaani sabr koi negative baat nahi hai.</w:t>
      </w:r>
      <w:r>
        <w:br/>
      </w:r>
      <w:r>
        <w:rPr>
          <w:sz w:val="20"/>
        </w:rPr>
        <w:t>21:38  sabr koi negative baat nahi hai.</w:t>
      </w:r>
      <w:r>
        <w:br/>
      </w:r>
      <w:r>
        <w:rPr>
          <w:sz w:val="20"/>
        </w:rPr>
        <w:t>21:41  sabr means acceptance of reality. yaani aap is baat ko accept karen ke Allah ne jo plan banaya hai, woh behtareen plan hai.</w:t>
      </w:r>
      <w:r>
        <w:br/>
      </w:r>
      <w:r>
        <w:rPr>
          <w:sz w:val="20"/>
        </w:rPr>
        <w:t>21:54  is ki wajah se agar problem aate hain to mujhe is ko manage karna chahiye. mujhe react nahi karna chahiye. yaani aap yeh jab karen ge ke sabr ko, yaani sabr ki shakal mein aap reality ko accept karen ge, to aap kya hoga</w:t>
      </w:r>
      <w:r>
        <w:br/>
      </w:r>
      <w:r>
        <w:rPr>
          <w:sz w:val="20"/>
        </w:rPr>
        <w:t>22:12  ? aap ke andar reaction nahi paida hoga. aap ke andar negative thought nahi aayen ge. aap ko ghussa nahi aayega.</w:t>
      </w:r>
      <w:r>
        <w:br/>
      </w:r>
      <w:r>
        <w:rPr>
          <w:sz w:val="20"/>
        </w:rPr>
        <w:t>22:21  aap protest nahi karen ge. aap complaint nahi karen ge. kyunke jo kuch ho raha hai, woh to Allah ke plan ke mutabiq hai.</w:t>
      </w:r>
      <w:r>
        <w:br/>
      </w:r>
      <w:r>
        <w:rPr>
          <w:sz w:val="20"/>
        </w:rPr>
        <w:t>22:32  to jab aap aisa karen ge, tab aap kya hoga? ke aap ka mind jo hai, development ke raaste par chalega.</w:t>
      </w:r>
      <w:r>
        <w:br/>
      </w:r>
      <w:r>
        <w:rPr>
          <w:sz w:val="20"/>
        </w:rPr>
        <w:t>22:43  aap kisi insaan ko dekhiye jo shikayatein karta ho, jo complaint jeeta ho, jo zulm ki dastaanain bayan karta ho, us ke paas baithiye aap ek ghanta.</w:t>
      </w:r>
      <w:r>
        <w:br/>
      </w:r>
      <w:r>
        <w:rPr>
          <w:sz w:val="20"/>
        </w:rPr>
        <w:t>22:54  aap dekhen ge ke us ke andar koi creativity nahi. us ke mind mein koi development nahi hua.</w:t>
      </w:r>
      <w:r>
        <w:br/>
      </w:r>
      <w:r>
        <w:rPr>
          <w:sz w:val="20"/>
        </w:rPr>
        <w:t>23:02  main ne baar baar is ka tajurba kiya. jo log zulm ki dastaanain sunate hain, jo shikayati baatein karte hain, protest aur complaint jeete hain, un ke paas main baitha, kuch bhi un ke paas kehne ke liye nahi tha.</w:t>
      </w:r>
      <w:r>
        <w:br/>
      </w:r>
      <w:r>
        <w:rPr>
          <w:sz w:val="20"/>
        </w:rPr>
        <w:t>23:18  kuch bhi nahi tha. kuch bhi nahi tha un se kehne ke liye. kyun? jab aap doosron ke baare mein react karen ge, negative thinking aap ke andar aayegi.</w:t>
      </w:r>
      <w:r>
        <w:br/>
      </w:r>
      <w:r>
        <w:rPr>
          <w:sz w:val="20"/>
        </w:rPr>
        <w:t>23:32  aap doosron ke baare mein nafrat karen ge. to is ka matlab ke aap apne mind ko unfold nahi kar paayen ge. aap ka mind waise ka waise hi rahega.</w:t>
      </w:r>
      <w:r>
        <w:br/>
      </w:r>
      <w:r>
        <w:rPr>
          <w:sz w:val="20"/>
        </w:rPr>
        <w:t>23:42  to aap ke andar se creative thinking nahi aayegi aap ke andar. positive thinking nahi aayegi aap ke andar. inshallah, intellectual awakening nahi aayegi aap ke andar.</w:t>
      </w:r>
      <w:r>
        <w:br/>
      </w:r>
      <w:r>
        <w:rPr>
          <w:sz w:val="20"/>
        </w:rPr>
        <w:t>23:52  is liye sabr ka jo falsafa Quran mein hai, us ka matlab yeh hai: aakhri had tak shikaayat se bacho. aakhri had tak complaint se bacho.</w:t>
      </w:r>
      <w:r>
        <w:br/>
      </w:r>
      <w:r>
        <w:rPr>
          <w:sz w:val="20"/>
        </w:rPr>
        <w:t>24:01  aakhri had tak protest se bacho. aakhri had tak negative thinking se bacho. ya sabr. to phir kya hoga?</w:t>
      </w:r>
      <w:r>
        <w:br/>
      </w:r>
      <w:r>
        <w:rPr>
          <w:sz w:val="20"/>
        </w:rPr>
        <w:t>24:11  ke aap ka mind unfold hone lagega.</w:t>
      </w:r>
      <w:r>
        <w:br/>
      </w:r>
      <w:r>
        <w:rPr>
          <w:sz w:val="20"/>
        </w:rPr>
        <w:t>24:14  aap ke mind mein creative thinking aayegi. to sabr karte hain aap doosron ke mamle mein. lekin faida aap ko milta hai.</w:t>
      </w:r>
      <w:r>
        <w:br/>
      </w:r>
      <w:r>
        <w:rPr>
          <w:sz w:val="20"/>
        </w:rPr>
        <w:t>24:25  sabr karte hain aap doosron ke mamle mein. faida to aap ko milta hai. agar aap sabr na karein to kya hoga? aap shikayat mein jiyenge, protest mein jiyenge, nafrat mein jiyenge.</w:t>
      </w:r>
      <w:r>
        <w:br/>
      </w:r>
      <w:r>
        <w:rPr>
          <w:sz w:val="20"/>
        </w:rPr>
        <w:t>24:37  is ehsaas mein jiyenge ke saari duniya zalim hai. to insaan se mohabbat hi nikal jayegi.</w:t>
      </w:r>
      <w:r>
        <w:br/>
      </w:r>
      <w:r>
        <w:rPr>
          <w:sz w:val="20"/>
        </w:rPr>
        <w:t>24:42  aap ghaur kijiye ke jin insaanon ke darmiyan aap ko rehna hai, jin insaanon ke darmiyan aap ko apna trust dena hai, un se aap ke andar nafrat aa jaye to kya hoga aap ka haal?</w:t>
      </w:r>
      <w:r>
        <w:br/>
      </w:r>
      <w:r>
        <w:rPr>
          <w:sz w:val="20"/>
        </w:rPr>
        <w:t>24:57  yeh aap majboor hain ke society mein rahein. aap majboor hain ke doosre logon</w:t>
      </w:r>
      <w:r>
        <w:br/>
      </w:r>
      <w:r>
        <w:rPr>
          <w:sz w:val="20"/>
        </w:rPr>
        <w:t>25:03  ke saath rahein. aap majboor hain ke doosre mazhab wale, doosre culture wale, doosri soch wale jo hain, duniya mein rahein aur aap un ke saath zindagi guzarein.</w:t>
      </w:r>
      <w:r>
        <w:br/>
      </w:r>
      <w:r>
        <w:rPr>
          <w:sz w:val="20"/>
        </w:rPr>
        <w:t>25:13  yeh majboor hain aap. kyunke aap kisi kisi khala mein nahi ja sakte. aap kisi kisi jangla mein ja kar nahi reh sakte.</w:t>
      </w:r>
      <w:r>
        <w:br/>
      </w:r>
      <w:r>
        <w:rPr>
          <w:sz w:val="20"/>
        </w:rPr>
        <w:t>25:24  isi duniya mein rehna hoga logon ke saath.</w:t>
      </w:r>
      <w:r>
        <w:br/>
      </w:r>
      <w:r>
        <w:rPr>
          <w:sz w:val="20"/>
        </w:rPr>
        <w:t>25:28  to jin logon ke saath aap ko rehne ke liye paida kiya gaya hai, un ke bare mein aap shikayat liye rahein, complaint liye rahein, nafrat liye rahein, to kya hoga?</w:t>
      </w:r>
      <w:r>
        <w:br/>
      </w:r>
      <w:r>
        <w:rPr>
          <w:sz w:val="20"/>
        </w:rPr>
        <w:t>25:42  aap ka development khatam ho jayega. aap ke andar spiritual development nahi aayega. aap ke andar intellectual development nahi aayega.</w:t>
      </w:r>
      <w:r>
        <w:br/>
      </w:r>
      <w:r>
        <w:rPr>
          <w:sz w:val="20"/>
        </w:rPr>
        <w:t>25:51  aap ke andar creative thinking nahi aayegi. aur phir is se bhi bada faida kya hoga?</w:t>
      </w:r>
      <w:r>
        <w:br/>
      </w:r>
      <w:r>
        <w:rPr>
          <w:sz w:val="20"/>
        </w:rPr>
        <w:t>25:58  is se bada faida yeh hoga ke aap Allah se aap ka taalluq nahi banega. sab se bada nuksan, behraal, is se bada sab se bada faida nahi hai, sab se bada nuksan.</w:t>
      </w:r>
      <w:r>
        <w:br/>
      </w:r>
      <w:r>
        <w:rPr>
          <w:sz w:val="20"/>
        </w:rPr>
        <w:t>26:11  apne is mizaj ka sab se bada jo aap ko nuksan hoga, woh yeh hoga ke Allah ki nisbat se aap hamd ka taalluq nahi banega aap ka.</w:t>
      </w:r>
      <w:r>
        <w:br/>
      </w:r>
      <w:r>
        <w:rPr>
          <w:sz w:val="20"/>
        </w:rPr>
        <w:t>26:23  har waqt aap ke zehen mein bhara rahega shikayatein.</w:t>
      </w:r>
      <w:r>
        <w:br/>
      </w:r>
      <w:r>
        <w:rPr>
          <w:sz w:val="20"/>
        </w:rPr>
        <w:t>26:28  jaise kal maine arz kiya ke kal maine parcha. saare ulama ke mazameen hain is ke andar. yaani jo maroof ulama hain, un ke mazameen hain is ke andar.</w:t>
      </w:r>
      <w:r>
        <w:br/>
      </w:r>
      <w:r>
        <w:rPr>
          <w:sz w:val="20"/>
        </w:rPr>
        <w:t>26:38  lekin kisi mein Khuda ka shukr nahi. bas shikayati ki baatein hain. hukumat ki shikayat, partyon ki shikayat, majority ki shikayat.</w:t>
      </w:r>
      <w:r>
        <w:br/>
      </w:r>
      <w:r>
        <w:rPr>
          <w:sz w:val="20"/>
        </w:rPr>
        <w:t>26:49  aur Khuda ka shukr hi nahi is ke andar. mere paas parcha maujood hai, aap dekh sakte hain is ko.</w:t>
      </w:r>
      <w:r>
        <w:br/>
      </w:r>
      <w:r>
        <w:rPr>
          <w:sz w:val="20"/>
        </w:rPr>
        <w:t>26:56  to jab aap insaanon ke bare mein shikayat mein jiyenge, to is ki price yeh deni padegi aap ko ke aap Allah ke bare mein shukr mein jeena se mehroom ho jayenge.</w:t>
      </w:r>
      <w:r>
        <w:br/>
      </w:r>
      <w:r>
        <w:rPr>
          <w:sz w:val="20"/>
        </w:rPr>
        <w:t>27:09  hamd spirit se aap mehroom ho jayenge.</w:t>
      </w:r>
    </w:p>
    <w:p>
      <w:pPr>
        <w:pStyle w:val="Heading2"/>
      </w:pPr>
      <w:r>
        <w:t>Living with Angels: two companionships</w:t>
      </w:r>
    </w:p>
    <w:p>
      <w:r>
        <w:rPr>
          <w:color w:val="666666"/>
          <w:sz w:val="18"/>
        </w:rPr>
        <w:t>Living with Angels April 24, 2007 Maulana Wahiduddin Kha · 3m 29s · at 0:25 · https://youtu.be/vftCoFxsQFw?t=25</w:t>
      </w:r>
    </w:p>
    <w:p>
      <w:r>
        <w:rPr>
          <w:i/>
        </w:rPr>
        <w:t>“The theme for the present talk is”</w:t>
      </w:r>
    </w:p>
    <w:p>
      <w:r>
        <w:rPr>
          <w:sz w:val="20"/>
        </w:rPr>
        <w:t>0:25  The theme for the present talk is</w:t>
      </w:r>
      <w:r>
        <w:br/>
      </w:r>
      <w:r>
        <w:rPr>
          <w:sz w:val="20"/>
        </w:rPr>
        <w:t>0:35  "Living with Angels".</w:t>
      </w:r>
      <w:r>
        <w:br/>
      </w:r>
      <w:r>
        <w:rPr>
          <w:sz w:val="20"/>
        </w:rPr>
        <w:t>0:39  Living with Angels.</w:t>
      </w:r>
      <w:r>
        <w:br/>
      </w:r>
      <w:r>
        <w:rPr>
          <w:sz w:val="20"/>
        </w:rPr>
        <w:t>0:43  It seems to be a mysterious topic, but it is not</w:t>
      </w:r>
      <w:r>
        <w:br/>
      </w:r>
      <w:r>
        <w:rPr>
          <w:sz w:val="20"/>
        </w:rPr>
        <w:t>0:50  . It is a real topic.</w:t>
      </w:r>
      <w:r>
        <w:br/>
      </w:r>
      <w:r>
        <w:rPr>
          <w:sz w:val="20"/>
        </w:rPr>
        <w:t>0:54  Anyone who knows the creation plan of God can easily understand that it is a real topic.</w:t>
      </w:r>
      <w:r>
        <w:br/>
      </w:r>
      <w:r>
        <w:rPr>
          <w:sz w:val="20"/>
        </w:rPr>
        <w:t>1:11  It is not a mysterious topic.</w:t>
      </w:r>
      <w:r>
        <w:br/>
      </w:r>
      <w:r>
        <w:rPr>
          <w:sz w:val="20"/>
        </w:rPr>
        <w:t>1:17  In this world, we are not alone.</w:t>
      </w:r>
      <w:r>
        <w:br/>
      </w:r>
      <w:r>
        <w:rPr>
          <w:sz w:val="20"/>
        </w:rPr>
        <w:t>1:25  Apart from us, there are two more creatures, Satan and Angels.</w:t>
      </w:r>
      <w:r>
        <w:br/>
      </w:r>
      <w:r>
        <w:rPr>
          <w:sz w:val="20"/>
        </w:rPr>
        <w:t>1:39  So, we are three living on this planet. Although they are not visible and we are visible creatures,</w:t>
      </w:r>
      <w:r>
        <w:br/>
      </w:r>
      <w:r>
        <w:rPr>
          <w:sz w:val="20"/>
        </w:rPr>
        <w:t>1:54  all these three live on this planet. And Satan and Angel both are alive.</w:t>
      </w:r>
      <w:r>
        <w:br/>
      </w:r>
      <w:r>
        <w:rPr>
          <w:sz w:val="20"/>
        </w:rPr>
        <w:t>2:09  They are active. They think</w:t>
      </w:r>
      <w:r>
        <w:br/>
      </w:r>
      <w:r>
        <w:rPr>
          <w:sz w:val="20"/>
        </w:rPr>
        <w:t>2:15  . They work. They plan. Everything</w:t>
      </w:r>
      <w:r>
        <w:br/>
      </w:r>
      <w:r>
        <w:rPr>
          <w:sz w:val="20"/>
        </w:rPr>
        <w:t>2:25  we know about a creature, you can find</w:t>
      </w:r>
      <w:r>
        <w:br/>
      </w:r>
      <w:r>
        <w:rPr>
          <w:sz w:val="20"/>
        </w:rPr>
        <w:t>2:35  there, except visibility.</w:t>
      </w:r>
      <w:r>
        <w:br/>
      </w:r>
      <w:r>
        <w:rPr>
          <w:sz w:val="20"/>
        </w:rPr>
        <w:t>2:45  So, we are living</w:t>
      </w:r>
      <w:r>
        <w:br/>
      </w:r>
      <w:r>
        <w:rPr>
          <w:sz w:val="20"/>
        </w:rPr>
        <w:t>2:51  with two</w:t>
      </w:r>
      <w:r>
        <w:br/>
      </w:r>
      <w:r>
        <w:rPr>
          <w:sz w:val="20"/>
        </w:rPr>
        <w:t>2:55  possible companionships. Either we will live in the companionship of Satan or in the companionship of Angels.</w:t>
      </w:r>
      <w:r>
        <w:br/>
      </w:r>
      <w:r>
        <w:rPr>
          <w:sz w:val="20"/>
        </w:rPr>
        <w:t>3:16  So, every time we are between two choices.</w:t>
      </w:r>
      <w:r>
        <w:br/>
      </w:r>
      <w:r>
        <w:rPr>
          <w:sz w:val="20"/>
        </w:rPr>
        <w:t>3:23  Every time we are between two choices.</w:t>
      </w:r>
      <w:r>
        <w:br/>
      </w:r>
      <w:r>
        <w:rPr>
          <w:sz w:val="20"/>
        </w:rPr>
        <w:t>3:28  And that choice is very that moment of choice is very crucial.</w:t>
      </w:r>
      <w:r>
        <w:br/>
      </w:r>
      <w:r>
        <w:rPr>
          <w:sz w:val="20"/>
        </w:rPr>
        <w:t>3:41  One choice makes us companion of Satan, and the second choice makes us companion of Angels.</w:t>
      </w:r>
    </w:p>
    <w:p>
      <w:pPr>
        <w:pStyle w:val="Heading2"/>
      </w:pPr>
      <w:r>
        <w:t>Stay a well-wisher to all, never excuse negativity</w:t>
      </w:r>
    </w:p>
    <w:p>
      <w:r>
        <w:rPr>
          <w:color w:val="666666"/>
          <w:sz w:val="18"/>
        </w:rPr>
        <w:t>Hadith (English) March 27, 2007 Maulana Wahiduddin Khan · 2m 46s · at 18:20 · https://youtu.be/VnwRJbqn9tU?t=1100</w:t>
      </w:r>
    </w:p>
    <w:p>
      <w:r>
        <w:rPr>
          <w:i/>
        </w:rPr>
        <w:t>“You are living in a society full of provocations, yet”</w:t>
      </w:r>
    </w:p>
    <w:p>
      <w:r>
        <w:rPr>
          <w:sz w:val="20"/>
        </w:rPr>
        <w:t>18:20  So you are living in a society. And you know in every society, there are unpleasant situations. There are provocations.</w:t>
      </w:r>
      <w:r>
        <w:br/>
      </w:r>
      <w:r>
        <w:rPr>
          <w:sz w:val="20"/>
        </w:rPr>
        <w:t>18:30  There are different kinds of negative experiences. But in spite of all those negative experiences, you have to live as a positive person.</w:t>
      </w:r>
      <w:r>
        <w:br/>
      </w:r>
      <w:r>
        <w:rPr>
          <w:sz w:val="20"/>
        </w:rPr>
        <w:t>18:44  You have to live as a well-wisher to all, friendly to all.</w:t>
      </w:r>
      <w:r>
        <w:br/>
      </w:r>
      <w:r>
        <w:rPr>
          <w:sz w:val="20"/>
        </w:rPr>
        <w:t>18:51  So Islam makes you insan-friendly. Islam makes you insan-friendly.</w:t>
      </w:r>
      <w:r>
        <w:br/>
      </w:r>
      <w:r>
        <w:rPr>
          <w:sz w:val="20"/>
        </w:rPr>
        <w:t>19:05  Insan-friendly means that in spite of all those negative experiences, you have to maintain friendship and well-wishing.</w:t>
      </w:r>
      <w:r>
        <w:br/>
      </w:r>
      <w:r>
        <w:rPr>
          <w:sz w:val="20"/>
        </w:rPr>
        <w:t>19:16  Don't take any excuse.</w:t>
      </w:r>
      <w:r>
        <w:br/>
      </w:r>
      <w:r>
        <w:rPr>
          <w:sz w:val="20"/>
        </w:rPr>
        <w:t>19:20  Don't take any kind of negative experience as an excuse. No.</w:t>
      </w:r>
      <w:r>
        <w:br/>
      </w:r>
      <w:r>
        <w:rPr>
          <w:sz w:val="20"/>
        </w:rPr>
        <w:t>19:29  If you have a good excuse, don't use it in this regard.</w:t>
      </w:r>
      <w:r>
        <w:br/>
      </w:r>
      <w:r>
        <w:rPr>
          <w:sz w:val="20"/>
        </w:rPr>
        <w:t>19:36  If you have a good excuse, don't use it. You are not allowed to go to negative reaction. It is unlawful in Islam.</w:t>
      </w:r>
      <w:r>
        <w:br/>
      </w:r>
      <w:r>
        <w:rPr>
          <w:sz w:val="20"/>
        </w:rPr>
        <w:t>19:50  So even if you have a good excuse to be negative, even then you are not allowed to be negative. You have to maintain your positivity in every situation.</w:t>
      </w:r>
      <w:r>
        <w:br/>
      </w:r>
      <w:r>
        <w:rPr>
          <w:sz w:val="20"/>
        </w:rPr>
        <w:t>20:08  You have to maintain your positivity in every situation</w:t>
      </w:r>
      <w:r>
        <w:br/>
      </w:r>
      <w:r>
        <w:rPr>
          <w:sz w:val="20"/>
        </w:rPr>
        <w:t>20:16  without using any excuse whatsoever.</w:t>
      </w:r>
      <w:r>
        <w:br/>
      </w:r>
      <w:r>
        <w:rPr>
          <w:sz w:val="20"/>
        </w:rPr>
        <w:t>20:22  This is Islam. This is imaan.</w:t>
      </w:r>
      <w:r>
        <w:br/>
      </w:r>
      <w:r>
        <w:rPr>
          <w:sz w:val="20"/>
        </w:rPr>
        <w:t>20:30  So one aspect of imaan is realization of God. And the other aspect of imaan is</w:t>
      </w:r>
      <w:r>
        <w:br/>
      </w:r>
      <w:r>
        <w:rPr>
          <w:sz w:val="20"/>
        </w:rPr>
        <w:t>20:41  living as a well-wisher among people</w:t>
      </w:r>
      <w:r>
        <w:br/>
      </w:r>
      <w:r>
        <w:rPr>
          <w:sz w:val="20"/>
        </w:rPr>
        <w:t>20:49  . These are two very - these are two integral parts of imaan. Without this, there is no imaan.</w:t>
      </w:r>
    </w:p>
    <w:p>
      <w:pPr>
        <w:pStyle w:val="Heading2"/>
      </w:pPr>
      <w:r>
        <w:t>God's mercy, judging by intention, universal goodwill</w:t>
      </w:r>
    </w:p>
    <w:p>
      <w:r>
        <w:rPr>
          <w:color w:val="666666"/>
          <w:sz w:val="18"/>
        </w:rPr>
        <w:t>Dars-e-Quran June 27, 2007 · 5m 48s · at 21:53 · https://youtu.be/6dgTjqN_UBM?t=1313</w:t>
      </w:r>
    </w:p>
    <w:p>
      <w:r>
        <w:rPr>
          <w:i/>
        </w:rPr>
        <w:t>“Ayat 143: Allah bila shuba logon ke sath meharban hai”</w:t>
      </w:r>
    </w:p>
    <w:p>
      <w:r>
        <w:rPr>
          <w:sz w:val="20"/>
        </w:rPr>
        <w:t>21:53  ab is ke baad dekhiye Surah Baqarah ki ayat 143.</w:t>
      </w:r>
      <w:r>
        <w:br/>
      </w:r>
      <w:r>
        <w:rPr>
          <w:sz w:val="20"/>
        </w:rPr>
        <w:t>22:05  143.</w:t>
      </w:r>
      <w:r>
        <w:br/>
      </w:r>
      <w:r>
        <w:rPr>
          <w:sz w:val="20"/>
        </w:rPr>
        <w:t>22:11  to ayat number 143 mein farmaya إِنَّ اللَّهَ بِالنَّاسِ لَرَؤُوفٌ رَحِيمٌ</w:t>
      </w:r>
      <w:r>
        <w:br/>
      </w:r>
      <w:r>
        <w:rPr>
          <w:sz w:val="20"/>
        </w:rPr>
        <w:t>22:24  Innal-laha bin-nasi la ra'ufur-rahim.</w:t>
      </w:r>
      <w:r>
        <w:br/>
      </w:r>
      <w:r>
        <w:rPr>
          <w:sz w:val="20"/>
        </w:rPr>
        <w:t>22:35  iska matlab yeh hai ke Allah bila shubah</w:t>
      </w:r>
      <w:r>
        <w:br/>
      </w:r>
      <w:r>
        <w:rPr>
          <w:sz w:val="20"/>
        </w:rPr>
        <w:t>22:42  logon ke sath</w:t>
      </w:r>
      <w:r>
        <w:br/>
      </w:r>
      <w:r>
        <w:rPr>
          <w:sz w:val="20"/>
        </w:rPr>
        <w:t>22:46  narmi wala aur meharbani wala hai.</w:t>
      </w:r>
      <w:r>
        <w:br/>
      </w:r>
      <w:r>
        <w:rPr>
          <w:sz w:val="20"/>
        </w:rPr>
        <w:t>22:53  Allah logon ke sath narmi ka aur meharbani ka sulook karta hai. Is mein koi shaq nahi hai.</w:t>
      </w:r>
      <w:r>
        <w:br/>
      </w:r>
      <w:r>
        <w:rPr>
          <w:sz w:val="20"/>
        </w:rPr>
        <w:t>23:05  iska matlab kya hai?</w:t>
      </w:r>
      <w:r>
        <w:br/>
      </w:r>
      <w:r>
        <w:rPr>
          <w:sz w:val="20"/>
        </w:rPr>
        <w:t>23:10  iska matlab yeh hai ke dunya mein agar aap apne ko kisi museebat mein paayein, koi baat aap ki bigad jaye to yeh mat samjhiye ke Khuda ne aap ke sath koi</w:t>
      </w:r>
      <w:r>
        <w:br/>
      </w:r>
      <w:r>
        <w:rPr>
          <w:sz w:val="20"/>
        </w:rPr>
        <w:t>23:30  ghalat muamla kiya hai, koi dushmani ka muamla kiya hai. Woh bhi kisi na kisi pehlu se aap ke liye acha hoga.</w:t>
      </w:r>
      <w:r>
        <w:br/>
      </w:r>
      <w:r>
        <w:rPr>
          <w:sz w:val="20"/>
        </w:rPr>
        <w:t>23:39  ek cheez jis ko aap khud acha samajhte hon, zaroori nahi ke anjam ke aitbar se bhi woh achi ho aap ke liye. To Khuda anjam ko dekh kar faisla karta hai.</w:t>
      </w:r>
      <w:r>
        <w:br/>
      </w:r>
      <w:r>
        <w:rPr>
          <w:sz w:val="20"/>
        </w:rPr>
        <w:t>23:50  is wajah se bohat ziyada taleem di gayi hai ke aadmi sabr aur shukr ke sath dunya mein rahe. Sabr aur shukr ke sath dunya mein rahe.</w:t>
      </w:r>
      <w:r>
        <w:br/>
      </w:r>
      <w:r>
        <w:rPr>
          <w:sz w:val="20"/>
        </w:rPr>
        <w:t>24:04  kyun ke agar woh aisa karega to us ko Khuda ki aur aur rehmaten milegi. Us ke andar haqeeqat pasandi aayegi.</w:t>
      </w:r>
      <w:r>
        <w:br/>
      </w:r>
      <w:r>
        <w:rPr>
          <w:sz w:val="20"/>
        </w:rPr>
        <w:t>24:17  woh apne aap ko manfi soch se bacha kar musbat soch par qaim rakhega. Yeh faida hoga.</w:t>
      </w:r>
      <w:r>
        <w:br/>
      </w:r>
      <w:r>
        <w:rPr>
          <w:sz w:val="20"/>
        </w:rPr>
        <w:t>24:30  phir aakhiri ke aitbar se bhi yahi baat hai ke aakhirat ke aitbar se Khuda insan ke sath sakhti nahi karta.</w:t>
      </w:r>
      <w:r>
        <w:br/>
      </w:r>
      <w:r>
        <w:rPr>
          <w:sz w:val="20"/>
        </w:rPr>
        <w:t>24:42  khuda hamesha insan ki niyat ko dekhta hai.</w:t>
      </w:r>
      <w:r>
        <w:br/>
      </w:r>
      <w:r>
        <w:rPr>
          <w:sz w:val="20"/>
        </w:rPr>
        <w:t>24:47  agar aadmi bظahir koi is ki ghalati ho jaye to khuda aisa nahi karta ke be rehmi ke sath is ko pakar le. kyunke woh raoof hai, woh rahim hai, woh naram hai aur woh meherban hai.</w:t>
      </w:r>
      <w:r>
        <w:br/>
      </w:r>
      <w:r>
        <w:rPr>
          <w:sz w:val="20"/>
        </w:rPr>
        <w:t>25:04  lekin jahan tak niyat ki baat hai, niyat ke mamle mein insan ko koi chhoot nahi di jayegi.</w:t>
      </w:r>
      <w:r>
        <w:br/>
      </w:r>
      <w:r>
        <w:rPr>
          <w:sz w:val="20"/>
        </w:rPr>
        <w:t>25:15  khariji amal jo hai us mein to chhoot di ja sakti hai ke kuch majboori aa gayi, koi aisi wajah aa gayi jis ki wajah se aadmi koi ghalat baat kar di us ne.</w:t>
      </w:r>
      <w:r>
        <w:br/>
      </w:r>
      <w:r>
        <w:rPr>
          <w:sz w:val="20"/>
        </w:rPr>
        <w:t>25:26  lekin jahan tak niyat ki baat hai to niyat ke liye kya majboori hai? to niyat ka matlab kya hai? jis tarah se aap apne bachon ke liye khair khwah hain, usi tarah aap sare insan ke liye khair khwah ban jayen.</w:t>
      </w:r>
      <w:r>
        <w:br/>
      </w:r>
      <w:r>
        <w:rPr>
          <w:sz w:val="20"/>
        </w:rPr>
        <w:t>25:46  aap jante hain ke har maa baap apne bachon ke liye khair khwah hote hain. yahi aap ko sare insanon ke liye karna hai.</w:t>
      </w:r>
      <w:r>
        <w:br/>
      </w:r>
      <w:r>
        <w:rPr>
          <w:sz w:val="20"/>
        </w:rPr>
        <w:t>25:58  sab ka khair khwah banna hai, sab ka khair khwah banna hai. sab ke liye apne dil mein naik jazbat rakhna hai. yaani amli aitbar se aadmi ke andar kuch kami ho sakti hai.</w:t>
      </w:r>
      <w:r>
        <w:br/>
      </w:r>
      <w:r>
        <w:rPr>
          <w:sz w:val="20"/>
        </w:rPr>
        <w:t>26:13  bohat se wajoohaat hoti hain jis se amli zindagi mein aadmi se kotahi ho jati hai. lekin jahan tak dil ki baat hai, jahan tak niyat ki baat hai, is mein kisi ko allowance nahi diya jayega.</w:t>
      </w:r>
      <w:r>
        <w:br/>
      </w:r>
      <w:r>
        <w:rPr>
          <w:sz w:val="20"/>
        </w:rPr>
        <w:t>26:31  kyunke wahan koi rukawat nahi hai. yaani dil mein agar aap sab ke liye khair khwah ban jayen to is mein kya rukawat</w:t>
      </w:r>
      <w:r>
        <w:br/>
      </w:r>
      <w:r>
        <w:rPr>
          <w:sz w:val="20"/>
        </w:rPr>
        <w:t>26:41  hai? kaun rok raha hai aap ko khair khwah banne se?</w:t>
      </w:r>
      <w:r>
        <w:br/>
      </w:r>
      <w:r>
        <w:rPr>
          <w:sz w:val="20"/>
        </w:rPr>
        <w:t>26:48  yaani amli aitbar se farz ki jiye ke aap ke paas paisa kam hai to aap paisa doosron ko nahi de payenge. aap ke paas taqat kam hai to aap doosron ki madad nahi kar payenge.</w:t>
      </w:r>
      <w:r>
        <w:br/>
      </w:r>
      <w:r>
        <w:rPr>
          <w:sz w:val="20"/>
        </w:rPr>
        <w:t>27:02  lekin dil mein har ek ke liye achhe jazbat hona, is mein kya rukawat hai?</w:t>
      </w:r>
      <w:r>
        <w:br/>
      </w:r>
      <w:r>
        <w:rPr>
          <w:sz w:val="20"/>
        </w:rPr>
        <w:t>27:11  yahan to koi rukawat nahi. to yeh farz ke darje mein zaroori hai ke aadmi niyat ke aitbar se sab ke liye achha rahe woh.</w:t>
      </w:r>
      <w:r>
        <w:br/>
      </w:r>
      <w:r>
        <w:rPr>
          <w:sz w:val="20"/>
        </w:rPr>
        <w:t>27:25  niyat ke aitbar se woh khuda ke liye bhi achha bana rahe aur niyat ke aitbar se woh insanon ke liye bhi achha bana rahe.</w:t>
      </w:r>
      <w:r>
        <w:br/>
      </w:r>
      <w:r>
        <w:rPr>
          <w:sz w:val="20"/>
        </w:rPr>
        <w:t>27:35  har insan ke sath is ka khair khwah ban kar rehna.</w:t>
      </w:r>
    </w:p>
    <w:p>
      <w:pPr>
        <w:pStyle w:val="Heading2"/>
      </w:pPr>
      <w:r>
        <w:t>Uniformity model of interfaith dialogue failed despite great minds</w:t>
      </w:r>
    </w:p>
    <w:p>
      <w:r>
        <w:rPr>
          <w:color w:val="666666"/>
          <w:sz w:val="18"/>
        </w:rPr>
        <w:t>Interfaith Dialogue (English) February 1, 2014 Maulana Wahiduddin Khan · 1m 38s · at 2:58 · https://youtu.be/esM8RDj_new?t=178</w:t>
      </w:r>
    </w:p>
    <w:p>
      <w:r>
        <w:rPr>
          <w:i/>
        </w:rPr>
        <w:t>“The method was not right, the method was unnatural.”</w:t>
      </w:r>
    </w:p>
    <w:p>
      <w:r>
        <w:rPr>
          <w:sz w:val="20"/>
        </w:rPr>
        <w:t>2:58  Now, the question is that why did these exercises fail?</w:t>
      </w:r>
      <w:r>
        <w:br/>
      </w:r>
      <w:r>
        <w:rPr>
          <w:sz w:val="20"/>
        </w:rPr>
        <w:t>3:09  I would say that</w:t>
      </w:r>
      <w:r>
        <w:br/>
      </w:r>
      <w:r>
        <w:rPr>
          <w:sz w:val="20"/>
        </w:rPr>
        <w:t>3:14  the method was notright. The method was unnatural.</w:t>
      </w:r>
      <w:r>
        <w:br/>
      </w:r>
      <w:r>
        <w:rPr>
          <w:sz w:val="20"/>
        </w:rPr>
        <w:t>3:27  According to my experience,</w:t>
      </w:r>
      <w:r>
        <w:br/>
      </w:r>
      <w:r>
        <w:rPr>
          <w:sz w:val="20"/>
        </w:rPr>
        <w:t>3:32  there were two</w:t>
      </w:r>
      <w:r>
        <w:br/>
      </w:r>
      <w:r>
        <w:rPr>
          <w:sz w:val="20"/>
        </w:rPr>
        <w:t>3:36  models of this interfaith dialogue. The</w:t>
      </w:r>
      <w:r>
        <w:br/>
      </w:r>
      <w:r>
        <w:rPr>
          <w:sz w:val="20"/>
        </w:rPr>
        <w:t>3:41  first model was based on the concept of uniformity.</w:t>
      </w:r>
      <w:r>
        <w:br/>
      </w:r>
      <w:r>
        <w:rPr>
          <w:sz w:val="20"/>
        </w:rPr>
        <w:t>3:51  According to this concept, all the religions are one and the same. There is an essential unity among all the religions.</w:t>
      </w:r>
      <w:r>
        <w:br/>
      </w:r>
      <w:r>
        <w:rPr>
          <w:sz w:val="20"/>
        </w:rPr>
        <w:t>4:05  So, we have to discover this essential unity and make people aware of this unity or uniformity.</w:t>
      </w:r>
      <w:r>
        <w:br/>
      </w:r>
      <w:r>
        <w:rPr>
          <w:sz w:val="20"/>
        </w:rPr>
        <w:t>4:19  So, this is the way by which we can expect the harmony among religious groups.</w:t>
      </w:r>
      <w:r>
        <w:br/>
      </w:r>
      <w:r>
        <w:rPr>
          <w:sz w:val="20"/>
        </w:rPr>
        <w:t>4:30  But this kind of exercise completely failed.</w:t>
      </w:r>
    </w:p>
    <w:p>
      <w:pPr>
        <w:pStyle w:val="Heading2"/>
      </w:pPr>
      <w:r>
        <w:t>Islam is about love not problem</w:t>
      </w:r>
    </w:p>
    <w:p>
      <w:r>
        <w:rPr>
          <w:color w:val="666666"/>
          <w:sz w:val="18"/>
        </w:rPr>
        <w:t>Islam in Daily Life I 26 Dec, 2010 - Maulana Wahiduddin Khan · 2m 55s · at 1:22 · https://youtu.be/S7ahMQ1iyp0?t=82</w:t>
      </w:r>
    </w:p>
    <w:p>
      <w:r>
        <w:rPr>
          <w:i/>
        </w:rPr>
        <w:t>“Iska main aaghaz karunga apne do tajurbe se”</w:t>
      </w:r>
    </w:p>
    <w:p>
      <w:r>
        <w:rPr>
          <w:sz w:val="20"/>
        </w:rPr>
        <w:t>1:22  is ka main aaghaaz karunga apne do tajrube se.</w:t>
      </w:r>
      <w:r>
        <w:br/>
      </w:r>
      <w:r>
        <w:rPr>
          <w:sz w:val="20"/>
        </w:rPr>
        <w:t>1:29  ek baar, kai saal pehle ki baat hai,</w:t>
      </w:r>
      <w:r>
        <w:br/>
      </w:r>
      <w:r>
        <w:rPr>
          <w:sz w:val="20"/>
        </w:rPr>
        <w:t>1:36  Hyderabad mein ek Hindu Muslim dialogue rakha gaya.</w:t>
      </w:r>
      <w:r>
        <w:br/>
      </w:r>
      <w:r>
        <w:rPr>
          <w:sz w:val="20"/>
        </w:rPr>
        <w:t>1:46  Hindu ki numaindagi kar rahe the Mr. Haroon Shori, jo baad ko minister bane. Islam ki numaindagi mein kar raha tha.</w:t>
      </w:r>
      <w:r>
        <w:br/>
      </w:r>
      <w:r>
        <w:rPr>
          <w:sz w:val="20"/>
        </w:rPr>
        <w:t>2:00  toh is ka jo topic rakha gaya tha, woh tha: "Living with Islam in India".</w:t>
      </w:r>
      <w:r>
        <w:br/>
      </w:r>
      <w:r>
        <w:rPr>
          <w:sz w:val="20"/>
        </w:rPr>
        <w:t>2:13  "Living with Islam in India".</w:t>
      </w:r>
      <w:r>
        <w:br/>
      </w:r>
      <w:r>
        <w:rPr>
          <w:sz w:val="20"/>
        </w:rPr>
        <w:t>2:19  toh Haroon Shori sahab ne jo baatein kaheen, woh aisi theen jaise ke: "Living with problem Islam in India".</w:t>
      </w:r>
      <w:r>
        <w:br/>
      </w:r>
      <w:r>
        <w:rPr>
          <w:sz w:val="20"/>
        </w:rPr>
        <w:t>2:32  yaani ek aisa mazhab jo problem hai, us ke saath kaise India mein rahein?</w:t>
      </w:r>
      <w:r>
        <w:br/>
      </w:r>
      <w:r>
        <w:rPr>
          <w:sz w:val="20"/>
        </w:rPr>
        <w:t>2:41  toh maine kaha ke dekhein, yeh jo hai, Musalmanon ke kuch baaton ko le kar yeh image bani hai ke Islam ek problem religion hai.</w:t>
      </w:r>
      <w:r>
        <w:br/>
      </w:r>
      <w:r>
        <w:rPr>
          <w:sz w:val="20"/>
        </w:rPr>
        <w:t>2:54  theek hai? ek Musalmanon ko alag kar ke dekhein aap, toh Islam jo hai,</w:t>
      </w:r>
      <w:r>
        <w:br/>
      </w:r>
      <w:r>
        <w:rPr>
          <w:sz w:val="20"/>
        </w:rPr>
        <w:t>3:00  woh no problem religion hai.</w:t>
      </w:r>
      <w:r>
        <w:br/>
      </w:r>
      <w:r>
        <w:rPr>
          <w:sz w:val="20"/>
        </w:rPr>
        <w:t>3:04  yaani ulta hai. so you have to differentiate between Islam and Muslims. you have to judge Muslims in the light of Islamic teachings, and not vice versa.</w:t>
      </w:r>
      <w:r>
        <w:br/>
      </w:r>
      <w:r>
        <w:rPr>
          <w:sz w:val="20"/>
        </w:rPr>
        <w:t>3:19  toh maine bataya ke "Living with Islam in India" ek negative tone mein hai yeh topic. lekin sahi baat yeh hai ke Islam ke saath rehna,</w:t>
      </w:r>
      <w:r>
        <w:br/>
      </w:r>
      <w:r>
        <w:rPr>
          <w:sz w:val="20"/>
        </w:rPr>
        <w:t>3:36  peace ke saath rehna hai, tolerance ke saath rehna hai,</w:t>
      </w:r>
      <w:r>
        <w:br/>
      </w:r>
      <w:r>
        <w:rPr>
          <w:sz w:val="20"/>
        </w:rPr>
        <w:t>3:40  compeshn ke sath rehna hai.</w:t>
      </w:r>
      <w:r>
        <w:br/>
      </w:r>
      <w:r>
        <w:rPr>
          <w:sz w:val="20"/>
        </w:rPr>
        <w:t>3:45  to mein ne apni baat ka, ab islam ki spirit ko lete hue, mein ne baat shuru ki to mein ne kaha ke dekhen, yeh koi debate nahi hai.</w:t>
      </w:r>
      <w:r>
        <w:br/>
      </w:r>
      <w:r>
        <w:rPr>
          <w:sz w:val="20"/>
        </w:rPr>
        <w:t>3:59  yeh pyar ka, pyar ke sath exchange hai. mein ne kaha ke mister haroon shori ke pas bhi pyar ki batain hongi to woh kahein, mein islam ko le kar pyar ki batain kahunga.</w:t>
      </w:r>
      <w:r>
        <w:br/>
      </w:r>
      <w:r>
        <w:rPr>
          <w:sz w:val="20"/>
        </w:rPr>
        <w:t>4:11  to yeh pyar ke sath, yani zindagi jo hai poori,</w:t>
      </w:r>
    </w:p>
    <w:p>
      <w:pPr>
        <w:pStyle w:val="Heading2"/>
      </w:pPr>
      <w:r>
        <w:t>Learning languages through interaction, not miracles</w:t>
      </w:r>
    </w:p>
    <w:p>
      <w:r>
        <w:rPr>
          <w:color w:val="666666"/>
          <w:sz w:val="18"/>
        </w:rPr>
        <w:t>Muslims in Diaspora 9 jan 2007 (English) · 35s · at 13:36 · https://youtu.be/oAi49l7nuOI?t=816</w:t>
      </w:r>
    </w:p>
    <w:p>
      <w:r>
        <w:rPr>
          <w:i/>
        </w:rPr>
        <w:t>“It was not a miracle, simply a result of interaction.”</w:t>
      </w:r>
    </w:p>
    <w:p>
      <w:r>
        <w:rPr>
          <w:sz w:val="20"/>
        </w:rPr>
        <w:t>13:36  It was not a miracle that they began speaking the language of those people. It was simply a social process, simply a result of interaction,</w:t>
      </w:r>
      <w:r>
        <w:br/>
      </w:r>
      <w:r>
        <w:rPr>
          <w:sz w:val="20"/>
        </w:rPr>
        <w:t>13:49  simply a result of dialogue, simply living with those people</w:t>
      </w:r>
      <w:r>
        <w:br/>
      </w:r>
      <w:r>
        <w:rPr>
          <w:sz w:val="20"/>
        </w:rPr>
        <w:t>13:56  . So, it happened. So, according to my knowledge, this was the second positive diaspora. And you know, this diaspora was a great success.</w:t>
      </w:r>
      <w:r>
        <w:br/>
      </w:r>
      <w:r>
        <w:rPr>
          <w:sz w:val="20"/>
        </w:rPr>
        <w:t>14:12  Due to this diaspora, Christianity spread all over the world.</w:t>
      </w:r>
    </w:p>
    <w:p>
      <w:pPr>
        <w:pStyle w:val="Heading2"/>
      </w:pPr>
      <w:r>
        <w:t>Closing argument: learning never ends, coexistence brings harmony</w:t>
      </w:r>
    </w:p>
    <w:p>
      <w:r>
        <w:rPr>
          <w:color w:val="666666"/>
          <w:sz w:val="18"/>
        </w:rPr>
        <w:t>Interfaith Dialogue (English) February 1, 2014 Maulana Wahiduddin Khan · 5m 41s · at 23:40 · https://youtu.be/esM8RDj_new?t=1420</w:t>
      </w:r>
    </w:p>
    <w:p>
      <w:r>
        <w:rPr>
          <w:i/>
        </w:rPr>
        <w:t>“Interaction, dialogue, discussion — all these things are important.”</w:t>
      </w:r>
    </w:p>
    <w:p>
      <w:r>
        <w:rPr>
          <w:sz w:val="20"/>
        </w:rPr>
        <w:t>23:40  Interaction, dialogue, discussion, exchange of thought, all these things are very, very important.</w:t>
      </w:r>
      <w:r>
        <w:br/>
      </w:r>
      <w:r>
        <w:rPr>
          <w:sz w:val="20"/>
        </w:rPr>
        <w:t>23:51  But not for establishing your supremacy, your superiority.</w:t>
      </w:r>
      <w:r>
        <w:br/>
      </w:r>
      <w:r>
        <w:rPr>
          <w:sz w:val="20"/>
        </w:rPr>
        <w:t>24:01  Not to establish your superiority upon others, but only for the purpose of learning.</w:t>
      </w:r>
      <w:r>
        <w:br/>
      </w:r>
      <w:r>
        <w:rPr>
          <w:sz w:val="20"/>
        </w:rPr>
        <w:t>24:12  You know, learning has no end.</w:t>
      </w:r>
      <w:r>
        <w:br/>
      </w:r>
      <w:r>
        <w:rPr>
          <w:sz w:val="20"/>
        </w:rPr>
        <w:t>24:18  There are limitless things that we need to learn. The universe of fact is limitless.</w:t>
      </w:r>
      <w:r>
        <w:br/>
      </w:r>
      <w:r>
        <w:rPr>
          <w:sz w:val="20"/>
        </w:rPr>
        <w:t>24:31  The universe of fact has no end.</w:t>
      </w:r>
      <w:r>
        <w:br/>
      </w:r>
      <w:r>
        <w:rPr>
          <w:sz w:val="20"/>
        </w:rPr>
        <w:t>24:34  So, our learning process is an eternal process,</w:t>
      </w:r>
      <w:r>
        <w:br/>
      </w:r>
      <w:r>
        <w:rPr>
          <w:sz w:val="20"/>
        </w:rPr>
        <w:t>24:45  an unending process.</w:t>
      </w:r>
      <w:r>
        <w:br/>
      </w:r>
      <w:r>
        <w:rPr>
          <w:sz w:val="20"/>
        </w:rPr>
        <w:t>24:50  So, as far as the social harmony is concerned, we have to adopt the tested formula that is peaceful coexistence.</w:t>
      </w:r>
      <w:r>
        <w:br/>
      </w:r>
      <w:r>
        <w:rPr>
          <w:sz w:val="20"/>
        </w:rPr>
        <w:t>25:05  And as far as the interfaith dialogue is concerned, we have to take it as a learning, as an interaction,</w:t>
      </w:r>
      <w:r>
        <w:br/>
      </w:r>
      <w:r>
        <w:rPr>
          <w:sz w:val="20"/>
        </w:rPr>
        <w:t>25:21  as an exchange of thought, as a sharing.</w:t>
      </w:r>
      <w:r>
        <w:br/>
      </w:r>
      <w:r>
        <w:rPr>
          <w:sz w:val="20"/>
        </w:rPr>
        <w:t>25:33  By this method, by following this method, we can achieve both goals, both the goals.</w:t>
      </w:r>
      <w:r>
        <w:br/>
      </w:r>
      <w:r>
        <w:rPr>
          <w:sz w:val="20"/>
        </w:rPr>
        <w:t>25:46  One</w:t>
      </w:r>
      <w:r>
        <w:br/>
      </w:r>
      <w:r>
        <w:rPr>
          <w:sz w:val="20"/>
        </w:rPr>
        <w:t>25:51  goal is to discover the truth. The second is to establish harmony.</w:t>
      </w:r>
      <w:r>
        <w:br/>
      </w:r>
      <w:r>
        <w:rPr>
          <w:sz w:val="20"/>
        </w:rPr>
        <w:t>26:02  So, by taking interfaith dialogue as a mutual learning, we can</w:t>
      </w:r>
      <w:r>
        <w:br/>
      </w:r>
      <w:r>
        <w:rPr>
          <w:sz w:val="20"/>
        </w:rPr>
        <w:t>26:11  continue our process towards seeking the truth. And by adopting the formula of coexistence, we can establish harmony in society.</w:t>
      </w:r>
      <w:r>
        <w:br/>
      </w:r>
      <w:r>
        <w:rPr>
          <w:sz w:val="20"/>
        </w:rPr>
        <w:t>26:27  This is my experience.</w:t>
      </w:r>
      <w:r>
        <w:br/>
      </w:r>
      <w:r>
        <w:rPr>
          <w:sz w:val="20"/>
        </w:rPr>
        <w:t>26:32  I can say that this formula is based on the law of nature. This is in accordance with the Krishna plan of God.</w:t>
      </w:r>
      <w:r>
        <w:br/>
      </w:r>
      <w:r>
        <w:rPr>
          <w:sz w:val="20"/>
        </w:rPr>
        <w:t>26:45  So, there is no contradiction in this formula with nature. It is quite practicable, quite feasible.</w:t>
      </w:r>
      <w:r>
        <w:br/>
      </w:r>
      <w:r>
        <w:rPr>
          <w:sz w:val="20"/>
        </w:rPr>
        <w:t>27:05  So, I am convinced that this is the only formula for interfaith dialogue.</w:t>
      </w:r>
      <w:r>
        <w:br/>
      </w:r>
      <w:r>
        <w:rPr>
          <w:sz w:val="20"/>
        </w:rPr>
        <w:t>27:18  It is very clear that dialogue, for the sake of dialogue, is nothing.</w:t>
      </w:r>
      <w:r>
        <w:br/>
      </w:r>
      <w:r>
        <w:rPr>
          <w:sz w:val="20"/>
        </w:rPr>
        <w:t>27:26  Dialogue, for the sake of dialogue, is nothing.</w:t>
      </w:r>
      <w:r>
        <w:br/>
      </w:r>
      <w:r>
        <w:rPr>
          <w:sz w:val="20"/>
        </w:rPr>
        <w:t>27:33  So, if we want to take dialogue for some purpose, then what is the purpose? So, according to my experience, the purpose is to the is sharing, mutual learning,</w:t>
      </w:r>
      <w:r>
        <w:br/>
      </w:r>
      <w:r>
        <w:rPr>
          <w:sz w:val="20"/>
        </w:rPr>
        <w:t>27:55  interaction.</w:t>
      </w:r>
      <w:r>
        <w:br/>
      </w:r>
      <w:r>
        <w:rPr>
          <w:sz w:val="20"/>
        </w:rPr>
        <w:t>28:01  Then, it is also very important that if we want to achieve some goal, we have to adopt a peaceful method</w:t>
      </w:r>
      <w:r>
        <w:br/>
      </w:r>
      <w:r>
        <w:rPr>
          <w:sz w:val="20"/>
        </w:rPr>
        <w:t>28:16  . Any method that creates problems, that creates hate, that promotes negative thinking, there is no method.</w:t>
      </w:r>
      <w:r>
        <w:br/>
      </w:r>
      <w:r>
        <w:rPr>
          <w:sz w:val="20"/>
        </w:rPr>
        <w:t>28:31  There is no method. Method is one that is totally peaceful method. Method is one.</w:t>
      </w:r>
      <w:r>
        <w:br/>
      </w:r>
      <w:r>
        <w:rPr>
          <w:sz w:val="20"/>
        </w:rPr>
        <w:t>28:40  If we follow it, it will not create any new problem.</w:t>
      </w:r>
      <w:r>
        <w:br/>
      </w:r>
      <w:r>
        <w:rPr>
          <w:sz w:val="20"/>
        </w:rPr>
        <w:t>28:47  Method must be highly peaceful, problem-free method.</w:t>
      </w:r>
      <w:r>
        <w:br/>
      </w:r>
      <w:r>
        <w:rPr>
          <w:sz w:val="20"/>
        </w:rPr>
        <w:t>28:59  Any method that is problem-free is method. Otherwise, it is not a method.</w:t>
      </w:r>
      <w:r>
        <w:br/>
      </w:r>
      <w:r>
        <w:rPr>
          <w:sz w:val="20"/>
        </w:rPr>
        <w:t>29:10  So, why I suggest in this regard is problem-free method.</w:t>
      </w:r>
    </w:p>
    <w:p>
      <w:pPr>
        <w:pStyle w:val="Heading2"/>
      </w:pPr>
      <w:r>
        <w:t>Discovering mutual learning as the true dialogue formula</w:t>
      </w:r>
    </w:p>
    <w:p>
      <w:r>
        <w:rPr>
          <w:color w:val="666666"/>
          <w:sz w:val="18"/>
        </w:rPr>
        <w:t>Interfaith Dialogue (English) February 1, 2014 Maulana Wahiduddin Khan · 4m 57s · at 8:38 · https://youtu.be/esM8RDj_new?t=518</w:t>
      </w:r>
    </w:p>
    <w:p>
      <w:r>
        <w:rPr>
          <w:i/>
        </w:rPr>
        <w:t>“I have discovered a third formula.”</w:t>
      </w:r>
    </w:p>
    <w:p>
      <w:r>
        <w:rPr>
          <w:sz w:val="20"/>
        </w:rPr>
        <w:t>8:38  This third formula is based on a tradition. I can say that it is a Faruqi formula.</w:t>
      </w:r>
      <w:r>
        <w:br/>
      </w:r>
      <w:r>
        <w:rPr>
          <w:sz w:val="20"/>
        </w:rPr>
        <w:t>8:50  This formula was adopted by Umar ibn al-Khattab,</w:t>
      </w:r>
      <w:r>
        <w:br/>
      </w:r>
      <w:r>
        <w:rPr>
          <w:sz w:val="20"/>
        </w:rPr>
        <w:t>9:00  who was the second Caliph of Islam</w:t>
      </w:r>
      <w:r>
        <w:br/>
      </w:r>
      <w:r>
        <w:rPr>
          <w:sz w:val="20"/>
        </w:rPr>
        <w:t>9:06  . So, about Umar ibn al-Khattab, we find in books there is a report about him in these words:</w:t>
      </w:r>
      <w:r>
        <w:br/>
      </w:r>
      <w:r>
        <w:rPr>
          <w:sz w:val="20"/>
        </w:rPr>
        <w:t>9:23  "qana yata'allamu min kulli haddin."</w:t>
      </w:r>
      <w:r>
        <w:br/>
      </w:r>
      <w:r>
        <w:rPr>
          <w:sz w:val="20"/>
        </w:rPr>
        <w:t>9:31  It means that he used to learn from everyone. So, this third formula is based on a learning process.</w:t>
      </w:r>
      <w:r>
        <w:br/>
      </w:r>
      <w:r>
        <w:rPr>
          <w:sz w:val="20"/>
        </w:rPr>
        <w:t>9:44  Learning.</w:t>
      </w:r>
      <w:r>
        <w:br/>
      </w:r>
      <w:r>
        <w:rPr>
          <w:sz w:val="20"/>
        </w:rPr>
        <w:t>9:47  So, when I apply this on the concept of interfaith dialogue, I would say that the third formula is mutual learning.</w:t>
      </w:r>
      <w:r>
        <w:br/>
      </w:r>
      <w:r>
        <w:rPr>
          <w:sz w:val="20"/>
        </w:rPr>
        <w:t>10:03  Mutual learning.</w:t>
      </w:r>
      <w:r>
        <w:br/>
      </w:r>
      <w:r>
        <w:rPr>
          <w:sz w:val="20"/>
        </w:rPr>
        <w:t>10:05  It means that</w:t>
      </w:r>
      <w:r>
        <w:br/>
      </w:r>
      <w:r>
        <w:rPr>
          <w:sz w:val="20"/>
        </w:rPr>
        <w:t>10:10  interfaith dialogue, the purpose of interfaith dialogue is neither to discover the uniformity among all the religions, also not to establish your superiority on other religions.</w:t>
      </w:r>
      <w:r>
        <w:br/>
      </w:r>
      <w:r>
        <w:rPr>
          <w:sz w:val="20"/>
        </w:rPr>
        <w:t>10:33  No.</w:t>
      </w:r>
      <w:r>
        <w:br/>
      </w:r>
      <w:r>
        <w:rPr>
          <w:sz w:val="20"/>
        </w:rPr>
        <w:t>10:35  Instead of these two formulas, the third formula is based on mutual learning. All the participants in this process must try to learn from each other.</w:t>
      </w:r>
      <w:r>
        <w:br/>
      </w:r>
      <w:r>
        <w:rPr>
          <w:sz w:val="20"/>
        </w:rPr>
        <w:t>10:57  This is I can say this is completely based on the law of nature, and it is workable.</w:t>
      </w:r>
      <w:r>
        <w:br/>
      </w:r>
      <w:r>
        <w:rPr>
          <w:sz w:val="20"/>
        </w:rPr>
        <w:t>11:11  There is no doubt about it. Then,</w:t>
      </w:r>
      <w:r>
        <w:br/>
      </w:r>
      <w:r>
        <w:rPr>
          <w:sz w:val="20"/>
        </w:rPr>
        <w:t>11:18  I can say that this formula is not a religious formula. It is a universal formula.</w:t>
      </w:r>
      <w:r>
        <w:br/>
      </w:r>
      <w:r>
        <w:rPr>
          <w:sz w:val="20"/>
        </w:rPr>
        <w:t>11:27  In all the in every walk of life, in every discipline, we</w:t>
      </w:r>
      <w:r>
        <w:br/>
      </w:r>
      <w:r>
        <w:rPr>
          <w:sz w:val="20"/>
        </w:rPr>
        <w:t>11:43  use we exercise the same formula</w:t>
      </w:r>
      <w:r>
        <w:br/>
      </w:r>
      <w:r>
        <w:rPr>
          <w:sz w:val="20"/>
        </w:rPr>
        <w:t>11:48  in education, in industry, in business, in social life. Everywhere, we try to learn from the others.</w:t>
      </w:r>
      <w:r>
        <w:br/>
      </w:r>
      <w:r>
        <w:rPr>
          <w:sz w:val="20"/>
        </w:rPr>
        <w:t>12:01  Mutual learning is a very basic concept of universal life. So, why try to single out religion?</w:t>
      </w:r>
      <w:r>
        <w:br/>
      </w:r>
      <w:r>
        <w:rPr>
          <w:sz w:val="20"/>
        </w:rPr>
        <w:t>12:16  Why not apply this formula also on religious affairs?</w:t>
      </w:r>
      <w:r>
        <w:br/>
      </w:r>
      <w:r>
        <w:rPr>
          <w:sz w:val="20"/>
        </w:rPr>
        <w:t>12:26  So, in this sense, interfaith dialogue is a part of the universal process.</w:t>
      </w:r>
      <w:r>
        <w:br/>
      </w:r>
      <w:r>
        <w:rPr>
          <w:sz w:val="20"/>
        </w:rPr>
        <w:t>12:37  It is not pertinent to religion only.</w:t>
      </w:r>
      <w:r>
        <w:br/>
      </w:r>
      <w:r>
        <w:rPr>
          <w:sz w:val="20"/>
        </w:rPr>
        <w:t>12:45  I have learned a lot from all these exercises. I have studied the I have different religions, the literature of different relig</w:t>
      </w:r>
      <w:r>
        <w:br/>
      </w:r>
      <w:r>
        <w:rPr>
          <w:sz w:val="20"/>
        </w:rPr>
        <w:t>13:02  ions. Also, I have participated in</w:t>
      </w:r>
      <w:r>
        <w:br/>
      </w:r>
      <w:r>
        <w:rPr>
          <w:sz w:val="20"/>
        </w:rPr>
        <w:t>13:08  many interfaith dialogues. And I can say that I have learned a lot</w:t>
      </w:r>
      <w:r>
        <w:br/>
      </w:r>
      <w:r>
        <w:rPr>
          <w:sz w:val="20"/>
        </w:rPr>
        <w:t>13:17  because I never wanted to establish my superiority.</w:t>
      </w:r>
      <w:r>
        <w:br/>
      </w:r>
      <w:r>
        <w:rPr>
          <w:sz w:val="20"/>
        </w:rPr>
        <w:t>13:23  Simply, I wanted to learn. And always, I learned from other books, other experiences.</w:t>
      </w:r>
    </w:p>
    <w:p>
      <w:pPr>
        <w:pStyle w:val="Heading2"/>
      </w:pPr>
      <w:r>
        <w:t>Personal idealism social pragmatism</w:t>
      </w:r>
    </w:p>
    <w:p>
      <w:r>
        <w:rPr>
          <w:color w:val="666666"/>
          <w:sz w:val="18"/>
        </w:rPr>
        <w:t>Adjustment the Only Option September 19, 2010 Maulana Wahiduddin Khan · 31s · at 4:47 · https://youtu.be/o5wG_ONm76s?t=287</w:t>
      </w:r>
    </w:p>
    <w:p>
      <w:r>
        <w:rPr>
          <w:i/>
        </w:rPr>
        <w:t>“In your personal life be idealist”</w:t>
      </w:r>
    </w:p>
    <w:p>
      <w:r>
        <w:rPr>
          <w:sz w:val="20"/>
        </w:rPr>
        <w:t>4:47  In your personal life be idealist.</w:t>
      </w:r>
      <w:r>
        <w:br/>
      </w:r>
      <w:r>
        <w:rPr>
          <w:sz w:val="20"/>
        </w:rPr>
        <w:t>4:54  idealist zaati mamle mein. Lekin when it comes to society, family, other people, you have to be realist, you have to be pragmatic.</w:t>
      </w:r>
      <w:r>
        <w:br/>
      </w:r>
      <w:r>
        <w:rPr>
          <w:sz w:val="20"/>
        </w:rPr>
        <w:t>5:11  You have to adjust with others.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