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Maryam (Mary)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(0)</w:t>
      </w:r>
    </w:p>
    <w:p>
      <w:pPr>
        <w:pStyle w:val="Heading1"/>
      </w:pPr>
      <w:r>
        <w:t>In the lectures (2)</w:t>
      </w:r>
    </w:p>
    <w:p>
      <w:pPr>
        <w:pStyle w:val="Heading2"/>
      </w:pPr>
      <w:r>
        <w:t>Chapter 19 Maryam (Mary) - Maulana Wahiduddin Khan</w:t>
      </w:r>
    </w:p>
    <w:p>
      <w:r>
        <w:rPr>
          <w:color w:val="666666"/>
          <w:sz w:val="18"/>
        </w:rPr>
        <w:t>0:01 · https://youtu.be/jq1zhAHpYm8?t=1</w:t>
      </w:r>
    </w:p>
    <w:p>
      <w:r>
        <w:rPr>
          <w:i/>
        </w:rPr>
        <w:t>“بسم الله الرحمن الرحيم.”</w:t>
      </w:r>
    </w:p>
    <w:p>
      <w:pPr>
        <w:pStyle w:val="Heading2"/>
      </w:pPr>
      <w:r>
        <w:t>Inspiring Story of Maryam (Mary) in the Quran</w:t>
        <w:br/>
        <w:t>August 25, 2024</w:t>
      </w:r>
    </w:p>
    <w:p>
      <w:r>
        <w:rPr>
          <w:color w:val="666666"/>
          <w:sz w:val="18"/>
        </w:rPr>
        <w:t>0:32 · https://youtu.be/O6VKl5oOu_s?t=32</w:t>
      </w:r>
    </w:p>
    <w:p>
      <w:r>
        <w:rPr>
          <w:i/>
        </w:rPr>
        <w:t>“She is Maryam, Mary peace be upon her.”</w:t>
      </w:r>
    </w:p>
    <w:p>
      <w:pPr>
        <w:pStyle w:val="Heading1"/>
      </w:pPr>
      <w:r>
        <w:t>Clips (1)</w:t>
      </w:r>
    </w:p>
    <w:p>
      <w:pPr>
        <w:pStyle w:val="Heading2"/>
      </w:pPr>
      <w:r>
        <w:t>Introducing Maryam's noble prophetic lineage</w:t>
      </w:r>
    </w:p>
    <w:p>
      <w:r>
        <w:rPr>
          <w:color w:val="666666"/>
          <w:sz w:val="18"/>
        </w:rPr>
        <w:t>Inspiring Story of Maryam (Mary) in the Quran</w:t>
        <w:br/>
        <w:t>August 25, 2024 · 2m 03s · at 0:22 · https://youtu.be/O6VKl5oOu_s?t=22</w:t>
      </w:r>
    </w:p>
    <w:p>
      <w:r>
        <w:rPr>
          <w:i/>
        </w:rPr>
        <w:t>“Today I want to share a great story about one of the greatest women.”</w:t>
      </w:r>
    </w:p>
    <w:p>
      <w:r>
        <w:rPr>
          <w:sz w:val="20"/>
        </w:rPr>
        <w:t>0:22  Today I want to share with you a great story. It's about one of the greatest women who ever walked on this planet.</w:t>
      </w:r>
      <w:r>
        <w:br/>
      </w:r>
      <w:r>
        <w:rPr>
          <w:sz w:val="20"/>
        </w:rPr>
        <w:t>0:32  She is Maryam, Mary peace be upon her.</w:t>
      </w:r>
      <w:r>
        <w:br/>
      </w:r>
      <w:r>
        <w:rPr>
          <w:sz w:val="20"/>
        </w:rPr>
        <w:t>0:38  Maryam's father was Imran, and her mother was Hannah bint Faqood. In Christian history, she is known as Annie, or Saint Annie.</w:t>
      </w:r>
      <w:r>
        <w:br/>
      </w:r>
      <w:r>
        <w:rPr>
          <w:sz w:val="20"/>
        </w:rPr>
        <w:t>0:53  Imran was the brother of Prophet Zakariya alaihis salam. And Surah Al Imran, chapter number three, is named after his family, the family of Imran,</w:t>
      </w:r>
      <w:r>
        <w:br/>
      </w:r>
      <w:r>
        <w:rPr>
          <w:sz w:val="20"/>
        </w:rPr>
        <w:t>1:07  Aal Imran.</w:t>
      </w:r>
      <w:r>
        <w:br/>
      </w:r>
      <w:r>
        <w:rPr>
          <w:sz w:val="20"/>
        </w:rPr>
        <w:t>1:10  So, the family of Maryam belonged to a lineage of prophets, starting from Ibrahim alaihis salam, to Isaac, to Yaqub, to Yusuf, to Musa,</w:t>
      </w:r>
      <w:r>
        <w:br/>
      </w:r>
      <w:r>
        <w:rPr>
          <w:sz w:val="20"/>
        </w:rPr>
        <w:t>1:26  Aaron, and David, and Suleiman, and Ilyas, and Zakariya, and Yahya, and Isa alaihimussalam.</w:t>
      </w:r>
      <w:r>
        <w:br/>
      </w:r>
      <w:r>
        <w:rPr>
          <w:sz w:val="20"/>
        </w:rPr>
        <w:t>1:37  So, you can see how noble and how righteous, pious family of the prophets Maryam belonged to.</w:t>
      </w:r>
      <w:r>
        <w:br/>
      </w:r>
      <w:r>
        <w:rPr>
          <w:sz w:val="20"/>
        </w:rPr>
        <w:t>1:48  Prophet Muhammad sallallahu alaihi wasallam once said that four women have perfected their iman, have perfected their faith, and Maryam was one of them.</w:t>
      </w:r>
      <w:r>
        <w:br/>
      </w:r>
      <w:r>
        <w:rPr>
          <w:sz w:val="20"/>
        </w:rPr>
        <w:t>2:01  And the others are Asiya, the wife of Pharaoh, and Khadija radiallahu anha and Fatima radiallahu anha.</w:t>
      </w:r>
      <w:r>
        <w:br/>
      </w:r>
      <w:r>
        <w:rPr>
          <w:sz w:val="20"/>
        </w:rPr>
        <w:t>2:13  So, Mary is undoubtedly one of the greatest women of all time. And in Surah Al Imran, her birth is mentioned.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