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Musa (Moses)</w:t>
      </w:r>
    </w:p>
    <w:p>
      <w:r>
        <w:rPr>
          <w:sz w:val="18"/>
        </w:rPr>
        <w:t>Q&amp;A, lecture moments and clips · full transcripts with timestamps · exported 2026-09-21</w:t>
      </w:r>
    </w:p>
    <w:p>
      <w:pPr>
        <w:pStyle w:val="Heading1"/>
      </w:pPr>
      <w:r>
        <w:t>Maulana was asked (3)</w:t>
      </w:r>
    </w:p>
    <w:p>
      <w:pPr>
        <w:pStyle w:val="Heading2"/>
      </w:pPr>
      <w:r>
        <w:t>Incomplete question from N.A. Khan</w:t>
      </w:r>
    </w:p>
    <w:p>
      <w:r>
        <w:rPr>
          <w:color w:val="666666"/>
          <w:sz w:val="18"/>
        </w:rPr>
        <w:t>Dars-e-Quran, Chapter 2, Verse 35 | December 17, 2017 · 3m 11s · at 1:21:02 · https://youtu.be/Cd8MlWM7B9w?t=4862</w:t>
      </w:r>
    </w:p>
    <w:p>
      <w:r>
        <w:rPr>
          <w:i/>
        </w:rPr>
        <w:t>“Moulana... (incomplete question)”</w:t>
      </w:r>
    </w:p>
    <w:p>
      <w:r>
        <w:rPr>
          <w:sz w:val="20"/>
        </w:rPr>
        <w:t>1:21:02  maulana, agla sawal ah nay nay khan sahib nay kiya hai.</w:t>
      </w:r>
      <w:r>
        <w:br/>
      </w:r>
      <w:r>
        <w:rPr>
          <w:sz w:val="20"/>
        </w:rPr>
        <w:t>1:21:06  unhon nay location nahi likhi hai.</w:t>
      </w:r>
      <w:r>
        <w:br/>
      </w:r>
      <w:r>
        <w:rPr>
          <w:sz w:val="20"/>
        </w:rPr>
        <w:t>1:21:10  un ka sawal yeh hai ke mol</w:t>
      </w:r>
      <w:r>
        <w:br/>
      </w:r>
      <w:r>
        <w:rPr>
          <w:sz w:val="20"/>
        </w:rPr>
        <w:t>1:21:13  ana sahib, agar hum naik aamal karein to bhi hamein be sukuni, pareshani aur museebatein aati hain. to phir naik log aur buray aamal karne walay logon mein farq kya hai? is ke baray mein bataein. dekhiye, be sukuni jo hai ya pareshani, yeh koi evil nahi hai. yeh aap evil ko samajhte hain. aisi zindagi Allah ko pasand nahi ke bilkul</w:t>
      </w:r>
      <w:r>
        <w:br/>
      </w:r>
      <w:r>
        <w:rPr>
          <w:sz w:val="20"/>
        </w:rPr>
        <w:t>1:21:43  bay bay bay gham aap aram chair pe bethe hue hain.</w:t>
      </w:r>
      <w:r>
        <w:br/>
      </w:r>
      <w:r>
        <w:rPr>
          <w:sz w:val="20"/>
        </w:rPr>
        <w:t>1:21:49  yeh to bohat hi buri zindagi hai.</w:t>
      </w:r>
      <w:r>
        <w:br/>
      </w:r>
      <w:r>
        <w:rPr>
          <w:sz w:val="20"/>
        </w:rPr>
        <w:t>1:21:55  agar aap bilkul yani yani woh aik dam bay fikr ho kar aram chair par beth te hain, yeh</w:t>
      </w:r>
      <w:r>
        <w:br/>
      </w:r>
      <w:r>
        <w:rPr>
          <w:sz w:val="20"/>
        </w:rPr>
        <w:t>1:22:01  aap ko mila hua hai to yeh to bohat hi buri zindagi hai.</w:t>
      </w:r>
      <w:r>
        <w:br/>
      </w:r>
      <w:r>
        <w:rPr>
          <w:sz w:val="20"/>
        </w:rPr>
        <w:t>1:22:07  bay cheeni hona chahiye, beshak pareshani hona chahiye, masla hona chahiye zindagi mein.</w:t>
      </w:r>
      <w:r>
        <w:br/>
      </w:r>
      <w:r>
        <w:rPr>
          <w:sz w:val="20"/>
        </w:rPr>
        <w:t>1:22:13  kyun? jab aisa hota hai to aap ka mind bedar jaagta hai. mind jaagta hai. jaisay mein bataon aap ko, aaj raat mujhe neend nahi aa rahi thi to sochte sochte hue dua nikli. is dua se mujhe aaj subah muqabla. kai din se mujhe suraj nahi mil raha tha. to mein ne dua kiya, dua kiya, diya ke Allah ne suraj nikaal diya. to yeh yeh soch ghalat hai ke</w:t>
      </w:r>
      <w:r>
        <w:br/>
      </w:r>
      <w:r>
        <w:rPr>
          <w:sz w:val="20"/>
        </w:rPr>
        <w:t>1:22:43  pareshani koi buri cheez hai.</w:t>
      </w:r>
      <w:r>
        <w:br/>
      </w:r>
      <w:r>
        <w:rPr>
          <w:sz w:val="20"/>
        </w:rPr>
        <w:t>1:22:49  pareshani to aap ke mind ko jagati hai, awaken karti hai.</w:t>
      </w:r>
      <w:r>
        <w:br/>
      </w:r>
      <w:r>
        <w:rPr>
          <w:sz w:val="20"/>
        </w:rPr>
        <w:t>1:22:56  okay, so we will end the session today.</w:t>
      </w:r>
      <w:r>
        <w:br/>
      </w:r>
      <w:r>
        <w:rPr>
          <w:sz w:val="20"/>
        </w:rPr>
        <w:t>1:23:02  once again, if you want free sample copies for spirit of Islam English magazine, or you want to</w:t>
      </w:r>
      <w:r>
        <w:br/>
      </w:r>
      <w:r>
        <w:rPr>
          <w:sz w:val="20"/>
        </w:rPr>
        <w:t>1:23:08  join or volunteer for the distribution of spirit of Islam magazine, then write to the center for peace</w:t>
      </w:r>
      <w:r>
        <w:br/>
      </w:r>
      <w:r>
        <w:rPr>
          <w:sz w:val="20"/>
        </w:rPr>
        <w:t>1:23:14  at gmail.com or at info at cpsglobal.org. thank you.</w:t>
      </w:r>
    </w:p>
    <w:p>
      <w:pPr>
        <w:pStyle w:val="Heading2"/>
      </w:pPr>
      <w:r>
        <w:t>Explain the concept of misl in Quran</w:t>
      </w:r>
    </w:p>
    <w:p>
      <w:r>
        <w:rPr>
          <w:color w:val="666666"/>
          <w:sz w:val="18"/>
        </w:rPr>
        <w:t>The Quran September 20, 2020 Maulana Wahiduddin Khan · 1m 20s · at 21:52 · https://youtu.be/yQZGg2A0-Tk?t=1312</w:t>
      </w:r>
    </w:p>
    <w:p>
      <w:r>
        <w:rPr>
          <w:i/>
        </w:rPr>
        <w:t>“Maulana, you have explained about understanding the Quran with the help of misl (example/analogy). Please explain misl.”</w:t>
      </w:r>
    </w:p>
    <w:p>
      <w:r>
        <w:rPr>
          <w:sz w:val="20"/>
        </w:rPr>
        <w:t>21:52  muhammad bilal shafi sahib ne dilli se sawal bheja hai. unhon ne likha hai: "maulana, aap ne quran ko misl ke sath samjhane ke bare mein bataya hai.</w:t>
      </w:r>
      <w:r>
        <w:br/>
      </w:r>
      <w:r>
        <w:rPr>
          <w:sz w:val="20"/>
        </w:rPr>
        <w:t>22:03  please misl ko samjha dijiye."</w:t>
      </w:r>
      <w:r>
        <w:br/>
      </w:r>
      <w:r>
        <w:rPr>
          <w:sz w:val="20"/>
        </w:rPr>
        <w:t>22:09  kis cheez ko? misl model. misl. ooteet al kitab wa misluhu ma'ah</w:t>
      </w:r>
      <w:r>
        <w:br/>
      </w:r>
      <w:r>
        <w:rPr>
          <w:sz w:val="20"/>
        </w:rPr>
        <w:t>22:18  achha, achha, achha, achha.</w:t>
      </w:r>
      <w:r>
        <w:br/>
      </w:r>
      <w:r>
        <w:rPr>
          <w:sz w:val="20"/>
        </w:rPr>
        <w:t>22:27  bhai, main toh sochta hoon ke yeh koi serious baat nahi hai. jab aap ghor karte hain, ghor karte hain, ghor karte hain, ek toh quran ki aayatein hoti hain, doosra ghor fikr.</w:t>
      </w:r>
      <w:r>
        <w:br/>
      </w:r>
      <w:r>
        <w:rPr>
          <w:sz w:val="20"/>
        </w:rPr>
        <w:t>22:44  toh</w:t>
      </w:r>
      <w:r>
        <w:br/>
      </w:r>
      <w:r>
        <w:rPr>
          <w:sz w:val="20"/>
        </w:rPr>
        <w:t>22:48  quran se bahar jo haqaiq hain, woh aap par khul jaate hain. wahi hai misl. jitna aap ko yeh misl na maloom ho,</w:t>
      </w:r>
      <w:r>
        <w:br/>
      </w:r>
      <w:r>
        <w:rPr>
          <w:sz w:val="20"/>
        </w:rPr>
        <w:t>23:02  tab tak aap quran ko samajh nahi sakte.</w:t>
      </w:r>
    </w:p>
    <w:p>
      <w:pPr>
        <w:pStyle w:val="Heading2"/>
      </w:pPr>
      <w:r>
        <w:t>Explanation of prayer of Prophet Moses</w:t>
      </w:r>
    </w:p>
    <w:p>
      <w:r>
        <w:rPr>
          <w:color w:val="666666"/>
          <w:sz w:val="18"/>
        </w:rPr>
        <w:t>Lessons from The Story of Prophet Moses Part 5, October 30, 2022 · 30m 05s · at 1:40 · https://youtu.be/Yei6NJ0s5wI?t=100</w:t>
      </w:r>
    </w:p>
    <w:p>
      <w:r>
        <w:rPr>
          <w:i/>
        </w:rPr>
        <w:t>“Please explain the verse 'Rabbishrah li sadri...' and its context, especially regarding faith being a voluntary choice and the situation of Pharaoh.”</w:t>
      </w:r>
    </w:p>
    <w:p>
      <w:r>
        <w:rPr>
          <w:sz w:val="20"/>
        </w:rPr>
        <w:t>1:40  yeh ek prediction ke taur par quran mein aaya hai. to sab se pehla sawal to mera yahi hai is ayat ko le kar ke is ke bare mein aap hum sab ko bataein.</w:t>
      </w:r>
      <w:r>
        <w:br/>
      </w:r>
      <w:r>
        <w:rPr>
          <w:sz w:val="20"/>
        </w:rPr>
        <w:t>1:52  bismillah rahman rahim. rab ishrah li sadri wa yassir li amri wah lul uqdatan min lisani yafqahu qawli aap ne sahih farmaya ke jo iman hai woh ek ikhtiyari cheez hai,</w:t>
      </w:r>
      <w:r>
        <w:br/>
      </w:r>
      <w:r>
        <w:rPr>
          <w:sz w:val="20"/>
        </w:rPr>
        <w:t>2:09  yaani jab compulso situation paida ho jaye, jab is ne dekha firon ne ke ab to doob raha hai to phir woh waqt khatm ho chuka tha.</w:t>
      </w:r>
      <w:r>
        <w:br/>
      </w:r>
      <w:r>
        <w:rPr>
          <w:sz w:val="20"/>
        </w:rPr>
        <w:t>2:18  to phir jab firon ki body nikali gayi wahan se, chounke is zamane mein ek art hua karta tha, mummiz, mami banaye karte thay woh apne royal logon ki, to is ko save kar liya gaya.</w:t>
      </w:r>
      <w:r>
        <w:br/>
      </w:r>
      <w:r>
        <w:rPr>
          <w:sz w:val="20"/>
        </w:rPr>
        <w:t>2:35  ji, lekin quran mein is baat ko bataya gaya hai falyawma nunajjika bibadanika litakuna liman khalfika ke aaj hum, allah taala ne kaha firon ke bare mein ke aaj hum tumhari body ko mehfooz karenge taake jo aanay wali generations hain un ke liye sign bane.</w:t>
      </w:r>
      <w:r>
        <w:br/>
      </w:r>
      <w:r>
        <w:rPr>
          <w:sz w:val="20"/>
        </w:rPr>
        <w:t>2:57  ji, to chaudah sau saal pehle yeh baat rasool allah ke upar wahi ke wahi hui quran ki surat</w:t>
      </w:r>
      <w:r>
        <w:br/>
      </w:r>
      <w:r>
        <w:rPr>
          <w:sz w:val="20"/>
        </w:rPr>
        <w:t>3:05  mein, to us waqt kisi ko ilm nahi tha ke firon ki body kahin mehfooz hai. ji, phir maulana ne apni kitab "God Rises" mein is ko likha hai bohat hi tafseel ke sath, aur is mein bataya hai ke 1898 mein ek thay professor Loret, ghaliban woh British thay.</w:t>
      </w:r>
      <w:r>
        <w:br/>
      </w:r>
      <w:r>
        <w:rPr>
          <w:sz w:val="20"/>
        </w:rPr>
        <w:t>3:29  ji, to unhon ne kuch research ki misr mein mummiz ke upar, aur carbon dating waghera se unhon ne ek mami ko bataya ke yeh wahi mami hai jo musa alaihissalam ke zamane mein jo firon,</w:t>
      </w:r>
      <w:r>
        <w:br/>
      </w:r>
      <w:r>
        <w:rPr>
          <w:sz w:val="20"/>
        </w:rPr>
        <w:t>3:47  yaani pharaoh ki mami. ji, to woh phir is ko mehfooz kar diya gaya, aur unhon ne ek kitab likhi professor Loret ne "The</w:t>
      </w:r>
      <w:r>
        <w:br/>
      </w:r>
      <w:r>
        <w:rPr>
          <w:sz w:val="20"/>
        </w:rPr>
        <w:t>3:57  Royal Mummies", is mein aur explain kiya hai is ko ke kaise sabit kiya unhon ne. to phir woh is mein aaj kal woh museum mein hai, cairo museum mein.</w:t>
      </w:r>
      <w:r>
        <w:br/>
      </w:r>
      <w:r>
        <w:rPr>
          <w:sz w:val="20"/>
        </w:rPr>
        <w:t>4:10  maulana gaye thay wahan cairo museum wahi dekhne ke liye, to is in in dino woh display pe nahi thi, lekin woh ek room mein bataya gaya hai ke is room mein firon ki mami hai aur mehfo</w:t>
      </w:r>
      <w:r>
        <w:br/>
      </w:r>
      <w:r>
        <w:rPr>
          <w:sz w:val="20"/>
        </w:rPr>
        <w:t>4:24  oz hai. to yeh ek bara zabardast reminder hai, aur yeh ek prediction jo quran ne di woh sabit hui. yeh khud quran ki haqaniyat ka saboot hai, aur yeh bhi saboot hai ke allah taala ek all knowing, all powerful hasti hai ke us waqt quran mein jo baat aayi woh aaj ja ke sabit hui hai.</w:t>
      </w:r>
      <w:r>
        <w:br/>
      </w:r>
      <w:r>
        <w:rPr>
          <w:sz w:val="20"/>
        </w:rPr>
        <w:t>4:44  ji ji, aur doctor sahab agar is tarah bhi is ko dekhen, aap ne is ko bohat achhe se wazeh kiya ke firon was a symbol of arrogance and disobedience to God</w:t>
      </w:r>
      <w:r>
        <w:br/>
      </w:r>
      <w:r>
        <w:rPr>
          <w:sz w:val="20"/>
        </w:rPr>
        <w:t>4:58  to ek tarike se ek ek historical example allah taala ne preserve kar diya aanay wali tamam generations ke liye ke agar aap kibr wali, aap kibr wala, aap ek ravaiyya rakhte hain ya aap khuda par bharosa nahi rakhte hain to is ka aakhri nateeja utter destruction hoga jo firon ke sath bhi hua.</w:t>
      </w:r>
      <w:r>
        <w:br/>
      </w:r>
      <w:r>
        <w:rPr>
          <w:sz w:val="20"/>
        </w:rPr>
        <w:t>5:21  bilkul,</w:t>
      </w:r>
      <w:r>
        <w:br/>
      </w:r>
      <w:r>
        <w:rPr>
          <w:sz w:val="20"/>
        </w:rPr>
        <w:t>5:22  doctor sahab hum yeh bhi dekhte hain ke quran se hum yeh paate hain ke kis tarah allah taala ne bohat si blessings children of Israel ke ke liye bheji.</w:t>
      </w:r>
      <w:r>
        <w:br/>
      </w:r>
      <w:r>
        <w:rPr>
          <w:sz w:val="20"/>
        </w:rPr>
        <w:t>5:31  ji, jab musa alaihissalam ne pani ke liye dua ki to un ko kaha gaya ke aap apne staff se ek rock ko aap hit karen.</w:t>
      </w:r>
      <w:r>
        <w:br/>
      </w:r>
      <w:r>
        <w:rPr>
          <w:sz w:val="20"/>
        </w:rPr>
        <w:t>5:41  to jab unhon ne aisa kiya to barah springs nikal aaein. ji, to is ke bare mein aap hum sab ko bataein.</w:t>
      </w:r>
      <w:r>
        <w:br/>
      </w:r>
      <w:r>
        <w:rPr>
          <w:sz w:val="20"/>
        </w:rPr>
        <w:t>5:49  haan, jab woh wahan se unhon ne darya paar kar liya to aage badhe mount sinai ki taraf.</w:t>
      </w:r>
      <w:r>
        <w:br/>
      </w:r>
      <w:r>
        <w:rPr>
          <w:sz w:val="20"/>
        </w:rPr>
        <w:t>6:00  to wahan par ek ek ek ground ya ek desert mein ja ke sab ruke to zahir hai pani ki zaroorat padi.</w:t>
      </w:r>
      <w:r>
        <w:br/>
      </w:r>
      <w:r>
        <w:rPr>
          <w:sz w:val="20"/>
        </w:rPr>
        <w:t>6:10  ji, pani to sab se basic need hai.</w:t>
      </w:r>
      <w:r>
        <w:br/>
      </w:r>
      <w:r>
        <w:rPr>
          <w:sz w:val="20"/>
        </w:rPr>
        <w:t>6:14  to musa alaihissalam ke jo log thay bani israel, unhon ne pani manga to musa alaihissalam ne allah taala se faryad ki.</w:t>
      </w:r>
      <w:r>
        <w:br/>
      </w:r>
      <w:r>
        <w:rPr>
          <w:sz w:val="20"/>
        </w:rPr>
        <w:t>6:25  to allah ta'ala ne kaha ke fqul nadrib bi'asakal hijar ke apni jo laathi hai us ko pathar pe maro, chataan pe maro.</w:t>
      </w:r>
      <w:r>
        <w:br/>
      </w:r>
      <w:r>
        <w:rPr>
          <w:sz w:val="20"/>
        </w:rPr>
        <w:t>6:36  ji, to chataan pe jab mara to barah springs nikal aaye is mein se. ji, darasal yeh aur phir quran mein aata hai qad alama kullu unasin mashrabah yani jitne bhi log thay unhon ne apni apni pani peene ki jagah un ko pata chal gayi.</w:t>
      </w:r>
      <w:r>
        <w:br/>
      </w:r>
      <w:r>
        <w:rPr>
          <w:sz w:val="20"/>
        </w:rPr>
        <w:t>6:53  to yeh barah is liye springs thay yeh ke yaqoob alaihi assalam ke jo bachay thay woh barah thay.</w:t>
      </w:r>
      <w:r>
        <w:br/>
      </w:r>
      <w:r>
        <w:rPr>
          <w:sz w:val="20"/>
        </w:rPr>
        <w:t>7:03  bible mein barah bachon ka naam aata hai. ji ji ji, quran mein to sirf yusuf alaihi assalam ka hai ya zikr hai to binyamin waghera ka lekin naam nahi hai.</w:t>
      </w:r>
      <w:r>
        <w:br/>
      </w:r>
      <w:r>
        <w:rPr>
          <w:sz w:val="20"/>
        </w:rPr>
        <w:t>7:13  to woh jo barah bete thay un se jo un ki jo families chali to woh ultimately barah tribes mein tabdeel ho gayi.</w:t>
      </w:r>
      <w:r>
        <w:br/>
      </w:r>
      <w:r>
        <w:rPr>
          <w:sz w:val="20"/>
        </w:rPr>
        <w:t>7:22  ji, to</w:t>
      </w:r>
      <w:r>
        <w:br/>
      </w:r>
      <w:r>
        <w:rPr>
          <w:sz w:val="20"/>
        </w:rPr>
        <w:t>7:23  is tareeqay se har tribe ke liye ek woh chashma phoot pada. to yeh ek moajza, ek tareeqay se ek bohat hi bara moajza tha isi tarah ka jaise zam zam nikla tha.</w:t>
      </w:r>
      <w:r>
        <w:br/>
      </w:r>
      <w:r>
        <w:rPr>
          <w:sz w:val="20"/>
        </w:rPr>
        <w:t>7:35  ji, makkah mein to isi tarah ka ek moajza. aur yeh jo ek jagah hai abhi bhi mount sinai ke foot hill pe ek jagah hai jis ko hurab kehte hain.</w:t>
      </w:r>
      <w:r>
        <w:br/>
      </w:r>
      <w:r>
        <w:rPr>
          <w:sz w:val="20"/>
        </w:rPr>
        <w:t>7:46  ji, wahan abhi bhi is tarah ki nishan hain baqi aur log kehte hain ke yeh wohi jagah hai jahan yeh waqia pesh aaya.</w:t>
      </w:r>
      <w:r>
        <w:br/>
      </w:r>
      <w:r>
        <w:rPr>
          <w:sz w:val="20"/>
        </w:rPr>
        <w:t>7:55  ji, to phir jab pani ho gaya to phir un logon ne wohin rehna shuru kar diya. ji, tent apne gaar liye. chounke is zamanay mein jahan pani hota tha wohin par log reh</w:t>
      </w:r>
      <w:r>
        <w:br/>
      </w:r>
      <w:r>
        <w:rPr>
          <w:sz w:val="20"/>
        </w:rPr>
        <w:t>8:07  te thay. ji, jaise jab zam zam ka chashma wahan phoota makkah mein to jurham qareeb qabeela aa ke rehne laga.</w:t>
      </w:r>
      <w:r>
        <w:br/>
      </w:r>
      <w:r>
        <w:rPr>
          <w:sz w:val="20"/>
        </w:rPr>
        <w:t>8:16  ji, phir woh ahista ahista city ban gayi. ji, to phir is tareeqay se wahan par woh is jagah pe unhon ne rehna shuru kar diya. ji ji, zahir si baat hai phir woh civilization wohin se phir phailti chali jati hai.</w:t>
      </w:r>
      <w:r>
        <w:br/>
      </w:r>
      <w:r>
        <w:rPr>
          <w:sz w:val="20"/>
        </w:rPr>
        <w:t>8:29  doctor sahib, mann o salwa ka zikr aaya hai quran mein to is ke baray mein bhi aap batayen. ab zahir hai woh log jab niklay honge wahan se thora bohat kuch khana waana laye honge, gehoon chawal jo bhi us zamanay ki cheezain hoti hongi.</w:t>
      </w:r>
      <w:r>
        <w:br/>
      </w:r>
      <w:r>
        <w:rPr>
          <w:sz w:val="20"/>
        </w:rPr>
        <w:t>8:43  to woh kuch dinon mein woh khatam ho gayi khane peene ki cheezain jo bhi sath mein thi. to un ko bhook lagi to phir musa alaihi assalam se kaha to musa alaihi assalam ne dua ki.</w:t>
      </w:r>
      <w:r>
        <w:br/>
      </w:r>
      <w:r>
        <w:rPr>
          <w:sz w:val="20"/>
        </w:rPr>
        <w:t>8:55  to quran mein aata hai wa anzalna 'alaikumul manna wassalwa ke hum ne mann aur salwa tumhare upar nazil ki.</w:t>
      </w:r>
      <w:r>
        <w:br/>
      </w:r>
      <w:r>
        <w:rPr>
          <w:sz w:val="20"/>
        </w:rPr>
        <w:t>9:02  hmm, to ek din bani israel jab subah uthe to dekha ke jo un ka ground hai sara woh white kuch cheez se har taraf white cheezain jaise shabnam hoti hai na, usi ki tarah se aur bari thora sa white.</w:t>
      </w:r>
      <w:r>
        <w:br/>
      </w:r>
      <w:r>
        <w:rPr>
          <w:sz w:val="20"/>
        </w:rPr>
        <w:t>9:20  to woh unhon ne us ko utha ke dekha kha ke to woh kuch meethi si cheez thi. ji, sort of biscuit ya roti jo bhi keh lein aap.</w:t>
      </w:r>
      <w:r>
        <w:br/>
      </w:r>
      <w:r>
        <w:rPr>
          <w:sz w:val="20"/>
        </w:rPr>
        <w:t>9:29  to woh unhon ne khani shuru kar di aur us ko mann kaha. ji, to phir sham ko un ke jahan tent waghera thay wahan bare jhund aane lage batir ke, salwa jise kaha gaya.</w:t>
      </w:r>
      <w:r>
        <w:br/>
      </w:r>
      <w:r>
        <w:rPr>
          <w:sz w:val="20"/>
        </w:rPr>
        <w:t>9:45  to jo bird hoti hai choti. hmm, to woh jhund bare bare jhund aane lage woh aasani se us ko pakar ke us ko roast kar ke</w:t>
      </w:r>
      <w:r>
        <w:br/>
      </w:r>
      <w:r>
        <w:rPr>
          <w:sz w:val="20"/>
        </w:rPr>
        <w:t>9:53  khate thay. to is tareeqay se yani allah ta'ala ne un ka intezam kar diya ke jo basic cheezain hain woh unhein mil jayen, pani mil gaya, nashte ka saman mil gaya, khane ka saman mil gaya.</w:t>
      </w:r>
      <w:r>
        <w:br/>
      </w:r>
      <w:r>
        <w:rPr>
          <w:sz w:val="20"/>
        </w:rPr>
        <w:t>10:06  aur chounke woh ek peghambar ke sath thay aur un ko chahiye tha ke woh peghambar ke sath training len. ji,</w:t>
      </w:r>
      <w:r>
        <w:br/>
      </w:r>
      <w:r>
        <w:rPr>
          <w:sz w:val="20"/>
        </w:rPr>
        <w:t>10:15  aur apne aap ko bohat sadgi pe aur jo bhi un ka spiritual development hai us pe ziyada zor den. taake is liye allah ta'ala ne yeh cheezain faraham kar dein ke kuch unhein mehnat na karni pare.</w:t>
      </w:r>
      <w:r>
        <w:br/>
      </w:r>
      <w:r>
        <w:rPr>
          <w:sz w:val="20"/>
        </w:rPr>
        <w:t>10:27  ji, mushaqqat na karni pare. khud ba khud saman aa raha hai aasman se. to yeh bohat hi bari blessing thi jo bani israel ke liye allah ta'ala ne ki.</w:t>
      </w:r>
      <w:r>
        <w:br/>
      </w:r>
      <w:r>
        <w:rPr>
          <w:sz w:val="20"/>
        </w:rPr>
        <w:t>10:36  ji,</w:t>
      </w:r>
      <w:r>
        <w:br/>
      </w:r>
      <w:r>
        <w:rPr>
          <w:sz w:val="20"/>
        </w:rPr>
        <w:t>10:37  yeh yeh bohat hi ek important doctor sahib development thi is time pe aur aap ne sahi kaha ke un ko mehnat na karni pare taake allah ke kaam ko jari rakhen.</w:t>
      </w:r>
      <w:r>
        <w:br/>
      </w:r>
      <w:r>
        <w:rPr>
          <w:sz w:val="20"/>
        </w:rPr>
        <w:t>10:47  aur yeh divine provision aata raha. Maulana Wahiduddin Khan sahib kaha karte the ke ek momin ko is tarah apni zindagi bitani chahiye shukr mein, humility mein aur qanaat mein yaani contentment mein.</w:t>
      </w:r>
      <w:r>
        <w:br/>
      </w:r>
      <w:r>
        <w:rPr>
          <w:sz w:val="20"/>
        </w:rPr>
        <w:t>11:00  bilkul</w:t>
      </w:r>
      <w:r>
        <w:br/>
      </w:r>
      <w:r>
        <w:rPr>
          <w:sz w:val="20"/>
        </w:rPr>
        <w:t>11:01  , lekin hum yahan pe Dr. sahib dekhte hain ke moajze ke level pe jaise aap ne bataya blessings toot kar aain children of Azrael ke upar.</w:t>
      </w:r>
      <w:r>
        <w:br/>
      </w:r>
      <w:r>
        <w:rPr>
          <w:sz w:val="20"/>
        </w:rPr>
        <w:t>11:10  badalon ka saya aa gaya Quran mein aaya hai. Unko man o salwa divine provision diya gaya. Lekin iske baad bhi woh shukr ka jazba nahi dikha un mein.</w:t>
      </w:r>
      <w:r>
        <w:br/>
      </w:r>
      <w:r>
        <w:rPr>
          <w:sz w:val="20"/>
        </w:rPr>
        <w:t>11:19  balkeh woh Musa Alaihissalam se spicy food ki demand karne lage. Ji, to Dr. sahib iske bare mein batain.</w:t>
      </w:r>
      <w:r>
        <w:br/>
      </w:r>
      <w:r>
        <w:rPr>
          <w:sz w:val="20"/>
        </w:rPr>
        <w:t>11:28  haan, to woh jo desert tha ab zahir hai desert mein to dhoop hi rehti hai har waqt. Ji, to Allah Ta'ala ne khaas intezam kiya ke jahan bhi woh jaate to badliyon ka saya rehta hai unke taake unko exhausion na ho.</w:t>
      </w:r>
      <w:r>
        <w:br/>
      </w:r>
      <w:r>
        <w:rPr>
          <w:sz w:val="20"/>
        </w:rPr>
        <w:t>11:43  wa zallalna alaikumul ghamam Quran mein aata hai ke hum ne tumhare upar badliyon ka saya</w:t>
      </w:r>
      <w:r>
        <w:br/>
      </w:r>
      <w:r>
        <w:rPr>
          <w:sz w:val="20"/>
        </w:rPr>
        <w:t>11:48  kiya. Hmm, to is liye is tarah se har tarah ki cheez jaise aap ne kaha ke man o salwa aa gaya, pani aa gaya aur saya aa gaya.</w:t>
      </w:r>
      <w:r>
        <w:br/>
      </w:r>
      <w:r>
        <w:rPr>
          <w:sz w:val="20"/>
        </w:rPr>
        <w:t>11:58  jo basic cheezein theen woh lekin iske bawajood unke andar nashukri paida hui. Aur kehne lage Quran mein aata hai wa iz qultum ya Musa lan nasbira ala ta'amin wahid ke aey Musa hum ek tarah ke khane pe sabr nahi karenge.</w:t>
      </w:r>
      <w:r>
        <w:br/>
      </w:r>
      <w:r>
        <w:rPr>
          <w:sz w:val="20"/>
        </w:rPr>
        <w:t>12:16  j</w:t>
      </w:r>
      <w:r>
        <w:br/>
      </w:r>
      <w:r>
        <w:rPr>
          <w:sz w:val="20"/>
        </w:rPr>
        <w:t>12:17  i, yaani woh ek tarah ka khana tha subah bhi wahi kha rahe hain shaam ko. Choonkeh woh shehar ke log the us zamane mein woh Egypt ka woh shehar raha hoga jo.</w:t>
      </w:r>
      <w:r>
        <w:br/>
      </w:r>
      <w:r>
        <w:rPr>
          <w:sz w:val="20"/>
        </w:rPr>
        <w:t>12:27  to woh spicy food chahiye tha unhein cooked food chahiye tha. Ji, ab yeh to bohat hi basic food tha. Ji, unhone kaha hamein saag chahiye cup kookri aur aur gajar aur mooli aur yeh sab cheezein jo hain adrak aur leh</w:t>
      </w:r>
      <w:r>
        <w:br/>
      </w:r>
      <w:r>
        <w:rPr>
          <w:sz w:val="20"/>
        </w:rPr>
        <w:t>12:41  sun. Hmm, to Musa Alaihissalam ne kaha ke tum ek achhi cheez ko chhod ke ek bekar cheez lena chahte ho.</w:t>
      </w:r>
      <w:r>
        <w:br/>
      </w:r>
      <w:r>
        <w:rPr>
          <w:sz w:val="20"/>
        </w:rPr>
        <w:t>12:49  yaani achhi cheez is sense mein ke Allah Ta'ala ki khaas nemmat hai woh. Ji, bazahir to simple hai. Hmm, lekin woh bohat hi khaas nemmat ke taur par Allah Ta'ala ne utari hai.</w:t>
      </w:r>
      <w:r>
        <w:br/>
      </w:r>
      <w:r>
        <w:rPr>
          <w:sz w:val="20"/>
        </w:rPr>
        <w:t>13:00  to Musa Alaihissalam ne kaha phir jao kahin kisi aur shehar mein wahan tumhe yeh sab cheezein mil jayengi.</w:t>
      </w:r>
      <w:r>
        <w:br/>
      </w:r>
      <w:r>
        <w:rPr>
          <w:sz w:val="20"/>
        </w:rPr>
        <w:t>13:07  ji, to wahi baat hai ke is maqsad ke liye yeh Allah Ta'ala ne kiya tha ke jis ko Maulana kehte the na simple living and high thinking.</w:t>
      </w:r>
      <w:r>
        <w:br/>
      </w:r>
      <w:r>
        <w:rPr>
          <w:sz w:val="20"/>
        </w:rPr>
        <w:t>13:15  ji,</w:t>
      </w:r>
      <w:r>
        <w:br/>
      </w:r>
      <w:r>
        <w:rPr>
          <w:sz w:val="20"/>
        </w:rPr>
        <w:t>13:16  choonkeh agar aap ko gehri maarifat hasil karni hai to phir yeh sab cheezein chhodni hongi. Dono cheezein ek saath nahi ho sakti. Bilkul, ke aap bohat hi luxurious life bhi ikhtiyar karein aur khane peene ka bohat zyada intezam ho aur aap chahein ke spiritual development bhi hota rahe.</w:t>
      </w:r>
      <w:r>
        <w:br/>
      </w:r>
      <w:r>
        <w:rPr>
          <w:sz w:val="20"/>
        </w:rPr>
        <w:t>13:32  to yeh dono cheezein possible nahi hain. To is saare paighambaron ke saath aise hi raha. Rasool Allah Sallallahu Alaihi Wasallam ke saath aise hi raha ke bas basic.</w:t>
      </w:r>
      <w:r>
        <w:br/>
      </w:r>
      <w:r>
        <w:rPr>
          <w:sz w:val="20"/>
        </w:rPr>
        <w:t>13:42  balkeh Rasool Allah Sallallahu Alaihi Wasallam Prophet Muhammad Sallallahu Alaihi Wasallam ne farmaya ek baar ke tum apne pet ka teen</w:t>
      </w:r>
      <w:r>
        <w:br/>
      </w:r>
      <w:r>
        <w:rPr>
          <w:sz w:val="20"/>
        </w:rPr>
        <w:t>13:50  hissa karo. Hmm, one third khali aur one third pani aur one third mein khana. Hmm, to yahi wahi hai simplicity. Choonkeh agar is mein aap ne bohat zyada</w:t>
      </w:r>
      <w:r>
        <w:br/>
      </w:r>
      <w:r>
        <w:rPr>
          <w:sz w:val="20"/>
        </w:rPr>
        <w:t>14:03  ah ah zyada ah intezam kiya to phir woh cheez khatam ho jayegi. Woh sara focus chala jayega. To</w:t>
      </w:r>
      <w:r>
        <w:br/>
      </w:r>
      <w:r>
        <w:rPr>
          <w:sz w:val="20"/>
        </w:rPr>
        <w:t>14:08  yeh yeh baat choonkeh Quran mein jo yeh qissa hai Hazrat Musa Alaihissalam ka yeh koi ek waqea nahi hai ke jo hum ek kahani sun lein.</w:t>
      </w:r>
      <w:r>
        <w:br/>
      </w:r>
      <w:r>
        <w:rPr>
          <w:sz w:val="20"/>
        </w:rPr>
        <w:t>14:18  balkeh har cheez mein is mein sabak hai aaj ke liye. To yeh aaj hamare liye bhi sabak hai ke hum bhi apne apne andar wahi simple living high thinking wali baat paida karein.</w:t>
      </w:r>
      <w:r>
        <w:br/>
      </w:r>
      <w:r>
        <w:rPr>
          <w:sz w:val="20"/>
        </w:rPr>
        <w:t>14:30  aur apna jo waqt hai apna time hai apni energy hai woh ah ah spiritual development aur ma</w:t>
      </w:r>
      <w:r>
        <w:br/>
      </w:r>
      <w:r>
        <w:rPr>
          <w:sz w:val="20"/>
        </w:rPr>
        <w:t>14:37  raft ke liye. mashaa'allah ji. lagaa'en. ji bilkul mujhe doctor saahib aap ne Maulana ka zikr kiya ke simple living high thinking ko itna emphasis karte hain.</w:t>
      </w:r>
      <w:r>
        <w:br/>
      </w:r>
      <w:r>
        <w:rPr>
          <w:sz w:val="20"/>
        </w:rPr>
        <w:t>14:46  ji, mujhe yaad aa raha hai ke jab mera pehla travel hua un ke saath. ji, to travel karne se pehle unhon ne mujh se kaha ke ek shart pe main aap ko le jaa'unga.</w:t>
      </w:r>
      <w:r>
        <w:br/>
      </w:r>
      <w:r>
        <w:rPr>
          <w:sz w:val="20"/>
        </w:rPr>
        <w:t>14:56  ah kya aap is par raazi hain ke agar aap ko khaana mile ya na mile aap ko koi farq nahi padta. ah aur kya aap is par bhi raazi hain ke aap ko bistar na mile aap zameen par sone ke liye tayyar ho jaa'en.</w:t>
      </w:r>
      <w:r>
        <w:br/>
      </w:r>
      <w:r>
        <w:rPr>
          <w:sz w:val="20"/>
        </w:rPr>
        <w:t>15:07  aur hum ek aisi majlis mein jaa rahe hain jahan we will remember God we will discuss God to agar to aap in conditions par raazi hain to main aap ko ah le kar jaa'unga nahi to nahi le kar jaa'unga.</w:t>
      </w:r>
      <w:r>
        <w:br/>
      </w:r>
      <w:r>
        <w:rPr>
          <w:sz w:val="20"/>
        </w:rPr>
        <w:t>15:18  to unhon ne kaha ke main bilkul ah raazi</w:t>
      </w:r>
      <w:r>
        <w:br/>
      </w:r>
      <w:r>
        <w:rPr>
          <w:sz w:val="20"/>
        </w:rPr>
        <w:t>15:21  hoon. to un ka hamesha se wahi emphasis yahi rehta tha ke insaan ka mind jo hai distract na ho. ah aur bilkul ah simple simplistic basic cheezon par rahe taake jis maqsad se hum nikal rahe hain woh maqsad poora ho sake.</w:t>
      </w:r>
      <w:r>
        <w:br/>
      </w:r>
      <w:r>
        <w:rPr>
          <w:sz w:val="20"/>
        </w:rPr>
        <w:t>15:35  yaani ah ah Allah ki yaad. sahih. ah doctor saahib ah aage badhte hain kahaani mein phir woh ek lamha aata hai jab ah ah Allah taala ki taraf se ah nights appoint hoti hain Moosa علیہ السلام ke liye.</w:t>
      </w:r>
      <w:r>
        <w:br/>
      </w:r>
      <w:r>
        <w:rPr>
          <w:sz w:val="20"/>
        </w:rPr>
        <w:t>15:48  pehlay 30 aur phir 4</w:t>
      </w:r>
      <w:r>
        <w:br/>
      </w:r>
      <w:r>
        <w:rPr>
          <w:sz w:val="20"/>
        </w:rPr>
        <w:t>15:50  0. to is is ki wazahat karen. ah taqreeban teen mahine ke baad Allah taala ne Moosa علیہ السلام se kaha ke ah tum Mount Sinai pe aao.</w:t>
      </w:r>
      <w:r>
        <w:br/>
      </w:r>
      <w:r>
        <w:rPr>
          <w:sz w:val="20"/>
        </w:rPr>
        <w:t>16:02  aur Quran mein aata hai wa wa'adna Moosa thalaaseena laylatin thalaaseena laylatin yaani 30 raaten appoint keen.</w:t>
      </w:r>
      <w:r>
        <w:br/>
      </w:r>
      <w:r>
        <w:rPr>
          <w:sz w:val="20"/>
        </w:rPr>
        <w:t>16:10  phir us ko 40 kar dein jaise abhi aap ne kaha.</w:t>
      </w:r>
      <w:r>
        <w:br/>
      </w:r>
      <w:r>
        <w:rPr>
          <w:sz w:val="20"/>
        </w:rPr>
        <w:t>16:13  ji, to is ka maqsad yeh tha ke training ho. hmm, ah aur Khuda se qurbat haasil ho. to Moosa علیہ السلام ne taqreeban 70 log jo senior thay un ke Bani Israel ke un ko ah liya aur Mount Sinai pe gaye aur 40 raaten guzari wahan.</w:t>
      </w:r>
      <w:r>
        <w:br/>
      </w:r>
      <w:r>
        <w:rPr>
          <w:sz w:val="20"/>
        </w:rPr>
        <w:t>16:35  ji, to woh ziyada tar roza</w:t>
      </w:r>
      <w:r>
        <w:br/>
      </w:r>
      <w:r>
        <w:rPr>
          <w:sz w:val="20"/>
        </w:rPr>
        <w:t>16:38  rakhte thay. taqreeban saare hi din roza rakha Moosa علیہ السلام ne. aur ah ibaadat karte thay masroof rehte thay. ah aur ah tab woh is laiq hue ke un ke upar kitaab utari jaaye.</w:t>
      </w:r>
      <w:r>
        <w:br/>
      </w:r>
      <w:r>
        <w:rPr>
          <w:sz w:val="20"/>
        </w:rPr>
        <w:t>16:52  Torah. Tora. to is ke baad utari gayi. yaani woh prepare Allah taala ne prepare kiya un ko. ah is is laiq banaya ke un ke upar woh kitaab naazil ki jaa'</w:t>
      </w:r>
      <w:r>
        <w:br/>
      </w:r>
      <w:r>
        <w:rPr>
          <w:sz w:val="20"/>
        </w:rPr>
        <w:t>17:05  e. ji, aur yahi soorat-e-haal aap dekhenge Rasool Allah صلی اللہ علیہ وسلم ke saath bhi hui. Prophet Muhammad bhi Ghare Hira mein ek lambay arsay tak rahe.</w:t>
      </w:r>
      <w:r>
        <w:br/>
      </w:r>
      <w:r>
        <w:rPr>
          <w:sz w:val="20"/>
        </w:rPr>
        <w:t>17:13  aur ghore o fikr mein aur tazkiya aur aur roza roze bhi rakhe. Hazrat Moosa علیہ السلام ke baray mein aata hai ke 40 din roze bhi rakhe.</w:t>
      </w:r>
      <w:r>
        <w:br/>
      </w:r>
      <w:r>
        <w:rPr>
          <w:sz w:val="20"/>
        </w:rPr>
        <w:t>17:25  to roza roza rakha aur tazkiya kiya aur ghore o fikr kiya. tab woh tayyar hue. aur aise hi Prophet Muhammad صلی اللہ علیہ وسلم ke baray mein bhi aata hai ke jab woh tayyar ho gaye to phir farishta aaya.</w:t>
      </w:r>
      <w:r>
        <w:br/>
      </w:r>
      <w:r>
        <w:rPr>
          <w:sz w:val="20"/>
        </w:rPr>
        <w:t>17:38  wahyi le ke. aur Isa علیہ السلام ke baray mein bhi isi tarah ki baat aati hai. ji, to yeh ek woh yeh ek training program samajh leejiye.</w:t>
      </w:r>
      <w:r>
        <w:br/>
      </w:r>
      <w:r>
        <w:rPr>
          <w:sz w:val="20"/>
        </w:rPr>
        <w:t>17:47  khaas Allah taala ki maujoodgi mein Allah taala ki nigrani mein ek train train kiya gaya Moosa علیہ السلام ko. ke woh ah jo ah kitaab naazil karni hai us ke liye woh tayyar ho jaaye.</w:t>
      </w:r>
      <w:r>
        <w:br/>
      </w:r>
      <w:r>
        <w:rPr>
          <w:sz w:val="20"/>
        </w:rPr>
        <w:t>18:00  j</w:t>
      </w:r>
      <w:r>
        <w:br/>
      </w:r>
      <w:r>
        <w:rPr>
          <w:sz w:val="20"/>
        </w:rPr>
        <w:t>18:01  i, doctor saahib aap ki baat se ek aur lesson jo main drive kar raha hoon ke fasting se yeh bhi ek bohat bara benefit hai ke insaan ko shukr aur helplessness ki state pe woh le jaata hai.</w:t>
      </w:r>
      <w:r>
        <w:br/>
      </w:r>
      <w:r>
        <w:rPr>
          <w:sz w:val="20"/>
        </w:rPr>
        <w:t>18:12  ji, aur spiritually prepare karta hai. jaise aap ne kaha ke woh un ko prepare kiya ja raha tha. sahih, sahih, sahih. to yeh bohat ah aham baat aap ne batai.</w:t>
      </w:r>
      <w:r>
        <w:br/>
      </w:r>
      <w:r>
        <w:rPr>
          <w:sz w:val="20"/>
        </w:rPr>
        <w:t>18:21  doctor saahib yeh bhi Quran mein aaya hai ke jaisa ke hum jaante bhi hain ke Moosa علیہ السلام ek waahid prophet thay jin se direct khitaab hua Allah taala ka.</w:t>
      </w:r>
      <w:r>
        <w:br/>
      </w:r>
      <w:r>
        <w:rPr>
          <w:sz w:val="20"/>
        </w:rPr>
        <w:t>18:31  ji, ji, aur phir yeh bhi aata hai ke</w:t>
      </w:r>
      <w:r>
        <w:br/>
      </w:r>
      <w:r>
        <w:rPr>
          <w:sz w:val="20"/>
        </w:rPr>
        <w:t>18:35  musa علیہ السلام insist karne lagte hain ke woh Allah taala ka didar karen. to is ke bare mein bataen. haan, Quran mein aata hai ke musa علیہ السلام jab pahadi pe pahunche to Allah taala se direct baat cheet hui.</w:t>
      </w:r>
      <w:r>
        <w:br/>
      </w:r>
      <w:r>
        <w:rPr>
          <w:sz w:val="20"/>
        </w:rPr>
        <w:t>18:52  direct baat cheet ka matlab yeh nahi hai ke Khuda samne aa gaya. balke wahi parde ke peeche jise kaha kaha ja sakta hai.</w:t>
      </w:r>
      <w:r>
        <w:br/>
      </w:r>
      <w:r>
        <w:rPr>
          <w:sz w:val="20"/>
        </w:rPr>
        <w:t>19:03  behind the curtain</w:t>
      </w:r>
      <w:r>
        <w:br/>
      </w:r>
      <w:r>
        <w:rPr>
          <w:sz w:val="20"/>
        </w:rPr>
        <w:t>19:05  to un ke andar shauq zahir hua ke woh Allah ko dekhen. to Quran mein aata hai ke qala rabbi arini anzur ilaika ke aye Allah main tujhe dekhna chahta hoon.</w:t>
      </w:r>
      <w:r>
        <w:br/>
      </w:r>
      <w:r>
        <w:rPr>
          <w:sz w:val="20"/>
        </w:rPr>
        <w:t>19:16  mujhe to dikha de. to Allah taala ne farmaya qala lan tarani ke tum mujhe nahi dekh sakte. lekin tum is pahad ke upar dekho.</w:t>
      </w:r>
      <w:r>
        <w:br/>
      </w:r>
      <w:r>
        <w:rPr>
          <w:sz w:val="20"/>
        </w:rPr>
        <w:t>19:28  agar woh apni jagah baqi raha to tum mujhe dekh sako ge. ji,</w:t>
      </w:r>
      <w:r>
        <w:br/>
      </w:r>
      <w:r>
        <w:rPr>
          <w:sz w:val="20"/>
        </w:rPr>
        <w:t>19:32  to jab is pahad pe Allah taala ne apni tajalli apna noor dala</w:t>
      </w:r>
      <w:r>
        <w:br/>
      </w:r>
      <w:r>
        <w:rPr>
          <w:sz w:val="20"/>
        </w:rPr>
        <w:t>19:46  to woh pahad ur gaya.</w:t>
      </w:r>
      <w:r>
        <w:br/>
      </w:r>
      <w:r>
        <w:rPr>
          <w:sz w:val="20"/>
        </w:rPr>
        <w:t>19:50  reza reza ho gaya aur musa علیہ السلام behosh ho ke gir gae.</w:t>
      </w:r>
      <w:r>
        <w:br/>
      </w:r>
      <w:r>
        <w:rPr>
          <w:sz w:val="20"/>
        </w:rPr>
        <w:t>19:57  to jab musa علیہ السلام ko hosh aaya to bole ke maafi mangi. aur kaha ke ana awwalu al mu'mineen ke main pehla believer hoon.</w:t>
      </w:r>
      <w:r>
        <w:br/>
      </w:r>
      <w:r>
        <w:rPr>
          <w:sz w:val="20"/>
        </w:rPr>
        <w:t>20:11  ji, pehla believer ka matlab yeh hai ke jo paighambar hota hai woh har waqt tayyar rehta hai kisi bhi kaam ke liye jo hukum aaye.</w:t>
      </w:r>
      <w:r>
        <w:br/>
      </w:r>
      <w:r>
        <w:rPr>
          <w:sz w:val="20"/>
        </w:rPr>
        <w:t>20:22  ji, is sense mein hai ke koi bhi koi bhi Allah ka agar hukum hoga to main tayyar rahoon ga. main pehla insan hoon ga jo aage aaon ga.</w:t>
      </w:r>
      <w:r>
        <w:br/>
      </w:r>
      <w:r>
        <w:rPr>
          <w:sz w:val="20"/>
        </w:rPr>
        <w:t>20:31  to yeh jo waqia hai Quran mein Hazrat musa علیہ السلام ka Allah taala ko dekhne ka.</w:t>
      </w:r>
      <w:r>
        <w:br/>
      </w:r>
      <w:r>
        <w:rPr>
          <w:sz w:val="20"/>
        </w:rPr>
        <w:t>20:42  ki baat karne ka. to is dunya mein to hum dekh nahi sakte. ji, lekin akhirat mein dekhen ge.</w:t>
      </w:r>
      <w:r>
        <w:br/>
      </w:r>
      <w:r>
        <w:rPr>
          <w:sz w:val="20"/>
        </w:rPr>
        <w:t>20:51  ji, yahan to sirf insan Allah ko realize kar sakta hai. hmm, jo Quran mein bar bar baaten aati hain Maulana ne is pe kafi ah ah bola hai aur likha hai ke jo Allah ki ayat hain signs hain.</w:t>
      </w:r>
      <w:r>
        <w:br/>
      </w:r>
      <w:r>
        <w:rPr>
          <w:sz w:val="20"/>
        </w:rPr>
        <w:t>21:09  hmm, jo sari kainat hai poori Allah ki ayat hain signs hain. in par ghor kar ke. aam taur se log is pe is pe ghor nahi karte.</w:t>
      </w:r>
      <w:r>
        <w:br/>
      </w:r>
      <w:r>
        <w:rPr>
          <w:sz w:val="20"/>
        </w:rPr>
        <w:t>21:20  Maulana kehte the ke aap ko cheezon ko personalize karna hoga. hmm, ji, ab ab hum soch rahe hain ke suraj nikal raha hai chand nikla hua hai barish ho rahi hai hawa chal rahi hai.</w:t>
      </w:r>
      <w:r>
        <w:br/>
      </w:r>
      <w:r>
        <w:rPr>
          <w:sz w:val="20"/>
        </w:rPr>
        <w:t>21:30  sab cheezen hain. to phir is mein is mein woh nahi hota. yani ghor karne ke liye achanak ek din suraj agar aa jata to sab log hairaan ho jate.</w:t>
      </w:r>
      <w:r>
        <w:br/>
      </w:r>
      <w:r>
        <w:rPr>
          <w:sz w:val="20"/>
        </w:rPr>
        <w:t>21:42  lekin ab rozana suraj nikal raha hai to ek routine hai. to Maulana kehte the ke aap is ko person</w:t>
      </w:r>
      <w:r>
        <w:br/>
      </w:r>
      <w:r>
        <w:rPr>
          <w:sz w:val="20"/>
        </w:rPr>
        <w:t>21:48  alize kariye. hmm, yani aap yeh sochiye ke yeh suraj mere liye nikla hai. hmm, yeh clouds aur yeh barish aur yeh hawaen aur yeh charind parind sab mere liye hain.</w:t>
      </w:r>
      <w:r>
        <w:br/>
      </w:r>
      <w:r>
        <w:rPr>
          <w:sz w:val="20"/>
        </w:rPr>
        <w:t>21:58  masha Allah, tab is se ek Allah ka ta'alluq paida hoga. ke aap ke andar jazba paida hoga ke aap Allah ki nemat is ke andar is ke shukr mein doob jaen.</w:t>
      </w:r>
      <w:r>
        <w:br/>
      </w:r>
      <w:r>
        <w:rPr>
          <w:sz w:val="20"/>
        </w:rPr>
        <w:t>22:10  ji, to yahi hai ke hum is dunya mein Allah ko dekh nahi sakt</w:t>
      </w:r>
      <w:r>
        <w:br/>
      </w:r>
      <w:r>
        <w:rPr>
          <w:sz w:val="20"/>
        </w:rPr>
        <w:t>22:14  e. apni in aankhon se jo aankhen hamein di hain. is is dunya mein. lekin akhirat mein ghaliban mumkin hoga yeh. ji, to doctor sahib aap keh rahe hain ke is dunya mein realization of God hai.</w:t>
      </w:r>
      <w:r>
        <w:br/>
      </w:r>
      <w:r>
        <w:rPr>
          <w:sz w:val="20"/>
        </w:rPr>
        <w:t>22:26  aur akhirat mein hum Allah taala ko dekh sakenge. to isi tarah theek isi tarah doctor sahib dekh sakenge jaise main aap ko dekh raha hoon aap mujhe dekh rahe hain.</w:t>
      </w:r>
      <w:r>
        <w:br/>
      </w:r>
      <w:r>
        <w:rPr>
          <w:sz w:val="20"/>
        </w:rPr>
        <w:t>22:35  rubaru. to kya waise hi didar honge Allah taala ke akhirat mein?</w:t>
      </w:r>
      <w:r>
        <w:br/>
      </w:r>
      <w:r>
        <w:rPr>
          <w:sz w:val="20"/>
        </w:rPr>
        <w:t>22:41  quran mein bhi aur hadith mein bhi yeh baatein bohat aayi hain ke allah taala ko hum yaani jannat wale dekhenge. ji, quran mein aata hai wujoohe yawmaizin nadira ke is din kuch chehre roshan honge.</w:t>
      </w:r>
      <w:r>
        <w:br/>
      </w:r>
      <w:r>
        <w:rPr>
          <w:sz w:val="20"/>
        </w:rPr>
        <w:t>22:57  radiant honge. roshan ka matlab hai yeh nahi ke koi light nikal rahi hogi chehron se jaise bulb jala diya.</w:t>
      </w:r>
      <w:r>
        <w:br/>
      </w:r>
      <w:r>
        <w:rPr>
          <w:sz w:val="20"/>
        </w:rPr>
        <w:t>23:07  radiant ka matlab yeh hai ke maulana ne ek baar explain kiya tha. is ka matlab yeh hai ke jo inner personality hai insaan ki woh zahir ho jayegi.</w:t>
      </w:r>
      <w:r>
        <w:br/>
      </w:r>
      <w:r>
        <w:rPr>
          <w:sz w:val="20"/>
        </w:rPr>
        <w:t>23:20  abhi to woh inner personality bohat kam zahir hoti hai. ji, lekin akhirat mein jo insaan ki inner shakhsiyat hai woh is ke upar zahir ho jayegi.</w:t>
      </w:r>
      <w:r>
        <w:br/>
      </w:r>
      <w:r>
        <w:rPr>
          <w:sz w:val="20"/>
        </w:rPr>
        <w:t>23:32  jo develop kar rahe hain hum. is ke is ke chehre se woh woh nazar aane lagega. ji,</w:t>
      </w:r>
      <w:r>
        <w:br/>
      </w:r>
      <w:r>
        <w:rPr>
          <w:sz w:val="20"/>
        </w:rPr>
        <w:t>23:37  jaise aap kisi buzurg se milein. aksar log jab log jab maulana se milte to kehte the ke bari noorani shakhsiyat hai. ji, to yeh cheez aur zyada evident ho jayegi.</w:t>
      </w:r>
      <w:r>
        <w:br/>
      </w:r>
      <w:r>
        <w:rPr>
          <w:sz w:val="20"/>
        </w:rPr>
        <w:t>23:48  is sense mein hai ke quran mein aata hai ke wujoohe yawmaizin nadira ke is din kuch chehre roshan honge. radiant faces honge.</w:t>
      </w:r>
      <w:r>
        <w:br/>
      </w:r>
      <w:r>
        <w:rPr>
          <w:sz w:val="20"/>
        </w:rPr>
        <w:t>23:57  ilā rabbihā nāzira apne rab ko dekh rahe honge. to quran mein to is andaaz mein aaya hai. lekin hadith mein bohat zyada baatein aayi hain.</w:t>
      </w:r>
      <w:r>
        <w:br/>
      </w:r>
      <w:r>
        <w:rPr>
          <w:sz w:val="20"/>
        </w:rPr>
        <w:t>24:08  jaise ek sahabi the jinka naam tha jarir bin abdullah. yeh sahabi waise yaman ke the.</w:t>
      </w:r>
      <w:r>
        <w:br/>
      </w:r>
      <w:r>
        <w:rPr>
          <w:sz w:val="20"/>
        </w:rPr>
        <w:t>24:18  to bohat hi tall aur bare handsome bare zabardast aur apni tribe ke sardar the. ji, to ek baar woh jab aane wale the to prophet muhammad sallallahu alaihi wasallam is waqt masjid nabwi mein baithe hue the.</w:t>
      </w:r>
      <w:r>
        <w:br/>
      </w:r>
      <w:r>
        <w:rPr>
          <w:sz w:val="20"/>
        </w:rPr>
        <w:t>24:36  hmm, to un ke aane se pehle prophet ne kaha apne sahaba se ke yaman ka sab se acha insaan aane wala hai.</w:t>
      </w:r>
      <w:r>
        <w:br/>
      </w:r>
      <w:r>
        <w:rPr>
          <w:sz w:val="20"/>
        </w:rPr>
        <w:t>24:46  hmm, thori der mein woh aaye. ji, to saare sahabi dekh ke mabhoot ho gaye ke bari zabard</w:t>
      </w:r>
      <w:r>
        <w:br/>
      </w:r>
      <w:r>
        <w:rPr>
          <w:sz w:val="20"/>
        </w:rPr>
        <w:t>24:52  ast shakhsiyat thi. hmm, to is waqt rasool allah sallallahu alaihi wasallam ne baithne ke liye kuch tha nahi kuch koi chair ya koi cheez.</w:t>
      </w:r>
      <w:r>
        <w:br/>
      </w:r>
      <w:r>
        <w:rPr>
          <w:sz w:val="20"/>
        </w:rPr>
        <w:t>25:00  to unhon ne apni chadar de di un ko. hmm, ke aap is pe baithiye. aur phir logon se kaha ke jab koi sardar aaye kisi tribe ka kisi qabile ka to us ki izzat kiya karo.</w:t>
      </w:r>
      <w:r>
        <w:br/>
      </w:r>
      <w:r>
        <w:rPr>
          <w:sz w:val="20"/>
        </w:rPr>
        <w:t>25:11  h</w:t>
      </w:r>
      <w:r>
        <w:br/>
      </w:r>
      <w:r>
        <w:rPr>
          <w:sz w:val="20"/>
        </w:rPr>
        <w:t>25:12  mm, to un un ki riwayat hai jarir bin abdullah ki ke ek baar prophet muhammad sallallahu alaihi wasallam ke sath baithe hue the.</w:t>
      </w:r>
      <w:r>
        <w:br/>
      </w:r>
      <w:r>
        <w:rPr>
          <w:sz w:val="20"/>
        </w:rPr>
        <w:t>25:20  hmm, aur chaudhveen ki ki raat thi. ji, bilkul chand poora wazeh tha. to rasool allah ne farmaya ke tum yaqeenan apne rab ko isi tarah dekhoge jis tarah tum is chand ko dekh rahe ho.</w:t>
      </w:r>
      <w:r>
        <w:br/>
      </w:r>
      <w:r>
        <w:rPr>
          <w:sz w:val="20"/>
        </w:rPr>
        <w:t>25:35  ji, ji, ji, aur ek baat kahi ke is ke dekhne mein tum dhakka mukki nahi karoge. hmm, ji, aap ko pata hai na ke jab hajj karne jaate hain to hajar aswad chhoone ke liye ya choomne ke liye bara dhakka mukki karna padta hai.</w:t>
      </w:r>
      <w:r>
        <w:br/>
      </w:r>
      <w:r>
        <w:rPr>
          <w:sz w:val="20"/>
        </w:rPr>
        <w:t>25:49  ji, ji, yaani jo spirit hai hajj ki woh bilkul khatam ho jati hai ke aap push kar ke jayen kisi ko dekhne</w:t>
      </w:r>
      <w:r>
        <w:br/>
      </w:r>
      <w:r>
        <w:rPr>
          <w:sz w:val="20"/>
        </w:rPr>
        <w:t>25:55  ۔ to is mein yeh baat hai ke dhakka mukki nahi hogi. bare itminan se aap khuda ko dekhenge jaise aap is chand ko dekh rahe hain. ji, aisi ek aur hadith hai ke jannat wale apne kamon mein masroof honge.</w:t>
      </w:r>
      <w:r>
        <w:br/>
      </w:r>
      <w:r>
        <w:rPr>
          <w:sz w:val="20"/>
        </w:rPr>
        <w:t>26:10  yaani jo khuda ne un ko blessings di hain woh enjoy kar</w:t>
      </w:r>
      <w:r>
        <w:br/>
      </w:r>
      <w:r>
        <w:rPr>
          <w:sz w:val="20"/>
        </w:rPr>
        <w:t>26:14  rahe honge. to ek pukarne wala pukarega yaani ek farishta kahega ke ae jannat walon tumhare liye khuda ka ek wada abhi baqi hai.</w:t>
      </w:r>
      <w:r>
        <w:br/>
      </w:r>
      <w:r>
        <w:rPr>
          <w:sz w:val="20"/>
        </w:rPr>
        <w:t>26:26  jo woh ab poora karega. ji, to jannat wale kahenge ke hairaan ho jayenge woh. kahenge ab kaun sa wada sab cheezein to humein mil</w:t>
      </w:r>
      <w:r>
        <w:br/>
      </w:r>
      <w:r>
        <w:rPr>
          <w:sz w:val="20"/>
        </w:rPr>
        <w:t>26:35  gain. humein allah taala ne jannat mein dakhil kar diya jahannum se bacha liya.</w:t>
      </w:r>
      <w:r>
        <w:br/>
      </w:r>
      <w:r>
        <w:rPr>
          <w:sz w:val="20"/>
        </w:rPr>
        <w:t>26:43  aur aur tarah tarah ki nematein dein hamare chehre roshan kar diye. to is waqt</w:t>
      </w:r>
      <w:r>
        <w:br/>
      </w:r>
      <w:r>
        <w:rPr>
          <w:sz w:val="20"/>
        </w:rPr>
        <w:t>26:53  yani sari jo nematein hain woh to hamein mil gayi hain ab kya cheez reh gayi baqi. Jannat wale hairaan honge. To us waqt jo parda hai woh hat jayega.</w:t>
      </w:r>
      <w:r>
        <w:br/>
      </w:r>
      <w:r>
        <w:rPr>
          <w:sz w:val="20"/>
        </w:rPr>
        <w:t>27:04  Ji, aur log Khuda ko dekhne lag jayenge. Hmm, aur sari jo nematein hain un sab bhool jayenge. Koi nemat is se behtar un ke liye nahi rahi hogi aur koi cheez aisi nahi hogi jis se is se zyada aankhon ki thandak unhein mile.</w:t>
      </w:r>
      <w:r>
        <w:br/>
      </w:r>
      <w:r>
        <w:rPr>
          <w:sz w:val="20"/>
        </w:rPr>
        <w:t>27:20  Ji, to yeh ek bahut badi nemat hai jo akhirat mein jannat ke logon ko milegi</w:t>
      </w:r>
      <w:r>
        <w:br/>
      </w:r>
      <w:r>
        <w:rPr>
          <w:sz w:val="20"/>
        </w:rPr>
        <w:t>27:25  . Lekin Maulana ne is ko explain kiya hai ek jagah ke aisa nahi hoga ke jaise hum kisi cheez ko dekh rahe hain usi tarah se aap Khuda ko dekh lein.</w:t>
      </w:r>
      <w:r>
        <w:br/>
      </w:r>
      <w:r>
        <w:rPr>
          <w:sz w:val="20"/>
        </w:rPr>
        <w:t>27:35  Jaise hum Taj Mahal ja ke dekhte hain ke yeh Taj Mahal hai. Hmm, aise nahi hoga. Khuda ek laamtanahi hasti hai. Ji, har baar jab zahir hoga to woh ek naye glimpse mein zahir hoga.</w:t>
      </w:r>
      <w:r>
        <w:br/>
      </w:r>
      <w:r>
        <w:rPr>
          <w:sz w:val="20"/>
        </w:rPr>
        <w:t>27:48  Ek naya jalwa hoga. Har baar aur eternally woh naya hota rahega. Ji,</w:t>
      </w:r>
      <w:r>
        <w:br/>
      </w:r>
      <w:r>
        <w:rPr>
          <w:sz w:val="20"/>
        </w:rPr>
        <w:t>27:53  Ek ek ek bahut hi alag tarah ka experience hoga. Ji, aisa nahi ke aap aap jab Taj Mahal dekhne jayenge har baar bhai Taj Mahal hai. Lekin Khuda ko jab aap dekhenge chand Khuda ko jab jannat wale dekhenge to woh har baar ek naye glimpse mein dekhenge.</w:t>
      </w:r>
      <w:r>
        <w:br/>
      </w:r>
      <w:r>
        <w:rPr>
          <w:sz w:val="20"/>
        </w:rPr>
        <w:t>28:10  Ek naya hi woh hoga glimpse. Ji, to yeh bahut hi badi nemat hai Allah taala hum sab ko bhi is ki tofeeq ata farmaye.</w:t>
      </w:r>
      <w:r>
        <w:br/>
      </w:r>
      <w:r>
        <w:rPr>
          <w:sz w:val="20"/>
        </w:rPr>
        <w:t>28:19  Ji, Doctor sahib bahut yeh important baat aap ne kahi balkeh is se bhi samajh aata hai ke jaise kaha jata hai ke har aaney wala lamha paradise mein pichle lamhe se behtar hoga.</w:t>
      </w:r>
      <w:r>
        <w:br/>
      </w:r>
      <w:r>
        <w:rPr>
          <w:sz w:val="20"/>
        </w:rPr>
        <w:t>28:30  To incremental pleasures honge.</w:t>
      </w:r>
      <w:r>
        <w:br/>
      </w:r>
      <w:r>
        <w:rPr>
          <w:sz w:val="20"/>
        </w:rPr>
        <w:t>28:32  Aur phir jaise aap ne bataya ke Allah taala jab apni jhalakiyan dikhayega to pichle tamam lamhon ko jo paradise mein rehne wale honge woh bhool jayenge.</w:t>
      </w:r>
      <w:r>
        <w:br/>
      </w:r>
      <w:r>
        <w:rPr>
          <w:sz w:val="20"/>
        </w:rPr>
        <w:t>28:42  To agar har aaney wala lamha pichle lamhe se behtar hai aur Khuda ko dekhne wala lamha sab se behtareen hai to is ka matlab woh jhalakiyan to aati rahengi.</w:t>
      </w:r>
      <w:r>
        <w:br/>
      </w:r>
      <w:r>
        <w:rPr>
          <w:sz w:val="20"/>
        </w:rPr>
        <w:t>28:51  Jaise aap ne bataya is ko. To yeh bahut hi important point aap ne clear kiya. Bahut hi hope hai is mein</w:t>
      </w:r>
      <w:r>
        <w:br/>
      </w:r>
      <w:r>
        <w:rPr>
          <w:sz w:val="20"/>
        </w:rPr>
        <w:t>28:58  . Ji, Doctor sahib Quran mein aata hai ke Allah taala raises a mountain over the children of Israel to woh kya kahani ka hissa hai is ke baray mein batayen.</w:t>
      </w:r>
      <w:r>
        <w:br/>
      </w:r>
      <w:r>
        <w:rPr>
          <w:sz w:val="20"/>
        </w:rPr>
        <w:t>29:09  Haan, Quran mein yeh aata hai ke وَأَخَذْنَا مِسَاقَكُمْ وَإِذْ أَخَذْنَا مِسَاقَكُمْ jab hum ne tum se pledge liya.</w:t>
      </w:r>
      <w:r>
        <w:br/>
      </w:r>
      <w:r>
        <w:rPr>
          <w:sz w:val="20"/>
        </w:rPr>
        <w:t>29:19  Ji,</w:t>
      </w:r>
      <w:r>
        <w:br/>
      </w:r>
      <w:r>
        <w:rPr>
          <w:sz w:val="20"/>
        </w:rPr>
        <w:t>29:20  To us waqt koi waqia hua hai jis ko mountain raise kar diya gaya lekin Maulana ne is ko thoda alag tarah se explain kiya hai ke yani un ko aisa mehsoos hua ke mountain un ke upar gir jayega.</w:t>
      </w:r>
      <w:r>
        <w:br/>
      </w:r>
      <w:r>
        <w:rPr>
          <w:sz w:val="20"/>
        </w:rPr>
        <w:t>29:36  Ji, jaise kabhi landslide nahi hoti ya landslide hai ya koi aur waqia aisa hota hai earthquake waghera ka lagta hai ke pahad hamare upar gir jayega.</w:t>
      </w:r>
      <w:r>
        <w:br/>
      </w:r>
      <w:r>
        <w:rPr>
          <w:sz w:val="20"/>
        </w:rPr>
        <w:t>29:45  To is tarah ka waqia koi ek hua tha. Choonkeh jo karwai hui thi</w:t>
      </w:r>
      <w:r>
        <w:br/>
      </w:r>
      <w:r>
        <w:rPr>
          <w:sz w:val="20"/>
        </w:rPr>
        <w:t>29:57  jo wahi nazil hui thi jo commandments Musa Alaihissalam ko diye gaye the to woh ek mountain ke foot hill pe hui thi.</w:t>
      </w:r>
      <w:r>
        <w:br/>
      </w:r>
      <w:r>
        <w:rPr>
          <w:sz w:val="20"/>
        </w:rPr>
        <w:t>30:06  Ji, to us waqt Allah taala ne Bani Israel se pledge liya aur aisa lagta tha ke pahad giri jayega.</w:t>
      </w:r>
      <w:r>
        <w:br/>
      </w:r>
      <w:r>
        <w:rPr>
          <w:sz w:val="20"/>
        </w:rPr>
        <w:t>30:13  Matlab yeh tha ke Khuda se pledge lena bahut hi sangin baat hai. To us waqt bahut hi sakht qism ka koi ghaliban zalzala aaya ya kuch ke aisa lagta tha ke bas pahad giri jayega un ke upar.</w:t>
      </w:r>
      <w:r>
        <w:br/>
      </w:r>
      <w:r>
        <w:rPr>
          <w:sz w:val="20"/>
        </w:rPr>
        <w:t>30:28  To is ka matlab yeh tha ke jo ahad liya ja raha hai us ko poora agar nahi karoge to Allah taala ek itni qadir mutlaq hasti hai ke woh yeh bhi kar sakti hai ke woh pahad tumhare upar gira de.</w:t>
      </w:r>
      <w:r>
        <w:br/>
      </w:r>
      <w:r>
        <w:rPr>
          <w:sz w:val="20"/>
        </w:rPr>
        <w:t>30:42  Ji, to</w:t>
      </w:r>
      <w:r>
        <w:br/>
      </w:r>
      <w:r>
        <w:rPr>
          <w:sz w:val="20"/>
        </w:rPr>
        <w:t>30:43  yeh baat sirf Bani Israel ke liye nahi thi balkeh aaj hum sab ke liye bhi hai. Hum ne bhi jo pledge liya hai Quran se ya Kalme se woh yahi hai ke agar hum is pe baqi nahi rahenge to Allah taala kisi tarah se kuch destroy bhi kar sakta hai.</w:t>
      </w:r>
      <w:r>
        <w:br/>
      </w:r>
      <w:r>
        <w:rPr>
          <w:sz w:val="20"/>
        </w:rPr>
        <w:t>31:00  ji, ji, ji. to sari jo qissa hai bani israel ka is mein har jagah sabaq hamein apne liye talash karna hai. chounkay itna bara qissa hai jo quran mein phaila hua hai.</w:t>
      </w:r>
      <w:r>
        <w:br/>
      </w:r>
      <w:r>
        <w:rPr>
          <w:sz w:val="20"/>
        </w:rPr>
        <w:t>31:10  poore quran mein phaila hua hai. to is ka maqsad kuch hoga sirf koi story batane to hai nahin. ji,</w:t>
      </w:r>
      <w:r>
        <w:br/>
      </w:r>
      <w:r>
        <w:rPr>
          <w:sz w:val="20"/>
        </w:rPr>
        <w:t>31:16  to is mein bari bari gehri asbaaq hain jo jo hamein is pe ghor karna chahiye. ji, yeh bohat important baat doctor sahib aap ne kahi that to have faith is to you know like making a contract with god that we will live and die as per his will to agar hum aisa na karein to hum apne oopar bilkul jaise goya calamity ya catastrophe invite kar rahe hain.</w:t>
      </w:r>
      <w:r>
        <w:br/>
      </w:r>
      <w:r>
        <w:rPr>
          <w:sz w:val="20"/>
        </w:rPr>
        <w:t>31:42  bilkul sahi. to yeh bohat important baat. kahin doctor sahib</w:t>
      </w:r>
    </w:p>
    <w:p>
      <w:pPr>
        <w:pStyle w:val="Heading1"/>
      </w:pPr>
      <w:r>
        <w:t>In the lectures (0)</w:t>
      </w:r>
    </w:p>
    <w:p>
      <w:pPr>
        <w:pStyle w:val="Heading1"/>
      </w:pPr>
      <w:r>
        <w:t>Clips (0)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