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Muslims are divided</w:t>
      </w:r>
    </w:p>
    <w:p>
      <w:r>
        <w:rPr>
          <w:sz w:val="18"/>
        </w:rPr>
        <w:t>Q&amp;A, lecture moments and clips · full transcripts with timestamps · exported 2026-09-21</w:t>
      </w:r>
    </w:p>
    <w:p>
      <w:pPr>
        <w:pStyle w:val="Heading1"/>
      </w:pPr>
      <w:r>
        <w:t>Maulana was asked (30)</w:t>
      </w:r>
    </w:p>
    <w:p>
      <w:pPr>
        <w:pStyle w:val="Heading2"/>
      </w:pPr>
      <w:r>
        <w:t>Cause and solution of Muslim differences</w:t>
      </w:r>
    </w:p>
    <w:p>
      <w:r>
        <w:rPr>
          <w:color w:val="666666"/>
          <w:sz w:val="18"/>
        </w:rPr>
        <w:t>Life after Death I 22nd Jan. 2012 Maulana Wahiduddin Khan · 1m 04s · at 1:08:45 · https://youtu.be/Pa8c09DFrkA?t=4125</w:t>
      </w:r>
    </w:p>
    <w:p>
      <w:r>
        <w:rPr>
          <w:i/>
        </w:rPr>
        <w:t>“Differences exist in every Muslim group and institution. There is no unity among Muslims. What is the cause of this difference among Muslims, and what is its solution? Is this the result of abandoning the work of Dawah?”</w:t>
      </w:r>
    </w:p>
    <w:p>
      <w:r>
        <w:rPr>
          <w:sz w:val="20"/>
        </w:rPr>
        <w:t>1:08:45  Maulana, agla sawal aaya hai Delhi se, Maulana Zikwan Nadvi ka. Unhon ne likha hai: Musalmanon ke har group mein aur har idaray mein differences paye jatay hain.</w:t>
      </w:r>
      <w:r>
        <w:br/>
      </w:r>
      <w:r>
        <w:rPr>
          <w:sz w:val="20"/>
        </w:rPr>
        <w:t>1:08:57  Musalmanon ke darmiyan ittehad maujood nahin. Musalmanon ke darmiyan is ikhtilaf ka sabab kya hai? Aur is ka hal kya hai?</w:t>
      </w:r>
      <w:r>
        <w:br/>
      </w:r>
      <w:r>
        <w:rPr>
          <w:sz w:val="20"/>
        </w:rPr>
        <w:t>1:09:07  Kya yeh sab dawat al Allah ke kaam ko chhodne ka nateeja hai? Kyun ke dawat hi woh cheez hai jis se aadmi ko</w:t>
      </w:r>
      <w:r>
        <w:br/>
      </w:r>
      <w:r>
        <w:rPr>
          <w:sz w:val="20"/>
        </w:rPr>
        <w:t>1:09:15  unity ke liye common ground milta hai. Haan, yeh baat sahi hai. Dawat al Allah jo hai, woh ek common ground deta hai poori ummat ko.</w:t>
      </w:r>
      <w:r>
        <w:br/>
      </w:r>
      <w:r>
        <w:rPr>
          <w:sz w:val="20"/>
        </w:rPr>
        <w:t>1:09:27  is mein koi ikhtilaf nahin, koi material dispute nahin hai.</w:t>
      </w:r>
      <w:r>
        <w:br/>
      </w:r>
      <w:r>
        <w:rPr>
          <w:sz w:val="20"/>
        </w:rPr>
        <w:t>1:09:33  property ke liye ho to mein chahunga mujhe mile, wahan jahan woh mile. lekin dawat e Allah ke liye kya hai? to yeh baat sahi hai ke ummat mein agar ittehad ko farogh dena hai to dawat e Allah ko un mein khoob khoob farogh diya jaye.</w:t>
      </w:r>
    </w:p>
    <w:p>
      <w:pPr>
        <w:pStyle w:val="Heading2"/>
      </w:pPr>
      <w:r>
        <w:t>Cause and Solution of Muslim Disunity</w:t>
      </w:r>
    </w:p>
    <w:p>
      <w:r>
        <w:rPr>
          <w:color w:val="666666"/>
          <w:sz w:val="18"/>
        </w:rPr>
        <w:t>Life After Death January 22, 2012 · 1m 11s · at 1:08:56 · https://youtu.be/5hVH1BLKBF4?t=4136</w:t>
      </w:r>
    </w:p>
    <w:p>
      <w:r>
        <w:rPr>
          <w:i/>
        </w:rPr>
        <w:t>“In every group and institution of Muslims, differences are found. There is no unity among Muslims. What is the cause of this difference among Muslims? And what is its solution? Is it all the result of abandoning the work of dawah ilallah?”</w:t>
      </w:r>
    </w:p>
    <w:p>
      <w:r>
        <w:rPr>
          <w:sz w:val="20"/>
        </w:rPr>
        <w:t>1:08:56  maulana, agla sawal aya hai dilli se. maulana zakwan nadvi ka,</w:t>
      </w:r>
      <w:r>
        <w:br/>
      </w:r>
      <w:r>
        <w:rPr>
          <w:sz w:val="20"/>
        </w:rPr>
        <w:t>1:09:00  unhon ne likha hai: "musalmanon ke har group mein aur har idaray mein differences paye jatay hain. musalmanon ke darmiyan ittehad maujood nahi.</w:t>
      </w:r>
      <w:r>
        <w:br/>
      </w:r>
      <w:r>
        <w:rPr>
          <w:sz w:val="20"/>
        </w:rPr>
        <w:t>1:09:11  musalmanon ke darmiyan is ikhtilaf ka sabab kya hai? aur is ka hal kya hai? kya yeh sab dawat al Allah ke kaam ko chhodne ka nateeja hai?</w:t>
      </w:r>
      <w:r>
        <w:br/>
      </w:r>
      <w:r>
        <w:rPr>
          <w:sz w:val="20"/>
        </w:rPr>
        <w:t>1:09:22  kyun ke dawat hi woh cheez hai jis se aadmi ko unity ke liye common ground milta hai."</w:t>
      </w:r>
      <w:r>
        <w:br/>
      </w:r>
      <w:r>
        <w:rPr>
          <w:sz w:val="20"/>
        </w:rPr>
        <w:t>1:09:29  haan, yeh baat sahi hai. dawat Allah jo hai, woh ek common ground deta hai poori ummat ko.</w:t>
      </w:r>
      <w:r>
        <w:br/>
      </w:r>
      <w:r>
        <w:rPr>
          <w:sz w:val="20"/>
        </w:rPr>
        <w:t>1:09:38  is mein koi ikhtilaf nahi, koi material dispute nahi hai. property ke liye ho to main chahoon ke mujhe mile, wahan wahan woh mile.</w:t>
      </w:r>
      <w:r>
        <w:br/>
      </w:r>
      <w:r>
        <w:rPr>
          <w:sz w:val="20"/>
        </w:rPr>
        <w:t>1:09:49  lekin dawat Allah ke liye kya hai?</w:t>
      </w:r>
      <w:r>
        <w:br/>
      </w:r>
      <w:r>
        <w:rPr>
          <w:sz w:val="20"/>
        </w:rPr>
        <w:t>1:09:52  to yeh baat sahi hai ke ummat mein agar ittehad ko farogh dena hai to dawat Allah ko in mein khoob khoob farogh diya jaye. jitna zyada ummat dawat Allah par khadi hogi, utne zyada ikhtilaf apne aap mit jayenge.</w:t>
      </w:r>
    </w:p>
    <w:p>
      <w:pPr>
        <w:pStyle w:val="Heading2"/>
      </w:pPr>
      <w:r>
        <w:t>Muslims with Ideological and Political Differences</w:t>
      </w:r>
    </w:p>
    <w:p>
      <w:r>
        <w:rPr>
          <w:color w:val="666666"/>
          <w:sz w:val="18"/>
        </w:rPr>
        <w:t>Lessons from My Journey to Canada II January 10, 2016 · 3m 02s · at 1:02:48 · https://youtu.be/GHF2Ph3GW7A?t=3768</w:t>
      </w:r>
    </w:p>
    <w:p>
      <w:r>
        <w:rPr>
          <w:i/>
        </w:rPr>
        <w:t>“Maulana, I have seen many Muslims who have ideological and political differences.”</w:t>
      </w:r>
    </w:p>
    <w:p>
      <w:r>
        <w:rPr>
          <w:sz w:val="20"/>
        </w:rPr>
        <w:t>1:02:47  inkar ka case nahi hai</w:t>
      </w:r>
      <w:r>
        <w:br/>
      </w:r>
      <w:r>
        <w:rPr>
          <w:sz w:val="20"/>
        </w:rPr>
        <w:t>1:02:48  molana agla sawal</w:t>
      </w:r>
      <w:r>
        <w:br/>
      </w:r>
      <w:r>
        <w:rPr>
          <w:sz w:val="20"/>
        </w:rPr>
        <w:t>1:02:51  سری نگر سے مس کروتولین کا ہے، اور انہوں نے لکھا ہے کہ: "مولانا, have you seen many Muslims</w:t>
      </w:r>
      <w:r>
        <w:br/>
      </w:r>
      <w:r>
        <w:rPr>
          <w:sz w:val="20"/>
        </w:rPr>
        <w:t>1:03:00  ho have ideological aur political differences</w:t>
      </w:r>
      <w:r>
        <w:br/>
      </w:r>
      <w:r>
        <w:rPr>
          <w:sz w:val="20"/>
        </w:rPr>
        <w:t>1:03:04  with someone who has passed away, and they use accusing and abusive language for that person who</w:t>
      </w:r>
      <w:r>
        <w:br/>
      </w:r>
      <w:r>
        <w:rPr>
          <w:sz w:val="20"/>
        </w:rPr>
        <w:t>1:03:11  has died. They pronounce the judgment that God will cast him to hell, and while doing so they</w:t>
      </w:r>
      <w:r>
        <w:br/>
      </w:r>
      <w:r>
        <w:rPr>
          <w:sz w:val="20"/>
        </w:rPr>
        <w:t>1:03:19  justify it by quoting religion."</w:t>
      </w:r>
      <w:r>
        <w:br/>
      </w:r>
      <w:r>
        <w:rPr>
          <w:sz w:val="20"/>
        </w:rPr>
        <w:t>1:03:22  مولانا، what would be your advice to such people?</w:t>
      </w:r>
      <w:r>
        <w:br/>
      </w:r>
      <w:r>
        <w:rPr>
          <w:sz w:val="20"/>
        </w:rPr>
        <w:t>1:03:26  dekhen yeh to koi islam mein hai nahi</w:t>
      </w:r>
      <w:r>
        <w:br/>
      </w:r>
      <w:r>
        <w:rPr>
          <w:sz w:val="20"/>
        </w:rPr>
        <w:t>1:03:28  sahaba ne kabhi aisa kiya nahi</w:t>
      </w:r>
      <w:r>
        <w:br/>
      </w:r>
      <w:r>
        <w:rPr>
          <w:sz w:val="20"/>
        </w:rPr>
        <w:t>1:03:33  sahaba ne aisa nahi kiya</w:t>
      </w:r>
      <w:r>
        <w:br/>
      </w:r>
      <w:r>
        <w:rPr>
          <w:sz w:val="20"/>
        </w:rPr>
        <w:t>1:03:34  jo zinda log hain argument unke samne work karta hai</w:t>
      </w:r>
      <w:r>
        <w:br/>
      </w:r>
      <w:r>
        <w:rPr>
          <w:sz w:val="20"/>
        </w:rPr>
        <w:t>1:03:38  jo jo log mar gaye unka argument kya wo to sunne ke liye maujood nahi hai</w:t>
      </w:r>
      <w:r>
        <w:br/>
      </w:r>
      <w:r>
        <w:rPr>
          <w:sz w:val="20"/>
        </w:rPr>
        <w:t>1:03:44  agar koi unke khayalat se mutasir hai aur unki baton ko kehta hai ke yeh sahi</w:t>
      </w:r>
      <w:r>
        <w:br/>
      </w:r>
      <w:r>
        <w:rPr>
          <w:sz w:val="20"/>
        </w:rPr>
        <w:t>1:03:50  بات ہے، تو آج جو انسان ہے، اس کے mind کو address کرنے کے لیے آپ اس کو</w:t>
      </w:r>
      <w:r>
        <w:br/>
      </w:r>
      <w:r>
        <w:rPr>
          <w:sz w:val="20"/>
        </w:rPr>
        <w:t>1:03:56  iska analysis kar sakte hain</w:t>
      </w:r>
      <w:r>
        <w:br/>
      </w:r>
      <w:r>
        <w:rPr>
          <w:sz w:val="20"/>
        </w:rPr>
        <w:t>1:03:58  lekin jo chala gaya wo chala gaya</w:t>
      </w:r>
      <w:r>
        <w:br/>
      </w:r>
      <w:r>
        <w:rPr>
          <w:sz w:val="20"/>
        </w:rPr>
        <w:t>1:04:01  jo chala gaya usko</w:t>
      </w:r>
      <w:r>
        <w:br/>
      </w:r>
      <w:r>
        <w:rPr>
          <w:sz w:val="20"/>
        </w:rPr>
        <w:t>1:04:05  usko is se kya faida</w:t>
      </w:r>
      <w:r>
        <w:br/>
      </w:r>
      <w:r>
        <w:rPr>
          <w:sz w:val="20"/>
        </w:rPr>
        <w:t>1:04:07  par hadith mein yeh hai ke jo log mar gaye unko bura bhala na kaho</w:t>
      </w:r>
      <w:r>
        <w:br/>
      </w:r>
      <w:r>
        <w:rPr>
          <w:sz w:val="20"/>
        </w:rPr>
        <w:t>1:04:14  to dekhen do baaten alag alag hain</w:t>
      </w:r>
      <w:r>
        <w:br/>
      </w:r>
      <w:r>
        <w:rPr>
          <w:sz w:val="20"/>
        </w:rPr>
        <w:t>1:04:17  ek hai jo mar gaye jo sunne ke liye maujood nahi hain unko bura bhala kehna</w:t>
      </w:r>
      <w:r>
        <w:br/>
      </w:r>
      <w:r>
        <w:rPr>
          <w:sz w:val="20"/>
        </w:rPr>
        <w:t>1:04:24  aur doosri baat yeh hai ke unhone kitab likhi thi</w:t>
      </w:r>
      <w:r>
        <w:br/>
      </w:r>
      <w:r>
        <w:rPr>
          <w:sz w:val="20"/>
        </w:rPr>
        <w:t>1:04:28  unke khayalat abhi bhi libraryon mein maujood hain</w:t>
      </w:r>
      <w:r>
        <w:br/>
      </w:r>
      <w:r>
        <w:rPr>
          <w:sz w:val="20"/>
        </w:rPr>
        <w:t>1:04:32  isko padh kar koi is se</w:t>
      </w:r>
      <w:r>
        <w:br/>
      </w:r>
      <w:r>
        <w:rPr>
          <w:sz w:val="20"/>
        </w:rPr>
        <w:t>1:04:36  yani influence ho jata hai mutasir ho jata hai</w:t>
      </w:r>
      <w:r>
        <w:br/>
      </w:r>
      <w:r>
        <w:rPr>
          <w:sz w:val="20"/>
        </w:rPr>
        <w:t>1:04:40  to jo aaj zinda insan maujood hai uske samne unke khayalat ka tajziya karna</w:t>
      </w:r>
      <w:r>
        <w:br/>
      </w:r>
      <w:r>
        <w:rPr>
          <w:sz w:val="20"/>
        </w:rPr>
        <w:t>1:04:47  to mare hue logon ko bura bhala kehne se koi faida nahi</w:t>
      </w:r>
      <w:r>
        <w:br/>
      </w:r>
      <w:r>
        <w:rPr>
          <w:sz w:val="20"/>
        </w:rPr>
        <w:t>1:04:50  lekin zinda aadmi jo iske baaton se asar le kar isi ki dohra raha hai to is</w:t>
      </w:r>
      <w:r>
        <w:br/>
      </w:r>
      <w:r>
        <w:rPr>
          <w:sz w:val="20"/>
        </w:rPr>
        <w:t>1:04:56  ko to batana padega</w:t>
      </w:r>
      <w:r>
        <w:br/>
      </w:r>
      <w:r>
        <w:rPr>
          <w:sz w:val="20"/>
        </w:rPr>
        <w:t>1:05:00  is ko batana pare ga.</w:t>
      </w:r>
      <w:r>
        <w:br/>
      </w:r>
      <w:r>
        <w:rPr>
          <w:sz w:val="20"/>
        </w:rPr>
        <w:t>1:05:01  la tusub al-amwat, yeh hadith hai: "la tusub al-amwat".</w:t>
      </w:r>
      <w:r>
        <w:br/>
      </w:r>
      <w:r>
        <w:rPr>
          <w:sz w:val="20"/>
        </w:rPr>
        <w:t>1:05:07  tusub ya sub ka matlab to gaali dena, yani bura kehna.</w:t>
      </w:r>
      <w:r>
        <w:br/>
      </w:r>
      <w:r>
        <w:rPr>
          <w:sz w:val="20"/>
        </w:rPr>
        <w:t>1:05:11  maray maray huway logon ko bura na kaho.</w:t>
      </w:r>
      <w:r>
        <w:br/>
      </w:r>
      <w:r>
        <w:rPr>
          <w:sz w:val="20"/>
        </w:rPr>
        <w:t>1:05:17  la tusub al-amwat, yani maray huway logon ko bura na kaho.</w:t>
      </w:r>
      <w:r>
        <w:br/>
      </w:r>
      <w:r>
        <w:rPr>
          <w:sz w:val="20"/>
        </w:rPr>
        <w:t>1:05:20  is ka matlab yeh hai ke personal attack un logon par jo mar gaye, is se mana kiya</w:t>
      </w:r>
      <w:r>
        <w:br/>
      </w:r>
      <w:r>
        <w:rPr>
          <w:sz w:val="20"/>
        </w:rPr>
        <w:t>1:05:26  gaya. Lekin maray huway log jo hain, agar koi un se mutasir hai, to us ko bolna pare</w:t>
      </w:r>
      <w:r>
        <w:br/>
      </w:r>
      <w:r>
        <w:rPr>
          <w:sz w:val="20"/>
        </w:rPr>
        <w:t>1:05:34  ga. Masalan karobar sazinda nahi hai, lekin karobar ki soch jo hai, kitabon mein mojood hai.</w:t>
      </w:r>
      <w:r>
        <w:br/>
      </w:r>
      <w:r>
        <w:rPr>
          <w:sz w:val="20"/>
        </w:rPr>
        <w:t>1:05:40  koi is se mutasir ho kar isi ki baatein kare to hum ko tanqeed karna pare gi.</w:t>
      </w:r>
      <w:r>
        <w:br/>
      </w:r>
      <w:r>
        <w:rPr>
          <w:sz w:val="20"/>
        </w:rPr>
        <w:t>1:05:45  is ko yeh matlab hai is ka.</w:t>
      </w:r>
      <w:r>
        <w:br/>
      </w:r>
      <w:r>
        <w:rPr>
          <w:sz w:val="20"/>
        </w:rPr>
        <w:t>1:05:48  yeh bilkul logical hai, rational hai.</w:t>
      </w:r>
    </w:p>
    <w:p>
      <w:pPr>
        <w:pStyle w:val="Heading2"/>
      </w:pPr>
      <w:r>
        <w:t>Government stand on divorce causing Muslim unrest</w:t>
      </w:r>
    </w:p>
    <w:p>
      <w:r>
        <w:rPr>
          <w:color w:val="666666"/>
          <w:sz w:val="18"/>
        </w:rPr>
        <w:t>Spirit of the Age Nov 6, 2016 · 1m 29s · at 59:01 · https://youtu.be/QAW9LP53xQk?t=3541</w:t>
      </w:r>
    </w:p>
    <w:p>
      <w:r>
        <w:rPr>
          <w:i/>
        </w:rPr>
        <w:t>“The government has taken a stand on the issue of divorce, and because of this, unrest is arising among Muslims.”</w:t>
      </w:r>
    </w:p>
    <w:p>
      <w:r>
        <w:rPr>
          <w:sz w:val="20"/>
        </w:rPr>
        <w:t>59:01  maulana, agla sawal imran sahib ne kiya hai dilli se, aur unhon ne likha hai: maulana sahib, talaq</w:t>
      </w:r>
      <w:r>
        <w:br/>
      </w:r>
      <w:r>
        <w:rPr>
          <w:sz w:val="20"/>
        </w:rPr>
        <w:t>59:07  ke maslay par hukumat ne jo stand liya hai, us ki wajah se musalmanon mein bechaini paida</w:t>
      </w:r>
      <w:r>
        <w:br/>
      </w:r>
      <w:r>
        <w:rPr>
          <w:sz w:val="20"/>
        </w:rPr>
        <w:t>59:13  ho rahi hai.</w:t>
      </w:r>
      <w:r>
        <w:br/>
      </w:r>
      <w:r>
        <w:rPr>
          <w:sz w:val="20"/>
        </w:rPr>
        <w:t>59:19  lekin talaq ka jo misuse ho raha hai, us se bohat khandan aur khawateen suffer kar rahi hain.</w:t>
      </w:r>
      <w:r>
        <w:br/>
      </w:r>
      <w:r>
        <w:rPr>
          <w:sz w:val="20"/>
        </w:rPr>
        <w:t>59:25  kya yeh log logon mein awareness na hone ki waja se aisa ho raha hai? aur jo log</w:t>
      </w:r>
      <w:r>
        <w:br/>
      </w:r>
      <w:r>
        <w:rPr>
          <w:sz w:val="20"/>
        </w:rPr>
        <w:t>59:31  teen talaq dete hain, un ke khilaaf koi qanoon nahi ban sakta, un ko koi saza nahi mil</w:t>
      </w:r>
      <w:r>
        <w:br/>
      </w:r>
      <w:r>
        <w:rPr>
          <w:sz w:val="20"/>
        </w:rPr>
        <w:t>59:37  sakti jaisay ke hazrat umar ne kiya.</w:t>
      </w:r>
      <w:r>
        <w:br/>
      </w:r>
      <w:r>
        <w:rPr>
          <w:sz w:val="20"/>
        </w:rPr>
        <w:t>59:43  is ka hal kya hai, is ke baray mein bataein.</w:t>
      </w:r>
      <w:r>
        <w:br/>
      </w:r>
      <w:r>
        <w:rPr>
          <w:sz w:val="20"/>
        </w:rPr>
        <w:t>59:49  bhai, aaj ka jo type sab media hai, jo supplement hai, us mein bohat tafseeli mazmoon aaya hai</w:t>
      </w:r>
      <w:r>
        <w:br/>
      </w:r>
      <w:r>
        <w:rPr>
          <w:sz w:val="20"/>
        </w:rPr>
        <w:t>59:55  isi isi mozu par: talaq, talaq, talaq.</w:t>
      </w:r>
      <w:r>
        <w:br/>
      </w:r>
      <w:r>
        <w:rPr>
          <w:sz w:val="20"/>
        </w:rPr>
        <w:t>1:00:01  yeh masla hi nahi hai, koi masla hi nahi hai.</w:t>
      </w:r>
      <w:r>
        <w:br/>
      </w:r>
      <w:r>
        <w:rPr>
          <w:sz w:val="20"/>
        </w:rPr>
        <w:t>1:00:07  yeh to aik aik aik hua hai, aik rumor hai, koi masla nahi hai.</w:t>
      </w:r>
      <w:r>
        <w:br/>
      </w:r>
      <w:r>
        <w:rPr>
          <w:sz w:val="20"/>
        </w:rPr>
        <w:t>1:00:13  aap do cheez parh lijiye, aik bari kitab hai isi par khatoon islam, us mein talaq ke maslay</w:t>
      </w:r>
      <w:r>
        <w:br/>
      </w:r>
      <w:r>
        <w:rPr>
          <w:sz w:val="20"/>
        </w:rPr>
        <w:t>1:00:19  par bohat poora chapter hai, aur aaj ka type sab media parh lijiye, koi masla hai hi nahi,</w:t>
      </w:r>
      <w:r>
        <w:br/>
      </w:r>
      <w:r>
        <w:rPr>
          <w:sz w:val="20"/>
        </w:rPr>
        <w:t>1:00:25  yeh sirf aik rumor ki baat hai.</w:t>
      </w:r>
    </w:p>
    <w:p>
      <w:pPr>
        <w:pStyle w:val="Heading2"/>
      </w:pPr>
      <w:r>
        <w:t>Growing trust deficit between Muslims and non-Muslims</w:t>
      </w:r>
    </w:p>
    <w:p>
      <w:r>
        <w:rPr>
          <w:color w:val="666666"/>
          <w:sz w:val="18"/>
        </w:rPr>
        <w:t>Spirit of the Age November 06, 2016 · 2m 25s · at 36:50 · https://youtu.be/URWoioUiDO4?t=2210</w:t>
      </w:r>
    </w:p>
    <w:p>
      <w:r>
        <w:rPr>
          <w:i/>
        </w:rPr>
        <w:t>“There is a growing trust deficit between Muslims and non-Muslims, which is often capitalized by the political parties.”</w:t>
      </w:r>
    </w:p>
    <w:p>
      <w:r>
        <w:rPr>
          <w:sz w:val="20"/>
        </w:rPr>
        <w:t>36:50  Maulana, agla sawal bheja hai, ah, Kamal Siddiqui sahib ne Amritsar se.</w:t>
      </w:r>
      <w:r>
        <w:br/>
      </w:r>
      <w:r>
        <w:rPr>
          <w:sz w:val="20"/>
        </w:rPr>
        <w:t>36:55  انہوں نے لکھا ہے، مولانا صاحب، there is a growing trust deficit between Muslims and non-Muslims, which</w:t>
      </w:r>
      <w:r>
        <w:br/>
      </w:r>
      <w:r>
        <w:rPr>
          <w:sz w:val="20"/>
        </w:rPr>
        <w:t>37:02  is often capitalized by the political parties.</w:t>
      </w:r>
      <w:r>
        <w:br/>
      </w:r>
      <w:r>
        <w:rPr>
          <w:sz w:val="20"/>
        </w:rPr>
        <w:t>37:05  My question is, how can we build trust with one another? What should be the starting point? یہ</w:t>
      </w:r>
      <w:r>
        <w:br/>
      </w:r>
      <w:r>
        <w:rPr>
          <w:sz w:val="20"/>
        </w:rPr>
        <w:t>37:13  to mein ne khud Quran ke hawale se bata diya.</w:t>
      </w:r>
      <w:r>
        <w:br/>
      </w:r>
      <w:r>
        <w:rPr>
          <w:sz w:val="20"/>
        </w:rPr>
        <w:t>37:17  trust qaim karna jo hai, woh sirf is liye nahi hoga ke aap kahain ke trust karo, trust</w:t>
      </w:r>
      <w:r>
        <w:br/>
      </w:r>
      <w:r>
        <w:rPr>
          <w:sz w:val="20"/>
        </w:rPr>
        <w:t>37:25  karo, trust karo.</w:t>
      </w:r>
      <w:r>
        <w:br/>
      </w:r>
      <w:r>
        <w:rPr>
          <w:sz w:val="20"/>
        </w:rPr>
        <w:t>37:27  logon ko yeh yeh wisdom batana parhega, wisdom ke rizq ko avoid karna parta hai.</w:t>
      </w:r>
      <w:r>
        <w:br/>
      </w:r>
      <w:r>
        <w:rPr>
          <w:sz w:val="20"/>
        </w:rPr>
        <w:t>37:33  sirf aap trust ki baat kijiye to kabhi trust qaim nahi hoga.</w:t>
      </w:r>
      <w:r>
        <w:br/>
      </w:r>
      <w:r>
        <w:rPr>
          <w:sz w:val="20"/>
        </w:rPr>
        <w:t>37:39  jo rukawat hai, us ko door karna parhega.</w:t>
      </w:r>
      <w:r>
        <w:br/>
      </w:r>
      <w:r>
        <w:rPr>
          <w:sz w:val="20"/>
        </w:rPr>
        <w:t>37:42  aur rukawat kya hai? log rizq mein phansay rehte hain.</w:t>
      </w:r>
      <w:r>
        <w:br/>
      </w:r>
      <w:r>
        <w:rPr>
          <w:sz w:val="20"/>
        </w:rPr>
        <w:t>37:47  kuch koi negative ayaten hoti hi hoti hain, hamesha us mein phansay rehte hain.</w:t>
      </w:r>
      <w:r>
        <w:br/>
      </w:r>
      <w:r>
        <w:rPr>
          <w:sz w:val="20"/>
        </w:rPr>
        <w:t>37:53  logon ko wisdom bataiye ke dunya mein chuki insaan azaad hai, har insaan apni azaadi ko apni marzi</w:t>
      </w:r>
      <w:r>
        <w:br/>
      </w:r>
      <w:r>
        <w:rPr>
          <w:sz w:val="20"/>
        </w:rPr>
        <w:t>38:00  ke mutabiq istemal karega, to us se poochega nahi? to karnay do us ko, tum bhi</w:t>
      </w:r>
      <w:r>
        <w:br/>
      </w:r>
      <w:r>
        <w:rPr>
          <w:sz w:val="20"/>
        </w:rPr>
        <w:t>38:08  azaad ho, tum bhi karo.</w:t>
      </w:r>
      <w:r>
        <w:br/>
      </w:r>
      <w:r>
        <w:rPr>
          <w:sz w:val="20"/>
        </w:rPr>
        <w:t>38:10  woh agar apni azaadi ko istemal kar raha hai, tum bhi apni azaadi ko istemal karo.</w:t>
      </w:r>
      <w:r>
        <w:br/>
      </w:r>
      <w:r>
        <w:rPr>
          <w:sz w:val="20"/>
        </w:rPr>
        <w:t>38:17  yeh hai wisdom jis se trust paida hota hai.</w:t>
      </w:r>
      <w:r>
        <w:br/>
      </w:r>
      <w:r>
        <w:rPr>
          <w:sz w:val="20"/>
        </w:rPr>
        <w:t>38:21  agar aap yeh chahein ke koi unwanted baat na ho duniya mein, bas siyasi trust ki baat</w:t>
      </w:r>
      <w:r>
        <w:br/>
      </w:r>
      <w:r>
        <w:rPr>
          <w:sz w:val="20"/>
        </w:rPr>
        <w:t>38:29  ho, to woh kabhi na hoga, na kabhi trust qaim hoga.</w:t>
      </w:r>
      <w:r>
        <w:br/>
      </w:r>
      <w:r>
        <w:rPr>
          <w:sz w:val="20"/>
        </w:rPr>
        <w:t>38:33  aitmad nahi qaim ho sakta.</w:t>
      </w:r>
      <w:r>
        <w:br/>
      </w:r>
      <w:r>
        <w:rPr>
          <w:sz w:val="20"/>
        </w:rPr>
        <w:t>38:36  yeh shart aitmad ki nahi hai.</w:t>
      </w:r>
      <w:r>
        <w:br/>
      </w:r>
      <w:r>
        <w:rPr>
          <w:sz w:val="20"/>
        </w:rPr>
        <w:t>38:38  aitmad shart hai wisdom.</w:t>
      </w:r>
      <w:r>
        <w:br/>
      </w:r>
      <w:r>
        <w:rPr>
          <w:sz w:val="20"/>
        </w:rPr>
        <w:t>38:40  logon ko wisdom bataiye ke logon ko azadi hai creator ki taraf se, to aap apni azadi ko</w:t>
      </w:r>
      <w:r>
        <w:br/>
      </w:r>
      <w:r>
        <w:rPr>
          <w:sz w:val="20"/>
        </w:rPr>
        <w:t>38:48  wo use karenge.</w:t>
      </w:r>
      <w:r>
        <w:br/>
      </w:r>
      <w:r>
        <w:rPr>
          <w:sz w:val="20"/>
        </w:rPr>
        <w:t>38:49  Let them use that freedom according to their own.</w:t>
      </w:r>
      <w:r>
        <w:br/>
      </w:r>
      <w:r>
        <w:rPr>
          <w:sz w:val="20"/>
        </w:rPr>
        <w:t>38:53  tab ja kar aitmad qaim hoga.</w:t>
      </w:r>
      <w:r>
        <w:br/>
      </w:r>
      <w:r>
        <w:rPr>
          <w:sz w:val="20"/>
        </w:rPr>
        <w:t>38:56  yahi hai wisdom is maamle mein.</w:t>
      </w:r>
      <w:r>
        <w:br/>
      </w:r>
      <w:r>
        <w:rPr>
          <w:sz w:val="20"/>
        </w:rPr>
        <w:t>38:58  badqismati se log is wisdom ko nahi jante, bas khali kehte hain ke ek doosre par trust karo.</w:t>
      </w:r>
      <w:r>
        <w:br/>
      </w:r>
      <w:r>
        <w:rPr>
          <w:sz w:val="20"/>
        </w:rPr>
        <w:t>39:06  unko yeh wisdom bataiye ke rizq ko chodo, tab ja kar ke wisdom qaim hoga, trust qaim</w:t>
      </w:r>
      <w:r>
        <w:br/>
      </w:r>
      <w:r>
        <w:rPr>
          <w:sz w:val="20"/>
        </w:rPr>
        <w:t>39:14  hoga.</w:t>
      </w:r>
    </w:p>
    <w:p>
      <w:pPr>
        <w:pStyle w:val="Heading2"/>
      </w:pPr>
      <w:r>
        <w:t>Why Muslims Are Different and Fail to Find Solutions</w:t>
      </w:r>
    </w:p>
    <w:p>
      <w:r>
        <w:rPr>
          <w:color w:val="666666"/>
          <w:sz w:val="18"/>
        </w:rPr>
        <w:t>The Crises Management September 18, 2011 · 8m 55s · at 59:34 · https://youtu.be/s3cYFtQZwzw?t=3574</w:t>
      </w:r>
    </w:p>
    <w:p>
      <w:r>
        <w:rPr>
          <w:i/>
        </w:rPr>
        <w:t>“Why is it that Muslims are different from other communities? Why do they fail to find a solution to their problems?”</w:t>
      </w:r>
    </w:p>
    <w:p>
      <w:r>
        <w:rPr>
          <w:sz w:val="20"/>
        </w:rPr>
        <w:t>59:34  ah Maulana yeh sawal Dr Farida Khanam ne karaya hai Delhi se unhone likha hai why is</w:t>
      </w:r>
      <w:r>
        <w:br/>
      </w:r>
      <w:r>
        <w:rPr>
          <w:sz w:val="20"/>
        </w:rPr>
        <w:t>59:41  at that Muslims are different from other communities. Why do they fail to find a solution to their</w:t>
      </w:r>
      <w:r>
        <w:br/>
      </w:r>
      <w:r>
        <w:rPr>
          <w:sz w:val="20"/>
        </w:rPr>
        <w:t>59:48  problems dekhein is sawal ka jawab</w:t>
      </w:r>
      <w:r>
        <w:br/>
      </w:r>
      <w:r>
        <w:rPr>
          <w:sz w:val="20"/>
        </w:rPr>
        <w:t>59:53  bohat mushkil hai immediate jo immediate reason reason hai woh hai Muslim leaders ka failure</w:t>
      </w:r>
      <w:r>
        <w:br/>
      </w:r>
      <w:r>
        <w:rPr>
          <w:sz w:val="20"/>
        </w:rPr>
        <w:t>1:00:06  yeh aakhri reason nahi kah sakte ke is ki man phir yeh sawal paida ho ke khud Muslim leader kyun fail ho gaye lekin immediate reason jo hai Muslim leader jitne bhi the without any exception sab reaction shikar ho gaye reaction ke shikar ho gaye bas khali nafrat tashaddud maar dhaar yeh isi ko samjha unhone</w:t>
      </w:r>
      <w:r>
        <w:br/>
      </w:r>
      <w:r>
        <w:rPr>
          <w:sz w:val="20"/>
        </w:rPr>
        <w:t>1:00:33  mein samajhta hoon ke jo tradition thi lambi musalmanon ki empire ki us se bahar nahi aa sake woh</w:t>
      </w:r>
      <w:r>
        <w:br/>
      </w:r>
      <w:r>
        <w:rPr>
          <w:sz w:val="20"/>
        </w:rPr>
        <w:t>1:00:43  jaise mein aik aik misaal deta hoon ke abbasi daur mein aik aik regional aik tribe tha us ne kuch baghawat khabar mili ke woh baghawat karne wala hai to khalifa ke darbar mein us par baat cheet hui</w:t>
      </w:r>
      <w:r>
        <w:br/>
      </w:r>
      <w:r>
        <w:rPr>
          <w:sz w:val="20"/>
        </w:rPr>
        <w:t>1:01:11  to aik shakhs ne mashwara diya fauj bhej jao un ko kuchalne ke liye fauj doosre aadmi ne kaha nahi hamein fauj bhejne ki zaroorat nahi hai hamara dadu dadu itna zyada hai ke hum aik khat bhejenge aur masla khatam ho jayega</w:t>
      </w:r>
      <w:r>
        <w:br/>
      </w:r>
      <w:r>
        <w:rPr>
          <w:sz w:val="20"/>
        </w:rPr>
        <w:t>1:01:28  to khalifa ne aik khat bheja bohat hi warning ke chup saath baitho nahi to hum fauj bhejenge aur fauj jab pahunchegi to tum ko dhans dhans kar dalegi to jab chup ho gaye woh log to us par shayar ne shair kaha ke اذا اماں ارسل عمراء جیشن الا اعدائے ارسل الکتابہ</w:t>
      </w:r>
      <w:r>
        <w:br/>
      </w:r>
      <w:r>
        <w:rPr>
          <w:sz w:val="20"/>
        </w:rPr>
        <w:t>1:01:57  ke jahan log fauj bhejte hain wahan pe khat bhej dete hain to yeh aik tha chala aa raha tha ke hamara dab daba itna zyada hai hamein kaun bigaad sakta hai to immediate reason to yahi hai ke musalmanon mein is daur mein is poore do sau saal mein koi bhi creative rehnuma paida nahi hua</w:t>
      </w:r>
      <w:r>
        <w:br/>
      </w:r>
      <w:r>
        <w:rPr>
          <w:sz w:val="20"/>
        </w:rPr>
        <w:t>1:02:20  jo asal mein is cell mein band raha empire ke cell mein isi mein sochta raha woh ab khud muslim rehnuma koi fail ho gaye yeh alag question hai kyunke immediate reason yahi hai</w:t>
      </w:r>
      <w:r>
        <w:br/>
      </w:r>
      <w:r>
        <w:rPr>
          <w:sz w:val="20"/>
        </w:rPr>
        <w:t>1:02:43  Mr Ibrahim Khalilullah ne Pakistan se sawal kiya hai</w:t>
      </w:r>
      <w:r>
        <w:br/>
      </w:r>
      <w:r>
        <w:rPr>
          <w:sz w:val="20"/>
        </w:rPr>
        <w:t>1:02:48  unhone likha hai shaitan gunah ke kaam ko thrill banata hai aam taur par har kaam jis mein violation ho chahe woh sharab juwa ya koi aur kaam us mein aik thrill hota hai insan meri samajh ke mutabiq thrill ke peeche jata hai haqeeqat mein koi khaas pleasure nahi hota insan buraiyon ke kaam se thak bhi jata hai</w:t>
      </w:r>
      <w:r>
        <w:br/>
      </w:r>
      <w:r>
        <w:rPr>
          <w:sz w:val="20"/>
        </w:rPr>
        <w:t>1:03:16  baaz dafa woh jhoot aur gheebat kisi faide ke baghair bhi karta hai Maulana sahib mera sawal yeh</w:t>
      </w:r>
      <w:r>
        <w:br/>
      </w:r>
      <w:r>
        <w:rPr>
          <w:sz w:val="20"/>
        </w:rPr>
        <w:t>1:03:23  hai ke Shaitan buraiyon ko kis tarah beautify karta hai is ke baray mein bataein</w:t>
      </w:r>
      <w:r>
        <w:br/>
      </w:r>
      <w:r>
        <w:rPr>
          <w:sz w:val="20"/>
        </w:rPr>
        <w:t>1:03:30  mein samajhta hoon ke Quran mein is ke baray mein yeh lafz aaya hai bal unam</w:t>
      </w:r>
      <w:r>
        <w:br/>
      </w:r>
      <w:r>
        <w:rPr>
          <w:sz w:val="20"/>
        </w:rPr>
        <w:t>1:03:38  mein unhein khwahishon mein dalunga</w:t>
      </w:r>
      <w:r>
        <w:br/>
      </w:r>
      <w:r>
        <w:rPr>
          <w:sz w:val="20"/>
        </w:rPr>
        <w:t>1:03:42  desire mein mubtala karunga</w:t>
      </w:r>
      <w:r>
        <w:br/>
      </w:r>
      <w:r>
        <w:rPr>
          <w:sz w:val="20"/>
        </w:rPr>
        <w:t>1:03:47  to insan ke andar desire bohat zyada hai bohat zyada khwahish</w:t>
      </w:r>
      <w:r>
        <w:br/>
      </w:r>
      <w:r>
        <w:rPr>
          <w:sz w:val="20"/>
        </w:rPr>
        <w:t>1:03:56  aur unlimited desire to yeh insan ka vulnerable point hai isi ko shaitan activate karta hai desire ko badha badha kar badha kar ke woh har taraf le aata hai is mein khushi milegi is mein thrill milega is mein yeh milega to woh is desire ka jo insan ke andar jazba hai us ko woh activate karta hai</w:t>
      </w:r>
      <w:r>
        <w:br/>
      </w:r>
      <w:r>
        <w:rPr>
          <w:sz w:val="20"/>
        </w:rPr>
        <w:t>1:04:24  ab yahan par insan ka kaam hai ke woh soche ke desire ka result kya hai result result ka yani desire peeche chalun mein to kahan pahunchunga mein to yahan shaitan ko hum yani fail kar sakte hain apne mind ko activate kar ke aur koi doosra rasta koi doosra nahi hai is ka</w:t>
      </w:r>
      <w:r>
        <w:br/>
      </w:r>
      <w:r>
        <w:rPr>
          <w:sz w:val="20"/>
        </w:rPr>
        <w:t>1:04:52  Miss Naghma ne Delhi se likha hai why is ijtihad considered a taboo by Muslims today what is its history please comment</w:t>
      </w:r>
      <w:r>
        <w:br/>
      </w:r>
      <w:r>
        <w:rPr>
          <w:sz w:val="20"/>
        </w:rPr>
        <w:t>1:05:11  yeh asal mein abbasi daur mein jo jo fuqaha paida hue un ke baad se hua hai</w:t>
      </w:r>
      <w:r>
        <w:br/>
      </w:r>
      <w:r>
        <w:rPr>
          <w:sz w:val="20"/>
        </w:rPr>
        <w:t>1:05:18  kuch fuqaha jo paida hue un ko logon ne samjha ke bhai yahi aakhri mujtahid the is ke aage ijtihad ki zaroorat nahi hai ab woh aise log paida nahi honge to ijtihad darwaza band kar diya gaya agarche kuch aise ulma hi paida hue jo kehte rahe ke ijtihad darwaza band nahi hai khula hua hai</w:t>
      </w:r>
      <w:r>
        <w:br/>
      </w:r>
      <w:r>
        <w:rPr>
          <w:sz w:val="20"/>
        </w:rPr>
        <w:t>1:05:37  lekin behal majority ulma ki woh thi jis ne maan liya ke woh jo fuqaha the daur abbasi ke wohi mujtahid mutlaq the us par mein ne tafseel se likha hai apni kitab mein fiqhi ghalti mein aur yeh bohat hi ghalt soch hai jo develop hui abbasi daur mein jo us ko tafseel mein janna chahe woh is kitab ko padh sakta hai fiqhi ghalti</w:t>
      </w:r>
      <w:r>
        <w:br/>
      </w:r>
      <w:r>
        <w:rPr>
          <w:sz w:val="20"/>
        </w:rPr>
        <w:t>1:06:07  Mr Aamir bin Yusuf ne Karachi Pakistan se likha hai hamare yahan Hafiz Quran ki bohat ahmiyat hai log apne bachon ko hifz karwane ke baad apne aap ko jannati samajhte hain is mamle ko Quran aur Hadees ki roshni mein clarify kijiye</w:t>
      </w:r>
      <w:r>
        <w:br/>
      </w:r>
      <w:r>
        <w:rPr>
          <w:sz w:val="20"/>
        </w:rPr>
        <w:t>1:06:30  clarify kahin Quran Hadees mein aayi nahi hai baat ke jo aaj musalman samajhte hain ke ghar mein aik Hafiz ho jaye to saare ghar wale jo hain jannat mein chale jayenge yeh to kahin likha nahi hai na Quran mein na Hadees mein yeh to aik khud sakhta bana rakha hai musalmanon ne Quran ka hifz karna Quran ko mehfooz karne ke liye tha jannat ke liye nahi tha</w:t>
      </w:r>
      <w:r>
        <w:br/>
      </w:r>
      <w:r>
        <w:rPr>
          <w:sz w:val="20"/>
        </w:rPr>
        <w:t>1:06:58  dono farq hai dono baaton mein yaad rakhiye aik hai Quran ko preserve karna Quran ko preserve karna to pehle yeh kaam Hafiz log karte the ab to yeh kaam printing press karta hai printing press ne is se hazar guna zyada bade pani par us ko mehfooz kar diya hai ab computer ne mehfooz kar diya hai to Hafiz ka riwaj jo pada woh Quran ko preserve karne ke liye</w:t>
      </w:r>
      <w:r>
        <w:br/>
      </w:r>
      <w:r>
        <w:rPr>
          <w:sz w:val="20"/>
        </w:rPr>
        <w:t>1:07:26  tha jannat ke liye nahi hai yaad rakhein jannat ikhlas se milti hai ikhlas Hafiz kar lein aap us se jannat mil jaye yeh bilkul yani Quran Hadees mein is ka kahin koi bhi is ka saboot nahi hai</w:t>
      </w:r>
      <w:r>
        <w:br/>
      </w:r>
      <w:r>
        <w:rPr>
          <w:sz w:val="20"/>
        </w:rPr>
        <w:t>1:07:44  jannat ki wahid shart hai ikhlas khalisatan lillah kaam karna</w:t>
      </w:r>
      <w:r>
        <w:br/>
      </w:r>
      <w:r>
        <w:rPr>
          <w:sz w:val="20"/>
        </w:rPr>
        <w:t>1:07:55  Maulana us ko kehte hain khalisatan liwajillah jo ibtigha mardarat Allah ke alfaaz aate hain us ke liye koi bhi kaam jo haqeeqatan Allah ki raza ke liye kiya gaya ho us se jannat milti hai baqi aisa nahi ke aap khandan mein kisi ko hifz karwate hain to bas sab ki jannatein pakki hain yeh to khud sakhta nazariya hai</w:t>
      </w:r>
      <w:r>
        <w:br/>
      </w:r>
      <w:r>
        <w:rPr>
          <w:sz w:val="20"/>
        </w:rPr>
        <w:t>1:08:21  Maulana inhi ki taraf se abhi abhi aik feedback aaya hai</w:t>
      </w:r>
      <w:r>
        <w:br/>
      </w:r>
      <w:r>
        <w:rPr>
          <w:sz w:val="20"/>
        </w:rPr>
        <w:t>1:08:24  woh likh rahe hain ke aaj Pakistan mein awaz bohat hi behtar aur achi sunai de rahi hai</w:t>
      </w:r>
    </w:p>
    <w:p>
      <w:pPr>
        <w:pStyle w:val="Heading2"/>
      </w:pPr>
      <w:r>
        <w:t>Meaning of hadith on 73 Muslim sects</w:t>
      </w:r>
    </w:p>
    <w:p>
      <w:r>
        <w:rPr>
          <w:color w:val="666666"/>
          <w:sz w:val="18"/>
        </w:rPr>
        <w:t>Collective Repentance I Feb 24, 2013 Maulana Wahiduddin Khan · 1m 38s · at 1:09:41 · https://youtu.be/lkkolxAL38c?t=4181</w:t>
      </w:r>
    </w:p>
    <w:p>
      <w:r>
        <w:rPr>
          <w:i/>
        </w:rPr>
        <w:t>“Maulana, a hadith says that the Jews will split into 71 sects, Christians into 72 sects, and Muslims into 73 sects, meaning Muslims will be more than Jews and Christians. What does this mean?”</w:t>
      </w:r>
    </w:p>
    <w:p>
      <w:r>
        <w:rPr>
          <w:sz w:val="20"/>
        </w:rPr>
        <w:t>1:09:41  maulana, agla sawal maulana iqbal umri ka aya hai tamil nadu se. unhon ne likha hai: "maulana, ek hadith mein aya hai ke yahood 71, nasari 72 sects aur musalman 73 sects ho jayenge, yani musalman yahood aur nasari plus ho jayenge.</w:t>
      </w:r>
      <w:r>
        <w:br/>
      </w:r>
      <w:r>
        <w:rPr>
          <w:sz w:val="20"/>
        </w:rPr>
        <w:t>1:10:02  is ka kya matlab hai?"</w:t>
      </w:r>
      <w:r>
        <w:br/>
      </w:r>
      <w:r>
        <w:rPr>
          <w:sz w:val="20"/>
        </w:rPr>
        <w:t>1:10:07  dekhen, yeh ginti ka muamla nahi hai. 71, 72, 73 jo hai yeh yeh to ek ilamati gintiyan hain.</w:t>
      </w:r>
      <w:r>
        <w:br/>
      </w:r>
      <w:r>
        <w:rPr>
          <w:sz w:val="20"/>
        </w:rPr>
        <w:t>1:10:18  matlab ke musalmanon mein jo bigad aayega woh yahood o nasari se bhi zyada aayega.</w:t>
      </w:r>
      <w:r>
        <w:br/>
      </w:r>
      <w:r>
        <w:rPr>
          <w:sz w:val="20"/>
        </w:rPr>
        <w:t>1:10:30  aur yeh aap dekhte the, waqea yeh waqea aaj ban chuka hai. is ki wajah hai ke yahood o nasari ka jo mazhab aya, us waqt mawaqe bahut kam hote the.</w:t>
      </w:r>
      <w:r>
        <w:br/>
      </w:r>
      <w:r>
        <w:rPr>
          <w:sz w:val="20"/>
        </w:rPr>
        <w:t>1:10:40  ab mawaqe bahut badh gaye aur logon ke paas paisa bhi hai, power bhi hai, communication bhi hai, har cheez</w:t>
      </w:r>
      <w:r>
        <w:br/>
      </w:r>
      <w:r>
        <w:rPr>
          <w:sz w:val="20"/>
        </w:rPr>
        <w:t>1:10:47  bahut zyada, bahut zyada ho gayi. to jab mawaqe badhenge to zahir hai ke bigad bhi badhega, azadi ko wasool karna bhi badhega.</w:t>
      </w:r>
      <w:r>
        <w:br/>
      </w:r>
      <w:r>
        <w:rPr>
          <w:sz w:val="20"/>
        </w:rPr>
        <w:t>1:10:58  yeh ummat ek aise daur mein pahunchne wali thi jab ke mawaqe ki farawani ho jayegi.</w:t>
      </w:r>
      <w:r>
        <w:br/>
      </w:r>
      <w:r>
        <w:rPr>
          <w:sz w:val="20"/>
        </w:rPr>
        <w:t>1:11:05  to mawaqe ki jab farawani hogi to bigad bhi bahut zyada badh jayega. it is but natural, yeh koi purasrar cheez nahi hai.</w:t>
      </w:r>
    </w:p>
    <w:p>
      <w:pPr>
        <w:pStyle w:val="Heading2"/>
      </w:pPr>
      <w:r>
        <w:t>Inconsistency in Muslim protests and actions</w:t>
      </w:r>
    </w:p>
    <w:p>
      <w:r>
        <w:rPr>
          <w:color w:val="666666"/>
          <w:sz w:val="18"/>
        </w:rPr>
        <w:t>Freedom of Expression in Islam 30 Sept 2012 - Maulana Wahiduddin Khan · 4m 15s · at 58:22 · https://youtu.be/WLlXSyxX8Q4?t=3502</w:t>
      </w:r>
    </w:p>
    <w:p>
      <w:r>
        <w:rPr>
          <w:i/>
        </w:rPr>
        <w:t>“I am puzzled by two different categories of news. Firstly, whenever anyone hurts religious sentiments of Muslims, there is a strong protest by them. Secondly, Muslims themselves damage Buddha statues in Afghanistan, damages the Mahavir statue in UP. Why is there this inconsistency?”</w:t>
      </w:r>
    </w:p>
    <w:p>
      <w:r>
        <w:rPr>
          <w:sz w:val="20"/>
        </w:rPr>
        <w:t>58:22  Maulana, yeh sawal aaya hai Raipur se Idrees sahib ka. unhon ne likha hai: "Maulana sahib, I am puzzled by two different categories of news.</w:t>
      </w:r>
      <w:r>
        <w:br/>
      </w:r>
      <w:r>
        <w:rPr>
          <w:sz w:val="20"/>
        </w:rPr>
        <w:t>58:34  Firstly, whenever anyone hurts religious sentiments of Muslims, there is a strong protest by them. Secondly, Muslims themselves damage Buddha statues in Afghanistan,</w:t>
      </w:r>
      <w:r>
        <w:br/>
      </w:r>
      <w:r>
        <w:rPr>
          <w:sz w:val="20"/>
        </w:rPr>
        <w:t>58:48  damages the Mahavir statue in UP.</w:t>
      </w:r>
      <w:r>
        <w:br/>
      </w:r>
      <w:r>
        <w:rPr>
          <w:sz w:val="20"/>
        </w:rPr>
        <w:t>58:51  All this hurts religious sentiments of others. It shows that Muslims are practicing the same thing what it is fighting against.</w:t>
      </w:r>
      <w:r>
        <w:br/>
      </w:r>
      <w:r>
        <w:rPr>
          <w:sz w:val="20"/>
        </w:rPr>
        <w:t>59:01  It is confusing. Are Muslims in principle against or in favor of the practice of hurting religious sentiments?" Kindly comment.</w:t>
      </w:r>
      <w:r>
        <w:br/>
      </w:r>
      <w:r>
        <w:rPr>
          <w:sz w:val="20"/>
        </w:rPr>
        <w:t>59:12  aap sahi keh rahe hain, jab aadmi</w:t>
      </w:r>
      <w:r>
        <w:br/>
      </w:r>
      <w:r>
        <w:rPr>
          <w:sz w:val="20"/>
        </w:rPr>
        <w:t>59:18  emotional ho jata hai to woh aise hi ban jata hai, contradictory, uska behaviour contradictory behaviour ban jata hai.</w:t>
      </w:r>
      <w:r>
        <w:br/>
      </w:r>
      <w:r>
        <w:rPr>
          <w:sz w:val="20"/>
        </w:rPr>
        <w:t>59:28  yeh jo musalman kar rahe hain, iska taluq na aql se hai, na islam se hai, kisi se nahin. Iske jazbat hain, yeh sirf</w:t>
      </w:r>
      <w:r>
        <w:br/>
      </w:r>
      <w:r>
        <w:rPr>
          <w:sz w:val="20"/>
        </w:rPr>
        <w:t>59:42  yani apne sentiment ko jante hain, apne emotions ko jante hain. Bas jo aadmi bhi jazbat mein rahega, woh uska behaviour jo hai, contradictory behaviour ban jayega.</w:t>
      </w:r>
      <w:r>
        <w:br/>
      </w:r>
      <w:r>
        <w:rPr>
          <w:sz w:val="20"/>
        </w:rPr>
        <w:t>59:58  agar aql pe hote hain, musalman tab bhi aisa nahin karte. Islam pe hote hain, tab bhi aisa nahin karte. Positive thinking ko andar andar hoti hai, tab bhi aisa nahin karte.</w:t>
      </w:r>
      <w:r>
        <w:br/>
      </w:r>
      <w:r>
        <w:rPr>
          <w:sz w:val="20"/>
        </w:rPr>
        <w:t>1:00:07  woh sirf jazbat mein bhare hain, bas jazbat, jazbat, jazbat. Aur unke jo so called leader hain, unke liye ek ek cheap ka protect karne ka bara aasan tareeqa mil gaya hai.</w:t>
      </w:r>
      <w:r>
        <w:br/>
      </w:r>
      <w:r>
        <w:rPr>
          <w:sz w:val="20"/>
        </w:rPr>
        <w:t>1:00:22  yeh sab musalman nahin hain, yeh yeh inke so called leader hain jo inko bharka bharka kar ke aisa kar diya. Main aap ko ek qissa bataoon, Imam Taimiya jo ab imam kahe jate hain, us zamane mein imam nahin kahe jate the.</w:t>
      </w:r>
      <w:r>
        <w:br/>
      </w:r>
      <w:r>
        <w:rPr>
          <w:sz w:val="20"/>
        </w:rPr>
        <w:t>1:00:38  woh to unki mashhoor kitab jo hai, "Al-Saalih bil Rasool" aur "Al-Ishad bil Rasool"</w:t>
      </w:r>
      <w:r>
        <w:br/>
      </w:r>
      <w:r>
        <w:rPr>
          <w:sz w:val="20"/>
        </w:rPr>
        <w:t>1:00:45  . To us waqt us zamane mein kuch ek qissa hua tha, ek Christian ne Rasool Allah ke bare mein ghaliban kuch keh diya tha. To uske baad unhone yeh kitab likhi thi.</w:t>
      </w:r>
      <w:r>
        <w:br/>
      </w:r>
      <w:r>
        <w:rPr>
          <w:sz w:val="20"/>
        </w:rPr>
        <w:t>1:00:57  To Ibn Taymiyyah ne taqreer waghera ki aur ek bheed jama ho gayi, usko le kar ke woh sham mein jo muslim sultan tha, uske paas gaye.</w:t>
      </w:r>
      <w:r>
        <w:br/>
      </w:r>
      <w:r>
        <w:rPr>
          <w:sz w:val="20"/>
        </w:rPr>
        <w:t>1:01:09  To jante hain kya hua? Muslim sultan ne Ibn Taymiyyah ko koday marwaye. Aaj jin ko aap yeh imam kehte hain, jo is kitab ke writer hain, unko koday marwaye.</w:t>
      </w:r>
      <w:r>
        <w:br/>
      </w:r>
      <w:r>
        <w:rPr>
          <w:sz w:val="20"/>
        </w:rPr>
        <w:t>1:01:23  aap ko shakk ho to aap aap yeh sari maloomat internet par maujood hain, aap internet par dekh sakte hain.</w:t>
      </w:r>
      <w:r>
        <w:br/>
      </w:r>
      <w:r>
        <w:rPr>
          <w:sz w:val="20"/>
        </w:rPr>
        <w:t>1:01:35  isko</w:t>
      </w:r>
      <w:r>
        <w:br/>
      </w:r>
      <w:r>
        <w:rPr>
          <w:sz w:val="20"/>
        </w:rPr>
        <w:t>1:01:36  isko sultan ne kaha ke tum ne taqreer kar kar ke bharkaye logon ko, bhark uthe logon ko. Main ne kaun janta janta tha kis ne kaha ke kis ne kaha tha. To innocent, wohi qissa aaj bhi hai.</w:t>
      </w:r>
      <w:r>
        <w:br/>
      </w:r>
      <w:r>
        <w:rPr>
          <w:sz w:val="20"/>
        </w:rPr>
        <w:t>1:01:48  innocence of innocence of muslim jo thi, woh kahin internet pe thi. Kaun janta tha isko? Yeh jo hamare so called leader hain, yahi bharka bharka kar taqreeren karte hain aur bheed jama karte hain.</w:t>
      </w:r>
      <w:r>
        <w:br/>
      </w:r>
      <w:r>
        <w:rPr>
          <w:sz w:val="20"/>
        </w:rPr>
        <w:t>1:02:02  asal mujrim jo hain, yaad rakhiye, awam nahin hain, asal mujrim wohi leader hain jo taqreeren karte hain.</w:t>
      </w:r>
      <w:r>
        <w:br/>
      </w:r>
      <w:r>
        <w:rPr>
          <w:sz w:val="20"/>
        </w:rPr>
        <w:t>1:02:08  jo Quran mein akabir mujrimiyah, akabir mujrimiyah ka matlab yeh hai ke taqreeren karne wale jazbati taqreeren kar ke bharka kar logon ko bheed jama karte hain.</w:t>
      </w:r>
      <w:r>
        <w:br/>
      </w:r>
      <w:r>
        <w:rPr>
          <w:sz w:val="20"/>
        </w:rPr>
        <w:t>1:02:22  yeh hai cheap property gain karne ka bohat aasan nuskha. To aise log aise hi karenge, yani unka unka behaviour hamesha contradictory behaviour rahega.</w:t>
      </w:r>
    </w:p>
    <w:p>
      <w:pPr>
        <w:pStyle w:val="Heading2"/>
      </w:pPr>
      <w:r>
        <w:t>Why many Muslims oppose your ideology</w:t>
      </w:r>
    </w:p>
    <w:p>
      <w:r>
        <w:rPr>
          <w:color w:val="666666"/>
          <w:sz w:val="18"/>
        </w:rPr>
        <w:t>Reason and Faith July 10, 2016 · 1m 52s · at 52:27 · https://youtu.be/axR4I5yv29E?t=3147</w:t>
      </w:r>
    </w:p>
    <w:p>
      <w:r>
        <w:rPr>
          <w:i/>
        </w:rPr>
        <w:t>“Why do a large section of Muslims oppose your ideology? What is the reason?”</w:t>
      </w:r>
    </w:p>
    <w:p>
      <w:r>
        <w:rPr>
          <w:sz w:val="20"/>
        </w:rPr>
        <w:t>52:27  maulana, agla sawal aaya hai muhammad saleem mir sahib ka kashmir se aur unhon ne likha hai ke</w:t>
      </w:r>
      <w:r>
        <w:br/>
      </w:r>
      <w:r>
        <w:rPr>
          <w:sz w:val="20"/>
        </w:rPr>
        <w:t>52:33  maulana, one of my Muslim friends wants to know that why a large section of Muslims oppose your ideology.</w:t>
      </w:r>
      <w:r>
        <w:br/>
      </w:r>
      <w:r>
        <w:rPr>
          <w:sz w:val="20"/>
        </w:rPr>
        <w:t>52:39  What is the reason for the same?</w:t>
      </w:r>
      <w:r>
        <w:br/>
      </w:r>
      <w:r>
        <w:rPr>
          <w:sz w:val="20"/>
        </w:rPr>
        <w:t>52:46  aap jo log oppose karte hain, un ki speeches suniye, un ki kitabein parhiye to aap ko discovery</w:t>
      </w:r>
      <w:r>
        <w:br/>
      </w:r>
      <w:r>
        <w:rPr>
          <w:sz w:val="20"/>
        </w:rPr>
        <w:t>52:52  hogi ke kisi ke paas koi daleel nahi, sirf shor o ghul hai.</w:t>
      </w:r>
      <w:r>
        <w:br/>
      </w:r>
      <w:r>
        <w:rPr>
          <w:sz w:val="20"/>
        </w:rPr>
        <w:t>52:58  kisi ke paas bhi koi daleel nahi hai.</w:t>
      </w:r>
      <w:r>
        <w:br/>
      </w:r>
      <w:r>
        <w:rPr>
          <w:sz w:val="20"/>
        </w:rPr>
        <w:t>53:04  to cheez yeh hai ke hum quran o sunnat ki roshni mein jaiza lete hain aur batate hain</w:t>
      </w:r>
      <w:r>
        <w:br/>
      </w:r>
      <w:r>
        <w:rPr>
          <w:sz w:val="20"/>
        </w:rPr>
        <w:t>53:11  ke jis kaam mein musalman actually involve hain, woh quran wala kaam hai hi nahi, woh islam wala</w:t>
      </w:r>
      <w:r>
        <w:br/>
      </w:r>
      <w:r>
        <w:rPr>
          <w:sz w:val="20"/>
        </w:rPr>
        <w:t>53:17  kaam hai hi nahi.</w:t>
      </w:r>
      <w:r>
        <w:br/>
      </w:r>
      <w:r>
        <w:rPr>
          <w:sz w:val="20"/>
        </w:rPr>
        <w:t>53:23  yani violence karte hain.</w:t>
      </w:r>
      <w:r>
        <w:br/>
      </w:r>
      <w:r>
        <w:rPr>
          <w:sz w:val="20"/>
        </w:rPr>
        <w:t>53:30  kaam yeh hai ke peaceful dawah work karen to unka jo kaam hai, uski value khatam hoti hai.</w:t>
      </w:r>
      <w:r>
        <w:br/>
      </w:r>
      <w:r>
        <w:rPr>
          <w:sz w:val="20"/>
        </w:rPr>
        <w:t>53:36  to woh is ke liye tayyar nahi hain ke ailaan karen ke hum ghalati par thay.</w:t>
      </w:r>
      <w:r>
        <w:br/>
      </w:r>
      <w:r>
        <w:rPr>
          <w:sz w:val="20"/>
        </w:rPr>
        <w:t>53:42  to ab unhon ne kaha kar rakha hai ke be daleel hamare khilaf propaganda karte hain.</w:t>
      </w:r>
      <w:r>
        <w:br/>
      </w:r>
      <w:r>
        <w:rPr>
          <w:sz w:val="20"/>
        </w:rPr>
        <w:t>53:48  kisi bhi shakhs ko, jab aap agle itwar ko bataiyega, kisi un mein se kisi bhi ek</w:t>
      </w:r>
      <w:r>
        <w:br/>
      </w:r>
      <w:r>
        <w:rPr>
          <w:sz w:val="20"/>
        </w:rPr>
        <w:t>53:55  shakhs ne daleel ki zaban mein hamari baat ka koi radd nahi kiya hai, to aap yahi kehne</w:t>
      </w:r>
      <w:r>
        <w:br/>
      </w:r>
      <w:r>
        <w:rPr>
          <w:sz w:val="20"/>
        </w:rPr>
        <w:t>54:01  پر مجبور ہیں کہ چونکہ وہ اپنی غلطی ماننے کو تیار نہیں ہیں، تو he went crying کا</w:t>
      </w:r>
      <w:r>
        <w:br/>
      </w:r>
      <w:r>
        <w:rPr>
          <w:sz w:val="20"/>
        </w:rPr>
        <w:t>54:07  tareeqa ikhtiyar kiya unhon ne.</w:t>
      </w:r>
      <w:r>
        <w:br/>
      </w:r>
      <w:r>
        <w:rPr>
          <w:sz w:val="20"/>
        </w:rPr>
        <w:t>54:14  maulana, do sawal aaye hain doctor farida khanam se dilli se.</w:t>
      </w:r>
    </w:p>
    <w:p>
      <w:pPr>
        <w:pStyle w:val="Heading2"/>
      </w:pPr>
      <w:r>
        <w:t>Muslims' isolation prevents sharing Quran wisdom in dialogue</w:t>
      </w:r>
    </w:p>
    <w:p>
      <w:r>
        <w:rPr>
          <w:color w:val="666666"/>
          <w:sz w:val="18"/>
        </w:rPr>
        <w:t>The Deeper Meaning of The Quran 18 Aug 2019 - Maulana Wahiduddin Khan · 1m 11s · at 36:21 · https://youtu.be/EYyhbiR_ZIQ?t=2181</w:t>
      </w:r>
    </w:p>
    <w:p>
      <w:r>
        <w:rPr>
          <w:i/>
        </w:rPr>
        <w:t>“Maulana, interfaith dialogue requires Muslims to interact with people of other faiths like Hindus, Christians, Jews, etc. But Muslims remain in their own circle and as a result, wisdom of the Quran does not get shared with them. Why do Muslims at large have such a mindset and what is the solution?”</w:t>
      </w:r>
    </w:p>
    <w:p>
      <w:r>
        <w:rPr>
          <w:sz w:val="20"/>
        </w:rPr>
        <w:t>36:21  Yeh sawal Andhra se bheja hai Irshad Hussain sahib ne. Unhon ne likha hai: "Maulana, interfaith dialogue requires Muslims to interact with people of other faiths like Hindus, Christians, Jews, etc.</w:t>
      </w:r>
      <w:r>
        <w:br/>
      </w:r>
      <w:r>
        <w:rPr>
          <w:sz w:val="20"/>
        </w:rPr>
        <w:t>36:41  But Muslims remain in their own circle and as a result, wisdom of the Quran does not get shared with them.</w:t>
      </w:r>
      <w:r>
        <w:br/>
      </w:r>
      <w:r>
        <w:rPr>
          <w:sz w:val="20"/>
        </w:rPr>
        <w:t>36:51  Maulana, why do Muslims at large have such a mindset and what is the solu</w:t>
      </w:r>
      <w:r>
        <w:br/>
      </w:r>
      <w:r>
        <w:rPr>
          <w:sz w:val="20"/>
        </w:rPr>
        <w:t>36:57  tion to this?" Dekhiye, yeh mindset Islam ka mindset nahi hai. You have to differentiate between Islam and Muslims.</w:t>
      </w:r>
      <w:r>
        <w:br/>
      </w:r>
      <w:r>
        <w:rPr>
          <w:sz w:val="20"/>
        </w:rPr>
        <w:t>37:12  Musalmanon mein baad ke zamane mein yeh cheez develop hui. Ab hum koshish karein ke log wapas hon true Islam ki taraf, Sahaba ke zamane ke Islam ki taraf.</w:t>
      </w:r>
    </w:p>
    <w:p>
      <w:pPr>
        <w:pStyle w:val="Heading2"/>
      </w:pPr>
      <w:r>
        <w:t>Muslim ideological goal confusion</w:t>
      </w:r>
    </w:p>
    <w:p>
      <w:r>
        <w:rPr>
          <w:color w:val="666666"/>
          <w:sz w:val="18"/>
        </w:rPr>
        <w:t>The Method of Planning August 14, 2016 · 1m 03s · at 53:30 · https://youtu.be/84WV8NS2VKQ?t=3210</w:t>
      </w:r>
    </w:p>
    <w:p>
      <w:r>
        <w:rPr>
          <w:i/>
        </w:rPr>
        <w:t>“What should be our ideological goal? Why are Muslims confused about their goal? What is the reason?”</w:t>
      </w:r>
    </w:p>
    <w:p>
      <w:r>
        <w:rPr>
          <w:sz w:val="20"/>
        </w:rPr>
        <w:t>53:30  Maulana, agla sawal Maulana Iqbal Umri ne kiya hai Chennai se, aur unhon ne likha hai ke Maulana</w:t>
      </w:r>
      <w:r>
        <w:br/>
      </w:r>
      <w:r>
        <w:rPr>
          <w:sz w:val="20"/>
        </w:rPr>
        <w:t>53:36  sahib, hamara ideological goal kya hona chahiye? kyon Musalman apne goal ke bare mein confused hain? is ki</w:t>
      </w:r>
      <w:r>
        <w:br/>
      </w:r>
      <w:r>
        <w:rPr>
          <w:sz w:val="20"/>
        </w:rPr>
        <w:t>53:43  kya wajah hai? bhai, dekhiye, ummat-e-muslima ka jo nishana hai, woh Quran mein saaf saaf bata diya</w:t>
      </w:r>
      <w:r>
        <w:br/>
      </w:r>
      <w:r>
        <w:rPr>
          <w:sz w:val="20"/>
        </w:rPr>
        <w:t>53:49  gaya hai وَكَذَلِكَ جَعَلْنَاكُمْ أُمَّةً وَسَطًا لِتَكُونُوا شَهُدًى عَلَى النَّاسِ وَيَكُونُ الرَّسُولُ عَلَيْكُمْ شَهِيدًى to Musalman ummat wasat</w:t>
      </w:r>
      <w:r>
        <w:br/>
      </w:r>
      <w:r>
        <w:rPr>
          <w:sz w:val="20"/>
        </w:rPr>
        <w:t>53:55  hai, beech ki ummat. Middle community.</w:t>
      </w:r>
      <w:r>
        <w:br/>
      </w:r>
      <w:r>
        <w:rPr>
          <w:sz w:val="20"/>
        </w:rPr>
        <w:t>54:01  beech ki ummat, yani hum ko sachai mili hai Rasool Allah se, us ko hum logon tak pahunchana hai.</w:t>
      </w:r>
      <w:r>
        <w:br/>
      </w:r>
      <w:r>
        <w:rPr>
          <w:sz w:val="20"/>
        </w:rPr>
        <w:t>54:08  bas hum Rasool Allah aur insan ke beech mein hain.</w:t>
      </w:r>
      <w:r>
        <w:br/>
      </w:r>
      <w:r>
        <w:rPr>
          <w:sz w:val="20"/>
        </w:rPr>
        <w:t>54:14  bas hamein Quran mila hai Rasool Allah se, us Quran ko hamein doston tak pahunchana hai.</w:t>
      </w:r>
      <w:r>
        <w:br/>
      </w:r>
      <w:r>
        <w:rPr>
          <w:sz w:val="20"/>
        </w:rPr>
        <w:t>54:20  bilkul clear hai mission, clear hai ke Rasool Allah se mili hui hidayat name ko hum dunya tak pahunchayen.</w:t>
      </w:r>
      <w:r>
        <w:br/>
      </w:r>
      <w:r>
        <w:rPr>
          <w:sz w:val="20"/>
        </w:rPr>
        <w:t>54:27  bas, yani koi do raah ho nahin sakti.</w:t>
      </w:r>
    </w:p>
    <w:p>
      <w:pPr>
        <w:pStyle w:val="Heading2"/>
      </w:pPr>
      <w:r>
        <w:t>Muslim leaders misguide Ummah in name of Islam</w:t>
      </w:r>
    </w:p>
    <w:p>
      <w:r>
        <w:rPr>
          <w:color w:val="666666"/>
          <w:sz w:val="18"/>
        </w:rPr>
        <w:t>Forget the Grievances, January 01, 2017 · 2m 54s · at 53:28 · https://youtu.be/zW4q8dl2cmw?t=3208</w:t>
      </w:r>
    </w:p>
    <w:p>
      <w:r>
        <w:rPr>
          <w:i/>
        </w:rPr>
        <w:t>“Moulana, you said we should have a new beginning, but the problem is that these Muslim leaders will continue to misguide Ummah in the name of Islam.”</w:t>
      </w:r>
    </w:p>
    <w:p>
      <w:r>
        <w:rPr>
          <w:sz w:val="20"/>
        </w:rPr>
        <w:t>53:28  maulana, agla sawal kiya hai firoz khan ne lucknow se, unho ne likha hai: "maulana, you said we</w:t>
      </w:r>
      <w:r>
        <w:br/>
      </w:r>
      <w:r>
        <w:rPr>
          <w:sz w:val="20"/>
        </w:rPr>
        <w:t>53:36  should have a new beginning, but the problem is that these Muslim leaders will continue to misguide</w:t>
      </w:r>
      <w:r>
        <w:br/>
      </w:r>
      <w:r>
        <w:rPr>
          <w:sz w:val="20"/>
        </w:rPr>
        <w:t>53:44  ummah in the name of islam.</w:t>
      </w:r>
      <w:r>
        <w:br/>
      </w:r>
      <w:r>
        <w:rPr>
          <w:sz w:val="20"/>
        </w:rPr>
        <w:t>53:46  so unless they change, the new opportunities can not be availed.</w:t>
      </w:r>
      <w:r>
        <w:br/>
      </w:r>
      <w:r>
        <w:rPr>
          <w:sz w:val="20"/>
        </w:rPr>
        <w:t>53:51  kindly advise that how can we change these so called muslim leaders? " dekhen, yeh koi problem nahi hai.</w:t>
      </w:r>
      <w:r>
        <w:br/>
      </w:r>
      <w:r>
        <w:rPr>
          <w:sz w:val="20"/>
        </w:rPr>
        <w:t>53:59  hamare leaderon se bohat hi bara ek leader hai iblis, woh sari duniya ko baqayda laga hua hai.</w:t>
      </w:r>
      <w:r>
        <w:br/>
      </w:r>
      <w:r>
        <w:rPr>
          <w:sz w:val="20"/>
        </w:rPr>
        <w:t>54:06  koi excuse nahi hai.</w:t>
      </w:r>
      <w:r>
        <w:br/>
      </w:r>
      <w:r>
        <w:rPr>
          <w:sz w:val="20"/>
        </w:rPr>
        <w:t>54:08  apni aql ko istemal kijiye.</w:t>
      </w:r>
      <w:r>
        <w:br/>
      </w:r>
      <w:r>
        <w:rPr>
          <w:sz w:val="20"/>
        </w:rPr>
        <w:t>54:10  aap ke paas jo aql hai, woh sab sab bari cheez hai, us ko istemal kijiye.</w:t>
      </w:r>
      <w:r>
        <w:br/>
      </w:r>
      <w:r>
        <w:rPr>
          <w:sz w:val="20"/>
        </w:rPr>
        <w:t>54:17  aap iblis ka koi excuse nahi bana sakte.</w:t>
      </w:r>
      <w:r>
        <w:br/>
      </w:r>
      <w:r>
        <w:rPr>
          <w:sz w:val="20"/>
        </w:rPr>
        <w:t>54:20  aap aise kisi leader ka excuse nahi bana sakte.</w:t>
      </w:r>
      <w:r>
        <w:br/>
      </w:r>
      <w:r>
        <w:rPr>
          <w:sz w:val="20"/>
        </w:rPr>
        <w:t>54:24  aap apni aql ko istemal kijiye, bas.</w:t>
      </w:r>
      <w:r>
        <w:br/>
      </w:r>
      <w:r>
        <w:rPr>
          <w:sz w:val="20"/>
        </w:rPr>
        <w:t>54:27  میرا ماننا ہے کہ if you are good excuse, don't use it.</w:t>
      </w:r>
      <w:r>
        <w:br/>
      </w:r>
      <w:r>
        <w:rPr>
          <w:sz w:val="20"/>
        </w:rPr>
        <w:t>54:32  okay, so we will end the session.</w:t>
      </w:r>
      <w:r>
        <w:br/>
      </w:r>
      <w:r>
        <w:rPr>
          <w:sz w:val="20"/>
        </w:rPr>
        <w:t>54:35  Just a reminder again that the World Book Fair would be starting at Pragati Maidan, New Delhi, from</w:t>
      </w:r>
      <w:r>
        <w:br/>
      </w:r>
      <w:r>
        <w:rPr>
          <w:sz w:val="20"/>
        </w:rPr>
        <w:t>54:43  Seventh of January and we'll continue till fifteenth of January.</w:t>
      </w:r>
      <w:r>
        <w:br/>
      </w:r>
      <w:r>
        <w:rPr>
          <w:sz w:val="20"/>
        </w:rPr>
        <w:t>54:47  cps international and good word books have taken a stall in hall number eighteen.</w:t>
      </w:r>
      <w:r>
        <w:br/>
      </w:r>
      <w:r>
        <w:rPr>
          <w:sz w:val="20"/>
        </w:rPr>
        <w:t>54:54  the stall number is thirty one and thirty two.</w:t>
      </w:r>
      <w:r>
        <w:br/>
      </w:r>
      <w:r>
        <w:rPr>
          <w:sz w:val="20"/>
        </w:rPr>
        <w:t>54:58  so we invite everyone to visit the good word stall and the cps stall.</w:t>
      </w:r>
      <w:r>
        <w:br/>
      </w:r>
      <w:r>
        <w:rPr>
          <w:sz w:val="20"/>
        </w:rPr>
        <w:t>55:05  also, if you want to volunteer for the dawah service, then please write to us on info</w:t>
      </w:r>
      <w:r>
        <w:br/>
      </w:r>
      <w:r>
        <w:rPr>
          <w:sz w:val="20"/>
        </w:rPr>
        <w:t>55:13  at cps global.org.</w:t>
      </w:r>
      <w:r>
        <w:br/>
      </w:r>
      <w:r>
        <w:rPr>
          <w:sz w:val="20"/>
        </w:rPr>
        <w:t>55:17  daily field team to stay back for further discussion on the same.</w:t>
      </w:r>
      <w:r>
        <w:br/>
      </w:r>
      <w:r>
        <w:rPr>
          <w:sz w:val="20"/>
        </w:rPr>
        <w:t>55:22  thank you, we will be back next week same time.</w:t>
      </w:r>
    </w:p>
    <w:p>
      <w:pPr>
        <w:pStyle w:val="Heading2"/>
      </w:pPr>
      <w:r>
        <w:t>Why Muslims are more conditioned</w:t>
      </w:r>
    </w:p>
    <w:p>
      <w:r>
        <w:rPr>
          <w:color w:val="666666"/>
          <w:sz w:val="18"/>
        </w:rPr>
        <w:t>Islamic Wisdom July 17, 2016 · 1m 45s · at 1:04:25 · https://youtu.be/jB4ugN0K-AM?t=3865</w:t>
      </w:r>
    </w:p>
    <w:p>
      <w:r>
        <w:rPr>
          <w:i/>
        </w:rPr>
        <w:t>“Why Muslims are more conditioned than non-Muslims?”</w:t>
      </w:r>
    </w:p>
    <w:p>
      <w:r>
        <w:rPr>
          <w:sz w:val="20"/>
        </w:rPr>
        <w:t>1:04:25  maulana, agla sawal pakistan se miss shabana ansari ne kiya hai.</w:t>
      </w:r>
      <w:r>
        <w:br/>
      </w:r>
      <w:r>
        <w:rPr>
          <w:sz w:val="20"/>
        </w:rPr>
        <w:t>1:04:30  انہوں نے آپ سے پوچھا ہے کہ why Muslims are more conditioned than non-Muslims؟ میں دیکھیں، اس</w:t>
      </w:r>
      <w:r>
        <w:br/>
      </w:r>
      <w:r>
        <w:rPr>
          <w:sz w:val="20"/>
        </w:rPr>
        <w:t>1:04:38  ki wajah yeh hai ke musalmanon mein secularization ko roka hamare ulma ne, abhi bhi rok rahe hain.</w:t>
      </w:r>
      <w:r>
        <w:br/>
      </w:r>
      <w:r>
        <w:rPr>
          <w:sz w:val="20"/>
        </w:rPr>
        <w:t>1:04:46  woh misaal ke tor par dekhiye, abhi bhi kyun kehta hoon main ke jo madaris banaye gaye, yeh</w:t>
      </w:r>
      <w:r>
        <w:br/>
      </w:r>
      <w:r>
        <w:rPr>
          <w:sz w:val="20"/>
        </w:rPr>
        <w:t>1:04:53  jo jo secular education ke liye idare banaye gaye, jaise jamia millia, muslim university, wahan par zor laga</w:t>
      </w:r>
      <w:r>
        <w:br/>
      </w:r>
      <w:r>
        <w:rPr>
          <w:sz w:val="20"/>
        </w:rPr>
        <w:t>1:05:01  diya unhon ne deen ka.</w:t>
      </w:r>
      <w:r>
        <w:br/>
      </w:r>
      <w:r>
        <w:rPr>
          <w:sz w:val="20"/>
        </w:rPr>
        <w:t>1:05:03  deeni taleem bhi sath sath deeni taleem bhi toh na secular education hui wahan par, na deeni taleem</w:t>
      </w:r>
      <w:r>
        <w:br/>
      </w:r>
      <w:r>
        <w:rPr>
          <w:sz w:val="20"/>
        </w:rPr>
        <w:t>1:05:11  hui.</w:t>
      </w:r>
      <w:r>
        <w:br/>
      </w:r>
      <w:r>
        <w:rPr>
          <w:sz w:val="20"/>
        </w:rPr>
        <w:t>1:05:12  jitne bhi aise school, college, university hain jo musalmanon ne banaye hain, jis mein dono ki dono taleem</w:t>
      </w:r>
      <w:r>
        <w:br/>
      </w:r>
      <w:r>
        <w:rPr>
          <w:sz w:val="20"/>
        </w:rPr>
        <w:t>1:05:20  hoti hai, is mein dono aitbar se reh jate hain.</w:t>
      </w:r>
      <w:r>
        <w:br/>
      </w:r>
      <w:r>
        <w:rPr>
          <w:sz w:val="20"/>
        </w:rPr>
        <w:t>1:05:24  sahih tareeqa yeh tha jo christian logon ne kiya hai ke secular education education ke liye idare hain</w:t>
      </w:r>
      <w:r>
        <w:br/>
      </w:r>
      <w:r>
        <w:rPr>
          <w:sz w:val="20"/>
        </w:rPr>
        <w:t>1:05:32  un ke haan, college, school, aur jahan tak mazhabi taleem ki baat hai, woh is ke liye seminary</w:t>
      </w:r>
      <w:r>
        <w:br/>
      </w:r>
      <w:r>
        <w:rPr>
          <w:sz w:val="20"/>
        </w:rPr>
        <w:t>1:05:40  kholte hain.</w:t>
      </w:r>
      <w:r>
        <w:br/>
      </w:r>
      <w:r>
        <w:rPr>
          <w:sz w:val="20"/>
        </w:rPr>
        <w:t>1:05:41  seminary alag toh musalmanon ka bhi yahi tareeqa sahi hai ke secular education ke liye toh school, college,</w:t>
      </w:r>
      <w:r>
        <w:br/>
      </w:r>
      <w:r>
        <w:rPr>
          <w:sz w:val="20"/>
        </w:rPr>
        <w:t>1:05:49  university ho, aur jo aap ki deeni taleem ka aap kehte hain, us ke liye alag banaiye, us</w:t>
      </w:r>
      <w:r>
        <w:br/>
      </w:r>
      <w:r>
        <w:rPr>
          <w:sz w:val="20"/>
        </w:rPr>
        <w:t>1:05:57  mein mut milaiye, na yeh rahega, na woh rahega.</w:t>
      </w:r>
      <w:r>
        <w:br/>
      </w:r>
      <w:r>
        <w:rPr>
          <w:sz w:val="20"/>
        </w:rPr>
        <w:t>1:06:01  mein samajhta hoon ke sari zimmedari ulma ki hai, unhon ne taleem ke liye right planning nahi</w:t>
      </w:r>
      <w:r>
        <w:br/>
      </w:r>
      <w:r>
        <w:rPr>
          <w:sz w:val="20"/>
        </w:rPr>
        <w:t>1:06:09  di is zamane mein.</w:t>
      </w:r>
    </w:p>
    <w:p>
      <w:pPr>
        <w:pStyle w:val="Heading2"/>
      </w:pPr>
      <w:r>
        <w:t>Advice for Muslims living in fear</w:t>
      </w:r>
    </w:p>
    <w:p>
      <w:r>
        <w:rPr>
          <w:color w:val="666666"/>
          <w:sz w:val="18"/>
        </w:rPr>
        <w:t>The Age of Giving Global Thanks Dec 15. 2019—Maulana Wahiduddin Khan · 2m 57s · at 45:50 · https://youtu.be/254Pgn6Ldts?t=2750</w:t>
      </w:r>
    </w:p>
    <w:p>
      <w:r>
        <w:rPr>
          <w:i/>
        </w:rPr>
        <w:t>“Muslims are living in fear today that they are being targeted in some or the other way. What is your advice to all those who are so afraid?”</w:t>
      </w:r>
    </w:p>
    <w:p>
      <w:r>
        <w:rPr>
          <w:sz w:val="20"/>
        </w:rPr>
        <w:t>45:50  maulana, ab sawal lena chahenge. yeh sawal bheja hai gwalior se miss zubair khan ne.</w:t>
      </w:r>
      <w:r>
        <w:br/>
      </w:r>
      <w:r>
        <w:rPr>
          <w:sz w:val="20"/>
        </w:rPr>
        <w:t>46:01  mister zubair khan ne. unhon ne likha hai: "maulana, muslims are living in fear today that they are being targeted in some or the other way.</w:t>
      </w:r>
      <w:r>
        <w:br/>
      </w:r>
      <w:r>
        <w:rPr>
          <w:sz w:val="20"/>
        </w:rPr>
        <w:t>46:11  what is your advice to all those who are so afraid?</w:t>
      </w:r>
      <w:r>
        <w:br/>
      </w:r>
      <w:r>
        <w:rPr>
          <w:sz w:val="20"/>
        </w:rPr>
        <w:t>46:16  " dekhiye, yeh dar jo hai, dar is ka Islam se koi talluq nahi hai.</w:t>
      </w:r>
      <w:r>
        <w:br/>
      </w:r>
      <w:r>
        <w:rPr>
          <w:sz w:val="20"/>
        </w:rPr>
        <w:t>46:23  yeh shaitan jaanta hai.</w:t>
      </w:r>
      <w:r>
        <w:br/>
      </w:r>
      <w:r>
        <w:rPr>
          <w:sz w:val="20"/>
        </w:rPr>
        <w:t>46:26  is ka saboot yeh hai</w:t>
      </w:r>
      <w:r>
        <w:br/>
      </w:r>
      <w:r>
        <w:rPr>
          <w:sz w:val="20"/>
        </w:rPr>
        <w:t>46:29  keh rasool Allah sal Allah aleh wasalam ne jab hijrat kiya tha aur ghar e hira, nahi nahi, ghar</w:t>
      </w:r>
      <w:r>
        <w:br/>
      </w:r>
      <w:r>
        <w:rPr>
          <w:sz w:val="20"/>
        </w:rPr>
        <w:t>46:35  e sor mein aap ne</w:t>
      </w:r>
      <w:r>
        <w:br/>
      </w:r>
      <w:r>
        <w:rPr>
          <w:sz w:val="20"/>
        </w:rPr>
        <w:t>46:39  pehanchay thay to wahan aap ke jo us zamanay mein jo dushman aap ke thay, wo wahan pe</w:t>
      </w:r>
      <w:r>
        <w:br/>
      </w:r>
      <w:r>
        <w:rPr>
          <w:sz w:val="20"/>
        </w:rPr>
        <w:t>46:45  pehanch gaye talwar liye hue.</w:t>
      </w:r>
      <w:r>
        <w:br/>
      </w:r>
      <w:r>
        <w:rPr>
          <w:sz w:val="20"/>
        </w:rPr>
        <w:t>46:47  to aap ke saathi thay hazrat abubakar r.a. unhon ne kaha ke yeh to yahan bhi aa gaye, yani hum makka chhod kar yahan aaye, pohanchay, woh yahan bhi aa gaye.</w:t>
      </w:r>
      <w:r>
        <w:br/>
      </w:r>
      <w:r>
        <w:rPr>
          <w:sz w:val="20"/>
        </w:rPr>
        <w:t>47:00  to sardar ne kaha: "la takhaf, inna allaha ma'ana. mat daro, khauf mat karo, allah hamaray sath hai." yeh hai rasool allah sallallahu alaihi wasallam ka uswa aur yeh hai hamara islam ka taleem.</w:t>
      </w:r>
      <w:r>
        <w:br/>
      </w:r>
      <w:r>
        <w:rPr>
          <w:sz w:val="20"/>
        </w:rPr>
        <w:t>47:21  is ko apna apnaiey, is ko aur khauf ko apni dictionary se nikal dijiye. khauf ka lafz, fear ka lafz, apni dictionary se nikal dijiye.</w:t>
      </w:r>
      <w:r>
        <w:br/>
      </w:r>
      <w:r>
        <w:rPr>
          <w:sz w:val="20"/>
        </w:rPr>
        <w:t>47:40  molana, agla comment parhna chahenge. yeh comment bheja hai muhammad ammar sahib ne dilli se. unhon ne likha hai: "verily molana, there are so many reasons to be grateful for.</w:t>
      </w:r>
      <w:r>
        <w:br/>
      </w:r>
      <w:r>
        <w:rPr>
          <w:sz w:val="20"/>
        </w:rPr>
        <w:t>47:55  that is why allah has said in the chapter al imran. so which of the favors of your lord would you deny</w:t>
      </w:r>
      <w:r>
        <w:br/>
      </w:r>
      <w:r>
        <w:rPr>
          <w:sz w:val="20"/>
        </w:rPr>
        <w:t>48:03  ?" molana, agla comment bheja hai aa srinagar se miss sahar saleem ne.</w:t>
      </w:r>
      <w:r>
        <w:br/>
      </w:r>
      <w:r>
        <w:rPr>
          <w:sz w:val="20"/>
        </w:rPr>
        <w:t>48:11  unhon ne likha hai: "da'wah opportunities are everywhere. one has to just look for them. the emphasis should always be on the transmission of message and not conversion.</w:t>
      </w:r>
      <w:r>
        <w:br/>
      </w:r>
      <w:r>
        <w:rPr>
          <w:sz w:val="20"/>
        </w:rPr>
        <w:t>48:25  da'wah has become the universal need in the present world.</w:t>
      </w:r>
      <w:r>
        <w:br/>
      </w:r>
      <w:r>
        <w:rPr>
          <w:sz w:val="20"/>
        </w:rPr>
        <w:t>48:30  may allah give us courage to present islam to the world. may allah open our hearts and minds to work together for his deen.</w:t>
      </w:r>
      <w:r>
        <w:br/>
      </w:r>
      <w:r>
        <w:rPr>
          <w:sz w:val="20"/>
        </w:rPr>
        <w:t>48:39  thank you molana sahib for reminding us again and again the responsibilities we have towards allah and his religion.</w:t>
      </w:r>
    </w:p>
    <w:p>
      <w:pPr>
        <w:pStyle w:val="Heading2"/>
      </w:pPr>
      <w:r>
        <w:t>Muslims not seeking Quranic guidance</w:t>
      </w:r>
    </w:p>
    <w:p>
      <w:r>
        <w:rPr>
          <w:color w:val="666666"/>
          <w:sz w:val="18"/>
        </w:rPr>
        <w:t>Islam and Violence October 12, 2014 · 2m 58s · at 1:17:20 · https://youtu.be/KmpXYZjPlj8?t=4640</w:t>
      </w:r>
    </w:p>
    <w:p>
      <w:r>
        <w:rPr>
          <w:i/>
        </w:rPr>
        <w:t>“Muslims think Islam is a complete system of life, yet they do not seek guidance from the Quran and Hadith in their affairs. The Partition is a case in point. What is your opinion?”</w:t>
      </w:r>
    </w:p>
    <w:p>
      <w:r>
        <w:rPr>
          <w:sz w:val="20"/>
        </w:rPr>
        <w:t>1:17:20  maulana, agla sawal dilli se hai, doctor farida khanoom ka, aur unhon ne likha hai: "muslims think that Islam is a complete system of life, but it is strange that in their affairs they do not seek guidance from the Quran and Hadith.</w:t>
      </w:r>
      <w:r>
        <w:br/>
      </w:r>
      <w:r>
        <w:rPr>
          <w:sz w:val="20"/>
        </w:rPr>
        <w:t>1:17:40  the partition is a case in point." Maulana, what is your opinion on this?</w:t>
      </w:r>
      <w:r>
        <w:br/>
      </w:r>
      <w:r>
        <w:rPr>
          <w:sz w:val="20"/>
        </w:rPr>
        <w:t>1:17:46  haan, mera experience yahi hai keh musalman dar se ek baat keh denge, aur jab poochhen kahan se keh rahe ho, to us par koi Quran o Hadith se koi daleel nahin hogi. mislan, ek Islam mukammal nizam hai.</w:t>
      </w:r>
      <w:r>
        <w:br/>
      </w:r>
      <w:r>
        <w:rPr>
          <w:sz w:val="20"/>
        </w:rPr>
        <w:t>1:17:57  kon si aayat hai Quran o Hadith ki aayaten bhi istemal ki gayi hain? mukammal nizam par kahan hai? na koi aayat hai, na koi hadith hai.</w:t>
      </w:r>
      <w:r>
        <w:br/>
      </w:r>
      <w:r>
        <w:rPr>
          <w:sz w:val="20"/>
        </w:rPr>
        <w:t>1:18:07  yeh yeh jo taabeer hai mukammal nizam ki, to Quran o Hadith mein ajnabi hai.</w:t>
      </w:r>
      <w:r>
        <w:br/>
      </w:r>
      <w:r>
        <w:rPr>
          <w:sz w:val="20"/>
        </w:rPr>
        <w:t>1:18:14  aise hi partition ka mamla Quran o Hadith mein kahan hai? kahin nahin hai keh partition karvao. Quran mein to "ae naas" bola, "ae naas, ae naas, ae logon, ae insano, saare insaan sab ek hain, sari dunya ek hai." to mein aap sab logon se kahoon keh jab bhi koi baat kahe, koi shakhs, us se full full Quran ka reference poochhen, Hadith ka reference poochhen.</w:t>
      </w:r>
      <w:r>
        <w:br/>
      </w:r>
      <w:r>
        <w:rPr>
          <w:sz w:val="20"/>
        </w:rPr>
        <w:t>1:18:44  yeh hum Allah taala ka fazl hai keh hamare paas mehfooz Quran maujood hai, mehfooz Hadith ki kitaben mehfooz hain, sab ke paas se chhipi hui hain.</w:t>
      </w:r>
      <w:r>
        <w:br/>
      </w:r>
      <w:r>
        <w:rPr>
          <w:sz w:val="20"/>
        </w:rPr>
        <w:t>1:18:54  to jab bhi koi shakhs koi baat kahe, to foran us se poochhen keh batao, koi Quran ki kis aayat se yeh baat nikalti hai? kaun si Hadith hai jo is se yeh baat nikalti hai?</w:t>
      </w:r>
      <w:r>
        <w:br/>
      </w:r>
      <w:r>
        <w:rPr>
          <w:sz w:val="20"/>
        </w:rPr>
        <w:t>1:19:03  yeh zaroor poochhen us se. apne dimagh se agar bol raha hai to bataye keh us ko bataiye keh tumhare dimagh se, apne dimagh se tum keh rahe ho, to is se koi sabit nahin hota.</w:t>
      </w:r>
      <w:r>
        <w:br/>
      </w:r>
      <w:r>
        <w:rPr>
          <w:sz w:val="20"/>
        </w:rPr>
        <w:t>1:19:15  sabit to jab hoga jab koi Quran Hadith se woh cheez</w:t>
      </w:r>
      <w:r>
        <w:br/>
      </w:r>
      <w:r>
        <w:rPr>
          <w:sz w:val="20"/>
        </w:rPr>
        <w:t>1:19:18  nikle.</w:t>
      </w:r>
    </w:p>
    <w:p>
      <w:pPr>
        <w:pStyle w:val="Heading2"/>
      </w:pPr>
      <w:r>
        <w:t>Why fights among Muslims despite peace formula</w:t>
      </w:r>
    </w:p>
    <w:p>
      <w:r>
        <w:rPr>
          <w:color w:val="666666"/>
          <w:sz w:val="18"/>
        </w:rPr>
        <w:t>Importance of Peace August 17, 2014 · 2m 23s · at 56:33 · https://youtu.be/ifxSwh2Jckw?t=3393</w:t>
      </w:r>
    </w:p>
    <w:p>
      <w:r>
        <w:rPr>
          <w:i/>
        </w:rPr>
        <w:t>“Why are there fights among Muslims today when we have the formula for peace? Please clarify.”</w:t>
      </w:r>
    </w:p>
    <w:p>
      <w:r>
        <w:rPr>
          <w:sz w:val="20"/>
        </w:rPr>
        <w:t>56:33  Maulana, agla sawal Bhopal se kiya hai, Bilaluddin sahib ne. Aur unhone likha hai: Aaj musalmano mein kyun ladaiyan ho rahi hain jabke hamare paas peace ka formula maujood hai?</w:t>
      </w:r>
      <w:r>
        <w:br/>
      </w:r>
      <w:r>
        <w:rPr>
          <w:sz w:val="20"/>
        </w:rPr>
        <w:t>56:48  Is ko wazeh karein. Kyunke musalman daur-e-zawaal mein hain aur daur-e-zawaal mein yahi sab hota hai. Ab in ko daur-e-zawaal se nikalna hai.</w:t>
      </w:r>
      <w:r>
        <w:br/>
      </w:r>
      <w:r>
        <w:rPr>
          <w:sz w:val="20"/>
        </w:rPr>
        <w:t>56:59  jab tak daur-e-zawaal se nikaalne ke liye kuch nahi hoga.</w:t>
      </w:r>
      <w:r>
        <w:br/>
      </w:r>
      <w:r>
        <w:rPr>
          <w:sz w:val="20"/>
        </w:rPr>
        <w:t>57:07  to hum agar hum sirf</w:t>
      </w:r>
      <w:r>
        <w:br/>
      </w:r>
      <w:r>
        <w:rPr>
          <w:sz w:val="20"/>
        </w:rPr>
        <w:t>57:10  un ko naseehat karein to is se work nahi karega. hum pehle un ko idhar samajh laayein, soch laayein. kal parson mere paas kuch log aaye thay, ulama.</w:t>
      </w:r>
      <w:r>
        <w:br/>
      </w:r>
      <w:r>
        <w:rPr>
          <w:sz w:val="20"/>
        </w:rPr>
        <w:t>57:24  to yeh sawal tha ke kahan se kaam shuru kiya jaaye? to woh log, un logon ka nazariya tha ke logon ko namazein padhai jaayein, logon ko roze rakhwaye jaayein.</w:t>
      </w:r>
      <w:r>
        <w:br/>
      </w:r>
      <w:r>
        <w:rPr>
          <w:sz w:val="20"/>
        </w:rPr>
        <w:t>57:35  to maine kaha ke nahi, pehle un ko logon ko aqal paida ki jaaye, samajh paida ki jaaye. samajh se mehroom ho gaye hain musalman. ladte hain aur sochte hain ke lad kar ke ab apne aap ko tabaah kar rahe hain, na lad kar.</w:t>
      </w:r>
      <w:r>
        <w:br/>
      </w:r>
      <w:r>
        <w:rPr>
          <w:sz w:val="20"/>
        </w:rPr>
        <w:t>57:47  jahan musalman lad rahe hain, apne aap ko tabaah kar rahe hain, apne aap ko zaleel kar rahe hain. un ko milta to kuch hai nahi.</w:t>
      </w:r>
      <w:r>
        <w:br/>
      </w:r>
      <w:r>
        <w:rPr>
          <w:sz w:val="20"/>
        </w:rPr>
        <w:t>57:54  to aqal khoi gayi hai. to maine kaha ke beginning jo hai, jo aqal jo hai, jo beginning jo hai, jo aaghaz hai ke musalmanon ke andar soch paida ki jaaye, samajh paida ki jaaye.</w:t>
      </w:r>
      <w:r>
        <w:br/>
      </w:r>
      <w:r>
        <w:rPr>
          <w:sz w:val="20"/>
        </w:rPr>
        <w:t>58:08  aqal un ke andar, aqal se baaton ko samajhne ka mizaj banaya jaaye.</w:t>
      </w:r>
      <w:r>
        <w:br/>
      </w:r>
      <w:r>
        <w:rPr>
          <w:sz w:val="20"/>
        </w:rPr>
        <w:t>58:16  to main samajhta hoon ke humein har kaam mein, yaani ummat ki islaah ke silsile mein jo hum planning karein apni, to humein yeh jaanna chahiye ke jo aaghaz hoga, woh yahan se hoga ke logon ke andar, un ko logon ke way of thinking mein durust kiya jaaye.</w:t>
      </w:r>
      <w:r>
        <w:br/>
      </w:r>
      <w:r>
        <w:rPr>
          <w:sz w:val="20"/>
        </w:rPr>
        <w:t>58:38  way of thinking galat ho gaya hai. woh samajhte hain ke learning se faida hai, yeh nahi jaante ke sulah se faida hai.</w:t>
      </w:r>
      <w:r>
        <w:br/>
      </w:r>
      <w:r>
        <w:rPr>
          <w:sz w:val="20"/>
        </w:rPr>
        <w:t>58:47  to yeh bohat hi ek long term mansooba hai. yeh koi short term mansooba nahi hai.</w:t>
      </w:r>
    </w:p>
    <w:p>
      <w:pPr>
        <w:pStyle w:val="Heading2"/>
      </w:pPr>
      <w:r>
        <w:t>Muslims' misconceptions compared to other faiths</w:t>
      </w:r>
    </w:p>
    <w:p>
      <w:r>
        <w:rPr>
          <w:color w:val="666666"/>
          <w:sz w:val="18"/>
        </w:rPr>
        <w:t>Islamic Wisdom July 17, 2016 · 32s · at 52:15 · https://youtu.be/jB4ugN0K-AM?t=3135</w:t>
      </w:r>
    </w:p>
    <w:p>
      <w:r>
        <w:rPr>
          <w:i/>
        </w:rPr>
        <w:t>“Why do Muslims themselves have more misconceptions regarding Islam than people of other faith?”</w:t>
      </w:r>
    </w:p>
    <w:p>
      <w:r>
        <w:rPr>
          <w:sz w:val="20"/>
        </w:rPr>
        <w:t>52:15  کیا سوال ان کا ہے؟ آہ، انہوں نے پوچھا ہے کہ: "Why do Muslims themselves have more</w:t>
      </w:r>
      <w:r>
        <w:br/>
      </w:r>
      <w:r>
        <w:rPr>
          <w:sz w:val="20"/>
        </w:rPr>
        <w:t>52:22  misconceptions regarding Islam. Hmm. Then people of other faith?" Isi liye toh hai ke Musalman follow karte</w:t>
      </w:r>
      <w:r>
        <w:br/>
      </w:r>
      <w:r>
        <w:rPr>
          <w:sz w:val="20"/>
        </w:rPr>
        <w:t>52:30  hain apne akabir ko, islam ko follow nahi karte.</w:t>
      </w:r>
      <w:r>
        <w:br/>
      </w:r>
      <w:r>
        <w:rPr>
          <w:sz w:val="20"/>
        </w:rPr>
        <w:t>52:34  is liye galat fehmiyan hain islam ke.</w:t>
      </w:r>
      <w:r>
        <w:br/>
      </w:r>
      <w:r>
        <w:rPr>
          <w:sz w:val="20"/>
        </w:rPr>
        <w:t>52:37  islam ke aitbar se galat fehmiyan hain.</w:t>
      </w:r>
      <w:r>
        <w:br/>
      </w:r>
      <w:r>
        <w:rPr>
          <w:sz w:val="20"/>
        </w:rPr>
        <w:t>52:40  aap quran o hadith ko padhiye, is ko follow kijiye to apne aap khatam ho jayega.</w:t>
      </w:r>
    </w:p>
    <w:p>
      <w:pPr>
        <w:pStyle w:val="Heading2"/>
      </w:pPr>
      <w:r>
        <w:t>Double standard on mosque relocation</w:t>
      </w:r>
    </w:p>
    <w:p>
      <w:r>
        <w:rPr>
          <w:color w:val="666666"/>
          <w:sz w:val="18"/>
        </w:rPr>
        <w:t>The Lesson of History September 21, 2014 · 1m 56s · at 1:15:40 · https://youtu.be/aMVHLKMkhcQ?t=4540</w:t>
      </w:r>
    </w:p>
    <w:p>
      <w:r>
        <w:rPr>
          <w:i/>
        </w:rPr>
        <w:t>“Muslims do not raise any objection to the relocation of mosques in Arab countries, but they do not accept the same principle for India. Why is this difference in their attitude?”</w:t>
      </w:r>
    </w:p>
    <w:p>
      <w:r>
        <w:rPr>
          <w:sz w:val="20"/>
        </w:rPr>
        <w:t>1:15:40  Maulana, agla sawal Dr. Fareeda Khanam ne Delhi se kiya hai. aur unhone likha hai ke Muslims do not raise any objection to the relocation of masjid in Arab countries, but they do not accept the same principle for India.</w:t>
      </w:r>
      <w:r>
        <w:br/>
      </w:r>
      <w:r>
        <w:rPr>
          <w:sz w:val="20"/>
        </w:rPr>
        <w:t>1:15:56  Why is this difference in their attitude? is zamane mein maine likha tha is par article.</w:t>
      </w:r>
      <w:r>
        <w:br/>
      </w:r>
      <w:r>
        <w:rPr>
          <w:sz w:val="20"/>
        </w:rPr>
        <w:t>1:16:04  to Hindustan ke jo yeh jo is zamane mein jo aa gaye the Babri Masjid ke tehreek mein, unhone kaha ke woh Arab wale Arab jaane.</w:t>
      </w:r>
      <w:r>
        <w:br/>
      </w:r>
      <w:r>
        <w:rPr>
          <w:sz w:val="20"/>
        </w:rPr>
        <w:t>1:16:17  hum hum yahan India mein, hamara Islam, hamara yani India mein in ka Islam alag hai, Arab wale in ka Islam alag hai.</w:t>
      </w:r>
      <w:r>
        <w:br/>
      </w:r>
      <w:r>
        <w:rPr>
          <w:sz w:val="20"/>
        </w:rPr>
        <w:t>1:16:27  yeh kitni imkan jawab hai yeh. yeh koi jawab hai ke arab ka islam jo bhi ho, hamara islam alag hai.</w:t>
      </w:r>
      <w:r>
        <w:br/>
      </w:r>
      <w:r>
        <w:rPr>
          <w:sz w:val="20"/>
        </w:rPr>
        <w:t>1:16:37  toh is ke koi logic nahi, koi is ki koi daleel nahi, kuch bhi nahi. yeh ek ek ek hadd dharmi ki baat hai.</w:t>
      </w:r>
      <w:r>
        <w:br/>
      </w:r>
      <w:r>
        <w:rPr>
          <w:sz w:val="20"/>
        </w:rPr>
        <w:t>1:16:49  is mein toh mein bohat zyada mein yani india mein safar kiya tha, taqreerein ki thi, mazmoon likhe thay. aur koi ek bhi musalman india mein mujhe nahi mila, na ab bhi hai, jo babri masjid ke baray mein sahi maano mein deeni andaaz mein sochta ho.</w:t>
      </w:r>
      <w:r>
        <w:br/>
      </w:r>
      <w:r>
        <w:rPr>
          <w:sz w:val="20"/>
        </w:rPr>
        <w:t>1:17:06  sirf jazbati sochte hain log. aaj bhi mujhe nahi maloom ke babri masjid ke naam aate hain, bhadak uthte hain. yeh na is ka taluq na islam se hai, na aqal se hai, kisi</w:t>
      </w:r>
      <w:r>
        <w:br/>
      </w:r>
      <w:r>
        <w:rPr>
          <w:sz w:val="20"/>
        </w:rPr>
        <w:t>1:17:18  cheez se nahi. ek jazb, ek toh ek stripped emotionalism hai. emotionalism bhi koi hoti hogi, sahi.</w:t>
      </w:r>
      <w:r>
        <w:br/>
      </w:r>
      <w:r>
        <w:rPr>
          <w:sz w:val="20"/>
        </w:rPr>
        <w:t>1:17:27  lekin yeh musalmanon ke jo hai, stripped emotionalism hai. koi sar na paye is emotionalism ka.</w:t>
      </w:r>
    </w:p>
    <w:p>
      <w:pPr>
        <w:pStyle w:val="Heading2"/>
      </w:pPr>
      <w:r>
        <w:t>Overcoming Tough Times for Muslims</w:t>
      </w:r>
    </w:p>
    <w:p>
      <w:r>
        <w:rPr>
          <w:color w:val="666666"/>
          <w:sz w:val="18"/>
        </w:rPr>
        <w:t>The Age of Alternative April 24, 2016 · 2m 20s · at 51:52 · https://youtu.be/JoilI-TK4Ig?t=3112</w:t>
      </w:r>
    </w:p>
    <w:p>
      <w:r>
        <w:rPr>
          <w:i/>
        </w:rPr>
        <w:t>“Islam and Muslims are going through one of the toughest times ever. Any suggestion to get through this situation and be as respected as we all were before?”</w:t>
      </w:r>
    </w:p>
    <w:p>
      <w:r>
        <w:rPr>
          <w:sz w:val="20"/>
        </w:rPr>
        <w:t>51:52  koi weight nahi hai is ka. maulana, agla sawal lete hain jo zakariya fazil sahib ne bheja hai. unhon ne likha hai ke: "islam and muslims are going through one of the toughest time ever.</w:t>
      </w:r>
      <w:r>
        <w:br/>
      </w:r>
      <w:r>
        <w:rPr>
          <w:sz w:val="20"/>
        </w:rPr>
        <w:t>52:05  any suggestion to get through this situation and be as respected as we all were before?"</w:t>
      </w:r>
      <w:r>
        <w:br/>
      </w:r>
      <w:r>
        <w:rPr>
          <w:sz w:val="20"/>
        </w:rPr>
        <w:t>52:13  " main is ko nahi manta. toughest time nahi hai, best time hai. kahan toughest time hai?</w:t>
      </w:r>
      <w:r>
        <w:br/>
      </w:r>
      <w:r>
        <w:rPr>
          <w:sz w:val="20"/>
        </w:rPr>
        <w:t>52:23  main ek parhta hoon, hyderabad mein tha, ek jalsa tha musalmanon ka, yahi baat kahi gayi thi. to unhon ne kaha yahan itne sare log hain, koi ek shakhs khara ho kar kahe ke 47 se pehle is ki family bohat achhe halat mein thi, aaj barbaad halat mein hai.</w:t>
      </w:r>
      <w:r>
        <w:br/>
      </w:r>
      <w:r>
        <w:rPr>
          <w:sz w:val="20"/>
        </w:rPr>
        <w:t>52:40  ek ek ek shakhs hi khara hua to toughest kahan hai? time hai. har family jo hai, aaj pehle se behtar hai. har family pehle se behtar hai.</w:t>
      </w:r>
      <w:r>
        <w:br/>
      </w:r>
      <w:r>
        <w:rPr>
          <w:sz w:val="20"/>
        </w:rPr>
        <w:t>52:49  har masjid, har madrasa pehle se behtar hai. yeh kahan toughest kahan hai? yeh to ek ek rumour hai. kisi masjid mein jaiye, kisi madrasa mein jaiye, shandar buildingen ban rahi hain, pehle zyada student hain, pehle zyada un ke paas paisa hai,</w:t>
      </w:r>
      <w:r>
        <w:br/>
      </w:r>
      <w:r>
        <w:rPr>
          <w:sz w:val="20"/>
        </w:rPr>
        <w:t>53:05  bade bade jalse kar rahe hain. toughest kahan hai? yeh to yeh to bas rumour hai. toughest best time hai, yeh best time hai. maulana, aksar musalman is liye toughest time kehte hain kyunke har jagah media mein islam ko as a religion of violence bataya ja raha hai aur musalmanon ko musalman mehsoos karte hain ke un ko target kiya ja raha hai.</w:t>
      </w:r>
      <w:r>
        <w:br/>
      </w:r>
      <w:r>
        <w:rPr>
          <w:sz w:val="20"/>
        </w:rPr>
        <w:t>53:29  to is sense mein woh toughest time mante hain is ko. koi media yeh nahi kehta ke yeh islam is religion of violence.</w:t>
      </w:r>
      <w:r>
        <w:br/>
      </w:r>
      <w:r>
        <w:rPr>
          <w:sz w:val="20"/>
        </w:rPr>
        <w:t>53:38  woh khabron ko chhapta hai, aap news create karte hain, woh chhapta hai. aap bataiye kaun sa media hai jo yeh kehta hai ke islam is religion of violence?</w:t>
      </w:r>
      <w:r>
        <w:br/>
      </w:r>
      <w:r>
        <w:rPr>
          <w:sz w:val="20"/>
        </w:rPr>
        <w:t>53:47  kaun kehta hai woh? woh khabrein chhapte hain to aap khabrein create mat kijiye, aap bomb mat mariye, aap gun kachar mat chalaiye. to media jo hai, woh news agency hai.</w:t>
      </w:r>
      <w:r>
        <w:br/>
      </w:r>
      <w:r>
        <w:rPr>
          <w:sz w:val="20"/>
        </w:rPr>
        <w:t>54:03  news agency, woh koi fatwa dena engineer ka kaam nahi hai. to aap news create karte hain to news aati hai, news mat create kiye to nahi aayegi.</w:t>
      </w:r>
    </w:p>
    <w:p>
      <w:pPr>
        <w:pStyle w:val="Heading2"/>
      </w:pPr>
      <w:r>
        <w:t>Cause of Muslim pride and hatred</w:t>
      </w:r>
    </w:p>
    <w:p>
      <w:r>
        <w:rPr>
          <w:color w:val="666666"/>
          <w:sz w:val="18"/>
        </w:rPr>
        <w:t>Question &amp; Answer Jan 6th 2013 - Maulana Wahiduddin Kahn · 1m 29s · at 29:27 · https://youtu.be/1FAK1QuHEpw?t=1767</w:t>
      </w:r>
    </w:p>
    <w:p>
      <w:r>
        <w:rPr>
          <w:i/>
        </w:rPr>
        <w:t>“You mentioned that the present day Muslims are a case of living in pride as far as the community is concerned and harboring hatred for all others. What is the cause of this behavior of Muslims?”</w:t>
      </w:r>
    </w:p>
    <w:p>
      <w:r>
        <w:rPr>
          <w:sz w:val="20"/>
        </w:rPr>
        <w:t>29:27  Maulana, agla sawal Dilli se hai, Miss Razia Siddiqui ka. Unhon ne likha hai: "You mentioned that the present day Muslims are a case of living in pride as far as the community is concerned and harboring hatred for all others.</w:t>
      </w:r>
      <w:r>
        <w:br/>
      </w:r>
      <w:r>
        <w:rPr>
          <w:sz w:val="20"/>
        </w:rPr>
        <w:t>29:46  What is the cause of this behavior of Muslims?"</w:t>
      </w:r>
      <w:r>
        <w:br/>
      </w:r>
      <w:r>
        <w:rPr>
          <w:sz w:val="20"/>
        </w:rPr>
        <w:t>29:50  Yeh bhi wahi degeneration ya zawaal ki wajah se hai. Hamesha aise hi hota hai. Yeh yehud mein hua tha.</w:t>
      </w:r>
      <w:r>
        <w:br/>
      </w:r>
      <w:r>
        <w:rPr>
          <w:sz w:val="20"/>
        </w:rPr>
        <w:t>30:00  Doosron ke liye nafrat, apne liye pride. Yeh hamesha jo bhi qaum zawaal ka shikaar hoti hai uska yahi anjaam hota hai. Yeh sab zawaal ke phenomena hain.</w:t>
      </w:r>
      <w:r>
        <w:br/>
      </w:r>
      <w:r>
        <w:rPr>
          <w:sz w:val="20"/>
        </w:rPr>
        <w:t>30:12  Zawaal ka matlab hai degeneration.</w:t>
      </w:r>
      <w:r>
        <w:br/>
      </w:r>
      <w:r>
        <w:rPr>
          <w:sz w:val="20"/>
        </w:rPr>
        <w:t>30:18  To is zamane ke jo Musalman jo hain un ka case yahi hai. Asal case jo hai woh zawaal ka case hai. Is ka phenomena hai yeh nafrat aur fakhr dono.</w:t>
      </w:r>
      <w:r>
        <w:br/>
      </w:r>
      <w:r>
        <w:rPr>
          <w:sz w:val="20"/>
        </w:rPr>
        <w:t>30:31  nafrat aur fakhr asal nahi hai. asal jo hai woh to zawal hai.</w:t>
      </w:r>
      <w:r>
        <w:br/>
      </w:r>
      <w:r>
        <w:rPr>
          <w:sz w:val="20"/>
        </w:rPr>
        <w:t>30:39  yeh to hona hi hona hai jab tak aap in ko dobara degenerate na karein. phir in ke andar yani nai soch na laein. in ko phir se yani living religion par khara na karein.</w:t>
      </w:r>
      <w:r>
        <w:br/>
      </w:r>
      <w:r>
        <w:rPr>
          <w:sz w:val="20"/>
        </w:rPr>
        <w:t>30:52  tab tak yeh aise hi rahega.</w:t>
      </w:r>
    </w:p>
    <w:p>
      <w:pPr>
        <w:pStyle w:val="Heading2"/>
      </w:pPr>
      <w:r>
        <w:t>How can Muslims break the vicious circle?</w:t>
      </w:r>
    </w:p>
    <w:p>
      <w:r>
        <w:rPr>
          <w:color w:val="666666"/>
          <w:sz w:val="18"/>
        </w:rPr>
        <w:t>The Importance of the Quran May 15, 2016 Maulana Wahiduddin Khan · 1m 32s · at 1:11:03 · https://youtu.be/9a-OOUR_bLg?t=4263</w:t>
      </w:r>
    </w:p>
    <w:p>
      <w:r>
        <w:rPr>
          <w:i/>
        </w:rPr>
        <w:t>“Maulana, you said today that Muslims are stuck in history and that they live in pride. Any leader who stands to correct this is not accepted and as a result the problem continues. So how will Muslims change as this has become a vicious circle now? Please advise.”</w:t>
      </w:r>
    </w:p>
    <w:p>
      <w:r>
        <w:rPr>
          <w:sz w:val="20"/>
        </w:rPr>
        <w:t>1:11:03  maulana, agla sawal bhopal se aaya hai shamshuddin sahib ka aur unho ne likha hai ke maulana, you said today that muslims are stick in history and that they live in pride.</w:t>
      </w:r>
      <w:r>
        <w:br/>
      </w:r>
      <w:r>
        <w:rPr>
          <w:sz w:val="20"/>
        </w:rPr>
        <w:t>1:11:19  any leader who stands to correct this is not accepted and as a result the problem continues. so how will muslims change as this has become a vicious circle now</w:t>
      </w:r>
      <w:r>
        <w:br/>
      </w:r>
      <w:r>
        <w:rPr>
          <w:sz w:val="20"/>
        </w:rPr>
        <w:t>1:11:33  ? please advice.</w:t>
      </w:r>
      <w:r>
        <w:br/>
      </w:r>
      <w:r>
        <w:rPr>
          <w:sz w:val="20"/>
        </w:rPr>
        <w:t>1:11:38  bhai, dekhiye, main samajhta hoon ke ek hi hal hai ke hum is soch ko quran se judge karein.</w:t>
      </w:r>
      <w:r>
        <w:br/>
      </w:r>
      <w:r>
        <w:rPr>
          <w:sz w:val="20"/>
        </w:rPr>
        <w:t>1:11:51  yeh soch hai kya woh quran ke mutabiq hai ya nahi?</w:t>
      </w:r>
      <w:r>
        <w:br/>
      </w:r>
      <w:r>
        <w:rPr>
          <w:sz w:val="20"/>
        </w:rPr>
        <w:t>1:12:01  to quran se judge karna hi</w:t>
      </w:r>
      <w:r>
        <w:br/>
      </w:r>
      <w:r>
        <w:rPr>
          <w:sz w:val="20"/>
        </w:rPr>
        <w:t>1:12:06  ek waahid tareeqa hai aur har maamle mein, is maamle mein bhi aur har maamle mein bhi humein chahiye ke hum quran se judge karein. quran mein agar hum paate hain is ko to is ko is ko qaim rahein, nahi to hum is ko chhod dein.</w:t>
      </w:r>
      <w:r>
        <w:br/>
      </w:r>
      <w:r>
        <w:rPr>
          <w:sz w:val="20"/>
        </w:rPr>
        <w:t>1:12:23  masjid rasool ki saza agar quran mein nahi hai to is ko chhod dijiye kyunke Allah ke samne kya jawab denge aap?</w:t>
      </w:r>
    </w:p>
    <w:p>
      <w:pPr>
        <w:pStyle w:val="Heading2"/>
      </w:pPr>
      <w:r>
        <w:t>Lack of teamwork among Muslims</w:t>
      </w:r>
    </w:p>
    <w:p>
      <w:r>
        <w:rPr>
          <w:color w:val="666666"/>
          <w:sz w:val="18"/>
        </w:rPr>
        <w:t>The Problem of Evil December 4, 2011 · 2m 26s · at 1:34:23 · https://youtu.be/SMqtVjaGHfw?t=5663</w:t>
      </w:r>
    </w:p>
    <w:p>
      <w:r>
        <w:rPr>
          <w:i/>
        </w:rPr>
        <w:t>“Muslims lack organization and teamwork, while in Europe every work is done in an organized manner with teamwork. What is the reason for this?”</w:t>
      </w:r>
    </w:p>
    <w:p>
      <w:r>
        <w:rPr>
          <w:sz w:val="20"/>
        </w:rPr>
        <w:t>1:34:23  Maulana, agla sawal aaya hai Mr. Danial ka Patna, Bihar se. unhon ne likha hai: "musalmanon ke andar organization aur team work bahut kam paya jata hai, jabke Europe mein har kaam ko organized andaaz mein team work ke tehat kiya jata hai.</w:t>
      </w:r>
      <w:r>
        <w:br/>
      </w:r>
      <w:r>
        <w:rPr>
          <w:sz w:val="20"/>
        </w:rPr>
        <w:t>1:34:42  is ka sabab kya hai?" pehle Europe mein bhi nahin tha aisa, yani Renaissance se pehle Europe ka bahut bura haal tha.</w:t>
      </w:r>
      <w:r>
        <w:br/>
      </w:r>
      <w:r>
        <w:rPr>
          <w:sz w:val="20"/>
        </w:rPr>
        <w:t>1:34:54  mein samajhta hoon ke yeh sab se bara sabab hai scientific education, jo renaissance ke baad aai hai. Musalmanon mein badqismati hai ke scientific education taqreeban nahi ke barabar hai, hai hi nahi.</w:t>
      </w:r>
      <w:r>
        <w:br/>
      </w:r>
      <w:r>
        <w:rPr>
          <w:sz w:val="20"/>
        </w:rPr>
        <w:t>1:35:07  Musalmanon mein jo hai, jo cheezen hain, woh woh aadmi ke andar discipline discipline nahi laati, jazbatiyat paida karti hain.</w:t>
      </w:r>
      <w:r>
        <w:br/>
      </w:r>
      <w:r>
        <w:rPr>
          <w:sz w:val="20"/>
        </w:rPr>
        <w:t>1:35:16  yeh jahadi baat hai aur aur inshallah pass khitabat, debate, yeh sab cheezen.</w:t>
      </w:r>
      <w:r>
        <w:br/>
      </w:r>
      <w:r>
        <w:rPr>
          <w:sz w:val="20"/>
        </w:rPr>
        <w:t>1:35:23  to mein samajhta hoon ke ahl-e-Europe mein, mein khud pehle jo hai, unka bohat bura haal tha aur renaissance ke baad jab unki education aai, science certificate education, tab un mein bohat zabardast badlav aaya.</w:t>
      </w:r>
      <w:r>
        <w:br/>
      </w:r>
      <w:r>
        <w:rPr>
          <w:sz w:val="20"/>
        </w:rPr>
        <w:t>1:35:40  to wahi Musalmanon ko bhi karna hai. Badqismati se Musalmanon mein scientific education ka koi concept nahi, aaj bhi nahi hai.</w:t>
      </w:r>
      <w:r>
        <w:br/>
      </w:r>
      <w:r>
        <w:rPr>
          <w:sz w:val="20"/>
        </w:rPr>
        <w:t>1:35:48  bohat se baad koi samajhta hai kahin koi job lene ke liye, kuch degree lete lene ke liye, lekin degree se aage jo science ki ahmiyat hai, usko bilkul nahi jante woh log.</w:t>
      </w:r>
      <w:r>
        <w:br/>
      </w:r>
      <w:r>
        <w:rPr>
          <w:sz w:val="20"/>
        </w:rPr>
        <w:t>1:36:00  to mein samajhta hoon ke Musalmanon mein agar agar sahi bolana hai to scientific education ke bahar jayen.</w:t>
      </w:r>
      <w:r>
        <w:br/>
      </w:r>
      <w:r>
        <w:rPr>
          <w:sz w:val="20"/>
        </w:rPr>
        <w:t>1:36:08  jaise jo mulk hain, Pakistan, Iran waghera, Islami Jamhuriya kehte hain woh apne ko. Mein kehta hoon ke yeh yeh yeh khud apne aap mein ghair scientific baat hai.</w:t>
      </w:r>
      <w:r>
        <w:br/>
      </w:r>
      <w:r>
        <w:rPr>
          <w:sz w:val="20"/>
        </w:rPr>
        <w:t>1:36:18  Rasool Allah ne jab Madina ko Islami Jamhuriya nahi kaha to aap kahan ke kehne ka? to yeh mulk jo hain, in mein sab se zaroori tha yeh ke woh Islami Jamhuriya declare karne ke bajaye yeh kehte hain ke hamein education mein sari taqat lagana hai, khaas taur par scientific education mein.</w:t>
      </w:r>
      <w:r>
        <w:br/>
      </w:r>
      <w:r>
        <w:rPr>
          <w:sz w:val="20"/>
        </w:rPr>
        <w:t>1:36:33  yeh kahin bhi, yaani priority basis pe kahin bhi education ko liya nahi gaya.</w:t>
      </w:r>
      <w:r>
        <w:br/>
      </w:r>
      <w:r>
        <w:rPr>
          <w:sz w:val="20"/>
        </w:rPr>
        <w:t>1:36:38  koi Muslim country nahi hai jahan ke priority basis pe education ko liya gaya ho, jabke Europe mein liya. To mein samajhta hoon ke yeh asal wajah hai.</w:t>
      </w:r>
    </w:p>
    <w:p>
      <w:pPr>
        <w:pStyle w:val="Heading2"/>
      </w:pPr>
      <w:r>
        <w:t>Cause of Muslim pride and hatred</w:t>
      </w:r>
    </w:p>
    <w:p>
      <w:r>
        <w:rPr>
          <w:color w:val="666666"/>
          <w:sz w:val="18"/>
        </w:rPr>
        <w:t>Age Of Consumerism I January 6, 2013 Maulana Wahiduddin Khan · 1m 29s · at 1:29:01 · https://youtu.be/CuRYFl7JuEM?t=5341</w:t>
      </w:r>
    </w:p>
    <w:p>
      <w:r>
        <w:rPr>
          <w:i/>
        </w:rPr>
        <w:t>“You mention that the present day Muslims are a case of living in pride as far as the community is concerned and harboring hatred for all others. What is the cause of this behavior of Muslims?”</w:t>
      </w:r>
    </w:p>
    <w:p>
      <w:r>
        <w:rPr>
          <w:sz w:val="20"/>
        </w:rPr>
        <w:t>1:29:01  maulana, agla sawal Dilli se hai, Miss Raziya Siddiqui ka. unhon ne likha hai: "you mention that the present day Muslims are a case of living in pride as far as the community is concerned and harboring hatred for all other.</w:t>
      </w:r>
      <w:r>
        <w:br/>
      </w:r>
      <w:r>
        <w:rPr>
          <w:sz w:val="20"/>
        </w:rPr>
        <w:t>1:29:20  what is the cause of this behavior of Muslims?" yeh bhi wahi degeneration ke zawal ki wajah se hai.</w:t>
      </w:r>
      <w:r>
        <w:br/>
      </w:r>
      <w:r>
        <w:rPr>
          <w:sz w:val="20"/>
        </w:rPr>
        <w:t>1:29:29  hamesha aise hi hota hai. yeh Yahood mein hua tha ke doosron ke liye nafrat, apne liye pride.</w:t>
      </w:r>
      <w:r>
        <w:br/>
      </w:r>
      <w:r>
        <w:rPr>
          <w:sz w:val="20"/>
        </w:rPr>
        <w:t>1:29:37  yeh hamesha jo bhi qaum zawal ka shikar hoti hai, us ka yeh anjam hota hai. yeh sab zawal ke phenomena hain. zawal ka matlab hai degeneration.</w:t>
      </w:r>
      <w:r>
        <w:br/>
      </w:r>
      <w:r>
        <w:rPr>
          <w:sz w:val="20"/>
        </w:rPr>
        <w:t>1:29:52  to is zamane ke jo Musalman jo hain, yeh un ka case yahi hai. asal case jo hai, woh zawal ka case hai. is ka phenomena hai yeh nafrat aur fakhr dono.</w:t>
      </w:r>
      <w:r>
        <w:br/>
      </w:r>
      <w:r>
        <w:rPr>
          <w:sz w:val="20"/>
        </w:rPr>
        <w:t>1:30:04  nafrat aur fakhr asal nahin hai. asal jo hai, woh to zawal hai.</w:t>
      </w:r>
      <w:r>
        <w:br/>
      </w:r>
      <w:r>
        <w:rPr>
          <w:sz w:val="20"/>
        </w:rPr>
        <w:t>1:30:13  yeh to hone hi hoga jab tak aap un ko dobara regenerate na karein, phir un ke andar yani nayi soch na layein, un ko phir se yani living region par khara na karein.</w:t>
      </w:r>
      <w:r>
        <w:br/>
      </w:r>
      <w:r>
        <w:rPr>
          <w:sz w:val="20"/>
        </w:rPr>
        <w:t>1:30:25  tab tak aise hi rahega.</w:t>
      </w:r>
    </w:p>
    <w:p>
      <w:pPr>
        <w:pStyle w:val="Heading2"/>
      </w:pPr>
      <w:r>
        <w:t>Muslim Conflicts and Political Obsession</w:t>
      </w:r>
    </w:p>
    <w:p>
      <w:r>
        <w:rPr>
          <w:color w:val="666666"/>
          <w:sz w:val="18"/>
        </w:rPr>
        <w:t>Importance of Ijtihad December 21,2014 · 1m 23s · at 59:06 · https://youtu.be/6AgisKQ8V7s?t=3546</w:t>
      </w:r>
    </w:p>
    <w:p>
      <w:r>
        <w:rPr>
          <w:i/>
        </w:rPr>
        <w:t>“Why are Muslims fighting in Muslim states? How do they justify it from the Quran and Hadith? Why are they obsessed with political power?”</w:t>
      </w:r>
    </w:p>
    <w:p>
      <w:r>
        <w:rPr>
          <w:sz w:val="20"/>
        </w:rPr>
        <w:t>59:06  maulana, agla sawal kya hai? doctor farida khanam ne deli se aur unhon ne likha hai ke why</w:t>
      </w:r>
      <w:r>
        <w:br/>
      </w:r>
      <w:r>
        <w:rPr>
          <w:sz w:val="20"/>
        </w:rPr>
        <w:t>59:11  are Muslims fighting in Muslim states?</w:t>
      </w:r>
      <w:r>
        <w:br/>
      </w:r>
      <w:r>
        <w:rPr>
          <w:sz w:val="20"/>
        </w:rPr>
        <w:t>59:17  How do they justify it from the Quran and Hadith? Why are they obsessed with political power?</w:t>
      </w:r>
      <w:r>
        <w:br/>
      </w:r>
      <w:r>
        <w:rPr>
          <w:sz w:val="20"/>
        </w:rPr>
        <w:t>59:26  dekhiye, yeh musalman jo main ne kaha na ke ke ek trap mein phanse hue hain, musalmanon ko</w:t>
      </w:r>
      <w:r>
        <w:br/>
      </w:r>
      <w:r>
        <w:rPr>
          <w:sz w:val="20"/>
        </w:rPr>
        <w:t>59:31  ek hi cheez ka pata hai: political history of Islam.</w:t>
      </w:r>
      <w:r>
        <w:br/>
      </w:r>
      <w:r>
        <w:rPr>
          <w:sz w:val="20"/>
        </w:rPr>
        <w:t>59:37  kuch jante hi nahin hain musalman.</w:t>
      </w:r>
      <w:r>
        <w:br/>
      </w:r>
      <w:r>
        <w:rPr>
          <w:sz w:val="20"/>
        </w:rPr>
        <w:t>59:43  political history kitabon mein likhi hui hai: fateh al-buldan, fateh al-sham, is tarah ke title ke sath.</w:t>
      </w:r>
      <w:r>
        <w:br/>
      </w:r>
      <w:r>
        <w:rPr>
          <w:sz w:val="20"/>
        </w:rPr>
        <w:t>59:49  isi ko jante hain musalman, bas samajhte hain ke Islam means political power.</w:t>
      </w:r>
      <w:r>
        <w:br/>
      </w:r>
      <w:r>
        <w:rPr>
          <w:sz w:val="20"/>
        </w:rPr>
        <w:t>59:54  sari kitaben hi isi tarah likhi gayi hain, koi kya kare? to jis ko, yaani jis ka dard</w:t>
      </w:r>
      <w:r>
        <w:br/>
      </w:r>
      <w:r>
        <w:rPr>
          <w:sz w:val="20"/>
        </w:rPr>
        <w:t>1:00:00  ho, woh hamari kitaben phailaye.</w:t>
      </w:r>
      <w:r>
        <w:br/>
      </w:r>
      <w:r>
        <w:rPr>
          <w:sz w:val="20"/>
        </w:rPr>
        <w:t>1:00:06  hamari kitabon ke sath jo bhi kitaben hain, sab yahi mizaj banati hain.</w:t>
      </w:r>
      <w:r>
        <w:br/>
      </w:r>
      <w:r>
        <w:rPr>
          <w:sz w:val="20"/>
        </w:rPr>
        <w:t>1:00:12  to ab kya kya jaye? to is liye main zor deta hoon ke log ahle sunnat ko phailayen,</w:t>
      </w:r>
      <w:r>
        <w:br/>
      </w:r>
      <w:r>
        <w:rPr>
          <w:sz w:val="20"/>
        </w:rPr>
        <w:t>1:00:17  hijrat islam ko phailayen, hamari kitabon ko phailayen.</w:t>
      </w:r>
      <w:r>
        <w:br/>
      </w:r>
      <w:r>
        <w:rPr>
          <w:sz w:val="20"/>
        </w:rPr>
        <w:t>1:00:23  bas aur koi hal doosra hai hi nahin.</w:t>
      </w:r>
    </w:p>
    <w:p>
      <w:pPr>
        <w:pStyle w:val="Heading2"/>
      </w:pPr>
      <w:r>
        <w:t>Responsibility of Muslims to spread Islam</w:t>
      </w:r>
    </w:p>
    <w:p>
      <w:r>
        <w:rPr>
          <w:color w:val="666666"/>
          <w:sz w:val="18"/>
        </w:rPr>
        <w:t>Why Violence 17 Nov 2019 - Maulana Wahiduddin Khan · 2m 35s · at 37:55 · https://youtu.be/W8ybr-qO96c?t=2275</w:t>
      </w:r>
    </w:p>
    <w:p>
      <w:r>
        <w:rPr>
          <w:i/>
        </w:rPr>
        <w:t>“Please shed light on why Muslim masses are behind in dawah. Is it every Muslim's responsibility to understand Islam and convey it to the world?”</w:t>
      </w:r>
    </w:p>
    <w:p>
      <w:r>
        <w:rPr>
          <w:sz w:val="20"/>
        </w:rPr>
        <w:t>37:55  Maulana agla sawal lena chahenge yeh ah Delhi se bheja hai ah Sita Ram Pawar sahab ne jo class mein maujood hain</w:t>
      </w:r>
      <w:r>
        <w:br/>
      </w:r>
      <w:r>
        <w:rPr>
          <w:sz w:val="20"/>
        </w:rPr>
        <w:t>38:05  unhone likha hai Maulana sahab Muslim awam jo deen ki dawah mein peechay hain us par thora roshni daliye</w:t>
      </w:r>
      <w:r>
        <w:br/>
      </w:r>
      <w:r>
        <w:rPr>
          <w:sz w:val="20"/>
        </w:rPr>
        <w:t>38:14  kya yeh har Musalman ki zimmedari hai ke Islam ko samjhe aur use dunya mein phanchaaye is ke baray mein bataiye aap</w:t>
      </w:r>
      <w:r>
        <w:br/>
      </w:r>
      <w:r>
        <w:rPr>
          <w:sz w:val="20"/>
        </w:rPr>
        <w:t>38:27  yeh sirf Musalman ki baat nahi hai Islam ki baat nahi hai aap apne ko le ke sochiye jo insan kisi sachai ko discover kare sachai ko</w:t>
      </w:r>
      <w:r>
        <w:br/>
      </w:r>
      <w:r>
        <w:rPr>
          <w:sz w:val="20"/>
        </w:rPr>
        <w:t>38:46  misal ke taur par yeh sachai yeh daryaft kare yeh discover kare ke ab jo zamana khatam ho gaya hai jab koi maqsad hasil karne ke liye pathar marna parta tha goli chalani parti thi ab kuch nahi</w:t>
      </w:r>
      <w:r>
        <w:br/>
      </w:r>
      <w:r>
        <w:rPr>
          <w:sz w:val="20"/>
        </w:rPr>
        <w:t>39:03  communication ko istemal kijiye</w:t>
      </w:r>
      <w:r>
        <w:br/>
      </w:r>
      <w:r>
        <w:rPr>
          <w:sz w:val="20"/>
        </w:rPr>
        <w:t>39:08  peaceful negotiation ke zariye apni baton ko phanchaie to koi bhi acha amar acha maqsad jo apne samne rakhta ho</w:t>
      </w:r>
      <w:r>
        <w:br/>
      </w:r>
      <w:r>
        <w:rPr>
          <w:sz w:val="20"/>
        </w:rPr>
        <w:t>39:22  un sab ko yahi karna hai sirf Musalman ki baat nahi hai sirf Islam ki baat nahi hai agar aap koi bhi baat zindagi mein aap ne discover ki hai to us ko le ke uth jaiye</w:t>
      </w:r>
      <w:r>
        <w:br/>
      </w:r>
      <w:r>
        <w:rPr>
          <w:sz w:val="20"/>
        </w:rPr>
        <w:t>39:40  na aap ko pathar marna hai na kuch karna hai bas peaceful tareeqay se logon tak apni baat phanchaana hai bas jaisa hamare saathi Allah ke fazal se har jagah kar rahe hain</w:t>
      </w:r>
      <w:r>
        <w:br/>
      </w:r>
      <w:r>
        <w:rPr>
          <w:sz w:val="20"/>
        </w:rPr>
        <w:t>40:01  Muhammad Irfan Rashidi sahab ne Nagpur se comment bheja hai unhone likha hai Muslim should rethink and adopt the ideology of peace</w:t>
      </w:r>
      <w:r>
        <w:br/>
      </w:r>
      <w:r>
        <w:rPr>
          <w:sz w:val="20"/>
        </w:rPr>
        <w:t>40:10  . This is the need of the art." jazak allah maulana sahib.</w:t>
      </w:r>
      <w:r>
        <w:br/>
      </w:r>
      <w:r>
        <w:rPr>
          <w:sz w:val="20"/>
        </w:rPr>
        <w:t>40:17  muhammad ammar sahib ne dili se comment bheja hai. unhon ne likha hai: "maulana, it is because of your rethinking only that the entire CPS is working in a hundred percent peaceful way.</w:t>
      </w:r>
    </w:p>
    <w:p>
      <w:pPr>
        <w:pStyle w:val="Heading2"/>
      </w:pPr>
      <w:r>
        <w:t>Cause of Muslims' pride and hatred towards others</w:t>
      </w:r>
    </w:p>
    <w:p>
      <w:r>
        <w:rPr>
          <w:color w:val="666666"/>
          <w:sz w:val="18"/>
        </w:rPr>
        <w:t>Age of Consumerism January 6, 2013 · 1m 29s · at 1:28:07 · https://youtu.be/zJRZ1OKUhgA?t=5287</w:t>
      </w:r>
    </w:p>
    <w:p>
      <w:r>
        <w:rPr>
          <w:i/>
        </w:rPr>
        <w:t>“You mentioned that the present day Muslims are a case of living in pride as far as the community is concerned and harboring hatred for all others. What is the cause of this behavior of Muslims?”</w:t>
      </w:r>
    </w:p>
    <w:p>
      <w:r>
        <w:rPr>
          <w:sz w:val="20"/>
        </w:rPr>
        <w:t>1:28:07  maulana, agla sawal dilli se hai, miss raziya siddiqui ka</w:t>
      </w:r>
      <w:r>
        <w:br/>
      </w:r>
      <w:r>
        <w:rPr>
          <w:sz w:val="20"/>
        </w:rPr>
        <w:t>1:28:11  . unhon ne likha hai: "you mention that the present day muslims are a case of living in pride as far as they community is concerned and harboring hatred for all other.</w:t>
      </w:r>
      <w:r>
        <w:br/>
      </w:r>
      <w:r>
        <w:rPr>
          <w:sz w:val="20"/>
        </w:rPr>
        <w:t>1:28:26  what is the cause of this behaviour of muslims?" yeh bhi wahi degeneration ya zawal ki wajah se hai.</w:t>
      </w:r>
      <w:r>
        <w:br/>
      </w:r>
      <w:r>
        <w:rPr>
          <w:sz w:val="20"/>
        </w:rPr>
        <w:t>1:28:35  hamesha aise hi hota hai. yeh yahood mein hua tha</w:t>
      </w:r>
      <w:r>
        <w:br/>
      </w:r>
      <w:r>
        <w:rPr>
          <w:sz w:val="20"/>
        </w:rPr>
        <w:t>1:28:40  ke doosron ke liye nafrat, apney liye pride. yeh hamesha jo bhi qaum zawal ka shikar hoti hai, uska yeh anjam hota hai. yeh sab zawal ke phenomena hain.</w:t>
      </w:r>
      <w:r>
        <w:br/>
      </w:r>
      <w:r>
        <w:rPr>
          <w:sz w:val="20"/>
        </w:rPr>
        <w:t>1:28:52  zawal ka matlab hai degeneration.</w:t>
      </w:r>
      <w:r>
        <w:br/>
      </w:r>
      <w:r>
        <w:rPr>
          <w:sz w:val="20"/>
        </w:rPr>
        <w:t>1:28:58  to is zamane ke jo musalman jo hain, yeh un ka case yahi</w:t>
      </w:r>
      <w:r>
        <w:br/>
      </w:r>
      <w:r>
        <w:rPr>
          <w:sz w:val="20"/>
        </w:rPr>
        <w:t>1:29:03  hai. asal case jo hai, woh zawal ka case hai. is ka phenomena hai yeh nafrat aur fakhr. dono nafrat aur fakhr asal nahin hai.</w:t>
      </w:r>
      <w:r>
        <w:br/>
      </w:r>
      <w:r>
        <w:rPr>
          <w:sz w:val="20"/>
        </w:rPr>
        <w:t>1:29:12  asal jo hai, woh to zawal hai.</w:t>
      </w:r>
      <w:r>
        <w:br/>
      </w:r>
      <w:r>
        <w:rPr>
          <w:sz w:val="20"/>
        </w:rPr>
        <w:t>1:29:19  yeh to hone hi ho raha hai jab tak aap in ko dobara re generate na karein. phir in ke andar yani nai soch na layein,</w:t>
      </w:r>
      <w:r>
        <w:br/>
      </w:r>
      <w:r>
        <w:rPr>
          <w:sz w:val="20"/>
        </w:rPr>
        <w:t>1:29:27  in ko phir se yani living region par khara na karein. tab tak aise hi rahega.</w:t>
      </w:r>
    </w:p>
    <w:p>
      <w:pPr>
        <w:pStyle w:val="Heading2"/>
      </w:pPr>
      <w:r>
        <w:t>Selective protest among Muslims</w:t>
      </w:r>
    </w:p>
    <w:p>
      <w:r>
        <w:rPr>
          <w:color w:val="666666"/>
          <w:sz w:val="18"/>
        </w:rPr>
        <w:t>The Character of a Dayee 4 March 2012 - Maulana Wahiduddin Khan · 3m 40s · at 1:46:43 · https://youtu.be/YtavJpVNbEM?t=6403</w:t>
      </w:r>
    </w:p>
    <w:p>
      <w:r>
        <w:rPr>
          <w:i/>
        </w:rPr>
        <w:t>“Why is it that Muslims do not react to the evils committed by the members of their family, by the members of their community, but they launch their protest only against the evils when these are committed by the people belonging to another community? They regard them as their enemies.”</w:t>
      </w:r>
    </w:p>
    <w:p>
      <w:r>
        <w:rPr>
          <w:sz w:val="20"/>
        </w:rPr>
        <w:t>1:46:43  Maulana, agla sawal Doctor Fareeda Khanam ka hai Delhi se. unhon ne likha hai: "Why is it that Muslims do not react to the evils committed by the members of their family, by the members of their community, but they launch their protest only to the evils when these are committed by the people belonging to another community, hmm, they regard as their enemies?"</w:t>
      </w:r>
      <w:r>
        <w:br/>
      </w:r>
      <w:r>
        <w:rPr>
          <w:sz w:val="20"/>
        </w:rPr>
        <w:t>1:47:11  haan, abhi haal mein mujhe Quran ka ek English tarjuma mila, jo yahan ek book fair mein kafi banta gaya hai.</w:t>
      </w:r>
      <w:r>
        <w:br/>
      </w:r>
      <w:r>
        <w:rPr>
          <w:sz w:val="20"/>
        </w:rPr>
        <w:t>1:47:21  to us ke shuru mein ek preface hai, ek foreword hai. us foreword mein</w:t>
      </w:r>
      <w:r>
        <w:br/>
      </w:r>
      <w:r>
        <w:rPr>
          <w:sz w:val="20"/>
        </w:rPr>
        <w:t>1:47:27  likha hai ke Islam aur Musalman unique hain. zara ghor karo ke Islam bhi unique hai, Musalman bhi unique hai, ummat, ummat bhi unique hai.</w:t>
      </w:r>
      <w:r>
        <w:br/>
      </w:r>
      <w:r>
        <w:rPr>
          <w:sz w:val="20"/>
        </w:rPr>
        <w:t>1:47:39  to yahi zehn mein paida hoga: Islam to bilashuba unique hai,</w:t>
      </w:r>
      <w:r>
        <w:br/>
      </w:r>
      <w:r>
        <w:rPr>
          <w:sz w:val="20"/>
        </w:rPr>
        <w:t>1:47:44  Musalman unique nahi hai. Musalman to ek blnt bashar min khalq kiya aaya tha? woh kis surat mein? blnt bashar min khalq?</w:t>
      </w:r>
      <w:r>
        <w:br/>
      </w:r>
      <w:r>
        <w:rPr>
          <w:sz w:val="20"/>
        </w:rPr>
        <w:t>1:47:54  ji,</w:t>
      </w:r>
      <w:r>
        <w:br/>
      </w:r>
      <w:r>
        <w:rPr>
          <w:sz w:val="20"/>
        </w:rPr>
        <w:t>1:47:56  kya kya ayat hai? blnt bashar mamn khalq, blnt bashar mamn khalq, jaise doosra insaan hai. us waqt Musalman mein hairan reh gaya ke is Quran ko bant rahe hain ghair Muslimon mein, jis mein khud likh rakha hai ke Musalman unique ummah hai.</w:t>
      </w:r>
      <w:r>
        <w:br/>
      </w:r>
      <w:r>
        <w:rPr>
          <w:sz w:val="20"/>
        </w:rPr>
        <w:t>1:48:14  bataiye ke, yani goya Khuda description karta hai.</w:t>
      </w:r>
      <w:r>
        <w:br/>
      </w:r>
      <w:r>
        <w:rPr>
          <w:sz w:val="20"/>
        </w:rPr>
        <w:t>1:48:20  to isi se logon ke andar yeh pak, is ko kehte hain woh, yaani self righteousness. hum kuch doosron se bartar hain, hum kuch behtar hain, hum khair ummat hain.</w:t>
      </w:r>
      <w:r>
        <w:br/>
      </w:r>
      <w:r>
        <w:rPr>
          <w:sz w:val="20"/>
        </w:rPr>
        <w:t>1:48:33  isi ki wajah se apne bare mein kaha jaye to bhark bharkenge aur doosron ke bare mein khoob bolenge, be takan.</w:t>
      </w:r>
      <w:r>
        <w:br/>
      </w:r>
      <w:r>
        <w:rPr>
          <w:sz w:val="20"/>
        </w:rPr>
        <w:t>1:48:41  to mujhe hairaan laga ke woh quran, is mein likha hua tha ke ghair muslimon ke mein phailane ke liye, aur is mein di, is mein forward word nahi likha hua hai.</w:t>
      </w:r>
      <w:r>
        <w:br/>
      </w:r>
      <w:r>
        <w:rPr>
          <w:sz w:val="20"/>
        </w:rPr>
        <w:t>1:48:53  kya kya kya tha? to bhai, is mein yahi tha ke islam aur muslim ummah unique hain. ji ji ji,</w:t>
      </w:r>
      <w:r>
        <w:br/>
      </w:r>
      <w:r>
        <w:rPr>
          <w:sz w:val="20"/>
        </w:rPr>
        <w:t>1:49:00  mere paas maujood hai, kuch aap aa ke dekh sakte hain. islam bilashuba unique hai, lekin unique is tarah se mein bhi unique ka lafz tab bhi mein nahi bolunga.</w:t>
      </w:r>
      <w:r>
        <w:br/>
      </w:r>
      <w:r>
        <w:rPr>
          <w:sz w:val="20"/>
        </w:rPr>
        <w:t>1:49:12  mein kahunga ke islam jo hai, preserved religion hai, mehfooz religion. har har mazhab jo tha, wohi tha, jaisa ke islam hai, jo Allah ne bheja.</w:t>
      </w:r>
      <w:r>
        <w:br/>
      </w:r>
      <w:r>
        <w:rPr>
          <w:sz w:val="20"/>
        </w:rPr>
        <w:t>1:49:24  to islam jo hai, kuch superior hai, doosre pichle mazahib jo the, inferior the, aisa nahi, kuch bhi nahi.</w:t>
      </w:r>
    </w:p>
    <w:p>
      <w:pPr>
        <w:pStyle w:val="Heading2"/>
      </w:pPr>
      <w:r>
        <w:t>Unity among Muslim sects</w:t>
      </w:r>
    </w:p>
    <w:p>
      <w:r>
        <w:rPr>
          <w:color w:val="666666"/>
          <w:sz w:val="18"/>
        </w:rPr>
        <w:t>Example of the Prophet March 20, 2016 · 2m 49s · at 1:01:32 · https://youtu.be/79HmhzXU41w?t=3692</w:t>
      </w:r>
    </w:p>
    <w:p>
      <w:r>
        <w:rPr>
          <w:i/>
        </w:rPr>
        <w:t>“There are many sects among Muslims. With so many sects, how can the unity of the Ummah be achieved? Please explain.”</w:t>
      </w:r>
    </w:p>
    <w:p>
      <w:r>
        <w:rPr>
          <w:sz w:val="20"/>
        </w:rPr>
        <w:t>1:01:32  Maulana, agla sawal naseer aslam sahib ne kiya hai lahore se aur unka sawal hai ke musalmanon</w:t>
      </w:r>
      <w:r>
        <w:br/>
      </w:r>
      <w:r>
        <w:rPr>
          <w:sz w:val="20"/>
        </w:rPr>
        <w:t>1:01:39  mein bohat zyada firqe hain, itne firqe ki maujoodgi mein ittehad e millat kaise ho sakti hai, iske</w:t>
      </w:r>
      <w:r>
        <w:br/>
      </w:r>
      <w:r>
        <w:rPr>
          <w:sz w:val="20"/>
        </w:rPr>
        <w:t>1:01:48  bare mein batayein.</w:t>
      </w:r>
      <w:r>
        <w:br/>
      </w:r>
      <w:r>
        <w:rPr>
          <w:sz w:val="20"/>
        </w:rPr>
        <w:t>1:01:50  dekhiye, is par hamari kitab maujood hai, aap isko padhiye.</w:t>
      </w:r>
      <w:r>
        <w:br/>
      </w:r>
      <w:r>
        <w:rPr>
          <w:sz w:val="20"/>
        </w:rPr>
        <w:t>1:01:55  tajdeed e deen, dekhiye, ittehad ka talluq</w:t>
      </w:r>
      <w:r>
        <w:br/>
      </w:r>
      <w:r>
        <w:rPr>
          <w:sz w:val="20"/>
        </w:rPr>
        <w:t>1:02:00  is se nahi hai ke differences logon mein hain, is se kuch bhi talluq nahi.</w:t>
      </w:r>
      <w:r>
        <w:br/>
      </w:r>
      <w:r>
        <w:rPr>
          <w:sz w:val="20"/>
        </w:rPr>
        <w:t>1:02:06  differences to hote hi hote hain, sahaba mein bhi differences the, hatta ke dunya mein agar back waqt</w:t>
      </w:r>
      <w:r>
        <w:br/>
      </w:r>
      <w:r>
        <w:rPr>
          <w:sz w:val="20"/>
        </w:rPr>
        <w:t>1:02:12  do paighambar hon tab bhi difference ho jata hai, jaisa ke Hazrat Haroon mein, Hazrat Musa mein hua.</w:t>
      </w:r>
      <w:r>
        <w:br/>
      </w:r>
      <w:r>
        <w:rPr>
          <w:sz w:val="20"/>
        </w:rPr>
        <w:t>1:02:20  to difference koi excuse nahi hai.</w:t>
      </w:r>
      <w:r>
        <w:br/>
      </w:r>
      <w:r>
        <w:rPr>
          <w:sz w:val="20"/>
        </w:rPr>
        <w:t>1:02:25  difference se kya hota hai? difference to rahenge, difference to zindagi ki alamat hai.</w:t>
      </w:r>
      <w:r>
        <w:br/>
      </w:r>
      <w:r>
        <w:rPr>
          <w:sz w:val="20"/>
        </w:rPr>
        <w:t>1:02:29  difference ki wajah se discussion hota hai, dialogue hota hai, intellectual development hota hai.</w:t>
      </w:r>
      <w:r>
        <w:br/>
      </w:r>
      <w:r>
        <w:rPr>
          <w:sz w:val="20"/>
        </w:rPr>
        <w:t>1:02:37  jo cheez jo ghalat hai, wo difference nahi hai, wo hai ghalu, yani extremism.</w:t>
      </w:r>
      <w:r>
        <w:br/>
      </w:r>
      <w:r>
        <w:rPr>
          <w:sz w:val="20"/>
        </w:rPr>
        <w:t>1:02:45  extremism aur extremism ki sab se zyada</w:t>
      </w:r>
      <w:r>
        <w:br/>
      </w:r>
      <w:r>
        <w:rPr>
          <w:sz w:val="20"/>
        </w:rPr>
        <w:t>1:02:51  khatarnak shakal yeh hai jis ko kehte hain kisi cheez ko logical end tak pohanchana.</w:t>
      </w:r>
      <w:r>
        <w:br/>
      </w:r>
      <w:r>
        <w:rPr>
          <w:sz w:val="20"/>
        </w:rPr>
        <w:t>1:02:58  misalan hadees mein aata hai ke la salata illa bi fatihat al-kitab</w:t>
      </w:r>
      <w:r>
        <w:br/>
      </w:r>
      <w:r>
        <w:rPr>
          <w:sz w:val="20"/>
        </w:rPr>
        <w:t>1:03:05  yani surah fatiha parhe ke baad koi namaz namaz nahin.</w:t>
      </w:r>
      <w:r>
        <w:br/>
      </w:r>
      <w:r>
        <w:rPr>
          <w:sz w:val="20"/>
        </w:rPr>
        <w:t>1:03:09  to yahan par is ko logon ne is logical end tak le gaye ke har harf, har harf</w:t>
      </w:r>
      <w:r>
        <w:br/>
      </w:r>
      <w:r>
        <w:rPr>
          <w:sz w:val="20"/>
        </w:rPr>
        <w:t>1:03:14  musalli ko parhna chahiye warna namaz hi nahin hogi.</w:t>
      </w:r>
      <w:r>
        <w:br/>
      </w:r>
      <w:r>
        <w:rPr>
          <w:sz w:val="20"/>
        </w:rPr>
        <w:t>1:03:18  jab hamara ek imam samne woh hamara represent kar raha hai to is ka parhna hamara parhna hai,</w:t>
      </w:r>
      <w:r>
        <w:br/>
      </w:r>
      <w:r>
        <w:rPr>
          <w:sz w:val="20"/>
        </w:rPr>
        <w:t>1:03:23  lekin is ko logical end tak le gaye ke mujhe personally khud parhna pare ga, nahin to meri</w:t>
      </w:r>
      <w:r>
        <w:br/>
      </w:r>
      <w:r>
        <w:rPr>
          <w:sz w:val="20"/>
        </w:rPr>
        <w:t>1:03:28  namaz nahin hogi.</w:t>
      </w:r>
      <w:r>
        <w:br/>
      </w:r>
      <w:r>
        <w:rPr>
          <w:sz w:val="20"/>
        </w:rPr>
        <w:t>1:03:31  to difference buri cheez nahin hai,</w:t>
      </w:r>
      <w:r>
        <w:br/>
      </w:r>
      <w:r>
        <w:rPr>
          <w:sz w:val="20"/>
        </w:rPr>
        <w:t>1:03:35  buri cheez hai ghalu, extremism, cheezon ko logical end tak le jana.</w:t>
      </w:r>
      <w:r>
        <w:br/>
      </w:r>
      <w:r>
        <w:rPr>
          <w:sz w:val="20"/>
        </w:rPr>
        <w:t>1:03:41  warna difference to bohat si nemmat hai,</w:t>
      </w:r>
      <w:r>
        <w:br/>
      </w:r>
      <w:r>
        <w:rPr>
          <w:sz w:val="20"/>
        </w:rPr>
        <w:t>1:03:45  ikhtilaf ummati ki wajah se dialogue hota hai, discussion hota hai, aur thinking barhti hai.</w:t>
      </w:r>
      <w:r>
        <w:br/>
      </w:r>
      <w:r>
        <w:rPr>
          <w:sz w:val="20"/>
        </w:rPr>
        <w:t>1:03:55  har aadmi ek sath sochta hai to koi zyada nahin soch raha hai.</w:t>
      </w:r>
      <w:r>
        <w:br/>
      </w:r>
      <w:r>
        <w:rPr>
          <w:sz w:val="20"/>
        </w:rPr>
        <w:t>1:04:03  to main samajhta hoon ke difference koi evil nahin hai, difference koi problem nahin hai,</w:t>
      </w:r>
      <w:r>
        <w:br/>
      </w:r>
      <w:r>
        <w:rPr>
          <w:sz w:val="20"/>
        </w:rPr>
        <w:t>1:04:10  balke difference blessing hai.</w:t>
      </w:r>
      <w:r>
        <w:br/>
      </w:r>
      <w:r>
        <w:rPr>
          <w:sz w:val="20"/>
        </w:rPr>
        <w:t>1:04:12  jo problem hai woh hai ghalu, jis ko kehte hain extremism,</w:t>
      </w:r>
      <w:r>
        <w:br/>
      </w:r>
      <w:r>
        <w:rPr>
          <w:sz w:val="20"/>
        </w:rPr>
        <w:t>1:04:18  cheezon ko logical end tak pohanchana.</w:t>
      </w:r>
    </w:p>
    <w:p>
      <w:pPr>
        <w:pStyle w:val="Heading2"/>
      </w:pPr>
      <w:r>
        <w:t>Reason behind Muslim superiority thinking</w:t>
      </w:r>
    </w:p>
    <w:p>
      <w:r>
        <w:rPr>
          <w:color w:val="666666"/>
          <w:sz w:val="18"/>
        </w:rPr>
        <w:t>Age of Alternatives April 05, 2015 · 2m 11s · at 1:06:28 · https://youtu.be/4v0uCM2BZuA?t=3988</w:t>
      </w:r>
    </w:p>
    <w:p>
      <w:r>
        <w:rPr>
          <w:i/>
        </w:rPr>
        <w:t>“Muslims think that they are superior to non-Muslims. What is the reason for this kind of thinking?”</w:t>
      </w:r>
    </w:p>
    <w:p>
      <w:r>
        <w:rPr>
          <w:sz w:val="20"/>
        </w:rPr>
        <w:t>1:06:28  maulana, agla sawal bhopal se hai. faisal sahab ne kiya hai aur unhon ne likha hai ke "muslims think that they are superior to non muslims.</w:t>
      </w:r>
      <w:r>
        <w:br/>
      </w:r>
      <w:r>
        <w:rPr>
          <w:sz w:val="20"/>
        </w:rPr>
        <w:t>1:06:39  " maulana, what is the reason for this kind of thinking? yeh yehud ki mazahamat hai. hadith mein aata hai ke "tum yahud ki naqal karoge,</w:t>
      </w:r>
      <w:r>
        <w:br/>
      </w:r>
      <w:r>
        <w:rPr>
          <w:sz w:val="20"/>
        </w:rPr>
        <w:t>1:06:54  mazahamat mani naqal karna."</w:t>
      </w:r>
      <w:r>
        <w:br/>
      </w:r>
      <w:r>
        <w:rPr>
          <w:sz w:val="20"/>
        </w:rPr>
        <w:t>1:06:57  to aap yahud ki tareekh padhiye, wahan un ke haan aik kitaben likhi hain ke waqai is pe likhi gayi hain. jewish supremacism, jewish yani yahudi bartari, baqayda kitaben maujood hain.</w:t>
      </w:r>
      <w:r>
        <w:br/>
      </w:r>
      <w:r>
        <w:rPr>
          <w:sz w:val="20"/>
        </w:rPr>
        <w:t>1:07:11  is ki jewish supremacism to wohi yahan bhi aa gaya. muslim supremacism yahud ki naqal mein apne ko bartar samajhna, yeh bilkul hi baseless baat hai ke koi bartar hai Allah ke nazdeek, koi bartar nahi, sab barabar hain,</w:t>
      </w:r>
      <w:r>
        <w:br/>
      </w:r>
      <w:r>
        <w:rPr>
          <w:sz w:val="20"/>
        </w:rPr>
        <w:t>1:07:28  koi bartar nahi hai Allah ke haan, sab barabar hain. yeh to yahudion ki naqal hai ke koi islam se koi talluq is ka nahi hai. yani jewish supremacism ki jagah unhon ne muslim supremacism bana bana rakha hai.</w:t>
      </w:r>
      <w:r>
        <w:br/>
      </w:r>
      <w:r>
        <w:rPr>
          <w:sz w:val="20"/>
        </w:rPr>
        <w:t>1:07:43  aur yeh hadith mein maujood tha ke musalman jo hain poori naqal karenge yahudiyon ki. yeh yeh isi hadith ki hai, yaani wohi peshangoi poori ho rahi hai.</w:t>
      </w:r>
      <w:r>
        <w:br/>
      </w:r>
      <w:r>
        <w:rPr>
          <w:sz w:val="20"/>
        </w:rPr>
        <w:t>1:08:01  yeh ayat hai Quran mein: "ya allazina kafaroo</w:t>
      </w:r>
      <w:r>
        <w:br/>
      </w:r>
      <w:r>
        <w:rPr>
          <w:sz w:val="20"/>
        </w:rPr>
        <w:t>1:08:04  " . yaani yeh yahud ki mazahamat, mazahamat maani imitate karna, naqal karna.</w:t>
      </w:r>
      <w:r>
        <w:br/>
      </w:r>
      <w:r>
        <w:rPr>
          <w:sz w:val="20"/>
        </w:rPr>
        <w:t>1:08:12  dekhen, yahud ke maani kya hain? yahud ke maani hain zawal yafta ummat, zawal yafta qaum. to jis tarah yahud ek zawal yafta qaum bane, aise hi hadith ke mutabiq musalman bhi zawal yafta qaum ban jayenge.</w:t>
      </w:r>
      <w:r>
        <w:br/>
      </w:r>
      <w:r>
        <w:rPr>
          <w:sz w:val="20"/>
        </w:rPr>
        <w:t>1:08:28  to is ka yeh phenomenon hai. to woh to hona hi h</w:t>
      </w:r>
      <w:r>
        <w:br/>
      </w:r>
      <w:r>
        <w:rPr>
          <w:sz w:val="20"/>
        </w:rPr>
        <w:t>1:08:32  ona tha hadith ki peshangoi ke mutabiq.</w:t>
      </w:r>
    </w:p>
    <w:p>
      <w:pPr>
        <w:pStyle w:val="Heading2"/>
      </w:pPr>
      <w:r>
        <w:t>Muslims following Companions' violent aspect</w:t>
      </w:r>
    </w:p>
    <w:p>
      <w:r>
        <w:rPr>
          <w:color w:val="666666"/>
          <w:sz w:val="18"/>
        </w:rPr>
        <w:t>Quran A Miracle June 01, 2014 · 2m 30s · at 1:05:04 · https://youtu.be/8KM3lDsj4PY?t=3904</w:t>
      </w:r>
    </w:p>
    <w:p>
      <w:r>
        <w:rPr>
          <w:i/>
        </w:rPr>
        <w:t>“Islam started a new process of peace and ideology whose result was to come much later. The Companions fought each other due to time and circumstances, but today's Muslim could not understand this new process and started following the violent aspect of the Companions. Today Muslims' method of war is exactly the same as that of the Companions but today's circumstances are not the same.”</w:t>
      </w:r>
    </w:p>
    <w:p>
      <w:r>
        <w:rPr>
          <w:sz w:val="20"/>
        </w:rPr>
        <w:t>1:05:04  molana agla sawal kiya hai shahnawaz zafar sahib ne dilli se. unhon ne likha hai ke islam ne peace aur ideology ka ek naya process shuru kiya jis ka result bohat baad ko aana tha.</w:t>
      </w:r>
      <w:r>
        <w:br/>
      </w:r>
      <w:r>
        <w:rPr>
          <w:sz w:val="20"/>
        </w:rPr>
        <w:t>1:05:20  sahaba ne waqt aur halaat ki wajah se ek doosre se jang ki. lekin aaj ka musalman islam ke is naye process ko samajh na saka aur sahaba ke violence wale pehlu ko hi follow karne laga.</w:t>
      </w:r>
      <w:r>
        <w:br/>
      </w:r>
      <w:r>
        <w:rPr>
          <w:sz w:val="20"/>
        </w:rPr>
        <w:t>1:05:36  aaj musalmanon ka tareeqa jang bilkul wahi hai jo sahaba ka tha lekin aaj halaat woh nahin hain jo sahaba ke waqt mein thay.</w:t>
      </w:r>
      <w:r>
        <w:br/>
      </w:r>
      <w:r>
        <w:rPr>
          <w:sz w:val="20"/>
        </w:rPr>
        <w:t>1:05:46  is ignorance ki wajah se aaj musalman peace ko daryaft na kar saka. molana is is ki wazahat karein. wahan pe kitabein jo likhi gayi is poore daur mein bohat hi ghalat numaindagi is mein hai.</w:t>
      </w:r>
      <w:r>
        <w:br/>
      </w:r>
      <w:r>
        <w:rPr>
          <w:sz w:val="20"/>
        </w:rPr>
        <w:t>1:06:01  jaise iqbal ka shair hai talwar woh shair hai ke teghon ke saaye mein kya hai woh pal kar jawan hue hain khanjar hilal ka hai quomi nasha hamara.</w:t>
      </w:r>
      <w:r>
        <w:br/>
      </w:r>
      <w:r>
        <w:rPr>
          <w:sz w:val="20"/>
        </w:rPr>
        <w:t>1:06:15  to isi qism ki kitabein yahan se wahan tak likhi gayi hain saari. aaj bhi likhi ja rahi hain. jis mein jihad ko highlight karte hain. ladai ko highlight karte hain.</w:t>
      </w:r>
      <w:r>
        <w:br/>
      </w:r>
      <w:r>
        <w:rPr>
          <w:sz w:val="20"/>
        </w:rPr>
        <w:t>1:06:25  abhi bhi musalmanon ka mizaj hai ke takrao ki baatein kijiye to bohat bheer akatha ho jaye gi. abhi bhi mizaj hai. to yeh ghalat numaindagi jo ki hai musalmanon ne is ka nateeja hai.</w:t>
      </w:r>
      <w:r>
        <w:br/>
      </w:r>
      <w:r>
        <w:rPr>
          <w:sz w:val="20"/>
        </w:rPr>
        <w:t>1:06:38  to hum ko lotna hoga peechay ki taraf. ek muhaddis ne bohat sahi kaha tha ke ala</w:t>
      </w:r>
      <w:r>
        <w:br/>
      </w:r>
      <w:r>
        <w:rPr>
          <w:sz w:val="20"/>
        </w:rPr>
        <w:t>1:06:50  bhi hua ke is ummat ke baad ke logon ka muamla bhi isi tareeqay se durust hoga jaise shuru ke logon ka muamla durust hua tha. to yeh beech mein jo qital aur badshahat aur empire aur jang hai yeh sab jo chalta raha is se peechay hatiye peechay hatiye peechay hatiye.</w:t>
      </w:r>
      <w:r>
        <w:br/>
      </w:r>
      <w:r>
        <w:rPr>
          <w:sz w:val="20"/>
        </w:rPr>
        <w:t>1:07:08  aur wahan jaiye jahan rasool allah ne jo peace ka yaani peaceful tareeqay se toheed ka kaam kiya tha.</w:t>
      </w:r>
      <w:r>
        <w:br/>
      </w:r>
      <w:r>
        <w:rPr>
          <w:sz w:val="20"/>
        </w:rPr>
        <w:t>1:07:18  is is model ko apnaiye. political model ko chodiye is model ko apnaiye. isi se yaani muamla durust hoga.</w:t>
      </w:r>
    </w:p>
    <w:p>
      <w:pPr>
        <w:pStyle w:val="Heading1"/>
      </w:pPr>
      <w:r>
        <w:t>In the lectures (20)</w:t>
      </w:r>
    </w:p>
    <w:p>
      <w:pPr>
        <w:pStyle w:val="Heading2"/>
      </w:pPr>
      <w:r>
        <w:t>From The Spiritual Tree May 30, 2007</w:t>
      </w:r>
    </w:p>
    <w:p>
      <w:r>
        <w:rPr>
          <w:color w:val="666666"/>
          <w:sz w:val="18"/>
        </w:rPr>
        <w:t>5:20 · https://youtu.be/vGj_dsCMv-M?t=320</w:t>
      </w:r>
    </w:p>
    <w:p>
      <w:r>
        <w:rPr>
          <w:i/>
        </w:rPr>
        <w:t>“Muslims are”</w:t>
      </w:r>
    </w:p>
    <w:p>
      <w:pPr>
        <w:pStyle w:val="Heading2"/>
      </w:pPr>
      <w:r>
        <w:t>Islam in the Changing World August 6, 2007</w:t>
      </w:r>
    </w:p>
    <w:p>
      <w:r>
        <w:rPr>
          <w:color w:val="666666"/>
          <w:sz w:val="18"/>
        </w:rPr>
        <w:t>15:18 · https://youtu.be/lEhH4VDLSFY?t=918</w:t>
      </w:r>
    </w:p>
    <w:p>
      <w:r>
        <w:rPr>
          <w:i/>
        </w:rPr>
        <w:t>“Now Muslims are living in frustration.”</w:t>
      </w:r>
    </w:p>
    <w:p>
      <w:pPr>
        <w:pStyle w:val="Heading2"/>
      </w:pPr>
      <w:r>
        <w:t>Shantum Seth Group Q&amp;A EL 02 Feb, 08 - Maulana Wahiduddin Khan</w:t>
      </w:r>
    </w:p>
    <w:p>
      <w:r>
        <w:rPr>
          <w:color w:val="666666"/>
          <w:sz w:val="18"/>
        </w:rPr>
        <w:t>33:23 · https://youtu.be/97Uy6wSnQp8?t=2003</w:t>
      </w:r>
    </w:p>
    <w:p>
      <w:r>
        <w:rPr>
          <w:i/>
        </w:rPr>
        <w:t>“. Muslim people are”</w:t>
      </w:r>
    </w:p>
    <w:p>
      <w:pPr>
        <w:pStyle w:val="Heading2"/>
      </w:pPr>
      <w:r>
        <w:t>Life after Death I 22nd Jan. 2012 Maulana Wahiduddin Khan</w:t>
      </w:r>
    </w:p>
    <w:p>
      <w:r>
        <w:rPr>
          <w:color w:val="666666"/>
          <w:sz w:val="18"/>
        </w:rPr>
        <w:t>1:08:57 · https://youtu.be/Pa8c09DFrkA?t=4137</w:t>
      </w:r>
    </w:p>
    <w:p>
      <w:r>
        <w:rPr>
          <w:i/>
        </w:rPr>
        <w:t>“مسلمانوں کے درمیان اتحاد موجود نہیں۔ مسلمانوں کے درمیان اس اختلاف کا سبب کیا ہے؟ اور اس کا حل کیا ہے؟”</w:t>
      </w:r>
    </w:p>
    <w:p>
      <w:pPr>
        <w:pStyle w:val="Heading2"/>
      </w:pPr>
      <w:r>
        <w:t>Muslims in Diaspora 9 jan 2007 (English)</w:t>
      </w:r>
    </w:p>
    <w:p>
      <w:r>
        <w:rPr>
          <w:color w:val="666666"/>
          <w:sz w:val="18"/>
        </w:rPr>
        <w:t>22:40 · https://youtu.be/oAi49l7nuOI?t=1360</w:t>
      </w:r>
    </w:p>
    <w:p>
      <w:r>
        <w:rPr>
          <w:i/>
        </w:rPr>
        <w:t>“There is a Muslim country.”</w:t>
      </w:r>
    </w:p>
    <w:p>
      <w:pPr>
        <w:pStyle w:val="Heading2"/>
      </w:pPr>
      <w:r>
        <w:t>On Positive Thinking (Sai Center) June 13, 2007</w:t>
      </w:r>
    </w:p>
    <w:p>
      <w:r>
        <w:rPr>
          <w:color w:val="666666"/>
          <w:sz w:val="18"/>
        </w:rPr>
        <w:t>19:08 · https://youtu.be/nSLf0wQ-PWw?t=1148</w:t>
      </w:r>
    </w:p>
    <w:p>
      <w:r>
        <w:rPr>
          <w:i/>
        </w:rPr>
        <w:t>“you have to differentiate between Islam and Muslims”</w:t>
      </w:r>
    </w:p>
    <w:p>
      <w:pPr>
        <w:pStyle w:val="Heading2"/>
      </w:pPr>
      <w:r>
        <w:t>The Right Path May 24, 2015</w:t>
      </w:r>
    </w:p>
    <w:p>
      <w:r>
        <w:rPr>
          <w:color w:val="666666"/>
          <w:sz w:val="18"/>
        </w:rPr>
        <w:t>37:00 · https://youtu.be/XrsNdAp9PJA?t=2220</w:t>
      </w:r>
    </w:p>
    <w:p>
      <w:r>
        <w:rPr>
          <w:i/>
        </w:rPr>
        <w:t>“مسلمانوں کے ساتھ ڈسکریمینیشن ہوتا ہے۔”</w:t>
      </w:r>
    </w:p>
    <w:p>
      <w:pPr>
        <w:pStyle w:val="Heading2"/>
      </w:pPr>
      <w:r>
        <w:t>Universal Brotherhood and Islam June 7, 2007 Maulana Wahiduddin Khan</w:t>
      </w:r>
    </w:p>
    <w:p>
      <w:r>
        <w:rPr>
          <w:color w:val="666666"/>
          <w:sz w:val="18"/>
        </w:rPr>
        <w:t>2:43 · https://youtu.be/kHXdf1eu6IM?t=163</w:t>
      </w:r>
    </w:p>
    <w:p>
      <w:r>
        <w:rPr>
          <w:i/>
        </w:rPr>
        <w:t>“You have to differentiate between Islam and Muslims.”</w:t>
      </w:r>
    </w:p>
    <w:p>
      <w:pPr>
        <w:pStyle w:val="Heading2"/>
      </w:pPr>
      <w:r>
        <w:t>The Nigh of Destiny (Shab-e-Qadr) October 7, 2007</w:t>
      </w:r>
    </w:p>
    <w:p>
      <w:r>
        <w:rPr>
          <w:color w:val="666666"/>
          <w:sz w:val="18"/>
        </w:rPr>
        <w:t>17:30 · https://youtu.be/SsDv69B_uDk?t=1050</w:t>
      </w:r>
    </w:p>
    <w:p>
      <w:r>
        <w:rPr>
          <w:i/>
        </w:rPr>
        <w:t>“دو مسلمان آپس میں جھگڑ رہے تھے۔”</w:t>
      </w:r>
    </w:p>
    <w:p>
      <w:pPr>
        <w:pStyle w:val="Heading2"/>
      </w:pPr>
      <w:r>
        <w:t>Islam in the Changing World August 6, 2007</w:t>
      </w:r>
    </w:p>
    <w:p>
      <w:r>
        <w:rPr>
          <w:color w:val="666666"/>
          <w:sz w:val="18"/>
        </w:rPr>
        <w:t>32:35 · https://youtu.be/lEhH4VDLSFY?t=1955</w:t>
      </w:r>
    </w:p>
    <w:p>
      <w:r>
        <w:rPr>
          <w:i/>
        </w:rPr>
        <w:t>“Muslims are sad everywhere. They are living in frustration.”</w:t>
      </w:r>
    </w:p>
    <w:p>
      <w:pPr>
        <w:pStyle w:val="Heading2"/>
      </w:pPr>
      <w:r>
        <w:t>Understanding Islam (In Conversation with Maulana)</w:t>
      </w:r>
    </w:p>
    <w:p>
      <w:r>
        <w:rPr>
          <w:color w:val="666666"/>
          <w:sz w:val="18"/>
        </w:rPr>
        <w:t>33:10 · https://youtu.be/tLTRyW1qhRw?t=1990</w:t>
      </w:r>
    </w:p>
    <w:p>
      <w:r>
        <w:rPr>
          <w:i/>
        </w:rPr>
        <w:t>“It is very sad that Muslims have”</w:t>
      </w:r>
    </w:p>
    <w:p>
      <w:pPr>
        <w:pStyle w:val="Heading2"/>
      </w:pPr>
      <w:r>
        <w:t>Q&amp;A 20 Nov 2011 Maulana Wahiduddin Khan</w:t>
      </w:r>
    </w:p>
    <w:p>
      <w:r>
        <w:rPr>
          <w:color w:val="666666"/>
          <w:sz w:val="18"/>
        </w:rPr>
        <w:t>8:57 · https://youtu.be/7sNDn8Y6jUc?t=537</w:t>
      </w:r>
    </w:p>
    <w:p>
      <w:r>
        <w:rPr>
          <w:i/>
        </w:rPr>
        <w:t>“وہی کر رہے ہیں مسلمان۔ یا تو نفرت کرتے ہیں”</w:t>
      </w:r>
    </w:p>
    <w:p>
      <w:pPr>
        <w:pStyle w:val="Heading2"/>
      </w:pPr>
      <w:r>
        <w:t>Islam and Terrorism February 10, 2009 Maulana Wahiduddin Khan</w:t>
      </w:r>
    </w:p>
    <w:p>
      <w:r>
        <w:rPr>
          <w:color w:val="666666"/>
          <w:sz w:val="18"/>
        </w:rPr>
        <w:t>28:28 · https://youtu.be/vCEjp0w7Qjo?t=1708</w:t>
      </w:r>
    </w:p>
    <w:p>
      <w:r>
        <w:rPr>
          <w:i/>
        </w:rPr>
        <w:t>“these news are created by Muslims. By Muslims. And Muslims and Islam are not one and the same.”</w:t>
      </w:r>
    </w:p>
    <w:p>
      <w:pPr>
        <w:pStyle w:val="Heading2"/>
      </w:pPr>
      <w:r>
        <w:t>Islam Principles and Practice (English) September 8, 2007 Maulana Wahiduddin Khan</w:t>
      </w:r>
    </w:p>
    <w:p>
      <w:r>
        <w:rPr>
          <w:color w:val="666666"/>
          <w:sz w:val="18"/>
        </w:rPr>
        <w:t>23:40 · https://youtu.be/2wOdR0to6gs?t=1420</w:t>
      </w:r>
    </w:p>
    <w:p>
      <w:r>
        <w:rPr>
          <w:i/>
        </w:rPr>
        <w:t>“No, no. It is not correct. People fail to differentiate between Muslims and Islam.”</w:t>
      </w:r>
    </w:p>
    <w:p>
      <w:pPr>
        <w:pStyle w:val="Heading2"/>
      </w:pPr>
      <w:r>
        <w:t>Muslims in Diaspora 9 jan 2007 (English)</w:t>
      </w:r>
    </w:p>
    <w:p>
      <w:r>
        <w:rPr>
          <w:color w:val="666666"/>
          <w:sz w:val="18"/>
        </w:rPr>
        <w:t>46:45 · https://youtu.be/oAi49l7nuOI?t=2805</w:t>
      </w:r>
    </w:p>
    <w:p>
      <w:r>
        <w:rPr>
          <w:i/>
        </w:rPr>
        <w:t>“They are doubtful that Islam is a”</w:t>
      </w:r>
    </w:p>
    <w:p>
      <w:pPr>
        <w:pStyle w:val="Heading2"/>
      </w:pPr>
      <w:r>
        <w:t>Goodness in The Face of Evil (Sai Centre) August 20, 2008 Maulana Wahiduddin Khan</w:t>
      </w:r>
    </w:p>
    <w:p>
      <w:r>
        <w:rPr>
          <w:color w:val="666666"/>
          <w:sz w:val="18"/>
        </w:rPr>
        <w:t>23:53 · https://youtu.be/tTPaJXCbZ24?t=1433</w:t>
      </w:r>
    </w:p>
    <w:p>
      <w:r>
        <w:rPr>
          <w:i/>
        </w:rPr>
        <w:t>“اسلام اور مسلمان میں فرق کرنا۔”</w:t>
      </w:r>
    </w:p>
    <w:p>
      <w:pPr>
        <w:pStyle w:val="Heading2"/>
      </w:pPr>
      <w:r>
        <w:t>The Role of a Woman March 8, 2020 Maulana Wahiduddin Khan</w:t>
      </w:r>
    </w:p>
    <w:p>
      <w:r>
        <w:rPr>
          <w:color w:val="666666"/>
          <w:sz w:val="18"/>
        </w:rPr>
        <w:t>24:05 · https://youtu.be/aBPy_KTsk1A?t=1445</w:t>
      </w:r>
    </w:p>
    <w:p>
      <w:r>
        <w:rPr>
          <w:i/>
        </w:rPr>
        <w:t>“and Muslims stand heavily divided on whether Islam has scope for modern-day feminism.”</w:t>
      </w:r>
    </w:p>
    <w:p>
      <w:pPr>
        <w:pStyle w:val="Heading2"/>
      </w:pPr>
      <w:r>
        <w:t>Realistic Approach 30 March, 2014</w:t>
      </w:r>
    </w:p>
    <w:p>
      <w:r>
        <w:rPr>
          <w:color w:val="666666"/>
          <w:sz w:val="18"/>
        </w:rPr>
        <w:t>45:28 · https://youtu.be/HIFxmWWiEG4?t=2728</w:t>
      </w:r>
    </w:p>
    <w:p>
      <w:r>
        <w:rPr>
          <w:i/>
        </w:rPr>
        <w:t>“اسلام کو الگ کیجئے، مسلمان کو الگ کیجئے۔”</w:t>
      </w:r>
    </w:p>
    <w:p>
      <w:pPr>
        <w:pStyle w:val="Heading2"/>
      </w:pPr>
      <w:r>
        <w:t>Islam A Religion of Peace (English) January 8, 2007 Maulana Wahiduddin Khan</w:t>
      </w:r>
    </w:p>
    <w:p>
      <w:r>
        <w:rPr>
          <w:color w:val="666666"/>
          <w:sz w:val="18"/>
        </w:rPr>
        <w:t>9:35 · https://youtu.be/1Yv-qCZhTJE?t=575</w:t>
      </w:r>
    </w:p>
    <w:p>
      <w:r>
        <w:rPr>
          <w:i/>
        </w:rPr>
        <w:t>“اسلام ڈونٹ ڈیفرنشیٹ بٹوین مسلمز اینڈ نان مسلمز۔”</w:t>
      </w:r>
    </w:p>
    <w:p>
      <w:pPr>
        <w:pStyle w:val="Heading2"/>
      </w:pPr>
      <w:r>
        <w:t>Scientific Way of Thinking July 22, 2007</w:t>
      </w:r>
    </w:p>
    <w:p>
      <w:r>
        <w:rPr>
          <w:color w:val="666666"/>
          <w:sz w:val="18"/>
        </w:rPr>
        <w:t>30:01 · https://youtu.be/HxIschrKj7s?t=1801</w:t>
      </w:r>
    </w:p>
    <w:p>
      <w:r>
        <w:rPr>
          <w:i/>
        </w:rPr>
        <w:t>“وہ کیا ہے؟ اسلام کو اور مسلم کو الگ کر کے دیکھنا۔”</w:t>
      </w:r>
    </w:p>
    <w:p>
      <w:pPr>
        <w:pStyle w:val="Heading1"/>
      </w:pPr>
      <w:r>
        <w:t>Clips (33)</w:t>
      </w:r>
    </w:p>
    <w:p>
      <w:pPr>
        <w:pStyle w:val="Heading2"/>
      </w:pPr>
      <w:r>
        <w:t>From Spiritual Tree to Muslims as witnesses</w:t>
      </w:r>
    </w:p>
    <w:p>
      <w:r>
        <w:rPr>
          <w:color w:val="666666"/>
          <w:sz w:val="18"/>
        </w:rPr>
        <w:t>From The Spiritual Tree May 30, 2007 · 5m 01s · at 0:46 · https://youtu.be/vGj_dsCMv-M?t=46</w:t>
      </w:r>
    </w:p>
    <w:p>
      <w:r>
        <w:rPr>
          <w:i/>
        </w:rPr>
        <w:t>“I was sitting under my Spiritual Tree”</w:t>
      </w:r>
    </w:p>
    <w:p>
      <w:r>
        <w:rPr>
          <w:sz w:val="20"/>
        </w:rPr>
        <w:t>0:46  i was sitting under my spiritual tree, and i was thinking about the humanity.</w:t>
      </w:r>
      <w:r>
        <w:br/>
      </w:r>
      <w:r>
        <w:rPr>
          <w:sz w:val="20"/>
        </w:rPr>
        <w:t>0:59  i felt that</w:t>
      </w:r>
      <w:r>
        <w:br/>
      </w:r>
      <w:r>
        <w:rPr>
          <w:sz w:val="20"/>
        </w:rPr>
        <w:t>1:07  i asked a question to myself: if people were asked, "what is the greatest problem of the world, of the present world?"</w:t>
      </w:r>
      <w:r>
        <w:br/>
      </w:r>
      <w:r>
        <w:rPr>
          <w:sz w:val="20"/>
        </w:rPr>
        <w:t>1:23  some people would like to say that U.S. hegemony is the greatest problem</w:t>
      </w:r>
      <w:r>
        <w:br/>
      </w:r>
      <w:r>
        <w:rPr>
          <w:sz w:val="20"/>
        </w:rPr>
        <w:t>1:34  of the present world. Some would like to say that</w:t>
      </w:r>
      <w:r>
        <w:br/>
      </w:r>
      <w:r>
        <w:rPr>
          <w:sz w:val="20"/>
        </w:rPr>
        <w:t>1:41  the greatest problem of the time is that half, near about half of the humanity is living in poverty.</w:t>
      </w:r>
      <w:r>
        <w:br/>
      </w:r>
      <w:r>
        <w:rPr>
          <w:sz w:val="20"/>
        </w:rPr>
        <w:t>1:57  Some other people would like to say that after colonialism, we are facing a new problem that is multinationalism.</w:t>
      </w:r>
      <w:r>
        <w:br/>
      </w:r>
      <w:r>
        <w:rPr>
          <w:sz w:val="20"/>
        </w:rPr>
        <w:t>2:09  But I think that all these problems are superficial problems.</w:t>
      </w:r>
      <w:r>
        <w:br/>
      </w:r>
      <w:r>
        <w:rPr>
          <w:sz w:val="20"/>
        </w:rPr>
        <w:t>2:18  The greatest problem is that all men and women are heading to a future</w:t>
      </w:r>
      <w:r>
        <w:br/>
      </w:r>
      <w:r>
        <w:rPr>
          <w:sz w:val="20"/>
        </w:rPr>
        <w:t>2:30  where they will face</w:t>
      </w:r>
      <w:r>
        <w:br/>
      </w:r>
      <w:r>
        <w:rPr>
          <w:sz w:val="20"/>
        </w:rPr>
        <w:t>2:36  their God, where they will face the Day of Judgment, where they will be presented before God, Malik-e-Yomiddin.</w:t>
      </w:r>
      <w:r>
        <w:br/>
      </w:r>
      <w:r>
        <w:rPr>
          <w:sz w:val="20"/>
        </w:rPr>
        <w:t>2:54  And you know, after this presentation, what is the other step?</w:t>
      </w:r>
      <w:r>
        <w:br/>
      </w:r>
      <w:r>
        <w:rPr>
          <w:sz w:val="20"/>
        </w:rPr>
        <w:t>3:04  What is the other</w:t>
      </w:r>
      <w:r>
        <w:br/>
      </w:r>
      <w:r>
        <w:rPr>
          <w:sz w:val="20"/>
        </w:rPr>
        <w:t>3:09  phase of our life that is Hell and Paradise?</w:t>
      </w:r>
      <w:r>
        <w:br/>
      </w:r>
      <w:r>
        <w:rPr>
          <w:sz w:val="20"/>
        </w:rPr>
        <w:t>3:18  So this is the most important problem. And present global warming tells us that countdown has begun.</w:t>
      </w:r>
      <w:r>
        <w:br/>
      </w:r>
      <w:r>
        <w:rPr>
          <w:sz w:val="20"/>
        </w:rPr>
        <w:t>3:36  We are approaching the end of the history.</w:t>
      </w:r>
      <w:r>
        <w:br/>
      </w:r>
      <w:r>
        <w:rPr>
          <w:sz w:val="20"/>
        </w:rPr>
        <w:t>3:44  Now what to do? If this is the greatest problem, then what to do?</w:t>
      </w:r>
      <w:r>
        <w:br/>
      </w:r>
      <w:r>
        <w:rPr>
          <w:sz w:val="20"/>
        </w:rPr>
        <w:t>3:56  What is the task ahead? That is Dawa work.</w:t>
      </w:r>
      <w:r>
        <w:br/>
      </w:r>
      <w:r>
        <w:rPr>
          <w:sz w:val="20"/>
        </w:rPr>
        <w:t>4:06  That is conveying the message of God to all mankind. That is to make people aware of the creation plan of God</w:t>
      </w:r>
      <w:r>
        <w:br/>
      </w:r>
      <w:r>
        <w:rPr>
          <w:sz w:val="20"/>
        </w:rPr>
        <w:t>4:23  so that they may reassess</w:t>
      </w:r>
      <w:r>
        <w:br/>
      </w:r>
      <w:r>
        <w:rPr>
          <w:sz w:val="20"/>
        </w:rPr>
        <w:t>4:30  their life, so may they revise their lifestyle, so that they</w:t>
      </w:r>
      <w:r>
        <w:br/>
      </w:r>
      <w:r>
        <w:rPr>
          <w:sz w:val="20"/>
        </w:rPr>
        <w:t>4:45  may</w:t>
      </w:r>
      <w:r>
        <w:br/>
      </w:r>
      <w:r>
        <w:rPr>
          <w:sz w:val="20"/>
        </w:rPr>
        <w:t>4:48  prepare themselves</w:t>
      </w:r>
      <w:r>
        <w:br/>
      </w:r>
      <w:r>
        <w:rPr>
          <w:sz w:val="20"/>
        </w:rPr>
        <w:t>4:53  for the</w:t>
      </w:r>
      <w:r>
        <w:br/>
      </w:r>
      <w:r>
        <w:rPr>
          <w:sz w:val="20"/>
        </w:rPr>
        <w:t>4:57  next period of life, that is post-death period. Now who is going to perform this mission?</w:t>
      </w:r>
      <w:r>
        <w:br/>
      </w:r>
      <w:r>
        <w:rPr>
          <w:sz w:val="20"/>
        </w:rPr>
        <w:t>5:13  It is Ummat-e-Muhammadi, that is Muslims.</w:t>
      </w:r>
      <w:r>
        <w:br/>
      </w:r>
      <w:r>
        <w:rPr>
          <w:sz w:val="20"/>
        </w:rPr>
        <w:t>5:20  Muslims are</w:t>
      </w:r>
      <w:r>
        <w:br/>
      </w:r>
      <w:r>
        <w:rPr>
          <w:sz w:val="20"/>
        </w:rPr>
        <w:t>5:26  that group who is</w:t>
      </w:r>
      <w:r>
        <w:br/>
      </w:r>
      <w:r>
        <w:rPr>
          <w:sz w:val="20"/>
        </w:rPr>
        <w:t>5:36  called in the Quran and Hadith "Shahid," that is witness.</w:t>
      </w:r>
    </w:p>
    <w:p>
      <w:pPr>
        <w:pStyle w:val="Heading2"/>
      </w:pPr>
      <w:r>
        <w:t>Two centuries of armed jihad failed</w:t>
      </w:r>
    </w:p>
    <w:p>
      <w:r>
        <w:rPr>
          <w:color w:val="666666"/>
          <w:sz w:val="18"/>
        </w:rPr>
        <w:t>Islam in the Changing World August 6, 2007 · 1m 50s · at 15:00 · https://youtu.be/lEhH4VDLSFY?t=900</w:t>
      </w:r>
    </w:p>
    <w:p>
      <w:r>
        <w:rPr>
          <w:i/>
        </w:rPr>
        <w:t>“Two hundred years of armed struggle, two hundred years of violent jihad failed completely.”</w:t>
      </w:r>
    </w:p>
    <w:p>
      <w:r>
        <w:rPr>
          <w:sz w:val="20"/>
        </w:rPr>
        <w:t>15:00  So they failed. Two hundred years of armed struggle, two hundred years of violent jihad failed completely.</w:t>
      </w:r>
      <w:r>
        <w:br/>
      </w:r>
      <w:r>
        <w:rPr>
          <w:sz w:val="20"/>
        </w:rPr>
        <w:t>15:18  Now Muslims are living in frustration.</w:t>
      </w:r>
      <w:r>
        <w:br/>
      </w:r>
      <w:r>
        <w:rPr>
          <w:sz w:val="20"/>
        </w:rPr>
        <w:t>15:29  They don't know what to do.</w:t>
      </w:r>
      <w:r>
        <w:br/>
      </w:r>
      <w:r>
        <w:rPr>
          <w:sz w:val="20"/>
        </w:rPr>
        <w:t>15:34  According to my study and my experience, the time is to reassess, reassess, to revise, to to go to the introspection.</w:t>
      </w:r>
      <w:r>
        <w:br/>
      </w:r>
      <w:r>
        <w:rPr>
          <w:sz w:val="20"/>
        </w:rPr>
        <w:t>15:52  If you travel throughout the Muslim world, everywhere you will see that people are discussing in these questions.</w:t>
      </w:r>
      <w:r>
        <w:br/>
      </w:r>
      <w:r>
        <w:rPr>
          <w:sz w:val="20"/>
        </w:rPr>
        <w:t>16:05  For example, once I was in Arab, one Arab Sheikh said, "Minay na nabda." Minay na nabda means the first question is from where to begin.</w:t>
      </w:r>
      <w:r>
        <w:br/>
      </w:r>
      <w:r>
        <w:rPr>
          <w:sz w:val="20"/>
        </w:rPr>
        <w:t>16:20  The same I listened in America, people were saying,</w:t>
      </w:r>
      <w:r>
        <w:br/>
      </w:r>
      <w:r>
        <w:rPr>
          <w:sz w:val="20"/>
        </w:rPr>
        <w:t>16:31  "From where to</w:t>
      </w:r>
      <w:r>
        <w:br/>
      </w:r>
      <w:r>
        <w:rPr>
          <w:sz w:val="20"/>
        </w:rPr>
        <w:t>16:32  begin?"</w:t>
      </w:r>
      <w:r>
        <w:br/>
      </w:r>
      <w:r>
        <w:rPr>
          <w:sz w:val="20"/>
        </w:rPr>
        <w:t>16:35  "Kaha se shuru karen?" I said that you have to begin from reassessment.</w:t>
      </w:r>
      <w:r>
        <w:br/>
      </w:r>
      <w:r>
        <w:rPr>
          <w:sz w:val="20"/>
        </w:rPr>
        <w:t>16:44  You have to begin from reassessment.</w:t>
      </w:r>
    </w:p>
    <w:p>
      <w:pPr>
        <w:pStyle w:val="Heading2"/>
      </w:pPr>
      <w:r>
        <w:t>Sahaba's migration to Abyssinia and the birth of Eritrea</w:t>
      </w:r>
    </w:p>
    <w:p>
      <w:r>
        <w:rPr>
          <w:color w:val="666666"/>
          <w:sz w:val="18"/>
        </w:rPr>
        <w:t>Muslims in Diaspora 9 jan 2007 (English) · 5m 36s · at 17:08 · https://youtu.be/oAi49l7nuOI?t=1028</w:t>
      </w:r>
    </w:p>
    <w:p>
      <w:r>
        <w:rPr>
          <w:i/>
        </w:rPr>
        <w:t>“The third positive diaspora began during the Prophet of Islam.”</w:t>
      </w:r>
    </w:p>
    <w:p>
      <w:r>
        <w:rPr>
          <w:sz w:val="20"/>
        </w:rPr>
        <w:t>17:08  according to my knowledge, then the third positive diaspora began during the Prophet of Islam.</w:t>
      </w:r>
      <w:r>
        <w:br/>
      </w:r>
      <w:r>
        <w:rPr>
          <w:sz w:val="20"/>
        </w:rPr>
        <w:t>17:24  The third diaspora, the third positive diaspora</w:t>
      </w:r>
      <w:r>
        <w:br/>
      </w:r>
      <w:r>
        <w:rPr>
          <w:sz w:val="20"/>
        </w:rPr>
        <w:t>17:28  during the Meccan period, when the Prophet of Islam was in Mecca</w:t>
      </w:r>
      <w:r>
        <w:br/>
      </w:r>
      <w:r>
        <w:rPr>
          <w:sz w:val="20"/>
        </w:rPr>
        <w:t>17:34  before migration, near about</w:t>
      </w:r>
      <w:r>
        <w:br/>
      </w:r>
      <w:r>
        <w:rPr>
          <w:sz w:val="20"/>
        </w:rPr>
        <w:t>17:40  after 10 years of his prophethood,</w:t>
      </w:r>
      <w:r>
        <w:br/>
      </w:r>
      <w:r>
        <w:rPr>
          <w:sz w:val="20"/>
        </w:rPr>
        <w:t>17:46  near about 10 years after his prophethood, there were persecutions</w:t>
      </w:r>
      <w:r>
        <w:br/>
      </w:r>
      <w:r>
        <w:rPr>
          <w:sz w:val="20"/>
        </w:rPr>
        <w:t>17:52  in Mecca.</w:t>
      </w:r>
      <w:r>
        <w:br/>
      </w:r>
      <w:r>
        <w:rPr>
          <w:sz w:val="20"/>
        </w:rPr>
        <w:t>17:54  So, the Prophet of Islam asked the Sahaba to migrate from Mecca and settle in Habash.</w:t>
      </w:r>
      <w:r>
        <w:br/>
      </w:r>
      <w:r>
        <w:rPr>
          <w:sz w:val="20"/>
        </w:rPr>
        <w:t>18:06  So, according to the record, men and women both migrated from Mecca and settled in Habash, that is Abyssinia or Ethiopia.</w:t>
      </w:r>
      <w:r>
        <w:br/>
      </w:r>
      <w:r>
        <w:rPr>
          <w:sz w:val="20"/>
        </w:rPr>
        <w:t>18:23  So, at that time, there was a very just king ruling Ethiopia. The ancient name is Habash.</w:t>
      </w:r>
      <w:r>
        <w:br/>
      </w:r>
      <w:r>
        <w:rPr>
          <w:sz w:val="20"/>
        </w:rPr>
        <w:t>18:34  So, Habash or Abyssinia or Ethiopia. So, these Sahaba traveled through the Red Sea and arrived in Habash and settled over ther</w:t>
      </w:r>
      <w:r>
        <w:br/>
      </w:r>
      <w:r>
        <w:rPr>
          <w:sz w:val="20"/>
        </w:rPr>
        <w:t>18:52  e So, at that time, the king was Najashi. In Arab accounts, the name is given Najashi, N-A-J-A-S-H-I, Najashi.</w:t>
      </w:r>
      <w:r>
        <w:br/>
      </w:r>
      <w:r>
        <w:rPr>
          <w:sz w:val="20"/>
        </w:rPr>
        <w:t>19:08  But in English, in English references, you will find the name Negus, N-E-G-U-S.</w:t>
      </w:r>
      <w:r>
        <w:br/>
      </w:r>
      <w:r>
        <w:rPr>
          <w:sz w:val="20"/>
        </w:rPr>
        <w:t>19:22  So, in Arabic books, it is Najashi. And in English books, it is Negus, N-E-G-U-S</w:t>
      </w:r>
      <w:r>
        <w:br/>
      </w:r>
      <w:r>
        <w:rPr>
          <w:sz w:val="20"/>
        </w:rPr>
        <w:t>19:33  . Negus or Najashi was a Christian king. But he was very pious, very religious, and also very just</w:t>
      </w:r>
      <w:r>
        <w:br/>
      </w:r>
      <w:r>
        <w:rPr>
          <w:sz w:val="20"/>
        </w:rPr>
        <w:t>19:45  . So, he welcomed those Sahaba. And he asked them to come over to visit him.</w:t>
      </w:r>
      <w:r>
        <w:br/>
      </w:r>
      <w:r>
        <w:rPr>
          <w:sz w:val="20"/>
        </w:rPr>
        <w:t>20:00  And he asked them to tell what is the message of their what is the message of their prophet, who is the prophet Muhammad, and what is his message.</w:t>
      </w:r>
      <w:r>
        <w:br/>
      </w:r>
      <w:r>
        <w:rPr>
          <w:sz w:val="20"/>
        </w:rPr>
        <w:t>20:16  So, according to Islamic accounts, a group of Sahaba</w:t>
      </w:r>
      <w:r>
        <w:br/>
      </w:r>
      <w:r>
        <w:rPr>
          <w:sz w:val="20"/>
        </w:rPr>
        <w:t>20:26  met Najashi. And one Sahabi, his name was</w:t>
      </w:r>
      <w:r>
        <w:br/>
      </w:r>
      <w:r>
        <w:rPr>
          <w:sz w:val="20"/>
        </w:rPr>
        <w:t>20:35  Jafar Tayyar. Jafar Tayyar addressed in his Darbar</w:t>
      </w:r>
      <w:r>
        <w:br/>
      </w:r>
      <w:r>
        <w:rPr>
          <w:sz w:val="20"/>
        </w:rPr>
        <w:t>20:44  . So, according to Islamic accounts, Najashi was influenced with his speech</w:t>
      </w:r>
      <w:r>
        <w:br/>
      </w:r>
      <w:r>
        <w:rPr>
          <w:sz w:val="20"/>
        </w:rPr>
        <w:t>20:59  . And he said that, "You are free to live in our country. And you are free to</w:t>
      </w:r>
      <w:r>
        <w:br/>
      </w:r>
      <w:r>
        <w:rPr>
          <w:sz w:val="20"/>
        </w:rPr>
        <w:t>21:11  " Even he allowed them to do da'wah work.</w:t>
      </w:r>
      <w:r>
        <w:br/>
      </w:r>
      <w:r>
        <w:rPr>
          <w:sz w:val="20"/>
        </w:rPr>
        <w:t>21:19  So, you know, the present country, which is named Eritrea,</w:t>
      </w:r>
      <w:r>
        <w:br/>
      </w:r>
      <w:r>
        <w:rPr>
          <w:sz w:val="20"/>
        </w:rPr>
        <w:t>21:27  was the result of that</w:t>
      </w:r>
      <w:r>
        <w:br/>
      </w:r>
      <w:r>
        <w:rPr>
          <w:sz w:val="20"/>
        </w:rPr>
        <w:t>21:32  Sahabi, that positive diaspora.</w:t>
      </w:r>
      <w:r>
        <w:br/>
      </w:r>
      <w:r>
        <w:rPr>
          <w:sz w:val="20"/>
        </w:rPr>
        <w:t>21:38  So, these Sahaba who settled in Habash, they were in the eastern part of</w:t>
      </w:r>
      <w:r>
        <w:br/>
      </w:r>
      <w:r>
        <w:rPr>
          <w:sz w:val="20"/>
        </w:rPr>
        <w:t>21:49  Abyssinia. So, you know, at present, the name of this part is Eritrea.</w:t>
      </w:r>
      <w:r>
        <w:br/>
      </w:r>
      <w:r>
        <w:rPr>
          <w:sz w:val="20"/>
        </w:rPr>
        <w:t>21:59  Now, it is a free country. And it is under Muslim rule.</w:t>
      </w:r>
      <w:r>
        <w:br/>
      </w:r>
      <w:r>
        <w:rPr>
          <w:sz w:val="20"/>
        </w:rPr>
        <w:t>22:06  So,</w:t>
      </w:r>
      <w:r>
        <w:br/>
      </w:r>
      <w:r>
        <w:rPr>
          <w:sz w:val="20"/>
        </w:rPr>
        <w:t>22:09  there are at the coastal area, there are some people who speak Arabic. So, that influence was so strong that even today, they speak English.</w:t>
      </w:r>
      <w:r>
        <w:br/>
      </w:r>
      <w:r>
        <w:rPr>
          <w:sz w:val="20"/>
        </w:rPr>
        <w:t>22:23  So, this was the third positive diaspora. And the influence of this diaspora, we can see in the form of Eritrea.</w:t>
      </w:r>
      <w:r>
        <w:br/>
      </w:r>
      <w:r>
        <w:rPr>
          <w:sz w:val="20"/>
        </w:rPr>
        <w:t>22:40  There is a Muslim country.</w:t>
      </w:r>
    </w:p>
    <w:p>
      <w:pPr>
        <w:pStyle w:val="Heading2"/>
      </w:pPr>
      <w:r>
        <w:t>judge Islam by its teachings, not by Muslims' actions</w:t>
      </w:r>
    </w:p>
    <w:p>
      <w:r>
        <w:rPr>
          <w:color w:val="666666"/>
          <w:sz w:val="18"/>
        </w:rPr>
        <w:t>On Positive Thinking (Sai Center) June 13, 2007 · 24s · at 18:58 · https://youtu.be/nSLf0wQ-PWw?t=1138</w:t>
      </w:r>
    </w:p>
    <w:p>
      <w:r>
        <w:rPr>
          <w:i/>
        </w:rPr>
        <w:t>“You have to differentiate between Islam and Muslims”</w:t>
      </w:r>
    </w:p>
    <w:p>
      <w:r>
        <w:rPr>
          <w:sz w:val="20"/>
        </w:rPr>
        <w:t>18:58  pyar o mohabbat sikhata hai to yeh ladai kis liye? yeh ladai musalmanon ki ladai hai, yeh islam ki ladai nahin hai.</w:t>
      </w:r>
      <w:r>
        <w:br/>
      </w:r>
      <w:r>
        <w:rPr>
          <w:sz w:val="20"/>
        </w:rPr>
        <w:t>19:08  you have to differentiate between Islam and Muslims</w:t>
      </w:r>
      <w:r>
        <w:br/>
      </w:r>
      <w:r>
        <w:rPr>
          <w:sz w:val="20"/>
        </w:rPr>
        <w:t>19:13  you have to judge Muslims in the light of Islamic teachings and not vice versa ab dekhen, hamara India ka ek constitution hai, constitution of India.</w:t>
      </w:r>
    </w:p>
    <w:p>
      <w:pPr>
        <w:pStyle w:val="Heading2"/>
      </w:pPr>
      <w:r>
        <w:t>Muslims' victim narrative comes from biased media reading</w:t>
      </w:r>
    </w:p>
    <w:p>
      <w:r>
        <w:rPr>
          <w:color w:val="666666"/>
          <w:sz w:val="18"/>
        </w:rPr>
        <w:t>The Right Path May 24, 2015 · 4m 44s · at 36:40 · https://youtu.be/XrsNdAp9PJA?t=2200</w:t>
      </w:r>
    </w:p>
    <w:p>
      <w:r>
        <w:rPr>
          <w:i/>
        </w:rPr>
        <w:t>“Aap kisi bhi Musalmano ke jalse mein jaiye, negative baatein sunenge”</w:t>
      </w:r>
    </w:p>
    <w:p>
      <w:r>
        <w:rPr>
          <w:sz w:val="20"/>
        </w:rPr>
        <w:t>36:40  to is daur mein jo bhi aap musalmanon ke kisi jalsay mein jaiye, un ki kisi perche ko parhiye, un ki majlis mein baithiye, har jagah aap sunenge negative baatein</w:t>
      </w:r>
      <w:r>
        <w:br/>
      </w:r>
      <w:r>
        <w:rPr>
          <w:sz w:val="20"/>
        </w:rPr>
        <w:t>36:53  ke musalmanon par zulm ho raha hai, musalman under siege hain,</w:t>
      </w:r>
      <w:r>
        <w:br/>
      </w:r>
      <w:r>
        <w:rPr>
          <w:sz w:val="20"/>
        </w:rPr>
        <w:t>37:00  musalmanon ke sath discrimination hota hai.</w:t>
      </w:r>
      <w:r>
        <w:br/>
      </w:r>
      <w:r>
        <w:rPr>
          <w:sz w:val="20"/>
        </w:rPr>
        <w:t>37:08  abhi kal mere pas aik sahib ka telephone aya, unhon ne kaha ke aik aalim jo Britain mein rehte hain, woh aye India, un ki taqreer hui.</w:t>
      </w:r>
      <w:r>
        <w:br/>
      </w:r>
      <w:r>
        <w:rPr>
          <w:sz w:val="20"/>
        </w:rPr>
        <w:t>37:21  to unhon ne kaha ke Europe mein bohat ziyada musalmanon ke sath discrimination hota hai. to misal kya di unhon ne ke wahan ki press mein yeh haal hai ke kisi waqeye ki report aye aur us mein koi musalman agar ne kuch ghalt kaam kiya ho to uska naam rahega,</w:t>
      </w:r>
      <w:r>
        <w:br/>
      </w:r>
      <w:r>
        <w:rPr>
          <w:sz w:val="20"/>
        </w:rPr>
        <w:t>37:40  musalman ka naam rahega. aur agar kisi non-muslim ka mamla ho to wahan aik person, aik person, aik shakhs ka rahega,</w:t>
      </w:r>
      <w:r>
        <w:br/>
      </w:r>
      <w:r>
        <w:rPr>
          <w:sz w:val="20"/>
        </w:rPr>
        <w:t>37:50  yani musalman ka naam rahega aur doosra aik person.</w:t>
      </w:r>
      <w:r>
        <w:br/>
      </w:r>
      <w:r>
        <w:rPr>
          <w:sz w:val="20"/>
        </w:rPr>
        <w:t>37:56  mein ne dekha, bilkul ghalt baat hai ke mein to ziyada zindagi angrezi akhbar parhta raha, mein ne kabhi aisa nahi paya. ab aik adh, aik adh cheez kahin dekhi hogi, us ko generalize kar diya unhon ne, aik adh waqeye ko generalize kar diya.</w:t>
      </w:r>
      <w:r>
        <w:br/>
      </w:r>
      <w:r>
        <w:rPr>
          <w:sz w:val="20"/>
        </w:rPr>
        <w:t>38:14  to yeh halat hai logon ki.</w:t>
      </w:r>
      <w:r>
        <w:br/>
      </w:r>
      <w:r>
        <w:rPr>
          <w:sz w:val="20"/>
        </w:rPr>
        <w:t>38:17  to yeh jo tasawwur hai ke hamare sath zulm ho raha hai, hamare sath discrimination kiya jata hai, hum under siege hain, is ko khatam karne ki shakal yeh nahi hai ke hum protest karein, complaint karein, ehtejaj karein,</w:t>
      </w:r>
      <w:r>
        <w:br/>
      </w:r>
      <w:r>
        <w:rPr>
          <w:sz w:val="20"/>
        </w:rPr>
        <w:t>38:35  balkay sochen ke ghalti kahan hai, sochen ghalti kahan hai.</w:t>
      </w:r>
      <w:r>
        <w:br/>
      </w:r>
      <w:r>
        <w:rPr>
          <w:sz w:val="20"/>
        </w:rPr>
        <w:t>38:46  to ghalti yeh hai ke hum ne apne, hamara jo farz hai Allah ki taraf se ummat-e-muslima ke upar, uska tasawwur hi ghalt kar rakha hai,</w:t>
      </w:r>
      <w:r>
        <w:br/>
      </w:r>
      <w:r>
        <w:rPr>
          <w:sz w:val="20"/>
        </w:rPr>
        <w:t>38:58  isi ka apne, apne nasb ul aun ka tasawwur ghalt bana rakha hai. hamare upar jo farz hai, woh yeh hai ke hum tamam insanon ko Allah ka paigham pahunchayein, kyunke woh hamare liye madu hain, hum dawi hain, woh madu hain.</w:t>
      </w:r>
      <w:r>
        <w:br/>
      </w:r>
      <w:r>
        <w:rPr>
          <w:sz w:val="20"/>
        </w:rPr>
        <w:t>39:14  lekin is ko ghalt, is ko badal kar ke yeh bana rakha hai ke hum, hum mazloom hain ya zalim hain. yani jo equation dawi o madu ka tha, us equation ko zalim mazloom bana diya,</w:t>
      </w:r>
      <w:r>
        <w:br/>
      </w:r>
      <w:r>
        <w:rPr>
          <w:sz w:val="20"/>
        </w:rPr>
        <w:t>39:30  aur phir lad rahe hain, lad rahe hain. to yahan, yahan par hamein islaah karni padegi, yahan par hamein islaah karni padegi.</w:t>
      </w:r>
      <w:r>
        <w:br/>
      </w:r>
      <w:r>
        <w:rPr>
          <w:sz w:val="20"/>
        </w:rPr>
        <w:t>39:41  kab ja kar yeh surat-e-haal badlegi? kab ja kar hamara mamla durust hoga? kab ja kar Allah ki nasrat hamari taraf aye gi?</w:t>
      </w:r>
      <w:r>
        <w:br/>
      </w:r>
      <w:r>
        <w:rPr>
          <w:sz w:val="20"/>
        </w:rPr>
        <w:t>39:56  yeh hai sara mamla.</w:t>
      </w:r>
      <w:r>
        <w:br/>
      </w:r>
      <w:r>
        <w:rPr>
          <w:sz w:val="20"/>
        </w:rPr>
        <w:t>40:00  yeh jo mein ne misal di ke woh Europe mein rehte hain, aur kya bataya unhon ne? aa kar ke ke wahan ke akhbaron ka yeh haal hai ke koi musalman ki baat ho to Muslim naam likhein ge, aur kisi non-muslim ki baat ho to aik person likhein ge.</w:t>
      </w:r>
      <w:r>
        <w:br/>
      </w:r>
      <w:r>
        <w:rPr>
          <w:sz w:val="20"/>
        </w:rPr>
        <w:t>40:19  yeh, yeh bilkul ghalt baat hai. yani yeh is ko kahenge wrong generalization. koi aik waqea aisa hua hoga to usi ko generalize</w:t>
      </w:r>
      <w:r>
        <w:br/>
      </w:r>
      <w:r>
        <w:rPr>
          <w:sz w:val="20"/>
        </w:rPr>
        <w:t>40:29  kar diya unhon ne, kyunke mein bhi to parhta hoon. to jo log is tareeqay se bat, yani musalmanon ko</w:t>
      </w:r>
      <w:r>
        <w:br/>
      </w:r>
      <w:r>
        <w:rPr>
          <w:sz w:val="20"/>
        </w:rPr>
        <w:t>40:40  batate hain, woh musalmanon ko, yani ghalt zehn banate hain, ghalt zehn. haqeeqat hai ke sari duniya ke musalman jo hain, jo likhne aur bolne wale log hain, woh ghalt zehn hi bana rahe hain,</w:t>
      </w:r>
      <w:r>
        <w:br/>
      </w:r>
      <w:r>
        <w:rPr>
          <w:sz w:val="20"/>
        </w:rPr>
        <w:t>40:55  ghalat zehan bana rahe hain.</w:t>
      </w:r>
      <w:r>
        <w:br/>
      </w:r>
      <w:r>
        <w:rPr>
          <w:sz w:val="20"/>
        </w:rPr>
        <w:t>40:57  aur isi ghalat zehan ki waja se sare dunya ke musalman negative ho gaye hain, protest karte hain, complaint karte hain.</w:t>
      </w:r>
      <w:r>
        <w:br/>
      </w:r>
      <w:r>
        <w:rPr>
          <w:sz w:val="20"/>
        </w:rPr>
        <w:t>41:09  iski meri zimmedari hai inhi logon par jo leader hain, jo jis ko mein kaha karta hoon likhne aur bolne wala tabqa.</w:t>
      </w:r>
      <w:r>
        <w:br/>
      </w:r>
      <w:r>
        <w:rPr>
          <w:sz w:val="20"/>
        </w:rPr>
        <w:t>41:20  yani musalmanon ka jo likhne aur bolne wala tabqa hai, wo asal zimmedar hai.</w:t>
      </w:r>
    </w:p>
    <w:p>
      <w:pPr>
        <w:pStyle w:val="Heading2"/>
      </w:pPr>
      <w:r>
        <w:t>Differentiating Islam from Muslims</w:t>
      </w:r>
    </w:p>
    <w:p>
      <w:r>
        <w:rPr>
          <w:color w:val="666666"/>
          <w:sz w:val="18"/>
        </w:rPr>
        <w:t>Universal Brotherhood and Islam June 7, 2007 Maulana Wahiduddin Khan · 44s · at 2:26 · https://youtu.be/kHXdf1eu6IM?t=146</w:t>
      </w:r>
    </w:p>
    <w:p>
      <w:r>
        <w:rPr>
          <w:i/>
        </w:rPr>
        <w:t>“If you want to know what is Islam, detach Muslims from Islam.”</w:t>
      </w:r>
    </w:p>
    <w:p>
      <w:r>
        <w:rPr>
          <w:sz w:val="20"/>
        </w:rPr>
        <w:t>2:26  I said that if you want to know what is Islam, first of all you have to detach Muslims from Islam.</w:t>
      </w:r>
      <w:r>
        <w:br/>
      </w:r>
      <w:r>
        <w:rPr>
          <w:sz w:val="20"/>
        </w:rPr>
        <w:t>2:43  You have to differentiate between Islam and Muslims.</w:t>
      </w:r>
      <w:r>
        <w:br/>
      </w:r>
      <w:r>
        <w:rPr>
          <w:sz w:val="20"/>
        </w:rPr>
        <w:t>2:50  You have to judge Muslims in the light of Islamic teachings and not vice versa. So first of all you have to determine what is your subject.</w:t>
      </w:r>
    </w:p>
    <w:p>
      <w:pPr>
        <w:pStyle w:val="Heading2"/>
      </w:pPr>
      <w:r>
        <w:t>Prophet's knowledge of Laylatul Qadr withdrawn after a quarrel</w:t>
      </w:r>
    </w:p>
    <w:p>
      <w:r>
        <w:rPr>
          <w:color w:val="666666"/>
          <w:sz w:val="18"/>
        </w:rPr>
        <w:t>The Nigh of Destiny (Shab-e-Qadr) October 7, 2007 · 2m 40s · at 16:24 · https://youtu.be/SsDv69B_uDk?t=984</w:t>
      </w:r>
    </w:p>
    <w:p>
      <w:r>
        <w:rPr>
          <w:i/>
        </w:rPr>
        <w:t>“Sincere prayer isn't lip service, it comes from the heart”</w:t>
      </w:r>
    </w:p>
    <w:p>
      <w:r>
        <w:rPr>
          <w:sz w:val="20"/>
        </w:rPr>
        <w:t>16:24  ? yaad rakhiye dua lip service ka naam nahi hai. har giz nahi hai.</w:t>
      </w:r>
      <w:r>
        <w:br/>
      </w:r>
      <w:r>
        <w:rPr>
          <w:sz w:val="20"/>
        </w:rPr>
        <w:t>16:33  dua lip service ka naam nahi hai. sachi dua jo hai woh dil se hoti hai. zaban se nahi hoti hai yaad rakhiye.</w:t>
      </w:r>
      <w:r>
        <w:br/>
      </w:r>
      <w:r>
        <w:rPr>
          <w:sz w:val="20"/>
        </w:rPr>
        <w:t>16:43  woh kaise? dekhen hadith mein aata hai ke rasool Allah salallahu alaihi wasallam ek baar ramzan ke aakhri ashre mein itikaf mein thay.</w:t>
      </w:r>
      <w:r>
        <w:br/>
      </w:r>
      <w:r>
        <w:rPr>
          <w:sz w:val="20"/>
        </w:rPr>
        <w:t>16:54  yani masjid mein thay. yani masjid mein madine ki masjid mein aap itikaf mein thay ramzan ke aakhri dinon mein.</w:t>
      </w:r>
      <w:r>
        <w:br/>
      </w:r>
      <w:r>
        <w:rPr>
          <w:sz w:val="20"/>
        </w:rPr>
        <w:t>17:06  to ek roz</w:t>
      </w:r>
      <w:r>
        <w:br/>
      </w:r>
      <w:r>
        <w:rPr>
          <w:sz w:val="20"/>
        </w:rPr>
        <w:t>17:10  aap ko Allah taala ne ilm diya shab qadr ka. to aap nikle masjid se nikle to wahan kya hua ke do musalman aapas mein jhagad rahe thay.</w:t>
      </w:r>
      <w:r>
        <w:br/>
      </w:r>
      <w:r>
        <w:rPr>
          <w:sz w:val="20"/>
        </w:rPr>
        <w:t>17:30  do musalman aapas mein jhagad rahe thay.</w:t>
      </w:r>
      <w:r>
        <w:br/>
      </w:r>
      <w:r>
        <w:rPr>
          <w:sz w:val="20"/>
        </w:rPr>
        <w:t>17:33  to aap ne logon se kaha ke dekho mujh ko Allah taala ne shab qadr ka ilm diya tha.</w:t>
      </w:r>
      <w:r>
        <w:br/>
      </w:r>
      <w:r>
        <w:rPr>
          <w:sz w:val="20"/>
        </w:rPr>
        <w:t>17:43  mein masjid se nikla ke tum ko yeh ilm bata doon. lekin do musalman lad gaye to kya hua?</w:t>
      </w:r>
      <w:r>
        <w:br/>
      </w:r>
      <w:r>
        <w:rPr>
          <w:sz w:val="20"/>
        </w:rPr>
        <w:t>17:54  rifat. rifat woh ilm hi utha liya gaya.</w:t>
      </w:r>
      <w:r>
        <w:br/>
      </w:r>
      <w:r>
        <w:rPr>
          <w:sz w:val="20"/>
        </w:rPr>
        <w:t>18:01  woh ilm hi utha liya gaya.</w:t>
      </w:r>
      <w:r>
        <w:br/>
      </w:r>
      <w:r>
        <w:rPr>
          <w:sz w:val="20"/>
        </w:rPr>
        <w:t>18:05  do musalman aapas mein lad gaye to woh ilm shab qadr ka utha liya gaya. yani peghambar se utha liya gaya.</w:t>
      </w:r>
      <w:r>
        <w:br/>
      </w:r>
      <w:r>
        <w:rPr>
          <w:sz w:val="20"/>
        </w:rPr>
        <w:t>18:15  fatlaha najran bin ansar rifat is mein bohat bara sabak hai. ladna jhagadna kon log karte hain?</w:t>
      </w:r>
      <w:r>
        <w:br/>
      </w:r>
      <w:r>
        <w:rPr>
          <w:sz w:val="20"/>
        </w:rPr>
        <w:t>18:26  jin ke dilon mein negative thought hote hain. jin ke dilon mein ghussa hota hai. jin ke dilon mein ishtial hota hai.</w:t>
      </w:r>
      <w:r>
        <w:br/>
      </w:r>
      <w:r>
        <w:rPr>
          <w:sz w:val="20"/>
        </w:rPr>
        <w:t>18:37  jin ke dilon mein doosre ki sympathy nahi hoti. wohi log ladte jhagadte hain aapas mein.</w:t>
      </w:r>
      <w:r>
        <w:br/>
      </w:r>
      <w:r>
        <w:rPr>
          <w:sz w:val="20"/>
        </w:rPr>
        <w:t>18:45  is ka matlab kya hua ke dua ki qubooliyat sirf insan is insan is se is ka matlab yeh hua ke sirf is insan ki dua qabool hoti hai jis ka dil negative thought se khali ho.</w:t>
      </w:r>
    </w:p>
    <w:p>
      <w:pPr>
        <w:pStyle w:val="Heading2"/>
      </w:pPr>
      <w:r>
        <w:t>Opportunity explosion and re-establishing Islamic empire</w:t>
      </w:r>
    </w:p>
    <w:p>
      <w:r>
        <w:rPr>
          <w:color w:val="666666"/>
          <w:sz w:val="18"/>
        </w:rPr>
        <w:t>Islam in the Changing World August 6, 2007 · 5m 25s · at 27:20 · https://youtu.be/lEhH4VDLSFY?t=1640</w:t>
      </w:r>
    </w:p>
    <w:p>
      <w:r>
        <w:rPr>
          <w:i/>
        </w:rPr>
        <w:t>“So if there is freedom, so why fighting? You have to utilize this freedom.”</w:t>
      </w:r>
    </w:p>
    <w:p>
      <w:r>
        <w:rPr>
          <w:sz w:val="20"/>
        </w:rPr>
        <w:t>27:20  You have to do da'wah work with complete freedom. Then there are some very new types of opportunities</w:t>
      </w:r>
      <w:r>
        <w:br/>
      </w:r>
      <w:r>
        <w:rPr>
          <w:sz w:val="20"/>
        </w:rPr>
        <w:t>27:32  . For example, communication.</w:t>
      </w:r>
      <w:r>
        <w:br/>
      </w:r>
      <w:r>
        <w:rPr>
          <w:sz w:val="20"/>
        </w:rPr>
        <w:t>27:39  In ancient days, there was no such communication.</w:t>
      </w:r>
      <w:r>
        <w:br/>
      </w:r>
      <w:r>
        <w:rPr>
          <w:sz w:val="20"/>
        </w:rPr>
        <w:t>27:45  In ancient days, there was no loudspeaker, no radio, no TV, no printing press, no print media, no electronic media, no multimedia.</w:t>
      </w:r>
      <w:r>
        <w:br/>
      </w:r>
      <w:r>
        <w:rPr>
          <w:sz w:val="20"/>
        </w:rPr>
        <w:t>28:02  So at that time, opportunities were very little. Now in our present world, there is an opportunity explosion.</w:t>
      </w:r>
      <w:r>
        <w:br/>
      </w:r>
      <w:r>
        <w:rPr>
          <w:sz w:val="20"/>
        </w:rPr>
        <w:t>28:18  We are living in an age where there is an opportunity explosion. Enormous opportunities are everywhere in the world, enormous opportunities in terms of communication, in terms of education,</w:t>
      </w:r>
      <w:r>
        <w:br/>
      </w:r>
      <w:r>
        <w:rPr>
          <w:sz w:val="20"/>
        </w:rPr>
        <w:t>28:34  in terms of organization, in terms of religious freedom, in terms of multimedia.</w:t>
      </w:r>
      <w:r>
        <w:br/>
      </w:r>
      <w:r>
        <w:rPr>
          <w:sz w:val="20"/>
        </w:rPr>
        <w:t>28:46  So now there is a sea change in the situation.</w:t>
      </w:r>
      <w:r>
        <w:br/>
      </w:r>
      <w:r>
        <w:rPr>
          <w:sz w:val="20"/>
        </w:rPr>
        <w:t>28:56  There is</w:t>
      </w:r>
      <w:r>
        <w:br/>
      </w:r>
      <w:r>
        <w:rPr>
          <w:sz w:val="20"/>
        </w:rPr>
        <w:t>29:01  a storm of opportunities</w:t>
      </w:r>
      <w:r>
        <w:br/>
      </w:r>
      <w:r>
        <w:rPr>
          <w:sz w:val="20"/>
        </w:rPr>
        <w:t>29:05  . At the same time, there is religious freedom. So we have to avail all these opportunities in favor of Islam, in favor of Islamic da'wah.</w:t>
      </w:r>
      <w:r>
        <w:br/>
      </w:r>
      <w:r>
        <w:rPr>
          <w:sz w:val="20"/>
        </w:rPr>
        <w:t>29:19  You know only one thing is taboo in our world. That is violence. Other than violence, there is no taboo at all in our present world.</w:t>
      </w:r>
      <w:r>
        <w:br/>
      </w:r>
      <w:r>
        <w:rPr>
          <w:sz w:val="20"/>
        </w:rPr>
        <w:t>29:33  So</w:t>
      </w:r>
      <w:r>
        <w:br/>
      </w:r>
      <w:r>
        <w:rPr>
          <w:sz w:val="20"/>
        </w:rPr>
        <w:t>29:36  if you refrain yourself from indulging in violence, from indulging in militancy,</w:t>
      </w:r>
      <w:r>
        <w:br/>
      </w:r>
      <w:r>
        <w:rPr>
          <w:sz w:val="20"/>
        </w:rPr>
        <w:t>29:50  you can avail all those opportunities</w:t>
      </w:r>
      <w:r>
        <w:br/>
      </w:r>
      <w:r>
        <w:rPr>
          <w:sz w:val="20"/>
        </w:rPr>
        <w:t>29:57  . Not only in the Muslim state, but everywhere.</w:t>
      </w:r>
      <w:r>
        <w:br/>
      </w:r>
      <w:r>
        <w:rPr>
          <w:sz w:val="20"/>
        </w:rPr>
        <w:t>30:02  These opportunities are available in everywhere. These opportunities are available in every country.</w:t>
      </w:r>
      <w:r>
        <w:br/>
      </w:r>
      <w:r>
        <w:rPr>
          <w:sz w:val="20"/>
        </w:rPr>
        <w:t>30:13  These are not available in Muslim countries. According to my experience, I can say that as far as the opportunities are concerned, there is no difference at all between Muslim countries and non-Muslim countries.</w:t>
      </w:r>
      <w:r>
        <w:br/>
      </w:r>
      <w:r>
        <w:rPr>
          <w:sz w:val="20"/>
        </w:rPr>
        <w:t>30:32  As far as the opportunities are concerned, there is no difference between Muslim countries and non-Muslim countries.</w:t>
      </w:r>
      <w:r>
        <w:br/>
      </w:r>
      <w:r>
        <w:rPr>
          <w:sz w:val="20"/>
        </w:rPr>
        <w:t>30:45  So why fighting?</w:t>
      </w:r>
      <w:r>
        <w:br/>
      </w:r>
      <w:r>
        <w:rPr>
          <w:sz w:val="20"/>
        </w:rPr>
        <w:t>30:47  Why hate? Why violence? Why protest? Why complaint?</w:t>
      </w:r>
      <w:r>
        <w:br/>
      </w:r>
      <w:r>
        <w:rPr>
          <w:sz w:val="20"/>
        </w:rPr>
        <w:t>30:58  We have to rush to avail all these opportunities</w:t>
      </w:r>
      <w:r>
        <w:br/>
      </w:r>
      <w:r>
        <w:rPr>
          <w:sz w:val="20"/>
        </w:rPr>
        <w:t>31:05  because the only mission of Muslim Ummah is da'wah. Da'wah is the only mission.</w:t>
      </w:r>
      <w:r>
        <w:br/>
      </w:r>
      <w:r>
        <w:rPr>
          <w:sz w:val="20"/>
        </w:rPr>
        <w:t>31:13  Da'wah means to spread the message of Islam.</w:t>
      </w:r>
      <w:r>
        <w:br/>
      </w:r>
      <w:r>
        <w:rPr>
          <w:sz w:val="20"/>
        </w:rPr>
        <w:t>31:21  So this was the second aspect which Muslim people failed to understand.</w:t>
      </w:r>
      <w:r>
        <w:br/>
      </w:r>
      <w:r>
        <w:rPr>
          <w:sz w:val="20"/>
        </w:rPr>
        <w:t>31:37  They were obsessed with political power.</w:t>
      </w:r>
      <w:r>
        <w:br/>
      </w:r>
      <w:r>
        <w:rPr>
          <w:sz w:val="20"/>
        </w:rPr>
        <w:t>31:43  So they failed to understand all these opportunities. Political obsession made them opportunity blind.</w:t>
      </w:r>
      <w:r>
        <w:br/>
      </w:r>
      <w:r>
        <w:rPr>
          <w:sz w:val="20"/>
        </w:rPr>
        <w:t>31:55  I can say that political obsession made them opportunity blind</w:t>
      </w:r>
      <w:r>
        <w:br/>
      </w:r>
      <w:r>
        <w:rPr>
          <w:sz w:val="20"/>
        </w:rPr>
        <w:t>32:06  . They failed to understand that everywhere there are opportunities. So we have to avail these opportunities.</w:t>
      </w:r>
      <w:r>
        <w:br/>
      </w:r>
      <w:r>
        <w:rPr>
          <w:sz w:val="20"/>
        </w:rPr>
        <w:t>32:17  Even we are in a position to establish an Islamic empire again, not in terms of politics, but in terms of education, in terms of da'wah, in terms of constructive activities.</w:t>
      </w:r>
      <w:r>
        <w:br/>
      </w:r>
      <w:r>
        <w:rPr>
          <w:sz w:val="20"/>
        </w:rPr>
        <w:t>32:35  Muslims are sad everywhere. They are living in frustration.</w:t>
      </w:r>
    </w:p>
    <w:p>
      <w:pPr>
        <w:pStyle w:val="Heading2"/>
      </w:pPr>
      <w:r>
        <w:t>Muslims recite Quran but don't contemplate</w:t>
      </w:r>
    </w:p>
    <w:p>
      <w:r>
        <w:rPr>
          <w:color w:val="666666"/>
          <w:sz w:val="18"/>
        </w:rPr>
        <w:t>Understanding Islam (In Conversation with Maulana) · 2m 13s · at 31:15 · https://youtu.be/tLTRyW1qhRw?t=1875</w:t>
      </w:r>
    </w:p>
    <w:p>
      <w:r>
        <w:rPr>
          <w:i/>
        </w:rPr>
        <w:t>“No, these people have derived their ideology from history.”</w:t>
      </w:r>
    </w:p>
    <w:p>
      <w:r>
        <w:rPr>
          <w:sz w:val="20"/>
        </w:rPr>
        <w:t>31:15  No. These people have derived their ideology from history and not from the Quran. No.</w:t>
      </w:r>
      <w:r>
        <w:br/>
      </w:r>
      <w:r>
        <w:rPr>
          <w:sz w:val="20"/>
        </w:rPr>
        <w:t>31:25  It is a fact that in the later periods, Muslims were able to develop a Muslims were able to establish an empire</w:t>
      </w:r>
      <w:r>
        <w:br/>
      </w:r>
      <w:r>
        <w:rPr>
          <w:sz w:val="20"/>
        </w:rPr>
        <w:t>31:38  . It is a fact. So present Muslims derived their concept, their thinking, their ideology from this history and not from the Quran.</w:t>
      </w:r>
      <w:r>
        <w:br/>
      </w:r>
      <w:r>
        <w:rPr>
          <w:sz w:val="20"/>
        </w:rPr>
        <w:t>31:50  If you survey, if you conduct a survey, you will find that all the Muslims only recite the Quran.</w:t>
      </w:r>
      <w:r>
        <w:br/>
      </w:r>
      <w:r>
        <w:rPr>
          <w:sz w:val="20"/>
        </w:rPr>
        <w:t>32:00  No Muslim is able to</w:t>
      </w:r>
      <w:r>
        <w:br/>
      </w:r>
      <w:r>
        <w:rPr>
          <w:sz w:val="20"/>
        </w:rPr>
        <w:t>32:07  contemplate the Quran, the Quranic verses. Tadabbur is a completely abandoned practice among Muslims, Tadabbur-e-Quran.</w:t>
      </w:r>
      <w:r>
        <w:br/>
      </w:r>
      <w:r>
        <w:rPr>
          <w:sz w:val="20"/>
        </w:rPr>
        <w:t>32:16  They only recite, recite, recite. I have met so many alim who know Arabic. I asked you to read the Quran every day.</w:t>
      </w:r>
      <w:r>
        <w:br/>
      </w:r>
      <w:r>
        <w:rPr>
          <w:sz w:val="20"/>
        </w:rPr>
        <w:t>32:28  So what is the gist of the Quran? What is the central message of the Quran? It is a state that no one is able to give the answer.</w:t>
      </w:r>
      <w:r>
        <w:br/>
      </w:r>
      <w:r>
        <w:rPr>
          <w:sz w:val="20"/>
        </w:rPr>
        <w:t>32:39  They said, "We read the Quran for blessing."</w:t>
      </w:r>
      <w:r>
        <w:br/>
      </w:r>
      <w:r>
        <w:rPr>
          <w:sz w:val="20"/>
        </w:rPr>
        <w:t>32:45  They recite the Quran daily, but they are not able they were not able to give an answer to this question.</w:t>
      </w:r>
      <w:r>
        <w:br/>
      </w:r>
      <w:r>
        <w:rPr>
          <w:sz w:val="20"/>
        </w:rPr>
        <w:t>32:57  Why?</w:t>
      </w:r>
      <w:r>
        <w:br/>
      </w:r>
      <w:r>
        <w:rPr>
          <w:sz w:val="20"/>
        </w:rPr>
        <w:t>32:58  Because they recite the Quran only for blessing and not for Tadabbur, that is contemplation.</w:t>
      </w:r>
      <w:r>
        <w:br/>
      </w:r>
      <w:r>
        <w:rPr>
          <w:sz w:val="20"/>
        </w:rPr>
        <w:t>33:10  It is very sad that Muslims have</w:t>
      </w:r>
      <w:r>
        <w:br/>
      </w:r>
      <w:r>
        <w:rPr>
          <w:sz w:val="20"/>
        </w:rPr>
        <w:t>33:19  adopted the Quran as a book of recitation and not as a book of contemplation.</w:t>
      </w:r>
    </w:p>
    <w:p>
      <w:pPr>
        <w:pStyle w:val="Heading2"/>
      </w:pPr>
      <w:r>
        <w:t>Muslims need to overcome reaction for dawah</w:t>
      </w:r>
    </w:p>
    <w:p>
      <w:r>
        <w:rPr>
          <w:color w:val="666666"/>
          <w:sz w:val="18"/>
        </w:rPr>
        <w:t>Q&amp;A 20 Nov 2011 Maulana Wahiduddin Khan · 2m 28s · at 8:44 · https://youtu.be/7sNDn8Y6jUc?t=524</w:t>
      </w:r>
    </w:p>
    <w:p>
      <w:r>
        <w:rPr>
          <w:i/>
        </w:rPr>
        <w:t>“Humare khilaf saazishein jari hain, sab log dushman hain hamare.”</w:t>
      </w:r>
    </w:p>
    <w:p>
      <w:r>
        <w:rPr>
          <w:sz w:val="20"/>
        </w:rPr>
        <w:t>8:44  hamare khilaf sazishain jari hain, sab log dushman hain hamare, sab Islam ke khilaf sargarmiyan kar rahe hain log. to Musalmanon ke andar mizaj aa gaya takrao ka, ladai bhadai ka.</w:t>
      </w:r>
      <w:r>
        <w:br/>
      </w:r>
      <w:r>
        <w:rPr>
          <w:sz w:val="20"/>
        </w:rPr>
        <w:t>8:57  wahi kar rahe hain Musalman. ya to nafrat karte hain</w:t>
      </w:r>
      <w:r>
        <w:br/>
      </w:r>
      <w:r>
        <w:rPr>
          <w:sz w:val="20"/>
        </w:rPr>
        <w:t>9:01  ya tashaddud karte hain ya baqayda takrao karte hain. to yeh jo mizaj aaya hai, yeh sau do sau saal ke andar aaya hai. jab ke Maghribi qaumein ubhren, Europe se aur har jagah un ko dabdaba mila, to Musalmanon mein</w:t>
      </w:r>
      <w:r>
        <w:br/>
      </w:r>
      <w:r>
        <w:rPr>
          <w:sz w:val="20"/>
        </w:rPr>
        <w:t>9:19  reaction ke taur par yeh mizaj paida hua. us waqt saare Musalman reaction ki nafsiyat mein jeete hain. to aap ki koshish honi chahiye ke logon ko reaction se nikalein.</w:t>
      </w:r>
      <w:r>
        <w:br/>
      </w:r>
      <w:r>
        <w:rPr>
          <w:sz w:val="20"/>
        </w:rPr>
        <w:t>9:32  isi liye main zor deta hoon bahut zyada positive thinking par.</w:t>
      </w:r>
      <w:r>
        <w:br/>
      </w:r>
      <w:r>
        <w:rPr>
          <w:sz w:val="20"/>
        </w:rPr>
        <w:t>9:37  jab tak aap Musalmanon ko reaction ki nafsiyat se azaad nahin karenge, woh baat ko samajh nahin payenge. kyunke reaction ki nafsiyat ka kya nateeja hua hai?</w:t>
      </w:r>
      <w:r>
        <w:br/>
      </w:r>
      <w:r>
        <w:rPr>
          <w:sz w:val="20"/>
        </w:rPr>
        <w:t>9:46  ke doosri qaumein aap ko lagti hain dushman, sazishi. to un ko dawat kya denge aap?</w:t>
      </w:r>
      <w:r>
        <w:br/>
      </w:r>
      <w:r>
        <w:rPr>
          <w:sz w:val="20"/>
        </w:rPr>
        <w:t>9:53  dawat ke liye zaroori hai ke aap doosri qaumon ko ke khair khwah hon, naseh hon. to khair khwahi to hai nahin.</w:t>
      </w:r>
      <w:r>
        <w:br/>
      </w:r>
      <w:r>
        <w:rPr>
          <w:sz w:val="20"/>
        </w:rPr>
        <w:t>10:03  jab khair khwahi nahin hai to wohi hai jo is waqt ho raha hoga. to pehla kaam jo hai yeh hai ke doosri qaumon ko hum</w:t>
      </w:r>
      <w:r>
        <w:br/>
      </w:r>
      <w:r>
        <w:rPr>
          <w:sz w:val="20"/>
        </w:rPr>
        <w:t>10:10  batayen musalmanon ko ke woh madu hain, woh aap ke dushman nahin hain. har haal mein woh madu hain, bil farz woh aap ke khilaaf koi dushmani wali baat kar rahe hon, tab bhi woh aap ke madu hain.</w:t>
      </w:r>
      <w:r>
        <w:br/>
      </w:r>
      <w:r>
        <w:rPr>
          <w:sz w:val="20"/>
        </w:rPr>
        <w:t>10:24  tab bhi aap ko dawat dena hai. to chounke saara literature jo aap dekhiye, jitna literature</w:t>
      </w:r>
      <w:r>
        <w:br/>
      </w:r>
      <w:r>
        <w:rPr>
          <w:sz w:val="20"/>
        </w:rPr>
        <w:t>10:31  zaban mein tayyar hua hai, chahe woh urdu mein ho, persian mein ho, arabi mein ho, angrezi mein ho, woh sab negative nafsiyat ka tayyar hua hai.</w:t>
      </w:r>
      <w:r>
        <w:br/>
      </w:r>
      <w:r>
        <w:rPr>
          <w:sz w:val="20"/>
        </w:rPr>
        <w:t>10:42  sab ko dikhaya gaya hai ke sab dushman hain, sazishi hain, hamare khilaaf sargarmiyan kar rahe hain.</w:t>
      </w:r>
      <w:r>
        <w:br/>
      </w:r>
      <w:r>
        <w:rPr>
          <w:sz w:val="20"/>
        </w:rPr>
        <w:t>10:48  to is literature se zehn bana musalmanon ka, aur media yeh karta hai. to yeh ek bohat hi gehra muamla hai, aur jab tak aap musalmanon ke zehn na badlen, aap daawti kaam nahin ho sakta hai.</w:t>
      </w:r>
      <w:r>
        <w:br/>
      </w:r>
      <w:r>
        <w:rPr>
          <w:sz w:val="20"/>
        </w:rPr>
        <w:t>11:04  to pehla kaam hai musalmanon ki soch ko badalna, phir is ke baad daawti kaam hoga.</w:t>
      </w:r>
    </w:p>
    <w:p>
      <w:pPr>
        <w:pStyle w:val="Heading2"/>
      </w:pPr>
      <w:r>
        <w:t>True Islam versus its media portrayal</w:t>
      </w:r>
    </w:p>
    <w:p>
      <w:r>
        <w:rPr>
          <w:color w:val="666666"/>
          <w:sz w:val="18"/>
        </w:rPr>
        <w:t>Islam and Terrorism February 10, 2009 Maulana Wahiduddin Khan · 5m 34s · at 26:22 · https://youtu.be/vCEjp0w7Qjo?t=1582</w:t>
      </w:r>
    </w:p>
    <w:p>
      <w:r>
        <w:rPr>
          <w:i/>
        </w:rPr>
        <w:t>“Islam wants to establish a peaceful society.”</w:t>
      </w:r>
    </w:p>
    <w:p>
      <w:r>
        <w:rPr>
          <w:sz w:val="20"/>
        </w:rPr>
        <w:t>26:22  This is the main target of Islam. Islam wants to establish a peaceful society.</w:t>
      </w:r>
      <w:r>
        <w:br/>
      </w:r>
      <w:r>
        <w:rPr>
          <w:sz w:val="20"/>
        </w:rPr>
        <w:t>26:30  In a society where people live in peace and spirituality, there is a hadith the Prophet of Islam has said,</w:t>
      </w:r>
      <w:r>
        <w:br/>
      </w:r>
      <w:r>
        <w:rPr>
          <w:sz w:val="20"/>
        </w:rPr>
        <w:t>26:46  "Al-Muslimu man Saliman Nasu min lisanihi wa yadihi." It means that a true Muslim is on</w:t>
      </w:r>
      <w:r>
        <w:br/>
      </w:r>
      <w:r>
        <w:rPr>
          <w:sz w:val="20"/>
        </w:rPr>
        <w:t>26:56  e A true Muslim is one by whose hands and tongue people are safe. This is the definition of a true Muslim.</w:t>
      </w:r>
      <w:r>
        <w:br/>
      </w:r>
      <w:r>
        <w:rPr>
          <w:sz w:val="20"/>
        </w:rPr>
        <w:t>27:07  This is the definition of a true Muslim. A true Muslim is one by whose hands and tongue people are safe.</w:t>
      </w:r>
      <w:r>
        <w:br/>
      </w:r>
      <w:r>
        <w:rPr>
          <w:sz w:val="20"/>
        </w:rPr>
        <w:t>27:18  The Prophet of Islam has said,</w:t>
      </w:r>
      <w:r>
        <w:br/>
      </w:r>
      <w:r>
        <w:rPr>
          <w:sz w:val="20"/>
        </w:rPr>
        <w:t>27:23  "Wallahi la yu minu, wallahi la yu minu, wallahi la yu minu. Alladhi la ya manu jaru hu bawaikum." It means that</w:t>
      </w:r>
      <w:r>
        <w:br/>
      </w:r>
      <w:r>
        <w:rPr>
          <w:sz w:val="20"/>
        </w:rPr>
        <w:t>27:38  he is not a Mumin. He is not a true Mumin who creates problems for his neighbors.</w:t>
      </w:r>
      <w:r>
        <w:br/>
      </w:r>
      <w:r>
        <w:rPr>
          <w:sz w:val="20"/>
        </w:rPr>
        <w:t>27:48  He is not a Mumin or he is not a true Mumin who creates problems for his neighbors. This is the definition of Muslim and Mumin.</w:t>
      </w:r>
      <w:r>
        <w:br/>
      </w:r>
      <w:r>
        <w:rPr>
          <w:sz w:val="20"/>
        </w:rPr>
        <w:t>28:00  You are not allowed to create nuisance to your neighbors.</w:t>
      </w:r>
      <w:r>
        <w:br/>
      </w:r>
      <w:r>
        <w:rPr>
          <w:sz w:val="20"/>
        </w:rPr>
        <w:t>28:09  So all these news you listen to in media or read in media that are that has nothing to do with Islam,</w:t>
      </w:r>
      <w:r>
        <w:br/>
      </w:r>
      <w:r>
        <w:rPr>
          <w:sz w:val="20"/>
        </w:rPr>
        <w:t>28:28  these news are created by Muslims. By Muslims. And Muslims and Islam are not one and the same.</w:t>
      </w:r>
      <w:r>
        <w:br/>
      </w:r>
      <w:r>
        <w:rPr>
          <w:sz w:val="20"/>
        </w:rPr>
        <w:t>28:39  I always condemn these practices.</w:t>
      </w:r>
      <w:r>
        <w:br/>
      </w:r>
      <w:r>
        <w:rPr>
          <w:sz w:val="20"/>
        </w:rPr>
        <w:t>28:46  I always say that if you want to adopt the violent method, you have to adopt unknown.</w:t>
      </w:r>
      <w:r>
        <w:br/>
      </w:r>
      <w:r>
        <w:rPr>
          <w:sz w:val="20"/>
        </w:rPr>
        <w:t>28:57  Don't mention Islam. It is not Islam. It is not Jihad. Now, what is Jihad?</w:t>
      </w:r>
      <w:r>
        <w:br/>
      </w:r>
      <w:r>
        <w:rPr>
          <w:sz w:val="20"/>
        </w:rPr>
        <w:t>29:06  Jihad literally means to strive, to struggle. That is peacefully struggle.</w:t>
      </w:r>
      <w:r>
        <w:br/>
      </w:r>
      <w:r>
        <w:rPr>
          <w:sz w:val="20"/>
        </w:rPr>
        <w:t>29:16  If you see any dictionary of the Arabic language, you will find that Jihad means simply struggle, strive.</w:t>
      </w:r>
      <w:r>
        <w:br/>
      </w:r>
      <w:r>
        <w:rPr>
          <w:sz w:val="20"/>
        </w:rPr>
        <w:t>29:29  So Jihad means peacefully struggle.</w:t>
      </w:r>
      <w:r>
        <w:br/>
      </w:r>
      <w:r>
        <w:rPr>
          <w:sz w:val="20"/>
        </w:rPr>
        <w:t>29:34  Struggle for any noble cause. Struggle for any noble cause. Jihad has nothing to do with violence and war.</w:t>
      </w:r>
      <w:r>
        <w:br/>
      </w:r>
      <w:r>
        <w:rPr>
          <w:sz w:val="20"/>
        </w:rPr>
        <w:t>29:46  During these times, people misuse the word Jihad. They misuse the word Jihad.</w:t>
      </w:r>
      <w:r>
        <w:br/>
      </w:r>
      <w:r>
        <w:rPr>
          <w:sz w:val="20"/>
        </w:rPr>
        <w:t>29:57  Jihad means peaceful behavior. Jihad means to overpower your desir</w:t>
      </w:r>
      <w:r>
        <w:br/>
      </w:r>
      <w:r>
        <w:rPr>
          <w:sz w:val="20"/>
        </w:rPr>
        <w:t>30:04  es. Jihad means to overpower your anger. This is Jihad.</w:t>
      </w:r>
      <w:r>
        <w:br/>
      </w:r>
      <w:r>
        <w:rPr>
          <w:sz w:val="20"/>
        </w:rPr>
        <w:t>30:14  So this is the true picture of Islam. I would suggest that if you want to know what Islam is, please don't rely on media reports.</w:t>
      </w:r>
      <w:r>
        <w:br/>
      </w:r>
      <w:r>
        <w:rPr>
          <w:sz w:val="20"/>
        </w:rPr>
        <w:t>30:32  Please read the Qur'an. The Qur'an is the most sacred book of Islam. The Qur'an is a very modest book.</w:t>
      </w:r>
      <w:r>
        <w:br/>
      </w:r>
      <w:r>
        <w:rPr>
          <w:sz w:val="20"/>
        </w:rPr>
        <w:t>30:46  It is very easy to understand the Qur'an and to read it. And the translation of the Qur'an is available in every language, in English and other languages.</w:t>
      </w:r>
      <w:r>
        <w:br/>
      </w:r>
      <w:r>
        <w:rPr>
          <w:sz w:val="20"/>
        </w:rPr>
        <w:t>30:59  We have published a translation of the Qur'an from our institution. It is very in a very simple language and very it is very easy to understand the Qur'an.</w:t>
      </w:r>
      <w:r>
        <w:br/>
      </w:r>
      <w:r>
        <w:rPr>
          <w:sz w:val="20"/>
        </w:rPr>
        <w:t>31:15  So I would like to say that if anyone wants to know what Islam is, he must read the Qur'an.</w:t>
      </w:r>
      <w:r>
        <w:br/>
      </w:r>
      <w:r>
        <w:rPr>
          <w:sz w:val="20"/>
        </w:rPr>
        <w:t>31:27  Please don't rely on media reports because media is an industry, the industry of hot news.</w:t>
      </w:r>
      <w:r>
        <w:br/>
      </w:r>
      <w:r>
        <w:rPr>
          <w:sz w:val="20"/>
        </w:rPr>
        <w:t>31:37  Media always selects hot news or sensational news. Media has no interest in spiritual news or peaceful news.</w:t>
      </w:r>
      <w:r>
        <w:br/>
      </w:r>
      <w:r>
        <w:rPr>
          <w:sz w:val="20"/>
        </w:rPr>
        <w:t>31:49  So you cannot find the true picture of Islam through media.</w:t>
      </w:r>
    </w:p>
    <w:p>
      <w:pPr>
        <w:pStyle w:val="Heading2"/>
      </w:pPr>
      <w:r>
        <w:t>Reaching Muslim youth abroad who question their faith</w:t>
      </w:r>
    </w:p>
    <w:p>
      <w:r>
        <w:rPr>
          <w:color w:val="666666"/>
          <w:sz w:val="18"/>
        </w:rPr>
        <w:t>Muslims in Diaspora 9 jan 2007 (English) · 5m 21s · at 45:47 · https://youtu.be/oAi49l7nuOI?t=2747</w:t>
      </w:r>
    </w:p>
    <w:p>
      <w:r>
        <w:rPr>
          <w:i/>
        </w:rPr>
        <w:t>“I found Muslims settled abroad always complaining about their children.”</w:t>
      </w:r>
    </w:p>
    <w:p>
      <w:r>
        <w:rPr>
          <w:sz w:val="20"/>
        </w:rPr>
        <w:t>45:47  So, always, I found that those Muslims who are settled in these developed countries, they are always they are living in complaints about their next generation about their boys.</w:t>
      </w:r>
      <w:r>
        <w:br/>
      </w:r>
      <w:r>
        <w:rPr>
          <w:sz w:val="20"/>
        </w:rPr>
        <w:t>46:14  They say that our next generation or our boys</w:t>
      </w:r>
      <w:r>
        <w:br/>
      </w:r>
      <w:r>
        <w:rPr>
          <w:sz w:val="20"/>
        </w:rPr>
        <w:t>46:24  have become have don't hear our advice. They see revolt among them.</w:t>
      </w:r>
      <w:r>
        <w:br/>
      </w:r>
      <w:r>
        <w:rPr>
          <w:sz w:val="20"/>
        </w:rPr>
        <w:t>46:38  Revolt. They don't adhere to their advice.</w:t>
      </w:r>
      <w:r>
        <w:br/>
      </w:r>
      <w:r>
        <w:rPr>
          <w:sz w:val="20"/>
        </w:rPr>
        <w:t>46:45  They are doubtful that Islam is a</w:t>
      </w:r>
      <w:r>
        <w:br/>
      </w:r>
      <w:r>
        <w:rPr>
          <w:sz w:val="20"/>
        </w:rPr>
        <w:t>46:51  final truth. So, they are living in complaints. They are living in pain that although they</w:t>
      </w:r>
      <w:r>
        <w:br/>
      </w:r>
      <w:r>
        <w:rPr>
          <w:sz w:val="20"/>
        </w:rPr>
        <w:t>47:06  adhere to Islamic traditions, but their next generation is going astray.</w:t>
      </w:r>
      <w:r>
        <w:br/>
      </w:r>
      <w:r>
        <w:rPr>
          <w:sz w:val="20"/>
        </w:rPr>
        <w:t>47:14  So, I say I would like to say that this phenomenon is not due to</w:t>
      </w:r>
      <w:r>
        <w:br/>
      </w:r>
      <w:r>
        <w:rPr>
          <w:sz w:val="20"/>
        </w:rPr>
        <w:t>47:25  due to any shortcoming in the next generation. It is not correct to say that their boys were inherently enemies of Islam.</w:t>
      </w:r>
      <w:r>
        <w:br/>
      </w:r>
      <w:r>
        <w:rPr>
          <w:sz w:val="20"/>
        </w:rPr>
        <w:t>47:41  No.</w:t>
      </w:r>
      <w:r>
        <w:br/>
      </w:r>
      <w:r>
        <w:rPr>
          <w:sz w:val="20"/>
        </w:rPr>
        <w:t>47:43  The reason is that these boys were educated in modern schools modern colleges.</w:t>
      </w:r>
      <w:r>
        <w:br/>
      </w:r>
      <w:r>
        <w:rPr>
          <w:sz w:val="20"/>
        </w:rPr>
        <w:t>47:53  So, they became rational thinkers.</w:t>
      </w:r>
      <w:r>
        <w:br/>
      </w:r>
      <w:r>
        <w:rPr>
          <w:sz w:val="20"/>
        </w:rPr>
        <w:t>48:01  They became the first generation was born in Muslim countri</w:t>
      </w:r>
      <w:r>
        <w:br/>
      </w:r>
      <w:r>
        <w:rPr>
          <w:sz w:val="20"/>
        </w:rPr>
        <w:t>48:09  es. They</w:t>
      </w:r>
      <w:r>
        <w:br/>
      </w:r>
      <w:r>
        <w:rPr>
          <w:sz w:val="20"/>
        </w:rPr>
        <w:t>48:13  were educated in madrasas in Muslim schools or Muslim educational institutions. But these new generations these boys and girls were educated in Western schools and Western colleges.</w:t>
      </w:r>
      <w:r>
        <w:br/>
      </w:r>
      <w:r>
        <w:rPr>
          <w:sz w:val="20"/>
        </w:rPr>
        <w:t>48:30  So, they became rational</w:t>
      </w:r>
      <w:r>
        <w:br/>
      </w:r>
      <w:r>
        <w:rPr>
          <w:sz w:val="20"/>
        </w:rPr>
        <w:t>48:34  It is not a case of blasphemy, but it is a case of reason. So, they want to understand Islam in rational terms.</w:t>
      </w:r>
      <w:r>
        <w:br/>
      </w:r>
      <w:r>
        <w:rPr>
          <w:sz w:val="20"/>
        </w:rPr>
        <w:t>48:48  They want to understand Islam in scientific terms.</w:t>
      </w:r>
      <w:r>
        <w:br/>
      </w:r>
      <w:r>
        <w:rPr>
          <w:sz w:val="20"/>
        </w:rPr>
        <w:t>48:52  So, if you</w:t>
      </w:r>
      <w:r>
        <w:br/>
      </w:r>
      <w:r>
        <w:rPr>
          <w:sz w:val="20"/>
        </w:rPr>
        <w:t>48:57  adopt this</w:t>
      </w:r>
      <w:r>
        <w:br/>
      </w:r>
      <w:r>
        <w:rPr>
          <w:sz w:val="20"/>
        </w:rPr>
        <w:t>49:02  two-point formula, you become a Dai. And also, you will try to acquire those knowledge scientific knowledge.</w:t>
      </w:r>
      <w:r>
        <w:br/>
      </w:r>
      <w:r>
        <w:rPr>
          <w:sz w:val="20"/>
        </w:rPr>
        <w:t>49:13  Because a Dai needs to know the</w:t>
      </w:r>
      <w:r>
        <w:br/>
      </w:r>
      <w:r>
        <w:rPr>
          <w:sz w:val="20"/>
        </w:rPr>
        <w:t>49:21  mind of Madhu. Then, you will try to address those people who are living in Western countries those and they think in scientific terms.</w:t>
      </w:r>
      <w:r>
        <w:br/>
      </w:r>
      <w:r>
        <w:rPr>
          <w:sz w:val="20"/>
        </w:rPr>
        <w:t>49:33  So, you will be compelled to learn these disciplines. You will prepare yourself to address those people.</w:t>
      </w:r>
      <w:r>
        <w:br/>
      </w:r>
      <w:r>
        <w:rPr>
          <w:sz w:val="20"/>
        </w:rPr>
        <w:t>49:46  And thus, you will become a scientific Dai. Thus, you will become a scientific Dai a rational Dai a logical Dai. And then, you will be able to address your boys and girls also.</w:t>
      </w:r>
      <w:r>
        <w:br/>
      </w:r>
      <w:r>
        <w:rPr>
          <w:sz w:val="20"/>
        </w:rPr>
        <w:t>50:01  Your boys and girls are in need of someone who may address them in rational terms. So, if you adopt this formula and you will try to become a Dai a modern Dai Dai in the modern sense, you will prepare yourself.</w:t>
      </w:r>
      <w:r>
        <w:br/>
      </w:r>
      <w:r>
        <w:rPr>
          <w:sz w:val="20"/>
        </w:rPr>
        <w:t>50:23  You will prepare yourself to become a scientific Dai to become a rational Dai.</w:t>
      </w:r>
      <w:r>
        <w:br/>
      </w:r>
      <w:r>
        <w:rPr>
          <w:sz w:val="20"/>
        </w:rPr>
        <w:t>50:28  And when you become a rational Dai a scientific Dai, you will also be able to address your boys your girls your next generation.</w:t>
      </w:r>
      <w:r>
        <w:br/>
      </w:r>
      <w:r>
        <w:rPr>
          <w:sz w:val="20"/>
        </w:rPr>
        <w:t>50:41  So, I think that this is the this is not only da'wah work, but it is also a solution for your problem.</w:t>
      </w:r>
      <w:r>
        <w:br/>
      </w:r>
      <w:r>
        <w:rPr>
          <w:sz w:val="20"/>
        </w:rPr>
        <w:t>50:53  On one side, it is da'wah work. And on the other side, it is also a solution to your problem regarding your</w:t>
      </w:r>
      <w:r>
        <w:br/>
      </w:r>
      <w:r>
        <w:rPr>
          <w:sz w:val="20"/>
        </w:rPr>
        <w:t>51:04  generation your coming generation.</w:t>
      </w:r>
    </w:p>
    <w:p>
      <w:pPr>
        <w:pStyle w:val="Heading2"/>
      </w:pPr>
      <w:r>
        <w:t>Islam is intact; Muslims themselves have declined</w:t>
      </w:r>
    </w:p>
    <w:p>
      <w:r>
        <w:rPr>
          <w:color w:val="666666"/>
          <w:sz w:val="18"/>
        </w:rPr>
        <w:t>Realistic Approach 30 March, 2014 · 1m 47s · at 44:08 · https://youtu.be/HIFxmWWiEG4?t=2648</w:t>
      </w:r>
    </w:p>
    <w:p>
      <w:r>
        <w:rPr>
          <w:i/>
        </w:rPr>
        <w:t>“The biggest mistake is treating Islam and Muslims as the same thing.”</w:t>
      </w:r>
    </w:p>
    <w:p>
      <w:r>
        <w:rPr>
          <w:sz w:val="20"/>
        </w:rPr>
        <w:t>44:08  dekhiye, sab se bari ghalati yeh hai ke islam aur musalman ko ek samajhna. jaise yeh kitab jo maine di hai, yeh kitab hai musalmanon ke bare mein.</w:t>
      </w:r>
      <w:r>
        <w:br/>
      </w:r>
      <w:r>
        <w:rPr>
          <w:sz w:val="20"/>
        </w:rPr>
        <w:t>44:21  naam is ka hai "is islam". equate karte hain musalmanon ko islam se ke islam aaj bhi waise hi hai jis tarah ke woh seven century mein tha.</w:t>
      </w:r>
      <w:r>
        <w:br/>
      </w:r>
      <w:r>
        <w:rPr>
          <w:sz w:val="20"/>
        </w:rPr>
        <w:t>44:33  lekin musalman jo hai, doosri company ki tarah se in par bhi sawal aayega.</w:t>
      </w:r>
      <w:r>
        <w:br/>
      </w:r>
      <w:r>
        <w:rPr>
          <w:sz w:val="20"/>
        </w:rPr>
        <w:t>44:39  jo hadith mein aayi hai ke "tun sun man kan qablakum". yahan bhi main kahunga ke is ko modern idiom badlie, yani traditional alfaz ko modern idiom badlie.</w:t>
      </w:r>
      <w:r>
        <w:br/>
      </w:r>
      <w:r>
        <w:rPr>
          <w:sz w:val="20"/>
        </w:rPr>
        <w:t>44:51  is ka matlab hai ke tum par bhi zawal aayega jis tarah yahood par zawal aya. to musalmanon ko aap samajhte hain ke waise hi musalman aaj bhi hain jo seven century a.d. mein thay?</w:t>
      </w:r>
      <w:r>
        <w:br/>
      </w:r>
      <w:r>
        <w:rPr>
          <w:sz w:val="20"/>
        </w:rPr>
        <w:t>45:01  yeh to zawal yafta qom hai. to zawal yafta qom yahi sab hoga.</w:t>
      </w:r>
      <w:r>
        <w:br/>
      </w:r>
      <w:r>
        <w:rPr>
          <w:sz w:val="20"/>
        </w:rPr>
        <w:t>45:06  to islam jo hai, as a as a nodology intact hai, lekin musalman to in ka degeneration ho chuka hai, zawal par aa chuka hai.</w:t>
      </w:r>
      <w:r>
        <w:br/>
      </w:r>
      <w:r>
        <w:rPr>
          <w:sz w:val="20"/>
        </w:rPr>
        <w:t>45:16  is haqeeqat ko manie, tab musalmanon mein koi naya daur shuru hoga. agar aap samjhen ke musalman wahi hain jo hazar saal pehle thay to kabhi koi islaah nahi hogi.</w:t>
      </w:r>
      <w:r>
        <w:br/>
      </w:r>
      <w:r>
        <w:rPr>
          <w:sz w:val="20"/>
        </w:rPr>
        <w:t>45:28  islam ko alag kijiye, musalman ko alag kijiye.</w:t>
      </w:r>
      <w:r>
        <w:br/>
      </w:r>
      <w:r>
        <w:rPr>
          <w:sz w:val="20"/>
        </w:rPr>
        <w:t>45:31  islam ek ideology hai, is ka ek book hai, is ka ek text hai, woh aaj bhi intact hai, aaj bhi waise hi jis tarah ke pehle tha.</w:t>
      </w:r>
      <w:r>
        <w:br/>
      </w:r>
      <w:r>
        <w:rPr>
          <w:sz w:val="20"/>
        </w:rPr>
        <w:t>45:40  lekin musalman jo ek community hain, woh un par chaudah so saal jab beet gaye to generation of generation un ke andar zawal aya, zawal aya, zawal aya.</w:t>
      </w:r>
      <w:r>
        <w:br/>
      </w:r>
      <w:r>
        <w:rPr>
          <w:sz w:val="20"/>
        </w:rPr>
        <w:t>45:51  ab ab zawal ki aakhri had par hain woh.</w:t>
      </w:r>
    </w:p>
    <w:p>
      <w:pPr>
        <w:pStyle w:val="Heading2"/>
      </w:pPr>
      <w:r>
        <w:t>Muslims have lost identity as witnesses</w:t>
      </w:r>
    </w:p>
    <w:p>
      <w:r>
        <w:rPr>
          <w:color w:val="666666"/>
          <w:sz w:val="18"/>
        </w:rPr>
        <w:t>From The Spiritual Tree May 30, 2007 · 1m 22s · at 6:14 · https://youtu.be/vGj_dsCMv-M?t=374</w:t>
      </w:r>
    </w:p>
    <w:p>
      <w:r>
        <w:rPr>
          <w:i/>
        </w:rPr>
        <w:t>“They have to bear witness before people.”</w:t>
      </w:r>
    </w:p>
    <w:p>
      <w:r>
        <w:rPr>
          <w:sz w:val="20"/>
        </w:rPr>
        <w:t>6:14  They have to bear witness before people. But Muslims have forgotten their identity.</w:t>
      </w:r>
      <w:r>
        <w:br/>
      </w:r>
      <w:r>
        <w:rPr>
          <w:sz w:val="20"/>
        </w:rPr>
        <w:t>6:27  They have lost, L-O-S-T lost, the sense of their duty.</w:t>
      </w:r>
      <w:r>
        <w:br/>
      </w:r>
      <w:r>
        <w:rPr>
          <w:sz w:val="20"/>
        </w:rPr>
        <w:t>6:41  It is a very dangerous situation.</w:t>
      </w:r>
      <w:r>
        <w:br/>
      </w:r>
      <w:r>
        <w:rPr>
          <w:sz w:val="20"/>
        </w:rPr>
        <w:t>6:46  At present, Muslims are living as a group, as a cultural group.</w:t>
      </w:r>
      <w:r>
        <w:br/>
      </w:r>
      <w:r>
        <w:rPr>
          <w:sz w:val="20"/>
        </w:rPr>
        <w:t>7:02  Their thinking is cultural thinking. Their targets are cultural targets. Their problems are cultural problems.</w:t>
      </w:r>
      <w:r>
        <w:br/>
      </w:r>
      <w:r>
        <w:rPr>
          <w:sz w:val="20"/>
        </w:rPr>
        <w:t>7:19  They are living as a cultural group rather than</w:t>
      </w:r>
      <w:r>
        <w:br/>
      </w:r>
      <w:r>
        <w:rPr>
          <w:sz w:val="20"/>
        </w:rPr>
        <w:t>7:25  a group of mission. This is a very dangerous situation.</w:t>
      </w:r>
    </w:p>
    <w:p>
      <w:pPr>
        <w:pStyle w:val="Heading2"/>
      </w:pPr>
      <w:r>
        <w:t>Muslims in America doing bad dua</w:t>
      </w:r>
    </w:p>
    <w:p>
      <w:r>
        <w:rPr>
          <w:color w:val="666666"/>
          <w:sz w:val="18"/>
        </w:rPr>
        <w:t>Muslims in the Modern Age, Jan 18, 2009 · 50s · at 3:00 · https://youtu.be/7zDCFtOSWSw?t=180</w:t>
      </w:r>
    </w:p>
    <w:p>
      <w:r>
        <w:rPr>
          <w:i/>
        </w:rPr>
        <w:t>“Yesterday I received a telephone from America”</w:t>
      </w:r>
    </w:p>
    <w:p>
      <w:r>
        <w:rPr>
          <w:sz w:val="20"/>
        </w:rPr>
        <w:t>3:00  Yesterday I received a telephone from America. One Muslim was speaking. He said that throughout America, in every city and in every mosque of America,</w:t>
      </w:r>
      <w:r>
        <w:br/>
      </w:r>
      <w:r>
        <w:rPr>
          <w:sz w:val="20"/>
        </w:rPr>
        <w:t>3:17  Muslims are doing bad dua, bad dua against their enemies.</w:t>
      </w:r>
      <w:r>
        <w:br/>
      </w:r>
      <w:r>
        <w:rPr>
          <w:sz w:val="20"/>
        </w:rPr>
        <w:t>3:26  Perhaps you know what</w:t>
      </w:r>
      <w:r>
        <w:br/>
      </w:r>
      <w:r>
        <w:rPr>
          <w:sz w:val="20"/>
        </w:rPr>
        <w:t>3:30  are those enemies. So, all the Muslims living in America, although they live in America, but they don't know.</w:t>
      </w:r>
      <w:r>
        <w:br/>
      </w:r>
      <w:r>
        <w:rPr>
          <w:sz w:val="20"/>
        </w:rPr>
        <w:t>3:40  They don't know. This is against Islam, against the spirit of the age. These people are living as blind persons.</w:t>
      </w:r>
    </w:p>
    <w:p>
      <w:pPr>
        <w:pStyle w:val="Heading2"/>
      </w:pPr>
      <w:r>
        <w:t>Muslims failed to separate colonizers' aggression from their knowledge</w:t>
      </w:r>
    </w:p>
    <w:p>
      <w:r>
        <w:rPr>
          <w:color w:val="666666"/>
          <w:sz w:val="18"/>
        </w:rPr>
        <w:t>Islam in 21st Century April 3, 2011 · 4m 56s · at 29:37 · https://youtu.be/nEyNMORoPc4?t=1777</w:t>
      </w:r>
    </w:p>
    <w:p>
      <w:r>
        <w:rPr>
          <w:i/>
        </w:rPr>
        <w:t>“Yahan ghalti kahan hui? Do cheezon mein farq karna nahi seekha”</w:t>
      </w:r>
    </w:p>
    <w:p>
      <w:r>
        <w:rPr>
          <w:sz w:val="20"/>
        </w:rPr>
        <w:t>29:37  yahan par ghalti kahan hui hai? dekhiye,</w:t>
      </w:r>
      <w:r>
        <w:br/>
      </w:r>
      <w:r>
        <w:rPr>
          <w:sz w:val="20"/>
        </w:rPr>
        <w:t>29:43  These Muslims fail to differentiate between the two. do jo farq karna nahi seekha unhone.</w:t>
      </w:r>
      <w:r>
        <w:br/>
      </w:r>
      <w:r>
        <w:rPr>
          <w:sz w:val="20"/>
        </w:rPr>
        <w:t>29:53  yaani yeh jo aaye the, aap ko maloom hai ke woh is zamane mein ek word, ek term use hota tha jab colonialism ka zamana tha.</w:t>
      </w:r>
      <w:r>
        <w:br/>
      </w:r>
      <w:r>
        <w:rPr>
          <w:sz w:val="20"/>
        </w:rPr>
        <w:t>30:06  aur yeh western nations jo wahin, Africa aur Asia mein phail gaye the.</w:t>
      </w:r>
      <w:r>
        <w:br/>
      </w:r>
      <w:r>
        <w:rPr>
          <w:sz w:val="20"/>
        </w:rPr>
        <w:t>30:15  French company Africa mein phaili, British company India mein phaili.</w:t>
      </w:r>
      <w:r>
        <w:br/>
      </w:r>
      <w:r>
        <w:rPr>
          <w:sz w:val="20"/>
        </w:rPr>
        <w:t>30:19  toh yeh yeh log jo yeh jo phenomenon tha, isko is is is explain karne ke liye Kipling, Kipling jo ek shair tha, British shair,</w:t>
      </w:r>
      <w:r>
        <w:br/>
      </w:r>
      <w:r>
        <w:rPr>
          <w:sz w:val="20"/>
        </w:rPr>
        <w:t>30:33  ek word use karta tha: "white man's burden". safed farom logon ki zimmedari, "white man's burden" yaani safed farom log, yaani jo western log the, yeh safed faram the.</w:t>
      </w:r>
      <w:r>
        <w:br/>
      </w:r>
      <w:r>
        <w:rPr>
          <w:sz w:val="20"/>
        </w:rPr>
        <w:t>30:51  basically ek Caucasian nasl thi. toh unka unhone nai science daryaft ki hai, nai technology daryaft ki hai, nai industry daryaft ki hai. toh unki zimmedari hai ke unhone phailayein isko.</w:t>
      </w:r>
      <w:r>
        <w:br/>
      </w:r>
      <w:r>
        <w:rPr>
          <w:sz w:val="20"/>
        </w:rPr>
        <w:t>31:04  toh agar che yeh lafz achha nahi lafz tha, main agar isko kahoon toh main badlunga is</w:t>
      </w:r>
      <w:r>
        <w:br/>
      </w:r>
      <w:r>
        <w:rPr>
          <w:sz w:val="20"/>
        </w:rPr>
        <w:t>31:11  lafz ko: "white man's burden" nahi, balkeh main kahunga ke "civilized man's burden". "civilized man's burden" yaani muazzab insaan ki zimmedari.</w:t>
      </w:r>
      <w:r>
        <w:br/>
      </w:r>
      <w:r>
        <w:rPr>
          <w:sz w:val="20"/>
        </w:rPr>
        <w:t>31:25  toh western Europe mein ek ek tehzeeb nai wajood mein aayi jo phailte phailte dunya mein phail gayi, jis ko hum kehte hain "western civilization", "modern civilization", "scientific civilization".</w:t>
      </w:r>
      <w:r>
        <w:br/>
      </w:r>
      <w:r>
        <w:rPr>
          <w:sz w:val="20"/>
        </w:rPr>
        <w:t>31:40  toh "white man's burden" ek race batata hai, nasl ko. toh yeh Kipling ne jo banaya tha, yeh toh mujhe agar banana hota toh main kehta ke "civilized man's burden" unhone jo civilization wajood mein laye hain, woh is tarah ko phailana hai.</w:t>
      </w:r>
      <w:r>
        <w:br/>
      </w:r>
      <w:r>
        <w:rPr>
          <w:sz w:val="20"/>
        </w:rPr>
        <w:t>32:03  toh na toh Kipling ne isko sahi lafz mein ada kiya aur na hamare leaders samajh sake isko. hamare leaders kya karna tha? us waqt hamare leaderon ko woh alag karke dekhte ke yeh log sirf attack karne wale nahi hain, hamla aawar nahi hain.</w:t>
      </w:r>
      <w:r>
        <w:br/>
      </w:r>
      <w:r>
        <w:rPr>
          <w:sz w:val="20"/>
        </w:rPr>
        <w:t>32:24  woh ek nai dunya le ke aaye hain, nai civilization, nai taraqqiyan yaani modern education, modern science, modern technology, agriculture ke naye tareeqe,</w:t>
      </w:r>
      <w:r>
        <w:br/>
      </w:r>
      <w:r>
        <w:rPr>
          <w:sz w:val="20"/>
        </w:rPr>
        <w:t>32:38  horticulture ke naye tareeqe, industry ke naye tareeqe. isko kehte hain civilization. to woh alag karke dekhte, inko simple ya ticker na samajhte.</w:t>
      </w:r>
      <w:r>
        <w:br/>
      </w:r>
      <w:r>
        <w:rPr>
          <w:sz w:val="20"/>
        </w:rPr>
        <w:t>32:52  to unhein seekh, woh seekhte, isse, isse seekhte. woh kehte hain ke bhai, woh jo pehlu hai ke duniya mein aa gaye hain, woh apna political sitra qaim kar liya hai, isko chhoro.</w:t>
      </w:r>
      <w:r>
        <w:br/>
      </w:r>
      <w:r>
        <w:rPr>
          <w:sz w:val="20"/>
        </w:rPr>
        <w:t>33:06  inse seekhna hai hamein, modern science seekhna hai kyunke yeh toh hina hamare liye mufeed hain. dawat jo hamari zimmedari hai, woh dawat mein hamein istemal karna hai in cheezon ko.</w:t>
      </w:r>
      <w:r>
        <w:br/>
      </w:r>
      <w:r>
        <w:rPr>
          <w:sz w:val="20"/>
        </w:rPr>
        <w:t>33:22  to yeh dono ko alag karke nahi de sake. isko quran mein kaha gaya hai: "furqan" alag karke dekhna. "furqan" ka matlab hai "al fasl bain al shai'ain".</w:t>
      </w:r>
      <w:r>
        <w:br/>
      </w:r>
      <w:r>
        <w:rPr>
          <w:sz w:val="20"/>
        </w:rPr>
        <w:t>33:32  do cheezon ko farq karna. yeh momin ki ek sifat hai ke farq karke dekh sake woh. "furqan" iske andar ho. lekin hamare leaderon mein ek bhi shakhs nahi jiske andar "furqan" alag karke dekh sake.</w:t>
      </w:r>
      <w:r>
        <w:br/>
      </w:r>
      <w:r>
        <w:rPr>
          <w:sz w:val="20"/>
        </w:rPr>
        <w:t>33:47  sahaba mein yeh cheez maujood thi. main batata hoon aapko sahaba ki misaal.</w:t>
      </w:r>
      <w:r>
        <w:br/>
      </w:r>
      <w:r>
        <w:rPr>
          <w:sz w:val="20"/>
        </w:rPr>
        <w:t>33:51  azmat sahaba ka conference hoti hai yahan par aur jaante bhi nahi ke sahaba kya cheez the. dhammache hue azmat sahaba conference ki.</w:t>
      </w:r>
      <w:r>
        <w:br/>
      </w:r>
      <w:r>
        <w:rPr>
          <w:sz w:val="20"/>
        </w:rPr>
        <w:t>34:02  aap kisi sahabi ka naam lein aur radiallahu taala anhu na kahein to kahenge: "tum tum gustakh ho". logon ne marne hain aapko.</w:t>
      </w:r>
      <w:r>
        <w:br/>
      </w:r>
      <w:r>
        <w:rPr>
          <w:sz w:val="20"/>
        </w:rPr>
        <w:t>34:11  lekin kuch bhi yeh pehlu nahi jaante ke sahaba kya cheez the. azmat azmat sahaba ke dhammachane wale bekhabar hain azmat sahaba se.</w:t>
      </w:r>
      <w:r>
        <w:br/>
      </w:r>
      <w:r>
        <w:rPr>
          <w:sz w:val="20"/>
        </w:rPr>
        <w:t>34:22  main aapko misaal deta hoon. yahi jo hai "furqan" alfasl bain al shai'ain. kitna zabardast bash aurat the woh log.</w:t>
      </w:r>
    </w:p>
    <w:p>
      <w:pPr>
        <w:pStyle w:val="Heading2"/>
      </w:pPr>
      <w:r>
        <w:t>Distinguishing Islam the ideology from Muslims' bad behavior</w:t>
      </w:r>
    </w:p>
    <w:p>
      <w:r>
        <w:rPr>
          <w:color w:val="666666"/>
          <w:sz w:val="18"/>
        </w:rPr>
        <w:t>Living in Falsehood 25 Jan 2009 · 2m 26s · at 1:19:48 · https://youtu.be/Qt8VwwonU9k?t=4788</w:t>
      </w:r>
    </w:p>
    <w:p>
      <w:r>
        <w:rPr>
          <w:i/>
        </w:rPr>
        <w:t>“Muslims do bad things — does that discredit Islam?”</w:t>
      </w:r>
    </w:p>
    <w:p>
      <w:r>
        <w:rPr>
          <w:sz w:val="20"/>
        </w:rPr>
        <w:t>1:19:48  But every day, I come across Muslims who do bad things and engage themselves in falsehood. How do you explain this phenomenon?</w:t>
      </w:r>
      <w:r>
        <w:br/>
      </w:r>
      <w:r>
        <w:rPr>
          <w:sz w:val="20"/>
        </w:rPr>
        <w:t>1:20:03  This part I believe is wrong. Islam is not the best religion. No. Islam is a preserved religion. This is also a falsehood.</w:t>
      </w:r>
      <w:r>
        <w:br/>
      </w:r>
      <w:r>
        <w:rPr>
          <w:sz w:val="20"/>
        </w:rPr>
        <w:t>1:20:14  We are also living in falsehood to believe that Islam is the best religion.</w:t>
      </w:r>
      <w:r>
        <w:br/>
      </w:r>
      <w:r>
        <w:rPr>
          <w:sz w:val="20"/>
        </w:rPr>
        <w:t>1:20:19  No, not at all. Islam is a preserved religion. Every religion was best originally.</w:t>
      </w:r>
      <w:r>
        <w:br/>
      </w:r>
      <w:r>
        <w:rPr>
          <w:sz w:val="20"/>
        </w:rPr>
        <w:t>1:20:31  In different religions, there is no such division that it is good, it is bad. No. Every religion that was sent by God was as best as your religion.</w:t>
      </w:r>
      <w:r>
        <w:br/>
      </w:r>
      <w:r>
        <w:rPr>
          <w:sz w:val="20"/>
        </w:rPr>
        <w:t>1:20:47  The only difference is that Islam is a preserved religion. In Islam, the sacred book of Islam is the Quran.</w:t>
      </w:r>
      <w:r>
        <w:br/>
      </w:r>
      <w:r>
        <w:rPr>
          <w:sz w:val="20"/>
        </w:rPr>
        <w:t>1:20:57  And the Quran is a preserved book. It's a language. It's a text. Everything is preserved. So this is the only difference.</w:t>
      </w:r>
      <w:r>
        <w:br/>
      </w:r>
      <w:r>
        <w:rPr>
          <w:sz w:val="20"/>
        </w:rPr>
        <w:t>1:21:07  And the second thing is that what does the second ask? That they are engaging themselves in falsehood, so. So</w:t>
      </w:r>
      <w:r>
        <w:br/>
      </w:r>
      <w:r>
        <w:rPr>
          <w:sz w:val="20"/>
        </w:rPr>
        <w:t>1:21:17  I have described, I have answered this question several times that you have to differentiate between Islam and Muslims. Both are different.</w:t>
      </w:r>
      <w:r>
        <w:br/>
      </w:r>
      <w:r>
        <w:rPr>
          <w:sz w:val="20"/>
        </w:rPr>
        <w:t>1:21:28  You have to differentiate Islam and Muslims. You have to judge Muslims in the light of Islamic teachings and not vice versa. Muslims are not the criterion.</w:t>
      </w:r>
      <w:r>
        <w:br/>
      </w:r>
      <w:r>
        <w:rPr>
          <w:sz w:val="20"/>
        </w:rPr>
        <w:t>1:21:38  Islam is the criterion. Islam is an ideology. Muslims are a group.</w:t>
      </w:r>
      <w:r>
        <w:br/>
      </w:r>
      <w:r>
        <w:rPr>
          <w:sz w:val="20"/>
        </w:rPr>
        <w:t>1:21:45  So present Muslims are,</w:t>
      </w:r>
      <w:r>
        <w:br/>
      </w:r>
      <w:r>
        <w:rPr>
          <w:sz w:val="20"/>
        </w:rPr>
        <w:t>1:21:49  you know, have deviated from the Islamic path. So what Muslims are doing, that is not Islam.</w:t>
      </w:r>
      <w:r>
        <w:br/>
      </w:r>
      <w:r>
        <w:rPr>
          <w:sz w:val="20"/>
        </w:rPr>
        <w:t>1:21:59  If you want to know what is Islam, you can read the Quran and Hadith and the Sira of the Prophet of Islam.</w:t>
      </w:r>
      <w:r>
        <w:br/>
      </w:r>
      <w:r>
        <w:rPr>
          <w:sz w:val="20"/>
        </w:rPr>
        <w:t>1:22:10  So you have to apply here the law of differentiation.</w:t>
      </w:r>
    </w:p>
    <w:p>
      <w:pPr>
        <w:pStyle w:val="Heading2"/>
      </w:pPr>
      <w:r>
        <w:t>Islam's view on difference and intellectual development</w:t>
      </w:r>
    </w:p>
    <w:p>
      <w:r>
        <w:rPr>
          <w:color w:val="666666"/>
          <w:sz w:val="18"/>
        </w:rPr>
        <w:t>Shantum Seth Group Q&amp;A EL 02 Feb, 08 - Maulana Wahiduddin Khan · 3m 16s · at 21:42 · https://youtu.be/97Uy6wSnQp8?t=1302</w:t>
      </w:r>
    </w:p>
    <w:p>
      <w:r>
        <w:rPr>
          <w:i/>
        </w:rPr>
        <w:t>“Does this mean that everybody has to accept Islam?”</w:t>
      </w:r>
    </w:p>
    <w:p>
      <w:r>
        <w:rPr>
          <w:sz w:val="20"/>
        </w:rPr>
        <w:t>21:42  The Quran says, "Do great jihad with the Quran." Does this mean that everybody has to accept Islam?</w:t>
      </w:r>
      <w:r>
        <w:br/>
      </w:r>
      <w:r>
        <w:rPr>
          <w:sz w:val="20"/>
        </w:rPr>
        <w:t>21:50  Not at all. It is a wrong notion that the Quran says that you have to Islamize the whole world.</w:t>
      </w:r>
      <w:r>
        <w:br/>
      </w:r>
      <w:r>
        <w:rPr>
          <w:sz w:val="20"/>
        </w:rPr>
        <w:t>22:02  It is wrong. Islam believes in difference</w:t>
      </w:r>
      <w:r>
        <w:br/>
      </w:r>
      <w:r>
        <w:rPr>
          <w:sz w:val="20"/>
        </w:rPr>
        <w:t>22:09  . There is a very relevant hadith. Hadith means saying of the Prophet of Islam. So he says that ikhtilaf ummati rahmat.</w:t>
      </w:r>
      <w:r>
        <w:br/>
      </w:r>
      <w:r>
        <w:rPr>
          <w:sz w:val="20"/>
        </w:rPr>
        <w:t>22:22  It means that difference is a blessing of God. Difference of opinion is a blessing of God.</w:t>
      </w:r>
      <w:r>
        <w:br/>
      </w:r>
      <w:r>
        <w:rPr>
          <w:sz w:val="20"/>
        </w:rPr>
        <w:t>22:31  Why?</w:t>
      </w:r>
      <w:r>
        <w:br/>
      </w:r>
      <w:r>
        <w:rPr>
          <w:sz w:val="20"/>
        </w:rPr>
        <w:t>22:33  Because it is difference that creates the atmosphere of discussion. Where there is no difference, there is no discussion, no dialogue.</w:t>
      </w:r>
      <w:r>
        <w:br/>
      </w:r>
      <w:r>
        <w:rPr>
          <w:sz w:val="20"/>
        </w:rPr>
        <w:t>22:47  And without discussion and dialogue, there is no intellectual development. So difference leads to discussion, dialogue.</w:t>
      </w:r>
      <w:r>
        <w:br/>
      </w:r>
      <w:r>
        <w:rPr>
          <w:sz w:val="20"/>
        </w:rPr>
        <w:t>22:58  And dialogue leads to intellectual development.</w:t>
      </w:r>
      <w:r>
        <w:br/>
      </w:r>
      <w:r>
        <w:rPr>
          <w:sz w:val="20"/>
        </w:rPr>
        <w:t>23:02  This is the</w:t>
      </w:r>
      <w:r>
        <w:br/>
      </w:r>
      <w:r>
        <w:rPr>
          <w:sz w:val="20"/>
        </w:rPr>
        <w:t>23:06  Islamic position in this regard.</w:t>
      </w:r>
      <w:r>
        <w:br/>
      </w:r>
      <w:r>
        <w:rPr>
          <w:sz w:val="20"/>
        </w:rPr>
        <w:t>23:13  There is no such verse in the Quran that says that you have to Islamize the whole world. No, not at all.</w:t>
      </w:r>
      <w:r>
        <w:br/>
      </w:r>
      <w:r>
        <w:rPr>
          <w:sz w:val="20"/>
        </w:rPr>
        <w:t>23:22  The main stress of Islam is to develop your personality.</w:t>
      </w:r>
      <w:r>
        <w:br/>
      </w:r>
      <w:r>
        <w:rPr>
          <w:sz w:val="20"/>
        </w:rPr>
        <w:t>23:34  Only developed personality can be allowed to go to paradise. So intellectual development, personality development, and spiritual development, and intellectual development, these things depend on difference</w:t>
      </w:r>
      <w:r>
        <w:br/>
      </w:r>
      <w:r>
        <w:rPr>
          <w:sz w:val="20"/>
        </w:rPr>
        <w:t>23:55  . Without difference, there is no development. Difference means intellectual challenge.</w:t>
      </w:r>
      <w:r>
        <w:br/>
      </w:r>
      <w:r>
        <w:rPr>
          <w:sz w:val="20"/>
        </w:rPr>
        <w:t>24:04  Difference creates a challenging situation. It is very good.</w:t>
      </w:r>
      <w:r>
        <w:br/>
      </w:r>
      <w:r>
        <w:rPr>
          <w:sz w:val="20"/>
        </w:rPr>
        <w:t>24:13  Difference means intellectual challenge. And where there is intellectual challenge, you will try to meet that challenge.</w:t>
      </w:r>
      <w:r>
        <w:br/>
      </w:r>
      <w:r>
        <w:rPr>
          <w:sz w:val="20"/>
        </w:rPr>
        <w:t>24:23  So the process begins. This is the process of intellectual development.</w:t>
      </w:r>
      <w:r>
        <w:br/>
      </w:r>
      <w:r>
        <w:rPr>
          <w:sz w:val="20"/>
        </w:rPr>
        <w:t>24:30  Where there is a process, where there is difference, there is intellectual challenge. And where there is intellectual challenge, there is discussion and dialogue.</w:t>
      </w:r>
      <w:r>
        <w:br/>
      </w:r>
      <w:r>
        <w:rPr>
          <w:sz w:val="20"/>
        </w:rPr>
        <w:t>24:44  And where there is discussion and dialogue, there is intellectual development. This is the best expression of Islam.</w:t>
      </w:r>
    </w:p>
    <w:p>
      <w:pPr>
        <w:pStyle w:val="Heading2"/>
      </w:pPr>
      <w:r>
        <w:t>differentiate Islam from Muslims, not vice versa</w:t>
      </w:r>
    </w:p>
    <w:p>
      <w:r>
        <w:rPr>
          <w:color w:val="666666"/>
          <w:sz w:val="18"/>
        </w:rPr>
        <w:t>Why Have Muslims Turned Violent December 14, 2008 · 34s · at 4:45 · https://youtu.be/TYLK8Jwz8EE?t=285</w:t>
      </w:r>
    </w:p>
    <w:p>
      <w:r>
        <w:rPr>
          <w:i/>
        </w:rPr>
        <w:t>“The answer is simple: differentiate Islam and Muslims.”</w:t>
      </w:r>
    </w:p>
    <w:p>
      <w:r>
        <w:rPr>
          <w:sz w:val="20"/>
        </w:rPr>
        <w:t>4:45  dekhen is ka answer bilkul simple hai.</w:t>
      </w:r>
      <w:r>
        <w:br/>
      </w:r>
      <w:r>
        <w:rPr>
          <w:sz w:val="20"/>
        </w:rPr>
        <w:t>4:51  woh explain hota hai principle of differentiation se. Principle of differentiation ek accepted principle hai.</w:t>
      </w:r>
      <w:r>
        <w:br/>
      </w:r>
      <w:r>
        <w:rPr>
          <w:sz w:val="20"/>
        </w:rPr>
        <w:t>5:02  yani ek cheez, doosri cheez farq karna.</w:t>
      </w:r>
      <w:r>
        <w:br/>
      </w:r>
      <w:r>
        <w:rPr>
          <w:sz w:val="20"/>
        </w:rPr>
        <w:t>5:08  to you have to differentiate between Islam and Muslims.</w:t>
      </w:r>
      <w:r>
        <w:br/>
      </w:r>
      <w:r>
        <w:rPr>
          <w:sz w:val="20"/>
        </w:rPr>
        <w:t>5:12  You have to judge Muslims in the light of Islamic teachings and not vice versa.</w:t>
      </w:r>
    </w:p>
    <w:p>
      <w:pPr>
        <w:pStyle w:val="Heading2"/>
      </w:pPr>
      <w:r>
        <w:t>Background: Mursi's election, ouster, and Muslim world's fury</w:t>
      </w:r>
    </w:p>
    <w:p>
      <w:r>
        <w:rPr>
          <w:color w:val="666666"/>
          <w:sz w:val="18"/>
        </w:rPr>
        <w:t>The Fate of Muslim Ummah (English) May 03, 2014 · 1m 34s · at 0:27 · https://youtu.be/Gu64pZtxdAA?t=27</w:t>
      </w:r>
    </w:p>
    <w:p>
      <w:r>
        <w:rPr>
          <w:i/>
        </w:rPr>
        <w:t>“Dr. Muhammad Mursi is a leader of Muslim Brotherhood and all the Muslims.”</w:t>
      </w:r>
    </w:p>
    <w:p>
      <w:r>
        <w:rPr>
          <w:sz w:val="20"/>
        </w:rPr>
        <w:t>0:27  Dr. Muhammad Mursi is a leader of Muslim Brotherhood and all the Muslims.</w:t>
      </w:r>
      <w:r>
        <w:br/>
      </w:r>
      <w:r>
        <w:rPr>
          <w:sz w:val="20"/>
        </w:rPr>
        <w:t>0:43  He won the election in Egypt, and he was appointed as the President of Egypt after this election.</w:t>
      </w:r>
      <w:r>
        <w:br/>
      </w:r>
      <w:r>
        <w:rPr>
          <w:sz w:val="20"/>
        </w:rPr>
        <w:t>0:58  But after one year,</w:t>
      </w:r>
      <w:r>
        <w:br/>
      </w:r>
      <w:r>
        <w:rPr>
          <w:sz w:val="20"/>
        </w:rPr>
        <w:t>1:04  Muhammad Mursi was deposed by the Egyptian army, and now he is put in jail.</w:t>
      </w:r>
      <w:r>
        <w:br/>
      </w:r>
      <w:r>
        <w:rPr>
          <w:sz w:val="20"/>
        </w:rPr>
        <w:t>1:16  This event was very, very provocative for the Muslim people all over the world.</w:t>
      </w:r>
      <w:r>
        <w:br/>
      </w:r>
      <w:r>
        <w:rPr>
          <w:sz w:val="20"/>
        </w:rPr>
        <w:t>1:28  The whole Muslim world became angry. If you read Muslim magazines, Muslim papers,</w:t>
      </w:r>
      <w:r>
        <w:br/>
      </w:r>
      <w:r>
        <w:rPr>
          <w:sz w:val="20"/>
        </w:rPr>
        <w:t>1:40  everywhere Muslims are issuing very, very fiery statements.</w:t>
      </w:r>
      <w:r>
        <w:br/>
      </w:r>
      <w:r>
        <w:rPr>
          <w:sz w:val="20"/>
        </w:rPr>
        <w:t>1:51  I have read many of these statements.</w:t>
      </w:r>
    </w:p>
    <w:p>
      <w:pPr>
        <w:pStyle w:val="Heading2"/>
      </w:pPr>
      <w:r>
        <w:t>Non-Muslims are not kafir, they are human beings</w:t>
      </w:r>
    </w:p>
    <w:p>
      <w:r>
        <w:rPr>
          <w:color w:val="666666"/>
          <w:sz w:val="18"/>
        </w:rPr>
        <w:t>Islam Principles and Practice (English) September 8, 2007 Maulana Wahiduddin Khan · 32s · at 29:26 · https://youtu.be/2wOdR0to6gs?t=1766</w:t>
      </w:r>
    </w:p>
    <w:p>
      <w:r>
        <w:rPr>
          <w:i/>
        </w:rPr>
        <w:t>“It is wrong. Non-Muslims are not kafir, they are insan.”</w:t>
      </w:r>
    </w:p>
    <w:p>
      <w:r>
        <w:rPr>
          <w:sz w:val="20"/>
        </w:rPr>
        <w:t>29:26  Maulana, why is it so that Islam holds non-Muslims as kafir? It is wrong. Non-Muslims are not kafir.</w:t>
      </w:r>
      <w:r>
        <w:br/>
      </w:r>
      <w:r>
        <w:rPr>
          <w:sz w:val="20"/>
        </w:rPr>
        <w:t>29:37  Non-Muslims are insan.</w:t>
      </w:r>
      <w:r>
        <w:br/>
      </w:r>
      <w:r>
        <w:rPr>
          <w:sz w:val="20"/>
        </w:rPr>
        <w:t>29:43  If you read the Quran, you will find that Islam addresses by saying, "Ayyuha al-nas, ayyuha al-insan." So, all the peoples are insan.</w:t>
      </w:r>
    </w:p>
    <w:p>
      <w:pPr>
        <w:pStyle w:val="Heading2"/>
      </w:pPr>
      <w:r>
        <w:t>Quarrel causes knowledge of Shab-e-Qadr to lift</w:t>
      </w:r>
    </w:p>
    <w:p>
      <w:r>
        <w:rPr>
          <w:color w:val="666666"/>
          <w:sz w:val="18"/>
        </w:rPr>
        <w:t>Shab-e-Qadr October 7, 2007 Maulana Wahiduddin Khan · 52s · at 17:16 · https://youtu.be/zt3RAKDBu7E?t=1036</w:t>
      </w:r>
    </w:p>
    <w:p>
      <w:r>
        <w:rPr>
          <w:i/>
        </w:rPr>
        <w:t>“Do musalman aapas mein jhagad rahe the”</w:t>
      </w:r>
    </w:p>
    <w:p>
      <w:r>
        <w:rPr>
          <w:sz w:val="20"/>
        </w:rPr>
        <w:t>17:16  to wahan kya hua ke do musalman aapas mein jhagad rahe the.</w:t>
      </w:r>
      <w:r>
        <w:br/>
      </w:r>
      <w:r>
        <w:rPr>
          <w:sz w:val="20"/>
        </w:rPr>
        <w:t>17:24  do musalman aapas mein jhagad rahe the. to aap ne logon se kaha ke dekho mujh ko Allah taala ne shab e qadr ka ilm diya tha.</w:t>
      </w:r>
      <w:r>
        <w:br/>
      </w:r>
      <w:r>
        <w:rPr>
          <w:sz w:val="20"/>
        </w:rPr>
        <w:t>17:37  main masjid se nikla ke tum ko yeh ilm bata doon. lekin do musalman lad gaye to kya hua?</w:t>
      </w:r>
      <w:r>
        <w:br/>
      </w:r>
      <w:r>
        <w:rPr>
          <w:sz w:val="20"/>
        </w:rPr>
        <w:t>17:48  farufi at. rufi at, woh ilm hi utha liya gaya. woh ilm hi utha liya gaya.</w:t>
      </w:r>
      <w:r>
        <w:br/>
      </w:r>
      <w:r>
        <w:rPr>
          <w:sz w:val="20"/>
        </w:rPr>
        <w:t>17:59  do musalman aapas mein lad gaye to woh ilm shab e qadr ka utha liya gaya. yaani peghambar se utha liya gaya.</w:t>
      </w:r>
    </w:p>
    <w:p>
      <w:pPr>
        <w:pStyle w:val="Heading2"/>
      </w:pPr>
      <w:r>
        <w:t>why non-Muslims see Muslims as intolerant: the Rushdie case</w:t>
      </w:r>
    </w:p>
    <w:p>
      <w:r>
        <w:rPr>
          <w:color w:val="666666"/>
          <w:sz w:val="18"/>
        </w:rPr>
        <w:t>Islamic Identity, October 25, 2007 · 5m 58s · at 10:22 · https://youtu.be/LGUa7NVauNU?t=622</w:t>
      </w:r>
    </w:p>
    <w:p>
      <w:r>
        <w:rPr>
          <w:i/>
        </w:rPr>
        <w:t>“What is a non-Muslim's impression about Muslims' attitude toward change?”</w:t>
      </w:r>
    </w:p>
    <w:p>
      <w:r>
        <w:rPr>
          <w:sz w:val="20"/>
        </w:rPr>
        <w:t>10:22  What is a non-Muslim's impression about the present Muslim attitude towards accepting socio-geographical changes?</w:t>
      </w:r>
      <w:r>
        <w:br/>
      </w:r>
      <w:r>
        <w:rPr>
          <w:sz w:val="20"/>
        </w:rPr>
        <w:t>10:35  It is a fact that non-Muslims are very negative about Muslims.</w:t>
      </w:r>
      <w:r>
        <w:br/>
      </w:r>
      <w:r>
        <w:rPr>
          <w:sz w:val="20"/>
        </w:rPr>
        <w:t>10:45  Throughout the world, all the non-Muslim people take Muslims as a fundamentalist people, fundamentalist community, extremist community, intolerant community.</w:t>
      </w:r>
      <w:r>
        <w:br/>
      </w:r>
      <w:r>
        <w:rPr>
          <w:sz w:val="20"/>
        </w:rPr>
        <w:t>11:01  So some Muslims say that it is a conspiracy. It is enmity.</w:t>
      </w:r>
      <w:r>
        <w:br/>
      </w:r>
      <w:r>
        <w:rPr>
          <w:sz w:val="20"/>
        </w:rPr>
        <w:t>11:10  They are saying this out of enmity. They say that it is wrong propaganda of media. But all these things are wrong, unfounded.</w:t>
      </w:r>
      <w:r>
        <w:br/>
      </w:r>
      <w:r>
        <w:rPr>
          <w:sz w:val="20"/>
        </w:rPr>
        <w:t>11:22  Why? Because it is because Muslims themselves are responsible for this negative image.</w:t>
      </w:r>
      <w:r>
        <w:br/>
      </w:r>
      <w:r>
        <w:rPr>
          <w:sz w:val="20"/>
        </w:rPr>
        <w:t>11:32  Muslims are engaged in those practices that are called nowadays fundamentalism, extremism, and all that.</w:t>
      </w:r>
      <w:r>
        <w:br/>
      </w:r>
      <w:r>
        <w:rPr>
          <w:sz w:val="20"/>
        </w:rPr>
        <w:t>11:45  Let us take an example.</w:t>
      </w:r>
      <w:r>
        <w:br/>
      </w:r>
      <w:r>
        <w:rPr>
          <w:sz w:val="20"/>
        </w:rPr>
        <w:t>11:49  Salman Rushdie published a book with the title "Satanic Verses."</w:t>
      </w:r>
      <w:r>
        <w:br/>
      </w:r>
      <w:r>
        <w:rPr>
          <w:sz w:val="20"/>
        </w:rPr>
        <w:t>12:00  This book was an objectionable book. I admit that this book was an objectionable book. But what was the Muslims' reaction?</w:t>
      </w:r>
      <w:r>
        <w:br/>
      </w:r>
      <w:r>
        <w:rPr>
          <w:sz w:val="20"/>
        </w:rPr>
        <w:t>12:11  Muslims</w:t>
      </w:r>
      <w:r>
        <w:br/>
      </w:r>
      <w:r>
        <w:rPr>
          <w:sz w:val="20"/>
        </w:rPr>
        <w:t>12:21  proclaimed that we have to kill Salman Rushdie. They issued a fatwa that we have to kill Salman Rushdie.</w:t>
      </w:r>
      <w:r>
        <w:br/>
      </w:r>
      <w:r>
        <w:rPr>
          <w:sz w:val="20"/>
        </w:rPr>
        <w:t>12:29  They burned the copies of his book. They became violent. So if Salman Rushdie published a book with the title "Satanic Verses," these Muslims' behavior was also satanic behavior.</w:t>
      </w:r>
      <w:r>
        <w:br/>
      </w:r>
      <w:r>
        <w:rPr>
          <w:sz w:val="20"/>
        </w:rPr>
        <w:t>12:50  Why this kind of violent behavior? You have to publish a counterbook</w:t>
      </w:r>
      <w:r>
        <w:br/>
      </w:r>
      <w:r>
        <w:rPr>
          <w:sz w:val="20"/>
        </w:rPr>
        <w:t>12:57  . If Salman Rushdie has published a book, you have to publish another book. For example, if he</w:t>
      </w:r>
      <w:r>
        <w:br/>
      </w:r>
      <w:r>
        <w:rPr>
          <w:sz w:val="20"/>
        </w:rPr>
        <w:t>13:13  published a book with the title "Satanic Verses," you can publish another book with the title "Holy Verses." Holy Verses.</w:t>
      </w:r>
      <w:r>
        <w:br/>
      </w:r>
      <w:r>
        <w:rPr>
          <w:sz w:val="20"/>
        </w:rPr>
        <w:t>13:23  So by this negative reaction, Muslims showed that they are unable to publish such a book.</w:t>
      </w:r>
      <w:r>
        <w:br/>
      </w:r>
      <w:r>
        <w:rPr>
          <w:sz w:val="20"/>
        </w:rPr>
        <w:t>13:33  They are unable to counter with</w:t>
      </w:r>
      <w:r>
        <w:br/>
      </w:r>
      <w:r>
        <w:rPr>
          <w:sz w:val="20"/>
        </w:rPr>
        <w:t>13:42  an ideology.</w:t>
      </w:r>
      <w:r>
        <w:br/>
      </w:r>
      <w:r>
        <w:rPr>
          <w:sz w:val="20"/>
        </w:rPr>
        <w:t>13:45  By these negative reactions, Muslims showed that they are unable to publish a book</w:t>
      </w:r>
      <w:r>
        <w:br/>
      </w:r>
      <w:r>
        <w:rPr>
          <w:sz w:val="20"/>
        </w:rPr>
        <w:t>13:55  with the title "Holy Verses." So due to this reaction, due to this violent reaction, all the non-Muslims</w:t>
      </w:r>
      <w:r>
        <w:br/>
      </w:r>
      <w:r>
        <w:rPr>
          <w:sz w:val="20"/>
        </w:rPr>
        <w:t>14:12  became negativ</w:t>
      </w:r>
      <w:r>
        <w:br/>
      </w:r>
      <w:r>
        <w:rPr>
          <w:sz w:val="20"/>
        </w:rPr>
        <w:t>14:14  e. They said that Muslims are fundamentalists, they are extremists, they are intolerant people, they are against the freedom of expression.</w:t>
      </w:r>
      <w:r>
        <w:br/>
      </w:r>
      <w:r>
        <w:rPr>
          <w:sz w:val="20"/>
        </w:rPr>
        <w:t>14:24  So this image was created by Muslims themselves. It was not a conspiracy. It was not out of enmity.</w:t>
      </w:r>
      <w:r>
        <w:br/>
      </w:r>
      <w:r>
        <w:rPr>
          <w:sz w:val="20"/>
        </w:rPr>
        <w:t>14:34  So if Muslims want to correct this image, they have to correct their own behavior. They have to correct their own behavior.</w:t>
      </w:r>
      <w:r>
        <w:br/>
      </w:r>
      <w:r>
        <w:rPr>
          <w:sz w:val="20"/>
        </w:rPr>
        <w:t>14:46  I think that we are living in a world of freedom. Everyone is free. If you want to enjoy freedom, you have to allow others to enjoy freedom.</w:t>
      </w:r>
      <w:r>
        <w:br/>
      </w:r>
      <w:r>
        <w:rPr>
          <w:sz w:val="20"/>
        </w:rPr>
        <w:t>14:59  It is a bilateral issue. It is not possible that you</w:t>
      </w:r>
      <w:r>
        <w:br/>
      </w:r>
      <w:r>
        <w:rPr>
          <w:sz w:val="20"/>
        </w:rPr>
        <w:t>15:08  enjoy freedom and you refer others to enjoy freedom.</w:t>
      </w:r>
      <w:r>
        <w:br/>
      </w:r>
      <w:r>
        <w:rPr>
          <w:sz w:val="20"/>
        </w:rPr>
        <w:t>15:17  Freedom is for both, for us and for others. So Muslims must publish another book. Muslims must counter with ideology.</w:t>
      </w:r>
      <w:r>
        <w:br/>
      </w:r>
      <w:r>
        <w:rPr>
          <w:sz w:val="20"/>
        </w:rPr>
        <w:t>15:30  This was their failure. Due to this failure, their image became a negative image.</w:t>
      </w:r>
      <w:r>
        <w:br/>
      </w:r>
      <w:r>
        <w:rPr>
          <w:sz w:val="20"/>
        </w:rPr>
        <w:t>15:42  People were justified to think that Muslims are intolerant, Muslims are violent people, Muslims are extremists, Muslims are against the freedom of expression.</w:t>
      </w:r>
      <w:r>
        <w:br/>
      </w:r>
      <w:r>
        <w:rPr>
          <w:sz w:val="20"/>
        </w:rPr>
        <w:t>15:55  So I don't think that it was a conspiracy. It was out of enmity. Or it was</w:t>
      </w:r>
      <w:r>
        <w:br/>
      </w:r>
      <w:r>
        <w:rPr>
          <w:sz w:val="20"/>
        </w:rPr>
        <w:t>16:08  the media was against Muslims. No. Muslims themselves were against Muslims.</w:t>
      </w:r>
    </w:p>
    <w:p>
      <w:pPr>
        <w:pStyle w:val="Heading2"/>
      </w:pPr>
      <w:r>
        <w:t>Islam divides people as rabbani, not Muslim/non-Muslim</w:t>
      </w:r>
    </w:p>
    <w:p>
      <w:r>
        <w:rPr>
          <w:color w:val="666666"/>
          <w:sz w:val="18"/>
        </w:rPr>
        <w:t>Political Interpretation of Islam May 16, 2010 · 1m 27s · at 1:00:30 · https://youtu.be/CDpZLOvw2_M?t=3630</w:t>
      </w:r>
    </w:p>
    <w:p>
      <w:r>
        <w:rPr>
          <w:i/>
        </w:rPr>
        <w:t>“What about non-Muslims who follow other religions?”</w:t>
      </w:r>
    </w:p>
    <w:p>
      <w:r>
        <w:rPr>
          <w:sz w:val="20"/>
        </w:rPr>
        <w:t>1:00:30  the question is from miss nigar attaullah from bangalore. you said that the purpose of islam is to prepare the individual for jannah.</w:t>
      </w:r>
      <w:r>
        <w:br/>
      </w:r>
      <w:r>
        <w:rPr>
          <w:sz w:val="20"/>
        </w:rPr>
        <w:t>1:00:43  then what about the non-muslims who follow other religions?</w:t>
      </w:r>
      <w:r>
        <w:br/>
      </w:r>
      <w:r>
        <w:rPr>
          <w:sz w:val="20"/>
        </w:rPr>
        <w:t>1:00:48  what is their purpose? dekhiye, islam mein taqseem jo hai muslim non-muslim ki nahi hai. yeh to musalmanon ne kar rakha hai.</w:t>
      </w:r>
      <w:r>
        <w:br/>
      </w:r>
      <w:r>
        <w:rPr>
          <w:sz w:val="20"/>
        </w:rPr>
        <w:t>1:00:58  islam mein jo taqseem hai woh rabbani aur ghair rabbani ki hai. yeh to ek muslim group hai. yeh sara muslim group jannat mein jayega, aisa to hai nahi.</w:t>
      </w:r>
      <w:r>
        <w:br/>
      </w:r>
      <w:r>
        <w:rPr>
          <w:sz w:val="20"/>
        </w:rPr>
        <w:t>1:01:10  aisa kuch bhi nahi hai. yeh to ek to yeh to ek group hai. bas</w:t>
      </w:r>
      <w:r>
        <w:br/>
      </w:r>
      <w:r>
        <w:rPr>
          <w:sz w:val="20"/>
        </w:rPr>
        <w:t>1:01:17  asal mein kisi bhi insaan, chahe woh musalman ghar mein paida hua ho ya kisi aur ghar mein paida hua ho, usko sachai ko discover karna hoga, apne ko rabbani banana hoga.</w:t>
      </w:r>
      <w:r>
        <w:br/>
      </w:r>
      <w:r>
        <w:rPr>
          <w:sz w:val="20"/>
        </w:rPr>
        <w:t>1:01:28  yani rabb oriented thinking, rabb oriented life, rabb oriented behaviour, rabb oriented character yeh karna hoga. yeh yeh muslim non-muslim ka yeh category hai hi nahi.</w:t>
      </w:r>
      <w:r>
        <w:br/>
      </w:r>
      <w:r>
        <w:rPr>
          <w:sz w:val="20"/>
        </w:rPr>
        <w:t>1:01:42  category jo hai woh rabbani ghair rabbani ki hai. ab woh woh banta hai aadmi marifat se, discovery se, realization se. woh yeh nahi ke musalman ghar mein paida ho gaya to woh jannati hai.</w:t>
      </w:r>
      <w:r>
        <w:br/>
      </w:r>
      <w:r>
        <w:rPr>
          <w:sz w:val="20"/>
        </w:rPr>
        <w:t>1:01:54  musalman ghar mein nahi paida hua to jannati nahi hai. yeh aisa koi islam mein</w:t>
      </w:r>
    </w:p>
    <w:p>
      <w:pPr>
        <w:pStyle w:val="Heading2"/>
      </w:pPr>
      <w:r>
        <w:t>culture differs by country, identity should not be tied to it</w:t>
      </w:r>
    </w:p>
    <w:p>
      <w:r>
        <w:rPr>
          <w:color w:val="666666"/>
          <w:sz w:val="18"/>
        </w:rPr>
        <w:t>Islamic Identity, October 25, 2007 · 45s · at 25:13 · https://youtu.be/LGUa7NVauNU?t=1513</w:t>
      </w:r>
    </w:p>
    <w:p>
      <w:r>
        <w:rPr>
          <w:i/>
        </w:rPr>
        <w:t>“ترکی میں الگ مسلم culture ہے، ایران میں الگ، عرب میں الگ۔”</w:t>
      </w:r>
    </w:p>
    <w:p>
      <w:r>
        <w:rPr>
          <w:sz w:val="20"/>
        </w:rPr>
        <w:t>25:13  Turkish culture yani aap dekhiye, aap jayen different countries mein. Turki mein alag Muslim culture hai, Iran mein alag Muslim culture hai, Arab mein alag Muslim culture hai.</w:t>
      </w:r>
      <w:r>
        <w:br/>
      </w:r>
      <w:r>
        <w:rPr>
          <w:sz w:val="20"/>
        </w:rPr>
        <w:t>25:26  Har jagah aisa hi hai. Yahan tak ke India mein agar aap safar karen toh South India ke musalmanon ko dekhiye aur North India ke musalmanon ko dekhiye.</w:t>
      </w:r>
      <w:r>
        <w:br/>
      </w:r>
      <w:r>
        <w:rPr>
          <w:sz w:val="20"/>
        </w:rPr>
        <w:t>25:35  Dono ke culture alag alag hain, alag alag hain. Lekin musalman sab hain.</w:t>
      </w:r>
      <w:r>
        <w:br/>
      </w:r>
      <w:r>
        <w:rPr>
          <w:sz w:val="20"/>
        </w:rPr>
        <w:t>25:41  Sab Khuda ko mante hain, sab Quran ko mante hain, sab namaz parhte hain. Isi ka Islam mein kami nahi hai. Toh main yeh kahunga ke shanakht ya identity ko culture se jodna yeh bohat hi ghalat baat hai.</w:t>
      </w:r>
    </w:p>
    <w:p>
      <w:pPr>
        <w:pStyle w:val="Heading2"/>
      </w:pPr>
      <w:r>
        <w:t>Manage differences, don't try to eliminate them</w:t>
      </w:r>
    </w:p>
    <w:p>
      <w:r>
        <w:rPr>
          <w:color w:val="666666"/>
          <w:sz w:val="18"/>
        </w:rPr>
        <w:t>Role Of Ikhwan-e-Rasool 2 April 2011 · 2m 43s · at 1:07:25 · https://youtu.be/I9Tc1YwhAkA?t=4045</w:t>
      </w:r>
    </w:p>
    <w:p>
      <w:r>
        <w:rPr>
          <w:i/>
        </w:rPr>
        <w:t>“Kis cheez se mujhe khatra nahi hai, farmaya Rasool Allah ne”</w:t>
      </w:r>
    </w:p>
    <w:p>
      <w:r>
        <w:rPr>
          <w:sz w:val="20"/>
        </w:rPr>
        <w:t>1:07:25  khatra kiya hai? aapas mein ikhtilafat se khatra hai. yeh hadees hai baqaida. kyun khatra hai?</w:t>
      </w:r>
      <w:r>
        <w:br/>
      </w:r>
      <w:r>
        <w:rPr>
          <w:sz w:val="20"/>
        </w:rPr>
        <w:t>1:07:35  log jo hain ikhtilaf ko ya difference ko samajh letay hain ke yeh to mitana chahiye. difference ko mitanay ki cheez samajh letay hain. aam tor par yeh insaanon ka mizaj yeh hai.</w:t>
      </w:r>
      <w:r>
        <w:br/>
      </w:r>
      <w:r>
        <w:rPr>
          <w:sz w:val="20"/>
        </w:rPr>
        <w:t>1:07:47  musalmanon mein bhi hai aur secular logon mein bhi hai. ke difference ko evil samajhtay hain, evil, burai. chahtay hain ke is ko mitayo. jitni bhi musalmanon ki conference honi hai, ittehad conference hoti hai.</w:t>
      </w:r>
      <w:r>
        <w:br/>
      </w:r>
      <w:r>
        <w:rPr>
          <w:sz w:val="20"/>
        </w:rPr>
        <w:t>1:08:02  mein poori zindagi dekhta raha hoon ke logon ki musalmanon ki ittehad conference</w:t>
      </w:r>
      <w:r>
        <w:br/>
      </w:r>
      <w:r>
        <w:rPr>
          <w:sz w:val="20"/>
        </w:rPr>
        <w:t>1:08:05  to is mein kya kehte hain? ikhtilaf ko bhulao, ikhtilaf ko mitao. yaani ikhtilaf ko mita kar ke ittehad qaim karne ke program banate hain log.</w:t>
      </w:r>
      <w:r>
        <w:br/>
      </w:r>
      <w:r>
        <w:rPr>
          <w:sz w:val="20"/>
        </w:rPr>
        <w:t>1:08:14  woh mumkin hi nahin. to is cheez ko log bhool jaate hain ke ikhtilaf ko humein manage karna hai. ikhtilaf ko mitana nahin hai.</w:t>
      </w:r>
      <w:r>
        <w:br/>
      </w:r>
      <w:r>
        <w:rPr>
          <w:sz w:val="20"/>
        </w:rPr>
        <w:t>1:08:26  yaani you have to learn the art of difference management and not art of eliminating the differences to differences ko mitana yeh koi yeh koi kaam nahin hai, namumkin hai.</w:t>
      </w:r>
      <w:r>
        <w:br/>
      </w:r>
      <w:r>
        <w:rPr>
          <w:sz w:val="20"/>
        </w:rPr>
        <w:t>1:08:44  doosri baat yeh hai ke difference jo hai, mein isi se darta hoon apni team ke liye. ab mujhe aap dekhte hain ke mein boorha ho chuka hoon, mujhe nahin maloom ke mein kab tak dunya mein hoon.</w:t>
      </w:r>
      <w:r>
        <w:br/>
      </w:r>
      <w:r>
        <w:rPr>
          <w:sz w:val="20"/>
        </w:rPr>
        <w:t>1:08:56  is liye mein ne kaha ke my role is over to apne baad jis se mein darta hoon, woh sirf aik hi cheez se ke aap logon mein ikhtilafat paida hon, differences paida hon aur kuch bhi nahin.</w:t>
      </w:r>
      <w:r>
        <w:br/>
      </w:r>
      <w:r>
        <w:rPr>
          <w:sz w:val="20"/>
        </w:rPr>
        <w:t>1:09:05  kyon ke sab kuch ho chuka hai.</w:t>
      </w:r>
      <w:r>
        <w:br/>
      </w:r>
      <w:r>
        <w:rPr>
          <w:sz w:val="20"/>
        </w:rPr>
        <w:t>1:09:08  sab kuch ho chuka hai. to difference jo hai, yeh Allah taala ka paida kiya hua hai. insaan ka paida kiya hua nahin hai.</w:t>
      </w:r>
      <w:r>
        <w:br/>
      </w:r>
      <w:r>
        <w:rPr>
          <w:sz w:val="20"/>
        </w:rPr>
        <w:t>1:09:19  kyon? Allah taala ka jo nizam hai, woh difference based hai. difference se kis liye hai? difference se challenge, intellectual challenge aate hain.</w:t>
      </w:r>
      <w:r>
        <w:br/>
      </w:r>
      <w:r>
        <w:rPr>
          <w:sz w:val="20"/>
        </w:rPr>
        <w:t>1:09:29  is se intellectual discussion hote hain. is se aadmi ka mind activate hota hai. is se yaani jis ko kehte hain intellectual awakening aati hai.</w:t>
      </w:r>
      <w:r>
        <w:br/>
      </w:r>
      <w:r>
        <w:rPr>
          <w:sz w:val="20"/>
        </w:rPr>
        <w:t>1:09:39  phir naye naye ideas samajh aate hain. naye naye khayalat emerge karte hain. aur intellectual development hota rehta hai barabar.</w:t>
      </w:r>
      <w:r>
        <w:br/>
      </w:r>
      <w:r>
        <w:rPr>
          <w:sz w:val="20"/>
        </w:rPr>
        <w:t>1:09:47  to difference to aik nemat hai. ikhtilaf ummat rehmat ka matlab yahi hai. kuch log is is hadees ko tazeef karte hain. mein samajhta hoon ke bilkul sahi hadees hai.</w:t>
      </w:r>
      <w:r>
        <w:br/>
      </w:r>
      <w:r>
        <w:rPr>
          <w:sz w:val="20"/>
        </w:rPr>
        <w:t>1:09:58  rehmat ke maani yeh hain ke agar tum ikhtilaf ko bardasht karoge, ikhtilaf ko manage karna seekhoge, to ikhtilaf rehmat ban jayenge tumhare.</w:t>
      </w:r>
    </w:p>
    <w:p>
      <w:pPr>
        <w:pStyle w:val="Heading2"/>
      </w:pPr>
      <w:r>
        <w:t>Self-critique of Muslim negativity and freedom found in India</w:t>
      </w:r>
    </w:p>
    <w:p>
      <w:r>
        <w:rPr>
          <w:color w:val="666666"/>
          <w:sz w:val="18"/>
        </w:rPr>
        <w:t>On World Religions Diversity not Dissension March 9, 2013 · 5m 54s · at 25:36 · https://youtu.be/8enJoTTAH5k?t=1536</w:t>
      </w:r>
    </w:p>
    <w:p>
      <w:r>
        <w:rPr>
          <w:i/>
        </w:rPr>
        <w:t>“I have complaints toward the Muslim community”</w:t>
      </w:r>
    </w:p>
    <w:p>
      <w:r>
        <w:rPr>
          <w:sz w:val="20"/>
        </w:rPr>
        <w:t>25:36  . As far as the religion of Islam is concerned, I have never found any principles or tenets in Islam about which I can say that I abhor this principle.</w:t>
      </w:r>
      <w:r>
        <w:br/>
      </w:r>
      <w:r>
        <w:rPr>
          <w:sz w:val="20"/>
        </w:rPr>
        <w:t>25:52  No. But as far as the Muslim community is concerned, I have a number of complaints towards the Muslim community.</w:t>
      </w:r>
      <w:r>
        <w:br/>
      </w:r>
      <w:r>
        <w:rPr>
          <w:sz w:val="20"/>
        </w:rPr>
        <w:t>26:01  For example, almost all the present Muslims live in negative thinking. Almost all the Muslims.</w:t>
      </w:r>
      <w:r>
        <w:br/>
      </w:r>
      <w:r>
        <w:rPr>
          <w:sz w:val="20"/>
        </w:rPr>
        <w:t>26:12  I traveled so many countries, from India to the USA, from India to Arab countries.</w:t>
      </w:r>
      <w:r>
        <w:br/>
      </w:r>
      <w:r>
        <w:rPr>
          <w:sz w:val="20"/>
        </w:rPr>
        <w:t>26:21  Everywhere I have found, those Muslims are living in negativity. They always complain about other nations.</w:t>
      </w:r>
      <w:r>
        <w:br/>
      </w:r>
      <w:r>
        <w:rPr>
          <w:sz w:val="20"/>
        </w:rPr>
        <w:t>26:32  Arabs say that America is "Adhoob al-Islam rakam vahid." Other Muslims say America is the enemy number one of Islam.</w:t>
      </w:r>
      <w:r>
        <w:br/>
      </w:r>
      <w:r>
        <w:rPr>
          <w:sz w:val="20"/>
        </w:rPr>
        <w:t>26:44  This is wrong, completely wrong.</w:t>
      </w:r>
      <w:r>
        <w:br/>
      </w:r>
      <w:r>
        <w:rPr>
          <w:sz w:val="20"/>
        </w:rPr>
        <w:t>26:49  According to Quranic teachings, and I don't believe that anyone is our enemy.</w:t>
      </w:r>
      <w:r>
        <w:br/>
      </w:r>
      <w:r>
        <w:rPr>
          <w:sz w:val="20"/>
        </w:rPr>
        <w:t>26:59  I don't believe this notion. But if there is any enemy, for the sake of argument, I would say that if there is any enemy, then what the Quran says?</w:t>
      </w:r>
      <w:r>
        <w:br/>
      </w:r>
      <w:r>
        <w:rPr>
          <w:sz w:val="20"/>
        </w:rPr>
        <w:t>27:17  There is a verse in the Quran:</w:t>
      </w:r>
      <w:r>
        <w:br/>
      </w:r>
      <w:r>
        <w:rPr>
          <w:sz w:val="20"/>
        </w:rPr>
        <w:t>27:28  It means that do good deeds in return for bad deeds,</w:t>
      </w:r>
      <w:r>
        <w:br/>
      </w:r>
      <w:r>
        <w:rPr>
          <w:sz w:val="20"/>
        </w:rPr>
        <w:t>27:36  and you will find that your enemy has become your dearest friend." What a revolutionary idea! According to this Quranic verse, there is no</w:t>
      </w:r>
      <w:r>
        <w:br/>
      </w:r>
      <w:r>
        <w:rPr>
          <w:sz w:val="20"/>
        </w:rPr>
        <w:t>27:52  enemy. Every human being is either your friend or potential friend. So turn this potential into actual.</w:t>
      </w:r>
      <w:r>
        <w:br/>
      </w:r>
      <w:r>
        <w:rPr>
          <w:sz w:val="20"/>
        </w:rPr>
        <w:t>28:02  So why complain against an enemy?</w:t>
      </w:r>
      <w:r>
        <w:br/>
      </w:r>
      <w:r>
        <w:rPr>
          <w:sz w:val="20"/>
        </w:rPr>
        <w:t>28:05  So I have completely</w:t>
      </w:r>
      <w:r>
        <w:br/>
      </w:r>
      <w:r>
        <w:rPr>
          <w:sz w:val="20"/>
        </w:rPr>
        <w:t>28:11  rejected this idea that the world is our enemy. They are conspirators. Then the other aspect of this negative thinking is that when you live in negative thinking,</w:t>
      </w:r>
      <w:r>
        <w:br/>
      </w:r>
      <w:r>
        <w:rPr>
          <w:sz w:val="20"/>
        </w:rPr>
        <w:t>28:27  you will lose the greatest blessing of God,</w:t>
      </w:r>
      <w:r>
        <w:br/>
      </w:r>
      <w:r>
        <w:rPr>
          <w:sz w:val="20"/>
        </w:rPr>
        <w:t>28:33  because all the blessings of God lie in positive thinking. Positive thinking. If you are a positive thinker, then you are able to develop your mind.</w:t>
      </w:r>
      <w:r>
        <w:br/>
      </w:r>
      <w:r>
        <w:rPr>
          <w:sz w:val="20"/>
        </w:rPr>
        <w:t>28:50  Intellectual development and spiritual development</w:t>
      </w:r>
      <w:r>
        <w:br/>
      </w:r>
      <w:r>
        <w:rPr>
          <w:sz w:val="20"/>
        </w:rPr>
        <w:t>28:57  is based completely on positive think</w:t>
      </w:r>
      <w:r>
        <w:br/>
      </w:r>
      <w:r>
        <w:rPr>
          <w:sz w:val="20"/>
        </w:rPr>
        <w:t>29:00  ing. So those Muslims who are living in negative thinking, in negative thought, they have deprived themselves by spiritual development and by intellectual development.</w:t>
      </w:r>
      <w:r>
        <w:br/>
      </w:r>
      <w:r>
        <w:rPr>
          <w:sz w:val="20"/>
        </w:rPr>
        <w:t>29:14  So this kind of thinking is completely wrong. And I abhor this kind of thinking, although all the Muslims are living in this thought.</w:t>
      </w:r>
      <w:r>
        <w:br/>
      </w:r>
      <w:r>
        <w:rPr>
          <w:sz w:val="20"/>
        </w:rPr>
        <w:t>29:25  Recently, I participated in a Muslim seminar.</w:t>
      </w:r>
      <w:r>
        <w:br/>
      </w:r>
      <w:r>
        <w:rPr>
          <w:sz w:val="20"/>
        </w:rPr>
        <w:t>29:33  There were so many Muslim scholars, and all were educated. And what was the gist of that seminar?</w:t>
      </w:r>
      <w:r>
        <w:br/>
      </w:r>
      <w:r>
        <w:rPr>
          <w:sz w:val="20"/>
        </w:rPr>
        <w:t>29:42  They said that Muslims are under siege. This was their word. Muslims are living under siege.</w:t>
      </w:r>
      <w:r>
        <w:br/>
      </w:r>
      <w:r>
        <w:rPr>
          <w:sz w:val="20"/>
        </w:rPr>
        <w:t>29:53  This is completely wrong.</w:t>
      </w:r>
      <w:r>
        <w:br/>
      </w:r>
      <w:r>
        <w:rPr>
          <w:sz w:val="20"/>
        </w:rPr>
        <w:t>29:58  You know, I am in India.</w:t>
      </w:r>
      <w:r>
        <w:br/>
      </w:r>
      <w:r>
        <w:rPr>
          <w:sz w:val="20"/>
        </w:rPr>
        <w:t>30:00  I am proud to be an Indian because I believe that in India, I am better than all those Muslim countries.</w:t>
      </w:r>
      <w:r>
        <w:br/>
      </w:r>
      <w:r>
        <w:rPr>
          <w:sz w:val="20"/>
        </w:rPr>
        <w:t>30:13  You know, there are 58 Muslim countries. I have traveled to all Muslim countries.</w:t>
      </w:r>
      <w:r>
        <w:br/>
      </w:r>
      <w:r>
        <w:rPr>
          <w:sz w:val="20"/>
        </w:rPr>
        <w:t>30:20  But I can say with conviction that in India, I found more opportunities than are prevalent in those Muslim countries.</w:t>
      </w:r>
      <w:r>
        <w:br/>
      </w:r>
      <w:r>
        <w:rPr>
          <w:sz w:val="20"/>
        </w:rPr>
        <w:t>30:34  For example, if you want to do something,</w:t>
      </w:r>
      <w:r>
        <w:br/>
      </w:r>
      <w:r>
        <w:rPr>
          <w:sz w:val="20"/>
        </w:rPr>
        <w:t>30:44  there are two conditions:</w:t>
      </w:r>
      <w:r>
        <w:br/>
      </w:r>
      <w:r>
        <w:rPr>
          <w:sz w:val="20"/>
        </w:rPr>
        <w:t>30:47  one, peace, and the second, freedom. Without peace and freedom, you cannot do anything, any great thing.</w:t>
      </w:r>
      <w:r>
        <w:br/>
      </w:r>
      <w:r>
        <w:rPr>
          <w:sz w:val="20"/>
        </w:rPr>
        <w:t>30:57  And I can say according to my experience, but in Muslim countries, you cannot find both. If in any country there is freedom, there is no peace.</w:t>
      </w:r>
      <w:r>
        <w:br/>
      </w:r>
      <w:r>
        <w:rPr>
          <w:sz w:val="20"/>
        </w:rPr>
        <w:t>31:09  And if there is peace, there is no freedom. But in India, I enjoy the both</w:t>
      </w:r>
      <w:r>
        <w:br/>
      </w:r>
      <w:r>
        <w:rPr>
          <w:sz w:val="20"/>
        </w:rPr>
        <w:t>31:17  . In India, I enjoy the both. Here, I enjoy peace. Peace, and at the same time, I enjoy freedom. So I always</w:t>
      </w:r>
    </w:p>
    <w:p>
      <w:pPr>
        <w:pStyle w:val="Heading2"/>
      </w:pPr>
      <w:r>
        <w:t>Maulana's shocking experience: all humanity confused, Muslim and non-Muslim</w:t>
      </w:r>
    </w:p>
    <w:p>
      <w:r>
        <w:rPr>
          <w:color w:val="666666"/>
          <w:sz w:val="18"/>
        </w:rPr>
        <w:t>Process of Intellectual Development March 23, 2008 · 1m 27s · at 1:26 · https://youtu.be/nrFnOc8C9JM?t=86</w:t>
      </w:r>
    </w:p>
    <w:p>
      <w:r>
        <w:rPr>
          <w:i/>
        </w:rPr>
        <w:t>“Meri zindagi ka sabse bada shocking experience yeh hai”</w:t>
      </w:r>
    </w:p>
    <w:p>
      <w:r>
        <w:rPr>
          <w:sz w:val="20"/>
        </w:rPr>
        <w:t>1:26  to meri zindagi ka shocking experience yeh hai</w:t>
      </w:r>
      <w:r>
        <w:br/>
      </w:r>
      <w:r>
        <w:rPr>
          <w:sz w:val="20"/>
        </w:rPr>
        <w:t>1:33  keh mein ne paya keh dunya ke tamam log confusion mein jee rahe hain. Sabhi log, Muslim bhi aur non Muslim bhi.</w:t>
      </w:r>
      <w:r>
        <w:br/>
      </w:r>
      <w:r>
        <w:rPr>
          <w:sz w:val="20"/>
        </w:rPr>
        <w:t>1:47  Dekhein, jo bilkul technical type ke subject hote hain, jaise poocha jaye keh do aur do kitna hua? To aap kahengay chaar.</w:t>
      </w:r>
      <w:r>
        <w:br/>
      </w:r>
      <w:r>
        <w:rPr>
          <w:sz w:val="20"/>
        </w:rPr>
        <w:t>1:58  Chaar chaar kitna hua? To aap kahengay aath.</w:t>
      </w:r>
      <w:r>
        <w:br/>
      </w:r>
      <w:r>
        <w:rPr>
          <w:sz w:val="20"/>
        </w:rPr>
        <w:t>2:02  Is tarah ki cheezon mein to log confusion mein nahi hote hain. Lekin jo bhi intellectual subject hain, jo fikri mozuat hain,</w:t>
      </w:r>
      <w:r>
        <w:br/>
      </w:r>
      <w:r>
        <w:rPr>
          <w:sz w:val="20"/>
        </w:rPr>
        <w:t>2:16  in mein saare hi log, one to all, confusion mein mubtala hain. Muslim bhi aur non Muslim bhi. Muslim leader bhi aur non Muslim leader bhi.</w:t>
      </w:r>
      <w:r>
        <w:br/>
      </w:r>
      <w:r>
        <w:rPr>
          <w:sz w:val="20"/>
        </w:rPr>
        <w:t>2:28  Dekhein, mein bol raha hoon un logon ke baray mein jo educated hote hain, jo logon ko lead dete hain, jo press mein atay hain.</w:t>
      </w:r>
      <w:r>
        <w:br/>
      </w:r>
      <w:r>
        <w:rPr>
          <w:sz w:val="20"/>
        </w:rPr>
        <w:t>2:40  Aisay mein koi mein exception nahi paya, sab confusion mein. Yeh meri zindagi ka sab se zyada shocking experience hai.</w:t>
      </w:r>
    </w:p>
    <w:p>
      <w:pPr>
        <w:pStyle w:val="Heading2"/>
      </w:pPr>
      <w:r>
        <w:t>All people are in confusion</w:t>
      </w:r>
    </w:p>
    <w:p>
      <w:r>
        <w:rPr>
          <w:color w:val="666666"/>
          <w:sz w:val="18"/>
        </w:rPr>
        <w:t>Process of Intellectual Development March 23, 2008 Maulana Wahiduddin Khan · 37s · at 2:16 · https://youtu.be/Oyhw-tDcT70?t=136</w:t>
      </w:r>
    </w:p>
    <w:p>
      <w:r>
        <w:rPr>
          <w:i/>
        </w:rPr>
        <w:t>“In mein saare hi log confusion mein mubtala hain.”</w:t>
      </w:r>
    </w:p>
    <w:p>
      <w:r>
        <w:rPr>
          <w:sz w:val="20"/>
        </w:rPr>
        <w:t>2:16  in mein saare hi log, one to all, confusion mein mubtala hain. muslim bhi aur non muslim bhi. muslim leader bhi aur non muslim leader bhi.</w:t>
      </w:r>
      <w:r>
        <w:br/>
      </w:r>
      <w:r>
        <w:rPr>
          <w:sz w:val="20"/>
        </w:rPr>
        <w:t>2:28  dekhen main bol raha hoon in logon ke bare mein jo educated hote hain, jo logon ko lead dete hain, jo press mein ate hain.</w:t>
      </w:r>
      <w:r>
        <w:br/>
      </w:r>
      <w:r>
        <w:rPr>
          <w:sz w:val="20"/>
        </w:rPr>
        <w:t>2:39  aise mein koi main exception nahi paya, sab confusion mein. yeh meri zindagi ka sab se zyada shocking experience hai.</w:t>
      </w:r>
      <w:r>
        <w:br/>
      </w:r>
      <w:r>
        <w:rPr>
          <w:sz w:val="20"/>
        </w:rPr>
        <w:t>2:54  kuch example main doonga aap ko aaj ki is talk mein. aur is se pehle bhi main aise example deta raha hoon.</w:t>
      </w:r>
    </w:p>
    <w:p>
      <w:pPr>
        <w:pStyle w:val="Heading2"/>
      </w:pPr>
      <w:r>
        <w:t>Muslims degenerate but the Islamic text never does</w:t>
      </w:r>
    </w:p>
    <w:p>
      <w:r>
        <w:rPr>
          <w:color w:val="666666"/>
          <w:sz w:val="18"/>
        </w:rPr>
        <w:t>In Conversation with Maulana Wahiduddin Khan English · 2m 55s · at 33:43 · https://youtu.be/QZrkP8Z3Fv8?t=2023</w:t>
      </w:r>
    </w:p>
    <w:p>
      <w:r>
        <w:rPr>
          <w:i/>
        </w:rPr>
        <w:t>“The source of Islam is the Qur'an, and texts cannot be changed”</w:t>
      </w:r>
    </w:p>
    <w:p>
      <w:r>
        <w:rPr>
          <w:sz w:val="20"/>
        </w:rPr>
        <w:t>33:43  ion. If that is the case, then why do Muslims today are involved in activities like drugs, militancy, cheating, bribery?</w:t>
      </w:r>
      <w:r>
        <w:br/>
      </w:r>
      <w:r>
        <w:rPr>
          <w:sz w:val="20"/>
        </w:rPr>
        <w:t>33:53  What is the reason behind it? You know, Islam means</w:t>
      </w:r>
      <w:r>
        <w:br/>
      </w:r>
      <w:r>
        <w:rPr>
          <w:sz w:val="20"/>
        </w:rPr>
        <w:t>34:02  Islam is a set of teachings. The source of Islam is the Qur'an.</w:t>
      </w:r>
      <w:r>
        <w:br/>
      </w:r>
      <w:r>
        <w:rPr>
          <w:sz w:val="20"/>
        </w:rPr>
        <w:t>34:11  So, the Qur'an is a text. And texts cannot be changed. But Muslims are a community.</w:t>
      </w:r>
      <w:r>
        <w:br/>
      </w:r>
      <w:r>
        <w:rPr>
          <w:sz w:val="20"/>
        </w:rPr>
        <w:t>34:21  And in community, every time there are changes. For example, the Prophet of Islam</w:t>
      </w:r>
      <w:r>
        <w:br/>
      </w:r>
      <w:r>
        <w:rPr>
          <w:sz w:val="20"/>
        </w:rPr>
        <w:t>34:33  trained some Muslims, those who were contemporaries.</w:t>
      </w:r>
      <w:r>
        <w:br/>
      </w:r>
      <w:r>
        <w:rPr>
          <w:sz w:val="20"/>
        </w:rPr>
        <w:t>34:39  He trained contemporary Muslims. But</w:t>
      </w:r>
      <w:r>
        <w:br/>
      </w:r>
      <w:r>
        <w:rPr>
          <w:sz w:val="20"/>
        </w:rPr>
        <w:t>34:46  after some years, after fifty years or so, all those people died. Now, there was a new generation.</w:t>
      </w:r>
      <w:r>
        <w:br/>
      </w:r>
      <w:r>
        <w:rPr>
          <w:sz w:val="20"/>
        </w:rPr>
        <w:t>35:00  So, community is the subject of degeneration. Because there is every time there are some some are born and some are some die due to this life and death, due to this law of life and death,</w:t>
      </w:r>
      <w:r>
        <w:br/>
      </w:r>
      <w:r>
        <w:rPr>
          <w:sz w:val="20"/>
        </w:rPr>
        <w:t>35:24  community is always subject to degeneration. But text is not</w:t>
      </w:r>
      <w:r>
        <w:br/>
      </w:r>
      <w:r>
        <w:rPr>
          <w:sz w:val="20"/>
        </w:rPr>
        <w:t>35:29  . There is no degeneration in text. So, Islam as a divine text is preserved up to this date.</w:t>
      </w:r>
      <w:r>
        <w:br/>
      </w:r>
      <w:r>
        <w:rPr>
          <w:sz w:val="20"/>
        </w:rPr>
        <w:t>35:42  But Muslims are victims of degeneration. Due to this reason, there is</w:t>
      </w:r>
      <w:r>
        <w:br/>
      </w:r>
      <w:r>
        <w:rPr>
          <w:sz w:val="20"/>
        </w:rPr>
        <w:t>35:54  a teaching of there is a law of Tajde</w:t>
      </w:r>
      <w:r>
        <w:br/>
      </w:r>
      <w:r>
        <w:rPr>
          <w:sz w:val="20"/>
        </w:rPr>
        <w:t>35:56  ed. The Prophet of Islam has said that after every one hundred years, you have to revive Muslims. You have to do Tajdeed.</w:t>
      </w:r>
      <w:r>
        <w:br/>
      </w:r>
      <w:r>
        <w:rPr>
          <w:sz w:val="20"/>
        </w:rPr>
        <w:t>36:06  Tajdeed means revival. So, after every hundred means after some generations, it needs to be revived.</w:t>
      </w:r>
      <w:r>
        <w:br/>
      </w:r>
      <w:r>
        <w:rPr>
          <w:sz w:val="20"/>
        </w:rPr>
        <w:t>36:17  So, Muslims need revival due to this degeneration.</w:t>
      </w:r>
      <w:r>
        <w:br/>
      </w:r>
      <w:r>
        <w:rPr>
          <w:sz w:val="20"/>
        </w:rPr>
        <w:t>36:27  So, there is a difference between Islamic scripture and Islamic community. Community is subject to degeneration.</w:t>
      </w:r>
    </w:p>
    <w:p>
      <w:pPr>
        <w:pStyle w:val="Heading2"/>
      </w:pPr>
      <w:r>
        <w:t>Warning to Muslims from Jewish history</w:t>
      </w:r>
    </w:p>
    <w:p>
      <w:r>
        <w:rPr>
          <w:color w:val="666666"/>
          <w:sz w:val="18"/>
        </w:rPr>
        <w:t>Dars-e-Quran, Chapter 2, Verse 40-43 January 21, 2018 · 2m 53s · at 8:14 · https://youtu.be/K21vgozgMd8?t=494</w:t>
      </w:r>
    </w:p>
    <w:p>
      <w:r>
        <w:rPr>
          <w:i/>
        </w:rPr>
        <w:t>“Yeh mazammat yahood ki aayat nahi hai”</w:t>
      </w:r>
    </w:p>
    <w:p>
      <w:r>
        <w:rPr>
          <w:sz w:val="20"/>
        </w:rPr>
        <w:t>8:14  yeh mazammat yahud ki ayat nahi hai, mazammat yahud ki surah nahi hai, balkeh ummat muslema ko warning ki surah hai ke tumhare sath bhi aisa hoga, kyunke hadith mein likha hai: "latatba'un min qablakum".</w:t>
      </w:r>
      <w:r>
        <w:br/>
      </w:r>
      <w:r>
        <w:rPr>
          <w:sz w:val="20"/>
        </w:rPr>
        <w:t>8:38  yani pichhli ummat, yani yahud mein jo bigad aya, woh zaroor tumhare andar bhi ayega.</w:t>
      </w:r>
      <w:r>
        <w:br/>
      </w:r>
      <w:r>
        <w:rPr>
          <w:sz w:val="20"/>
        </w:rPr>
        <w:t>8:49  yeh kitni ajeeb baat hai.</w:t>
      </w:r>
      <w:r>
        <w:br/>
      </w:r>
      <w:r>
        <w:rPr>
          <w:sz w:val="20"/>
        </w:rPr>
        <w:t>8:56  to Quran ki is surah mein aur in ayaton mein jo tazkira hai yahud ka, woh haqeeqat mein musalmanon ke liye,</w:t>
      </w:r>
      <w:r>
        <w:br/>
      </w:r>
      <w:r>
        <w:rPr>
          <w:sz w:val="20"/>
        </w:rPr>
        <w:t>9:10  ummat e muslema ke liye naseehat nama hai,</w:t>
      </w:r>
      <w:r>
        <w:br/>
      </w:r>
      <w:r>
        <w:rPr>
          <w:sz w:val="20"/>
        </w:rPr>
        <w:t>9:17  musalmanon ke liye warning hai.</w:t>
      </w:r>
      <w:r>
        <w:br/>
      </w:r>
      <w:r>
        <w:rPr>
          <w:sz w:val="20"/>
        </w:rPr>
        <w:t>9:22  is liye is is in ayaton ko</w:t>
      </w:r>
      <w:r>
        <w:br/>
      </w:r>
      <w:r>
        <w:rPr>
          <w:sz w:val="20"/>
        </w:rPr>
        <w:t>9:29  is pas manzar mein parhna chahiye aur ghor karna chahiye. ab aap dekhiye, aaj ka jo musalman hai, jo choda sau saal beet chuka hai is ke upar, to aaj kya halat hai?</w:t>
      </w:r>
      <w:r>
        <w:br/>
      </w:r>
      <w:r>
        <w:rPr>
          <w:sz w:val="20"/>
        </w:rPr>
        <w:t>9:45  aaj woh ummat khair ummat ke daur mein nahi hai, degeneration ke daur mein hai.</w:t>
      </w:r>
      <w:r>
        <w:br/>
      </w:r>
      <w:r>
        <w:rPr>
          <w:sz w:val="20"/>
        </w:rPr>
        <w:t>9:57  aaj ummat e muslema khair ummat ke daur mein nahi hai, balkeh woh degeneration ke daur mein hai, yaani ab woh ek degenerated community hai.</w:t>
      </w:r>
      <w:r>
        <w:br/>
      </w:r>
      <w:r>
        <w:rPr>
          <w:sz w:val="20"/>
        </w:rPr>
        <w:t>10:10  is baat ko na samajhne se bohat nuksan, kyunke is daur mein logon ne ummat e muslema ko kya samjha?</w:t>
      </w:r>
      <w:r>
        <w:br/>
      </w:r>
      <w:r>
        <w:rPr>
          <w:sz w:val="20"/>
        </w:rPr>
        <w:t>10:24  khair ummat, present ummat e muslema, aur yeh kaha ke zara nam ho to yeh mitti bohat ziyada khair hai.</w:t>
      </w:r>
      <w:r>
        <w:br/>
      </w:r>
      <w:r>
        <w:rPr>
          <w:sz w:val="20"/>
        </w:rPr>
        <w:t>10:37  is ke mani ke jo jar ki baat thi, jar ki baat, usi ko samajhne se log qasir rahe. jar ki baat hai ke ummat degeneration ke daur mein pahunch chuki hai,</w:t>
      </w:r>
      <w:r>
        <w:br/>
      </w:r>
      <w:r>
        <w:rPr>
          <w:sz w:val="20"/>
        </w:rPr>
        <w:t>10:52  ab is ko regenerate karna hai, yaani ab ek spirit less qom ban chuki hai. woh phir is ke andar spirit ko jagana hai, rooh ko jagana hai.</w:t>
      </w:r>
    </w:p>
    <w:p>
      <w:pPr>
        <w:pStyle w:val="Heading2"/>
      </w:pPr>
      <w:r>
        <w:t>Story: the Prophet's broken tooth at Uhud and his change of words</w:t>
      </w:r>
    </w:p>
    <w:p>
      <w:r>
        <w:rPr>
          <w:color w:val="666666"/>
          <w:sz w:val="18"/>
        </w:rPr>
        <w:t>Dars-e-Quran May 8, 2014 · 3m 53s · at 18:02 · https://youtu.be/2l7TWyWxK6k?t=1082</w:t>
      </w:r>
    </w:p>
    <w:p>
      <w:r>
        <w:rPr>
          <w:i/>
        </w:rPr>
        <w:t>“At Uhud, a stone broke the Prophet's tooth — then he changed his words”</w:t>
      </w:r>
    </w:p>
    <w:p>
      <w:r>
        <w:rPr>
          <w:sz w:val="20"/>
        </w:rPr>
        <w:t>18:02  yeh jo test hai, bohat hi sakht test hai. main aap ko aik misaal deta hoon keh kitna sakht test hai. yeh prophet ke liye bhi test hai.</w:t>
      </w:r>
      <w:r>
        <w:br/>
      </w:r>
      <w:r>
        <w:rPr>
          <w:sz w:val="20"/>
        </w:rPr>
        <w:t>18:14  dekhiye, aik jab rasool Allah salallahu alaihi wasallam ghazwa e uhud mein shareek hue to sab log jantay hain keh wahan par yani bohat yani shikast hui thi.</w:t>
      </w:r>
      <w:r>
        <w:br/>
      </w:r>
      <w:r>
        <w:rPr>
          <w:sz w:val="20"/>
        </w:rPr>
        <w:t>18:27  to kisi ne zor se rasool Allah ko pathar mara, woh aa kar yahan laga aur daant toot gaya. ab zara ghor kijiye keh daant tootna koi saada baat nahi hai.</w:t>
      </w:r>
      <w:r>
        <w:br/>
      </w:r>
      <w:r>
        <w:rPr>
          <w:sz w:val="20"/>
        </w:rPr>
        <w:t>18:41  dant jab totta hai to bohat ziyada bleeding hoti hai. bleeding aisa nahi hai ke dant tootne ke baad nakhun ka toot gaya.</w:t>
      </w:r>
      <w:r>
        <w:br/>
      </w:r>
      <w:r>
        <w:rPr>
          <w:sz w:val="20"/>
        </w:rPr>
        <w:t>18:51  dant tootne ke mani hain ke bohat ziyada bleeding hona. jahan jahan bleeding hui aur aap yani kamzori ki wajah se wahan par gir pade.</w:t>
      </w:r>
      <w:r>
        <w:br/>
      </w:r>
      <w:r>
        <w:rPr>
          <w:sz w:val="20"/>
        </w:rPr>
        <w:t>19:03  yeh sab hua.</w:t>
      </w:r>
      <w:r>
        <w:br/>
      </w:r>
      <w:r>
        <w:rPr>
          <w:sz w:val="20"/>
        </w:rPr>
        <w:t>19:05  is waqt aap ki zuban se nikal gaya ke aisi qaum kis tarah falah paye gi jo apne paighambar ko lo lohan kare.</w:t>
      </w:r>
      <w:r>
        <w:br/>
      </w:r>
      <w:r>
        <w:rPr>
          <w:sz w:val="20"/>
        </w:rPr>
        <w:t>19:19  yeh kitaab mein likha hua hai, aap padh lijiye ke aisi qaum kaise falah paye gi jo apne paighambar ko pathar maar kar lo lohan kare.</w:t>
      </w:r>
      <w:r>
        <w:br/>
      </w:r>
      <w:r>
        <w:rPr>
          <w:sz w:val="20"/>
        </w:rPr>
        <w:t>19:29  to isi waqt jibril aaye</w:t>
      </w:r>
      <w:r>
        <w:br/>
      </w:r>
      <w:r>
        <w:rPr>
          <w:sz w:val="20"/>
        </w:rPr>
        <w:t>19:34  aur ek ayat utri jo quran mein maujood hai ke aap ko aisa karne ka haq nahi hai. laysa laka minar rabbi min shai.</w:t>
      </w:r>
      <w:r>
        <w:br/>
      </w:r>
      <w:r>
        <w:rPr>
          <w:sz w:val="20"/>
        </w:rPr>
        <w:t>19:43  laysa laka minar rabbi min shai. is mamle mein bolne ka haq nahi hai aap ko kuch bhi. yeh khuda ka faisla hai.</w:t>
      </w:r>
      <w:r>
        <w:br/>
      </w:r>
      <w:r>
        <w:rPr>
          <w:sz w:val="20"/>
        </w:rPr>
        <w:t>19:53  to isi waqt aap ne apni zuban badal di aur kaha rabbahi qaumihi fa innahum la yalamoon. yani isi waqt aap ne zuban badal di.</w:t>
      </w:r>
      <w:r>
        <w:br/>
      </w:r>
      <w:r>
        <w:rPr>
          <w:sz w:val="20"/>
        </w:rPr>
        <w:t>20:05  yeh sab baatein likhi hui kitabon mein aap padh sakte hain. rabbahi qaumihi fa innahum la yalamoon. aye mere rab! meri qaum ko maaf farma kyunke woh jante nahi.</w:t>
      </w:r>
      <w:r>
        <w:br/>
      </w:r>
      <w:r>
        <w:rPr>
          <w:sz w:val="20"/>
        </w:rPr>
        <w:t>20:19  yani yeh aakhri aakhri test hai. yeh ke itne bare, itna bara aur itna ziyada negative experience hota hai lekin haq aap ko haq nahi hai bad dua karne ka.</w:t>
      </w:r>
      <w:r>
        <w:br/>
      </w:r>
      <w:r>
        <w:rPr>
          <w:sz w:val="20"/>
        </w:rPr>
        <w:t>20:32  aaj kal musalman jo bad duaen karte hain sari duniya mein, yeh to gunah ka kaam hai. yahan se le kar america tak masjidon mein bad duaen ho rahi hain.</w:t>
      </w:r>
      <w:r>
        <w:br/>
      </w:r>
      <w:r>
        <w:rPr>
          <w:sz w:val="20"/>
        </w:rPr>
        <w:t>20:42  yeh bilashuba gunah ka kaam hai. yeh musalman ke apne ko ulta padega un ke upar. koi is ka aap dekh lijiye isi duniya mein aap dekh lijiye kya yeh yeh bad duaen qabool ho rahi hain in ki.</w:t>
      </w:r>
      <w:r>
        <w:br/>
      </w:r>
      <w:r>
        <w:rPr>
          <w:sz w:val="20"/>
        </w:rPr>
        <w:t>20:55  musalman hi mare ja rahe hain aur woh farghisht kar rahe hain.</w:t>
      </w:r>
      <w:r>
        <w:br/>
      </w:r>
      <w:r>
        <w:rPr>
          <w:sz w:val="20"/>
        </w:rPr>
        <w:t>21:00  to rasool Allah ko is waqt bhi bad dua karne ki hayat nahi thi jab ke kisi ne pathar maar kar aap ko dant tod diye aur bleeding hui.</w:t>
      </w:r>
      <w:r>
        <w:br/>
      </w:r>
      <w:r>
        <w:rPr>
          <w:sz w:val="20"/>
        </w:rPr>
        <w:t>21:12  aur aap ko yeh kehna pada ke rabbahi qaumihi fa innahum la yalamoon. yani aap ko sirf ek hi choice hai woh dua karna. bad dua ka choice hi nahi hai.</w:t>
      </w:r>
      <w:r>
        <w:br/>
      </w:r>
      <w:r>
        <w:rPr>
          <w:sz w:val="20"/>
        </w:rPr>
        <w:t>21:24  yeh jo masjidon mein bad duaen hoti hain is ka choice hi nahi hai.</w:t>
      </w:r>
      <w:r>
        <w:br/>
      </w:r>
      <w:r>
        <w:rPr>
          <w:sz w:val="20"/>
        </w:rPr>
        <w:t>21:30  woh kuch bhi karen, aap sirf dua kar sakte hain. woh choice nahi hai aap ko. tab ja kar aisa hota hai ke aap ka tazkiya hota hai, aap ka personality development hota hai.</w:t>
      </w:r>
      <w:r>
        <w:br/>
      </w:r>
      <w:r>
        <w:rPr>
          <w:sz w:val="20"/>
        </w:rPr>
        <w:t>21:43  aap ke andar woh insan emerge karta hai jo insan jannat mein basaye jaane ke qabil ho.</w:t>
      </w:r>
    </w:p>
    <w:p>
      <w:pPr>
        <w:pStyle w:val="Heading2"/>
      </w:pPr>
      <w:r>
        <w:t>Why Muslims are divided: the test of the People of the Book</w:t>
      </w:r>
    </w:p>
    <w:p>
      <w:r>
        <w:rPr>
          <w:color w:val="666666"/>
          <w:sz w:val="18"/>
        </w:rPr>
        <w:t>CPS Women Monthly Q and A with Prof. Farida Khanam &amp; Maulana Farhad Ahmed Umeri August 18, 2024 · 2m 19s · at 25:19 · https://youtu.be/VqeLGHTjfQo?t=1519</w:t>
      </w:r>
    </w:p>
    <w:p>
      <w:r>
        <w:rPr>
          <w:i/>
        </w:rPr>
        <w:t>“Why मुस्लिम्स are not united and there are so many communities”</w:t>
      </w:r>
    </w:p>
    <w:p>
      <w:r>
        <w:rPr>
          <w:sz w:val="20"/>
        </w:rPr>
        <w:t>25:19  nadiyon ka case aur aam logon ka case mein kai cheezon mein fark hota hai. Aapka ek question aaya hai. I want to ask one question if possible. Why Muslims are not united and there are so many communities with different thoughts and everyone say they are good.</w:t>
      </w:r>
      <w:r>
        <w:br/>
      </w:r>
      <w:r>
        <w:rPr>
          <w:sz w:val="20"/>
        </w:rPr>
        <w:t>25:48  Everyone say they are good. Sir, sab apne aap ko hi sahi samajhte hain. Ityaade Millat kitab hai Maulana ke upar mujhe Ityaade Millat. Ek kitab hai Ityaade Millat. Usmein yeh baat sab detail se di gayi hai.</w:t>
      </w:r>
      <w:r>
        <w:br/>
      </w:r>
      <w:r>
        <w:rPr>
          <w:sz w:val="20"/>
        </w:rPr>
        <w:t>26:07  Asal mein jo main samajhti hoon ki jo people of the book hote hain na woh test par</w:t>
      </w:r>
      <w:r>
        <w:br/>
      </w:r>
      <w:r>
        <w:rPr>
          <w:sz w:val="20"/>
        </w:rPr>
        <w:t>26:15  hote hain to unko bahut zyada azmaya jata hai aur azmaish mein woh fail ho jate hain to</w:t>
      </w:r>
      <w:r>
        <w:br/>
      </w:r>
      <w:r>
        <w:rPr>
          <w:sz w:val="20"/>
        </w:rPr>
        <w:t>26:23  jo bar bar yeh hota rehta hai to tarah tarah ki cheezon se woh jo hote hain attract</w:t>
      </w:r>
      <w:r>
        <w:br/>
      </w:r>
      <w:r>
        <w:rPr>
          <w:sz w:val="20"/>
        </w:rPr>
        <w:t>26:31  hote hain aur yeh sab to sab puran mein hadison mein aaya hai ki jaise bilkul yahood hue the na?</w:t>
      </w:r>
      <w:r>
        <w:br/>
      </w:r>
      <w:r>
        <w:rPr>
          <w:sz w:val="20"/>
        </w:rPr>
        <w:t>26:40  ji. Bahke the dunya ko lekar ke waise hi Musalman baithenge. Waise hi Musalmanon ka case hoga. Kyunki jo people abdukh hai unko shaitan bohat ziyada bahkata hai. Aam aadmi ko jo ki people abdukh ka jo haihesiyat khatm ho gayi hai to woh dekhiye sab taraf hi kar rahe hain. Wohi Yahood the jab tak woh bqool abdukh the.</w:t>
      </w:r>
      <w:r>
        <w:br/>
      </w:r>
      <w:r>
        <w:rPr>
          <w:sz w:val="20"/>
        </w:rPr>
        <w:t>27:09  tab tak itne sab gadbadi jo aaj Musalman kar rahe hain woh karte the. Uske baad dekhiye sari taraf kiyaan kari kari unhone. Yahudi unhein, Isai unhein sari unki buraiyan jo hain door ho gayi aur dunya tab unka jo hai na dunya unke woh ho gaya. Asal mein cheez dunya ho gayi. Duniya ke liye unhone ityaad time kiya. Taaleem hasil ki, tarafkiyan ki aur Musalman jo hain kuch kar nahi paate hain.</w:t>
      </w:r>
      <w:r>
        <w:br/>
      </w:r>
      <w:r>
        <w:rPr>
          <w:sz w:val="20"/>
        </w:rPr>
        <w:t>27:38  woh na din kar rehte hain, na dunya ke rehte hain. Abhi hamare yahan ek aayi thi janne wali to bohat ibadat karti thi namaz padh rahi hain, Quran padh rahi hain, tasbi padh rahi hain. Maine kaha kuch ab samajhti hui hai khali dohrati rehti hai alpad. Lekin nahi na tanwah padhti hain, na kuch samajhti hain bas. To maine kaha ab tabli ki jamaat ki tab se tallon ka gaan lenge haan.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