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My faith feels weak</w:t>
      </w:r>
    </w:p>
    <w:p>
      <w:r>
        <w:rPr>
          <w:sz w:val="18"/>
        </w:rPr>
        <w:t>Q&amp;A, lecture moments and clips · full transcripts with timestamps · exported 2026-09-21</w:t>
      </w:r>
    </w:p>
    <w:p>
      <w:pPr>
        <w:pStyle w:val="Heading1"/>
      </w:pPr>
      <w:r>
        <w:t>Maulana was asked (30)</w:t>
      </w:r>
    </w:p>
    <w:p>
      <w:pPr>
        <w:pStyle w:val="Heading2"/>
      </w:pPr>
      <w:r>
        <w:t>Advice when faith decreases and feels low</w:t>
      </w:r>
    </w:p>
    <w:p>
      <w:r>
        <w:rPr>
          <w:color w:val="666666"/>
          <w:sz w:val="18"/>
        </w:rPr>
        <w:t>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Repentance After Sin Weakens Willpower</w:t>
      </w:r>
    </w:p>
    <w:p>
      <w:r>
        <w:rPr>
          <w:color w:val="666666"/>
          <w:sz w:val="18"/>
        </w:rPr>
        <w:t>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Does spirituality make one powerful?</w:t>
      </w:r>
    </w:p>
    <w:p>
      <w:r>
        <w:rPr>
          <w:color w:val="666666"/>
          <w:sz w:val="18"/>
        </w:rPr>
        <w:t>God Gives in Abundance 13 Oct 2019 - Maulana Wahiduddin Khan · 1m 35s · at 46:45 · https://youtu.be/eC4RaczXBzM?t=2805</w:t>
      </w:r>
    </w:p>
    <w:p>
      <w:r>
        <w:rPr>
          <w:i/>
        </w:rPr>
        <w:t>“I refrained from spirituality for years. I thought to believe in myself. Initially it worked, but now I am feeling a lot of anxiety and depression. My question is that does spirituality really make one powerful?”</w:t>
      </w:r>
    </w:p>
    <w:p>
      <w:r>
        <w:rPr>
          <w:sz w:val="20"/>
        </w:rPr>
        <w:t>46:45  Maulana, yeh sawal Kashmir se Riyaz Ahmed sahib ne bheja hai, jo engineer hain aur is waqt class mein maujood hain.</w:t>
      </w:r>
      <w:r>
        <w:br/>
      </w:r>
      <w:r>
        <w:rPr>
          <w:sz w:val="20"/>
        </w:rPr>
        <w:t>46:55  unhon ne likha hai ke: "I refrained from spirituality for years. I thought to believe in myself.</w:t>
      </w:r>
      <w:r>
        <w:br/>
      </w:r>
      <w:r>
        <w:rPr>
          <w:sz w:val="20"/>
        </w:rPr>
        <w:t>47:05  Initially it worked, but now I am feeling a lot of anxiety and depression. My question is that does spirituality really makes one powerful?" is ko is ke bare mein bataein.</w:t>
      </w:r>
      <w:r>
        <w:br/>
      </w:r>
      <w:r>
        <w:rPr>
          <w:sz w:val="20"/>
        </w:rPr>
        <w:t>47:21  is mein koi shaq nahin ke spiritually source of energy hai, har cheez ka zariya hai.</w:t>
      </w:r>
      <w:r>
        <w:br/>
      </w:r>
      <w:r>
        <w:rPr>
          <w:sz w:val="20"/>
        </w:rPr>
        <w:t>47:38  lekin yaad rakhiye,</w:t>
      </w:r>
      <w:r>
        <w:br/>
      </w:r>
      <w:r>
        <w:rPr>
          <w:sz w:val="20"/>
        </w:rPr>
        <w:t>47:44  aap ko apne criteria par nahin mile gi koi cheez. Allah ke criteria mein cheezein hain. to first of all, aap ko janna chahiye ke Allah Rabbul Aalameen ka criteria kya hai.</w:t>
      </w:r>
      <w:r>
        <w:br/>
      </w:r>
      <w:r>
        <w:rPr>
          <w:sz w:val="20"/>
        </w:rPr>
        <w:t>48:03  baghair is ke jaane hue, aap ko umeed rakha hai, aap to woh is ka mushtaq hoga ke: "tamanna ala Allah."</w:t>
      </w:r>
    </w:p>
    <w:p>
      <w:pPr>
        <w:pStyle w:val="Heading2"/>
      </w:pPr>
      <w:r>
        <w:t>Repentance after sin weakens willpower</w:t>
      </w:r>
    </w:p>
    <w:p>
      <w:r>
        <w:rPr>
          <w:color w:val="666666"/>
          <w:sz w:val="18"/>
        </w:rPr>
        <w:t>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How to regain ability to accept truth?</w:t>
      </w:r>
    </w:p>
    <w:p>
      <w:r>
        <w:rPr>
          <w:color w:val="666666"/>
          <w:sz w:val="18"/>
        </w:rPr>
        <w:t>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Developing strong connection with God</w:t>
      </w:r>
    </w:p>
    <w:p>
      <w:r>
        <w:rPr>
          <w:color w:val="666666"/>
          <w:sz w:val="18"/>
        </w:rPr>
        <w:t>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Misunderstood question about belief</w:t>
      </w:r>
    </w:p>
    <w:p>
      <w:r>
        <w:rPr>
          <w:color w:val="666666"/>
          <w:sz w:val="18"/>
        </w:rPr>
        <w:t>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Overcoming negativity from rejection in dawah</w:t>
      </w:r>
    </w:p>
    <w:p>
      <w:r>
        <w:rPr>
          <w:color w:val="666666"/>
          <w:sz w:val="18"/>
        </w:rPr>
        <w:t>Contemplation on The Quran December 16, 2018 Maulana Wahiduddin Khan · 6m 22s · at 57:22 · https://youtu.be/bSOe1_KKEYk?t=3442</w:t>
      </w:r>
    </w:p>
    <w:p>
      <w:r>
        <w:rPr>
          <w:i/>
        </w:rPr>
        <w:t>“While distributing the Holy Quran and other literature among non-Muslims, sometimes it happens that some people don't accept the literature and they return it back. At that time I confront a feeling of negativity. That feeling discourages me a bit. How to overcome such a negative feeling?”</w:t>
      </w:r>
    </w:p>
    <w:p>
      <w:r>
        <w:rPr>
          <w:sz w:val="20"/>
        </w:rPr>
        <w:t>57:22  Maulana, agla sawal lete hain. yeh Kashmir se bheja hai Miss Heena Manzoor ne. unhon ne likha hai ke "while distributing the holy Quran or other literature among non Muslims,</w:t>
      </w:r>
      <w:r>
        <w:br/>
      </w:r>
      <w:r>
        <w:rPr>
          <w:sz w:val="20"/>
        </w:rPr>
        <w:t>57:35  sometimes it happens that some people don't accept the literature and they return it back. at that time I confront a feeling of negativity.</w:t>
      </w:r>
      <w:r>
        <w:br/>
      </w:r>
      <w:r>
        <w:rPr>
          <w:sz w:val="20"/>
        </w:rPr>
        <w:t>57:48  that feeling discourages me a bit." Maulana sahib, my question is how to overcome such a negative feeling? dekhiye, aap ki negative feeling bilkul baseless hai, baseless,</w:t>
      </w:r>
      <w:r>
        <w:br/>
      </w:r>
      <w:r>
        <w:rPr>
          <w:sz w:val="20"/>
        </w:rPr>
        <w:t>58:05  baseless hai. kyunke dekhiye, ek lakh se zyada Allah ne payghambar bheje, sab arsalna rusulana tatra,</w:t>
      </w:r>
      <w:r>
        <w:br/>
      </w:r>
      <w:r>
        <w:rPr>
          <w:sz w:val="20"/>
        </w:rPr>
        <w:t>58:21  aur khud Quran ki gawahi hai ke sare nabiyon ko un ke zamane ki qaum ne radd kar diya, radd kar diya.</w:t>
      </w:r>
      <w:r>
        <w:br/>
      </w:r>
      <w:r>
        <w:rPr>
          <w:sz w:val="20"/>
        </w:rPr>
        <w:t>58:36  to qayamat mein jab woh khare honge to un ke sath qaum ki bheed nahi hogi.</w:t>
      </w:r>
      <w:r>
        <w:br/>
      </w:r>
      <w:r>
        <w:rPr>
          <w:sz w:val="20"/>
        </w:rPr>
        <w:t>58:44  to aap ko to woh darja mil raha hai jo nabiyon ka darja hai.</w:t>
      </w:r>
      <w:r>
        <w:br/>
      </w:r>
      <w:r>
        <w:rPr>
          <w:sz w:val="20"/>
        </w:rPr>
        <w:t>58:52  kesi aap baat karte hain?</w:t>
      </w:r>
      <w:r>
        <w:br/>
      </w:r>
      <w:r>
        <w:rPr>
          <w:sz w:val="20"/>
        </w:rPr>
        <w:t>58:58  yani itne saare nabi Allah ki taraf se aaye aur</w:t>
      </w:r>
      <w:r>
        <w:br/>
      </w:r>
      <w:r>
        <w:rPr>
          <w:sz w:val="20"/>
        </w:rPr>
        <w:t>59:06  saare nabiyon ka muamla yeh hua ke un ki qaum ne un ko radd kar diya. woh Allah ke saamne khade honge gawahi dene ke liye ke maine Allah ka kalam pesh kar diya.</w:t>
      </w:r>
      <w:r>
        <w:br/>
      </w:r>
      <w:r>
        <w:rPr>
          <w:sz w:val="20"/>
        </w:rPr>
        <w:t>59:23  to aap ko woh darja mil raha hai. kesi ajib baat aap ne keh di.</w:t>
      </w:r>
      <w:r>
        <w:br/>
      </w:r>
      <w:r>
        <w:rPr>
          <w:sz w:val="20"/>
        </w:rPr>
        <w:t>59:32  yani</w:t>
      </w:r>
      <w:r>
        <w:br/>
      </w:r>
      <w:r>
        <w:rPr>
          <w:sz w:val="20"/>
        </w:rPr>
        <w:t>59:35  main jab gaya tha yerooshlem aur masjid aqsa mein namaz padhi thi to maine wahan dua ki thi ke khudaaya!</w:t>
      </w:r>
      <w:r>
        <w:br/>
      </w:r>
      <w:r>
        <w:rPr>
          <w:sz w:val="20"/>
        </w:rPr>
        <w:t>59:49  yeh woh maqam hai jahan tamam anbiya ikhatta hue aur rasool Allah sal Allah alaih wasallam ne un ki imamat ki.</w:t>
      </w:r>
      <w:r>
        <w:br/>
      </w:r>
      <w:r>
        <w:rPr>
          <w:sz w:val="20"/>
        </w:rPr>
        <w:t>1:00:00  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r>
        <w:br/>
      </w:r>
      <w:r>
        <w:rPr>
          <w:sz w:val="20"/>
        </w:rPr>
        <w:t>1:00:22  to aap ko woh darja hasil hai ke anbiya ki saf mein khadi hui hain aap,</w:t>
      </w:r>
      <w:r>
        <w:br/>
      </w:r>
      <w:r>
        <w:rPr>
          <w:sz w:val="20"/>
        </w:rPr>
        <w:t>1:00:31  aap, aap ko Allah ki nemmat par shukr karna chahiye ke quran agar mehfooz na hota. yaad rakhiye, agar quran mehfooz na hota to yeh darja kaise milta hai aap ko?</w:t>
      </w:r>
      <w:r>
        <w:br/>
      </w:r>
      <w:r>
        <w:rPr>
          <w:sz w:val="20"/>
        </w:rPr>
        <w:t>1:00:45  jaise pichhle anbiya ki kitabein mehfooz nahin hain to un ke manne walon ke liye na nemmat hasil nahin hai.</w:t>
      </w:r>
      <w:r>
        <w:br/>
      </w:r>
      <w:r>
        <w:rPr>
          <w:sz w:val="20"/>
        </w:rPr>
        <w:t>1:00:56  pichhle anbiya par kitabein bheji gayin, woh mehfooz nahin hain. to quran mehfooz hai, as it is. is ki wajah se aap ko yeh darja mil raha hai ke aap nabiyon ke saf mein khade ho sake.</w:t>
      </w:r>
      <w:r>
        <w:br/>
      </w:r>
      <w:r>
        <w:rPr>
          <w:sz w:val="20"/>
        </w:rPr>
        <w:t>1:01:09  agar aap ke andar neeyat durust hai to hargiz negative khayalat mat laiye. aur jis aadmi ko aap quran pesh karein, woh chahe padha jaye ya taaq par rakh de, yeh aap ki zimmedari nahin hai.</w:t>
      </w:r>
      <w:r>
        <w:br/>
      </w:r>
      <w:r>
        <w:rPr>
          <w:sz w:val="20"/>
        </w:rPr>
        <w:t>1:01:31  aap ne is ke haath mein quran de diya to aap ki zimmedari poori ho gayi. to shukr kijiye ke Allah ne aap ko quran ko mehfooz kar ke aap ko yeh mauqa diya hai ke aap woh kaam kar rahe hain jo nabiyon ne kiya.</w:t>
      </w:r>
      <w:r>
        <w:br/>
      </w:r>
      <w:r>
        <w:rPr>
          <w:sz w:val="20"/>
        </w:rPr>
        <w:t>1:01:54  mus kawsar izhar ne usa se comment bheja hai. unhone likha hai:</w:t>
      </w:r>
      <w:r>
        <w:br/>
      </w:r>
      <w:r>
        <w:rPr>
          <w:sz w:val="20"/>
        </w:rPr>
        <w:t>1:02:01  "Maulana Gibbons, he had the human history in mind only when he portrayed the crimes and negativity of the humans. But when we read Quran with contemplation, we have greater picture of God's world, which is zero defect.</w:t>
      </w:r>
      <w:r>
        <w:br/>
      </w:r>
      <w:r>
        <w:rPr>
          <w:sz w:val="20"/>
        </w:rPr>
        <w:t>1:02:19  and when we use common sense, we see the hope for ourselves in this world. we need to make sure we are in nature and common sense." faisal saleem sahib ne likha hai, unhone apni location nahin likhi hai.</w:t>
      </w:r>
      <w:r>
        <w:br/>
      </w:r>
      <w:r>
        <w:rPr>
          <w:sz w:val="20"/>
        </w:rPr>
        <w:t>1:02:34  un ka comment hai: "molana sahib, once again, what a great session!</w:t>
      </w:r>
      <w:r>
        <w:br/>
      </w:r>
      <w:r>
        <w:rPr>
          <w:sz w:val="20"/>
        </w:rPr>
        <w:t>1:02:39  today i have learned that we need to use common sense to know the existence of god through with all the amenities available to us.</w:t>
      </w:r>
      <w:r>
        <w:br/>
      </w:r>
      <w:r>
        <w:rPr>
          <w:sz w:val="20"/>
        </w:rPr>
        <w:t>1:02:50  we just need to capitalize what we have received from god. automatically the presence of god will prevail." mashallah, mashallah!</w:t>
      </w:r>
      <w:r>
        <w:br/>
      </w:r>
      <w:r>
        <w:rPr>
          <w:sz w:val="20"/>
        </w:rPr>
        <w:t>1:03:01  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r>
        <w:br/>
      </w:r>
      <w:r>
        <w:rPr>
          <w:sz w:val="20"/>
        </w:rPr>
        <w:t>1:03:27  molana, abhi tak hum log samajhte the ke mukhtalif tafaseer quran ko samajhne ka zariya hain. aaj aap ne hum sab ko ek naya zariya, ek naye zariye se quran samajhne ki baat batai.</w:t>
      </w:r>
      <w:r>
        <w:br/>
      </w:r>
      <w:r>
        <w:rPr>
          <w:sz w:val="20"/>
        </w:rPr>
        <w:t>1:03:40  alhamdulillah, mashallah!</w:t>
      </w:r>
    </w:p>
    <w:p>
      <w:pPr>
        <w:pStyle w:val="Heading2"/>
      </w:pPr>
      <w:r>
        <w:t>Repeated discovery of helplessness for God</w:t>
      </w:r>
    </w:p>
    <w:p>
      <w:r>
        <w:rPr>
          <w:color w:val="666666"/>
          <w:sz w:val="18"/>
        </w:rPr>
        <w:t>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Are Muslims today weak in faith?</w:t>
      </w:r>
    </w:p>
    <w:p>
      <w:r>
        <w:rPr>
          <w:color w:val="666666"/>
          <w:sz w:val="18"/>
        </w:rPr>
        <w:t>Living in a New Age | March 26, 2017 · 1m 24s · at 51:44 · https://youtu.be/iST0AxQscKo?t=3104</w:t>
      </w:r>
    </w:p>
    <w:p>
      <w:r>
        <w:rPr>
          <w:i/>
        </w:rPr>
        <w:t>“The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r>
        <w:rPr>
          <w:sz w:val="20"/>
        </w:rPr>
        <w:t>51:44  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r>
        <w:br/>
      </w:r>
      <w:r>
        <w:rPr>
          <w:sz w:val="20"/>
        </w:rPr>
        <w:t>52:14  ? haan theek kaha aap ne.</w:t>
      </w:r>
      <w:r>
        <w:br/>
      </w:r>
      <w:r>
        <w:rPr>
          <w:sz w:val="20"/>
        </w:rPr>
        <w:t>52:18  saheeh saheeh baat hai.</w:t>
      </w:r>
      <w:r>
        <w:br/>
      </w:r>
      <w:r>
        <w:rPr>
          <w:sz w:val="20"/>
        </w:rPr>
        <w:t>52:23  baat saheeh hai.</w:t>
      </w:r>
      <w:r>
        <w:br/>
      </w:r>
      <w:r>
        <w:rPr>
          <w:sz w:val="20"/>
        </w:rPr>
        <w:t>52:27  Maulana Rajiv Anand ji ne Bangalore se sawal bheja hai.</w:t>
      </w:r>
      <w:r>
        <w:br/>
      </w:r>
      <w:r>
        <w:rPr>
          <w:sz w:val="20"/>
        </w:rPr>
        <w:t>52:31  unhon ne likha hai Maulana sahib I always follow your articles especially in times of India.</w:t>
      </w:r>
      <w:r>
        <w:br/>
      </w:r>
      <w:r>
        <w:rPr>
          <w:sz w:val="20"/>
        </w:rPr>
        <w:t>52:36  I always find your analysis very sharp but positive.</w:t>
      </w:r>
      <w:r>
        <w:br/>
      </w:r>
      <w:r>
        <w:rPr>
          <w:sz w:val="20"/>
        </w:rPr>
        <w:t>52:40  I want to know from your I want to know from you your source of analyt</w:t>
      </w:r>
      <w:r>
        <w:br/>
      </w:r>
      <w:r>
        <w:rPr>
          <w:sz w:val="20"/>
        </w:rPr>
        <w:t>52:44  ical strength as I too want to become as objective as you are.</w:t>
      </w:r>
      <w:r>
        <w:br/>
      </w:r>
      <w:r>
        <w:rPr>
          <w:sz w:val="20"/>
        </w:rPr>
        <w:t>52:50  Please share your secret formula with us.</w:t>
      </w:r>
      <w:r>
        <w:br/>
      </w:r>
      <w:r>
        <w:rPr>
          <w:sz w:val="20"/>
        </w:rPr>
        <w:t>52:56  Allah wale ban jaiye bas sab cheez apne aap hoti rahe gi.</w:t>
      </w:r>
      <w:r>
        <w:br/>
      </w:r>
      <w:r>
        <w:rPr>
          <w:sz w:val="20"/>
        </w:rPr>
        <w:t>53:02  main to yahi samajhta hoon ke insan Allah wala ban jaye.</w:t>
      </w:r>
    </w:p>
    <w:p>
      <w:pPr>
        <w:pStyle w:val="Heading2"/>
      </w:pPr>
      <w:r>
        <w:t>What is a weak hadith?</w:t>
      </w:r>
    </w:p>
    <w:p>
      <w:r>
        <w:rPr>
          <w:color w:val="666666"/>
          <w:sz w:val="18"/>
        </w:rPr>
        <w:t>Understanding Islam (In Conversation with Maulana) June 20, 2010 Maulana Wahidudidn Khan · 6m 01s · at 16:06 · https://youtu.be/7UylaPL-iO8?t=966</w:t>
      </w:r>
    </w:p>
    <w:p>
      <w:r>
        <w:rPr>
          <w:i/>
        </w:rPr>
        <w:t>“What is a weak hadith?”</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r>
        <w:br/>
      </w:r>
      <w:r>
        <w:rPr>
          <w:sz w:val="20"/>
        </w:rPr>
        <w:t>20:35  das question is from miss prabha chandra from jamia millia islamia new delhi. sir kya woh musalman jo panch waqt ki namaz nahi padhta hai aur woh sare ghalat kaam karta hai jis ki islam ijazat nahi deta hai to kya phir bhi woh shakhs musalman kahlaane ke laiq hai ya nahi?</w:t>
      </w:r>
      <w:r>
        <w:br/>
      </w:r>
      <w:r>
        <w:rPr>
          <w:sz w:val="20"/>
        </w:rPr>
        <w:t>21:00  dekhiye yeh jo mamla hai yeh aik baat samajh lijiye ke musalman hona ya musalman na hona yeh Allah ka deti hai prerogative of god almighty.</w:t>
      </w:r>
      <w:r>
        <w:br/>
      </w:r>
      <w:r>
        <w:rPr>
          <w:sz w:val="20"/>
        </w:rPr>
        <w:t>21:15  Allah ko faisla karna hai ke woh kis ko kya darja de. hum darja nahi de sakte. jaise takfeer jo ki jati hai na woh bhi ghalat hai bilkul.</w:t>
      </w:r>
      <w:r>
        <w:br/>
      </w:r>
      <w:r>
        <w:rPr>
          <w:sz w:val="20"/>
        </w:rPr>
        <w:t>21:24  humein haq nahi hai kisi ko hum kafir banayein. hum sirf naseehat kar sakte hain, samjha sakte hain, dawat kar sakte hain. to agar koi shakhs apne ko kehta hai ke mein musalman batata hai apne ko to legally woh islam mein shamil samjha jayega us ko.</w:t>
      </w:r>
      <w:r>
        <w:br/>
      </w:r>
      <w:r>
        <w:rPr>
          <w:sz w:val="20"/>
        </w:rPr>
        <w:t>21:42  legally. matlab jo mardum shumari, census jo hoga, census is mein us ko musalman mana jayega. agar woh apne ko kehta hai ke mein musalman hoon. baqi yeh hai ke woh amal se kaisa hai to us ko hum samjhayenge bujhayege aur Allah ke aage hawalay kar denge.</w:t>
      </w:r>
      <w:r>
        <w:br/>
      </w:r>
      <w:r>
        <w:rPr>
          <w:sz w:val="20"/>
        </w:rPr>
        <w:t>22:01  yeh maslak hai yani ulama e rasikhin ka.</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Overcoming shyness when giving Quran to non-Muslims</w:t>
      </w:r>
    </w:p>
    <w:p>
      <w:r>
        <w:rPr>
          <w:color w:val="666666"/>
          <w:sz w:val="18"/>
        </w:rPr>
        <w:t>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Overcoming incapability in spreading God's message</w:t>
      </w:r>
    </w:p>
    <w:p>
      <w:r>
        <w:rPr>
          <w:color w:val="666666"/>
          <w:sz w:val="18"/>
        </w:rPr>
        <w:t>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Reasons for decreasing religious zeal and remedy</w:t>
      </w:r>
    </w:p>
    <w:p>
      <w:r>
        <w:rPr>
          <w:color w:val="666666"/>
          <w:sz w:val="18"/>
        </w:rPr>
        <w:t>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Atheism as overconfidence beyond capacity</w:t>
      </w:r>
    </w:p>
    <w:p>
      <w:r>
        <w:rPr>
          <w:color w:val="666666"/>
          <w:sz w:val="18"/>
        </w:rPr>
        <w:t>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Keeping faith alive</w:t>
      </w:r>
    </w:p>
    <w:p>
      <w:r>
        <w:rPr>
          <w:color w:val="666666"/>
          <w:sz w:val="18"/>
        </w:rPr>
        <w:t>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Knowing increase or decrease of faith</w:t>
      </w:r>
    </w:p>
    <w:p>
      <w:r>
        <w:rPr>
          <w:color w:val="666666"/>
          <w:sz w:val="18"/>
        </w:rPr>
        <w:t>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How to develop strong connection with God</w:t>
      </w:r>
    </w:p>
    <w:p>
      <w:r>
        <w:rPr>
          <w:color w:val="666666"/>
          <w:sz w:val="18"/>
        </w:rPr>
        <w:t>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Why does lack of contemplation weaken knowledge?</w:t>
      </w:r>
    </w:p>
    <w:p>
      <w:r>
        <w:rPr>
          <w:color w:val="666666"/>
          <w:sz w:val="18"/>
        </w:rPr>
        <w:t>The Problem of Conditioning April 22, 2012 · 3m 06s · at 1:21:29 · https://youtu.be/j-kJQzOz46g?t=4889</w:t>
      </w:r>
    </w:p>
    <w:p>
      <w:r>
        <w:rPr>
          <w:i/>
        </w:rPr>
        <w:t>“Maulana, why is it that after discovering God, if there is a lack of contemplation and thought for some days, then the knowledge (ma'rifa) becomes weak?”</w:t>
      </w:r>
    </w:p>
    <w:p>
      <w:r>
        <w:rPr>
          <w:sz w:val="20"/>
        </w:rPr>
        <w:t>1:21:29  maulana, agla sawal doha, qatar se hai. maulana abdul basit umri sahib ka.</w:t>
      </w:r>
      <w:r>
        <w:br/>
      </w:r>
      <w:r>
        <w:rPr>
          <w:sz w:val="20"/>
        </w:rPr>
        <w:t>1:21:34  unhon ne likha hai: "maulana, marifat ka masla aisa kyun hai ke khuda ko daryaft karne ke baad bhi agar kuch din ghor aur fikr mein kami ho jati hai to phir khuda ki yaad kaifiyat ke sath nahi aati?" maulana, is bare mein wazahat chahta hoon.</w:t>
      </w:r>
      <w:r>
        <w:br/>
      </w:r>
      <w:r>
        <w:rPr>
          <w:sz w:val="20"/>
        </w:rPr>
        <w:t>1:21:55  dekhiye, yeh marifat ek din ki daryaft ki cheez nahi hai. kisi ek din aap jaan len ke do aur do mil kar chaar to hamesha ke liye ho gaya.</w:t>
      </w:r>
      <w:r>
        <w:br/>
      </w:r>
      <w:r>
        <w:rPr>
          <w:sz w:val="20"/>
        </w:rPr>
        <w:t>1:22:05  marifat ka mamla aisa nahi hai. do aur do mil kar chaar to ek baar daryaft kar liya to ho jayega. lekin marifat to har roz daryaft karni hai.</w:t>
      </w:r>
      <w:r>
        <w:br/>
      </w:r>
      <w:r>
        <w:rPr>
          <w:sz w:val="20"/>
        </w:rPr>
        <w:t>1:22:14  aap ko</w:t>
      </w:r>
      <w:r>
        <w:br/>
      </w:r>
      <w:r>
        <w:rPr>
          <w:sz w:val="20"/>
        </w:rPr>
        <w:t>1:22:15  quran mein hai ke kul yaum huwa fi shaan yaani har din allah ki taraf se aap ko kuch special aana chahiye. har din is aayat mein isi ka zikr hai ke har din allah taala ki taraf se kuch special aata hai.</w:t>
      </w:r>
      <w:r>
        <w:br/>
      </w:r>
      <w:r>
        <w:rPr>
          <w:sz w:val="20"/>
        </w:rPr>
        <w:t>1:22:33  to wahi wo isi inspiration se to yaani imaan mein izafa hota hai. isi se marifat mein izafa hota hai.</w:t>
      </w:r>
      <w:r>
        <w:br/>
      </w:r>
      <w:r>
        <w:rPr>
          <w:sz w:val="20"/>
        </w:rPr>
        <w:t>1:22:41  to jab aap allah se taluq rakhen ge, allah ko yaad karte rahen ge, allah se dua karte rahen ge, allah ki kitab mein mutala karte rahen ge to har din naye naye item aayen ge marifat ke.</w:t>
      </w:r>
      <w:r>
        <w:br/>
      </w:r>
      <w:r>
        <w:rPr>
          <w:sz w:val="20"/>
        </w:rPr>
        <w:t>1:22:58  kyun ke marifat ke item jo hain, wo wo in gunt hain, yaani billion trillion se bhi zyada hain.</w:t>
      </w:r>
      <w:r>
        <w:br/>
      </w:r>
      <w:r>
        <w:rPr>
          <w:sz w:val="20"/>
        </w:rPr>
        <w:t>1:23:06  to agar marifat ke naye item aana band ho jayen to phir to jamood aa jayega. jamood is wajah se yeh sahi nahi hai ke marifat ek baar mil jati hai.</w:t>
      </w:r>
      <w:r>
        <w:br/>
      </w:r>
      <w:r>
        <w:rPr>
          <w:sz w:val="20"/>
        </w:rPr>
        <w:t>1:23:18  nahi, marifat har subah sham us ke item aate rehte hain. isi liye wo ek ek zinda marifat bani rehti hai hamesha.</w:t>
      </w:r>
      <w:r>
        <w:br/>
      </w:r>
      <w:r>
        <w:rPr>
          <w:sz w:val="20"/>
        </w:rPr>
        <w:t>1:23:27  kabhi is par jamood nahi aata hai. jamood ka matlab hai stagnation.</w:t>
      </w:r>
      <w:r>
        <w:br/>
      </w:r>
      <w:r>
        <w:rPr>
          <w:sz w:val="20"/>
        </w:rPr>
        <w:t>1:23:35  okay, we will end the session now. thank you.</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1"/>
      </w:pPr>
      <w:r>
        <w:t>In the lectures (20)</w:t>
      </w:r>
    </w:p>
    <w:p>
      <w:pPr>
        <w:pStyle w:val="Heading2"/>
      </w:pPr>
      <w:r>
        <w:t>Dars-e-Quran (Al-Baqarah (The Heifer) 2 7-19) July 26, 2015</w:t>
      </w:r>
    </w:p>
    <w:p>
      <w:r>
        <w:rPr>
          <w:color w:val="666666"/>
          <w:sz w:val="18"/>
        </w:rPr>
        <w:t>3:51 · https://youtu.be/kSrW4z79AHE?t=231</w:t>
      </w:r>
    </w:p>
    <w:p>
      <w:r>
        <w:rPr>
          <w:i/>
        </w:rPr>
        <w:t>“ایمان کمزور ہو چکا ہو،”</w:t>
      </w:r>
    </w:p>
    <w:p>
      <w:pPr>
        <w:pStyle w:val="Heading2"/>
      </w:pPr>
      <w:r>
        <w:t>Revival of Faith September 25, 2011 Maulana Wahiduddin Khan</w:t>
      </w:r>
    </w:p>
    <w:p>
      <w:r>
        <w:rPr>
          <w:color w:val="666666"/>
          <w:sz w:val="18"/>
        </w:rPr>
        <w:t>4:42 · https://youtu.be/sG_btZMffxg?t=282</w:t>
      </w:r>
    </w:p>
    <w:p>
      <w:r>
        <w:rPr>
          <w:i/>
        </w:rPr>
        <w:t>“ایمان بوسیدہ ہوتا ہے۔”</w:t>
      </w:r>
    </w:p>
    <w:p>
      <w:pPr>
        <w:pStyle w:val="Heading2"/>
      </w:pPr>
      <w:r>
        <w:t>Revival of Faith I 25 Sept, 2011 - Maulana Wahiduddin Khan</w:t>
      </w:r>
    </w:p>
    <w:p>
      <w:r>
        <w:rPr>
          <w:color w:val="666666"/>
          <w:sz w:val="18"/>
        </w:rPr>
        <w:t>4:50 · https://youtu.be/y8_SQ8dJ0w0?t=290</w:t>
      </w:r>
    </w:p>
    <w:p>
      <w:r>
        <w:rPr>
          <w:i/>
        </w:rPr>
        <w:t>“ایمان بوسیدہ ہوتا ہے۔”</w:t>
      </w:r>
    </w:p>
    <w:p>
      <w:pPr>
        <w:pStyle w:val="Heading2"/>
      </w:pPr>
      <w:r>
        <w:t>The Belief System of Islam August 01, 2007</w:t>
      </w:r>
    </w:p>
    <w:p>
      <w:r>
        <w:rPr>
          <w:color w:val="666666"/>
          <w:sz w:val="18"/>
        </w:rPr>
        <w:t>39:08 · https://youtu.be/5pdnwRaPfmY?t=2348</w:t>
      </w:r>
    </w:p>
    <w:p>
      <w:r>
        <w:rPr>
          <w:i/>
        </w:rPr>
        <w:t>“in a pessimistic mood”</w:t>
      </w:r>
    </w:p>
    <w:p>
      <w:pPr>
        <w:pStyle w:val="Heading2"/>
      </w:pPr>
      <w:r>
        <w:t>Why this Ethical Crisis (Moral Crisis) December 16, 2007</w:t>
      </w:r>
    </w:p>
    <w:p>
      <w:r>
        <w:rPr>
          <w:color w:val="666666"/>
          <w:sz w:val="18"/>
        </w:rPr>
        <w:t>50:48 · https://youtu.be/CQ1Q6cl9u5s?t=3048</w:t>
      </w:r>
    </w:p>
    <w:p>
      <w:r>
        <w:rPr>
          <w:i/>
        </w:rPr>
        <w:t>“ہمارے خود اعتمادی کو گھٹاتا ہے۔”</w:t>
      </w:r>
    </w:p>
    <w:p>
      <w:pPr>
        <w:pStyle w:val="Heading2"/>
      </w:pPr>
      <w:r>
        <w:t>From the Spiritual Tree December 3, 2006 Maulana Wahiduddin Khan</w:t>
      </w:r>
    </w:p>
    <w:p>
      <w:r>
        <w:rPr>
          <w:color w:val="666666"/>
          <w:sz w:val="18"/>
        </w:rPr>
        <w:t>47:25 · https://youtu.be/2MrnmNMSEfs?t=2845</w:t>
      </w:r>
    </w:p>
    <w:p>
      <w:r>
        <w:rPr>
          <w:i/>
        </w:rPr>
        <w:t>“آپ یقین کیجیئے کہ میں اپنے آپ کو بہت زیادہ یعنی بہت زیادہ کمزور، بہت زیادہ عاجز اور بہت زیادہ نااہل پاتا ہوں۔”</w:t>
      </w:r>
    </w:p>
    <w:p>
      <w:pPr>
        <w:pStyle w:val="Heading2"/>
      </w:pPr>
      <w:r>
        <w:t>Intellectual Poverty of Modern World December 17, 2006</w:t>
      </w:r>
    </w:p>
    <w:p>
      <w:r>
        <w:rPr>
          <w:color w:val="666666"/>
          <w:sz w:val="18"/>
        </w:rPr>
        <w:t>1:12:54 · https://youtu.be/GdhR0DoI1Ys?t=4374</w:t>
      </w:r>
    </w:p>
    <w:p>
      <w:r>
        <w:rPr>
          <w:i/>
        </w:rPr>
        <w:t>“میں اپنی صلاحیت کو کم استعمال کر رہا ہوں۔”</w:t>
      </w:r>
    </w:p>
    <w:p>
      <w:pPr>
        <w:pStyle w:val="Heading2"/>
      </w:pPr>
      <w:r>
        <w:t>Lessons and Experience 22 May 2011 - Maulana Wahiduddin Khan</w:t>
      </w:r>
    </w:p>
    <w:p>
      <w:r>
        <w:rPr>
          <w:color w:val="666666"/>
          <w:sz w:val="18"/>
        </w:rPr>
        <w:t>26:25 · https://youtu.be/vxgZMiqBTiE?t=1585</w:t>
      </w:r>
    </w:p>
    <w:p>
      <w:r>
        <w:rPr>
          <w:i/>
        </w:rPr>
        <w:t>“یہ مجھے محسوس ہوا کہ کتنی بڑی کمی ہے ان لوگوں کی کی طرف سے جو ایک خدا کو مانتے ہیں۔”</w:t>
      </w:r>
    </w:p>
    <w:p>
      <w:pPr>
        <w:pStyle w:val="Heading2"/>
      </w:pPr>
      <w:r>
        <w:t>Building a Heavenly Personality 15 April 2012</w:t>
      </w:r>
    </w:p>
    <w:p>
      <w:r>
        <w:rPr>
          <w:color w:val="666666"/>
          <w:sz w:val="18"/>
        </w:rPr>
        <w:t>22:38 · https://youtu.be/4YO-sZSBFPI?t=1358</w:t>
      </w:r>
    </w:p>
    <w:p>
      <w:r>
        <w:rPr>
          <w:i/>
        </w:rPr>
        <w:t>“احساس کمتری میں مبتلا ہو جاتا ہے۔”</w:t>
      </w:r>
    </w:p>
    <w:p>
      <w:pPr>
        <w:pStyle w:val="Heading2"/>
      </w:pPr>
      <w:r>
        <w:t>God, Man and Paradise April 22, 2007</w:t>
      </w:r>
    </w:p>
    <w:p>
      <w:r>
        <w:rPr>
          <w:color w:val="666666"/>
          <w:sz w:val="18"/>
        </w:rPr>
        <w:t>1:25 · https://youtu.be/dJ7Hp3i_nkA?t=85</w:t>
      </w:r>
    </w:p>
    <w:p>
      <w:r>
        <w:rPr>
          <w:i/>
        </w:rPr>
        <w:t>“There is reduced form of religion.”</w:t>
      </w:r>
    </w:p>
    <w:p>
      <w:pPr>
        <w:pStyle w:val="Heading2"/>
      </w:pPr>
      <w:r>
        <w:t>The Concept of Justice in Islam May 03, 2007</w:t>
      </w:r>
    </w:p>
    <w:p>
      <w:r>
        <w:rPr>
          <w:color w:val="666666"/>
          <w:sz w:val="18"/>
        </w:rPr>
        <w:t>35:55 · https://youtu.be/DY5SY8H554c?t=2155</w:t>
      </w:r>
    </w:p>
    <w:p>
      <w:r>
        <w:rPr>
          <w:i/>
        </w:rPr>
        <w:t>“"I fear God.”</w:t>
      </w:r>
    </w:p>
    <w:p>
      <w:pPr>
        <w:pStyle w:val="Heading2"/>
      </w:pPr>
      <w:r>
        <w:t>Revival of Faith September 25, 2011 Maulana Wahiduddin Khan</w:t>
      </w:r>
    </w:p>
    <w:p>
      <w:r>
        <w:rPr>
          <w:color w:val="666666"/>
          <w:sz w:val="18"/>
        </w:rPr>
        <w:t>1:13:02 · https://youtu.be/sG_btZMffxg?t=4382</w:t>
      </w:r>
    </w:p>
    <w:p>
      <w:r>
        <w:rPr>
          <w:i/>
        </w:rPr>
        <w:t>“ایمان کی کمزوری ایک ایبگو ٹرم ہے۔ میں سمجھتا ہوں کہ ایسی چیز ہے شعور کی کمی آ جاتی ہے۔ شعور کی کمی آ جاتی ہے۔”</w:t>
      </w:r>
    </w:p>
    <w:p>
      <w:pPr>
        <w:pStyle w:val="Heading2"/>
      </w:pPr>
      <w:r>
        <w:t>Islma A Religion of Peace (English) January 7, 2010</w:t>
      </w:r>
    </w:p>
    <w:p>
      <w:r>
        <w:rPr>
          <w:color w:val="666666"/>
          <w:sz w:val="18"/>
        </w:rPr>
        <w:t>48:27 · https://youtu.be/YKg_GJj8Hvg?t=2907</w:t>
      </w:r>
    </w:p>
    <w:p>
      <w:r>
        <w:rPr>
          <w:i/>
        </w:rPr>
        <w:t>“I want to say I have such a sorrow about my country and the enemy images that it has of people of your faith.”</w:t>
      </w:r>
    </w:p>
    <w:p>
      <w:pPr>
        <w:pStyle w:val="Heading2"/>
      </w:pPr>
      <w:r>
        <w:t>Islam A Religion of Peace January 7, 2010 Maulana Wahiduddin Khan</w:t>
      </w:r>
    </w:p>
    <w:p>
      <w:r>
        <w:rPr>
          <w:color w:val="666666"/>
          <w:sz w:val="18"/>
        </w:rPr>
        <w:t>48:39 · https://youtu.be/L3qaWEfRY6o?t=2919</w:t>
      </w:r>
    </w:p>
    <w:p>
      <w:r>
        <w:rPr>
          <w:i/>
        </w:rPr>
        <w:t>“I want to say I have such a sorrow about my country and the enemy images that it has of people of your faith.”</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Power of Peace June 6, 2010 Maulana Wahiduddin Khan</w:t>
      </w:r>
    </w:p>
    <w:p>
      <w:r>
        <w:rPr>
          <w:color w:val="666666"/>
          <w:sz w:val="18"/>
        </w:rPr>
        <w:t>1:00:12 · https://youtu.be/QNnouRoYI38?t=3612</w:t>
      </w:r>
    </w:p>
    <w:p>
      <w:r>
        <w:rPr>
          <w:i/>
        </w:rPr>
        <w:t>“یہ اللہ تعالیٰ کی رحمت ہے۔ میں خود اپنے بارے میں بہت سوچتا تھا کہ میں اتنا کمزور ہوں۔ یعنی physically بہت ہی کمزور ہوں۔”</w:t>
      </w:r>
    </w:p>
    <w:p>
      <w:pPr>
        <w:pStyle w:val="Heading2"/>
      </w:pPr>
      <w:r>
        <w:t>Discovery of Modern Age February 10, 2013</w:t>
      </w:r>
    </w:p>
    <w:p>
      <w:r>
        <w:rPr>
          <w:color w:val="666666"/>
          <w:sz w:val="18"/>
        </w:rPr>
        <w:t>13:02 · https://youtu.be/qYGA53ii7E4?t=782</w:t>
      </w:r>
    </w:p>
    <w:p>
      <w:r>
        <w:rPr>
          <w:i/>
        </w:rPr>
        <w:t>“دین کے معاملے میں مایوس ہو گئے۔”</w:t>
      </w:r>
    </w:p>
    <w:p>
      <w:pPr>
        <w:pStyle w:val="Heading2"/>
      </w:pPr>
      <w:r>
        <w:t>Islam A Religion of Peace January 8, 2007 Maulana Wahiduddin Khan</w:t>
      </w:r>
    </w:p>
    <w:p>
      <w:r>
        <w:rPr>
          <w:color w:val="666666"/>
          <w:sz w:val="18"/>
        </w:rPr>
        <w:t>6:36 · https://youtu.be/N1-IgG2ycKw?t=396</w:t>
      </w:r>
    </w:p>
    <w:p>
      <w:r>
        <w:rPr>
          <w:i/>
        </w:rPr>
        <w:t>“میں اللہ سے ڈرتا ہوں۔”</w:t>
      </w:r>
    </w:p>
    <w:p>
      <w:pPr>
        <w:pStyle w:val="Heading2"/>
      </w:pPr>
      <w:r>
        <w:t>Q&amp;A 16 Jan 2011 Maulana Wahiduddin Khan</w:t>
      </w:r>
    </w:p>
    <w:p>
      <w:r>
        <w:rPr>
          <w:color w:val="666666"/>
          <w:sz w:val="18"/>
        </w:rPr>
        <w:t>45:04 · https://youtu.be/N8FHA_uH3QI?t=2704</w:t>
      </w:r>
    </w:p>
    <w:p>
      <w:r>
        <w:rPr>
          <w:i/>
        </w:rPr>
        <w:t>“ایمان کی کمزوری کا پراسرار لفظ ہے۔”</w:t>
      </w:r>
    </w:p>
    <w:p>
      <w:pPr>
        <w:pStyle w:val="Heading2"/>
      </w:pPr>
      <w:r>
        <w:t>Patience and Creative Thinking April 20, 2020 Maulana Wahiduddin Khan</w:t>
      </w:r>
    </w:p>
    <w:p>
      <w:r>
        <w:rPr>
          <w:color w:val="666666"/>
          <w:sz w:val="18"/>
        </w:rPr>
        <w:t>59:31 · https://youtu.be/zhpSQwyj_6Q?t=3571</w:t>
      </w:r>
    </w:p>
    <w:p>
      <w:r>
        <w:rPr>
          <w:i/>
        </w:rPr>
        <w:t>“I feel lack of motivation sometimes, and motivation and energy”</w:t>
      </w:r>
    </w:p>
    <w:p>
      <w:pPr>
        <w:pStyle w:val="Heading1"/>
      </w:pPr>
      <w:r>
        <w:t>Clips (14)</w:t>
      </w:r>
    </w:p>
    <w:p>
      <w:pPr>
        <w:pStyle w:val="Heading2"/>
      </w:pPr>
      <w:r>
        <w:t>sealed hearts explained as deep psychological conditioning</w:t>
      </w:r>
    </w:p>
    <w:p>
      <w:r>
        <w:rPr>
          <w:color w:val="666666"/>
          <w:sz w:val="18"/>
        </w:rPr>
        <w:t>Dars-e-Quran (Al-Baqarah (The Heifer) 2 7-19) July 26, 2015 · 5m 11s · at 1:03 · https://youtu.be/kSrW4z79AHE?t=63</w:t>
      </w:r>
    </w:p>
    <w:p>
      <w:r>
        <w:rPr>
          <w:i/>
        </w:rPr>
        <w:t>“This verse is about those Sharia calls hypocrites”</w:t>
      </w:r>
    </w:p>
    <w:p>
      <w:r>
        <w:rPr>
          <w:sz w:val="20"/>
        </w:rPr>
        <w:t>1:03  Yeh ayat hai un logon ke bare mein jin ko shariat mein munafiq kaha jata hai.</w:t>
      </w:r>
      <w:r>
        <w:br/>
      </w:r>
      <w:r>
        <w:rPr>
          <w:sz w:val="20"/>
        </w:rPr>
        <w:t>1:15  To farmaya ke un ke dilo par Allah ne mohar laga di,</w:t>
      </w:r>
      <w:r>
        <w:br/>
      </w:r>
      <w:r>
        <w:rPr>
          <w:sz w:val="20"/>
        </w:rPr>
        <w:t>1:28  aur un ke kaan</w:t>
      </w:r>
      <w:r>
        <w:br/>
      </w:r>
      <w:r>
        <w:rPr>
          <w:sz w:val="20"/>
        </w:rPr>
        <w:t>1:34  sunne se ma'rooz ho gaye, aur un ki aankhon par parda pad gaya.</w:t>
      </w:r>
      <w:r>
        <w:br/>
      </w:r>
      <w:r>
        <w:rPr>
          <w:sz w:val="20"/>
        </w:rPr>
        <w:t>1:45  Yeh tamseel ki zaban mein darasal yeh baat kahi gayi hai ke un ka case deep conditioning ka case hai.</w:t>
      </w:r>
      <w:r>
        <w:br/>
      </w:r>
      <w:r>
        <w:rPr>
          <w:sz w:val="20"/>
        </w:rPr>
        <w:t>2:00  Yeh kaun log hote hain? Madine mein, lekin Makka mein jab tak Islam tha to wahan manafqat ka phenomenon nahi tha.</w:t>
      </w:r>
      <w:r>
        <w:br/>
      </w:r>
      <w:r>
        <w:rPr>
          <w:sz w:val="20"/>
        </w:rPr>
        <w:t>2:12  Wahan ya to Islam tha ya inkar tha.</w:t>
      </w:r>
      <w:r>
        <w:br/>
      </w:r>
      <w:r>
        <w:rPr>
          <w:sz w:val="20"/>
        </w:rPr>
        <w:t>2:16  Lekin Madine mein ek naya zahira paida hua, woh is ko kehte hain manafqat. Yani wahan par chunke mask ka rujhan ho raha tha to bahut se log Islam mein dakhil ho gaye,</w:t>
      </w:r>
      <w:r>
        <w:br/>
      </w:r>
      <w:r>
        <w:rPr>
          <w:sz w:val="20"/>
        </w:rPr>
        <w:t>2:35  yani social compulsion ke tehat. To lekin un ki zyada tarbiyat to is se nahi hui thi jaise Makka mein hui thi logon ki.</w:t>
      </w:r>
      <w:r>
        <w:br/>
      </w:r>
      <w:r>
        <w:rPr>
          <w:sz w:val="20"/>
        </w:rPr>
        <w:t>2:46  Un ka imaan zyada pakka nahi hua tha. To dheere dheere un mein ek duality aa gayi. Yani bazahir to yeh dikhana logon ko ke hum Islam mein hain, Islam mein hain, Islam mein hain.</w:t>
      </w:r>
      <w:r>
        <w:br/>
      </w:r>
      <w:r>
        <w:rPr>
          <w:sz w:val="20"/>
        </w:rPr>
        <w:t>3:02  Lekin andar se un ko Islam se koi dilchaspi nahi thi.</w:t>
      </w:r>
      <w:r>
        <w:br/>
      </w:r>
      <w:r>
        <w:rPr>
          <w:sz w:val="20"/>
        </w:rPr>
        <w:t>3:09  To tarah tarah ke fitne paida karte the, sochien paida karte the taake apne ko justify karein. Yani jo manafqat koi anokhi cheez ka naam nahi hai,</w:t>
      </w:r>
      <w:r>
        <w:br/>
      </w:r>
      <w:r>
        <w:rPr>
          <w:sz w:val="20"/>
        </w:rPr>
        <w:t>3:23  woh har samajh mein</w:t>
      </w:r>
      <w:r>
        <w:br/>
      </w:r>
      <w:r>
        <w:rPr>
          <w:sz w:val="20"/>
        </w:rPr>
        <w:t>3:24  hota hai, aaj bhi hai. Yani jo log ke ikhlas ke sath Islam par qaim na hon, balki social compulsion ya material interest jaise asbab se woh Muslim society mein shamil hon,</w:t>
      </w:r>
      <w:r>
        <w:br/>
      </w:r>
      <w:r>
        <w:rPr>
          <w:sz w:val="20"/>
        </w:rPr>
        <w:t>3:47  aur un ka</w:t>
      </w:r>
      <w:r>
        <w:br/>
      </w:r>
      <w:r>
        <w:rPr>
          <w:sz w:val="20"/>
        </w:rPr>
        <w:t>3:51  imaan kamzor ho chuka ho,</w:t>
      </w:r>
      <w:r>
        <w:br/>
      </w:r>
      <w:r>
        <w:rPr>
          <w:sz w:val="20"/>
        </w:rPr>
        <w:t>3:53  ya khaas tor par yeh baad ke zamanay mein to bohat hota hai jab jab de generation ho chuka hota hai. to yeh in ka zahira hai.</w:t>
      </w:r>
      <w:r>
        <w:br/>
      </w:r>
      <w:r>
        <w:rPr>
          <w:sz w:val="20"/>
        </w:rPr>
        <w:t>4:05  to yeh jo farmaya ke in ka,</w:t>
      </w:r>
      <w:r>
        <w:br/>
      </w:r>
      <w:r>
        <w:rPr>
          <w:sz w:val="20"/>
        </w:rPr>
        <w:t>4:12  in ka, in ka woh dilon se samajhte nahi, woh kaan se suntay nahi, aankh se dekhte nahi, yeh kya hai</w:t>
      </w:r>
      <w:r>
        <w:br/>
      </w:r>
      <w:r>
        <w:rPr>
          <w:sz w:val="20"/>
        </w:rPr>
        <w:t>4:20  ? bazahir teen lafz hain lekin haqeeqat aik hi hai, woh hai conditioning. conditioning kya hai?</w:t>
      </w:r>
      <w:r>
        <w:br/>
      </w:r>
      <w:r>
        <w:rPr>
          <w:sz w:val="20"/>
        </w:rPr>
        <w:t>4:28  jab aadmi aik rasta ikhtiyar kare aur is par woh muhasiba na kare, introspection na kare, to dheere dheere woh pakhta ho jata hai.</w:t>
      </w:r>
      <w:r>
        <w:br/>
      </w:r>
      <w:r>
        <w:rPr>
          <w:sz w:val="20"/>
        </w:rPr>
        <w:t>4:44  muhasiba ya ya introspection jo hai, is se aap ke andar self correction ka process chalta rehta hai.</w:t>
      </w:r>
      <w:r>
        <w:br/>
      </w:r>
      <w:r>
        <w:rPr>
          <w:sz w:val="20"/>
        </w:rPr>
        <w:t>4:55  self correction. lekin jab aap ke andar muhasiba na ho, introspection na ho, to self correction ka process khatam ho jata hai.</w:t>
      </w:r>
      <w:r>
        <w:br/>
      </w:r>
      <w:r>
        <w:rPr>
          <w:sz w:val="20"/>
        </w:rPr>
        <w:t>5:06  to phir kya hota hai? aadmi apne jis haal mein woh hai, usi haal par woh condition, conditionary hone lagti hai is ki.</w:t>
      </w:r>
      <w:r>
        <w:br/>
      </w:r>
      <w:r>
        <w:rPr>
          <w:sz w:val="20"/>
        </w:rPr>
        <w:t>5:18  aur dheere dheere itna pakhta hota hai ke usi ko theek samajhta hai woh. to koi baat kahi jaye to na us ke kaan sunenge, na us ki aqal sochegi, na us ki aankh dekhegi.</w:t>
      </w:r>
      <w:r>
        <w:br/>
      </w:r>
      <w:r>
        <w:rPr>
          <w:sz w:val="20"/>
        </w:rPr>
        <w:t>5:35  to yeh hota hai haal. kisi bhi shakhs ko yeh haal ho sakta hai jo apna muhasiba na karta ho. to munafiq koi anokhi makhlooq ka naam nahi hai.</w:t>
      </w:r>
      <w:r>
        <w:br/>
      </w:r>
      <w:r>
        <w:rPr>
          <w:sz w:val="20"/>
        </w:rPr>
        <w:t>5:46  aik samaj mein log hotay hain, jaise madine mein thay, aisay aaj bhi. ke jin logon ka sach poochein to</w:t>
      </w:r>
      <w:r>
        <w:br/>
      </w:r>
      <w:r>
        <w:rPr>
          <w:sz w:val="20"/>
        </w:rPr>
        <w:t>5:59  munafiqat ka matlab yeh hai ke aadmi bazahir Islam ko manta ho, lekin is ke andar introspection ka amal jari na ho, muhasiba ka amal jari na ho.</w:t>
      </w:r>
    </w:p>
    <w:p>
      <w:pPr>
        <w:pStyle w:val="Heading2"/>
      </w:pPr>
      <w:r>
        <w:t>hadith: faith wears out like cloth</w:t>
      </w:r>
    </w:p>
    <w:p>
      <w:r>
        <w:rPr>
          <w:color w:val="666666"/>
          <w:sz w:val="18"/>
        </w:rPr>
        <w:t>Revival of Faith September 25, 2011 Maulana Wahiduddin Khan · 48s · at 3:59 · https://youtu.be/sG_btZMffxg?t=239</w:t>
      </w:r>
    </w:p>
    <w:p>
      <w:r>
        <w:rPr>
          <w:i/>
        </w:rPr>
        <w:t>“There's a hadith: iman becomes worn out inside you”</w:t>
      </w:r>
    </w:p>
    <w:p>
      <w:r>
        <w:rPr>
          <w:sz w:val="20"/>
        </w:rPr>
        <w:t>3:59  dekhiye, aik hadees hai ke: "inna al-imana layakhlaqu</w:t>
      </w:r>
      <w:r>
        <w:br/>
      </w:r>
      <w:r>
        <w:rPr>
          <w:sz w:val="20"/>
        </w:rPr>
        <w:t>4:12  fi jawfi ahadikum kama yakhlaqu as-sawbu fasallu Allahu imanakum fi qulubikum".</w:t>
      </w:r>
      <w:r>
        <w:br/>
      </w:r>
      <w:r>
        <w:rPr>
          <w:sz w:val="20"/>
        </w:rPr>
        <w:t>4:29  yaani imaan boodida hota hai, faith becomes worn out.</w:t>
      </w:r>
      <w:r>
        <w:br/>
      </w:r>
      <w:r>
        <w:rPr>
          <w:sz w:val="20"/>
        </w:rPr>
        <w:t>4:42  imaan boodida hota hai.</w:t>
      </w:r>
    </w:p>
    <w:p>
      <w:pPr>
        <w:pStyle w:val="Heading2"/>
      </w:pPr>
      <w:r>
        <w:t>Faith wears out, pray for revival</w:t>
      </w:r>
    </w:p>
    <w:p>
      <w:r>
        <w:rPr>
          <w:color w:val="666666"/>
          <w:sz w:val="18"/>
        </w:rPr>
        <w:t>Revival of Faith I 25 Sept, 2011 - Maulana Wahiduddin Khan · 55s · at 4:39 · https://youtu.be/y8_SQ8dJ0w0?t=279</w:t>
      </w:r>
    </w:p>
    <w:p>
      <w:r>
        <w:rPr>
          <w:i/>
        </w:rPr>
        <w:t>“Faith becomes worn out”</w:t>
      </w:r>
    </w:p>
    <w:p>
      <w:r>
        <w:rPr>
          <w:sz w:val="20"/>
        </w:rPr>
        <w:t>4:39  imaan boseeda hota hai, faith becomes worn out.</w:t>
      </w:r>
      <w:r>
        <w:br/>
      </w:r>
      <w:r>
        <w:rPr>
          <w:sz w:val="20"/>
        </w:rPr>
        <w:t>4:50  imaan boseeda hota hai.</w:t>
      </w:r>
      <w:r>
        <w:br/>
      </w:r>
      <w:r>
        <w:rPr>
          <w:sz w:val="20"/>
        </w:rPr>
        <w:t>4:57  to tum imaan ko fi jawfikum yani imaan ka zahir boseeda nahi hota, is ka batin boseeda hota hai,</w:t>
      </w:r>
      <w:r>
        <w:br/>
      </w:r>
      <w:r>
        <w:rPr>
          <w:sz w:val="20"/>
        </w:rPr>
        <w:t>5:11  yani spirit ke aitbar se boseeda hota hai.</w:t>
      </w:r>
      <w:r>
        <w:br/>
      </w:r>
      <w:r>
        <w:rPr>
          <w:sz w:val="20"/>
        </w:rPr>
        <w:t>5:19  to tum is ko allah se dua kiya karte raho ke tumhare imaan ko revive kare, dobara zinda kar de.</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Age of violence ends, age of peace begins, ancient persecution stories</w:t>
      </w:r>
    </w:p>
    <w:p>
      <w:r>
        <w:rPr>
          <w:color w:val="666666"/>
          <w:sz w:val="18"/>
        </w:rPr>
        <w:t>Discovery of Modern Age February 10, 2013 · 5m 55s · at 11:30 · https://youtu.be/qYGA53ii7E4?t=690</w:t>
      </w:r>
    </w:p>
    <w:p>
      <w:r>
        <w:rPr>
          <w:i/>
        </w:rPr>
        <w:t>“Might is right — sabse badi taqat talwar thi”</w:t>
      </w:r>
    </w:p>
    <w:p>
      <w:r>
        <w:rPr>
          <w:sz w:val="20"/>
        </w:rPr>
        <w:t>11:30  might is right. sab se bari taqat qadeem zamanay mein talwar hua karti thi.</w:t>
      </w:r>
      <w:r>
        <w:br/>
      </w:r>
      <w:r>
        <w:rPr>
          <w:sz w:val="20"/>
        </w:rPr>
        <w:t>11:37  is daur ko Allah taala ne nikala, aik naya zamanay paida kiya, jahan sab se bari taqat aman hai.</w:t>
      </w:r>
      <w:r>
        <w:br/>
      </w:r>
      <w:r>
        <w:rPr>
          <w:sz w:val="20"/>
        </w:rPr>
        <w:t>11:48  yeh bohat bari planning thi Allah taala ki. yeh khawamkhwah nahi ho gaya. isi baat ka Rasool Allah Sal Allahu Alaihi Wasallam ke zamanay mein ailaan kiya gaya tha, Quran mein bhi, hadith ke andar bhi, ke aap ke aik naya daur aa gaya.</w:t>
      </w:r>
      <w:r>
        <w:br/>
      </w:r>
      <w:r>
        <w:rPr>
          <w:sz w:val="20"/>
        </w:rPr>
        <w:t>12:07  aik lambi jahad ke baad, kai hazar ki jahad ke baad, culmination tha Islam ka aakhri zamanay. is ke baray mein mein aap ko arz karna chahoon ga.</w:t>
      </w:r>
      <w:r>
        <w:br/>
      </w:r>
      <w:r>
        <w:rPr>
          <w:sz w:val="20"/>
        </w:rPr>
        <w:t>12:21  Quran mein dekhen, Surah Al-Maidah mein yeh ayat hai jis mein ke takmeel-e-deen ka zikr hai. "alyawma akmaltu lakum deenakum" ki jo ayat hai, Surah Al-Maidah mein, us mein farmaya: "alyawma yaisa allazeena kafaroo min deenikum".</w:t>
      </w:r>
      <w:r>
        <w:br/>
      </w:r>
      <w:r>
        <w:rPr>
          <w:sz w:val="20"/>
        </w:rPr>
        <w:t>12:43  kaha jata hai ke ye quran ki aakhri ayat hai, rasool Allah salallaho alaihe wasallam ke zamane ke aakhri zamane mein. is ka tarjuma ye hai ke aaj al kuffar ya al inkar</w:t>
      </w:r>
      <w:r>
        <w:br/>
      </w:r>
      <w:r>
        <w:rPr>
          <w:sz w:val="20"/>
        </w:rPr>
        <w:t>13:02  deen ke mamle mein mayoos ho gaye.</w:t>
      </w:r>
      <w:r>
        <w:br/>
      </w:r>
      <w:r>
        <w:rPr>
          <w:sz w:val="20"/>
        </w:rPr>
        <w:t>13:07  to ab tum un se na daro, mujh se daro. yani ab tum al inkar se na daro, Allah se daro. is ka matlab kya hai?</w:t>
      </w:r>
      <w:r>
        <w:br/>
      </w:r>
      <w:r>
        <w:rPr>
          <w:sz w:val="20"/>
        </w:rPr>
        <w:t>13:19  ye ek naye daur ke aamad ka aelan hai ke daur khauf khatam ho gaya, daur aman aa gaya.</w:t>
      </w:r>
      <w:r>
        <w:br/>
      </w:r>
      <w:r>
        <w:rPr>
          <w:sz w:val="20"/>
        </w:rPr>
        <w:t>13:31  daur khauf khatam ho gaya, daur aman aa gaya. ye ek daur ki aamad ka aelan tha, ye. ye koi prasarar fazilat ka mamla nahi hai.</w:t>
      </w:r>
      <w:r>
        <w:br/>
      </w:r>
      <w:r>
        <w:rPr>
          <w:sz w:val="20"/>
        </w:rPr>
        <w:t>13:41  lekin yahi baat rasool Allah salallaho alaihe wasallam ne ek hadith mein farmai</w:t>
      </w:r>
      <w:r>
        <w:br/>
      </w:r>
      <w:r>
        <w:rPr>
          <w:sz w:val="20"/>
        </w:rPr>
        <w:t>13:48  ke ek zamana aayega jab ke ek aurat hazrat moosa se sana kar jayegi,</w:t>
      </w:r>
      <w:r>
        <w:br/>
      </w:r>
      <w:r>
        <w:rPr>
          <w:sz w:val="20"/>
        </w:rPr>
        <w:t>14:00  is tanha oont par baith kar. "wala takhafaw illa Allah".</w:t>
      </w:r>
      <w:r>
        <w:br/>
      </w:r>
      <w:r>
        <w:rPr>
          <w:sz w:val="20"/>
        </w:rPr>
        <w:t>14:10  is ko Allah ke siwa kisi ka dar nahi hoga. ye kya? ye daur ka aelan tha ke ek naya daur aane wala hai jabke khauf khatam aur aman ka har taraf daur daur hai.</w:t>
      </w:r>
      <w:r>
        <w:br/>
      </w:r>
      <w:r>
        <w:rPr>
          <w:sz w:val="20"/>
        </w:rPr>
        <w:t>14:30  to dekhiye, qadeem zamane mein bohat tashaddud hua karta tha, lias persecute hua karta tha. hadith mein aur quran mein is ka zikr bar bar aaya hai.</w:t>
      </w:r>
      <w:r>
        <w:br/>
      </w:r>
      <w:r>
        <w:rPr>
          <w:sz w:val="20"/>
        </w:rPr>
        <w:t>14:41  misal ke taur par dekhiye, haj maseeh ke baad kuch log jin ko ashab kaha jata hai, wo tauheed par iman laye.</w:t>
      </w:r>
      <w:r>
        <w:br/>
      </w:r>
      <w:r>
        <w:rPr>
          <w:sz w:val="20"/>
        </w:rPr>
        <w:t>14:58  is zamane mein hazrat maseeh ki taleemat abhi unhe bigad nahi aayi thi. ye turkey ke shumali ilake mein kuch log the, is zamane mein turkey mein romans ki hukumat thi,</w:t>
      </w:r>
      <w:r>
        <w:br/>
      </w:r>
      <w:r>
        <w:rPr>
          <w:sz w:val="20"/>
        </w:rPr>
        <w:t>15:14  romans ki. to wo log mushrik hua karte the.</w:t>
      </w:r>
      <w:r>
        <w:br/>
      </w:r>
      <w:r>
        <w:rPr>
          <w:sz w:val="20"/>
        </w:rPr>
        <w:t>15:21  to tauheed un ke liye na qabil bardasht thi aur un ko khatra hua ke use maar dalenge. to wo khamoshi se apne gharon se nikal kar chale gaye, pahad ke khod.</w:t>
      </w:r>
      <w:r>
        <w:br/>
      </w:r>
      <w:r>
        <w:rPr>
          <w:sz w:val="20"/>
        </w:rPr>
        <w:t>15:37  ye khod abhi bhi maujood hai, internet par dekh sakte hain aap. bible mein bhi is ka zikr hai. bible mein un ko seven sleepers kaha jata hai.</w:t>
      </w:r>
      <w:r>
        <w:br/>
      </w:r>
      <w:r>
        <w:rPr>
          <w:sz w:val="20"/>
        </w:rPr>
        <w:t>15:47  is se bhi is baat par ke Allah ek hai, un ko apni basti mein rehne ki ijazat nahi thi. ya to Allah ek hai, khana chodo ya tum ko hum qatl kar denge.</w:t>
      </w:r>
      <w:r>
        <w:br/>
      </w:r>
      <w:r>
        <w:rPr>
          <w:sz w:val="20"/>
        </w:rPr>
        <w:t>16:03  hazrat ibrahim ko dekhiye, Allah ek hai kehne par aag mein dal diya gaya. koi un ka jurm nahi tha, un ke khilaf koi criminal case nahi tha.</w:t>
      </w:r>
      <w:r>
        <w:br/>
      </w:r>
      <w:r>
        <w:rPr>
          <w:sz w:val="20"/>
        </w:rPr>
        <w:t>16:14  sirf ye baat thi ke unhone kaha ke Allah ek hai, isi ek ki ibadat karo. quran mein surah al burrow mein likhi gayi hai: "wa ma nakham min Allah yawm billah al aziz al habib".</w:t>
      </w:r>
      <w:r>
        <w:br/>
      </w:r>
      <w:r>
        <w:rPr>
          <w:sz w:val="20"/>
        </w:rPr>
        <w:t>16:28  yahan bhi ashab al khutoot ka zikr hai. aag ke gurhe mein koi log dal diye gaye the, kis liye?</w:t>
      </w:r>
      <w:r>
        <w:br/>
      </w:r>
      <w:r>
        <w:rPr>
          <w:sz w:val="20"/>
        </w:rPr>
        <w:t>16:37  nihayat hi peaceful the wo log, lekin sirf tauheed ko mante the.</w:t>
      </w:r>
      <w:r>
        <w:br/>
      </w:r>
      <w:r>
        <w:rPr>
          <w:sz w:val="20"/>
        </w:rPr>
        <w:t>16:42  Allah ek hai, isi ki ibadat karo. ye pura ka pura hazaron saal ka daur tashaddud ka daur tha.</w:t>
      </w:r>
      <w:r>
        <w:br/>
      </w:r>
      <w:r>
        <w:rPr>
          <w:sz w:val="20"/>
        </w:rPr>
        <w:t>16:55  to wo daur to tha. Allah taala ne insaan azadi de di hai. azadi ko misuse karne ki wajah se ye daur tha. to Allah taala insaan ki azadi ko ab wash nahi kar sakta.</w:t>
      </w:r>
      <w:r>
        <w:br/>
      </w:r>
      <w:r>
        <w:rPr>
          <w:sz w:val="20"/>
        </w:rPr>
        <w:t>17:07  ye mumkin nahi hai ke insaan ki azadi ko misuse kar diya jaye kamon se pehle.</w:t>
      </w:r>
      <w:r>
        <w:br/>
      </w:r>
      <w:r>
        <w:rPr>
          <w:sz w:val="20"/>
        </w:rPr>
        <w:t>17:13  to azadi ko pak rakhte hue Allah taala ne tareekh ko banjh kiya, yahan tak ke wo Islam ka zamana aa gaya.</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Ism-e-Azam: definition and example from Lodhi Garden</w:t>
      </w:r>
    </w:p>
    <w:p>
      <w:r>
        <w:rPr>
          <w:color w:val="666666"/>
          <w:sz w:val="18"/>
        </w:rPr>
        <w:t>Q&amp;A 7 Nov, 2007 - Maulana Wahiduddin Khan · 4m 01s · at 5:48 · https://youtu.be/82gnng-T5xE?t=348</w:t>
      </w:r>
    </w:p>
    <w:p>
      <w:r>
        <w:rPr>
          <w:i/>
        </w:rPr>
        <w:t>“Dekhiye, dua, dua do qisam ki hoti hai”</w:t>
      </w:r>
    </w:p>
    <w:p>
      <w:r>
        <w:rPr>
          <w:sz w:val="20"/>
        </w:rPr>
        <w:t>5:48  dekhein, dua, dua do qism ki hoti hai meri samajh ke mutabiq. aik dua woh hai jis mein aap apni need ko le kar ke Khuda se maang rahe hote hain.</w:t>
      </w:r>
      <w:r>
        <w:br/>
      </w:r>
      <w:r>
        <w:rPr>
          <w:sz w:val="20"/>
        </w:rPr>
        <w:t>6:04  koi bhi aap ki need hai ke meri Khuda mujhe health de de, Khuda mujhe ghar nahi, mere paas ghar ho jaye. to apni kisi need ko le kar ke aap Khuda ko pukaarte hain.</w:t>
      </w:r>
      <w:r>
        <w:br/>
      </w:r>
      <w:r>
        <w:rPr>
          <w:sz w:val="20"/>
        </w:rPr>
        <w:t>6:20  yeh dua ki</w:t>
      </w:r>
      <w:r>
        <w:br/>
      </w:r>
      <w:r>
        <w:rPr>
          <w:sz w:val="20"/>
        </w:rPr>
        <w:t>6:22  ki aik qism hai jis mein is is ka talluq ism e azam se nahi hai. ism e azam woh hai jis mein khud Khuda ko aap involve kar saken.</w:t>
      </w:r>
      <w:r>
        <w:br/>
      </w:r>
      <w:r>
        <w:rPr>
          <w:sz w:val="20"/>
        </w:rPr>
        <w:t>6:36  khud Khuda ko involve kar saken, yani woh Khuda ka masla ban jaye.</w:t>
      </w:r>
      <w:r>
        <w:br/>
      </w:r>
      <w:r>
        <w:rPr>
          <w:sz w:val="20"/>
        </w:rPr>
        <w:t>6:42  jo jo masla aap ka tha, jo jo problem aap ka tha, woh Khuda ka problem ban jaye. bas log is dhang par pukaarna, wohi ism e azam hai.</w:t>
      </w:r>
      <w:r>
        <w:br/>
      </w:r>
      <w:r>
        <w:rPr>
          <w:sz w:val="20"/>
        </w:rPr>
        <w:t>6:52  to ism e azam se murad koi style ya method hai, na ke koi aik naam.</w:t>
      </w:r>
      <w:r>
        <w:br/>
      </w:r>
      <w:r>
        <w:rPr>
          <w:sz w:val="20"/>
        </w:rPr>
        <w:t>7:00  jaise ke main apne kuch saathi'on ke sath Lodi Garden mein gaya, yahan par.</w:t>
      </w:r>
      <w:r>
        <w:br/>
      </w:r>
      <w:r>
        <w:rPr>
          <w:sz w:val="20"/>
        </w:rPr>
        <w:t>7:09  to wahan par maine aik experience bataya.</w:t>
      </w:r>
      <w:r>
        <w:br/>
      </w:r>
      <w:r>
        <w:rPr>
          <w:sz w:val="20"/>
        </w:rPr>
        <w:t>7:15  main batata hoon ke yahi ism e azam hai, mere experience ke mutabiq. kahin likha hua nahi kitabon mein ke, yani, aik dua woh thi jo main karta hoon ke Khuda mujhe bakhsh de, Khuda mujhe ilm de de, Khuda mujhe samajh de de.</w:t>
      </w:r>
      <w:r>
        <w:br/>
      </w:r>
      <w:r>
        <w:rPr>
          <w:sz w:val="20"/>
        </w:rPr>
        <w:t>7:33  to main apni aik cheez maang raha hoon Khuda se. aik yeh hai ke maine is ko Khuda ka problem bana diya.</w:t>
      </w:r>
      <w:r>
        <w:br/>
      </w:r>
      <w:r>
        <w:rPr>
          <w:sz w:val="20"/>
        </w:rPr>
        <w:t>7:41  to maine kaha ke main aisi, main aik dua nikli meri zuban se ke Khuda ya, yeh, yani,</w:t>
      </w:r>
      <w:r>
        <w:br/>
      </w:r>
      <w:r>
        <w:rPr>
          <w:sz w:val="20"/>
        </w:rPr>
        <w:t>7:54  to, yani, main sab aap sab logon ke liye dua kiya, maine poori team ke liye dua kiya, maine ke Khuda, main aur meri team, yeh least deserving candidate hai paradise ke liye.</w:t>
      </w:r>
      <w:r>
        <w:br/>
      </w:r>
      <w:r>
        <w:rPr>
          <w:sz w:val="20"/>
        </w:rPr>
        <w:t>8:12  hum sab log kamzor hain</w:t>
      </w:r>
      <w:r>
        <w:br/>
      </w:r>
      <w:r>
        <w:rPr>
          <w:sz w:val="20"/>
        </w:rPr>
        <w:t>8:14  to meri team aur hum sab log least deserving candidate hain paradise ke liye.</w:t>
      </w:r>
      <w:r>
        <w:br/>
      </w:r>
      <w:r>
        <w:rPr>
          <w:sz w:val="20"/>
        </w:rPr>
        <w:t>8:24  to agar to hum sab logon ko jannat mein jagah de de to teri glory mein aik aik izafa ho jayega. teri glory mein aik addition hoga ji ke aik teri glory un logon ke sath hogi ke jo wahan par bare bare, yani, bohat kuch kiya hoga, unhon ne le kar aayenge.</w:t>
      </w:r>
      <w:r>
        <w:br/>
      </w:r>
      <w:r>
        <w:rPr>
          <w:sz w:val="20"/>
        </w:rPr>
        <w:t>8:44  to jo deserving candidate hon paradise ke liye. to teri aik glory ka application woh hoga jab tu deserving candidate ke liye paradise ki gate khulega.</w:t>
      </w:r>
      <w:r>
        <w:br/>
      </w:r>
      <w:r>
        <w:rPr>
          <w:sz w:val="20"/>
        </w:rPr>
        <w:t>9:01  agar to angel se kahe ke Khuda un logon ke liye khol de jo least deserving candidate hain to teri glory mein aik nai cheez ka izafa hoga.</w:t>
      </w:r>
      <w:r>
        <w:br/>
      </w:r>
      <w:r>
        <w:rPr>
          <w:sz w:val="20"/>
        </w:rPr>
        <w:t>9:11  woh saare zameen aasman dekhenge, khuda ne dekho, un ko bhi khol diya, un ke liye bhi. itna zyada khuda ke andar barhai thi.</w:t>
      </w:r>
      <w:r>
        <w:br/>
      </w:r>
      <w:r>
        <w:rPr>
          <w:sz w:val="20"/>
        </w:rPr>
        <w:t>9:19  to aap khuda, tere greatness ka ek naya, ek ek naya izhaar hoga. is tarah ek greatness woh hoga jab ke tu deserving candidate ko paradise mein jagah dega.</w:t>
      </w:r>
      <w:r>
        <w:br/>
      </w:r>
      <w:r>
        <w:rPr>
          <w:sz w:val="20"/>
        </w:rPr>
        <w:t>9:32  aur tere greatness ka ek aur naya izhaar hoga. yeh</w:t>
      </w:r>
      <w:r>
        <w:br/>
      </w:r>
      <w:r>
        <w:rPr>
          <w:sz w:val="20"/>
        </w:rPr>
        <w:t>9:36  teri glory mein ek aur cheez add ho jayegi ke tu ne least deserving candidate ko bhi paradise, un ke liye bhi paradise gate khol diya. main samajhta hoon ke isi tarah ki duaon ka naam ism e azam hai.</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Ship-storm story proving why God must feel personal</w:t>
      </w:r>
    </w:p>
    <w:p>
      <w:r>
        <w:rPr>
          <w:color w:val="666666"/>
          <w:sz w:val="18"/>
        </w:rPr>
        <w:t>Science of God May 04, 2008 · 5m 18s · at 48:34 · https://youtu.be/L7aU_nJRRDQ?t=2914</w:t>
      </w:r>
    </w:p>
    <w:p>
      <w:r>
        <w:rPr>
          <w:i/>
        </w:rPr>
        <w:t>“Ek jahaz chala tha Amreeka ke sahil se, Africa jaane ke liye”</w:t>
      </w:r>
    </w:p>
    <w:p>
      <w:r>
        <w:rPr>
          <w:sz w:val="20"/>
        </w:rPr>
        <w:t>48:34  maine aap ko ek qissa sunaya tha is se pehle. Is ko main dohrata hoon. Ke ek jahaz chala.</w:t>
      </w:r>
      <w:r>
        <w:br/>
      </w:r>
      <w:r>
        <w:rPr>
          <w:sz w:val="20"/>
        </w:rPr>
        <w:t>48:43  America ke sahil se. Africa jaane ke liye Atlantic mein. Yeh baat jab ki hai jab ke hawai jahaz nahi hua karta tha. Jahaz se safar hota tha.</w:t>
      </w:r>
      <w:r>
        <w:br/>
      </w:r>
      <w:r>
        <w:rPr>
          <w:sz w:val="20"/>
        </w:rPr>
        <w:t>48:55  to raaste mein aa gaya toofan. Aur jahaz hilne laga.</w:t>
      </w:r>
      <w:r>
        <w:br/>
      </w:r>
      <w:r>
        <w:rPr>
          <w:sz w:val="20"/>
        </w:rPr>
        <w:t>49:03  jab aap aap ne shayad jahaz mein safar nahi kiya hai jab jahaz hilne lagta hai. To lagta hai ke bas ab maut maut maut.</w:t>
      </w:r>
      <w:r>
        <w:br/>
      </w:r>
      <w:r>
        <w:rPr>
          <w:sz w:val="20"/>
        </w:rPr>
        <w:t>49:12  ab har taraf pani hai har taraf samandar hai. Aur is mein ek chhota sa jahaz. Jahaz kya hai ke ek tinka hota hai samandar mein. Tez taar wahan gaya.</w:t>
      </w:r>
      <w:r>
        <w:br/>
      </w:r>
      <w:r>
        <w:rPr>
          <w:sz w:val="20"/>
        </w:rPr>
        <w:t>49:24  saare log pareshan. To ek aadmi kehta hai ke main ghabrahat mein idhar udhar daud raha tha.</w:t>
      </w:r>
      <w:r>
        <w:br/>
      </w:r>
      <w:r>
        <w:rPr>
          <w:sz w:val="20"/>
        </w:rPr>
        <w:t>49:33  kyun ke jahaz bohat bada hota hai.</w:t>
      </w:r>
      <w:r>
        <w:br/>
      </w:r>
      <w:r>
        <w:rPr>
          <w:sz w:val="20"/>
        </w:rPr>
        <w:t>49:37  to maine dekha ke ek goshe mein ek kone mein ek bachchi hai jo apne dol se khel rahi hai. Ek bachchi hai jo apne dol se khel rahi hai.</w:t>
      </w:r>
      <w:r>
        <w:br/>
      </w:r>
      <w:r>
        <w:rPr>
          <w:sz w:val="20"/>
        </w:rPr>
        <w:t>49:50  yeh jahaz jo hai woh toofan mein hai dagmaga raha hai. Woh apne dol se khel rahi hai. Us ne kaha ke tum jante ho kya ho raha hai yahan?</w:t>
      </w:r>
      <w:r>
        <w:br/>
      </w:r>
      <w:r>
        <w:rPr>
          <w:sz w:val="20"/>
        </w:rPr>
        <w:t>50:02  tumhein pata hai kya ho raha hai? Yeh jahaz to doobne wala hai. Hum toofan mein gir gaye hain. Is bachchi ne bohat hi itminan se kaha</w:t>
      </w:r>
      <w:r>
        <w:br/>
      </w:r>
      <w:r>
        <w:rPr>
          <w:sz w:val="20"/>
        </w:rPr>
        <w:t>50:15  Do you know my father is captain of this jahaz</w:t>
      </w:r>
      <w:r>
        <w:br/>
      </w:r>
      <w:r>
        <w:rPr>
          <w:sz w:val="20"/>
        </w:rPr>
        <w:t>50:25  he is not going to let it sink</w:t>
      </w:r>
      <w:r>
        <w:br/>
      </w:r>
      <w:r>
        <w:rPr>
          <w:sz w:val="20"/>
        </w:rPr>
        <w:t>50:29  mera baap is is jahaz ka captain hai woh is ko doobne nahi dega. Yeh yaqeen chahiye bande ke andar apne Khuda ke liye. Kya aap samajhte hain ke takneeki tasdeeq se yeh yaqeen aa sakta hai?</w:t>
      </w:r>
      <w:r>
        <w:br/>
      </w:r>
      <w:r>
        <w:rPr>
          <w:sz w:val="20"/>
        </w:rPr>
        <w:t>50:46  kabhi nahi aa sakta hai. Jaise ke maine misaal di aap ko. Ke aag jalati hai aap ne tasdeeq kiya apni ungli wahan daal kar ke us ne jala diya aap</w:t>
      </w:r>
      <w:r>
        <w:br/>
      </w:r>
      <w:r>
        <w:rPr>
          <w:sz w:val="20"/>
        </w:rPr>
        <w:t>50:57  ko. To tasdeeq ho gaya ke aag jalati hai. Lekin kya aap ek buhran mein aap yeh keh sakte hain la tahzarn innallaha ma'ana</w:t>
      </w:r>
      <w:r>
        <w:br/>
      </w:r>
      <w:r>
        <w:rPr>
          <w:sz w:val="20"/>
        </w:rPr>
        <w:t>51:12  daro nahi aag hamein bacha legi? Nahi keh sakte aap. Kyun ke takneeki taur par tasdeeq shuda mozu.</w:t>
      </w:r>
      <w:r>
        <w:br/>
      </w:r>
      <w:r>
        <w:rPr>
          <w:sz w:val="20"/>
        </w:rPr>
        <w:t>51:21  cannot be like a god.</w:t>
      </w:r>
      <w:r>
        <w:br/>
      </w:r>
      <w:r>
        <w:rPr>
          <w:sz w:val="20"/>
        </w:rPr>
        <w:t>51:26  to mein samajhta hoon ke jo log yeh kehte hain woh khuda ko kam samajh rahe hain.</w:t>
      </w:r>
      <w:r>
        <w:br/>
      </w:r>
      <w:r>
        <w:rPr>
          <w:sz w:val="20"/>
        </w:rPr>
        <w:t>51:33  jo log yeh kehte hain. ke tasdeeq karo khuda ko kisi maarozi cheezon se.</w:t>
      </w:r>
      <w:r>
        <w:br/>
      </w:r>
      <w:r>
        <w:rPr>
          <w:sz w:val="20"/>
        </w:rPr>
        <w:t>51:42  aur jab tasdeeq nahi karo parwah hogi to hum manenge nahi khuda ko. to yeh log jo hain khuda ko kam samajh rahe hain. khuda ko kam samajh rahe hain.</w:t>
      </w:r>
      <w:r>
        <w:br/>
      </w:r>
      <w:r>
        <w:rPr>
          <w:sz w:val="20"/>
        </w:rPr>
        <w:t>51:55  jis khuda ne dunya ko paida kiya. jis ne yahan zindagi ka nizam banaya. jis ne mujhe is tarah ka ek insaan banaya hai ke mein dekhta hoon mein bolta hoon mein chalta hoon mein sochta hoon.</w:t>
      </w:r>
      <w:r>
        <w:br/>
      </w:r>
      <w:r>
        <w:rPr>
          <w:sz w:val="20"/>
        </w:rPr>
        <w:t>52:08  aur jis se mujhe har waqt madad chahiye. buhran mein madad chahiye mujhe. woh khuda kaun khuda hoga?</w:t>
      </w:r>
      <w:r>
        <w:br/>
      </w:r>
      <w:r>
        <w:rPr>
          <w:sz w:val="20"/>
        </w:rPr>
        <w:t>52:19  woh wahi khuda hoga jo nafsiyati tasdeeq se bana khuda bana ho. andar ki awaaz ne bataya ho ke yeh khuda hai yeh khuda hai yeh khuda hai.</w:t>
      </w:r>
      <w:r>
        <w:br/>
      </w:r>
      <w:r>
        <w:rPr>
          <w:sz w:val="20"/>
        </w:rPr>
        <w:t>52:32  to mein yeh manta hoon ke scientific mashahde se hum khuda ko daryaft kar sakte hain.</w:t>
      </w:r>
      <w:r>
        <w:br/>
      </w:r>
      <w:r>
        <w:rPr>
          <w:sz w:val="20"/>
        </w:rPr>
        <w:t>52:42  scientific data se hum khuda ko jaan sakte hain. lekin is ke baad ek aur satah rehta hai. woh hai yaqeen.</w:t>
      </w:r>
      <w:r>
        <w:br/>
      </w:r>
      <w:r>
        <w:rPr>
          <w:sz w:val="20"/>
        </w:rPr>
        <w:t>52:53  is ke liye nafsiyati tasdeeq chahiye nafsiyati tasdeeq chahiye.</w:t>
      </w:r>
      <w:r>
        <w:br/>
      </w:r>
      <w:r>
        <w:rPr>
          <w:sz w:val="20"/>
        </w:rPr>
        <w:t>53:00  warna woh khuda khuda nahi hoga ek ek ek glass jaisi ek koi cheez hoga.</w:t>
      </w:r>
      <w:r>
        <w:br/>
      </w:r>
      <w:r>
        <w:rPr>
          <w:sz w:val="20"/>
        </w:rPr>
        <w:t>53:10  is glass se kya mein mohabbat kar sakta hoon? mohabbat karne ke liye ek zinda hasti chahiye. ek khudmukhtar taaqat chahiye.</w:t>
      </w:r>
      <w:r>
        <w:br/>
      </w:r>
      <w:r>
        <w:rPr>
          <w:sz w:val="20"/>
        </w:rPr>
        <w:t>53:22  ek aisi hasti chahiye jis ke qabze mein sab kuch ho. to khuda aisa khuda hai.</w:t>
      </w:r>
      <w:r>
        <w:br/>
      </w:r>
      <w:r>
        <w:rPr>
          <w:sz w:val="20"/>
        </w:rPr>
        <w:t>53:29  to jo log khuda ko chahte hain ke jis tarah se fire ko hum tasdeeq kar ke jante hain ke yeh fire hai. isi tarah se khuda ko tasdeeq kar ke hum janein ke yeh khuda hai.</w:t>
      </w:r>
      <w:r>
        <w:br/>
      </w:r>
      <w:r>
        <w:rPr>
          <w:sz w:val="20"/>
        </w:rPr>
        <w:t>53:41  to woh khuda ko kam samajh rahe hain.</w:t>
      </w:r>
      <w:r>
        <w:br/>
      </w:r>
      <w:r>
        <w:rPr>
          <w:sz w:val="20"/>
        </w:rPr>
        <w:t>53:47  woh khuda ko kam samajh rahe hain.</w:t>
      </w:r>
    </w:p>
    <w:p>
      <w:pPr>
        <w:pStyle w:val="Heading2"/>
      </w:pPr>
      <w:r>
        <w:t>Premature baby and mother's love as metaphor for mercy</w:t>
      </w:r>
    </w:p>
    <w:p>
      <w:r>
        <w:rPr>
          <w:color w:val="666666"/>
          <w:sz w:val="18"/>
        </w:rPr>
        <w:t>Concept of Death in Islam August 26, 2012 · 3m 30s · at 49:19 · https://youtu.be/y0TJxKi0L94?t=2959</w:t>
      </w:r>
    </w:p>
    <w:p>
      <w:r>
        <w:rPr>
          <w:i/>
        </w:rPr>
        <w:t>“Meri maa us premature bachche ko chhorti hi nahi thi”</w:t>
      </w:r>
    </w:p>
    <w:p>
      <w:r>
        <w:rPr>
          <w:sz w:val="20"/>
        </w:rPr>
        <w:t>49:19  is se mujhe bohat taskeen milti hai. dekhiye, hamare chotay bhai jo thay, a.m. khan, un ki jo birth hui thi woh premature birth thi.</w:t>
      </w:r>
      <w:r>
        <w:br/>
      </w:r>
      <w:r>
        <w:rPr>
          <w:sz w:val="20"/>
        </w:rPr>
        <w:t>49:32  woh yeh mera zaati ghar ka waqea bata raha hoon aap ko.</w:t>
      </w:r>
      <w:r>
        <w:br/>
      </w:r>
      <w:r>
        <w:rPr>
          <w:sz w:val="20"/>
        </w:rPr>
        <w:t>49:38  mere chotay bhai ki birth hui thi premature birth hui thi. yani woh chota sa size tha un ka aur un ko tail ke is pe rakhna parta tha.</w:t>
      </w:r>
      <w:r>
        <w:br/>
      </w:r>
      <w:r>
        <w:rPr>
          <w:sz w:val="20"/>
        </w:rPr>
        <w:t>49:52  tub mein tail bhara hua us ke andar rakhna parta tha. meri bouse ke liye rehti thi. is chotay bachay ko rick rick pe lagi rehti thi.</w:t>
      </w:r>
      <w:r>
        <w:br/>
      </w:r>
      <w:r>
        <w:rPr>
          <w:sz w:val="20"/>
        </w:rPr>
        <w:t>50:02  rick rick mein god mein liye hain, khula rahay hain, khula rahay hain.</w:t>
      </w:r>
      <w:r>
        <w:br/>
      </w:r>
      <w:r>
        <w:rPr>
          <w:sz w:val="20"/>
        </w:rPr>
        <w:t>50:06  to dekhte dekhte kehti ke yeh to soch rahi thi ke tu mar jana hai. is ko aisa rick dekhnay ki kiya zaroorat hai? magar meri maan is ko bilkul is ke sadi ho gayi.</w:t>
      </w:r>
      <w:r>
        <w:br/>
      </w:r>
      <w:r>
        <w:rPr>
          <w:sz w:val="20"/>
        </w:rPr>
        <w:t>50:19  is bachay ki aik lamhay ke bhi chor ke nahi chori. yahan tak ke woh ke barhay huway ho gaye.</w:t>
      </w:r>
      <w:r>
        <w:br/>
      </w:r>
      <w:r>
        <w:rPr>
          <w:sz w:val="20"/>
        </w:rPr>
        <w:t>50:28  woh mujhe waqea yaad yaad aata rehta hai. kyunke hadith mein aata hai ke Allah ko apne bandon se is se bhi ziyada mohabbat hai</w:t>
      </w:r>
      <w:r>
        <w:br/>
      </w:r>
      <w:r>
        <w:rPr>
          <w:sz w:val="20"/>
        </w:rPr>
        <w:t>50:36  jis tarah ke ماں ko apne bachay se hui. to mein sochta hoon ke mein aik zaeef insan hoon, aik helpless insan hoon.</w:t>
      </w:r>
      <w:r>
        <w:br/>
      </w:r>
      <w:r>
        <w:rPr>
          <w:sz w:val="20"/>
        </w:rPr>
        <w:t>50:49  lekin Khuda ki woh rehmat jo us ne dali hai apne ماں ko, har ماں ke dil mein, woh rehmat billion trillion times ada karta hai.</w:t>
      </w:r>
      <w:r>
        <w:br/>
      </w:r>
      <w:r>
        <w:rPr>
          <w:sz w:val="20"/>
        </w:rPr>
        <w:t>51:00  is soch mein mujhe bohat taskeen milti hai</w:t>
      </w:r>
      <w:r>
        <w:br/>
      </w:r>
      <w:r>
        <w:rPr>
          <w:sz w:val="20"/>
        </w:rPr>
        <w:t>51:04  ke Khuda ne agarchay agarchay mein aik ajeez insan hoon, aik zaeef insan hoon, aik helpless insan hoon, aik be salahiyat insan hoon,</w:t>
      </w:r>
      <w:r>
        <w:br/>
      </w:r>
      <w:r>
        <w:rPr>
          <w:sz w:val="20"/>
        </w:rPr>
        <w:t>51:17  har aitbaar se incompetent insan hoon, lekin Khuda ki woh rehmat jis ka aik namona hum dekhte hain ماں ke andar,</w:t>
      </w:r>
      <w:r>
        <w:br/>
      </w:r>
      <w:r>
        <w:rPr>
          <w:sz w:val="20"/>
        </w:rPr>
        <w:t>51:28  is rehmat se bohat bari is namonay mein aik bohat bari source hai</w:t>
      </w:r>
      <w:r>
        <w:br/>
      </w:r>
      <w:r>
        <w:rPr>
          <w:sz w:val="20"/>
        </w:rPr>
        <w:t>51:36  ke shayad Allah taala</w:t>
      </w:r>
      <w:r>
        <w:br/>
      </w:r>
      <w:r>
        <w:rPr>
          <w:sz w:val="20"/>
        </w:rPr>
        <w:t>51:40  meri maghfirat farmaye, meri help farmaye, aur apni rehmat se, yani mein apne amal se to jannat mein janay qabil nahi,</w:t>
      </w:r>
      <w:r>
        <w:br/>
      </w:r>
      <w:r>
        <w:rPr>
          <w:sz w:val="20"/>
        </w:rPr>
        <w:t>51:50  apne zaati amal se to mein jannat mein janay qabil nahi, lekin apni rehmat se woh mujhe dakhil kar de jannat mein.</w:t>
      </w:r>
      <w:r>
        <w:br/>
      </w:r>
      <w:r>
        <w:rPr>
          <w:sz w:val="20"/>
        </w:rPr>
        <w:t>52:00  jaisay woh bacha jo hai, jo premature death, jo premature birth is ki hui thi, to apne wajood ke aitbaar se to kisi kisi tareeqay ka istihqaq nahi rakhta tha, lekin ماں ke dil mein jazba tha,</w:t>
      </w:r>
      <w:r>
        <w:br/>
      </w:r>
      <w:r>
        <w:rPr>
          <w:sz w:val="20"/>
        </w:rPr>
        <w:t>52:16  is ki wajah se woh bharpoor to kar deta hai.</w:t>
      </w:r>
      <w:r>
        <w:br/>
      </w:r>
      <w:r>
        <w:rPr>
          <w:sz w:val="20"/>
        </w:rPr>
        <w:t>52:20  to yeh rehmat ka aik ajeeb muamla hai ke aadmi ke andar chahe istehqaq na ho, lekin is ka zouq, is ki kamzori, is ka aizz apne aap mein aik sifarish ban jata hai, recommendation ban jata hai.</w:t>
      </w:r>
      <w:r>
        <w:br/>
      </w:r>
      <w:r>
        <w:rPr>
          <w:sz w:val="20"/>
        </w:rPr>
        <w:t>52:37  aur phir Allah is ko is se bhi zyada tawajjuh deta hai taake kisi taqatwar ki taraf tawajjuh karega.</w:t>
      </w:r>
    </w:p>
    <w:p>
      <w:pPr>
        <w:pStyle w:val="Heading2"/>
      </w:pPr>
      <w:r>
        <w:t>Underestimating God by valuing ritual form</w:t>
      </w:r>
    </w:p>
    <w:p>
      <w:r>
        <w:rPr>
          <w:color w:val="666666"/>
          <w:sz w:val="18"/>
        </w:rPr>
        <w:t>On Salah (Prayer) (Part 3) 22 Jan 2006 - Maulana Wahiduddin Khan · 32s · at 3:32 · https://youtu.be/1Q_hU89Hqok?t=212</w:t>
      </w:r>
    </w:p>
    <w:p>
      <w:r>
        <w:rPr>
          <w:i/>
        </w:rPr>
        <w:t>“Is ko dekh kar thrill paid hota hai”</w:t>
      </w:r>
    </w:p>
    <w:p>
      <w:r>
        <w:rPr>
          <w:sz w:val="20"/>
        </w:rPr>
        <w:t>3:32  is ko dekh kar thrill paida hota hai, thrill. aisi beautiful duniya bana liya hua hai insan. namaz, ek spirit less namaz ko, ek form ko, kahe ke yeh parh lo to phir tum ko paradise de denge.</w:t>
      </w:r>
      <w:r>
        <w:br/>
      </w:r>
      <w:r>
        <w:rPr>
          <w:sz w:val="20"/>
        </w:rPr>
        <w:t>3:48  main samajhta hoon ke yeh khuda ka underestimation hai.</w:t>
      </w:r>
      <w:r>
        <w:br/>
      </w:r>
      <w:r>
        <w:rPr>
          <w:sz w:val="20"/>
        </w:rPr>
        <w:t>3:51  khuda ko kam samajhna hai.</w:t>
      </w:r>
      <w:r>
        <w:br/>
      </w:r>
      <w:r>
        <w:rPr>
          <w:sz w:val="20"/>
        </w:rPr>
        <w:t>3:58  khuda ko kam samajhna hai.</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From seeker to discovering Quran</w:t>
      </w:r>
    </w:p>
    <w:p>
      <w:r>
        <w:rPr>
          <w:color w:val="666666"/>
          <w:sz w:val="18"/>
        </w:rPr>
        <w:t>Interview Session with Maulana Wahiduddin Khan English · 1m 35s · at 0:23 · https://youtu.be/oNKYrZsbzr4?t=23</w:t>
      </w:r>
    </w:p>
    <w:p>
      <w:r>
        <w:rPr>
          <w:i/>
        </w:rPr>
        <w:t>“I am a different kind of person.”</w:t>
      </w:r>
    </w:p>
    <w:p>
      <w:r>
        <w:rPr>
          <w:sz w:val="20"/>
        </w:rPr>
        <w:t>0:23  I am a different kind of person. I was educated in some religious seminary, and also I learned English, and I educated all those other subjects</w:t>
      </w:r>
      <w:r>
        <w:br/>
      </w:r>
      <w:r>
        <w:rPr>
          <w:sz w:val="20"/>
        </w:rPr>
        <w:t>0:40  after completing my education in madrasa, that is, seminary. So I discovered for some time I was an agnostic person, agnostic.</w:t>
      </w:r>
      <w:r>
        <w:br/>
      </w:r>
      <w:r>
        <w:rPr>
          <w:sz w:val="20"/>
        </w:rPr>
        <w:t>0:58  I lose I'm not that kind of religious person.</w:t>
      </w:r>
      <w:r>
        <w:br/>
      </w:r>
      <w:r>
        <w:rPr>
          <w:sz w:val="20"/>
        </w:rPr>
        <w:t>1:06  So after a long study, I rediscovered my faith, although I was born in a Muslim family, and also I was educated in some Arabic madrasa.</w:t>
      </w:r>
      <w:r>
        <w:br/>
      </w:r>
      <w:r>
        <w:rPr>
          <w:sz w:val="20"/>
        </w:rPr>
        <w:t>1:21  But I felt that my nature is somewhat different. I wanted to know directly what is truth</w:t>
      </w:r>
      <w:r>
        <w:br/>
      </w:r>
      <w:r>
        <w:rPr>
          <w:sz w:val="20"/>
        </w:rPr>
        <w:t>1:32  . Then after a long study, I discovered that what I'm seeking, that is, Qur'an.</w:t>
      </w:r>
      <w:r>
        <w:br/>
      </w:r>
      <w:r>
        <w:rPr>
          <w:sz w:val="20"/>
        </w:rPr>
        <w:t>1:41  In the Qur'an, I found the answers of my</w:t>
      </w:r>
      <w:r>
        <w:br/>
      </w:r>
      <w:r>
        <w:rPr>
          <w:sz w:val="20"/>
        </w:rPr>
        <w:t>1:48  seeking. So basically, I was a seeker person, seeker. I started my life as a seeker. Then I discovered Qur'an as the truth.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