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My home is in conflict</w:t>
      </w:r>
    </w:p>
    <w:p>
      <w:r>
        <w:rPr>
          <w:sz w:val="18"/>
        </w:rPr>
        <w:t>Q&amp;A, lecture moments and clips · full transcripts with timestamps · exported 2026-09-21</w:t>
      </w:r>
    </w:p>
    <w:p>
      <w:pPr>
        <w:pStyle w:val="Heading1"/>
      </w:pPr>
      <w:r>
        <w:t>Maulana was asked (30)</w:t>
      </w:r>
    </w:p>
    <w:p>
      <w:pPr>
        <w:pStyle w:val="Heading2"/>
      </w:pPr>
      <w:r>
        <w:t>Advice for Daily Household Arguments Between Spouses</w:t>
      </w:r>
    </w:p>
    <w:p>
      <w:r>
        <w:rPr>
          <w:color w:val="666666"/>
          <w:sz w:val="18"/>
        </w:rPr>
        <w:t>How to Become Deserving of Paradise August 16, 2020 Maulana Wahiduddin Khan · 2m 11s · at 27:36 · https://youtu.be/jFXK3TMiqtA?t=1656</w:t>
      </w:r>
    </w:p>
    <w:p>
      <w:r>
        <w:rPr>
          <w:i/>
        </w:rPr>
        <w:t>“In our house, arguments occur every day between the woman and me over every other issue. Please give us your advice for them as well as for me.”</w:t>
      </w:r>
    </w:p>
    <w:p>
      <w:r>
        <w:rPr>
          <w:sz w:val="20"/>
        </w:rPr>
        <w:t>27:36  maulana, yeh sawal bheja hai poland se shahid khan sahib ne. unhon ne likha hai: "in our house everyday arguments occur between the women in every other issue.</w:t>
      </w:r>
      <w:r>
        <w:br/>
      </w:r>
      <w:r>
        <w:rPr>
          <w:sz w:val="20"/>
        </w:rPr>
        <w:t>27:54  please give us your advice for them as well as for me." dekhen, jo zindagi ke problem hain, woh to bohat hi peace, bohat hi ziyada qeemat wale hain.</w:t>
      </w:r>
      <w:r>
        <w:br/>
      </w:r>
      <w:r>
        <w:rPr>
          <w:sz w:val="20"/>
        </w:rPr>
        <w:t>28:12  har problem aap ko lesson dene ke liye aata hai aur kaise manage kiya jaye, yeh batane ke liye aata hai.</w:t>
      </w:r>
      <w:r>
        <w:br/>
      </w:r>
      <w:r>
        <w:rPr>
          <w:sz w:val="20"/>
        </w:rPr>
        <w:t>28:27  aap problem ko bas aik hi nazar se dekhiye ke kaise us ko manage kiya jaye, kaise us ko manage kiya jaye.</w:t>
      </w:r>
      <w:r>
        <w:br/>
      </w:r>
      <w:r>
        <w:rPr>
          <w:sz w:val="20"/>
        </w:rPr>
        <w:t>28:37  bas agar problem na ho zindagi mein to aap kaise seekhenge?</w:t>
      </w:r>
      <w:r>
        <w:br/>
      </w:r>
      <w:r>
        <w:rPr>
          <w:sz w:val="20"/>
        </w:rPr>
        <w:t>28:44  manage karne ka method kaise seekhenge? aap apni aql ko istemal kijiye,</w:t>
      </w:r>
      <w:r>
        <w:br/>
      </w:r>
      <w:r>
        <w:rPr>
          <w:sz w:val="20"/>
        </w:rPr>
        <w:t>28:53  study kijiye, react kabhi mat kijiye, ghussa kabhi mat kijiye, balkeh Sochiye.</w:t>
      </w:r>
      <w:r>
        <w:br/>
      </w:r>
      <w:r>
        <w:rPr>
          <w:sz w:val="20"/>
        </w:rPr>
        <w:t>29:05  to problem aap ke liye boon hai. boon agar problem na ho to aap ka development ruk jayega.</w:t>
      </w:r>
      <w:r>
        <w:br/>
      </w:r>
      <w:r>
        <w:rPr>
          <w:sz w:val="20"/>
        </w:rPr>
        <w:t>29:19  maulana, yeh comment bheja hai doctor naghma siddiqui ne dilli se. unhon ne likha hai: "in making us a self-made person, our critics are truly our benefactors." maulana, this is a new way of thinking.</w:t>
      </w:r>
      <w:r>
        <w:br/>
      </w:r>
      <w:r>
        <w:rPr>
          <w:sz w:val="20"/>
        </w:rPr>
        <w:t>29:36  i did not know this before today. i will follow your advice, inshallah, from today onwards. inshallah.</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Conflict between state and public</w:t>
      </w:r>
    </w:p>
    <w:p>
      <w:r>
        <w:rPr>
          <w:color w:val="666666"/>
          <w:sz w:val="18"/>
        </w:rPr>
        <w:t>The Role of a Woman March 8, 2020 Maulana Wahiduddin Khan · 1m 18s · at 24:38 · https://youtu.be/aBPy_KTsk1A?t=1478</w:t>
      </w:r>
    </w:p>
    <w:p>
      <w:r>
        <w:rPr>
          <w:i/>
        </w:rPr>
        <w:t>“If there is conflict between state and public, what should be done?”</w:t>
      </w:r>
    </w:p>
    <w:p>
      <w:r>
        <w:rPr>
          <w:sz w:val="20"/>
        </w:rPr>
        <w:t>24:38  un nisa shaqaiq al rajul "Men and women are two equal halves of a single unity." Maulana, agla sawal Waseem Dar sahib ka hai Ajmer se.</w:t>
      </w:r>
      <w:r>
        <w:br/>
      </w:r>
      <w:r>
        <w:rPr>
          <w:sz w:val="20"/>
        </w:rPr>
        <w:t>24:56  unho'n ne likha hai ke agar state aur public ke beech mein conflict ho to kya karein?</w:t>
      </w:r>
      <w:r>
        <w:br/>
      </w:r>
      <w:r>
        <w:rPr>
          <w:sz w:val="20"/>
        </w:rPr>
        <w:t>25:03  is is pe, is pe, is ko, is ko wazeh karein. Conflict ko minimize kijiye, badhaiye nahi kyunke is se sawal paida hoga aur kuch nahi.</w:t>
      </w:r>
      <w:r>
        <w:br/>
      </w:r>
      <w:r>
        <w:rPr>
          <w:sz w:val="20"/>
        </w:rPr>
        <w:t>25:22  jitne reformer hain, unho'n ne yahi kiya aur reformer jitne hain, sab ne jo history banai woh takra'o ki, bullsh*t ki banai.</w:t>
      </w:r>
      <w:r>
        <w:br/>
      </w:r>
      <w:r>
        <w:rPr>
          <w:sz w:val="20"/>
        </w:rPr>
        <w:t>25:41  isi liye hum ne apna mission poore tor par peaceful tareeqe se, peaceful method par qaim kiya hai.</w:t>
      </w:r>
      <w:r>
        <w:br/>
      </w:r>
      <w:r>
        <w:rPr>
          <w:sz w:val="20"/>
        </w:rPr>
        <w:t>25:55  aamir mori sahib ne</w:t>
      </w:r>
    </w:p>
    <w:p>
      <w:pPr>
        <w:pStyle w:val="Heading2"/>
      </w:pPr>
      <w:r>
        <w:t>Message for family during communal tensions</w:t>
      </w:r>
    </w:p>
    <w:p>
      <w:r>
        <w:rPr>
          <w:color w:val="666666"/>
          <w:sz w:val="18"/>
        </w:rPr>
        <w:t>From the Spiritual Tree September 8, 2013 Maulana Wahiduddin Khan · 3m 15s · at 49:19 · https://youtu.be/y4bObH7a_64?t=2959</w:t>
      </w:r>
    </w:p>
    <w:p>
      <w:r>
        <w:rPr>
          <w:i/>
        </w:rPr>
        <w:t>“In Muzaffarnagar, the communal riot that is happening is being called political interference. In such conditions, what message should I give to my family and my people?”</w:t>
      </w:r>
    </w:p>
    <w:p>
      <w:r>
        <w:rPr>
          <w:sz w:val="20"/>
        </w:rPr>
        <w:t>49:19  maulana yeh agla sawal aaya hai ans ka muzaffarnagar se. yeh kehte hain: "muzaffarnagar mein jo communal right ho raha hai, us ko log political interference keh rahe hain.</w:t>
      </w:r>
      <w:r>
        <w:br/>
      </w:r>
      <w:r>
        <w:rPr>
          <w:sz w:val="20"/>
        </w:rPr>
        <w:t>49:36  aise halaat mein mein apni family aur apne logon ko kya message pahunchaoon?" dekhein yeh to ek zaban hai ke bas political logon pe blame dena,</w:t>
      </w:r>
      <w:r>
        <w:br/>
      </w:r>
      <w:r>
        <w:rPr>
          <w:sz w:val="20"/>
        </w:rPr>
        <w:t>49:51  is tarah kabhi bhi masla khatam nahi hoga. hamare india mein hamesha mein koi bhi aap baat ho, dekho bhai is ko politicize kar rahe hain. bohat aasan formula hai doosre ke upar dalne ka, partitions par dalne ka.</w:t>
      </w:r>
      <w:r>
        <w:br/>
      </w:r>
      <w:r>
        <w:rPr>
          <w:sz w:val="20"/>
        </w:rPr>
        <w:t>50:06  koi baat ho, yeh is ko dekho politicize kiya ja raha hai, is ke peeche political logon ka hath hai, kuch nahi. yeh sab bas sochiye aap.</w:t>
      </w:r>
      <w:r>
        <w:br/>
      </w:r>
      <w:r>
        <w:rPr>
          <w:sz w:val="20"/>
        </w:rPr>
        <w:t>50:16  aap aap sirf aik aik kaam kijiye ke badi kon hai, shuru karne wala kon hai, is ko pata kijiye aur is ko ja kar condemn kijiye.</w:t>
      </w:r>
      <w:r>
        <w:br/>
      </w:r>
      <w:r>
        <w:rPr>
          <w:sz w:val="20"/>
        </w:rPr>
        <w:t>50:27  bas aur koi doosra kaam nahin. agar aap ki community ka aadmi hai to apni ghalti ko maniye, doosri community se maafi mangiye ke hamari company ne ghalti ki hai, hum maafi chahte hain, hum is ka samjha bujha kar theek karenge.</w:t>
      </w:r>
      <w:r>
        <w:br/>
      </w:r>
      <w:r>
        <w:rPr>
          <w:sz w:val="20"/>
        </w:rPr>
        <w:t>50:44  aur koi bhi hal nahin ke political logon ko aap blame dein, police ko blame dein aur admissions, admission blame dein, is se kuch hone wala nahin hai.</w:t>
      </w:r>
      <w:r>
        <w:br/>
      </w:r>
      <w:r>
        <w:rPr>
          <w:sz w:val="20"/>
        </w:rPr>
        <w:t>50:58  aap ko sirf yeh aik kaam karna hai ke ho is a beginner, yeh is ko pata karein kis ne shuru kiya hai.</w:t>
      </w:r>
      <w:r>
        <w:br/>
      </w:r>
      <w:r>
        <w:rPr>
          <w:sz w:val="20"/>
        </w:rPr>
        <w:t>51:10  islaah wahan hai, is is jis ne shuru kiya hai, is ko pakdiye, is ko samjhaiye, is ki</w:t>
      </w:r>
      <w:r>
        <w:br/>
      </w:r>
      <w:r>
        <w:rPr>
          <w:sz w:val="20"/>
        </w:rPr>
        <w:t>51:21  is ki taadeeb kijiye, agar zaroorat hai to. baqi yeh hai ke yaani apni company ke aadmi ki ki side aap lenge, doosri aadmi is ki side lega aur phir jhagda khatam nahin hoga.</w:t>
      </w:r>
      <w:r>
        <w:br/>
      </w:r>
      <w:r>
        <w:rPr>
          <w:sz w:val="20"/>
        </w:rPr>
        <w:t>51:41  to beharhal mein quran o hadees se jo samjha hoon woh yahi hai ke aisi halat mein</w:t>
      </w:r>
      <w:r>
        <w:br/>
      </w:r>
      <w:r>
        <w:rPr>
          <w:sz w:val="20"/>
        </w:rPr>
        <w:t>51:48  beginner ko talash karna chahiye</w:t>
      </w:r>
      <w:r>
        <w:br/>
      </w:r>
      <w:r>
        <w:rPr>
          <w:sz w:val="20"/>
        </w:rPr>
        <w:t>51:51  aur us ko samjhana chahiye</w:t>
      </w:r>
      <w:r>
        <w:br/>
      </w:r>
      <w:r>
        <w:rPr>
          <w:sz w:val="20"/>
        </w:rPr>
        <w:t>51:55  aur aindah logon ko batana chahiye ke ke</w:t>
      </w:r>
      <w:r>
        <w:br/>
      </w:r>
      <w:r>
        <w:rPr>
          <w:sz w:val="20"/>
        </w:rPr>
        <w:t>52:00  apne aap ko aisi karrawai se bachao jis se reaction ho aur fasad</w:t>
      </w:r>
      <w:r>
        <w:br/>
      </w:r>
      <w:r>
        <w:rPr>
          <w:sz w:val="20"/>
        </w:rPr>
        <w:t>52:07  ki soorat paida ho jaye aur koi hal nahi hai.</w:t>
      </w:r>
      <w:r>
        <w:br/>
      </w:r>
      <w:r>
        <w:rPr>
          <w:sz w:val="20"/>
        </w:rPr>
        <w:t>52:12  maulana yeh comment aaya hai doctor safina ka ajmer se. yeh kehti hain ke: "maulana thanks a lot for making us aware of the goal of our life.</w:t>
      </w:r>
      <w:r>
        <w:br/>
      </w:r>
      <w:r>
        <w:rPr>
          <w:sz w:val="20"/>
        </w:rPr>
        <w:t>52:23  otherwise we also would have been running for the material goal. thanks for making us discover the creation plan of god."</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Government stand on divorce causing Muslim unrest</w:t>
      </w:r>
    </w:p>
    <w:p>
      <w:r>
        <w:rPr>
          <w:color w:val="666666"/>
          <w:sz w:val="18"/>
        </w:rPr>
        <w:t>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Dealing with anger when instigated</w:t>
      </w:r>
    </w:p>
    <w:p>
      <w:r>
        <w:rPr>
          <w:color w:val="666666"/>
          <w:sz w:val="18"/>
        </w:rPr>
        <w:t>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Message to family during communal riots</w:t>
      </w:r>
    </w:p>
    <w:p>
      <w:r>
        <w:rPr>
          <w:color w:val="666666"/>
          <w:sz w:val="18"/>
        </w:rPr>
        <w:t>From The Spiritual Tree September 8, 2013 · 3m 15s · at 48:42 · https://youtu.be/Vv6vf2N8YQA?t=2922</w:t>
      </w:r>
    </w:p>
    <w:p>
      <w:r>
        <w:rPr>
          <w:i/>
        </w:rPr>
        <w:t>“In Muzaffarnagar, there is communal rioting which people call political interference. What message should I give to my family and people in such conditions?”</w:t>
      </w:r>
    </w:p>
    <w:p>
      <w:r>
        <w:rPr>
          <w:sz w:val="20"/>
        </w:rPr>
        <w:t>48:42  maulana yeh agla sawal aaya hai Anas ka Muzaffarnagar se. yeh kehte hain Muzaffarnagar mein jo Communal Right ho raha hai us ko log Political Interference keh rahe hain.</w:t>
      </w:r>
      <w:r>
        <w:br/>
      </w:r>
      <w:r>
        <w:rPr>
          <w:sz w:val="20"/>
        </w:rPr>
        <w:t>48:59  aise halaat mein mein apni Family aur apne logon ko kya Message pohanchaoon? dekhen yeh to ek zuban hai ke bas Political logon par Blame dena.</w:t>
      </w:r>
      <w:r>
        <w:br/>
      </w:r>
      <w:r>
        <w:rPr>
          <w:sz w:val="20"/>
        </w:rPr>
        <w:t>49:14  is tarah kabhi bhi masla khatam nahi hoga. hamare Endium mein hamesha mein koi bhi baat ho dekho bhai is ko Polarize kar rahe hain. yeh bohat aasan formula hai doosre ke upar daalne ka.</w:t>
      </w:r>
      <w:r>
        <w:br/>
      </w:r>
      <w:r>
        <w:rPr>
          <w:sz w:val="20"/>
        </w:rPr>
        <w:t>49:27  Politicians par daalne ka.</w:t>
      </w:r>
      <w:r>
        <w:br/>
      </w:r>
      <w:r>
        <w:rPr>
          <w:sz w:val="20"/>
        </w:rPr>
        <w:t>49:29  koi koi baat ho yeh is ko dekho Polarize kiya ja raha hai. is ke peeche Political logon ka hath hai. kuch nahi yeh sab bas socheye aap.</w:t>
      </w:r>
      <w:r>
        <w:br/>
      </w:r>
      <w:r>
        <w:rPr>
          <w:sz w:val="20"/>
        </w:rPr>
        <w:t>49:39  aap aap sirf yeh ek kaam kijiye ke baghi kaun hai, shuru karne wala kaun hai, is ko pata kijiye aur is ko ja kar Condemn kijiye.</w:t>
      </w:r>
      <w:r>
        <w:br/>
      </w:r>
      <w:r>
        <w:rPr>
          <w:sz w:val="20"/>
        </w:rPr>
        <w:t>49:51  bas aur koi doosra kaam nahi. agar aap ki Community ka aadmi hai to apni ghalti ko maniye.</w:t>
      </w:r>
      <w:r>
        <w:br/>
      </w:r>
      <w:r>
        <w:rPr>
          <w:sz w:val="20"/>
        </w:rPr>
        <w:t>49:59  doosri Community se maafi mangiye ke hamari Company ne ghalti ki hai, hum maafi chahte hain, hum is ka samjha bujha kar theek karenge. aur koi bhi hal nahi ke Political logon par aap Blame dein, police par Blame dein aur Admissions Admission mein Blame dein, is se kuch hone wala nahi.</w:t>
      </w:r>
      <w:r>
        <w:br/>
      </w:r>
      <w:r>
        <w:rPr>
          <w:sz w:val="20"/>
        </w:rPr>
        <w:t>50:21  aap ko sirf yeh ek kaam karna hai ke Who is the Beginner?</w:t>
      </w:r>
      <w:r>
        <w:br/>
      </w:r>
      <w:r>
        <w:rPr>
          <w:sz w:val="20"/>
        </w:rPr>
        <w:t>50:28  yeh is ka pata karen. kis ne shuru kiya hai? islah wahan hai. is is jis ne shuru kiya hai is ko pakriye, is ko samjhaiye.</w:t>
      </w:r>
      <w:r>
        <w:br/>
      </w:r>
      <w:r>
        <w:rPr>
          <w:sz w:val="20"/>
        </w:rPr>
        <w:t>50:40  is ki</w:t>
      </w:r>
      <w:r>
        <w:br/>
      </w:r>
      <w:r>
        <w:rPr>
          <w:sz w:val="20"/>
        </w:rPr>
        <w:t>50:44  is ki taadeeb kijiye agar zaroorat hai to.</w:t>
      </w:r>
      <w:r>
        <w:br/>
      </w:r>
      <w:r>
        <w:rPr>
          <w:sz w:val="20"/>
        </w:rPr>
        <w:t>50:48  baqi yeh hai ke yani apni Company ke aadmi ki ki Side aap lenge, doosri aadmi is ki Side lega aur phir jhagda khatam nahi hoga.</w:t>
      </w:r>
      <w:r>
        <w:br/>
      </w:r>
      <w:r>
        <w:rPr>
          <w:sz w:val="20"/>
        </w:rPr>
        <w:t>51:04  to behraal mein Quran o Hadees se jo samjha hoon woh yahi hai ke aisi halat mein Beginner ko talash karna chahiye.</w:t>
      </w:r>
      <w:r>
        <w:br/>
      </w:r>
      <w:r>
        <w:rPr>
          <w:sz w:val="20"/>
        </w:rPr>
        <w:t>51:14  aur is ko samjhana chahiye. aur aindah logon ko batana chahiye ke ke apne aap ko aisi karrawai se bachao jis se Reaction ho aur fasad ki soorat paida ho jaye.</w:t>
      </w:r>
      <w:r>
        <w:br/>
      </w:r>
      <w:r>
        <w:rPr>
          <w:sz w:val="20"/>
        </w:rPr>
        <w:t>51:31  aur koi hal nahi hai.</w:t>
      </w:r>
      <w:r>
        <w:br/>
      </w:r>
      <w:r>
        <w:rPr>
          <w:sz w:val="20"/>
        </w:rPr>
        <w:t>51:35  Maulana yeh Comment aaya hai Doctor Safina ka Ajmer se. yeh kehti hain ke Maulana Thanks a lot for making us aware of the goal of our life.</w:t>
      </w:r>
      <w:r>
        <w:br/>
      </w:r>
      <w:r>
        <w:rPr>
          <w:sz w:val="20"/>
        </w:rPr>
        <w:t>51:46  Otherwise we also would have been running for the material goal. Thanks for making us discover the creation plan of God.</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What to do when spouse hinders spiritual mission?</w:t>
      </w:r>
    </w:p>
    <w:p>
      <w:r>
        <w:rPr>
          <w:color w:val="666666"/>
          <w:sz w:val="18"/>
        </w:rPr>
        <w:t>Paradise as A Goal April 26, 2015 · 1m 37s · at 1:04:34 · https://youtu.be/4IWLd2SIBkw?t=3874</w:t>
      </w:r>
    </w:p>
    <w:p>
      <w:r>
        <w:rPr>
          <w:i/>
        </w:rPr>
        <w:t>“If a life partner is not compatible and does not support us in gaining spiritual food, and when we talk relevantly, they talk irrelevantly, what should we do? This causes disturbance in our mission.”</w:t>
      </w:r>
    </w:p>
    <w:p>
      <w:r>
        <w:rPr>
          <w:sz w:val="20"/>
        </w:rPr>
        <w:t>1:04:34  na kabhi unhon ne aisa kiya. aisa aisa nahi ke qatl kiya unhon ne. Maulana, yeh agla sawal aaya hai Muhammad Abrar sahib ka Allahabad se</w:t>
      </w:r>
      <w:r>
        <w:br/>
      </w:r>
      <w:r>
        <w:rPr>
          <w:sz w:val="20"/>
        </w:rPr>
        <w:t>1:04:46  . Maulana, agar life partner hum mizaj na ho aur hamare spiritual food ko gain karne mein hamara saath na de, aur jab hum relevant talk karein,</w:t>
      </w:r>
      <w:r>
        <w:br/>
      </w:r>
      <w:r>
        <w:rPr>
          <w:sz w:val="20"/>
        </w:rPr>
        <w:t>1:04:59  woh irrelevant talk kare to hamein kya karna chahiye? kyunke us ki wajah se hamare mission mein disturbance hota hai.</w:t>
      </w:r>
      <w:r>
        <w:br/>
      </w:r>
      <w:r>
        <w:rPr>
          <w:sz w:val="20"/>
        </w:rPr>
        <w:t>1:05:11  nahi, dekhiye, yeh baat sahi nahi hai.</w:t>
      </w:r>
      <w:r>
        <w:br/>
      </w:r>
      <w:r>
        <w:rPr>
          <w:sz w:val="20"/>
        </w:rPr>
        <w:t>1:05:14  har aurat, har mard Allah ke paida kiye hue hain. aisa nahi ke kisi ko shaitan ne paida kiya hai, kisi ko Khuda ne paida kiya hai. to aap jis darje mein aap ka saathi aap ke aap se mawafqat kar raha hai, us par shukr kijiye.</w:t>
      </w:r>
      <w:r>
        <w:br/>
      </w:r>
      <w:r>
        <w:rPr>
          <w:sz w:val="20"/>
        </w:rPr>
        <w:t>1:05:34  agar kami hai to us ke liye koshish kijiye, dua kijiye, koshish kijiye.</w:t>
      </w:r>
      <w:r>
        <w:br/>
      </w:r>
      <w:r>
        <w:rPr>
          <w:sz w:val="20"/>
        </w:rPr>
        <w:t>1:05:39  aisa nahi hai ke woh bas woh saathi aap ka bigra hai, bigra hi rahega. aisa nahi, apni kami ko daryaft kijiye.</w:t>
      </w:r>
      <w:r>
        <w:br/>
      </w:r>
      <w:r>
        <w:rPr>
          <w:sz w:val="20"/>
        </w:rPr>
        <w:t>1:05:48  ho sakta hai ke aap ki koi kami ho, jise aap jhaadak dete hon, ghussa hote hon, sakhti se baat karte hon, to us ko reaction aata hai.</w:t>
      </w:r>
      <w:r>
        <w:br/>
      </w:r>
      <w:r>
        <w:rPr>
          <w:sz w:val="20"/>
        </w:rPr>
        <w:t>1:05:56  us ke andar yeh yeh bhi ho sakta hai. main is ko nahi manta ke koi aurat ya mard paidaishi taur par bure hain.</w:t>
      </w:r>
      <w:r>
        <w:br/>
      </w:r>
      <w:r>
        <w:rPr>
          <w:sz w:val="20"/>
        </w:rPr>
        <w:t>1:06:06  main is ko nahi manta.</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Managing emotions during controversy</w:t>
      </w:r>
    </w:p>
    <w:p>
      <w:r>
        <w:rPr>
          <w:color w:val="666666"/>
          <w:sz w:val="18"/>
        </w:rPr>
        <w:t>How to Manage Controversy 10 Nov 2019 - Maulana Wahiduddin Khan · 3m 44s · at 31:25 · https://youtu.be/UafTzJXHrSA?t=1885</w:t>
      </w:r>
    </w:p>
    <w:p>
      <w:r>
        <w:rPr>
          <w:i/>
        </w:rPr>
        <w:t>“How to manage one's emotions which run very high during a period of controversy? In such a situation, temper usually flares up and it is difficult to see reason. What is your advice?”</w:t>
      </w:r>
    </w:p>
    <w:p>
      <w:r>
        <w:rPr>
          <w:sz w:val="20"/>
        </w:rPr>
        <w:t>31:25  Maulana, ab sawal lena chahenge. Yeh sawal Lucknow se bheja hai Sanaullah Khan sahab ne. unhon ne likha hai: "Maulana, how to manage one's emotions which run very high during the period of controversy?</w:t>
      </w:r>
      <w:r>
        <w:br/>
      </w:r>
      <w:r>
        <w:rPr>
          <w:sz w:val="20"/>
        </w:rPr>
        <w:t>31:44  In such a situation, temper usually flares up and it is difficult to see reason. What</w:t>
      </w:r>
      <w:r>
        <w:br/>
      </w:r>
      <w:r>
        <w:rPr>
          <w:sz w:val="20"/>
        </w:rPr>
        <w:t>31:52  is your advice?"</w:t>
      </w:r>
      <w:r>
        <w:br/>
      </w:r>
      <w:r>
        <w:rPr>
          <w:sz w:val="20"/>
        </w:rPr>
        <w:t>31:56  Dekhiye.</w:t>
      </w:r>
      <w:r>
        <w:br/>
      </w:r>
      <w:r>
        <w:rPr>
          <w:sz w:val="20"/>
        </w:rPr>
        <w:t>32:05  Controversy ko ladaai banana ya controversy ko management banana, management ka usool, dono ek</w:t>
      </w:r>
      <w:r>
        <w:br/>
      </w:r>
      <w:r>
        <w:rPr>
          <w:sz w:val="20"/>
        </w:rPr>
        <w:t>32:22  second ki baatein hain. Yeh mera tajurba hai.</w:t>
      </w:r>
      <w:r>
        <w:br/>
      </w:r>
      <w:r>
        <w:rPr>
          <w:sz w:val="20"/>
        </w:rPr>
        <w:t>32:30  Maine apne ghusse ko is tarah se manage kiya hai ke jab ghussa bharkta hai to main foran chup ho jata hoon.</w:t>
      </w:r>
      <w:r>
        <w:br/>
      </w:r>
      <w:r>
        <w:rPr>
          <w:sz w:val="20"/>
        </w:rPr>
        <w:t>32:44  Poori tareekh mein maine apni apni tareekh mein aisa kiya hai ke ghussa aaya to main chup ho gaya. Chup honay ke maani kya hain?</w:t>
      </w:r>
      <w:r>
        <w:br/>
      </w:r>
      <w:r>
        <w:rPr>
          <w:sz w:val="20"/>
        </w:rPr>
        <w:t>32:56  Let your mind to manage the issue. Apne mind ko mauqa do.</w:t>
      </w:r>
      <w:r>
        <w:br/>
      </w:r>
      <w:r>
        <w:rPr>
          <w:sz w:val="20"/>
        </w:rPr>
        <w:t>33:07  Chup hona ek ek ek bohat bara tareeqa hai, method hai. Jaise hi aap chup hote hain, mind</w:t>
      </w:r>
      <w:r>
        <w:br/>
      </w:r>
      <w:r>
        <w:rPr>
          <w:sz w:val="20"/>
        </w:rPr>
        <w:t>33:23  mind work karne lagta hai.</w:t>
      </w:r>
      <w:r>
        <w:br/>
      </w:r>
      <w:r>
        <w:rPr>
          <w:sz w:val="20"/>
        </w:rPr>
        <w:t>33:27  Jab aap bol bol, jab ghussa aaya aur bol pade aap to aap ka ego bharkta hai. Lekin jab aap chup ho jayein to aap ka jo wisdom, wisdom amal karta hai.</w:t>
      </w:r>
      <w:r>
        <w:br/>
      </w:r>
      <w:r>
        <w:rPr>
          <w:sz w:val="20"/>
        </w:rPr>
        <w:t>33:48  ek ego, ek wisdom. to bohat aasan tareeqa hai ke jab bhi aap ko ghussa aaye to aap chup ho jaiye aur wisdom ko mauqa diye ke woh manage karey.</w:t>
      </w:r>
      <w:r>
        <w:br/>
      </w:r>
      <w:r>
        <w:rPr>
          <w:sz w:val="20"/>
        </w:rPr>
        <w:t>34:06  is ke bar aks agar aap bolenge, takrao ki baatein karenge to aap ka ego bhadkega aur woh sirf ego hamesha sirf yeh badhata hai, maslay ko badhata hai,</w:t>
      </w:r>
      <w:r>
        <w:br/>
      </w:r>
      <w:r>
        <w:rPr>
          <w:sz w:val="20"/>
        </w:rPr>
        <w:t>34:32  maslay ko hal nahi karta.</w:t>
      </w:r>
      <w:r>
        <w:br/>
      </w:r>
      <w:r>
        <w:rPr>
          <w:sz w:val="20"/>
        </w:rPr>
        <w:t>34:39  doctor naghma siddiqui ne dilli se likha hai: "today i understood the importance of managing controversies by taking a step b</w:t>
      </w:r>
      <w:r>
        <w:br/>
      </w:r>
      <w:r>
        <w:rPr>
          <w:sz w:val="20"/>
        </w:rPr>
        <w:t>34:49  ack. it is really an amazing principle of life given by prophet muhammad. we receive god's help then.</w:t>
      </w:r>
      <w:r>
        <w:br/>
      </w:r>
      <w:r>
        <w:rPr>
          <w:sz w:val="20"/>
        </w:rPr>
        <w:t>34:58  i will definitely follow this in my life." mahboob bhai ne mumbai se likha hai: "aage barhne ke liye peeche hatna ka formula hum ne aap se hi seekha hai, Maulana.</w:t>
      </w:r>
    </w:p>
    <w:p>
      <w:pPr>
        <w:pStyle w:val="Heading2"/>
      </w:pPr>
      <w:r>
        <w:t>Struggling to attain peace for ten years</w:t>
      </w:r>
    </w:p>
    <w:p>
      <w:r>
        <w:rPr>
          <w:color w:val="666666"/>
          <w:sz w:val="18"/>
        </w:rPr>
        <w:t>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Managing issues in married life</w:t>
      </w:r>
    </w:p>
    <w:p>
      <w:r>
        <w:rPr>
          <w:color w:val="666666"/>
          <w:sz w:val="18"/>
        </w:rPr>
        <w:t>How to Manage Controversy 10 Nov 2019 - Maulana Wahiduddin Khan · 46s · at 53:15 · https://youtu.be/UafTzJXHrSA?t=3195</w:t>
      </w:r>
    </w:p>
    <w:p>
      <w:r>
        <w:rPr>
          <w:i/>
        </w:rPr>
        <w:t>“Please explain managing issues and taking a step back from the aspects of married life.”</w:t>
      </w:r>
    </w:p>
    <w:p>
      <w:r>
        <w:rPr>
          <w:sz w:val="20"/>
        </w:rPr>
        <w:t>53:15  Maulana, Peshawar se Muhammad Tufail sahib ne sawal bheja hai. unhon ne aap se poocha hai: "Maulana sahib, please explain managing issues or taking a step back from the aspects of married life?" from the aspect of married life?</w:t>
      </w:r>
      <w:r>
        <w:br/>
      </w:r>
      <w:r>
        <w:rPr>
          <w:sz w:val="20"/>
        </w:rPr>
        <w:t>53:33  shadi? ji, yeh to bohat aasan hai. yeh to aap bohat likh chuke hain. aap parh lijiye hamari kitaben, bohat likh chuke hain ke married life ko kaise manage kiya jaye.</w:t>
      </w:r>
      <w:r>
        <w:br/>
      </w:r>
      <w:r>
        <w:rPr>
          <w:sz w:val="20"/>
        </w:rPr>
        <w:t>53:50  ji Maulana, is pe yeh batana chahenge ke aap ki kitab "Family Life" bhi maujood hai CPS website pe, to aap wahan se download kar sakte hain.</w:t>
      </w:r>
    </w:p>
    <w:p>
      <w:pPr>
        <w:pStyle w:val="Heading2"/>
      </w:pPr>
      <w:r>
        <w:t>Keeping calm mind in problems and confrontation</w:t>
      </w:r>
    </w:p>
    <w:p>
      <w:r>
        <w:rPr>
          <w:color w:val="666666"/>
          <w:sz w:val="18"/>
        </w:rPr>
        <w:t>Age of Alternatives April 05, 2015 · 1m 52s · at 1:12:32 · https://youtu.be/4v0uCM2BZuA?t=4352</w:t>
      </w:r>
    </w:p>
    <w:p>
      <w:r>
        <w:rPr>
          <w:i/>
        </w:rPr>
        <w:t>“It is a fact that peaceful alternatives are always available in times of problem, but to see them one has to keep a calm mind. How can one keep a calm mind in situations of problem and confrontation? Please advise us.”</w:t>
      </w:r>
    </w:p>
    <w:p>
      <w:r>
        <w:rPr>
          <w:sz w:val="20"/>
        </w:rPr>
        <w:t>1:12:32  Maulana, agla sawal miss naghma siddiqui ne kiya hai delhi se, aur unhon ne likha hai: "it is a fact that peaceful alternatives are always available in times of problem,</w:t>
      </w:r>
      <w:r>
        <w:br/>
      </w:r>
      <w:r>
        <w:rPr>
          <w:sz w:val="20"/>
        </w:rPr>
        <w:t>1:12:45  but to see them one has to keep a calm mind. how can one keep a calm mind in situations of problem and confrontation?</w:t>
      </w:r>
      <w:r>
        <w:br/>
      </w:r>
      <w:r>
        <w:rPr>
          <w:sz w:val="20"/>
        </w:rPr>
        <w:t>1:12:57  please advise us."</w:t>
      </w:r>
      <w:r>
        <w:br/>
      </w:r>
      <w:r>
        <w:rPr>
          <w:sz w:val="20"/>
        </w:rPr>
        <w:t>1:13:00  bhai, yahi to insan ka sab se bara, mein samajhta hoon ke sab se bari quality hai insan ki ke soch sakta hai.</w:t>
      </w:r>
      <w:r>
        <w:br/>
      </w:r>
      <w:r>
        <w:rPr>
          <w:sz w:val="20"/>
        </w:rPr>
        <w:t>1:13:10  woh</w:t>
      </w:r>
      <w:r>
        <w:br/>
      </w:r>
      <w:r>
        <w:rPr>
          <w:sz w:val="20"/>
        </w:rPr>
        <w:t>1:13:13  dog ladte hain sarkon par, woh soch nahi sakte. dog ke pas ma'ani nahi hota sochne ka. yeh ladte hain, ladte hain. insan soch sakta hai to apne is faculty ko insan istemal kare.</w:t>
      </w:r>
      <w:r>
        <w:br/>
      </w:r>
      <w:r>
        <w:rPr>
          <w:sz w:val="20"/>
        </w:rPr>
        <w:t>1:13:26  yani dog ko jo aap dekhte hain sarkon par ladte hue, kyunke is ke pas thinking power nahi hai. thinking power na hone ki wajah se ladte hain.</w:t>
      </w:r>
      <w:r>
        <w:br/>
      </w:r>
      <w:r>
        <w:rPr>
          <w:sz w:val="20"/>
        </w:rPr>
        <w:t>1:13:36  insan ke pas thinking power hai, apni thinking power ko istemal kare. thinking power istemal karne ka ma'ani hai ke woh cheezon ko in terms of result soche.</w:t>
      </w:r>
      <w:r>
        <w:br/>
      </w:r>
      <w:r>
        <w:rPr>
          <w:sz w:val="20"/>
        </w:rPr>
        <w:t>1:13:47  result kya niklega? dog ke pas yeh soch nahi hai ke woh cheezon ko in terms of result soche.</w:t>
      </w:r>
      <w:r>
        <w:br/>
      </w:r>
      <w:r>
        <w:rPr>
          <w:sz w:val="20"/>
        </w:rPr>
        <w:t>1:13:55  insan, insan ke pas jo faculty hai, woh is liye to hai ke aap involve hone se pehle, rai shuru karne se pehle sochein ke is ka result kya hoga, aur phir apne ko rok lein.</w:t>
      </w:r>
      <w:r>
        <w:br/>
      </w:r>
      <w:r>
        <w:rPr>
          <w:sz w:val="20"/>
        </w:rPr>
        <w:t>1:14:07  agar result ulta nikalta ho to. to yeh to allah ta'ala ne insan ko jo faculty di hai mind ki, woh sab se bara check wahi hai, sab se bara check.</w:t>
      </w:r>
      <w:r>
        <w:br/>
      </w:r>
      <w:r>
        <w:rPr>
          <w:sz w:val="20"/>
        </w:rPr>
        <w:t>1:14:19  lekin log istemal nahi karte is ko.</w:t>
      </w:r>
    </w:p>
    <w:p>
      <w:pPr>
        <w:pStyle w:val="Heading2"/>
      </w:pPr>
      <w:r>
        <w:t>Balancing material life and spiritual goal</w:t>
      </w:r>
    </w:p>
    <w:p>
      <w:r>
        <w:rPr>
          <w:color w:val="666666"/>
          <w:sz w:val="18"/>
        </w:rPr>
        <w:t>Spiritual Goal January 15, 2017 · 1m 46s · at 42:24 · https://youtu.be/D3JYu4p_P34?t=2544</w:t>
      </w:r>
    </w:p>
    <w:p>
      <w:r>
        <w:rPr>
          <w:i/>
        </w:rPr>
        <w:t>“Maulana sahib, our daily material life, like job, family life, social circle, comes in conflict with our spiritual goal. How to resolve this?”</w:t>
      </w:r>
    </w:p>
    <w:p>
      <w:r>
        <w:rPr>
          <w:sz w:val="20"/>
        </w:rPr>
        <w:t>42:24  maulana, pehla sawal lete hain jo moradabad se bheja hai firoz khan sahab ne aur unhon ne</w:t>
      </w:r>
      <w:r>
        <w:br/>
      </w:r>
      <w:r>
        <w:rPr>
          <w:sz w:val="20"/>
        </w:rPr>
        <w:t>42:30  likha hai: "maulana sahab, our daily material life, like job, family life, social circle, comes in conflict with</w:t>
      </w:r>
      <w:r>
        <w:br/>
      </w:r>
      <w:r>
        <w:rPr>
          <w:sz w:val="20"/>
        </w:rPr>
        <w:t>42:36  our spiritual goal.</w:t>
      </w:r>
      <w:r>
        <w:br/>
      </w:r>
      <w:r>
        <w:rPr>
          <w:sz w:val="20"/>
        </w:rPr>
        <w:t>42:42  So will giving up worldly life help us reach our spiritual goal faster?</w:t>
      </w:r>
      <w:r>
        <w:br/>
      </w:r>
      <w:r>
        <w:rPr>
          <w:sz w:val="20"/>
        </w:rPr>
        <w:t>42:48  What is your advice to all of us?</w:t>
      </w:r>
      <w:r>
        <w:br/>
      </w:r>
      <w:r>
        <w:rPr>
          <w:sz w:val="20"/>
        </w:rPr>
        <w:t>42:56  "dekhen, spiritual goal jo hai, is ka safar alag alag nahi hota.</w:t>
      </w:r>
      <w:r>
        <w:br/>
      </w:r>
      <w:r>
        <w:rPr>
          <w:sz w:val="20"/>
        </w:rPr>
        <w:t>43:04  isi duniya mein hota hai.</w:t>
      </w:r>
      <w:r>
        <w:br/>
      </w:r>
      <w:r>
        <w:rPr>
          <w:sz w:val="20"/>
        </w:rPr>
        <w:t>43:12  har cheez mein spiritual item hai.</w:t>
      </w:r>
      <w:r>
        <w:br/>
      </w:r>
      <w:r>
        <w:rPr>
          <w:sz w:val="20"/>
        </w:rPr>
        <w:t>43:21  har cheez mein is spiritual item ko discover karna aur is ke mutabiq apni zindagi banana, yahi spirituality hai.</w:t>
      </w:r>
      <w:r>
        <w:br/>
      </w:r>
      <w:r>
        <w:rPr>
          <w:sz w:val="20"/>
        </w:rPr>
        <w:t>43:29  woh jo maine qissa bataya, the monk who sold his prayer, woh koi spirituality ka rasta nahi hai.</w:t>
      </w:r>
      <w:r>
        <w:br/>
      </w:r>
      <w:r>
        <w:rPr>
          <w:sz w:val="20"/>
        </w:rPr>
        <w:t>43:37  Spirituality ka rasta insanon ke darmiyan se guzarta hai, bar bar nahin.</w:t>
      </w:r>
      <w:r>
        <w:br/>
      </w:r>
      <w:r>
        <w:rPr>
          <w:sz w:val="20"/>
        </w:rPr>
        <w:t>43:46  Aap itna zyada intellectually awakened hon ke baaton ko gehrai mein pakrein, spiritual life item jo nectar ki</w:t>
      </w:r>
      <w:r>
        <w:br/>
      </w:r>
      <w:r>
        <w:rPr>
          <w:sz w:val="20"/>
        </w:rPr>
        <w:t>43:54  tarah har jagah maujood hai, us ko daryaft karen.</w:t>
      </w:r>
      <w:r>
        <w:br/>
      </w:r>
      <w:r>
        <w:rPr>
          <w:sz w:val="20"/>
        </w:rPr>
        <w:t>44:02  Yahi hai spiritual life.</w:t>
      </w:r>
    </w:p>
    <w:p>
      <w:pPr>
        <w:pStyle w:val="Heading2"/>
      </w:pPr>
      <w:r>
        <w:t>How to lead a peaceful life</w:t>
      </w:r>
    </w:p>
    <w:p>
      <w:r>
        <w:rPr>
          <w:color w:val="666666"/>
          <w:sz w:val="18"/>
        </w:rPr>
        <w:t>The Problem of Conditioning April 22, 2012 · 1m 49s · at 1:13:27 · https://youtu.be/j-kJQzOz46g?t=4407</w:t>
      </w:r>
    </w:p>
    <w:p>
      <w:r>
        <w:rPr>
          <w:i/>
        </w:rPr>
        <w:t>“Please advise me how I can lead a life peacefully.”</w:t>
      </w:r>
    </w:p>
    <w:p>
      <w:r>
        <w:rPr>
          <w:sz w:val="20"/>
        </w:rPr>
        <w:t>1:13:27  Maulana, Delhi se Mr Bhaskar Rao ne sawal kiya hai. unhone likha hai: "Please advise me how I can lead a life peacefully." Dekhiye,</w:t>
      </w:r>
      <w:r>
        <w:br/>
      </w:r>
      <w:r>
        <w:rPr>
          <w:sz w:val="20"/>
        </w:rPr>
        <w:t>1:13:41  peaceful life ka raaz har ek ke liye ek hi hai, har ek ke liye. woh kya hai? Unpleasant situation ko ignore karna, avoid karna.</w:t>
      </w:r>
      <w:r>
        <w:br/>
      </w:r>
      <w:r>
        <w:rPr>
          <w:sz w:val="20"/>
        </w:rPr>
        <w:t>1:13:53  kyun ke dekhiye, chahe koi bhi ho, ghareeb ho, ameer ho, parha likha ho, jahil ho, India ka aadmi ho, America ka aadmi ho, yeh bilkul law of nature hai ke tarah tarah ke is ko unpleasant situation pesh ayegi.</w:t>
      </w:r>
      <w:r>
        <w:br/>
      </w:r>
      <w:r>
        <w:rPr>
          <w:sz w:val="20"/>
        </w:rPr>
        <w:t>1:14:11  woh hoga hi hogi, lazman. Woh Obama ke saath bhi hota hai, woh Dr. Marmon Shah Singh ke saath bhi hota hai, hamare aap ke saath bhi hoga.</w:t>
      </w:r>
      <w:r>
        <w:br/>
      </w:r>
      <w:r>
        <w:rPr>
          <w:sz w:val="20"/>
        </w:rPr>
        <w:t>1:14:21  to</w:t>
      </w:r>
      <w:r>
        <w:br/>
      </w:r>
      <w:r>
        <w:rPr>
          <w:sz w:val="20"/>
        </w:rPr>
        <w:t>1:14:22  is unpleasant situation ko ignore karna, is ko avoid karna, is ko adjust karna, is ko manage karna. You have to learn the art of management.</w:t>
      </w:r>
      <w:r>
        <w:br/>
      </w:r>
      <w:r>
        <w:rPr>
          <w:sz w:val="20"/>
        </w:rPr>
        <w:t>1:14:35  to yeh bilkul mumkin nahi hai ke aise halaat ho jayein aap ke liye ke bilkul normal ho, kuch aap ke khilaaf na ho.</w:t>
      </w:r>
      <w:r>
        <w:br/>
      </w:r>
      <w:r>
        <w:rPr>
          <w:sz w:val="20"/>
        </w:rPr>
        <w:t>1:14:43  baat koi aisa ho hi nahi sakta hai.</w:t>
      </w:r>
      <w:r>
        <w:br/>
      </w:r>
      <w:r>
        <w:rPr>
          <w:sz w:val="20"/>
        </w:rPr>
        <w:t>1:14:47  to jo aadmi peace chahta ho, to is ko yahi price deni padegi</w:t>
      </w:r>
      <w:r>
        <w:br/>
      </w:r>
      <w:r>
        <w:rPr>
          <w:sz w:val="20"/>
        </w:rPr>
        <w:t>1:14:56  ke khilaaf peace halaat mein peaceful rehna. Khilaaf peace halaat mein peaceful rehne ka raaz daryaft karna bas yahi hai.</w:t>
      </w:r>
      <w:r>
        <w:br/>
      </w:r>
      <w:r>
        <w:rPr>
          <w:sz w:val="20"/>
        </w:rPr>
        <w:t>1:15:10  peaceful zindagi hasil karne ka raaz.</w:t>
      </w:r>
    </w:p>
    <w:p>
      <w:pPr>
        <w:pStyle w:val="Heading2"/>
      </w:pPr>
      <w:r>
        <w:t>Balancing home with dual working professionals</w:t>
      </w:r>
    </w:p>
    <w:p>
      <w:r>
        <w:rPr>
          <w:color w:val="666666"/>
          <w:sz w:val="18"/>
        </w:rPr>
        <w:t>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Reason for Tension Despite Being a Shopkeeper</w:t>
      </w:r>
    </w:p>
    <w:p>
      <w:r>
        <w:rPr>
          <w:color w:val="666666"/>
          <w:sz w:val="18"/>
        </w:rPr>
        <w:t>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Why fights among Muslims despite peace formula</w:t>
      </w:r>
    </w:p>
    <w:p>
      <w:r>
        <w:rPr>
          <w:color w:val="666666"/>
          <w:sz w:val="18"/>
        </w:rPr>
        <w:t>Importance of Peace August 17, 2014 · 2m 23s · at 56:33 · https://youtu.be/ifxSwh2Jckw?t=3393</w:t>
      </w:r>
    </w:p>
    <w:p>
      <w:r>
        <w:rPr>
          <w:i/>
        </w:rPr>
        <w:t>“Why are there fights among Muslims today when we have the formula for peace? Please clarify.”</w:t>
      </w:r>
    </w:p>
    <w:p>
      <w:r>
        <w:rPr>
          <w:sz w:val="20"/>
        </w:rPr>
        <w:t>56:33  Maulana, agla sawal Bhopal se kiya hai, Bilaluddin sahib ne. Aur unhone likha hai: Aaj musalmano mein kyun ladaiyan ho rahi hain jabke hamare paas peace ka formula maujood hai?</w:t>
      </w:r>
      <w:r>
        <w:br/>
      </w:r>
      <w:r>
        <w:rPr>
          <w:sz w:val="20"/>
        </w:rPr>
        <w:t>56:48  Is ko wazeh karein. Kyunke musalman daur-e-zawaal mein hain aur daur-e-zawaal mein yahi sab hota hai. Ab in ko daur-e-zawaal se nikalna hai.</w:t>
      </w:r>
      <w:r>
        <w:br/>
      </w:r>
      <w:r>
        <w:rPr>
          <w:sz w:val="20"/>
        </w:rPr>
        <w:t>56:59  jab tak daur-e-zawaal se nikaalne ke liye kuch nahi hoga.</w:t>
      </w:r>
      <w:r>
        <w:br/>
      </w:r>
      <w:r>
        <w:rPr>
          <w:sz w:val="20"/>
        </w:rPr>
        <w:t>57:07  to hum agar hum sirf</w:t>
      </w:r>
      <w:r>
        <w:br/>
      </w:r>
      <w:r>
        <w:rPr>
          <w:sz w:val="20"/>
        </w:rPr>
        <w:t>57:10  un ko naseehat karein to is se work nahi karega. hum pehle un ko idhar samajh laayein, soch laayein. kal parson mere paas kuch log aaye thay, ulama.</w:t>
      </w:r>
      <w:r>
        <w:br/>
      </w:r>
      <w:r>
        <w:rPr>
          <w:sz w:val="20"/>
        </w:rPr>
        <w:t>57:24  to yeh sawal tha ke kahan se kaam shuru kiya jaaye? to woh log, un logon ka nazariya tha ke logon ko namazein padhai jaayein, logon ko roze rakhwaye jaayein.</w:t>
      </w:r>
      <w:r>
        <w:br/>
      </w:r>
      <w:r>
        <w:rPr>
          <w:sz w:val="20"/>
        </w:rPr>
        <w:t>57:35  to maine kaha ke nahi, pehle un ko logon ko aqal paida ki jaaye, samajh paida ki jaaye. samajh se mehroom ho gaye hain musalman. ladte hain aur sochte hain ke lad kar ke ab apne aap ko tabaah kar rahe hain, na lad kar.</w:t>
      </w:r>
      <w:r>
        <w:br/>
      </w:r>
      <w:r>
        <w:rPr>
          <w:sz w:val="20"/>
        </w:rPr>
        <w:t>57:47  jahan musalman lad rahe hain, apne aap ko tabaah kar rahe hain, apne aap ko zaleel kar rahe hain. un ko milta to kuch hai nahi.</w:t>
      </w:r>
      <w:r>
        <w:br/>
      </w:r>
      <w:r>
        <w:rPr>
          <w:sz w:val="20"/>
        </w:rPr>
        <w:t>57:54  to aqal khoi gayi hai. to maine kaha ke beginning jo hai, jo aqal jo hai, jo beginning jo hai, jo aaghaz hai ke musalmanon ke andar soch paida ki jaaye, samajh paida ki jaaye.</w:t>
      </w:r>
      <w:r>
        <w:br/>
      </w:r>
      <w:r>
        <w:rPr>
          <w:sz w:val="20"/>
        </w:rPr>
        <w:t>58:08  aqal un ke andar, aqal se baaton ko samajhne ka mizaj banaya jaaye.</w:t>
      </w:r>
      <w:r>
        <w:br/>
      </w:r>
      <w:r>
        <w:rPr>
          <w:sz w:val="20"/>
        </w:rPr>
        <w:t>58:16  to main samajhta hoon ke humein har kaam mein, yaani ummat ki islaah ke silsile mein jo hum planning karein apni, to humein yeh jaanna chahiye ke jo aaghaz hoga, woh yahan se hoga ke logon ke andar, un ko logon ke way of thinking mein durust kiya jaaye.</w:t>
      </w:r>
      <w:r>
        <w:br/>
      </w:r>
      <w:r>
        <w:rPr>
          <w:sz w:val="20"/>
        </w:rPr>
        <w:t>58:38  way of thinking galat ho gaya hai. woh samajhte hain ke learning se faida hai, yeh nahi jaante ke sulah se faida hai.</w:t>
      </w:r>
      <w:r>
        <w:br/>
      </w:r>
      <w:r>
        <w:rPr>
          <w:sz w:val="20"/>
        </w:rPr>
        <w:t>58:47  to yeh bohat hi ek long term mansooba hai. yeh koi short term mansooba nahi hai.</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Peace-named centers with violent mindset</w:t>
      </w:r>
    </w:p>
    <w:p>
      <w:r>
        <w:rPr>
          <w:color w:val="666666"/>
          <w:sz w:val="18"/>
        </w:rPr>
        <w:t>Study of The Quran November 30, 2014 · 1m 51s · at 1:25:55 · https://youtu.be/x3fcJ2nlDow?t=5155</w:t>
      </w:r>
    </w:p>
    <w:p>
      <w:r>
        <w:rPr>
          <w:i/>
        </w:rPr>
        <w:t>“Nowadays there are many dawah centers, and mostly their names are peace-related. But all these centers are waiting for a big war. Maulana, why is it that they have given a name of peace but their mind is violent? Why is this?”</w:t>
      </w:r>
    </w:p>
    <w:p>
      <w:r>
        <w:rPr>
          <w:sz w:val="20"/>
        </w:rPr>
        <w:t>1:25:55  maulana, agla sawal chennai se hai maulana iqbal umri ka. aur unhon ne likha hai: "aaj kal bohat se dawah centers hain aur mostly un ke naam peace related rehte hain.</w:t>
      </w:r>
      <w:r>
        <w:br/>
      </w:r>
      <w:r>
        <w:rPr>
          <w:sz w:val="20"/>
        </w:rPr>
        <w:t>1:26:09  aur sare yeh centers ek bari jang ke intezar mein hain. maulana, aisa kyun hai ke unhon ne naam to peace ka diya hua hai lekin mind violence wala hai?</w:t>
      </w:r>
      <w:r>
        <w:br/>
      </w:r>
      <w:r>
        <w:rPr>
          <w:sz w:val="20"/>
        </w:rPr>
        <w:t>1:26:21  aisa kyun?" to main ne kaha dekhen sab double standard ho rahe hain.</w:t>
      </w:r>
      <w:r>
        <w:br/>
      </w:r>
      <w:r>
        <w:rPr>
          <w:sz w:val="20"/>
        </w:rPr>
        <w:t>1:26:26  dua ne pehle hi keh diya ke sab se zyada yeh log jo hain woh in ka culture double standard culture hai.</w:t>
      </w:r>
      <w:r>
        <w:br/>
      </w:r>
      <w:r>
        <w:rPr>
          <w:sz w:val="20"/>
        </w:rPr>
        <w:t>1:26:36  ab yeh mera tajurba hai kak room mein. jis ko dekhen woh double standard hai.</w:t>
      </w:r>
      <w:r>
        <w:br/>
      </w:r>
      <w:r>
        <w:rPr>
          <w:sz w:val="20"/>
        </w:rPr>
        <w:t>1:26:46  okay, so we will end this session now. thank you.</w:t>
      </w:r>
    </w:p>
    <w:p>
      <w:pPr>
        <w:pStyle w:val="Heading2"/>
      </w:pPr>
      <w:r>
        <w:t>How can we all live peacefully</w:t>
      </w:r>
    </w:p>
    <w:p>
      <w:r>
        <w:rPr>
          <w:color w:val="666666"/>
          <w:sz w:val="18"/>
        </w:rPr>
        <w:t>Conversation with Maulana Wahiduddin Khan | October 01, 2017 · 1m 43s · at 28:06 · https://youtu.be/TmOYGd3rp2M?t=1686</w:t>
      </w:r>
    </w:p>
    <w:p>
      <w:r>
        <w:rPr>
          <w:i/>
        </w:rPr>
        <w:t>“How can we all live peacefully?”</w:t>
      </w:r>
    </w:p>
    <w:p>
      <w:r>
        <w:rPr>
          <w:sz w:val="20"/>
        </w:rPr>
        <w:t>28:06  maulana, do logon ne ek hi sawal bheja hai to hum dono parhte hain.</w:t>
      </w:r>
      <w:r>
        <w:br/>
      </w:r>
      <w:r>
        <w:rPr>
          <w:sz w:val="20"/>
        </w:rPr>
        <w:t>28:11  yeh pehla sawal bheja hai wajdan s</w:t>
      </w:r>
      <w:r>
        <w:br/>
      </w:r>
      <w:r>
        <w:rPr>
          <w:sz w:val="20"/>
        </w:rPr>
        <w:t>28:16  leem sahab ne dilli se aur unhon ne likha hai ke "How can we all live peacefully?</w:t>
      </w:r>
      <w:r>
        <w:br/>
      </w:r>
      <w:r>
        <w:rPr>
          <w:sz w:val="20"/>
        </w:rPr>
        <w:t>28:23  That is all the sects live peacefully.</w:t>
      </w:r>
      <w:r>
        <w:br/>
      </w:r>
      <w:r>
        <w:rPr>
          <w:sz w:val="20"/>
        </w:rPr>
        <w:t>28:29  What is the way that you would suggest?" aur muhammad talat aziz sahab ne bhi isi tareeqay ke</w:t>
      </w:r>
      <w:r>
        <w:br/>
      </w:r>
      <w:r>
        <w:rPr>
          <w:sz w:val="20"/>
        </w:rPr>
        <w:t>28:36  sawal poocha hai ke maulana sahab "How can we all be united under one shade?</w:t>
      </w:r>
      <w:r>
        <w:br/>
      </w:r>
      <w:r>
        <w:rPr>
          <w:sz w:val="20"/>
        </w:rPr>
        <w:t>28:42  What tips will you like to give to the Muslims?"</w:t>
      </w:r>
      <w:r>
        <w:br/>
      </w:r>
      <w:r>
        <w:rPr>
          <w:sz w:val="20"/>
        </w:rPr>
        <w:t>28:49  yeh bhi how ka kya sawal hai? peaceful tareeqay ke zariye? how ki baat kar rahe hain? dekhiye,</w:t>
      </w:r>
      <w:r>
        <w:br/>
      </w:r>
      <w:r>
        <w:rPr>
          <w:sz w:val="20"/>
        </w:rPr>
        <w:t>28:54  hamesha tashaddud hota hai.</w:t>
      </w:r>
      <w:r>
        <w:br/>
      </w:r>
      <w:r>
        <w:rPr>
          <w:sz w:val="20"/>
        </w:rPr>
        <w:t>28:59  extremist sochne ki rai alag alag ho, is se nahin aata.</w:t>
      </w:r>
      <w:r>
        <w:br/>
      </w:r>
      <w:r>
        <w:rPr>
          <w:sz w:val="20"/>
        </w:rPr>
        <w:t>29:04  sahaba mein sochne ki rai alag alag thi.</w:t>
      </w:r>
      <w:r>
        <w:br/>
      </w:r>
      <w:r>
        <w:rPr>
          <w:sz w:val="20"/>
        </w:rPr>
        <w:t>29:09  hata ke do peghambar ek waqt mein dunya mein the, tab bhi ikhtilaf rai ho jata tha.</w:t>
      </w:r>
      <w:r>
        <w:br/>
      </w:r>
      <w:r>
        <w:rPr>
          <w:sz w:val="20"/>
        </w:rPr>
        <w:t>29:14  jaise hazrat haroon</w:t>
      </w:r>
      <w:r>
        <w:br/>
      </w:r>
      <w:r>
        <w:rPr>
          <w:sz w:val="20"/>
        </w:rPr>
        <w:t>29:19  aur hazrat moosa.</w:t>
      </w:r>
      <w:r>
        <w:br/>
      </w:r>
      <w:r>
        <w:rPr>
          <w:sz w:val="20"/>
        </w:rPr>
        <w:t>29:22  to rai mein ikhtilaf se koi talluq nahi hai is ka.</w:t>
      </w:r>
      <w:r>
        <w:br/>
      </w:r>
      <w:r>
        <w:rPr>
          <w:sz w:val="20"/>
        </w:rPr>
        <w:t>29:26  is ka talluq hai extremism se.</w:t>
      </w:r>
      <w:r>
        <w:br/>
      </w:r>
      <w:r>
        <w:rPr>
          <w:sz w:val="20"/>
        </w:rPr>
        <w:t>29:29  is ko ghulu kaha gaya hai.</w:t>
      </w:r>
      <w:r>
        <w:br/>
      </w:r>
      <w:r>
        <w:rPr>
          <w:sz w:val="20"/>
        </w:rPr>
        <w:t>29:32  to asal masla yeh sab hai hi nahi ke masle ka ikhtilaf, rai ka ikhtilaf, misaal ka ikhtilaf,</w:t>
      </w:r>
      <w:r>
        <w:br/>
      </w:r>
      <w:r>
        <w:rPr>
          <w:sz w:val="20"/>
        </w:rPr>
        <w:t>29:36  yeh sab hai hi nahi.</w:t>
      </w:r>
      <w:r>
        <w:br/>
      </w:r>
      <w:r>
        <w:rPr>
          <w:sz w:val="20"/>
        </w:rPr>
        <w:t>29:39  masla hai tashaddud.</w:t>
      </w:r>
      <w:r>
        <w:br/>
      </w:r>
      <w:r>
        <w:rPr>
          <w:sz w:val="20"/>
        </w:rPr>
        <w:t>29:43  woh masla hai extremism, ghulu.</w:t>
      </w:r>
      <w:r>
        <w:br/>
      </w:r>
      <w:r>
        <w:rPr>
          <w:sz w:val="20"/>
        </w:rPr>
        <w:t>29:46  aap ghulu mat kijiye.</w:t>
      </w:r>
    </w:p>
    <w:p>
      <w:pPr>
        <w:pStyle w:val="Heading2"/>
      </w:pPr>
      <w:r>
        <w:t>Controlling anger and its consequences</w:t>
      </w:r>
    </w:p>
    <w:p>
      <w:r>
        <w:rPr>
          <w:color w:val="666666"/>
          <w:sz w:val="18"/>
        </w:rPr>
        <w:t>The Road to Paradise December 11, 2016 · 4m 32s · at 56:59 · https://youtu.be/iW2QmcY1_yU?t=3419</w:t>
      </w:r>
    </w:p>
    <w:p>
      <w:r>
        <w:rPr>
          <w:i/>
        </w:rPr>
        <w:t>“You say anger is a satanic act and often a person says foolish things in anger. In anger, one says such words that create discord between people.”</w:t>
      </w:r>
    </w:p>
    <w:p>
      <w:r>
        <w:rPr>
          <w:sz w:val="20"/>
        </w:rPr>
        <w:t>56:59  maulana, agla sawal dilli se kiya hai ahmed ali sahib ne aur unhon ne likha hai: maulana kehte</w:t>
      </w:r>
      <w:r>
        <w:br/>
      </w:r>
      <w:r>
        <w:rPr>
          <w:sz w:val="20"/>
        </w:rPr>
        <w:t>57:05  hain ghussa shaitani amal hai aur aksar insan ghusse mein be-aqal ki baatein keh baithta hai.</w:t>
      </w:r>
      <w:r>
        <w:br/>
      </w:r>
      <w:r>
        <w:rPr>
          <w:sz w:val="20"/>
        </w:rPr>
        <w:t>57:11  ghusse mein aise alfaaz keh deta hai jis se aapas mein ikhtilaf paida ho jata hai.</w:t>
      </w:r>
      <w:r>
        <w:br/>
      </w:r>
      <w:r>
        <w:rPr>
          <w:sz w:val="20"/>
        </w:rPr>
        <w:t>57:17  jab ghussa thanda hota hai phir afsos hota hai lekin us waqt afsos karne ka faida nahi hota.</w:t>
      </w:r>
      <w:r>
        <w:br/>
      </w:r>
      <w:r>
        <w:rPr>
          <w:sz w:val="20"/>
        </w:rPr>
        <w:t>57:23  is halaat se kaise bachein aur apne ghusse par kaise control karein, is ke bare mein hamein guidance dein.</w:t>
      </w:r>
      <w:r>
        <w:br/>
      </w:r>
      <w:r>
        <w:rPr>
          <w:sz w:val="20"/>
        </w:rPr>
        <w:t>57:29  dekhiye, ghussa shaitani amal hai, yeh baat result ke aitbar se hai, nateeja ke aitbar se hai.</w:t>
      </w:r>
      <w:r>
        <w:br/>
      </w:r>
      <w:r>
        <w:rPr>
          <w:sz w:val="20"/>
        </w:rPr>
        <w:t>57:35  khud ghussa shaitan nahi hai.</w:t>
      </w:r>
      <w:r>
        <w:br/>
      </w:r>
      <w:r>
        <w:rPr>
          <w:sz w:val="20"/>
        </w:rPr>
        <w:t>57:41  main samajhta hoon ke ghussa ek natural baat hai, ghussa sab ko aata hai, ghussa peghambar ko bhi aata hai.</w:t>
      </w:r>
      <w:r>
        <w:br/>
      </w:r>
      <w:r>
        <w:rPr>
          <w:sz w:val="20"/>
        </w:rPr>
        <w:t>57:47  hazrat moosa ko ghussa aaya, rasool allah ko ghussa aaya.</w:t>
      </w:r>
      <w:r>
        <w:br/>
      </w:r>
      <w:r>
        <w:rPr>
          <w:sz w:val="20"/>
        </w:rPr>
        <w:t>57:53  jahan tak maine samjha hai, jo mera apna tajruba hai aur is par amal karta hoon, ghusse</w:t>
      </w:r>
      <w:r>
        <w:br/>
      </w:r>
      <w:r>
        <w:rPr>
          <w:sz w:val="20"/>
        </w:rPr>
        <w:t>57:59  ka ilaaj bohat hi aasaan hai, bohat hi aasaan hai.</w:t>
      </w:r>
      <w:r>
        <w:br/>
      </w:r>
      <w:r>
        <w:rPr>
          <w:sz w:val="20"/>
        </w:rPr>
        <w:t>58:05  woh yeh hai ke jab ghussa aaye to chup ho jaiye, bas kuch mat kijiye, chup ho jaiye.</w:t>
      </w:r>
      <w:r>
        <w:br/>
      </w:r>
      <w:r>
        <w:rPr>
          <w:sz w:val="20"/>
        </w:rPr>
        <w:t>58:11  main yahi karta hoon, mujhe bohat ghussa aata hai, mere andar bohat ghussa hai, jaise hi ghussa aata</w:t>
      </w:r>
      <w:r>
        <w:br/>
      </w:r>
      <w:r>
        <w:rPr>
          <w:sz w:val="20"/>
        </w:rPr>
        <w:t>58:17  hai, main bolta nahin hoon, chup ho jata hoon.</w:t>
      </w:r>
      <w:r>
        <w:br/>
      </w:r>
      <w:r>
        <w:rPr>
          <w:sz w:val="20"/>
        </w:rPr>
        <w:t>58:23  to dekhiye, nature mein ek process hai, automatic process, woh hai ghusse ko diffuse karne ka.</w:t>
      </w:r>
      <w:r>
        <w:br/>
      </w:r>
      <w:r>
        <w:rPr>
          <w:sz w:val="20"/>
        </w:rPr>
        <w:t>58:29  Automatic process hai.</w:t>
      </w:r>
      <w:r>
        <w:br/>
      </w:r>
      <w:r>
        <w:rPr>
          <w:sz w:val="20"/>
        </w:rPr>
        <w:t>58:35  Ghussa bhi natural phenomena hai aur us ko diffuse karna bhi ek natural process hai.</w:t>
      </w:r>
      <w:r>
        <w:br/>
      </w:r>
      <w:r>
        <w:rPr>
          <w:sz w:val="20"/>
        </w:rPr>
        <w:t>58:41  to jab main ghusse ke baad chup ho jata hoon to kya hota hai? mera woh natural process</w:t>
      </w:r>
      <w:r>
        <w:br/>
      </w:r>
      <w:r>
        <w:rPr>
          <w:sz w:val="20"/>
        </w:rPr>
        <w:t>58:47  jo hai, woh foran active ho jata hai, yani diffuse karne ka.</w:t>
      </w:r>
      <w:r>
        <w:br/>
      </w:r>
      <w:r>
        <w:rPr>
          <w:sz w:val="20"/>
        </w:rPr>
        <w:t>58:53  Within minutes sab diffuse ho jata hai.</w:t>
      </w:r>
      <w:r>
        <w:br/>
      </w:r>
      <w:r>
        <w:rPr>
          <w:sz w:val="20"/>
        </w:rPr>
        <w:t>58:59  apne aap hi woh nature ka jo process hai, woh apne aap hi us ko diffuse kar de ga.</w:t>
      </w:r>
      <w:r>
        <w:br/>
      </w:r>
      <w:r>
        <w:rPr>
          <w:sz w:val="20"/>
        </w:rPr>
        <w:t>59:05  ab dekhiye, agar aap ghussa aaye aur bolne lage to kya hoga? sunne wala react kare ga.</w:t>
      </w:r>
      <w:r>
        <w:br/>
      </w:r>
      <w:r>
        <w:rPr>
          <w:sz w:val="20"/>
        </w:rPr>
        <w:t>59:11  to kya hoga? phir chain reaction ban jaye ga.</w:t>
      </w:r>
      <w:r>
        <w:br/>
      </w:r>
      <w:r>
        <w:rPr>
          <w:sz w:val="20"/>
        </w:rPr>
        <w:t>59:17  aap bole, woh bola, woh bole, phir aap bole.</w:t>
      </w:r>
      <w:r>
        <w:br/>
      </w:r>
      <w:r>
        <w:rPr>
          <w:sz w:val="20"/>
        </w:rPr>
        <w:t>59:23  That is chain reaction.</w:t>
      </w:r>
      <w:r>
        <w:br/>
      </w:r>
      <w:r>
        <w:rPr>
          <w:sz w:val="20"/>
        </w:rPr>
        <w:t>59:29  aur chup rehne se kya hota hai? ke chain reaction banta hi nahin.</w:t>
      </w:r>
      <w:r>
        <w:br/>
      </w:r>
      <w:r>
        <w:rPr>
          <w:sz w:val="20"/>
        </w:rPr>
        <w:t>59:35  jo burai hai, woh chain reaction hai, khud ghussa nahin hai.</w:t>
      </w:r>
      <w:r>
        <w:br/>
      </w:r>
      <w:r>
        <w:rPr>
          <w:sz w:val="20"/>
        </w:rPr>
        <w:t>59:41  Ghussa apne aap mein burai nahin hai.</w:t>
      </w:r>
      <w:r>
        <w:br/>
      </w:r>
      <w:r>
        <w:rPr>
          <w:sz w:val="20"/>
        </w:rPr>
        <w:t>59:47  Ghussa is waqt burai ban jata hai jabke woh chain reaction ban jaye.</w:t>
      </w:r>
      <w:r>
        <w:br/>
      </w:r>
      <w:r>
        <w:rPr>
          <w:sz w:val="20"/>
        </w:rPr>
        <w:t>59:53  to aap bolen ge to doosra bole ga, to aap bolen ge.</w:t>
      </w:r>
      <w:r>
        <w:br/>
      </w:r>
      <w:r>
        <w:rPr>
          <w:sz w:val="20"/>
        </w:rPr>
        <w:t>59:59  That is chain reaction.</w:t>
      </w:r>
      <w:r>
        <w:br/>
      </w:r>
      <w:r>
        <w:rPr>
          <w:sz w:val="20"/>
        </w:rPr>
        <w:t>1:00:05  to jab aap chup rehte hain to chain reaction se aap logon ko bachate hain.</w:t>
      </w:r>
      <w:r>
        <w:br/>
      </w:r>
      <w:r>
        <w:rPr>
          <w:sz w:val="20"/>
        </w:rPr>
        <w:t>1:00:11  bohat hi simple method hai is ka.</w:t>
      </w:r>
      <w:r>
        <w:br/>
      </w:r>
      <w:r>
        <w:rPr>
          <w:sz w:val="20"/>
        </w:rPr>
        <w:t>1:00:17  bas chup ho jaiye aur kuch mat kijiye, chup ho jaiye.</w:t>
      </w:r>
      <w:r>
        <w:br/>
      </w:r>
      <w:r>
        <w:rPr>
          <w:sz w:val="20"/>
        </w:rPr>
        <w:t>1:00:23  kuch mat kijiye, chup ho jaiye.</w:t>
      </w:r>
      <w:r>
        <w:br/>
      </w:r>
      <w:r>
        <w:rPr>
          <w:sz w:val="20"/>
        </w:rPr>
        <w:t>1:00:29  to aap chain reaction se bach jayen ge aur dhire dhire sara bara diffuse ho jayega.</w:t>
      </w:r>
      <w:r>
        <w:br/>
      </w:r>
      <w:r>
        <w:rPr>
          <w:sz w:val="20"/>
        </w:rPr>
        <w:t>1:00:35  aap jab chahen is ka tajurba kar ke dekh lijie.</w:t>
      </w:r>
      <w:r>
        <w:br/>
      </w:r>
      <w:r>
        <w:rPr>
          <w:sz w:val="20"/>
        </w:rPr>
        <w:t>1:00:41  main ne to bar bar kiya hai, aap bhi kar ke dekh lijie.</w:t>
      </w:r>
      <w:r>
        <w:br/>
      </w:r>
      <w:r>
        <w:rPr>
          <w:sz w:val="20"/>
        </w:rPr>
        <w:t>1:00:47  tajurba yani yahan par nature aap ke support ke liye maujood hai.</w:t>
      </w:r>
      <w:r>
        <w:br/>
      </w:r>
      <w:r>
        <w:rPr>
          <w:sz w:val="20"/>
        </w:rPr>
        <w:t>1:00:53  yani ghusse ko diffuse karne ke liye khud nature mein mechanism maujood hai.</w:t>
      </w:r>
      <w:r>
        <w:br/>
      </w:r>
      <w:r>
        <w:rPr>
          <w:sz w:val="20"/>
        </w:rPr>
        <w:t>1:00:59  aap is ko mauqa dijie.</w:t>
      </w:r>
      <w:r>
        <w:br/>
      </w:r>
      <w:r>
        <w:rPr>
          <w:sz w:val="20"/>
        </w:rPr>
        <w:t>1:01:05  Give nature a chance.</w:t>
      </w:r>
      <w:r>
        <w:br/>
      </w:r>
      <w:r>
        <w:rPr>
          <w:sz w:val="20"/>
        </w:rPr>
        <w:t>1:01:12  Give your nature a chance.</w:t>
      </w:r>
      <w:r>
        <w:br/>
      </w:r>
      <w:r>
        <w:rPr>
          <w:sz w:val="20"/>
        </w:rPr>
        <w:t>1:01:16  wo kya hai? wo sirf chup ho jana.</w:t>
      </w:r>
      <w:r>
        <w:br/>
      </w:r>
      <w:r>
        <w:rPr>
          <w:sz w:val="20"/>
        </w:rPr>
        <w:t>1:01:21  aap kabhi bhi tajurba kar ke dekh lijie.</w:t>
      </w:r>
      <w:r>
        <w:br/>
      </w:r>
      <w:r>
        <w:rPr>
          <w:sz w:val="20"/>
        </w:rPr>
        <w:t>1:01:26  main to bar bar isi par amal hai.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Avoiding complaints without conflict</w:t>
      </w:r>
    </w:p>
    <w:p>
      <w:r>
        <w:rPr>
          <w:color w:val="666666"/>
          <w:sz w:val="18"/>
        </w:rPr>
        <w:t>Peace of Mind June 29, 2014 · 9m 28s · at 1:08:23 · https://youtu.be/oVwRc_FcAGk?t=4103</w:t>
      </w:r>
    </w:p>
    <w:p>
      <w:r>
        <w:rPr>
          <w:i/>
        </w:rPr>
        <w:t>“Complaints will always come. But can complaints be avoided in such a way that in situations and challenges a person faces, he does not take the objective in a way that creates conflict? Meaning avoid taking two objectives in a situation where conflict can arise.”</w:t>
      </w:r>
    </w:p>
    <w:p>
      <w:r>
        <w:rPr>
          <w:sz w:val="20"/>
        </w:rPr>
        <w:t>1:08:23  Molana, agla sawal Tariq Badar sahab ne kiya hai Pakistan se, aur unhone aap se pucha hai ke Molana, jo aaj ka aap ka lecture tha shikayat ko le ke, to woh yeh janna chahte hain, woh woh keh rahe hain ke complaints jo hain woh hamesha aati rahengi.</w:t>
      </w:r>
      <w:r>
        <w:br/>
      </w:r>
      <w:r>
        <w:rPr>
          <w:sz w:val="20"/>
        </w:rPr>
        <w:t>1:08:43  lekin kya is tarike se complaints ko avoid kiya ja sakta hai ke woh aisi situations aur challenges jo insan face karta hai, woh is mein jo objective hai, woh is tarike ka na len jo conflict create kare?</w:t>
      </w:r>
      <w:r>
        <w:br/>
      </w:r>
      <w:r>
        <w:rPr>
          <w:sz w:val="20"/>
        </w:rPr>
        <w:t>1:09:00  matlab avoid taking two objectives in a situation where conflict can arise. koi if and but nahin chalenge, aap yad rakhiye, shikayat ke mamle mein main bahut sakht hoon.</w:t>
      </w:r>
      <w:r>
        <w:br/>
      </w:r>
      <w:r>
        <w:rPr>
          <w:sz w:val="20"/>
        </w:rPr>
        <w:t>1:09:12  koi kandishan nahin, koi af and bat nahin. shikayat ke mamle hi ka aap self calling. karasi ke ji, aisi shikayat aur waisi shikayat, yeh sab mere dekh bilkul yani in realistic approach hai, chalne wala nahin,</w:t>
      </w:r>
      <w:r>
        <w:br/>
      </w:r>
      <w:r>
        <w:rPr>
          <w:sz w:val="20"/>
        </w:rPr>
        <w:t>1:09:28  chalne wala nahin.</w:t>
      </w:r>
      <w:r>
        <w:br/>
      </w:r>
      <w:r>
        <w:rPr>
          <w:sz w:val="20"/>
        </w:rPr>
        <w:t>1:09:33  main aap ko ek misal deta hoon ke rasul allah ne</w:t>
      </w:r>
      <w:r>
        <w:br/>
      </w:r>
      <w:r>
        <w:rPr>
          <w:sz w:val="20"/>
        </w:rPr>
        <w:t>1:09:40  wahan par yani hijrat ke baad ek ladai hui thi, us ko kehte hain ghazva hunain. ghazva hunain mein us zamane mein woh tarika nahin tha, fauj ko siran nahin milti thi.</w:t>
      </w:r>
      <w:r>
        <w:br/>
      </w:r>
      <w:r>
        <w:rPr>
          <w:sz w:val="20"/>
        </w:rPr>
        <w:t>1:09:55  ji,</w:t>
      </w:r>
      <w:r>
        <w:br/>
      </w:r>
      <w:r>
        <w:rPr>
          <w:sz w:val="20"/>
        </w:rPr>
        <w:t>1:09:56  jang ke baad jo baligh ummat milta tha, wahi bant ke aata tha. to aap batayein ke woh ghazwa hunain hua, is mein muhajir aur ansar ke do guru the, wahan par dono shareek hue, dono ne larr kar ke jang jeeti.</w:t>
      </w:r>
      <w:r>
        <w:br/>
      </w:r>
      <w:r>
        <w:rPr>
          <w:sz w:val="20"/>
        </w:rPr>
        <w:t>1:10:12  lekin rasool Allah ne jo taqseem ki to muhajir ko diya aur ansar ko nahi diya. yani woh musalman jo makka se aaye the, un ko muhajir kaha jata hai,</w:t>
      </w:r>
      <w:r>
        <w:br/>
      </w:r>
      <w:r>
        <w:rPr>
          <w:sz w:val="20"/>
        </w:rPr>
        <w:t>1:10:24  jo madine ke local the, un ko ansar kaha jata hai. to is par cheh magoyan huien, wahan par ansar ke darmiyan cheh magoyan huien ke bhai yeh kya mamla hai ke muzahir ko is ko de diya, yani mujhe mujhe muhajireen ko aur is ko nahi diya.</w:t>
      </w:r>
      <w:r>
        <w:br/>
      </w:r>
      <w:r>
        <w:rPr>
          <w:sz w:val="20"/>
        </w:rPr>
        <w:t>1:10:47  aur ek bohat zabardast taqreer hazrat hazrat rasool Allah ne ki thi wahan par, woh aap padhiye. lekin koi is mein is taqreer mein aap jo rasool Allah ke masterpiece taqreer samani aati hai, woh jo rasool Allah bolay the wahan.</w:t>
      </w:r>
      <w:r>
        <w:br/>
      </w:r>
      <w:r>
        <w:rPr>
          <w:sz w:val="20"/>
        </w:rPr>
        <w:t>1:11:06  lekin aap sab se aham baat yeh hai is mein ke koi tajziya nahi, koi is ka yani is ka koi tawjeeh nahi ke kyun aisa kiya,</w:t>
      </w:r>
      <w:r>
        <w:br/>
      </w:r>
      <w:r>
        <w:rPr>
          <w:sz w:val="20"/>
        </w:rPr>
        <w:t>1:11:16  aisa nahi hai is mein kuch. is ko yani bypass kar ke is mein rasool Allah sallallahu alaihi wasallam ne bolay the jo jo taqreer hai.</w:t>
      </w:r>
      <w:r>
        <w:br/>
      </w:r>
      <w:r>
        <w:rPr>
          <w:sz w:val="20"/>
        </w:rPr>
        <w:t>1:11:29  to yeh tareeqa hi nahi islam ka shikayaton par jo. baz auqat aisa kare, mere nazdeek woh animal level hai, is ka animal level hai. kyunke insani zindagi mein shikayatein kabhi khatam nahi ho sakti, khatam hi nahi ho sakti kabhi bhi.</w:t>
      </w:r>
      <w:r>
        <w:br/>
      </w:r>
      <w:r>
        <w:rPr>
          <w:sz w:val="20"/>
        </w:rPr>
        <w:t>1:11:44  impaas bolay ke shikayatein khatam hon to aap chahein ke koi wazahat kare to khatam ho jayegi. to aap zindagi ko jante nahi hain. kabhi tareekh mein aisa nahi hua ke wazahatton se zid shikayatein khatam hui hon.</w:t>
      </w:r>
      <w:r>
        <w:br/>
      </w:r>
      <w:r>
        <w:rPr>
          <w:sz w:val="20"/>
        </w:rPr>
        <w:t>1:11:57  shikayat hi aadmi khud khatam karega, nahi khatam karega. rasool Allah ki ek taqreer ko masterpiece taqreer mana jata hai aur bari ajeeb taqreer hai, woh hunain ke baad ki thi.</w:t>
      </w:r>
      <w:r>
        <w:br/>
      </w:r>
      <w:r>
        <w:rPr>
          <w:sz w:val="20"/>
        </w:rPr>
        <w:t>1:12:07  lekin sab se aham baat is mein yeh hai ke aap nahi bata sakte ke rasool Allah ne is mein in shikayaton ka tajziya kiya,</w:t>
      </w:r>
      <w:r>
        <w:br/>
      </w:r>
      <w:r>
        <w:rPr>
          <w:sz w:val="20"/>
        </w:rPr>
        <w:t>1:12:14  shikayaton ka yeh wazahat ki, kuch bhi nahi hai. shikayaton ko bypass kar ke aap ne ek taqreer ki hai. islam ka ek tareeqa yeh nahi ke shikayaton ko le kar baatein ki jayen aur wazahat ki jaye.</w:t>
      </w:r>
      <w:r>
        <w:br/>
      </w:r>
      <w:r>
        <w:rPr>
          <w:sz w:val="20"/>
        </w:rPr>
        <w:t>1:12:28  arey bhai yeh nahi hai, woh nahi hai, woh yeh nahi hai, woh yeh nahi hai, woh yeh tareeqa nahi. yak tarfa hota hai, yani unilateral tor par aap ko shikayat ko kill karna padega, nahi to islam se yani islam ke siwa ek aur deen aap ikhtiyar kar li jiye.</w:t>
      </w:r>
      <w:r>
        <w:br/>
      </w:r>
      <w:r>
        <w:rPr>
          <w:sz w:val="20"/>
        </w:rPr>
        <w:t>1:12:43  islam mein to yahi hai.</w:t>
      </w:r>
      <w:r>
        <w:br/>
      </w:r>
      <w:r>
        <w:rPr>
          <w:sz w:val="20"/>
        </w:rPr>
        <w:t>1:12:48  jis ko shakk ho, woh dobara ja kar ke padhe is taqreer ko. har kitab mein seerat ki har kitab maujood hoti hai. jab ansar ke darmiyan jab cheh magoyan huien ke yeh kya mamla hai ke muhajir ko de diya aur ansar ko diya nahi, bari cheh magoyan is mein huien thi.</w:t>
      </w:r>
      <w:r>
        <w:br/>
      </w:r>
      <w:r>
        <w:rPr>
          <w:sz w:val="20"/>
        </w:rPr>
        <w:t>1:13:05  wahan par is par rasool Allah sallallahu alaihi wasallam ne bohat zabardast taqreer ki thi.</w:t>
      </w:r>
      <w:r>
        <w:br/>
      </w:r>
      <w:r>
        <w:rPr>
          <w:sz w:val="20"/>
        </w:rPr>
        <w:t>1:13:11  is taqreer mein mujhe koi bataye ke in shikayaton ka koi rasool Allah sallallahu alaihi wasallam ne koi woh tajziya kiya hai shikayaton ko door karne ke liye, koi is mein koi explain kiya hai, is ko kuch bhi nahi.</w:t>
      </w:r>
      <w:r>
        <w:br/>
      </w:r>
      <w:r>
        <w:rPr>
          <w:sz w:val="20"/>
        </w:rPr>
        <w:t>1:13:24  is ke is ko bypass kar ke aap ne taqreer ki thi. woh jin ko shakk ho, woh ja ke padhe aur agle sunday mein mujhe bataye.</w:t>
      </w:r>
      <w:r>
        <w:br/>
      </w:r>
      <w:r>
        <w:rPr>
          <w:sz w:val="20"/>
        </w:rPr>
        <w:t>1:13:33  jin ko shakk ho is baat par, woh is taqreer ko ja kar padhe aur agle sunday mein mujhe bataye ke rasool Allah ne aap kaise kehte hain, rasool Allah ne shikayaton ki wazahat ki, shikayaton ka tajziya kiya, analysis kiya, is ko aisa kuch bhi nahi.</w:t>
      </w:r>
      <w:r>
        <w:br/>
      </w:r>
      <w:r>
        <w:rPr>
          <w:sz w:val="20"/>
        </w:rPr>
        <w:t>1:13:45  shikayaton ko bypass kiya rasool Allah ne aur ek usooli baat kahi is mein. jis ko shakk ho, mujhe agle sunday mein is ka bataye, mujhe is ka reference</w:t>
      </w:r>
      <w:r>
        <w:br/>
      </w:r>
      <w:r>
        <w:rPr>
          <w:sz w:val="20"/>
        </w:rPr>
        <w:t>1:13:57  . to behal main aql ki roshni mein, apne tajrube ki roshni mein aur quran o hadees ki roshni mein yeh samjha hoon ke shikayat ko khud hi khud kill kijiye.</w:t>
      </w:r>
      <w:r>
        <w:br/>
      </w:r>
      <w:r>
        <w:rPr>
          <w:sz w:val="20"/>
        </w:rPr>
        <w:t>1:14:07  shikayat ki pooch bas pooch gach mat kijiye, wazahat mat mangiye. wazahat kyunke wazahat se kabhi shikayat khatam nahi hoti. apne iman ki hifazat ke liye, apne iman ki hifazat ke liye aap shikayat ko khud khatam kijiye,</w:t>
      </w:r>
      <w:r>
        <w:br/>
      </w:r>
      <w:r>
        <w:rPr>
          <w:sz w:val="20"/>
        </w:rPr>
        <w:t>1:14:22  nahi to aap ka iman hi mujtaba ho jayega Allah ke nazdeek. agar kisi ko shakk ho to mujhe bataye ke ke is ke siwa tareeqa tha rasool Allah ka, yani shikayaton ko le kar wazahat karna, use behas karna.</w:t>
      </w:r>
      <w:r>
        <w:br/>
      </w:r>
      <w:r>
        <w:rPr>
          <w:sz w:val="20"/>
        </w:rPr>
        <w:t>1:14:34  arey yeh nahi, woh yeh nahi, woh yeh nahi, woh mujhe koi waqea bataya jaye,</w:t>
      </w:r>
      <w:r>
        <w:br/>
      </w:r>
      <w:r>
        <w:rPr>
          <w:sz w:val="20"/>
        </w:rPr>
        <w:t>1:14:40  kuch nahi. shikayat ka wahi wal qazi balghiz, andar andar andar idhar kill karna.</w:t>
      </w:r>
      <w:r>
        <w:br/>
      </w:r>
      <w:r>
        <w:rPr>
          <w:sz w:val="20"/>
        </w:rPr>
        <w:t>1:14:52  wa alqazi bilghaiẓ, wlafīn alnās, do lafzon mein sari baat hai, yaani insān ki nisbat se isko, yaani isko koi masla hi na banānā.</w:t>
      </w:r>
      <w:r>
        <w:br/>
      </w:r>
      <w:r>
        <w:rPr>
          <w:sz w:val="20"/>
        </w:rPr>
        <w:t>1:15:05  aafīn alnās ke ma'ni, isko isko koi ishu na banānā,</w:t>
      </w:r>
      <w:r>
        <w:br/>
      </w:r>
      <w:r>
        <w:rPr>
          <w:sz w:val="20"/>
        </w:rPr>
        <w:t>1:15:09  insān ki nisbat se isko ishu na banānā aur apnī nisbat se khud hi khud isko, yaani andar andar isko manage kar len.</w:t>
      </w:r>
      <w:r>
        <w:br/>
      </w:r>
      <w:r>
        <w:rPr>
          <w:sz w:val="20"/>
        </w:rPr>
        <w:t>1:15:21  yeh yeh do tukṛe jo hain is āyat ke hain, bahut aham hain. Waqazi bilghaiẓ, wlafīn alnās, kyunkē lafẓī tarjumā yeh hai ke ghusse ko pī jānē wālē aur logon ko maaf kar dēnē wālē.</w:t>
      </w:r>
      <w:r>
        <w:br/>
      </w:r>
      <w:r>
        <w:rPr>
          <w:sz w:val="20"/>
        </w:rPr>
        <w:t>1:15:37  is ka matlab kya hua?</w:t>
      </w:r>
      <w:r>
        <w:br/>
      </w:r>
      <w:r>
        <w:rPr>
          <w:sz w:val="20"/>
        </w:rPr>
        <w:t>1:15:39  matlab yeh hua ke ke in ka rawaiyya apnē bārē mein yeh hotā hai ke ghusse ko andar hi andar manage kartē hain. Woh ghusse ko discussion ka mauzū' nahin banātē, andar andar manage kar ke diffuse kar dētē hain, diffuse kar dētē hain.</w:t>
      </w:r>
      <w:r>
        <w:br/>
      </w:r>
      <w:r>
        <w:rPr>
          <w:sz w:val="20"/>
        </w:rPr>
        <w:t>1:15:55  aur dūsrā tukṛe ka matlab yeh hai ke in ki taraf repress nahin kartē,</w:t>
      </w:r>
      <w:r>
        <w:br/>
      </w:r>
      <w:r>
        <w:rPr>
          <w:sz w:val="20"/>
        </w:rPr>
        <w:t>1:16:02  dūsrē par ḍāltē nahin, balkē balkē is ko woh kartē hain, yaani ignore kartē hain.</w:t>
      </w:r>
      <w:r>
        <w:br/>
      </w:r>
      <w:r>
        <w:rPr>
          <w:sz w:val="20"/>
        </w:rPr>
        <w:t>1:16:13  dūsrōn ki nisbat se repress na karnā, apnī nisbat se self management, yeh yeh main ne pāyā hai Qur'ān o ḥadīth mein.</w:t>
      </w:r>
      <w:r>
        <w:br/>
      </w:r>
      <w:r>
        <w:rPr>
          <w:sz w:val="20"/>
        </w:rPr>
        <w:t>1:16:22  aur jo shikāyaton ke bārē mein chāhtā hai ke shikāyaton ke ke bas kyā jāē, is ko explain kyā jāē, is ka analysis kyā jāē,</w:t>
      </w:r>
      <w:r>
        <w:br/>
      </w:r>
      <w:r>
        <w:rPr>
          <w:sz w:val="20"/>
        </w:rPr>
        <w:t>1:16:29  main samajhtā hoon ke woh na zindagī ko jāntā hai, na Qur'ān ko, na kisi chīz ko jāntā hai. Woh na zindagī ko jāntā, na Qur'ān ko jāntā, na hān, na Rasūl Allāh ko, aṣḥāb ko se wāqif hai.</w:t>
      </w:r>
      <w:r>
        <w:br/>
      </w:r>
      <w:r>
        <w:rPr>
          <w:sz w:val="20"/>
        </w:rPr>
        <w:t>1:16:42  woh bilkul bekhabar hai. Merā apnā apnē muta'alliq roshnī mein yahī ehsās hai.</w:t>
      </w:r>
      <w:r>
        <w:br/>
      </w:r>
      <w:r>
        <w:rPr>
          <w:sz w:val="20"/>
        </w:rPr>
        <w:t>1:16:52  Maulānā, ek comment paṛhnā chāhēṅ</w:t>
      </w:r>
      <w:r>
        <w:br/>
      </w:r>
      <w:r>
        <w:rPr>
          <w:sz w:val="20"/>
        </w:rPr>
        <w:t>1:16:54  gē jo Maulānā Abdul Bāsiṭ 'Umarī ne bhejā hai, Dūḥa, Qaṭar se, aur unhon ne likhā hai: "Maulānā, main kal kal yahī bāt soch rahā thā ke AlRisāla mission samajhnē ke bād rūḥānī taur par bahut ajīb ajīb tajrubaat mujhe milē aur mil rahē hain,</w:t>
      </w:r>
      <w:r>
        <w:br/>
      </w:r>
      <w:r>
        <w:rPr>
          <w:sz w:val="20"/>
        </w:rPr>
        <w:t>1:17:17  jaisē inspiration ka masla. Yeh bāt main ne pahlī bār AlRisāla mission ko jānnē ke bād jānnā.</w:t>
      </w:r>
      <w:r>
        <w:br/>
      </w:r>
      <w:r>
        <w:rPr>
          <w:sz w:val="20"/>
        </w:rPr>
        <w:t>1:17:25  mislan naī naī bātēñ darayāft honā, Qur'ān aur ḥadīth ki koi bāt samajh mein ānā, is ko lē kar jab hum sōchtē hain to humēñ naī naī bātēñ samajh mein ātī hain, hamārā zehn khultā hai waghaireh.</w:t>
      </w:r>
      <w:r>
        <w:br/>
      </w:r>
      <w:r>
        <w:rPr>
          <w:sz w:val="20"/>
        </w:rPr>
        <w:t>1:17:40  Allāh ka sab se baṛā ehsān hai ke is ne mujhe AlRisāla mission ki daryāft karā dī."</w:t>
      </w:r>
    </w:p>
    <w:p>
      <w:pPr>
        <w:pStyle w:val="Heading2"/>
      </w:pPr>
      <w:r>
        <w:t>How can politics be correct</w:t>
      </w:r>
    </w:p>
    <w:p>
      <w:r>
        <w:rPr>
          <w:color w:val="666666"/>
          <w:sz w:val="18"/>
        </w:rPr>
        <w:t>Discovery of God (In Conversation with Maulana) December 25, 2011 · 1m 38s · at 45:32 · https://youtu.be/-1c1d7cFj0s?t=2732</w:t>
      </w:r>
    </w:p>
    <w:p>
      <w:r>
        <w:rPr>
          <w:i/>
        </w:rPr>
        <w:t>“Politics is only a source of conflict and division, because in politics people speak against each other. So how can politics be correct?”</w:t>
      </w:r>
    </w:p>
    <w:p>
      <w:r>
        <w:rPr>
          <w:sz w:val="20"/>
        </w:rPr>
        <w:t>45:32  mister Asif ka Delhi se sawal hai. unhon ne likha hai: "rajneeti sirf ladai aur mat bhed ka zariya hai. kyunke rajneeti mein insaan ek doosre ke against bolta hai.</w:t>
      </w:r>
      <w:r>
        <w:br/>
      </w:r>
      <w:r>
        <w:rPr>
          <w:sz w:val="20"/>
        </w:rPr>
        <w:t>45:46  to rajneeti sahi kaise ho sakti hai?"</w:t>
      </w:r>
      <w:r>
        <w:br/>
      </w:r>
      <w:r>
        <w:rPr>
          <w:sz w:val="20"/>
        </w:rPr>
        <w:t>45:52  to main sahi kahan karoon? main to kabhi nahi kaha ke sahi hai. maulana, shayad woh general level pe poochna chah rahe hain ke political system jo hai, woh sahi kaise ho sakta hai?</w:t>
      </w:r>
      <w:r>
        <w:br/>
      </w:r>
      <w:r>
        <w:rPr>
          <w:sz w:val="20"/>
        </w:rPr>
        <w:t>46:06  political system ko sahi karne ki koshish mat kijiye. jo hai, us ko accept kar lijiye. mera to nazariya yahi hai. jab aap system ko sahi karna chahenge to kya hoga?</w:t>
      </w:r>
      <w:r>
        <w:br/>
      </w:r>
      <w:r>
        <w:rPr>
          <w:sz w:val="20"/>
        </w:rPr>
        <w:t>46:15  yahi sab hoga. ladai jhagda, nafrat. aisi cheez maan lijiye. mera masla kya yeh hai ke political act mein jo hai, mera jo nazariya hai, woh yahi hai ke political, jis ko main kehta hoon political status quoism,</w:t>
      </w:r>
      <w:r>
        <w:br/>
      </w:r>
      <w:r>
        <w:rPr>
          <w:sz w:val="20"/>
        </w:rPr>
        <w:t>46:34  yani siyasat mein mera nazariya hai political status quoism. koi bhi hakim hai, mujhe us se ladai nahi karna hai.</w:t>
      </w:r>
      <w:r>
        <w:br/>
      </w:r>
      <w:r>
        <w:rPr>
          <w:sz w:val="20"/>
        </w:rPr>
        <w:t>46:43  koi bhi system hai, mujh se jhagan na nahi hai. mujhe accept kar ke, mujhe apni activity ka mauqa mil jata hai. mujhe accept kar ke, mujhe khud short time mujhe mil jata hai ke main apne study karoon, apna mission chalaoon, apne aitbar se jo karna hai, woh karoon.</w:t>
      </w:r>
      <w:r>
        <w:br/>
      </w:r>
      <w:r>
        <w:rPr>
          <w:sz w:val="20"/>
        </w:rPr>
        <w:t>47:05  to mera nazariya to political status quoism ka hai.</w:t>
      </w:r>
    </w:p>
    <w:p>
      <w:pPr>
        <w:pStyle w:val="Heading2"/>
      </w:pPr>
      <w:r>
        <w:t>Overcoming tension from lust as shopkeeper</w:t>
      </w:r>
    </w:p>
    <w:p>
      <w:r>
        <w:rPr>
          <w:color w:val="666666"/>
          <w:sz w:val="18"/>
        </w:rPr>
        <w:t>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غلط فہمی دور کرنے کا طریقہ</w:t>
      </w:r>
    </w:p>
    <w:p>
      <w:r>
        <w:rPr>
          <w:color w:val="666666"/>
          <w:sz w:val="18"/>
        </w:rPr>
        <w:t>Discovery of God (In Conversation with Maulana) December 25, 2011 · 2m 25s · at 43:06 · https://youtu.be/-1c1d7cFj0s?t=2586</w:t>
      </w:r>
    </w:p>
    <w:p>
      <w:r>
        <w:rPr>
          <w:i/>
        </w:rPr>
        <w:t>“آپ نے الرسالہ میں لکھا ہے کہ مس انڈرسٹینڈنگ ہمیشہ بیس لیس ہوتی ہے۔ اگر کسی کے بارے میں مس انڈرسٹینڈنگ پیدا ہو تو آدمی یا تو فوراً اس کو بھلا دے یا وہ اس آدمی سے ڈائریکٹ مل کر مس انڈرسٹینڈنگ کو دور کرے۔ وہ مس انڈرسٹینڈنگ کو لے کر دوسروں کے درمیان نہ پھیلائے۔ ایسا کرنا اپنے اندر ویک پرسنیلٹی بنانا ہے۔”</w:t>
      </w:r>
    </w:p>
    <w:p>
      <w:r>
        <w:rPr>
          <w:sz w:val="20"/>
        </w:rPr>
        <w:t>43:06  Mr. Sharukh Hussain Riyazi ne Delhi se sawal kiya hai. Unhone likha hai: "Aap ne Al-Risala mein likha hai ke misunderstanding hamesha baseless hoti hai.</w:t>
      </w:r>
      <w:r>
        <w:br/>
      </w:r>
      <w:r>
        <w:rPr>
          <w:sz w:val="20"/>
        </w:rPr>
        <w:t>43:18  agar kisi ke bare mein misunderstanding paida ho to admi ya to foran usko bhula de ya woh us admi se direct mil kar misunderstanding ko door kare."</w:t>
      </w:r>
      <w:r>
        <w:br/>
      </w:r>
      <w:r>
        <w:rPr>
          <w:sz w:val="20"/>
        </w:rPr>
        <w:t>43:32  woh mis understandig ko le kar doosron ke darmiyan na phailaye. aisa karna apne andar weak personality banana hai.</w:t>
      </w:r>
      <w:r>
        <w:br/>
      </w:r>
      <w:r>
        <w:rPr>
          <w:sz w:val="20"/>
        </w:rPr>
        <w:t>43:42  maulana sahib, weak personality ka nuqsan kya hai aur is ko kaise theek kiya jaye?</w:t>
      </w:r>
      <w:r>
        <w:br/>
      </w:r>
      <w:r>
        <w:rPr>
          <w:sz w:val="20"/>
        </w:rPr>
        <w:t>43:53  ab isi misaal mein aap dekh lijiye ke ek baat pohnchi kisi aadmi ko aur us ko woh tehqeeq nahi karta aur maan leta hai.</w:t>
      </w:r>
      <w:r>
        <w:br/>
      </w:r>
      <w:r>
        <w:rPr>
          <w:sz w:val="20"/>
        </w:rPr>
        <w:t>44:03  to is se kya mizaj banega is ka? is ka mizaj yeh banega ke jhoot sach sab maan lo, jhoot bhi maan lo, sach bhi maan lo. yani sahi baat hai tab bhi mano, galat hai tab bhi mano.</w:t>
      </w:r>
      <w:r>
        <w:br/>
      </w:r>
      <w:r>
        <w:rPr>
          <w:sz w:val="20"/>
        </w:rPr>
        <w:t>44:16  yeh yeh is ke andar banegi personality. kyunke aadmi ne jo suna woh agar galat tha aur us ko maan rakha hai us ne, to isi ke sath hum to hain weak personality ke jhoot ko sach samajhna,</w:t>
      </w:r>
      <w:r>
        <w:br/>
      </w:r>
      <w:r>
        <w:rPr>
          <w:sz w:val="20"/>
        </w:rPr>
        <w:t>44:32  un true ko true samajhna, jis cheez ki koi base nahi hai, us ko samajhte rehna. to isi ka naam hai weak personality.</w:t>
      </w:r>
      <w:r>
        <w:br/>
      </w:r>
      <w:r>
        <w:rPr>
          <w:sz w:val="20"/>
        </w:rPr>
        <w:t>44:43  to aadmi ko karna kya hai? karna yeh hai ke is ko scrutiny ka hath daal lein. scrutiny tehqeeq. koi baat sune to us ko tehqeeq kare.</w:t>
      </w:r>
      <w:r>
        <w:br/>
      </w:r>
      <w:r>
        <w:rPr>
          <w:sz w:val="20"/>
        </w:rPr>
        <w:t>44:53  nahi to yeh prize deni padegi ke aap ke andar weak personality banegi. aur weak personality ka nuqsan kya hoga? phir ke aap ko farishton ki sohbat nahi milegi, Allah ki marifat hasil nahi hogi, Allah ki qurbat aap ko nahi milegi.</w:t>
      </w:r>
      <w:r>
        <w:br/>
      </w:r>
      <w:r>
        <w:rPr>
          <w:sz w:val="20"/>
        </w:rPr>
        <w:t>45:08  to weak personality ka bohat nuqsan hota hai, bohat nuqsan hota hai ke aap ke andar woh jo jo matloob hai, jo shakhsiyat, muqaddas shakhsiyat, woh banti nahi.</w:t>
      </w:r>
      <w:r>
        <w:br/>
      </w:r>
      <w:r>
        <w:rPr>
          <w:sz w:val="20"/>
        </w:rPr>
        <w:t>45:20  jab woh nahi banti hai to aap ko na farishton se bhi doori hai, Khuda se bhi doori hai, phir jannat se bhi doori hai. yeh to bohat hi tawakkun cheez hai.</w:t>
      </w:r>
    </w:p>
    <w:p>
      <w:pPr>
        <w:pStyle w:val="Heading1"/>
      </w:pPr>
      <w:r>
        <w:t>In the lectures (20)</w:t>
      </w:r>
    </w:p>
    <w:p>
      <w:pPr>
        <w:pStyle w:val="Heading2"/>
      </w:pPr>
      <w:r>
        <w:t>The Importance of Team Work February 5, 2012</w:t>
      </w:r>
    </w:p>
    <w:p>
      <w:r>
        <w:rPr>
          <w:color w:val="666666"/>
          <w:sz w:val="18"/>
        </w:rPr>
        <w:t>11:04 · https://youtu.be/qBbwznqIqVw?t=664</w:t>
      </w:r>
    </w:p>
    <w:p>
      <w:r>
        <w:rPr>
          <w:i/>
        </w:rPr>
        <w:t>“آپس کی لڑائی ہے۔”</w:t>
      </w:r>
    </w:p>
    <w:p>
      <w:pPr>
        <w:pStyle w:val="Heading2"/>
      </w:pPr>
      <w:r>
        <w:t>The Power of Remembering God Often September 26, 2010</w:t>
      </w:r>
    </w:p>
    <w:p>
      <w:r>
        <w:rPr>
          <w:color w:val="666666"/>
          <w:sz w:val="18"/>
        </w:rPr>
        <w:t>28:49 · https://youtu.be/GMmwEr7Wt80?t=1729</w:t>
      </w:r>
    </w:p>
    <w:p>
      <w:r>
        <w:rPr>
          <w:i/>
        </w:rPr>
        <w:t>“کوئی فیملی میں اپنے شوہر بیوی کی جھگڑے کو لے کر کے شکایت میں جی رہا ہے،”</w:t>
      </w:r>
    </w:p>
    <w:p>
      <w:pPr>
        <w:pStyle w:val="Heading2"/>
      </w:pPr>
      <w:r>
        <w:t>The Concept of Death in Islam June 16, 2008 Maulana Wahiduddin Khan</w:t>
      </w:r>
    </w:p>
    <w:p>
      <w:r>
        <w:rPr>
          <w:color w:val="666666"/>
          <w:sz w:val="18"/>
        </w:rPr>
        <w:t>14:16 · https://youtu.be/cJZYpp3eP1Q?t=856</w:t>
      </w:r>
    </w:p>
    <w:p>
      <w:r>
        <w:rPr>
          <w:i/>
        </w:rPr>
        <w:t>“گھر اجڑتے ہیں۔”</w:t>
      </w:r>
    </w:p>
    <w:p>
      <w:pPr>
        <w:pStyle w:val="Heading2"/>
      </w:pPr>
      <w:r>
        <w:t>Shantum Seth Group Q&amp;A EL 02 Feb, 08 - Maulana Wahiduddin Khan</w:t>
      </w:r>
    </w:p>
    <w:p>
      <w:r>
        <w:rPr>
          <w:color w:val="666666"/>
          <w:sz w:val="18"/>
        </w:rPr>
        <w:t>6:12 · https://youtu.be/97Uy6wSnQp8?t=372</w:t>
      </w:r>
    </w:p>
    <w:p>
      <w:r>
        <w:rPr>
          <w:i/>
        </w:rPr>
        <w:t>“It is a war for land.”</w:t>
      </w:r>
    </w:p>
    <w:p>
      <w:pPr>
        <w:pStyle w:val="Heading2"/>
      </w:pPr>
      <w:r>
        <w:t>The Message of Eid al-Fitr June 16, 2018 Maulana Wahiduddin Khan</w:t>
      </w:r>
    </w:p>
    <w:p>
      <w:r>
        <w:rPr>
          <w:color w:val="666666"/>
          <w:sz w:val="18"/>
        </w:rPr>
        <w:t>4:30 · https://youtu.be/QlTiIy-mN8U?t=270</w:t>
      </w:r>
    </w:p>
    <w:p>
      <w:r>
        <w:rPr>
          <w:i/>
        </w:rPr>
        <w:t>“میرے گھر کے حالات بہت ہی، یعنی”</w:t>
      </w:r>
    </w:p>
    <w:p>
      <w:pPr>
        <w:pStyle w:val="Heading2"/>
      </w:pPr>
      <w:r>
        <w:t>Dars-e-Quran June 27, 2007</w:t>
      </w:r>
    </w:p>
    <w:p>
      <w:r>
        <w:rPr>
          <w:color w:val="666666"/>
          <w:sz w:val="18"/>
        </w:rPr>
        <w:t>14:05 · https://youtu.be/6dgTjqN_UBM?t=845</w:t>
      </w:r>
    </w:p>
    <w:p>
      <w:r>
        <w:rPr>
          <w:i/>
        </w:rPr>
        <w:t>“ان میں آپس میں جھگڑا ہوتا ہے۔”</w:t>
      </w:r>
    </w:p>
    <w:p>
      <w:pPr>
        <w:pStyle w:val="Heading2"/>
      </w:pPr>
      <w:r>
        <w:t>Interview Session with Maulana Wahiduddin Khan English</w:t>
      </w:r>
    </w:p>
    <w:p>
      <w:r>
        <w:rPr>
          <w:color w:val="666666"/>
          <w:sz w:val="18"/>
        </w:rPr>
        <w:t>7:02 · https://youtu.be/oNKYrZsbzr4?t=422</w:t>
      </w:r>
    </w:p>
    <w:p>
      <w:r>
        <w:rPr>
          <w:i/>
        </w:rPr>
        <w:t>“fighting.”</w:t>
      </w:r>
    </w:p>
    <w:p>
      <w:pPr>
        <w:pStyle w:val="Heading2"/>
      </w:pPr>
      <w:r>
        <w:t>The Creation Plan December 09, 2018</w:t>
      </w:r>
    </w:p>
    <w:p>
      <w:r>
        <w:rPr>
          <w:color w:val="666666"/>
          <w:sz w:val="18"/>
        </w:rPr>
        <w:t>14:15 · https://youtu.be/y8tS4vW9lFI?t=855</w:t>
      </w:r>
    </w:p>
    <w:p>
      <w:r>
        <w:rPr>
          <w:i/>
        </w:rPr>
        <w:t>“کسی سے لڑائی چھڑ جائے۔”</w:t>
      </w:r>
    </w:p>
    <w:p>
      <w:pPr>
        <w:pStyle w:val="Heading2"/>
      </w:pPr>
      <w:r>
        <w:t>Difference Management June 6, 2007 Maulana Wahiduddin Khan</w:t>
      </w:r>
    </w:p>
    <w:p>
      <w:r>
        <w:rPr>
          <w:color w:val="666666"/>
          <w:sz w:val="18"/>
        </w:rPr>
        <w:t>56:50 · https://youtu.be/Qcrm0lX88dA?t=3410</w:t>
      </w:r>
    </w:p>
    <w:p>
      <w:r>
        <w:rPr>
          <w:i/>
        </w:rPr>
        <w:t>“Why is this fighting?”</w:t>
      </w:r>
    </w:p>
    <w:p>
      <w:pPr>
        <w:pStyle w:val="Heading2"/>
      </w:pPr>
      <w:r>
        <w:t>Time for Introspection 26 Feb 2012 Maulana Wahiduddin Khan</w:t>
      </w:r>
    </w:p>
    <w:p>
      <w:r>
        <w:rPr>
          <w:color w:val="666666"/>
          <w:sz w:val="18"/>
        </w:rPr>
        <w:t>7:32 · https://youtu.be/BcLQtml1o1E?t=452</w:t>
      </w:r>
    </w:p>
    <w:p>
      <w:r>
        <w:rPr>
          <w:i/>
        </w:rPr>
        <w:t>“ہر جگہ لڑائی چل رہی ہے۔”</w:t>
      </w:r>
    </w:p>
    <w:p>
      <w:pPr>
        <w:pStyle w:val="Heading2"/>
      </w:pPr>
      <w:r>
        <w:t>Prophet of Islam as a Model for Mankind August 31, 2007</w:t>
      </w:r>
    </w:p>
    <w:p>
      <w:r>
        <w:rPr>
          <w:color w:val="666666"/>
          <w:sz w:val="18"/>
        </w:rPr>
        <w:t>24:46 · https://youtu.be/UKUzH7_OjKM?t=1486</w:t>
      </w:r>
    </w:p>
    <w:p>
      <w:r>
        <w:rPr>
          <w:i/>
        </w:rPr>
        <w:t>“the problem is an”</w:t>
      </w:r>
    </w:p>
    <w:p>
      <w:pPr>
        <w:pStyle w:val="Heading2"/>
      </w:pPr>
      <w:r>
        <w:t>The Companions and the Hadith Scholars June 24, 2012</w:t>
      </w:r>
    </w:p>
    <w:p>
      <w:r>
        <w:rPr>
          <w:color w:val="666666"/>
          <w:sz w:val="18"/>
        </w:rPr>
        <w:t>19:02 · https://youtu.be/Dj4QiYnxgBs?t=1142</w:t>
      </w:r>
    </w:p>
    <w:p>
      <w:r>
        <w:rPr>
          <w:i/>
        </w:rPr>
        <w:t>“امن ختم ہو گیا ہے۔ بلڈ شیڈ ہے۔”</w:t>
      </w:r>
    </w:p>
    <w:p>
      <w:pPr>
        <w:pStyle w:val="Heading2"/>
      </w:pPr>
      <w:r>
        <w:t>The Concept of Doomsday in islam May 16, 2009</w:t>
      </w:r>
    </w:p>
    <w:p>
      <w:r>
        <w:rPr>
          <w:color w:val="666666"/>
          <w:sz w:val="18"/>
        </w:rPr>
        <w:t>32:40 · https://youtu.be/yPjFg8vwSLw?t=1960</w:t>
      </w:r>
    </w:p>
    <w:p>
      <w:r>
        <w:rPr>
          <w:i/>
        </w:rPr>
        <w:t>“So they were quarreling.”</w:t>
      </w:r>
    </w:p>
    <w:p>
      <w:pPr>
        <w:pStyle w:val="Heading2"/>
      </w:pPr>
      <w:r>
        <w:t>Peace of Mind April 19, 2015</w:t>
      </w:r>
    </w:p>
    <w:p>
      <w:r>
        <w:rPr>
          <w:color w:val="666666"/>
          <w:sz w:val="18"/>
        </w:rPr>
        <w:t>3:39 · https://youtu.be/nYvd93Af2YI?t=219</w:t>
      </w:r>
    </w:p>
    <w:p>
      <w:r>
        <w:rPr>
          <w:i/>
        </w:rPr>
        <w:t>“میں اپنے گھر کے باہر، ہمارے گھر کے باہر جو”</w:t>
      </w:r>
    </w:p>
    <w:p>
      <w:pPr>
        <w:pStyle w:val="Heading2"/>
      </w:pPr>
      <w:r>
        <w:t>Respectful Settlement August 19, 2007</w:t>
      </w:r>
    </w:p>
    <w:p>
      <w:r>
        <w:rPr>
          <w:color w:val="666666"/>
          <w:sz w:val="18"/>
        </w:rPr>
        <w:t>12:44 · https://youtu.be/y9rTlBkoP6I?t=764</w:t>
      </w:r>
    </w:p>
    <w:p>
      <w:r>
        <w:rPr>
          <w:i/>
        </w:rPr>
        <w:t>“ایک لڑکا ایک لڑکی میاں بیوی بن کر آتے ہیں ایک گھر میں اور پھر جھگڑا، پھر جھگڑا۔ وہاں دونوں چاہتے ہیں کہ respectful settlement ہو۔”</w:t>
      </w:r>
    </w:p>
    <w:p>
      <w:pPr>
        <w:pStyle w:val="Heading2"/>
      </w:pPr>
      <w:r>
        <w:t>Q&amp;A 19 Feb 2012 Maulana Wahiduddin Khan</w:t>
      </w:r>
    </w:p>
    <w:p>
      <w:r>
        <w:rPr>
          <w:color w:val="666666"/>
          <w:sz w:val="18"/>
        </w:rPr>
        <w:t>32:00 · https://youtu.be/ZJlQ-Ue_PhY?t=1920</w:t>
      </w:r>
    </w:p>
    <w:p>
      <w:r>
        <w:rPr>
          <w:i/>
        </w:rPr>
        <w:t>“बहुत झगड़ा करते हैं, और दोनों की दोनों ही बहुत गुस्से वाले हैं। इस वजह से घर का सुकून गारत हो चुका है। इसके लिए मैंने लोगों से खूब दुआएं करवाईं, और खुद भी दुआओं का खूब-खूब विर्द किया,”</w:t>
      </w:r>
    </w:p>
    <w:p>
      <w:pPr>
        <w:pStyle w:val="Heading2"/>
      </w:pPr>
      <w:r>
        <w:t>Islma A Religion of Peace (English) January 7, 2010</w:t>
      </w:r>
    </w:p>
    <w:p>
      <w:r>
        <w:rPr>
          <w:color w:val="666666"/>
          <w:sz w:val="18"/>
        </w:rPr>
        <w:t>1:08:13 · https://youtu.be/YKg_GJj8Hvg?t=4093</w:t>
      </w:r>
    </w:p>
    <w:p>
      <w:r>
        <w:rPr>
          <w:i/>
        </w:rPr>
        <w:t>“You see, this is a contradictory situation.”</w:t>
      </w:r>
    </w:p>
    <w:p>
      <w:pPr>
        <w:pStyle w:val="Heading2"/>
      </w:pPr>
      <w:r>
        <w:t>Chapter 19 Maryam (Mary) - Maulana Wahiduddin Khan</w:t>
      </w:r>
    </w:p>
    <w:p>
      <w:r>
        <w:rPr>
          <w:color w:val="666666"/>
          <w:sz w:val="18"/>
        </w:rPr>
        <w:t>27:09 · https://youtu.be/jq1zhAHpYm8?t=1629</w:t>
      </w:r>
    </w:p>
    <w:p>
      <w:r>
        <w:rPr>
          <w:i/>
        </w:rPr>
        <w:t>“سچی بات جس میں لوگ جھگڑ رہے ہیں۔”</w:t>
      </w:r>
    </w:p>
    <w:p>
      <w:pPr>
        <w:pStyle w:val="Heading2"/>
      </w:pPr>
      <w:r>
        <w:t>Islam in the Age of Science I 27 June 2010 - Maulana Wahiduddin Khan</w:t>
      </w:r>
    </w:p>
    <w:p>
      <w:r>
        <w:rPr>
          <w:color w:val="666666"/>
          <w:sz w:val="18"/>
        </w:rPr>
        <w:t>20:33 · https://youtu.be/aU2f802AUJk?t=1233</w:t>
      </w:r>
    </w:p>
    <w:p>
      <w:r>
        <w:rPr>
          <w:i/>
        </w:rPr>
        <w:t>“ہنگامہ کر رہے ہیں۔”</w:t>
      </w:r>
    </w:p>
    <w:p>
      <w:pPr>
        <w:pStyle w:val="Heading2"/>
      </w:pPr>
      <w:r>
        <w:t>Difference Management June 6, 2007 Maulana Wahiduddin Khan</w:t>
      </w:r>
    </w:p>
    <w:p>
      <w:r>
        <w:rPr>
          <w:color w:val="666666"/>
          <w:sz w:val="18"/>
        </w:rPr>
        <w:t>57:07 · https://youtu.be/Qcrm0lX88dA?t=3427</w:t>
      </w:r>
    </w:p>
    <w:p>
      <w:r>
        <w:rPr>
          <w:i/>
        </w:rPr>
        <w:t>“And they began fighting. This is not”</w:t>
      </w:r>
    </w:p>
    <w:p>
      <w:pPr>
        <w:pStyle w:val="Heading1"/>
      </w:pPr>
      <w:r>
        <w:t>Clips (38)</w:t>
      </w:r>
    </w:p>
    <w:p>
      <w:pPr>
        <w:pStyle w:val="Heading2"/>
      </w:pPr>
      <w:r>
        <w:t>Arab Spring proves: stability beats chaotic idealism</w:t>
      </w:r>
    </w:p>
    <w:p>
      <w:r>
        <w:rPr>
          <w:color w:val="666666"/>
          <w:sz w:val="18"/>
        </w:rPr>
        <w:t>The Importance of Team Work February 5, 2012 · 3m 43s · at 10:27 · https://youtu.be/qBbwznqIqVw?t=627</w:t>
      </w:r>
    </w:p>
    <w:p>
      <w:r>
        <w:rPr>
          <w:i/>
        </w:rPr>
        <w:t>“Mazlim jo mumalik hain, har mulk mein siyasat chal rahi hai hukmaranon ke khilaf”</w:t>
      </w:r>
    </w:p>
    <w:p>
      <w:r>
        <w:rPr>
          <w:sz w:val="20"/>
        </w:rPr>
        <w:t>10:27  kyunke jo bhi hukumat hai woh bil farz woh is mein bigaad hai, tab bhi stability stability to qaim hai.</w:t>
      </w:r>
      <w:r>
        <w:br/>
      </w:r>
      <w:r>
        <w:rPr>
          <w:sz w:val="20"/>
        </w:rPr>
        <w:t>10:36  political istahkam to qaim hai.</w:t>
      </w:r>
      <w:r>
        <w:br/>
      </w:r>
      <w:r>
        <w:rPr>
          <w:sz w:val="20"/>
        </w:rPr>
        <w:t>10:41  aap jin mulkon mein hangame kiye gaye, arab countries mein, jahan jahan bazahir logon ko kamyabi hasil hui.</w:t>
      </w:r>
      <w:r>
        <w:br/>
      </w:r>
      <w:r>
        <w:rPr>
          <w:sz w:val="20"/>
        </w:rPr>
        <w:t>10:50  to ab kya hai? yani pehle jo hukumat thi to ab kya hai? pehle bazahir wahan par amriat thi, ab kya hai?</w:t>
      </w:r>
      <w:r>
        <w:br/>
      </w:r>
      <w:r>
        <w:rPr>
          <w:sz w:val="20"/>
        </w:rPr>
        <w:t>11:02  fasaad hai.</w:t>
      </w:r>
      <w:r>
        <w:br/>
      </w:r>
      <w:r>
        <w:rPr>
          <w:sz w:val="20"/>
        </w:rPr>
        <w:t>11:04  aapas ki ladai hai.</w:t>
      </w:r>
      <w:r>
        <w:br/>
      </w:r>
      <w:r>
        <w:rPr>
          <w:sz w:val="20"/>
        </w:rPr>
        <w:t>11:08  khoon kharaba dobara jari hai har jagah. to kam az kam pehle stability to thi, istahkam to tha. hukmaran jaisa bhi ho, lekin istahkam to tha.</w:t>
      </w:r>
      <w:r>
        <w:br/>
      </w:r>
      <w:r>
        <w:rPr>
          <w:sz w:val="20"/>
        </w:rPr>
        <w:t>11:24  to istahkam jo hai hamare liye kya hai? lesser evil. to in hadithon ka matlab yeh hai ke zindagi mein aksar aisa hota hai ke option jo hai</w:t>
      </w:r>
      <w:r>
        <w:br/>
      </w:r>
      <w:r>
        <w:rPr>
          <w:sz w:val="20"/>
        </w:rPr>
        <w:t>11:41  right aur wrong ke darmiyan nahi hota. option jo hai woh hota hai lesser evil aur greater evil ke beech mein.</w:t>
      </w:r>
      <w:r>
        <w:br/>
      </w:r>
      <w:r>
        <w:rPr>
          <w:sz w:val="20"/>
        </w:rPr>
        <w:t>11:54  yeh kitni badi wisdom hai. aur yeh uswa e rasool hai.</w:t>
      </w:r>
      <w:r>
        <w:br/>
      </w:r>
      <w:r>
        <w:rPr>
          <w:sz w:val="20"/>
        </w:rPr>
        <w:t>12:00  uswa e rasool yeh hai.</w:t>
      </w:r>
      <w:r>
        <w:br/>
      </w:r>
      <w:r>
        <w:rPr>
          <w:sz w:val="20"/>
        </w:rPr>
        <w:t>12:07  yani Allah rasool Allah sallallahu alaihi wasallam ke jo zindagi ke jo namune hain, jo aap ke qaul se ya amal se sabit hote hain, un mein se ek bahut bada uswa ya hikmat ya wisdom yeh hai</w:t>
      </w:r>
      <w:r>
        <w:br/>
      </w:r>
      <w:r>
        <w:rPr>
          <w:sz w:val="20"/>
        </w:rPr>
        <w:t>12:22  ke jab political maidan mein siyasat ke maamle mein tumhare liye ideal government ka option mumkin na ho to stable government ka option le lo.</w:t>
      </w:r>
      <w:r>
        <w:br/>
      </w:r>
      <w:r>
        <w:rPr>
          <w:sz w:val="20"/>
        </w:rPr>
        <w:t>12:38  to kiya hog</w:t>
      </w:r>
      <w:r>
        <w:br/>
      </w:r>
      <w:r>
        <w:rPr>
          <w:sz w:val="20"/>
        </w:rPr>
        <w:t>12:39  a? kam az kam yeh hoga ke deeni sargharmiyan jaari rahen gi. madaris chalen ge, masjidें chalen gi, taleem gahen chalen gi, dawatullah ka kaam hoga.</w:t>
      </w:r>
      <w:r>
        <w:br/>
      </w:r>
      <w:r>
        <w:rPr>
          <w:sz w:val="20"/>
        </w:rPr>
        <w:t>12:56  yani sari, yani adr deen politics sari sargharmiyan jaari rahen gi. ke jab bigad hoga woh to sirf political maidan mein hoga.</w:t>
      </w:r>
      <w:r>
        <w:br/>
      </w:r>
      <w:r>
        <w:rPr>
          <w:sz w:val="20"/>
        </w:rPr>
        <w:t>13:08  baqi to hazaron maidan doosre bhi hain.</w:t>
      </w:r>
      <w:r>
        <w:br/>
      </w:r>
      <w:r>
        <w:rPr>
          <w:sz w:val="20"/>
        </w:rPr>
        <w:t>13:14  to adr deen politics sari sargharmiyan taawri andaaz mein jaari rahen gi. yeh hai is ki wisdom.</w:t>
      </w:r>
      <w:r>
        <w:br/>
      </w:r>
      <w:r>
        <w:rPr>
          <w:sz w:val="20"/>
        </w:rPr>
        <w:t>13:26  to rasool Allah ke naam par hazaron kitaben likhi gayi hain.</w:t>
      </w:r>
      <w:r>
        <w:br/>
      </w:r>
      <w:r>
        <w:rPr>
          <w:sz w:val="20"/>
        </w:rPr>
        <w:t>13:32  har saal 12 rabi ul awal ko beshumar jalsay kiye jatay hain, jashan manaye jatay hain. lekin yeh jo itna bara nuqta hai, itni bari wisdom jo rasool Allah ne batai, woh mein ne na kahin pahad ne suna, khud mujh ko discover karna pada.</w:t>
      </w:r>
      <w:r>
        <w:br/>
      </w:r>
      <w:r>
        <w:rPr>
          <w:sz w:val="20"/>
        </w:rPr>
        <w:t>13:56  to yeh hai haal hamari qaum ka.</w:t>
      </w:r>
      <w:r>
        <w:br/>
      </w:r>
      <w:r>
        <w:rPr>
          <w:sz w:val="20"/>
        </w:rPr>
        <w:t>14:01  ab mein is mozu par aata hoon jo mein ne arz kiya ke team ki ahmiyat. team kiya hai?</w:t>
      </w:r>
    </w:p>
    <w:p>
      <w:pPr>
        <w:pStyle w:val="Heading2"/>
      </w:pPr>
      <w:r>
        <w:t>complaints are a self-made cloud that only harms you</w:t>
      </w:r>
    </w:p>
    <w:p>
      <w:r>
        <w:rPr>
          <w:color w:val="666666"/>
          <w:sz w:val="18"/>
        </w:rPr>
        <w:t>The Power of Remembering God Often September 26, 2010 · 2m 27s · at 27:39 · https://youtu.be/GMmwEr7Wt80?t=1659</w:t>
      </w:r>
    </w:p>
    <w:p>
      <w:r>
        <w:rPr>
          <w:i/>
        </w:rPr>
        <w:t>“We ourselves create a cloud between us and God”</w:t>
      </w:r>
    </w:p>
    <w:p>
      <w:r>
        <w:rPr>
          <w:sz w:val="20"/>
        </w:rPr>
        <w:t>27:39  to hum khud aik cloud create kar lete hain. jis tarah se mein ne kaha ke pichle itwar ko kai hafte se aisa tha ke badal chhaye rehte thay, suraj dikhai nahi parta tha.</w:t>
      </w:r>
      <w:r>
        <w:br/>
      </w:r>
      <w:r>
        <w:rPr>
          <w:sz w:val="20"/>
        </w:rPr>
        <w:t>27:54  ab aaj dekhiye, aaj ka taza, afsos, suraj chamka hua hai. to yeh cloud hat gaya. to aap ko is cloud ko hatana hai.</w:t>
      </w:r>
      <w:r>
        <w:br/>
      </w:r>
      <w:r>
        <w:rPr>
          <w:sz w:val="20"/>
        </w:rPr>
        <w:t>28:05  nafrat, nafrat ka cloud, hate ka cloud, talkhi ka cloud, shikayaton ka cloud. yeh shikayatein kya hain?</w:t>
      </w:r>
      <w:r>
        <w:br/>
      </w:r>
      <w:r>
        <w:rPr>
          <w:sz w:val="20"/>
        </w:rPr>
        <w:t>28:14  gharon mein bhi hoti hain, samaj mein hoti hain, poore country mein hoti hain, international politics mein hoti hain.</w:t>
      </w:r>
      <w:r>
        <w:br/>
      </w:r>
      <w:r>
        <w:rPr>
          <w:sz w:val="20"/>
        </w:rPr>
        <w:t>28:25  har jagah shikayat ke item hain.</w:t>
      </w:r>
      <w:r>
        <w:br/>
      </w:r>
      <w:r>
        <w:rPr>
          <w:sz w:val="20"/>
        </w:rPr>
        <w:t>28:30  aaj kal kya hai? logon ka haal? koi Palestine ko le kar ke Yahudiyon ke shikayat mein jee raha hai, koi Iraq ko le kar ke America ke khilaf shikayat mein jee raha hai, koi Kashmiri ko le kar ke army, Indian army ke khilaf shikayat mein jee raha hai,</w:t>
      </w:r>
      <w:r>
        <w:br/>
      </w:r>
      <w:r>
        <w:rPr>
          <w:sz w:val="20"/>
        </w:rPr>
        <w:t>28:49  koi family mein apne shohar biwi ki jhagde ko le kar ke shikayat mein jee raha hai,</w:t>
      </w:r>
      <w:r>
        <w:br/>
      </w:r>
      <w:r>
        <w:rPr>
          <w:sz w:val="20"/>
        </w:rPr>
        <w:t>28:55  koi apne parosiyon ki ko le kar ke shikayat mein jee raha hai. jis ko dekhein, shikayat, shikayat, shikayat, complain, protest, hate.</w:t>
      </w:r>
      <w:r>
        <w:br/>
      </w:r>
      <w:r>
        <w:rPr>
          <w:sz w:val="20"/>
        </w:rPr>
        <w:t>29:07  badhte badhte ban jata hai kya? violence. log yeh nahi jante ke aap kar rahe hain shikayat doosron ki, lekin nuksan kaun utha raha hai?</w:t>
      </w:r>
      <w:r>
        <w:br/>
      </w:r>
      <w:r>
        <w:rPr>
          <w:sz w:val="20"/>
        </w:rPr>
        <w:t>29:19  haan, aap khud nuksan utha rahe hain. aap khud nuksan utha rahe hain.</w:t>
      </w:r>
      <w:r>
        <w:br/>
      </w:r>
      <w:r>
        <w:rPr>
          <w:sz w:val="20"/>
        </w:rPr>
        <w:t>29:31  kaisi ajeeb mehroomi hai.</w:t>
      </w:r>
      <w:r>
        <w:br/>
      </w:r>
      <w:r>
        <w:rPr>
          <w:sz w:val="20"/>
        </w:rPr>
        <w:t>29:36  to jis aadmi ko</w:t>
      </w:r>
      <w:r>
        <w:br/>
      </w:r>
      <w:r>
        <w:rPr>
          <w:sz w:val="20"/>
        </w:rPr>
        <w:t>29:41  Khuda ki yaad mein jeena hai, us ko apne aur Khuda ke beech mein cloud hai, us ko hatana parega.</w:t>
      </w:r>
      <w:r>
        <w:br/>
      </w:r>
      <w:r>
        <w:rPr>
          <w:sz w:val="20"/>
        </w:rPr>
        <w:t>29:51  tab ja kar Khuda ki roshni aap ki taraf aayegi. tab ja kar Khuda ka inspiration aap ki taraf pahunchega.</w:t>
      </w:r>
      <w:r>
        <w:br/>
      </w:r>
      <w:r>
        <w:rPr>
          <w:sz w:val="20"/>
        </w:rPr>
        <w:t>29:59  nahi to kuch nahi. yun to kuch bhi nahi.</w:t>
      </w:r>
    </w:p>
    <w:p>
      <w:pPr>
        <w:pStyle w:val="Heading2"/>
      </w:pPr>
      <w:r>
        <w:t>Childhood difficulties leading to belief in Qayyum</w:t>
      </w:r>
    </w:p>
    <w:p>
      <w:r>
        <w:rPr>
          <w:color w:val="666666"/>
          <w:sz w:val="18"/>
        </w:rPr>
        <w:t>The Message of Eid al-Fitr June 16, 2018 Maulana Wahiduddin Khan · 6m 00s · at 4:18 · https://youtu.be/QlTiIy-mN8U?t=258</w:t>
      </w:r>
    </w:p>
    <w:p>
      <w:r>
        <w:rPr>
          <w:i/>
        </w:rPr>
        <w:t>“Main ek gaon mein paida hua”</w:t>
      </w:r>
    </w:p>
    <w:p>
      <w:r>
        <w:rPr>
          <w:sz w:val="20"/>
        </w:rPr>
        <w:t>4:18  main ek gaon mein paida hua, ek gaon mein, aur yateem hoga paida hote hi.</w:t>
      </w:r>
      <w:r>
        <w:br/>
      </w:r>
      <w:r>
        <w:rPr>
          <w:sz w:val="20"/>
        </w:rPr>
        <w:t>4:30  mere ghar ke halaat bohat hi, yaani</w:t>
      </w:r>
      <w:r>
        <w:br/>
      </w:r>
      <w:r>
        <w:rPr>
          <w:sz w:val="20"/>
        </w:rPr>
        <w:t>4:36  aise the ke har har har roz mind trigger karne wale</w:t>
      </w:r>
      <w:r>
        <w:br/>
      </w:r>
      <w:r>
        <w:rPr>
          <w:sz w:val="20"/>
        </w:rPr>
        <w:t>4:43  achhe halaat nahi the.</w:t>
      </w:r>
      <w:r>
        <w:br/>
      </w:r>
      <w:r>
        <w:rPr>
          <w:sz w:val="20"/>
        </w:rPr>
        <w:t>4:47  to dekhiye, main aap ko arz kar doon ke ek ek phenomena jis ko main rozana dekhta tha apne ghar mein, daily,</w:t>
      </w:r>
      <w:r>
        <w:br/>
      </w:r>
      <w:r>
        <w:rPr>
          <w:sz w:val="20"/>
        </w:rPr>
        <w:t>5:03  aur woh mere mind ko trigger karta tha.</w:t>
      </w:r>
      <w:r>
        <w:br/>
      </w:r>
      <w:r>
        <w:rPr>
          <w:sz w:val="20"/>
        </w:rPr>
        <w:t>5:09  trigger karna to woh halka lafz hai, strike karta tha, hammering karta tha. woh kya tha?</w:t>
      </w:r>
      <w:r>
        <w:br/>
      </w:r>
      <w:r>
        <w:rPr>
          <w:sz w:val="20"/>
        </w:rPr>
        <w:t>5:19  main jis ghar mein rehta tha</w:t>
      </w:r>
      <w:r>
        <w:br/>
      </w:r>
      <w:r>
        <w:rPr>
          <w:sz w:val="20"/>
        </w:rPr>
        <w:t>5:25  to is mein</w:t>
      </w:r>
      <w:r>
        <w:br/>
      </w:r>
      <w:r>
        <w:rPr>
          <w:sz w:val="20"/>
        </w:rPr>
        <w:t>5:31  ek taraf ki deewar poori ki poori mitti ki thi. ek taraf to eent ki deewar thi, pichla hissa jo tha woh poora ka poora mitti ki deewar thi.</w:t>
      </w:r>
      <w:r>
        <w:br/>
      </w:r>
      <w:r>
        <w:rPr>
          <w:sz w:val="20"/>
        </w:rPr>
        <w:t>5:46  woh</w:t>
      </w:r>
      <w:r>
        <w:br/>
      </w:r>
      <w:r>
        <w:rPr>
          <w:sz w:val="20"/>
        </w:rPr>
        <w:t>5:51  aur aap taajjub karein ge ke woh deewar jhuki hui thi, mitti ki deewar jhuki hui, aise hi. to har waqt khatra ke gir pare, gir pare, gir pare.</w:t>
      </w:r>
      <w:r>
        <w:br/>
      </w:r>
      <w:r>
        <w:rPr>
          <w:sz w:val="20"/>
        </w:rPr>
        <w:t>6:05  baqayda aise jhuki hui thi. aur isi ghar mein main barson barson raha, rozana us ko dekhta tha.</w:t>
      </w:r>
      <w:r>
        <w:br/>
      </w:r>
      <w:r>
        <w:rPr>
          <w:sz w:val="20"/>
        </w:rPr>
        <w:t>6:21  to ek jhuki hui deewar ke andar main raha, aur woh kabhi woh deewar giri nahi, yahan tak ke mere bhai ne paisa kamaya, paisa kamakar ghar gira giraya,</w:t>
      </w:r>
      <w:r>
        <w:br/>
      </w:r>
      <w:r>
        <w:rPr>
          <w:sz w:val="20"/>
        </w:rPr>
        <w:t>6:35  aur phir banwaya us ko phir se. tab woh giri, apne aap nahi giri. woh</w:t>
      </w:r>
      <w:r>
        <w:br/>
      </w:r>
      <w:r>
        <w:rPr>
          <w:sz w:val="20"/>
        </w:rPr>
        <w:t>6:43  to dekhiye, insaan do tareeqe se sochta hai: conscious mind se, unconscious mind se. ya bas wajah yeh hai ke insaan sirf conscious mind se sochta hai, unconscious mind se bhi sochta hai.</w:t>
      </w:r>
      <w:r>
        <w:br/>
      </w:r>
      <w:r>
        <w:rPr>
          <w:sz w:val="20"/>
        </w:rPr>
        <w:t>6:57  woh to mein is waqt, yaani bachpan se, is qabil to nahi tha ke mein conscious mind se sochun, lekin unconscious mind se zaroor sochta tha mein, kyunke mera mind trigger hota tha, trigger hota tha.</w:t>
      </w:r>
      <w:r>
        <w:br/>
      </w:r>
      <w:r>
        <w:rPr>
          <w:sz w:val="20"/>
        </w:rPr>
        <w:t>7:18  to unconscious mind se mein sochta tha ke aakhir yeh kaun hai is deewar ko sambhali hui hai.</w:t>
      </w:r>
      <w:r>
        <w:br/>
      </w:r>
      <w:r>
        <w:rPr>
          <w:sz w:val="20"/>
        </w:rPr>
        <w:t>7:29  hata ke mein aap ko arz karun, 1936 ka waqia, 1936,</w:t>
      </w:r>
      <w:r>
        <w:br/>
      </w:r>
      <w:r>
        <w:rPr>
          <w:sz w:val="20"/>
        </w:rPr>
        <w:t>7:38  1936. aap jante hain 34 se kya hua tha? earthquake aaya tha.</w:t>
      </w:r>
      <w:r>
        <w:br/>
      </w:r>
      <w:r>
        <w:rPr>
          <w:sz w:val="20"/>
        </w:rPr>
        <w:t>7:50  ek dum meri vivid memory mein, vivid meri Quetta mein aaya tha, jo aap Pakistan mein hain. to Quetta mein earthquake aaya hai 1936 mein,</w:t>
      </w:r>
      <w:r>
        <w:br/>
      </w:r>
      <w:r>
        <w:rPr>
          <w:sz w:val="20"/>
        </w:rPr>
        <w:t>8:04  aur sab mein ne dekha ke sab hil raha hai. woh deewar bhi hil rahi hai ke gira kuch bhi nahi, mere ghar mein kahin koi kuch kuch giri nahi, halanke poora ghar hil hil raha tha.</w:t>
      </w:r>
      <w:r>
        <w:br/>
      </w:r>
      <w:r>
        <w:rPr>
          <w:sz w:val="20"/>
        </w:rPr>
        <w:t>8:18  Quetta ko woh zalzala bohat bohat akhbaron mein aaya tha is zamane mein. hamare gaon mein ek sahib the, Munshi Mahmood Ali, woh shayar bhi the.</w:t>
      </w:r>
      <w:r>
        <w:br/>
      </w:r>
      <w:r>
        <w:rPr>
          <w:sz w:val="20"/>
        </w:rPr>
        <w:t>8:28  poori ek nazm likhi thi us Quetta ke zalzale par. unhon ne to ab zahir hai ke mera mind yeh sochta tha ke kaun taqat hai ke jhuki hui deewar ko earthquake aaya, phir bhi woh sambhali hui hai, gira nahi hai.</w:t>
      </w:r>
      <w:r>
        <w:br/>
      </w:r>
      <w:r>
        <w:rPr>
          <w:sz w:val="20"/>
        </w:rPr>
        <w:t>8:52  is tarah se mere mind mein</w:t>
      </w:r>
      <w:r>
        <w:br/>
      </w:r>
      <w:r>
        <w:rPr>
          <w:sz w:val="20"/>
        </w:rPr>
        <w:t>8:58  kisi an dekhi is waqt zahir hai ke Allah par woh yaqeen mujhe nahi tha jo aaj Allah ke fazl, Allah ke fazl se hai ke koi na koi taqat, taqat hai jo sambhali hui hai.</w:t>
      </w:r>
      <w:r>
        <w:br/>
      </w:r>
      <w:r>
        <w:rPr>
          <w:sz w:val="20"/>
        </w:rPr>
        <w:t>9:10  Qayyum, Qayyum ke mani sambhalne wala, Walhayyul Qayyum, sambhalne wala.</w:t>
      </w:r>
      <w:r>
        <w:br/>
      </w:r>
      <w:r>
        <w:rPr>
          <w:sz w:val="20"/>
        </w:rPr>
        <w:t>9:22  to yeh kaisi ajeeb baat hai bachpan se. to yeh is mani ke woh jo Surah Yusuf mein hai ke ayatain dekhte hain lekin is se sabak nahi lete.</w:t>
      </w:r>
      <w:r>
        <w:br/>
      </w:r>
      <w:r>
        <w:rPr>
          <w:sz w:val="20"/>
        </w:rPr>
        <w:t>9:38  to yeh bhi isi mein se ek ek sabak tha,</w:t>
      </w:r>
      <w:r>
        <w:br/>
      </w:r>
      <w:r>
        <w:rPr>
          <w:sz w:val="20"/>
        </w:rPr>
        <w:t>9:44  isi mein se ek sabak</w:t>
      </w:r>
      <w:r>
        <w:br/>
      </w:r>
      <w:r>
        <w:rPr>
          <w:sz w:val="20"/>
        </w:rPr>
        <w:t>9:48  ke dekho is deewar ko, dekho is deewar ko, dekho</w:t>
      </w:r>
      <w:r>
        <w:br/>
      </w:r>
      <w:r>
        <w:rPr>
          <w:sz w:val="20"/>
        </w:rPr>
        <w:t>9:55  koi Qayyum hai, koi Hayyul Qayyum hai.</w:t>
      </w:r>
      <w:r>
        <w:br/>
      </w:r>
      <w:r>
        <w:rPr>
          <w:sz w:val="20"/>
        </w:rPr>
        <w:t>10:03  aise hi ek nahi, beshumar waqiat mere zindagi mein pesh aate rahe. mein bilkul chota tha to aap yeh dekh rahe hain, mera angotha bilkul kat kar nikal gaya.</w:t>
      </w:r>
    </w:p>
    <w:p>
      <w:pPr>
        <w:pStyle w:val="Heading2"/>
      </w:pPr>
      <w:r>
        <w:t>hiding a known truth makes you a wrongdoer</w:t>
      </w:r>
    </w:p>
    <w:p>
      <w:r>
        <w:rPr>
          <w:color w:val="666666"/>
          <w:sz w:val="18"/>
        </w:rPr>
        <w:t>Dars-e-Quran June 27, 2007 · 2m 47s · at 12:03 · https://youtu.be/6dgTjqN_UBM?t=723</w:t>
      </w:r>
    </w:p>
    <w:p>
      <w:r>
        <w:rPr>
          <w:i/>
        </w:rPr>
        <w:t>“Is se bada zalim kaun hai jo gawahi chhupaye”</w:t>
      </w:r>
    </w:p>
    <w:p>
      <w:r>
        <w:rPr>
          <w:sz w:val="20"/>
        </w:rPr>
        <w:t>12:03  phir ayat number 140 mein farmaya wa man azlamu mimman qatama shahadatan 'indahu billah yeh hai ayat number 140 surah baqarah ki.</w:t>
      </w:r>
      <w:r>
        <w:br/>
      </w:r>
      <w:r>
        <w:rPr>
          <w:sz w:val="20"/>
        </w:rPr>
        <w:t>12:22  is</w:t>
      </w:r>
      <w:r>
        <w:br/>
      </w:r>
      <w:r>
        <w:rPr>
          <w:sz w:val="20"/>
        </w:rPr>
        <w:t>12:23  ka tarjuma yeh hai ke aur is se ziyada bara zalim kaun hai jo ek aisi gawahi ko chupaye jo ke us ke paas hai?</w:t>
      </w:r>
      <w:r>
        <w:br/>
      </w:r>
      <w:r>
        <w:rPr>
          <w:sz w:val="20"/>
        </w:rPr>
        <w:t>12:40  is se bara zalim kaun hai ke us ke paas Khuda ki ek gawahi hai aur is gawahi ko woh chupata hai?</w:t>
      </w:r>
      <w:r>
        <w:br/>
      </w:r>
      <w:r>
        <w:rPr>
          <w:sz w:val="20"/>
        </w:rPr>
        <w:t>12:50  dekhiye, yeh jo ayat hai is ke do pehlu hain. ek yeh ke rozana ki zindagi mein bar bar aisa hota hai ke aap ko ek baat maloom hoti hai.</w:t>
      </w:r>
      <w:r>
        <w:br/>
      </w:r>
      <w:r>
        <w:rPr>
          <w:sz w:val="20"/>
        </w:rPr>
        <w:t>13:09  do aadmi ya kai aadmi ke beech mein ek controversy hoti hai. wahan par sachai kya hai, woh aap ko pata hai.</w:t>
      </w:r>
      <w:r>
        <w:br/>
      </w:r>
      <w:r>
        <w:rPr>
          <w:sz w:val="20"/>
        </w:rPr>
        <w:t>13:16  to aap ko wahan par bolna hai. yani sachai ki gawahi dena hai. un logon ko batana hai ke dekho, sachai yeh hai.</w:t>
      </w:r>
      <w:r>
        <w:br/>
      </w:r>
      <w:r>
        <w:rPr>
          <w:sz w:val="20"/>
        </w:rPr>
        <w:t>13:27  to rozmarra zindagi mein bhi yeh kaam karna hai. gawahi denay wala kaam.</w:t>
      </w:r>
      <w:r>
        <w:br/>
      </w:r>
      <w:r>
        <w:rPr>
          <w:sz w:val="20"/>
        </w:rPr>
        <w:t>13:34  jis aadmi ke paas ek sachai hai, ek sach baat hai to us ke paas goya ke Khuda ki ek gawahi hai.</w:t>
      </w:r>
      <w:r>
        <w:br/>
      </w:r>
      <w:r>
        <w:rPr>
          <w:sz w:val="20"/>
        </w:rPr>
        <w:t>13:45  aur jab is ka mauqa aaye to us ko bolna hai. us ko bolna hai.</w:t>
      </w:r>
      <w:r>
        <w:br/>
      </w:r>
      <w:r>
        <w:rPr>
          <w:sz w:val="20"/>
        </w:rPr>
        <w:t>13:53  jaise do aadmi hain, miyan biwi hain, do parosi hain, do muamladar hain.</w:t>
      </w:r>
      <w:r>
        <w:br/>
      </w:r>
      <w:r>
        <w:rPr>
          <w:sz w:val="20"/>
        </w:rPr>
        <w:t>14:05  in mein aapas mein jhagda hota hai.</w:t>
      </w:r>
      <w:r>
        <w:br/>
      </w:r>
      <w:r>
        <w:rPr>
          <w:sz w:val="20"/>
        </w:rPr>
        <w:t>14:07  miyan biwi mein hota hai, parosi parosi mein hota hai, ya muamladar ke beech mein hota hai, ya qarz lene wale, qarz dene wale ke beech mein hota hai.</w:t>
      </w:r>
      <w:r>
        <w:br/>
      </w:r>
      <w:r>
        <w:rPr>
          <w:sz w:val="20"/>
        </w:rPr>
        <w:t>14:19  to wahan par aap ko agar pata hai ke Khuda ne yeh hukum diya hai, mislan yeh hukum diya hai ke har haal mein insaaf par qaim raho, to aap ko wahan bolna parega.</w:t>
      </w:r>
      <w:r>
        <w:br/>
      </w:r>
      <w:r>
        <w:rPr>
          <w:sz w:val="20"/>
        </w:rPr>
        <w:t>14:37  wahan par bolna parega ke dekho, insaaf yeh hai, insaaf yeh hai. to chahe woh ek ke khilaf jaye ya doosre ke khilaf jaye, us ki parwah nahi karna hai aap ko.</w:t>
      </w:r>
    </w:p>
    <w:p>
      <w:pPr>
        <w:pStyle w:val="Heading2"/>
      </w:pPr>
      <w:r>
        <w:t>Differentiating Islam from Muslims</w:t>
      </w:r>
    </w:p>
    <w:p>
      <w:r>
        <w:rPr>
          <w:color w:val="666666"/>
          <w:sz w:val="18"/>
        </w:rPr>
        <w:t>Interview Session with Maulana Wahiduddin Khan English · 2m 39s · at 6:24 · https://youtu.be/oNKYrZsbzr4?t=384</w:t>
      </w:r>
    </w:p>
    <w:p>
      <w:r>
        <w:rPr>
          <w:i/>
        </w:rPr>
        <w:t>“Islam is based on its scripture.”</w:t>
      </w:r>
    </w:p>
    <w:p>
      <w:r>
        <w:rPr>
          <w:sz w:val="20"/>
        </w:rPr>
        <w:t>6:24  Islam is based on its scripture. Islam is an ideology. And Muslims are a group of people</w:t>
      </w:r>
      <w:r>
        <w:br/>
      </w:r>
      <w:r>
        <w:rPr>
          <w:sz w:val="20"/>
        </w:rPr>
        <w:t>6:35  .</w:t>
      </w:r>
      <w:r>
        <w:br/>
      </w:r>
      <w:r>
        <w:rPr>
          <w:sz w:val="20"/>
        </w:rPr>
        <w:t>6:39  They are they are not the representative of Islam. The representative of Islam is its scripture. If you want to know what is Islam, you have to see the Qur'an.</w:t>
      </w:r>
      <w:r>
        <w:br/>
      </w:r>
      <w:r>
        <w:rPr>
          <w:sz w:val="20"/>
        </w:rPr>
        <w:t>6:51  But for example, in our present time, Muslims started</w:t>
      </w:r>
      <w:r>
        <w:br/>
      </w:r>
      <w:r>
        <w:rPr>
          <w:sz w:val="20"/>
        </w:rPr>
        <w:t>7:02  fighting.</w:t>
      </w:r>
      <w:r>
        <w:br/>
      </w:r>
      <w:r>
        <w:rPr>
          <w:sz w:val="20"/>
        </w:rPr>
        <w:t>7:04  They declared that this and that is our enemy. So we have to fight with these enemies. This is completely against the Islamic spirit because, you know, in the Islam,</w:t>
      </w:r>
      <w:r>
        <w:br/>
      </w:r>
      <w:r>
        <w:rPr>
          <w:sz w:val="20"/>
        </w:rPr>
        <w:t>7:18  Islam differentiates between enemy and attacker. If there is attack, then you can go to war as a defens</w:t>
      </w:r>
      <w:r>
        <w:br/>
      </w:r>
      <w:r>
        <w:rPr>
          <w:sz w:val="20"/>
        </w:rPr>
        <w:t>7:33  e. But if there are some enemies, you have no reason to go to fight with these enemies.</w:t>
      </w:r>
      <w:r>
        <w:br/>
      </w:r>
      <w:r>
        <w:rPr>
          <w:sz w:val="20"/>
        </w:rPr>
        <w:t>7:43  There's very clear words in the Qur'an: "Do good deed in return for bad deed." Then you will find that your enemy has become your dearest friend.</w:t>
      </w:r>
      <w:r>
        <w:br/>
      </w:r>
      <w:r>
        <w:rPr>
          <w:sz w:val="20"/>
        </w:rPr>
        <w:t>7:54  So if there is some enemy, you have to enter into discussion, dialogue, and other peaceful means.</w:t>
      </w:r>
      <w:r>
        <w:br/>
      </w:r>
      <w:r>
        <w:rPr>
          <w:sz w:val="20"/>
        </w:rPr>
        <w:t>8:06  You are not allowed to go to fighting against enemies. In Islam, war is</w:t>
      </w:r>
      <w:r>
        <w:br/>
      </w:r>
      <w:r>
        <w:rPr>
          <w:sz w:val="20"/>
        </w:rPr>
        <w:t>8:18  specifically only for those who attack on your co</w:t>
      </w:r>
      <w:r>
        <w:br/>
      </w:r>
      <w:r>
        <w:rPr>
          <w:sz w:val="20"/>
        </w:rPr>
        <w:t>8:22  untry. And then only the state has theright to go to war, not the people. So I present all those activities that are people are engaged in the name of jihad.</w:t>
      </w:r>
      <w:r>
        <w:br/>
      </w:r>
      <w:r>
        <w:rPr>
          <w:sz w:val="20"/>
        </w:rPr>
        <w:t>8:37  They're not jihad because no state is involved. Everywhere in the in every in Kashmir, in Palestine, everywhere in the world,</w:t>
      </w:r>
      <w:r>
        <w:br/>
      </w:r>
      <w:r>
        <w:rPr>
          <w:sz w:val="20"/>
        </w:rPr>
        <w:t>8:53  NGOs are involved in these violent activities, not the state. So it is un-Islamic completely.</w:t>
      </w:r>
      <w:r>
        <w:br/>
      </w:r>
      <w:r>
        <w:rPr>
          <w:sz w:val="20"/>
        </w:rPr>
        <w:t>9:03  Do you think that today, to solve that problem of peace, we need to find a way to reestablish a better justice between human beings and a notion of spreading more resources and putting more in common or richness instead of keeping it for ourselves like some countries do</w:t>
      </w:r>
    </w:p>
    <w:p>
      <w:pPr>
        <w:pStyle w:val="Heading2"/>
      </w:pPr>
      <w:r>
        <w:t>Freedom, mind, and difference management</w:t>
      </w:r>
    </w:p>
    <w:p>
      <w:r>
        <w:rPr>
          <w:color w:val="666666"/>
          <w:sz w:val="18"/>
        </w:rPr>
        <w:t>Difference Management June 6, 2007 Maulana Wahiduddin Khan · 5m 56s · at 52:33 · https://youtu.be/Qcrm0lX88dA?t=3153</w:t>
      </w:r>
    </w:p>
    <w:p>
      <w:r>
        <w:rPr>
          <w:i/>
        </w:rPr>
        <w:t>“Man has freedom, total freedom.”</w:t>
      </w:r>
    </w:p>
    <w:p>
      <w:r>
        <w:rPr>
          <w:sz w:val="20"/>
        </w:rPr>
        <w:t>52:33  man has freedom.</w:t>
      </w:r>
      <w:r>
        <w:br/>
      </w:r>
      <w:r>
        <w:rPr>
          <w:sz w:val="20"/>
        </w:rPr>
        <w:t>52:38  Man has freedom, total freedom. God has given total freedom to man. It is this.</w:t>
      </w:r>
      <w:r>
        <w:br/>
      </w:r>
      <w:r>
        <w:rPr>
          <w:sz w:val="20"/>
        </w:rPr>
        <w:t>52:47  And also, God has blessed man with a great mind.</w:t>
      </w:r>
      <w:r>
        <w:br/>
      </w:r>
      <w:r>
        <w:rPr>
          <w:sz w:val="20"/>
        </w:rPr>
        <w:t>52:57  Mind is a great thinking.</w:t>
      </w:r>
      <w:r>
        <w:br/>
      </w:r>
      <w:r>
        <w:rPr>
          <w:sz w:val="20"/>
        </w:rPr>
        <w:t>53:04  Mind has a great capacity of thinking. So at one aspect, every human being has a mind, and every mind has a great capacity of thinking.</w:t>
      </w:r>
      <w:r>
        <w:br/>
      </w:r>
      <w:r>
        <w:rPr>
          <w:sz w:val="20"/>
        </w:rPr>
        <w:t>53:18  Then he has freedom also. So this freedom and this mind are basically responsible for all these differences.</w:t>
      </w:r>
      <w:r>
        <w:br/>
      </w:r>
      <w:r>
        <w:rPr>
          <w:sz w:val="20"/>
        </w:rPr>
        <w:t>53:40  But difference is not evil. Without difference, there is no progr</w:t>
      </w:r>
      <w:r>
        <w:br/>
      </w:r>
      <w:r>
        <w:rPr>
          <w:sz w:val="20"/>
        </w:rPr>
        <w:t>53:45  ess. There is no development. God wants to</w:t>
      </w:r>
      <w:r>
        <w:br/>
      </w:r>
      <w:r>
        <w:rPr>
          <w:sz w:val="20"/>
        </w:rPr>
        <w:t>54:00  dialogue. God wants discussions. God wants competition.</w:t>
      </w:r>
      <w:r>
        <w:br/>
      </w:r>
      <w:r>
        <w:rPr>
          <w:sz w:val="20"/>
        </w:rPr>
        <w:t>54:07  So He gave you freedom.</w:t>
      </w:r>
      <w:r>
        <w:br/>
      </w:r>
      <w:r>
        <w:rPr>
          <w:sz w:val="20"/>
        </w:rPr>
        <w:t>54:14  It is this freedom and this—and this is it—this freedom which leads to progress, to development.</w:t>
      </w:r>
      <w:r>
        <w:br/>
      </w:r>
      <w:r>
        <w:rPr>
          <w:sz w:val="20"/>
        </w:rPr>
        <w:t>54:31  The Prophet gave freedom to all his companions. There were no restrictions. During the Prophet, there were more than one lakh companions.</w:t>
      </w:r>
      <w:r>
        <w:br/>
      </w:r>
      <w:r>
        <w:rPr>
          <w:sz w:val="20"/>
        </w:rPr>
        <w:t>54:44  And there were no restrictions. Everyone was free to</w:t>
      </w:r>
      <w:r>
        <w:br/>
      </w:r>
      <w:r>
        <w:rPr>
          <w:sz w:val="20"/>
        </w:rPr>
        <w:t>54:57  speak what he wanted, to give his opinions on issues. So during the Prophet, there was no freedom.</w:t>
      </w:r>
      <w:r>
        <w:br/>
      </w:r>
      <w:r>
        <w:rPr>
          <w:sz w:val="20"/>
        </w:rPr>
        <w:t>55:08  There was no restriction at all.</w:t>
      </w:r>
      <w:r>
        <w:br/>
      </w:r>
      <w:r>
        <w:rPr>
          <w:sz w:val="20"/>
        </w:rPr>
        <w:t>55:11  Everyone was totally free. Because without this freedom, there is no development.</w:t>
      </w:r>
      <w:r>
        <w:br/>
      </w:r>
      <w:r>
        <w:rPr>
          <w:sz w:val="20"/>
        </w:rPr>
        <w:t>55:22  Because without freedom, there is no development.</w:t>
      </w:r>
      <w:r>
        <w:br/>
      </w:r>
      <w:r>
        <w:rPr>
          <w:sz w:val="20"/>
        </w:rPr>
        <w:t>55:28  So we have to tolerate when God has freedom for everyone. So we have to accept it.</w:t>
      </w:r>
      <w:r>
        <w:br/>
      </w:r>
      <w:r>
        <w:rPr>
          <w:sz w:val="20"/>
        </w:rPr>
        <w:t>55:38  We have to tolerate differences. We have to adjust with differences.</w:t>
      </w:r>
      <w:r>
        <w:br/>
      </w:r>
      <w:r>
        <w:rPr>
          <w:sz w:val="20"/>
        </w:rPr>
        <w:t>55:49  And the best example is</w:t>
      </w:r>
      <w:r>
        <w:br/>
      </w:r>
      <w:r>
        <w:rPr>
          <w:sz w:val="20"/>
        </w:rPr>
        <w:t>55:54  that of companions.</w:t>
      </w:r>
      <w:r>
        <w:br/>
      </w:r>
      <w:r>
        <w:rPr>
          <w:sz w:val="20"/>
        </w:rPr>
        <w:t>55:59  Companions were more than one lakh. And there are so many differences among these companions.</w:t>
      </w:r>
      <w:r>
        <w:br/>
      </w:r>
      <w:r>
        <w:rPr>
          <w:sz w:val="20"/>
        </w:rPr>
        <w:t>56:09  But they always tried to manage those differences rather than to fight with the differences.</w:t>
      </w:r>
      <w:r>
        <w:br/>
      </w:r>
      <w:r>
        <w:rPr>
          <w:sz w:val="20"/>
        </w:rPr>
        <w:t>56:26  In our modern days, all those problems we are facing are due to the lack of this management</w:t>
      </w:r>
      <w:r>
        <w:br/>
      </w:r>
      <w:r>
        <w:rPr>
          <w:sz w:val="20"/>
        </w:rPr>
        <w:t>56:37  . In Kashmir, there is fighting. In Palestine, there is fighting. And there are some other places where there is fighting.</w:t>
      </w:r>
      <w:r>
        <w:br/>
      </w:r>
      <w:r>
        <w:rPr>
          <w:sz w:val="20"/>
        </w:rPr>
        <w:t>56:50  Why is this fighting?</w:t>
      </w:r>
      <w:r>
        <w:br/>
      </w:r>
      <w:r>
        <w:rPr>
          <w:sz w:val="20"/>
        </w:rPr>
        <w:t>56:53  Because there were some differences, some political differences, basically political differences. So they failed to manage these differences.</w:t>
      </w:r>
      <w:r>
        <w:br/>
      </w:r>
      <w:r>
        <w:rPr>
          <w:sz w:val="20"/>
        </w:rPr>
        <w:t>57:07  And they began fighting. This is not</w:t>
      </w:r>
      <w:r>
        <w:br/>
      </w:r>
      <w:r>
        <w:rPr>
          <w:sz w:val="20"/>
        </w:rPr>
        <w:t>57:20  good for</w:t>
      </w:r>
      <w:r>
        <w:br/>
      </w:r>
      <w:r>
        <w:rPr>
          <w:sz w:val="20"/>
        </w:rPr>
        <w:t>57:24  these people</w:t>
      </w:r>
      <w:r>
        <w:br/>
      </w:r>
      <w:r>
        <w:rPr>
          <w:sz w:val="20"/>
        </w:rPr>
        <w:t>57:26  . This kind of fighting is bound to</w:t>
      </w:r>
      <w:r>
        <w:br/>
      </w:r>
      <w:r>
        <w:rPr>
          <w:sz w:val="20"/>
        </w:rPr>
        <w:t>57:39  lead us to disaster. There is no positive result of these fightings.</w:t>
      </w:r>
      <w:r>
        <w:br/>
      </w:r>
      <w:r>
        <w:rPr>
          <w:sz w:val="20"/>
        </w:rPr>
        <w:t>57:51  So I can say that we have to try to manage all these differences: political differences, social differences,</w:t>
      </w:r>
      <w:r>
        <w:br/>
      </w:r>
      <w:r>
        <w:rPr>
          <w:sz w:val="20"/>
        </w:rPr>
        <w:t>58:07  and all those differences in family, in our institutions. Everywhere, there are differences.</w:t>
      </w:r>
      <w:r>
        <w:br/>
      </w:r>
      <w:r>
        <w:rPr>
          <w:sz w:val="20"/>
        </w:rPr>
        <w:t>58:17  But we have to avoid fighting. We have to try to manage these differences. This is the only formula of success.</w:t>
      </w:r>
    </w:p>
    <w:p>
      <w:pPr>
        <w:pStyle w:val="Heading2"/>
      </w:pPr>
      <w:r>
        <w:t>Muslims' 200-year struggle without rethinking</w:t>
      </w:r>
    </w:p>
    <w:p>
      <w:r>
        <w:rPr>
          <w:color w:val="666666"/>
          <w:sz w:val="18"/>
        </w:rPr>
        <w:t>Time for Introspection 26 Feb 2012 Maulana Wahiduddin Khan · 1m 20s · at 6:26 · https://youtu.be/BcLQtml1o1E?t=386</w:t>
      </w:r>
    </w:p>
    <w:p>
      <w:r>
        <w:rPr>
          <w:i/>
        </w:rPr>
        <w:t>“Muslims have been fighting for 200 years, no rethinking.”</w:t>
      </w:r>
    </w:p>
    <w:p>
      <w:r>
        <w:rPr>
          <w:sz w:val="20"/>
        </w:rPr>
        <w:t>6:26  musalman 200 saal se larai lad rahe hain. aaj tak in mein rethinkng nahi aai, u-turn ka mizaj nahi aaya.</w:t>
      </w:r>
      <w:r>
        <w:br/>
      </w:r>
      <w:r>
        <w:rPr>
          <w:sz w:val="20"/>
        </w:rPr>
        <w:t>6:37  200 saal mein is liye kehta hoon ke</w:t>
      </w:r>
      <w:r>
        <w:br/>
      </w:r>
      <w:r>
        <w:rPr>
          <w:sz w:val="20"/>
        </w:rPr>
        <w:t>6:45  aisa hua tha ke 1799 mein ek taraf angrezon ne Sultan Tipu ki fauj ko shikast di aur doosri taraf usi saal Europe ne Turkish Empire ko, un ka jo naval fleet tha,</w:t>
      </w:r>
      <w:r>
        <w:br/>
      </w:r>
      <w:r>
        <w:rPr>
          <w:sz w:val="20"/>
        </w:rPr>
        <w:t>7:07  wo samandar mein gharaq kar diya.</w:t>
      </w:r>
      <w:r>
        <w:br/>
      </w:r>
      <w:r>
        <w:rPr>
          <w:sz w:val="20"/>
        </w:rPr>
        <w:t>7:11  to yahan se shuru hua musalmanon ki nai struggle,</w:t>
      </w:r>
      <w:r>
        <w:br/>
      </w:r>
      <w:r>
        <w:rPr>
          <w:sz w:val="20"/>
        </w:rPr>
        <w:t>7:19  armed struggle. jagah jagah musalman lade chale ja rahe hain, abhi tak lad rahe hain. Falasteen mein lad rahe hain, Kashmir mein ladte ladte thak gaye.</w:t>
      </w:r>
      <w:r>
        <w:br/>
      </w:r>
      <w:r>
        <w:rPr>
          <w:sz w:val="20"/>
        </w:rPr>
        <w:t>7:32  har jagah larai chal rahi hai.</w:t>
      </w:r>
      <w:r>
        <w:br/>
      </w:r>
      <w:r>
        <w:rPr>
          <w:sz w:val="20"/>
        </w:rPr>
        <w:t>7:39  khatm nahi kar rahe.</w:t>
      </w:r>
    </w:p>
    <w:p>
      <w:pPr>
        <w:pStyle w:val="Heading2"/>
      </w:pPr>
      <w:r>
        <w:t>Abbasid-era tyranny mirrors today's Arab Spring bloodshed</w:t>
      </w:r>
    </w:p>
    <w:p>
      <w:r>
        <w:rPr>
          <w:color w:val="666666"/>
          <w:sz w:val="18"/>
        </w:rPr>
        <w:t>The Companions and the Hadith Scholars June 24, 2012 · 1m 43s · at 18:08 · https://youtu.be/Dj4QiYnxgBs?t=1088</w:t>
      </w:r>
    </w:p>
    <w:p>
      <w:r>
        <w:rPr>
          <w:i/>
        </w:rPr>
        <w:t>“Abbasi daur e hukumat mein halaat waisay hi thay jaisay aajkal Muslim mulkon mein hain”</w:t>
      </w:r>
    </w:p>
    <w:p>
      <w:r>
        <w:rPr>
          <w:sz w:val="20"/>
        </w:rPr>
        <w:t>18:08  tamam muhaddiseen jo jinhon ne kaam kiya, un ka zamana tha Abbasi period</w:t>
      </w:r>
      <w:r>
        <w:br/>
      </w:r>
      <w:r>
        <w:rPr>
          <w:sz w:val="20"/>
        </w:rPr>
        <w:t>18:18  . jis ko hum kehte hain Abbasit period. daur-e-Abbasi. wohi zamana hai muhaddiseen ka. to Abbasi hukmaran jo thay, Abbasi jo khulafa kaha jata tha, lekin halankey woh sultan thay, woh kyunke woh dynasty thi.</w:t>
      </w:r>
      <w:r>
        <w:br/>
      </w:r>
      <w:r>
        <w:rPr>
          <w:sz w:val="20"/>
        </w:rPr>
        <w:t>18:35  woh dynasty thi, woh Abu Bakr Umar ki jaisi hukumat nahi thi.</w:t>
      </w:r>
      <w:r>
        <w:br/>
      </w:r>
      <w:r>
        <w:rPr>
          <w:sz w:val="20"/>
        </w:rPr>
        <w:t>18:40  to Abbasi daur-e-hukumat mein jo halaat thay, un ko aap parhiye kitabon mein. woh waise hi thay jaise aaj kal Muslim mulkon mein hain.</w:t>
      </w:r>
      <w:r>
        <w:br/>
      </w:r>
      <w:r>
        <w:rPr>
          <w:sz w:val="20"/>
        </w:rPr>
        <w:t>18:52  Muslim mulkon mein jin cheezon ko le kar ke aaj Arab Spring ke naam se tehreekein chal rahi hain. aur hazaron ne, lakhon log mare ja rahe hain.</w:t>
      </w:r>
      <w:r>
        <w:br/>
      </w:r>
      <w:r>
        <w:rPr>
          <w:sz w:val="20"/>
        </w:rPr>
        <w:t>19:02  aman khatam ho gaya hai. bloodshed hai.</w:t>
      </w:r>
      <w:r>
        <w:br/>
      </w:r>
      <w:r>
        <w:rPr>
          <w:sz w:val="20"/>
        </w:rPr>
        <w:t>19:06  tarah tarah ki museebatein hain. kyunke log hukumaton se takra rahe hain. is baat ke liye ke nizam-e-adl qaim karo.</w:t>
      </w:r>
      <w:r>
        <w:br/>
      </w:r>
      <w:r>
        <w:rPr>
          <w:sz w:val="20"/>
        </w:rPr>
        <w:t>19:16  lekin muhaddiseen ka zamana theek theek isi tarah ka zamana tha. jabke Abbasi hukmaranon mein woh sari kharabiyan aa gayi theen.</w:t>
      </w:r>
      <w:r>
        <w:br/>
      </w:r>
      <w:r>
        <w:rPr>
          <w:sz w:val="20"/>
        </w:rPr>
        <w:t>19:26  to muhaddiseen ne kya kiya? muhaddiseen ne mukammal taur par non-confrontational approach ikhtiyar kiya.</w:t>
      </w:r>
      <w:r>
        <w:br/>
      </w:r>
      <w:r>
        <w:rPr>
          <w:sz w:val="20"/>
        </w:rPr>
        <w:t>19:36  mukammal taur par. unhon ne koi taaruz nahi kiya. koi notice nahi liya. woh alag, un ki duniya alag thi. yaani sulatin ki duniya alag thi aur muhaddiseen ki duniya alag thi.</w:t>
      </w:r>
    </w:p>
    <w:p>
      <w:pPr>
        <w:pStyle w:val="Heading2"/>
      </w:pPr>
      <w:r>
        <w:t>Why the Qur'an says each community has its own worship</w:t>
      </w:r>
    </w:p>
    <w:p>
      <w:r>
        <w:rPr>
          <w:color w:val="666666"/>
          <w:sz w:val="18"/>
        </w:rPr>
        <w:t>The Concept of Doomsday in islam May 16, 2009 · 1m 39s · at 31:57 · https://youtu.be/yPjFg8vwSLw?t=1917</w:t>
      </w:r>
    </w:p>
    <w:p>
      <w:r>
        <w:rPr>
          <w:i/>
        </w:rPr>
        <w:t>“Surah Hajj says each community has its own way of worship — why?”</w:t>
      </w:r>
    </w:p>
    <w:p>
      <w:r>
        <w:rPr>
          <w:sz w:val="20"/>
        </w:rPr>
        <w:t>31:57  Maulana, Surah Hajj. One thing is we have appointed for every community ways of worship to observe.</w:t>
      </w:r>
      <w:r>
        <w:br/>
      </w:r>
      <w:r>
        <w:rPr>
          <w:sz w:val="20"/>
        </w:rPr>
        <w:t>32:08  Let them not dispute with you on the matter. Please clarify this.</w:t>
      </w:r>
      <w:r>
        <w:br/>
      </w:r>
      <w:r>
        <w:rPr>
          <w:sz w:val="20"/>
        </w:rPr>
        <w:t>32:16  There was some dispute when Islam introduced</w:t>
      </w:r>
      <w:r>
        <w:br/>
      </w:r>
      <w:r>
        <w:rPr>
          <w:sz w:val="20"/>
        </w:rPr>
        <w:t>32:27  a form of Hajj that was not prevalent in the past. So people were used to doing Hajj with the other form.</w:t>
      </w:r>
      <w:r>
        <w:br/>
      </w:r>
      <w:r>
        <w:rPr>
          <w:sz w:val="20"/>
        </w:rPr>
        <w:t>32:40  So they were quarreling.</w:t>
      </w:r>
      <w:r>
        <w:br/>
      </w:r>
      <w:r>
        <w:rPr>
          <w:sz w:val="20"/>
        </w:rPr>
        <w:t>32:44  It is not correct because they feel that their form was Ibrahimi form.</w:t>
      </w:r>
      <w:r>
        <w:br/>
      </w:r>
      <w:r>
        <w:rPr>
          <w:sz w:val="20"/>
        </w:rPr>
        <w:t>32:54  And this was innovation. So this verse means that avoid</w:t>
      </w:r>
      <w:r>
        <w:br/>
      </w:r>
      <w:r>
        <w:rPr>
          <w:sz w:val="20"/>
        </w:rPr>
        <w:t>33:04  the controversy. Because at that time, there was controversy. Now, there is no controversy.</w:t>
      </w:r>
      <w:r>
        <w:br/>
      </w:r>
      <w:r>
        <w:rPr>
          <w:sz w:val="20"/>
        </w:rPr>
        <w:t>33:12  So it was a temporary phase. It was a temporary phase. So in such a situation when people are</w:t>
      </w:r>
      <w:r>
        <w:br/>
      </w:r>
      <w:r>
        <w:rPr>
          <w:sz w:val="20"/>
        </w:rPr>
        <w:t>33:26  quarreling, so you have no option other than to avoid, to ignor</w:t>
      </w:r>
    </w:p>
    <w:p>
      <w:pPr>
        <w:pStyle w:val="Heading2"/>
      </w:pPr>
      <w:r>
        <w:t>Boring life? Allah's remembrance gives peace</w:t>
      </w:r>
    </w:p>
    <w:p>
      <w:r>
        <w:rPr>
          <w:color w:val="666666"/>
          <w:sz w:val="18"/>
        </w:rPr>
        <w:t>Peace of Mind April 19, 2015 · 1m 49s · at 3:06 · https://youtu.be/nYvd93Af2YI?t=186</w:t>
      </w:r>
    </w:p>
    <w:p>
      <w:r>
        <w:rPr>
          <w:i/>
        </w:rPr>
        <w:t>“Dekhiye ye aaj ka daily newspaper hai”</w:t>
      </w:r>
    </w:p>
    <w:p>
      <w:r>
        <w:rPr>
          <w:sz w:val="20"/>
        </w:rPr>
        <w:t>3:06  dekhen yeh aaj ka daily newspaper hai. Is mein aik article chhaapa hai. "Why Live A Boring Life".</w:t>
      </w:r>
      <w:r>
        <w:br/>
      </w:r>
      <w:r>
        <w:rPr>
          <w:sz w:val="20"/>
        </w:rPr>
        <w:t>3:22  "Why Live A Boring Life".</w:t>
      </w:r>
      <w:r>
        <w:br/>
      </w:r>
      <w:r>
        <w:rPr>
          <w:sz w:val="20"/>
        </w:rPr>
        <w:t>3:28  yani kyun hum boring zindagi guzaar rahe hain. Is par main sochne laga.</w:t>
      </w:r>
      <w:r>
        <w:br/>
      </w:r>
      <w:r>
        <w:rPr>
          <w:sz w:val="20"/>
        </w:rPr>
        <w:t>3:39  main apne ghar ke bahar, hamare ghar ke bahar jo</w:t>
      </w:r>
      <w:r>
        <w:br/>
      </w:r>
      <w:r>
        <w:rPr>
          <w:sz w:val="20"/>
        </w:rPr>
        <w:t>3:46  jagah hai khuli wahan par baitha hua tha. To mere saamne se gaadiyan guzar rahi theen. Cars, motorcycles.</w:t>
      </w:r>
      <w:r>
        <w:br/>
      </w:r>
      <w:r>
        <w:rPr>
          <w:sz w:val="20"/>
        </w:rPr>
        <w:t>3:58  woh bar bar woh horn baja rahe thay, horn. To horn mujh ko disturb kar raha tha.</w:t>
      </w:r>
      <w:r>
        <w:br/>
      </w:r>
      <w:r>
        <w:rPr>
          <w:sz w:val="20"/>
        </w:rPr>
        <w:t>4:06  to main us waqt ke boarding ke, boredom ke haalat mein tha. Bor ho raha tha. To main ne socha ke dunya to boring experience se bhari hui hai.</w:t>
      </w:r>
      <w:r>
        <w:br/>
      </w:r>
      <w:r>
        <w:rPr>
          <w:sz w:val="20"/>
        </w:rPr>
        <w:t>4:22  to kaise hum apne ko boredom se bachayen? Is par sochne laga main.</w:t>
      </w:r>
      <w:r>
        <w:br/>
      </w:r>
      <w:r>
        <w:rPr>
          <w:sz w:val="20"/>
        </w:rPr>
        <w:t>4:35  to meri samajh mein us waqt aik ayat, Quran Majeed ki aik ayat aayi. "Ala bi zikr Allah tatma'inn al-qulub".</w:t>
      </w:r>
      <w:r>
        <w:br/>
      </w:r>
      <w:r>
        <w:rPr>
          <w:sz w:val="20"/>
        </w:rPr>
        <w:t>4:44  yaad rakho allah ki yaad se dilon ko itminan hasil hota hai.</w:t>
      </w:r>
    </w:p>
    <w:p>
      <w:pPr>
        <w:pStyle w:val="Heading2"/>
      </w:pPr>
      <w:r>
        <w:t>Asiya chooses Paradise over Pharaoh's palace</w:t>
      </w:r>
    </w:p>
    <w:p>
      <w:r>
        <w:rPr>
          <w:color w:val="666666"/>
          <w:sz w:val="18"/>
        </w:rPr>
        <w:t>Concept of Death in Islam I 26th Aug, 2012 - Maulana Wahiduddin Khan · 2m 22s · at 33:54 · https://youtu.be/7wlqcKm35mk?t=2034</w:t>
      </w:r>
    </w:p>
    <w:p>
      <w:r>
        <w:rPr>
          <w:i/>
        </w:rPr>
        <w:t>“Misr mein jo king tha jisko aap Firaun kehte hain Firaun”</w:t>
      </w:r>
    </w:p>
    <w:p>
      <w:r>
        <w:rPr>
          <w:sz w:val="20"/>
        </w:rPr>
        <w:t>33:54  misr mein jo king tha, jis ko aap farooq kehte hain, firon, us ki biwi thi Asiya. to Asiya jo hai, isi zamane mein Musa paida hue.</w:t>
      </w:r>
      <w:r>
        <w:br/>
      </w:r>
      <w:r>
        <w:rPr>
          <w:sz w:val="20"/>
        </w:rPr>
        <w:t>34:08  unhone dawat di to firon ne to inkar kiya, us ke darbarion ne inkar kiya.</w:t>
      </w:r>
      <w:r>
        <w:br/>
      </w:r>
      <w:r>
        <w:rPr>
          <w:sz w:val="20"/>
        </w:rPr>
        <w:t>34:16  lekin jo us ki biwi thi Asiya, woh bohat hi, yaani sahi nature ki thi.</w:t>
      </w:r>
      <w:r>
        <w:br/>
      </w:r>
      <w:r>
        <w:rPr>
          <w:sz w:val="20"/>
        </w:rPr>
        <w:t>34:26  bohat hi sahi nature ki thi paidaishi taur par.</w:t>
      </w:r>
      <w:r>
        <w:br/>
      </w:r>
      <w:r>
        <w:rPr>
          <w:sz w:val="20"/>
        </w:rPr>
        <w:t>34:33  aur kaha jata hai ke woh, yaani bani israili mein paida hui thi, yaani mushrik qaum mein nahi paida hui thi. is wajah se us ka mindset jo tha, qareeb tha Hazrat Musa ki dawat ke.</w:t>
      </w:r>
      <w:r>
        <w:br/>
      </w:r>
      <w:r>
        <w:rPr>
          <w:sz w:val="20"/>
        </w:rPr>
        <w:t>34:48  aisa kaha jata hai.</w:t>
      </w:r>
      <w:r>
        <w:br/>
      </w:r>
      <w:r>
        <w:rPr>
          <w:sz w:val="20"/>
        </w:rPr>
        <w:t>34:50  to beharhal us ki samajh mein Hazrat Musa ki dawat aa gayi</w:t>
      </w:r>
      <w:r>
        <w:br/>
      </w:r>
      <w:r>
        <w:rPr>
          <w:sz w:val="20"/>
        </w:rPr>
        <w:t>34:56  ke yeh dunya hasil nahi hai, akhirat hasil hai. to Hazrat Musa par iman layi. firon ko jab pata chala, firon ko jab pata chala ke</w:t>
      </w:r>
      <w:r>
        <w:br/>
      </w:r>
      <w:r>
        <w:rPr>
          <w:sz w:val="20"/>
        </w:rPr>
        <w:t>35:13  yeh Hazrat Musa par iman layi hai, jis jis ka ke firon dushman tha, Hazrat Musa ka ke khilaf tha. to firon ne kaha ke main tum ko qatl kar doonga.</w:t>
      </w:r>
      <w:r>
        <w:br/>
      </w:r>
      <w:r>
        <w:rPr>
          <w:sz w:val="20"/>
        </w:rPr>
        <w:t>35:31  aap jante hain, badshah ke zamane mein, badshahat ke zamane mein to bas talwar uthao aur mar do. na koi qanoon, na koi court, na koi poochne wala hai.</w:t>
      </w:r>
      <w:r>
        <w:br/>
      </w:r>
      <w:r>
        <w:rPr>
          <w:sz w:val="20"/>
        </w:rPr>
        <w:t>35:46  aur waqatan use qatl karwa diya.</w:t>
      </w:r>
      <w:r>
        <w:br/>
      </w:r>
      <w:r>
        <w:rPr>
          <w:sz w:val="20"/>
        </w:rPr>
        <w:t>35:50  us waqt jo us ki zuban se jo kalma nikla tha, us khatoon ki zuban se, woh aik dua thi.</w:t>
      </w:r>
      <w:r>
        <w:br/>
      </w:r>
      <w:r>
        <w:rPr>
          <w:sz w:val="20"/>
        </w:rPr>
        <w:t>36:00  woh aik dua thi. woh dua yeh thi ke rab ibli indaka baitan fil jannah. aye Allah, tu</w:t>
      </w:r>
      <w:r>
        <w:br/>
      </w:r>
      <w:r>
        <w:rPr>
          <w:sz w:val="20"/>
        </w:rPr>
        <w:t>36:11  mere liye apne paas aik ghar bana de.</w:t>
      </w:r>
    </w:p>
    <w:p>
      <w:pPr>
        <w:pStyle w:val="Heading2"/>
      </w:pPr>
      <w:r>
        <w:t>Palestine vs India: pride, humility, and national destiny</w:t>
      </w:r>
    </w:p>
    <w:p>
      <w:r>
        <w:rPr>
          <w:color w:val="666666"/>
          <w:sz w:val="18"/>
        </w:rPr>
        <w:t>Man's Place in The Universe June 17, 2007 · 4m 47s · at 32:37 · https://youtu.be/CND6qsCMZVU?t=1957</w:t>
      </w:r>
    </w:p>
    <w:p>
      <w:r>
        <w:rPr>
          <w:i/>
        </w:rPr>
        <w:t>“Today in Palestine, people are fighting each other”</w:t>
      </w:r>
    </w:p>
    <w:p>
      <w:r>
        <w:rPr>
          <w:sz w:val="20"/>
        </w:rPr>
        <w:t>32:37  dhiyan dilaunga. jo aaj hi ke paper mein. mujhe mili. aap dekhte honge ke aaj kal Falasteen mein.</w:t>
      </w:r>
      <w:r>
        <w:br/>
      </w:r>
      <w:r>
        <w:rPr>
          <w:sz w:val="20"/>
        </w:rPr>
        <w:t>32:46  aapas hi mein is mein log lad rahe hain. Falasteen mein jo Arab log hain. woh do firqay un ke hain. Hamas aur Fateh. do baray firqay.</w:t>
      </w:r>
      <w:r>
        <w:br/>
      </w:r>
      <w:r>
        <w:rPr>
          <w:sz w:val="20"/>
        </w:rPr>
        <w:t>32:56  aapas mein lad rahe hain dono.</w:t>
      </w:r>
      <w:r>
        <w:br/>
      </w:r>
      <w:r>
        <w:rPr>
          <w:sz w:val="20"/>
        </w:rPr>
        <w:t>32:58  is mein aap ne dekha hoga. aaj ka jo paper hai. yeh Hindu. Hindu paper mein aik is ka photo aaya hai. dono group lad rahe hain aapas mein.</w:t>
      </w:r>
      <w:r>
        <w:br/>
      </w:r>
      <w:r>
        <w:rPr>
          <w:sz w:val="20"/>
        </w:rPr>
        <w:t>33:10  dekhiye. Falasteen bana hai 1948 mein. aur India azaad hua hai 1947 mein.</w:t>
      </w:r>
      <w:r>
        <w:br/>
      </w:r>
      <w:r>
        <w:rPr>
          <w:sz w:val="20"/>
        </w:rPr>
        <w:t>33:21  yani aik saal ka sirf farq hai.</w:t>
      </w:r>
      <w:r>
        <w:br/>
      </w:r>
      <w:r>
        <w:rPr>
          <w:sz w:val="20"/>
        </w:rPr>
        <w:t>33:24  donon ka ek hi kahani hai. lekin natija do hain. dekhiye india mein jo log.</w:t>
      </w:r>
      <w:r>
        <w:br/>
      </w:r>
      <w:r>
        <w:rPr>
          <w:sz w:val="20"/>
        </w:rPr>
        <w:t>33:33  freedom movement chala rahe the. mahatma gandhi. mahatma gandhi ne kaha tha ke. partition mere lash par hoga.</w:t>
      </w:r>
      <w:r>
        <w:br/>
      </w:r>
      <w:r>
        <w:rPr>
          <w:sz w:val="20"/>
        </w:rPr>
        <w:t>33:42  main pakistan. ke sare jo hamare leader the. pakistan ke khilaf the. woh kisi tarah tayyar nahi the ke india ka partition ho.</w:t>
      </w:r>
      <w:r>
        <w:br/>
      </w:r>
      <w:r>
        <w:rPr>
          <w:sz w:val="20"/>
        </w:rPr>
        <w:t>33:51  lekin 1947 mein unhon ne partition ko maan liya. aur aaj un ki aaina taraqqi kar raha hai. theek yahi baat wahan bhi hui.</w:t>
      </w:r>
      <w:r>
        <w:br/>
      </w:r>
      <w:r>
        <w:rPr>
          <w:sz w:val="20"/>
        </w:rPr>
        <w:t>34:01  falasteen mein. ke falasteen mein ball four commission ke tehat. is ka partition hua. falasteen ka partition hua.</w:t>
      </w:r>
      <w:r>
        <w:br/>
      </w:r>
      <w:r>
        <w:rPr>
          <w:sz w:val="20"/>
        </w:rPr>
        <w:t>34:10  1948 mein.</w:t>
      </w:r>
      <w:r>
        <w:br/>
      </w:r>
      <w:r>
        <w:rPr>
          <w:sz w:val="20"/>
        </w:rPr>
        <w:t>34:12  ek ek tihai diya gaya. israel ko. aur do tihai diya gaya arbon ko. arbon ko do tihai mila.</w:t>
      </w:r>
      <w:r>
        <w:br/>
      </w:r>
      <w:r>
        <w:rPr>
          <w:sz w:val="20"/>
        </w:rPr>
        <w:t>34:21  aur israel ko ek tihai mila. unhon ne inkar kar diya ke hum nahi mante. aur ladai shuru kar di. ladne lage. itna zyada ladte ladte ladte ladte kya hua ke.</w:t>
      </w:r>
      <w:r>
        <w:br/>
      </w:r>
      <w:r>
        <w:rPr>
          <w:sz w:val="20"/>
        </w:rPr>
        <w:t>34:33  jo do tihai tha woh bhi gaya. chhin</w:t>
      </w:r>
      <w:r>
        <w:br/>
      </w:r>
      <w:r>
        <w:rPr>
          <w:sz w:val="20"/>
        </w:rPr>
        <w:t>34:36  gaya. ab thoda sa do. woh do sirf. chhota chhota ilaqa hai. gaza aur aur areehah.</w:t>
      </w:r>
      <w:r>
        <w:br/>
      </w:r>
      <w:r>
        <w:rPr>
          <w:sz w:val="20"/>
        </w:rPr>
        <w:t>34:45  jahan kuch bhi nahi hai. samjhiye taqreeban veeran hai woh. aur is ke liye ladai ho rahi hai is waqt wahan. aapas mein</w:t>
      </w:r>
      <w:r>
        <w:br/>
      </w:r>
      <w:r>
        <w:rPr>
          <w:sz w:val="20"/>
        </w:rPr>
        <w:t>34:55  . to main yeh kehta hoon ke agar. jis tarah se india ke leaderon ne. yeh. is hikmat amli ka saboot diya. ke partition ko maan liya.</w:t>
      </w:r>
      <w:r>
        <w:br/>
      </w:r>
      <w:r>
        <w:rPr>
          <w:sz w:val="20"/>
        </w:rPr>
        <w:t>35:05  to india taraqqi karne laga. agar arab log. 1948 mein. partition ko maan lete. to aaj kitna aage hote woh log.</w:t>
      </w:r>
      <w:r>
        <w:br/>
      </w:r>
      <w:r>
        <w:rPr>
          <w:sz w:val="20"/>
        </w:rPr>
        <w:t>35:16  kyun? is liye ke dekhiye. woh jo do tihai un ko mila tha. to sare sab se achhe jo ilaqe the un ko mile the woh.</w:t>
      </w:r>
      <w:r>
        <w:br/>
      </w:r>
      <w:r>
        <w:rPr>
          <w:sz w:val="20"/>
        </w:rPr>
        <w:t>35:24  behtareen jitne ilaqe the. israel ko to sehra mila tha zyada tar. yerushalaym arbon ke paas tha. masjid aqsa arbon ke paas tha.</w:t>
      </w:r>
      <w:r>
        <w:br/>
      </w:r>
      <w:r>
        <w:rPr>
          <w:sz w:val="20"/>
        </w:rPr>
        <w:t>35:35  sare achhe ilaqe jo the woh arbon ke paas the. to do tihai un ke paas tha. ek tihai jo hai. woh israel ke paas tha. to wahi hikmat amli jo india wale leaderon ko hui.</w:t>
      </w:r>
      <w:r>
        <w:br/>
      </w:r>
      <w:r>
        <w:rPr>
          <w:sz w:val="20"/>
        </w:rPr>
        <w:t>35:50  woh kyunke mahatma gandhi jo the woh ek muatadil aadmi the.</w:t>
      </w:r>
      <w:r>
        <w:br/>
      </w:r>
      <w:r>
        <w:rPr>
          <w:sz w:val="20"/>
        </w:rPr>
        <w:t>35:54  mahatma gandhi mein gharoor nahi tha. woh ek muatadil aadmi the. to agarchay woh ek kaha tha unhon ne. ke meri lash par banega pakistan.</w:t>
      </w:r>
      <w:r>
        <w:br/>
      </w:r>
      <w:r>
        <w:rPr>
          <w:sz w:val="20"/>
        </w:rPr>
        <w:t>36:03  lekin un ki ajzi ne yeh bataya un ko. ke you have to accept the reality jab baat yahan tak pahunch gayi.</w:t>
      </w:r>
      <w:r>
        <w:br/>
      </w:r>
      <w:r>
        <w:rPr>
          <w:sz w:val="20"/>
        </w:rPr>
        <w:t>36:12  ke koi charah nahi hai. jinnah sahib ne barah e rast amal ka ultimatum de diya. vice roy kehta tha hum aazad nahi karenge india ko jab tak yeh wada tay na ho.</w:t>
      </w:r>
      <w:r>
        <w:br/>
      </w:r>
      <w:r>
        <w:rPr>
          <w:sz w:val="20"/>
        </w:rPr>
        <w:t>36:23  to jab yahan mamla aa gaya. to gandhi ne kaha ke we have to accept the reality. nehru ne kaha ke we have to accept the reality kyunke ajzi ne unhein yahan tak pahunchaya hai.</w:t>
      </w:r>
      <w:r>
        <w:br/>
      </w:r>
      <w:r>
        <w:rPr>
          <w:sz w:val="20"/>
        </w:rPr>
        <w:t>36:36  yani haqeeqi andaaz tak pahunchaya. aur wahan par un ke paas fakhr tha. gharoor tha. to unhon ne kaha hum to nahi mante.</w:t>
      </w:r>
      <w:r>
        <w:br/>
      </w:r>
      <w:r>
        <w:rPr>
          <w:sz w:val="20"/>
        </w:rPr>
        <w:t>36:43  sunarmikum fi al-bahr unhon ne kaha israel se. ke sunarmikum fi al-bahr hum tum ko. samundaron mein dhakel denge. aur kya hua?</w:t>
      </w:r>
      <w:r>
        <w:br/>
      </w:r>
      <w:r>
        <w:rPr>
          <w:sz w:val="20"/>
        </w:rPr>
        <w:t>36:54  ulte unhi ko samundar mein dhakel diya israel ne. to ajzi jo hai. us waqt aati hai jab aap ko kainat ka sahi gyan ho.</w:t>
      </w:r>
      <w:r>
        <w:br/>
      </w:r>
      <w:r>
        <w:rPr>
          <w:sz w:val="20"/>
        </w:rPr>
        <w:t>37:04  kainat mein aap ka maqam jo hai. woh kya hai? aap samajh lete hain ke master of kainat main hoon.</w:t>
      </w:r>
      <w:r>
        <w:br/>
      </w:r>
      <w:r>
        <w:rPr>
          <w:sz w:val="20"/>
        </w:rPr>
        <w:t>37:12  to ab kuch nahi kar sakte aap. to mein mein aaj jo mozu hai. ke man's place in the universe agar aap ko sahi.</w:t>
      </w:r>
    </w:p>
    <w:p>
      <w:pPr>
        <w:pStyle w:val="Heading2"/>
      </w:pPr>
      <w:r>
        <w:t>Unilateral ethics and true gratitude</w:t>
      </w:r>
    </w:p>
    <w:p>
      <w:r>
        <w:rPr>
          <w:color w:val="666666"/>
          <w:sz w:val="18"/>
        </w:rPr>
        <w:t>Art of War and Islam · 6m 06s · at 50:20 · https://youtu.be/LvYP_pf17S0?t=3020</w:t>
      </w:r>
    </w:p>
    <w:p>
      <w:r>
        <w:rPr>
          <w:i/>
        </w:rPr>
        <w:t>“Wa tawaso bi-sabre, wa tawaso bil-marhamah”</w:t>
      </w:r>
    </w:p>
    <w:p>
      <w:r>
        <w:rPr>
          <w:sz w:val="20"/>
        </w:rPr>
        <w:t>50:20  "Wa tawaso bi-sabre, wa tawaso bil-marhamah."</w:t>
      </w:r>
      <w:r>
        <w:br/>
      </w:r>
      <w:r>
        <w:rPr>
          <w:sz w:val="20"/>
        </w:rPr>
        <w:t>50:27  So this is the Islamic concept of morality. This is the Islamic concept of ethics.</w:t>
      </w:r>
      <w:r>
        <w:br/>
      </w:r>
      <w:r>
        <w:rPr>
          <w:sz w:val="20"/>
        </w:rPr>
        <w:t>50:40  It is based on unilateral principles. It is based on unilateral principles.</w:t>
      </w:r>
      <w:r>
        <w:br/>
      </w:r>
      <w:r>
        <w:rPr>
          <w:sz w:val="20"/>
        </w:rPr>
        <w:t>50:53  Once the Prophet of Islam said to one of his companions, "Do you want to find entry into Paradise?</w:t>
      </w:r>
      <w:r>
        <w:br/>
      </w:r>
      <w:r>
        <w:rPr>
          <w:sz w:val="20"/>
        </w:rPr>
        <w:t>51:06  " He said, "Yes." The Prophet of Islam said,</w:t>
      </w:r>
      <w:r>
        <w:br/>
      </w:r>
      <w:r>
        <w:rPr>
          <w:sz w:val="20"/>
        </w:rPr>
        <w:t>51:13  "You have to live without malice among people."</w:t>
      </w:r>
      <w:r>
        <w:br/>
      </w:r>
      <w:r>
        <w:rPr>
          <w:sz w:val="20"/>
        </w:rPr>
        <w:t>51:26  "Live among people without having any kind of malice." So how is it possible?</w:t>
      </w:r>
      <w:r>
        <w:br/>
      </w:r>
      <w:r>
        <w:rPr>
          <w:sz w:val="20"/>
        </w:rPr>
        <w:t>51:37  How is it possible?</w:t>
      </w:r>
      <w:r>
        <w:br/>
      </w:r>
      <w:r>
        <w:rPr>
          <w:sz w:val="20"/>
        </w:rPr>
        <w:t>51:43  Because everywhere there are differences, everywhere there are problems, everywhere there are things against your interest,</w:t>
      </w:r>
      <w:r>
        <w:br/>
      </w:r>
      <w:r>
        <w:rPr>
          <w:sz w:val="20"/>
        </w:rPr>
        <w:t>52:02  everywhere there are</w:t>
      </w:r>
      <w:r>
        <w:br/>
      </w:r>
      <w:r>
        <w:rPr>
          <w:sz w:val="20"/>
        </w:rPr>
        <w:t>52:07  such situations that create problems</w:t>
      </w:r>
      <w:r>
        <w:br/>
      </w:r>
      <w:r>
        <w:rPr>
          <w:sz w:val="20"/>
        </w:rPr>
        <w:t>52:15  for you.</w:t>
      </w:r>
      <w:r>
        <w:br/>
      </w:r>
      <w:r>
        <w:rPr>
          <w:sz w:val="20"/>
        </w:rPr>
        <w:t>52:18  So everywhere there are</w:t>
      </w:r>
      <w:r>
        <w:br/>
      </w:r>
      <w:r>
        <w:rPr>
          <w:sz w:val="20"/>
        </w:rPr>
        <w:t>52:34  things that are quite against you.</w:t>
      </w:r>
      <w:r>
        <w:br/>
      </w:r>
      <w:r>
        <w:rPr>
          <w:sz w:val="20"/>
        </w:rPr>
        <w:t>52:45  So what to do?</w:t>
      </w:r>
      <w:r>
        <w:br/>
      </w:r>
      <w:r>
        <w:rPr>
          <w:sz w:val="20"/>
        </w:rPr>
        <w:t>52:48  The only possible option is to be patient, to be patient.</w:t>
      </w:r>
      <w:r>
        <w:br/>
      </w:r>
      <w:r>
        <w:rPr>
          <w:sz w:val="20"/>
        </w:rPr>
        <w:t>52:58  You are not if you are not ready to keep patience, then you cannot keep the way of Islamic principles.</w:t>
      </w:r>
      <w:r>
        <w:br/>
      </w:r>
      <w:r>
        <w:rPr>
          <w:sz w:val="20"/>
        </w:rPr>
        <w:t>53:11  All the Islamic principles are based on unilateralism. Islam</w:t>
      </w:r>
      <w:r>
        <w:br/>
      </w:r>
      <w:r>
        <w:rPr>
          <w:sz w:val="20"/>
        </w:rPr>
        <w:t>53:25  ic ethics is unilateral ethics, not and not bilateral ethics. According to Islam, bilateral ethics is not possible.</w:t>
      </w:r>
      <w:r>
        <w:br/>
      </w:r>
      <w:r>
        <w:rPr>
          <w:sz w:val="20"/>
        </w:rPr>
        <w:t>53:41  Only unilateral ethics are possible.</w:t>
      </w:r>
      <w:r>
        <w:br/>
      </w:r>
      <w:r>
        <w:rPr>
          <w:sz w:val="20"/>
        </w:rPr>
        <w:t>53:49  So we have to know</w:t>
      </w:r>
      <w:r>
        <w:br/>
      </w:r>
      <w:r>
        <w:rPr>
          <w:sz w:val="20"/>
        </w:rPr>
        <w:t>53:54  this very important point. We have to know this very important point.</w:t>
      </w:r>
      <w:r>
        <w:br/>
      </w:r>
      <w:r>
        <w:rPr>
          <w:sz w:val="20"/>
        </w:rPr>
        <w:t>54:06  You know the first verse of the Qur'an is "Alhamdulillah." First verse, the very first verse, "Alhamdulillah." "Alhamdulillah" means</w:t>
      </w:r>
      <w:r>
        <w:br/>
      </w:r>
      <w:r>
        <w:rPr>
          <w:sz w:val="20"/>
        </w:rPr>
        <w:t>54:22  "Hamd" means "Shukr."</w:t>
      </w:r>
      <w:r>
        <w:br/>
      </w:r>
      <w:r>
        <w:rPr>
          <w:sz w:val="20"/>
        </w:rPr>
        <w:t>54:28  So you say, "Oh God, Shukr for You, Hamd for You, Thanksgiving for You." So how is it possible?</w:t>
      </w:r>
      <w:r>
        <w:br/>
      </w:r>
      <w:r>
        <w:rPr>
          <w:sz w:val="20"/>
        </w:rPr>
        <w:t>54:42  How can you say "Alhamdulillah" if your mind is full of negative thoughts?</w:t>
      </w:r>
      <w:r>
        <w:br/>
      </w:r>
      <w:r>
        <w:rPr>
          <w:sz w:val="20"/>
        </w:rPr>
        <w:t>54:53  "Alhamdulillah" is the gist of the Qur'an. You know "Alhamdulillah" is the first verse of the Qur'an. And "Alhamdulillah" is the gist of the Qur'an.</w:t>
      </w:r>
      <w:r>
        <w:br/>
      </w:r>
      <w:r>
        <w:rPr>
          <w:sz w:val="20"/>
        </w:rPr>
        <w:t>55:06  So</w:t>
      </w:r>
      <w:r>
        <w:br/>
      </w:r>
      <w:r>
        <w:rPr>
          <w:sz w:val="20"/>
        </w:rPr>
        <w:t>55:10  you have to say "Alhamdulillah" every time in your prayer and also out of the prayers. You have to say "Alhamdulillah." That is, "Oh God,</w:t>
      </w:r>
      <w:r>
        <w:br/>
      </w:r>
      <w:r>
        <w:rPr>
          <w:sz w:val="20"/>
        </w:rPr>
        <w:t>55:24  Shukr for You, Thanksgiving for You." But how can you say this word if you are living in anger, if you are living in malice,</w:t>
      </w:r>
      <w:r>
        <w:br/>
      </w:r>
      <w:r>
        <w:rPr>
          <w:sz w:val="20"/>
        </w:rPr>
        <w:t>55:40  if you are living in negative thoughts?</w:t>
      </w:r>
      <w:r>
        <w:br/>
      </w:r>
      <w:r>
        <w:rPr>
          <w:sz w:val="20"/>
        </w:rPr>
        <w:t>55:42  How can you say "Alhamdulillah"?</w:t>
      </w:r>
      <w:r>
        <w:br/>
      </w:r>
      <w:r>
        <w:rPr>
          <w:sz w:val="20"/>
        </w:rPr>
        <w:t>55:46  So if you are living in a negative spirit, then your "Alhamdulillah" is nothing but lip service.</w:t>
      </w:r>
      <w:r>
        <w:br/>
      </w:r>
      <w:r>
        <w:rPr>
          <w:sz w:val="20"/>
        </w:rPr>
        <w:t>56:01  If you are living in hate, if you are living in intolerance, if you are living in enmity, if you are living in negativity and you say "Alhamdulillah," this "Alhamdulillah" is nothing but lip service.</w:t>
      </w:r>
    </w:p>
    <w:p>
      <w:pPr>
        <w:pStyle w:val="Heading2"/>
      </w:pPr>
      <w:r>
        <w:t>Media's addiction to negative news feeds societal hatred</w:t>
      </w:r>
    </w:p>
    <w:p>
      <w:r>
        <w:rPr>
          <w:color w:val="666666"/>
          <w:sz w:val="18"/>
        </w:rPr>
        <w:t>God oriented Life January 6, 2007 · 4m 02s · at 34:49 · https://youtu.be/UdJ9eWU_OCo?t=2089</w:t>
      </w:r>
    </w:p>
    <w:p>
      <w:r>
        <w:rPr>
          <w:i/>
        </w:rPr>
        <w:t>“99 percent se bhi zyada log hamesha baaton ko negative aspect se lete hain”</w:t>
      </w:r>
    </w:p>
    <w:p>
      <w:r>
        <w:rPr>
          <w:sz w:val="20"/>
        </w:rPr>
        <w:t>34:49  aaj hi subah mein kisi se keh raha tha ke main ne apni zindagi mein jo dekha woh yeh hai ke 99 percent se bhi zyada aisay log hain jo hamesha baaton ko negative aspect le kar us ko report karte hain.</w:t>
      </w:r>
      <w:r>
        <w:br/>
      </w:r>
      <w:r>
        <w:rPr>
          <w:sz w:val="20"/>
        </w:rPr>
        <w:t>35:06  yani kisi bhi aadmi ke baray mein unhein batana hai to us ki zindagi mein koi negative aspect agar pakar liya unhon ne usi ko bayan karein ge. woh positive aspect kabhi nahi bayan karein ge.</w:t>
      </w:r>
      <w:r>
        <w:br/>
      </w:r>
      <w:r>
        <w:rPr>
          <w:sz w:val="20"/>
        </w:rPr>
        <w:t>35:19  main to aisay hi log dekhe apni zindagi mein. aur phir kya hota hai? is se nafratein paida hoti hain. bigar paida hota hai.</w:t>
      </w:r>
      <w:r>
        <w:br/>
      </w:r>
      <w:r>
        <w:rPr>
          <w:sz w:val="20"/>
        </w:rPr>
        <w:t>35:29  fasaad paida hota hai. log ghussa hotay hain aik doosre ke khilaf.</w:t>
      </w:r>
      <w:r>
        <w:br/>
      </w:r>
      <w:r>
        <w:rPr>
          <w:sz w:val="20"/>
        </w:rPr>
        <w:t>35:35  poora poora samaaj jo hai aaj aap dekhiye nafrat mein jee raha hai. poora poora samaaj har aik doosre ke baray mein nafrat mein mubtala hai.</w:t>
      </w:r>
      <w:r>
        <w:br/>
      </w:r>
      <w:r>
        <w:rPr>
          <w:sz w:val="20"/>
        </w:rPr>
        <w:t>35:48  kyun? isi liye ke reporting jo ki ja rahi hai woh negative reporting hoti hai.</w:t>
      </w:r>
      <w:r>
        <w:br/>
      </w:r>
      <w:r>
        <w:rPr>
          <w:sz w:val="20"/>
        </w:rPr>
        <w:t>35:55  pehlay to aam insan jo hai negative reporting karta tha. kisi se mila to us ki zindagi ka aik negative aspect liya usi ko bayan kar raha hai.</w:t>
      </w:r>
      <w:r>
        <w:br/>
      </w:r>
      <w:r>
        <w:rPr>
          <w:sz w:val="20"/>
        </w:rPr>
        <w:t>36:07  aur ab jo hamare media industry hai woh to isi ki isi ki industry hai. yani negative report ki industry hai media hamari.</w:t>
      </w:r>
      <w:r>
        <w:br/>
      </w:r>
      <w:r>
        <w:rPr>
          <w:sz w:val="20"/>
        </w:rPr>
        <w:t>36:20  positive reporting nahi hoti hai media mein kabhi bhi.</w:t>
      </w:r>
      <w:r>
        <w:br/>
      </w:r>
      <w:r>
        <w:rPr>
          <w:sz w:val="20"/>
        </w:rPr>
        <w:t>36:24  aap jante hain ke media jo hai aik industry hai, is ko paisa kamana hai, is ko news ko sell karna hai, news ko bechna hai.</w:t>
      </w:r>
      <w:r>
        <w:br/>
      </w:r>
      <w:r>
        <w:rPr>
          <w:sz w:val="20"/>
        </w:rPr>
        <w:t>36:35  to hamara samaaj jo already negative hai, negativity mein phansa hua hai, to usay negative baatein achi lagti hain.</w:t>
      </w:r>
      <w:r>
        <w:br/>
      </w:r>
      <w:r>
        <w:rPr>
          <w:sz w:val="20"/>
        </w:rPr>
        <w:t>36:44  to sensational baat achi lagti hai. to media poora ka poora kya ho gaya hai?</w:t>
      </w:r>
      <w:r>
        <w:br/>
      </w:r>
      <w:r>
        <w:rPr>
          <w:sz w:val="20"/>
        </w:rPr>
        <w:t>36:50  woh factory ban gaya hai negative news ko phailanay ka, sensational news ko phailanay ka. to log aapas mein miltay jultay hain tab bhi negative baatein karte hain.</w:t>
      </w:r>
      <w:r>
        <w:br/>
      </w:r>
      <w:r>
        <w:rPr>
          <w:sz w:val="20"/>
        </w:rPr>
        <w:t>37:03  paper parhte hain to wahan negative baatein hoti hain. TV dekhte hain to wahan bhi negative baatein hoti hain. yani media select karta hai negative aur negative baaton ko, negative item ko.</w:t>
      </w:r>
      <w:r>
        <w:br/>
      </w:r>
      <w:r>
        <w:rPr>
          <w:sz w:val="20"/>
        </w:rPr>
        <w:t>37:21  media mein sari baatein nahi aati hain. selective way mein baatein aati hain, selective way mein. to kabhi bhi media positive aspect ko le kar nahi report karta hai in ko.</w:t>
      </w:r>
      <w:r>
        <w:br/>
      </w:r>
      <w:r>
        <w:rPr>
          <w:sz w:val="20"/>
        </w:rPr>
        <w:t>37:33  negative aspect ko le kar report karega us ko. to kya hai? log pehle hi se nafrat mein jee rahay</w:t>
      </w:r>
      <w:r>
        <w:br/>
      </w:r>
      <w:r>
        <w:rPr>
          <w:sz w:val="20"/>
        </w:rPr>
        <w:t>37:42  the. ab media jo hai, paper aur radio aur TV ne, unhon ne aur negative reporting se un ka dimagh bhar diya.</w:t>
      </w:r>
      <w:r>
        <w:br/>
      </w:r>
      <w:r>
        <w:rPr>
          <w:sz w:val="20"/>
        </w:rPr>
        <w:t>37:53  ab kya hai? har taraf negativity hai. isi se sara fasaad hai. to zuban ka galat istemal jar hai sari buraiyon ki.</w:t>
      </w:r>
      <w:r>
        <w:br/>
      </w:r>
      <w:r>
        <w:rPr>
          <w:sz w:val="20"/>
        </w:rPr>
        <w:t>38:08  main ne aisay log bohat kam dekhe, bohat hi kam ke jo kisi baat ko sunein to pehle sochein, apna common sense lagayein, research karein, investigate karein, scrutiny karein.</w:t>
      </w:r>
      <w:r>
        <w:br/>
      </w:r>
      <w:r>
        <w:rPr>
          <w:sz w:val="20"/>
        </w:rPr>
        <w:t>38:22  aur baat ko pehle theek theek janen, phir is theek theek tor par is ko report karen.</w:t>
      </w:r>
      <w:r>
        <w:br/>
      </w:r>
      <w:r>
        <w:rPr>
          <w:sz w:val="20"/>
        </w:rPr>
        <w:t>38:33  sab log bas yun hi bolte rehte hain, kuch bhi bol diya, ulti seedhi baat. to poora poora samajh hamara heet mein jee raha hai.</w:t>
      </w:r>
      <w:r>
        <w:br/>
      </w:r>
      <w:r>
        <w:rPr>
          <w:sz w:val="20"/>
        </w:rPr>
        <w:t>38:43  kyun? zaban ka ghalat istemal karte hain.</w:t>
      </w:r>
    </w:p>
    <w:p>
      <w:pPr>
        <w:pStyle w:val="Heading2"/>
      </w:pPr>
      <w:r>
        <w:t>Patience is the greatest deed</w:t>
      </w:r>
    </w:p>
    <w:p>
      <w:r>
        <w:rPr>
          <w:color w:val="666666"/>
          <w:sz w:val="18"/>
        </w:rPr>
        <w:t>Interaction with CPS Ulema October 3, 2020 Maulana Wahiduddin Khan · 1m 46s · at 24:53 · https://youtu.be/5MzuTftI8jY?t=1493</w:t>
      </w:r>
    </w:p>
    <w:p>
      <w:r>
        <w:rPr>
          <w:i/>
        </w:rPr>
        <w:t>“Sabr sab se badi cheez hai.”</w:t>
      </w:r>
    </w:p>
    <w:p>
      <w:r>
        <w:rPr>
          <w:sz w:val="20"/>
        </w:rPr>
        <w:t>24:53  dekhiye, quran se sabit hai kay sabr sab se bari cheez hai,</w:t>
      </w:r>
      <w:r>
        <w:br/>
      </w:r>
      <w:r>
        <w:rPr>
          <w:sz w:val="20"/>
        </w:rPr>
        <w:t>25:04  sab se bari cheez hai. aisay to is jo aap jab namaz namaz ki baat kartay hain to wo aqeeday ki baat ban jati hai, lekin sabr jo hai wo aik bohat bari,</w:t>
      </w:r>
      <w:r>
        <w:br/>
      </w:r>
      <w:r>
        <w:rPr>
          <w:sz w:val="20"/>
        </w:rPr>
        <w:t>25:23  bohat bara amal hai.</w:t>
      </w:r>
      <w:r>
        <w:br/>
      </w:r>
      <w:r>
        <w:rPr>
          <w:sz w:val="20"/>
        </w:rPr>
        <w:t>25:26  maulana, quran mein sabr kay baray mein aya hai: "innama yuwaffa as sabiroona ajrahum bighayri hisab" kay sabr par Allah taala bay hisab ajr de ga.</w:t>
      </w:r>
      <w:r>
        <w:br/>
      </w:r>
      <w:r>
        <w:rPr>
          <w:sz w:val="20"/>
        </w:rPr>
        <w:t>25:38  to aakhir sabr kay andar hota kia hai kay Allah taala nay aisa keh diya?</w:t>
      </w:r>
      <w:r>
        <w:br/>
      </w:r>
      <w:r>
        <w:rPr>
          <w:sz w:val="20"/>
        </w:rPr>
        <w:t>25:43  dekhiye, sabr karna parta hai kis cheez par? aap aik Allah kay aik hukum pe chalna chahtay hain, us mein rukawatein aati hain to tamam rukawaton ko overcome kartay hain,</w:t>
      </w:r>
      <w:r>
        <w:br/>
      </w:r>
      <w:r>
        <w:rPr>
          <w:sz w:val="20"/>
        </w:rPr>
        <w:t>26:01  us ko yani aik nai soch develop kartay hain,</w:t>
      </w:r>
      <w:r>
        <w:br/>
      </w:r>
      <w:r>
        <w:rPr>
          <w:sz w:val="20"/>
        </w:rPr>
        <w:t>26:10  apnay aap se ladte hain.</w:t>
      </w:r>
      <w:r>
        <w:br/>
      </w:r>
      <w:r>
        <w:rPr>
          <w:sz w:val="20"/>
        </w:rPr>
        <w:t>26:15  sabr aik amal hai, aik amal kartay hain tab ja kay aap ko sabr ki qadar jab milta hai.</w:t>
      </w:r>
      <w:r>
        <w:br/>
      </w:r>
      <w:r>
        <w:rPr>
          <w:sz w:val="20"/>
        </w:rPr>
        <w:t>26:27  to mein samajhta hoon kay yeh waqia yeh hai kay sabr se bara koi amal nahi.</w:t>
      </w:r>
    </w:p>
    <w:p>
      <w:pPr>
        <w:pStyle w:val="Heading2"/>
      </w:pPr>
      <w:r>
        <w:t>Freedom as false ideal: Skinner's 'we cannot afford freedom'</w:t>
      </w:r>
    </w:p>
    <w:p>
      <w:r>
        <w:rPr>
          <w:color w:val="666666"/>
          <w:sz w:val="18"/>
        </w:rPr>
        <w:t>Importance of Peace August 17, 2014 · 2m 44s · at 20:32 · https://youtu.be/ifxSwh2Jckw?t=1232</w:t>
      </w:r>
    </w:p>
    <w:p>
      <w:r>
        <w:rPr>
          <w:i/>
        </w:rPr>
        <w:t>“Yorop mein logon ne samjha freedom is the summum bonum”</w:t>
      </w:r>
    </w:p>
    <w:p>
      <w:r>
        <w:rPr>
          <w:sz w:val="20"/>
        </w:rPr>
        <w:t>20:32  europe mein</w:t>
      </w:r>
      <w:r>
        <w:br/>
      </w:r>
      <w:r>
        <w:rPr>
          <w:sz w:val="20"/>
        </w:rPr>
        <w:t>20:37  jo modern civilization aayi, is mein logon ne yeh samjha ke freedom is the summum bonum sab bari cheez azaadi hai.</w:t>
      </w:r>
      <w:r>
        <w:br/>
      </w:r>
      <w:r>
        <w:rPr>
          <w:sz w:val="20"/>
        </w:rPr>
        <w:t>20:50  ab bari azaadi kithon pohnchi?</w:t>
      </w:r>
      <w:r>
        <w:br/>
      </w:r>
      <w:r>
        <w:rPr>
          <w:sz w:val="20"/>
        </w:rPr>
        <w:t>20:52  azaadi, azaadi, azaadi.</w:t>
      </w:r>
      <w:r>
        <w:br/>
      </w:r>
      <w:r>
        <w:rPr>
          <w:sz w:val="20"/>
        </w:rPr>
        <w:t>20:58  lekin aap dekhiye, azadi ne kahan tak pahunchaya logon ko? anarki tak pahunchaya.</w:t>
      </w:r>
      <w:r>
        <w:br/>
      </w:r>
      <w:r>
        <w:rPr>
          <w:sz w:val="20"/>
        </w:rPr>
        <w:t>21:07  anarki. misaal ke taur par dekhiye, wahan marriage hoti hai aur dono fareeq kehte hain ke main aazad hoon, main jo chahoon karoon.</w:t>
      </w:r>
      <w:r>
        <w:br/>
      </w:r>
      <w:r>
        <w:rPr>
          <w:sz w:val="20"/>
        </w:rPr>
        <w:t>21:17  wo kehta hai ke main aazad hoon, main jo chahoon karoon.</w:t>
      </w:r>
      <w:r>
        <w:br/>
      </w:r>
      <w:r>
        <w:rPr>
          <w:sz w:val="20"/>
        </w:rPr>
        <w:t>21:20  to hamesha har marriage ego crash par khatam hoti hai. jahan do aadmi ikattha hue, ego crash. wo kehte hain ke main meri chalegi, wo kehta hai meri chalegi.</w:t>
      </w:r>
      <w:r>
        <w:br/>
      </w:r>
      <w:r>
        <w:rPr>
          <w:sz w:val="20"/>
        </w:rPr>
        <w:t>21:36  to America ke ek scholar ne ek kitaab likhi hai jis ka naam hai Freedom and Dignity</w:t>
      </w:r>
      <w:r>
        <w:br/>
      </w:r>
      <w:r>
        <w:rPr>
          <w:sz w:val="20"/>
        </w:rPr>
        <w:t>21:47  iska naam hai iscalar.</w:t>
      </w:r>
      <w:r>
        <w:br/>
      </w:r>
      <w:r>
        <w:rPr>
          <w:sz w:val="20"/>
        </w:rPr>
        <w:t>21:52  secular. is kitaab mein wo kehta hai ke we cannot afford freedom</w:t>
      </w:r>
      <w:r>
        <w:br/>
      </w:r>
      <w:r>
        <w:rPr>
          <w:sz w:val="20"/>
        </w:rPr>
        <w:t>22:00  we cannot afford freedom yaani insaan jo hai azadi ko afford nahi kar sakta. kyunke agar main apni azadi ko poore maanon mein apne ko aazad samajh loon ke main jo chahoon wo mujhe karna hai to social life jo hai is mein aap ek problem ban jayenge.</w:t>
      </w:r>
      <w:r>
        <w:br/>
      </w:r>
      <w:r>
        <w:rPr>
          <w:sz w:val="20"/>
        </w:rPr>
        <w:t>22:18  meri azadi doosre ke liye problem hai.</w:t>
      </w:r>
      <w:r>
        <w:br/>
      </w:r>
      <w:r>
        <w:rPr>
          <w:sz w:val="20"/>
        </w:rPr>
        <w:t>22:24  meri azadi doosre ke liye problem hai.</w:t>
      </w:r>
      <w:r>
        <w:br/>
      </w:r>
      <w:r>
        <w:rPr>
          <w:sz w:val="20"/>
        </w:rPr>
        <w:t>22:27  misaal ke taur par dekhiye, ab road par aap car le ke nikle hain. aap samjhen ke main jhe jhe daudaoon, idhar daudaoon, idhar daudaoon. to doosre tamam musafiron ke liye aap problem ban jayenge.</w:t>
      </w:r>
      <w:r>
        <w:br/>
      </w:r>
      <w:r>
        <w:rPr>
          <w:sz w:val="20"/>
        </w:rPr>
        <w:t>22:42  to unlimited freedom sab ke liye problem ban jati hai. yahan tak ke khud aadmi ke liye bhi. to freedom summum bonum nahi hai.</w:t>
      </w:r>
      <w:r>
        <w:br/>
      </w:r>
      <w:r>
        <w:rPr>
          <w:sz w:val="20"/>
        </w:rPr>
        <w:t>22:57  is professor ne apni kitaab, moti kitaab hai, is ne bohat si baatein likhi hain. is ka khulasa yeh hai ke we cannot afford freedom</w:t>
      </w:r>
      <w:r>
        <w:br/>
      </w:r>
      <w:r>
        <w:rPr>
          <w:sz w:val="20"/>
        </w:rPr>
        <w:t>23:12  insaan azadi ko afford nahi kar sakta.</w:t>
      </w:r>
    </w:p>
    <w:p>
      <w:pPr>
        <w:pStyle w:val="Heading2"/>
      </w:pPr>
      <w:r>
        <w:t>Palestine's 60-year failed struggle needs rethinking</w:t>
      </w:r>
    </w:p>
    <w:p>
      <w:r>
        <w:rPr>
          <w:color w:val="666666"/>
          <w:sz w:val="18"/>
        </w:rPr>
        <w:t>Between Possible and Impossible December 9, 2012 · 5m 17s · at 49:49 · https://youtu.be/Q0tC7obKbT8?t=2989</w:t>
      </w:r>
    </w:p>
    <w:p>
      <w:r>
        <w:rPr>
          <w:i/>
        </w:rPr>
        <w:t>“فلسطین کی جو ریسنٹ ہسٹری ہے، وہ 1948 سے”</w:t>
      </w:r>
    </w:p>
    <w:p>
      <w:r>
        <w:rPr>
          <w:sz w:val="20"/>
        </w:rPr>
        <w:t>49:49  stagnation khatm ho. aap chahte hain ke nahin, baqi rahe. to aap hi harenge. yahi muamla is ka hai mere nazdeek Palestine ka.</w:t>
      </w:r>
      <w:r>
        <w:br/>
      </w:r>
      <w:r>
        <w:rPr>
          <w:sz w:val="20"/>
        </w:rPr>
        <w:t>50:01  Palestine mein dekhiye, yaani Palestine ki jo recent history hai woh 1948 se shuru hoti hai. 1948 se.</w:t>
      </w:r>
      <w:r>
        <w:br/>
      </w:r>
      <w:r>
        <w:rPr>
          <w:sz w:val="20"/>
        </w:rPr>
        <w:t>50:11  abhi kal mein akhbar mein parh raha tha ke Palestinian leaderon ki Gaza mein woh hui meeting hui.</w:t>
      </w:r>
      <w:r>
        <w:br/>
      </w:r>
      <w:r>
        <w:rPr>
          <w:sz w:val="20"/>
        </w:rPr>
        <w:t>50:18  woh dhoom se taqreeren kin unhon ne ke sara Palestine jab tak hamare qabze mein na aa jaye ga, us waqt hum chup nahin baithenge.</w:t>
      </w:r>
      <w:r>
        <w:br/>
      </w:r>
      <w:r>
        <w:rPr>
          <w:sz w:val="20"/>
        </w:rPr>
        <w:t>50:27  hamari struggle jari rahe gi jab tak poore Palestine par hum qabza na kar len. yeh ab impossible hai. yeh Allah ke scheme of things ke khilaf hai yeh ke sare Palestine par hum qabiz ho jayen.</w:t>
      </w:r>
      <w:r>
        <w:br/>
      </w:r>
      <w:r>
        <w:rPr>
          <w:sz w:val="20"/>
        </w:rPr>
        <w:t>50:41  yeh yeh to impossible hai.</w:t>
      </w:r>
      <w:r>
        <w:br/>
      </w:r>
      <w:r>
        <w:rPr>
          <w:sz w:val="20"/>
        </w:rPr>
        <w:t>50:43  dekhiye, main aap ko aik aik bohat hi important law of nature arz karta hoon ke jab bhi aap ki koi planning fail ho jaye, jab bhi aap ki koi planning fail ho jaye, koi mansooba aap ka kamyab na ho to aap ko kya karna chahiye?</w:t>
      </w:r>
      <w:r>
        <w:br/>
      </w:r>
      <w:r>
        <w:rPr>
          <w:sz w:val="20"/>
        </w:rPr>
        <w:t>51:01  aap kabhi bhi react nahi karna chahiye. aap ko rethink karna chahiye. reassess karna chahiye.</w:t>
      </w:r>
      <w:r>
        <w:br/>
      </w:r>
      <w:r>
        <w:rPr>
          <w:sz w:val="20"/>
        </w:rPr>
        <w:t>51:10  agar aap reaction karenge to aap static rastay pe chalenge. aap rethink karenge to aap farishton ke rastay pe chalenge.</w:t>
      </w:r>
      <w:r>
        <w:br/>
      </w:r>
      <w:r>
        <w:rPr>
          <w:sz w:val="20"/>
        </w:rPr>
        <w:t>51:19  jis mein kya hoga faida? rethink karne mein aap ko nai line of action mil jati hai. reaction karne mein aap ko koi line of action nahi milti.</w:t>
      </w:r>
      <w:r>
        <w:br/>
      </w:r>
      <w:r>
        <w:rPr>
          <w:sz w:val="20"/>
        </w:rPr>
        <w:t>51:34  sahi yani right line of</w:t>
      </w:r>
      <w:r>
        <w:br/>
      </w:r>
      <w:r>
        <w:rPr>
          <w:sz w:val="20"/>
        </w:rPr>
        <w:t>51:37  action kya hai? woh aap jaan lete hain rethink karne ki shakal mein. ab rethink nahi karte to aap kya hote hain? tension, larai, frustration aur suicide aur yeh sab hota rehta hai.</w:t>
      </w:r>
      <w:r>
        <w:br/>
      </w:r>
      <w:r>
        <w:rPr>
          <w:sz w:val="20"/>
        </w:rPr>
        <w:t>51:54  to jab bhi aap ka koi bhi planning jo aap ne kiya, koi bhi planning chahe individual life mein ho, chahe national life mein ho, agar woh dekhen aap ke aap ka jo goal tha woh poora nahi ho saka to yeh mat kabhi kijiye ke aap react karen.</w:t>
      </w:r>
      <w:r>
        <w:br/>
      </w:r>
      <w:r>
        <w:rPr>
          <w:sz w:val="20"/>
        </w:rPr>
        <w:t>52:15  balkeh rethink kijiye. falasteen</w:t>
      </w:r>
      <w:r>
        <w:br/>
      </w:r>
      <w:r>
        <w:rPr>
          <w:sz w:val="20"/>
        </w:rPr>
        <w:t>52:18  mein kya hua dekhiye? 1948 mein balfour wardict ke tehat partition hua falasteen ka.</w:t>
      </w:r>
      <w:r>
        <w:br/>
      </w:r>
      <w:r>
        <w:rPr>
          <w:sz w:val="20"/>
        </w:rPr>
        <w:t>52:28  roughly aadha diya gaya yani yahood ko aadha diya gaya, arabon ko. acha, arabon ne kaha ke hum nahi mante is partition ko aur larai chhod di unhon ne.</w:t>
      </w:r>
      <w:r>
        <w:br/>
      </w:r>
      <w:r>
        <w:rPr>
          <w:sz w:val="20"/>
        </w:rPr>
        <w:t>52:39  1948 hi se larai shuru kar di unhon ne ke hum is partition ko nahi mante, poora poora falasteen hamara</w:t>
      </w:r>
      <w:r>
        <w:br/>
      </w:r>
      <w:r>
        <w:rPr>
          <w:sz w:val="20"/>
        </w:rPr>
        <w:t>52:45  hai. acha, ab dekhiye ke 60 saal se zyada muddat beet gayi. 60 saal se zyada muddat beet gayi.</w:t>
      </w:r>
      <w:r>
        <w:br/>
      </w:r>
      <w:r>
        <w:rPr>
          <w:sz w:val="20"/>
        </w:rPr>
        <w:t>52:54  ab falastiniyon ko mila kya? mila kya falastiniyon ko?</w:t>
      </w:r>
      <w:r>
        <w:br/>
      </w:r>
      <w:r>
        <w:rPr>
          <w:sz w:val="20"/>
        </w:rPr>
        <w:t>52:58  dekhiye, 1948 mein arabon ko ya falastiniyon ko falasteen ka aadha hissa mila hua tha, including yerushalayim,</w:t>
      </w:r>
      <w:r>
        <w:br/>
      </w:r>
      <w:r>
        <w:rPr>
          <w:sz w:val="20"/>
        </w:rPr>
        <w:t>53:12  including badr al-muqaddas, including masjid al-aqsa mila hua tha. lekin unhon ne is ke khilaf yani woh shuru kar diya</w:t>
      </w:r>
      <w:r>
        <w:br/>
      </w:r>
      <w:r>
        <w:rPr>
          <w:sz w:val="20"/>
        </w:rPr>
        <w:t>53:26  larai, shuru kar di larai.</w:t>
      </w:r>
      <w:r>
        <w:br/>
      </w:r>
      <w:r>
        <w:rPr>
          <w:sz w:val="20"/>
        </w:rPr>
        <w:t>53:28  aaj kya soorat-e-haal hai? aaj un ke paas aik bohat chhota sa hissa hai jo aik municipality samajh lijiye, municipality koi woh hukoomat ki shakal is ki nahi hai.</w:t>
      </w:r>
      <w:r>
        <w:br/>
      </w:r>
      <w:r>
        <w:rPr>
          <w:sz w:val="20"/>
        </w:rPr>
        <w:t>53:40  to aap bajaye is ke ke yeh kahein ke hum ko poora falasteen hamein lena hai, yeh nahi karna chahiye. rethink karna chahiye ke kyun hamara plan nakam ho gaya.</w:t>
      </w:r>
      <w:r>
        <w:br/>
      </w:r>
      <w:r>
        <w:rPr>
          <w:sz w:val="20"/>
        </w:rPr>
        <w:t>53:51  arabon ko chahiye ke woh yeh sochein ke jo hum ne planning ki thi 1948 mein, woh kyun nakam ho gayi?</w:t>
      </w:r>
      <w:r>
        <w:br/>
      </w:r>
      <w:r>
        <w:rPr>
          <w:sz w:val="20"/>
        </w:rPr>
        <w:t>53:57  kai naslein beet gayeen, lakhon log mar gaye aur yani billion trillion rupay ka nuqsan hua. phir bhi hum apna plan poora nahi kar sake.</w:t>
      </w:r>
      <w:r>
        <w:br/>
      </w:r>
      <w:r>
        <w:rPr>
          <w:sz w:val="20"/>
        </w:rPr>
        <w:t>54:10  to aisa hua kyun? yani issue ko main kehta hoon rethink karna. lekin woh react kar rahe hain. is duniya mein reaction se kya hoga?</w:t>
      </w:r>
      <w:r>
        <w:br/>
      </w:r>
      <w:r>
        <w:rPr>
          <w:sz w:val="20"/>
        </w:rPr>
        <w:t>54:23  aap fail hi fail hote rahenge. kyunke woh to static rasta hai.</w:t>
      </w:r>
      <w:r>
        <w:br/>
      </w:r>
      <w:r>
        <w:rPr>
          <w:sz w:val="20"/>
        </w:rPr>
        <w:t>54:28  rethink karenge to kya hoga? aap naya rasta pa lenge, nai line of action pa lenge. aik aap ko dikhai dega ke phir se apna plan banaoon main, naya plan jo waqatan workable ho.</w:t>
      </w:r>
      <w:r>
        <w:br/>
      </w:r>
      <w:r>
        <w:rPr>
          <w:sz w:val="20"/>
        </w:rPr>
        <w:t>54:44  to fail hone ke maani hain ke aap ka plan ne work nahi kiya. it was not workable jaise morsi sahib ne apne potential degree ko wapas liya to is ka matlab kya hua?</w:t>
      </w:r>
      <w:r>
        <w:br/>
      </w:r>
      <w:r>
        <w:rPr>
          <w:sz w:val="20"/>
        </w:rPr>
        <w:t>54:56  ke woh workable nahi tha, woh workable nahi tha. to ab jo hai kya hai ke workable planning karni chahiye, jo work kare, jo feasible ho.</w:t>
      </w:r>
    </w:p>
    <w:p>
      <w:pPr>
        <w:pStyle w:val="Heading2"/>
      </w:pPr>
      <w:r>
        <w:t>practical dawa work through time management and pamphlet distribution</w:t>
      </w:r>
    </w:p>
    <w:p>
      <w:r>
        <w:rPr>
          <w:color w:val="666666"/>
          <w:sz w:val="18"/>
        </w:rPr>
        <w:t>The Age of Deceiving Philosophies I 21 June 2009 · 5m 20s · at 1:58:05 · https://youtu.be/RZCs_8AtCTM?t=7085</w:t>
      </w:r>
    </w:p>
    <w:p>
      <w:r>
        <w:rPr>
          <w:i/>
        </w:rPr>
        <w:t>“You have to learn the art of time management”</w:t>
      </w:r>
    </w:p>
    <w:p>
      <w:r>
        <w:rPr>
          <w:sz w:val="20"/>
        </w:rPr>
        <w:t>1:58:05  to basic cheez jo hai ke you have to learn the art of time management yeh asal cheez hai. doosri baat yeh hai ke aap samajhte hain ke dua koi professional, woh dawah koi professional cheez hai.</w:t>
      </w:r>
      <w:r>
        <w:br/>
      </w:r>
      <w:r>
        <w:rPr>
          <w:sz w:val="20"/>
        </w:rPr>
        <w:t>1:58:18  professional har waqt dua, woh har waqt dawah. dua work ek aisa kaam hai jo har waqt aap kar sakte hain.</w:t>
      </w:r>
      <w:r>
        <w:br/>
      </w:r>
      <w:r>
        <w:rPr>
          <w:sz w:val="20"/>
        </w:rPr>
        <w:t>1:58:28  woh kaise? apne pas ek pamphlet rakh li jiye. hamare chhote chhote, hamare chhote chhote pamphlet chhape hue hain, rakh li jiye.</w:t>
      </w:r>
      <w:r>
        <w:br/>
      </w:r>
      <w:r>
        <w:rPr>
          <w:sz w:val="20"/>
        </w:rPr>
        <w:t>1:58:35  koi milne ayega aap ko, us ko de di jiye. kahin gaye aap, wahan de di jiye. aap market mein gaye, aap bazaar gaye, aap kahin bhi gaye.</w:t>
      </w:r>
      <w:r>
        <w:br/>
      </w:r>
      <w:r>
        <w:rPr>
          <w:sz w:val="20"/>
        </w:rPr>
        <w:t>1:58:47  isi colony mein hum sochte the ke kaise dawah phailai jaye. to hamare ghar ki khawateen ne kya kiya? ghar ki jo aurtein kaam karti hain, un ko de diya.</w:t>
      </w:r>
      <w:r>
        <w:br/>
      </w:r>
      <w:r>
        <w:rPr>
          <w:sz w:val="20"/>
        </w:rPr>
        <w:t>1:58:57  woh ja ke ghar bant rahi hain. to ek mujhe ek nayi discovery ho gayi</w:t>
      </w:r>
      <w:r>
        <w:br/>
      </w:r>
      <w:r>
        <w:rPr>
          <w:sz w:val="20"/>
        </w:rPr>
        <w:t>1:59:01  ۔ discovery yeh ho gayi ke yeh jo kaam karti hain auratain, un mein jhijhak nahi hoti. jhijhak</w:t>
      </w:r>
      <w:r>
        <w:br/>
      </w:r>
      <w:r>
        <w:rPr>
          <w:sz w:val="20"/>
        </w:rPr>
        <w:t>1:59:09  aur jo safed posh log hotay hain, un mein jhijhak hoti hai. to woh aap beshak ja ke un ko de diya, un ko de diya, un ko diya, un ko de diya. to dua work kiya samajhte hain aap?</w:t>
      </w:r>
      <w:r>
        <w:br/>
      </w:r>
      <w:r>
        <w:rPr>
          <w:sz w:val="20"/>
        </w:rPr>
        <w:t>1:59:21  dua work kahin bhi kar sakte hain aap, kahin bhi.</w:t>
      </w:r>
      <w:r>
        <w:br/>
      </w:r>
      <w:r>
        <w:rPr>
          <w:sz w:val="20"/>
        </w:rPr>
        <w:t>1:59:25  aur jab sab cheez chhup ke aa chuki hai kitabon ki shakal mein, to aap bilkul aap apne pocket mein rakh lijiye, apne mez pe rakh lijiye, aur jis se mulaqat hogi, dete rahiye.</w:t>
      </w:r>
      <w:r>
        <w:br/>
      </w:r>
      <w:r>
        <w:rPr>
          <w:sz w:val="20"/>
        </w:rPr>
        <w:t>1:59:36  bas dua work ho gaya.</w:t>
      </w:r>
      <w:r>
        <w:br/>
      </w:r>
      <w:r>
        <w:rPr>
          <w:sz w:val="20"/>
        </w:rPr>
        <w:t>1:59:42  log samajhte hain ke dua work koi bohat hi, yaani koi mysterious cheez hai. mysterious cheez nahi hai.</w:t>
      </w:r>
      <w:r>
        <w:br/>
      </w:r>
      <w:r>
        <w:rPr>
          <w:sz w:val="20"/>
        </w:rPr>
        <w:t>1:59:50  yeh idea mujhe aap se bohat pehle, shayad ba-khatar 70 saal pehle ki baat hogi, ghaliban bohat pehle ki baat. mein Kerala gaya tha ek baar, bohat pehle, yaani azadi se pehle ki baat hai.</w:t>
      </w:r>
      <w:r>
        <w:br/>
      </w:r>
      <w:r>
        <w:rPr>
          <w:sz w:val="20"/>
        </w:rPr>
        <w:t>2:00:03  yeh azadi ko 60 baras ho gaye, yeh waqea azadi se pehle ka hai. to mein gaya Kerala train se safar kar ke, kisi station pe mein utra.</w:t>
      </w:r>
      <w:r>
        <w:br/>
      </w:r>
      <w:r>
        <w:rPr>
          <w:sz w:val="20"/>
        </w:rPr>
        <w:t>2:00:16  mujhe kisi town mein jana tha.</w:t>
      </w:r>
      <w:r>
        <w:br/>
      </w:r>
      <w:r>
        <w:rPr>
          <w:sz w:val="20"/>
        </w:rPr>
        <w:t>2:00:19  hamare baray bhai ka business tha, us business ke liye mujhe wahan bheja tha unhon ne. to mein jab station se utar ke chala to wahan par paidal jana tha, sawari waghera nahi thi.</w:t>
      </w:r>
      <w:r>
        <w:br/>
      </w:r>
      <w:r>
        <w:rPr>
          <w:sz w:val="20"/>
        </w:rPr>
        <w:t>2:00:28  aaj kal ki, aaj to sawari bohat zyada barh gayi hai. to ek customer mere sath, do hum log, do aadmi ho gaye.</w:t>
      </w:r>
      <w:r>
        <w:br/>
      </w:r>
      <w:r>
        <w:rPr>
          <w:sz w:val="20"/>
        </w:rPr>
        <w:t>2:00:38  to baat karte hue hum ja rahe thay. to</w:t>
      </w:r>
      <w:r>
        <w:br/>
      </w:r>
      <w:r>
        <w:rPr>
          <w:sz w:val="20"/>
        </w:rPr>
        <w:t>2:00:43  ek jagah aayi jahan ke road jo hai, idhar jati thi, idhar jati thi. to us ko idhar jana tha, mujhe idhar jana tha. to us ne apne bag mein se ek ek bohat hi beautiful chhupa hua woh nikala,</w:t>
      </w:r>
      <w:r>
        <w:br/>
      </w:r>
      <w:r>
        <w:rPr>
          <w:sz w:val="20"/>
        </w:rPr>
        <w:t>2:00:56  ek chhota sa leaflet mujhe de diya. de kar bhi chala gaya woh. us waqt mere idea thay, mere mind mein tha ke kitna acha tareeqa hai dawat ka</w:t>
      </w:r>
      <w:r>
        <w:br/>
      </w:r>
      <w:r>
        <w:rPr>
          <w:sz w:val="20"/>
        </w:rPr>
        <w:t>2:01:07  ke apne pocket mein, apne bag mein woh rakhe raho aur de do kisi ko. us waqt hamare paas leaflet nahi hua karte thay, booklet bhi nahi hotay thay, hamare paas digital nahi hua karta tha.</w:t>
      </w:r>
      <w:r>
        <w:br/>
      </w:r>
      <w:r>
        <w:rPr>
          <w:sz w:val="20"/>
        </w:rPr>
        <w:t>2:01:19  ab Khuda ki fazl se digital ban gaya hai aur bohat acha chhupa hua maujood hai. to bas aap rakhein apne sath, jo mile us ko dete rahiye, jo mile us ko dete rahiye.</w:t>
      </w:r>
      <w:r>
        <w:br/>
      </w:r>
      <w:r>
        <w:rPr>
          <w:sz w:val="20"/>
        </w:rPr>
        <w:t>2:01:29  matlab distributor ban jaiye, distributor. is se zyada asan kiya ho sakta hai? is se zyada asan to koi cheez nahi hai.</w:t>
      </w:r>
      <w:r>
        <w:br/>
      </w:r>
      <w:r>
        <w:rPr>
          <w:sz w:val="20"/>
        </w:rPr>
        <w:t>2:01:37  to dua work ko dekhiye, printing press ke zamanay mein jab koi aisa literature tayar ho chuka hai to dua work bilkul asan ho gaya hai.</w:t>
      </w:r>
      <w:r>
        <w:br/>
      </w:r>
      <w:r>
        <w:rPr>
          <w:sz w:val="20"/>
        </w:rPr>
        <w:t>2:01:47  kisi ke paas koi excuse nahi hai, koi excuse kisi ke paas nahi. no excuse what so ever. yeh mein apni, yaani mujhe is mein zara bhi shaq nahi ke aaj kisi bhi shakhs ke liye dua work karne ke liye koi excuse baqi nahi hai.</w:t>
      </w:r>
      <w:r>
        <w:br/>
      </w:r>
      <w:r>
        <w:rPr>
          <w:sz w:val="20"/>
        </w:rPr>
        <w:t>2:02:08  kyun ke communication hai, printing press hai, chhupa hua literature hai. to aap ko excuse kis baat ka? kis baat ka excuse bataiye?</w:t>
      </w:r>
      <w:r>
        <w:br/>
      </w:r>
      <w:r>
        <w:rPr>
          <w:sz w:val="20"/>
        </w:rPr>
        <w:t>2:02:21  hamara jo ladki, jo bilkul jahil hai, kuch bilkul illiterate hai, bilkul. to aap ne us ko kar diya ke ja ke woh banto, kitab hai usi colony mein.</w:t>
      </w:r>
      <w:r>
        <w:br/>
      </w:r>
      <w:r>
        <w:rPr>
          <w:sz w:val="20"/>
        </w:rPr>
        <w:t>2:02:35  to kal us ko dream aaya ke woh ek bagh mein hai jahan khoob har taraf woh hain, phal phal hain, do do tod rahi hai us us us us peed se, us peed se.</w:t>
      </w:r>
      <w:r>
        <w:br/>
      </w:r>
      <w:r>
        <w:rPr>
          <w:sz w:val="20"/>
        </w:rPr>
        <w:t>2:02:47  to is ka interpretation mein ne samjha ke ke yahi dua work jo kar rahi hai, wahi wahi hai ke ek bagh hai, yeh jis mein itnay saray ghar hain, har ghar mein ja ja ke woh distribute kar rahi hai dua o kitab.</w:t>
      </w:r>
      <w:r>
        <w:br/>
      </w:r>
      <w:r>
        <w:rPr>
          <w:sz w:val="20"/>
        </w:rPr>
        <w:t>2:03:00  to dawat ek bagh hai, dua work ek bagh</w:t>
      </w:r>
      <w:r>
        <w:br/>
      </w:r>
      <w:r>
        <w:rPr>
          <w:sz w:val="20"/>
        </w:rPr>
        <w:t>2:03:03  hai, bagh ke phalon ko chun lijiye. khula hua bagh hai, ek khula hua garden hai. bas mujhe yeh khwab is ka bohat pasand aaya, bohat acha laga mujhe ke dua work kiya hai ek khulay hue bagh mein.</w:t>
      </w:r>
      <w:r>
        <w:br/>
      </w:r>
      <w:r>
        <w:rPr>
          <w:sz w:val="20"/>
        </w:rPr>
        <w:t>2:03:17  ab aap hain, har taraf phaldar darakht hain, is is is darakht ka phal le lijiye, is darakht ka phal le lijie. simple si baat hai ke aap distributor ban jaiye.</w:t>
      </w:r>
    </w:p>
    <w:p>
      <w:pPr>
        <w:pStyle w:val="Heading2"/>
      </w:pPr>
      <w:r>
        <w:t>The hidden-lie culture that breeds a weak personality</w:t>
      </w:r>
    </w:p>
    <w:p>
      <w:r>
        <w:rPr>
          <w:color w:val="666666"/>
          <w:sz w:val="18"/>
        </w:rPr>
        <w:t>Lessons from The Quran And Hadith · 2m 33s · at 20:01 · https://youtu.be/fBflSQEPstg?t=1201</w:t>
      </w:r>
    </w:p>
    <w:p>
      <w:r>
        <w:rPr>
          <w:i/>
        </w:rPr>
        <w:t>“Aajkal ek ajeeb culture chal para hai, 'nahi culture'.”</w:t>
      </w:r>
    </w:p>
    <w:p>
      <w:r>
        <w:rPr>
          <w:sz w:val="20"/>
        </w:rPr>
        <w:t>20:01  aaj kal mein dekhta hoon ek ajeeb culture duniya mein chala hua hai. aaj hi mein soch raha tha ke main ek article likhoon jis ka naam, jis ka caption ho "nahi culture".</w:t>
      </w:r>
      <w:r>
        <w:br/>
      </w:r>
      <w:r>
        <w:rPr>
          <w:sz w:val="20"/>
        </w:rPr>
        <w:t>20:15  nau nau culture. nahi culture.</w:t>
      </w:r>
      <w:r>
        <w:br/>
      </w:r>
      <w:r>
        <w:rPr>
          <w:sz w:val="20"/>
        </w:rPr>
        <w:t>20:18  kyun? aaj kal haal hai yeh hai ke jab bhi kisi se baat hoti hai to foran woh nahi keh deta hai. kuch bhi kahiye, nahi.</w:t>
      </w:r>
      <w:r>
        <w:br/>
      </w:r>
      <w:r>
        <w:rPr>
          <w:sz w:val="20"/>
        </w:rPr>
        <w:t>20:27  aur baat ko khud woh aitraf karega ke haan, alfaaz badal kar ke.</w:t>
      </w:r>
      <w:r>
        <w:br/>
      </w:r>
      <w:r>
        <w:rPr>
          <w:sz w:val="20"/>
        </w:rPr>
        <w:t>20:37  jaise ek lady se mulaqat hui to un ki baaton se maine mehsoos kiya ke un se aur un ke husband se kuch aapas mein nakhushgawari hai.</w:t>
      </w:r>
      <w:r>
        <w:br/>
      </w:r>
      <w:r>
        <w:rPr>
          <w:sz w:val="20"/>
        </w:rPr>
        <w:t>20:50  kuch taluqaat mein khinchao hai. kashidgi hai.</w:t>
      </w:r>
      <w:r>
        <w:br/>
      </w:r>
      <w:r>
        <w:rPr>
          <w:sz w:val="20"/>
        </w:rPr>
        <w:t>20:56  to maine un se kaha ke aap aisa lagta hai ke aap, aap ka, aap kuch sad lagti hain. kuch aap ke shadi shuda zindagi mein kuch problem hai, aisa lagta hai mujhe.</w:t>
      </w:r>
      <w:r>
        <w:br/>
      </w:r>
      <w:r>
        <w:rPr>
          <w:sz w:val="20"/>
        </w:rPr>
        <w:t>21:06  to woh kya hain? kaha nahi, nahi, nahi, bilkul theek, kuch nahi hai. aur baat ko jab maine scrutiny ki to khud hi unhone keh diya ke woh shadi ke baad kuch din tak to bohat theek tha.</w:t>
      </w:r>
      <w:r>
        <w:br/>
      </w:r>
      <w:r>
        <w:rPr>
          <w:sz w:val="20"/>
        </w:rPr>
        <w:t>21:20  ab kai baar aisa hota hai ke bol chaal band ho jati</w:t>
      </w:r>
      <w:r>
        <w:br/>
      </w:r>
      <w:r>
        <w:rPr>
          <w:sz w:val="20"/>
        </w:rPr>
        <w:t>21:23  hai. kai baar aisa hota hai ke woh kahin hain aur main kahin hoon. yani khud hi baat ko unhone maan liya, is baat ko. yeh sab ka haal main dekhta hoon, sab ka haal.</w:t>
      </w:r>
      <w:r>
        <w:br/>
      </w:r>
      <w:r>
        <w:rPr>
          <w:sz w:val="20"/>
        </w:rPr>
        <w:t>21:34  pehlay nahi kahain ge, is ko isi ko haan kar dein ge. to ek hota hai, yani khula jhoot.</w:t>
      </w:r>
      <w:r>
        <w:br/>
      </w:r>
      <w:r>
        <w:rPr>
          <w:sz w:val="20"/>
        </w:rPr>
        <w:t>21:45  ek hota hai chupa jhoot.</w:t>
      </w:r>
      <w:r>
        <w:br/>
      </w:r>
      <w:r>
        <w:rPr>
          <w:sz w:val="20"/>
        </w:rPr>
        <w:t>21:48  to main samajhta hoon ke chupa jhoot, main samajhta hoon ke khula jhoot to kam boltay hain log. lekin chupa jhoot to sabhi boltay hain.</w:t>
      </w:r>
      <w:r>
        <w:br/>
      </w:r>
      <w:r>
        <w:rPr>
          <w:sz w:val="20"/>
        </w:rPr>
        <w:t>21:58  bohat hi kam exception hon ge, bohat hi kam, bohat hi rare exception. to dekhiye, is tarah se jo nahi culture chal pada hai hamare haan, yani chupa jhoot bolnay ka culture,</w:t>
      </w:r>
      <w:r>
        <w:br/>
      </w:r>
      <w:r>
        <w:rPr>
          <w:sz w:val="20"/>
        </w:rPr>
        <w:t>22:14  is se kya hota hai?</w:t>
      </w:r>
      <w:r>
        <w:br/>
      </w:r>
      <w:r>
        <w:rPr>
          <w:sz w:val="20"/>
        </w:rPr>
        <w:t>22:18  weak personality banti hai aadmi ke andar. jab aap sachai pe kharay hon, aap sach bolain to aap ke andar strong per, aap ke andar strong personality banay gi.</w:t>
      </w:r>
    </w:p>
    <w:p>
      <w:pPr>
        <w:pStyle w:val="Heading2"/>
      </w:pPr>
      <w:r>
        <w:t>why every stress expert fails to actually help</w:t>
      </w:r>
    </w:p>
    <w:p>
      <w:r>
        <w:rPr>
          <w:color w:val="666666"/>
          <w:sz w:val="18"/>
        </w:rPr>
        <w:t>Stress and Spirituality January 1, 2012 · 4m 06s · at 0:54 · https://youtu.be/TPhXL9-g6ME?t=54</w:t>
      </w:r>
    </w:p>
    <w:p>
      <w:r>
        <w:rPr>
          <w:i/>
        </w:rPr>
        <w:t>“Everyone's biggest problem today is called stress”</w:t>
      </w:r>
    </w:p>
    <w:p>
      <w:r>
        <w:rPr>
          <w:sz w:val="20"/>
        </w:rPr>
        <w:t>0:54  Aaj kal sari duniya ka sab se bara masla yahi hai jis ko kehte hain stress.</w:t>
      </w:r>
      <w:r>
        <w:br/>
      </w:r>
      <w:r>
        <w:rPr>
          <w:sz w:val="20"/>
        </w:rPr>
        <w:t>1:04  Sari duniya mein</w:t>
      </w:r>
      <w:r>
        <w:br/>
      </w:r>
      <w:r>
        <w:rPr>
          <w:sz w:val="20"/>
        </w:rPr>
        <w:t>1:08  hazaron ki tadad mein school of de-stressing khule hue hain, beshumar log is profession mein lage hue hain.</w:t>
      </w:r>
      <w:r>
        <w:br/>
      </w:r>
      <w:r>
        <w:rPr>
          <w:sz w:val="20"/>
        </w:rPr>
        <w:t>1:20  Magar jahan tak main jaanta hoon, 1% bhi</w:t>
      </w:r>
      <w:r>
        <w:br/>
      </w:r>
      <w:r>
        <w:rPr>
          <w:sz w:val="20"/>
        </w:rPr>
        <w:t>1:28  kamyabi nahi hui is mein ke stress mein jo log jee rahe hain, un ki de-stressing kar sakein yeh log.</w:t>
      </w:r>
      <w:r>
        <w:br/>
      </w:r>
      <w:r>
        <w:rPr>
          <w:sz w:val="20"/>
        </w:rPr>
        <w:t>1:39  Stress badhta ja raha hai.</w:t>
      </w:r>
      <w:r>
        <w:br/>
      </w:r>
      <w:r>
        <w:rPr>
          <w:sz w:val="20"/>
        </w:rPr>
        <w:t>1:43  Toh is par main aaj ki majlis mein kuch kehne ki koshish karunga.</w:t>
      </w:r>
      <w:r>
        <w:br/>
      </w:r>
      <w:r>
        <w:rPr>
          <w:sz w:val="20"/>
        </w:rPr>
        <w:t>1:55  Aap jante hain ke main rozana All India Radio sunta hoon, toh aaj bhi main subah sun raha tha.</w:t>
      </w:r>
      <w:r>
        <w:br/>
      </w:r>
      <w:r>
        <w:rPr>
          <w:sz w:val="20"/>
        </w:rPr>
        <w:t>2:03  Ittifaq se aaj, yani aaj pehla din hai naye saal ka, yani 2012 jo hai, is ka pehla din hai, first January.</w:t>
      </w:r>
      <w:r>
        <w:br/>
      </w:r>
      <w:r>
        <w:rPr>
          <w:sz w:val="20"/>
        </w:rPr>
        <w:t>2:15  Toh aaj wahan aik senior psychiatrist, jis ko kehte hain psychiatrist, aik senior psychiatrist ka interview aa raha tha, aur isi mauzu par aa raha tha, stress ke mauzu par.</w:t>
      </w:r>
      <w:r>
        <w:br/>
      </w:r>
      <w:r>
        <w:rPr>
          <w:sz w:val="20"/>
        </w:rPr>
        <w:t>2:33  to woh aadmi bohat shandar English bol raha tha, maine bohat ghaur se suna.</w:t>
      </w:r>
      <w:r>
        <w:br/>
      </w:r>
      <w:r>
        <w:rPr>
          <w:sz w:val="20"/>
        </w:rPr>
        <w:t>2:42  ek bhi lafz aisa nahi tha jis ke liye mujhe dictionary dekhna pare, lekin phir bhi kuch samajh mein nahi aaya. kyunke sab confusion hi confusion tha.</w:t>
      </w:r>
      <w:r>
        <w:br/>
      </w:r>
      <w:r>
        <w:rPr>
          <w:sz w:val="20"/>
        </w:rPr>
        <w:t>2:54  main bohat zyada parha hai in logon ki cheezein, in ke article ya kitabein hain, in ki speeches bhi suni hain, jo log is profession mein hain.</w:t>
      </w:r>
      <w:r>
        <w:br/>
      </w:r>
      <w:r>
        <w:rPr>
          <w:sz w:val="20"/>
        </w:rPr>
        <w:t>3:06  lekin sabhi ka haal yeh hai ke woh koi solution nahi de paate,</w:t>
      </w:r>
      <w:r>
        <w:br/>
      </w:r>
      <w:r>
        <w:rPr>
          <w:sz w:val="20"/>
        </w:rPr>
        <w:t>3:14  problems without any exception.</w:t>
      </w:r>
      <w:r>
        <w:br/>
      </w:r>
      <w:r>
        <w:rPr>
          <w:sz w:val="20"/>
        </w:rPr>
        <w:t>3:19  to aaj bhi jo main sun raha tha to "there was not an exception".</w:t>
      </w:r>
      <w:r>
        <w:br/>
      </w:r>
      <w:r>
        <w:rPr>
          <w:sz w:val="20"/>
        </w:rPr>
        <w:t>3:29  unhone</w:t>
      </w:r>
      <w:r>
        <w:br/>
      </w:r>
      <w:r>
        <w:rPr>
          <w:sz w:val="20"/>
        </w:rPr>
        <w:t>3:33  diagnosis to bohat sahi kiya, lekin prescription sahi nahi thi is ki. yeh sab ka haal hai. kitabein main sunta hoon ya parhta hoon to diagnosis to bada acha karte hain woh,</w:t>
      </w:r>
      <w:r>
        <w:br/>
      </w:r>
      <w:r>
        <w:rPr>
          <w:sz w:val="20"/>
        </w:rPr>
        <w:t>3:47  lekin jab aati hai baat prescription ki to bata nahi paate.</w:t>
      </w:r>
      <w:r>
        <w:br/>
      </w:r>
      <w:r>
        <w:rPr>
          <w:sz w:val="20"/>
        </w:rPr>
        <w:t>3:54  diagnosis karte hue unhone yeh jumla istemal kiya ke "stress is a result of difference between aspiration and reality".</w:t>
      </w:r>
      <w:r>
        <w:br/>
      </w:r>
      <w:r>
        <w:rPr>
          <w:sz w:val="20"/>
        </w:rPr>
        <w:t>4:16  stress is a result of difference between aspiration and reality.</w:t>
      </w:r>
      <w:r>
        <w:br/>
      </w:r>
      <w:r>
        <w:rPr>
          <w:sz w:val="20"/>
        </w:rPr>
        <w:t>4:23  yaani yeh zehni tanav hai, woh is liye hota hai ke hamari khwahishein zyada hain aur jo haqeeqat mein hum paate hain woh kam hota hai.</w:t>
      </w:r>
      <w:r>
        <w:br/>
      </w:r>
      <w:r>
        <w:rPr>
          <w:sz w:val="20"/>
        </w:rPr>
        <w:t>4:35  isi contradiction ke result ka naam hai stress.</w:t>
      </w:r>
      <w:r>
        <w:br/>
      </w:r>
      <w:r>
        <w:rPr>
          <w:sz w:val="20"/>
        </w:rPr>
        <w:t>4:40  bohat sahi yeh tashkhees thi.</w:t>
      </w:r>
      <w:r>
        <w:br/>
      </w:r>
      <w:r>
        <w:rPr>
          <w:sz w:val="20"/>
        </w:rPr>
        <w:t>4:47  lekin diagnosis jo hai sahi thi aur prescription kuch bhi nahi, tajweez kuch bhi nahi, is confusion ke siwa.</w:t>
      </w:r>
    </w:p>
    <w:p>
      <w:pPr>
        <w:pStyle w:val="Heading2"/>
      </w:pPr>
      <w:r>
        <w:t>Iblis's ego, refusal to bow, and lesson for communal conflict</w:t>
      </w:r>
    </w:p>
    <w:p>
      <w:r>
        <w:rPr>
          <w:color w:val="666666"/>
          <w:sz w:val="18"/>
        </w:rPr>
        <w:t>Man Between Angels and Satan August 14, 2011 · 5m 28s · at 7:52 · https://youtu.be/cRXTSSZNM30?t=472</w:t>
      </w:r>
    </w:p>
    <w:p>
      <w:r>
        <w:rPr>
          <w:i/>
        </w:rPr>
        <w:t>“Ab dekhein jab Allah ne insan ko paida kiya us waqt kya hua”</w:t>
      </w:r>
    </w:p>
    <w:p>
      <w:r>
        <w:rPr>
          <w:sz w:val="20"/>
        </w:rPr>
        <w:t>7:52  aur dekhein ab aap jo qissa paish aaya jab aaj insaan ko paida kiya Allah taala ne is waqt, to us waqt kya hua?</w:t>
      </w:r>
      <w:r>
        <w:br/>
      </w:r>
      <w:r>
        <w:rPr>
          <w:sz w:val="20"/>
        </w:rPr>
        <w:t>8:05  Allah taala ne jab paida kiya insaan ko to us waqt do aur makhlooq theen.</w:t>
      </w:r>
      <w:r>
        <w:br/>
      </w:r>
      <w:r>
        <w:rPr>
          <w:sz w:val="20"/>
        </w:rPr>
        <w:t>8:12  iblis yani jinnaat, aur doosre malaika, angels.</w:t>
      </w:r>
      <w:r>
        <w:br/>
      </w:r>
      <w:r>
        <w:rPr>
          <w:sz w:val="20"/>
        </w:rPr>
        <w:t>8:21  to Allah taala ne kaha ke jinnaat aur angels dono insaan ke aage jhuk jayein.</w:t>
      </w:r>
      <w:r>
        <w:br/>
      </w:r>
      <w:r>
        <w:rPr>
          <w:sz w:val="20"/>
        </w:rPr>
        <w:t>8:30  jhukne ka matlab yeh nahi tha ke un ki ibadat karein. nahi. mera matlab yeh tha ke insaan ko free hand dein. chunaanche insaan is zamane mein basaya gaya tha test ke liye,</w:t>
      </w:r>
      <w:r>
        <w:br/>
      </w:r>
      <w:r>
        <w:rPr>
          <w:sz w:val="20"/>
        </w:rPr>
        <w:t>8:46  to matlab yeh tha ke insaan jo karna chahe kare. na jinnaat rasta rokein, na malaika rasta rokein.</w:t>
      </w:r>
      <w:r>
        <w:br/>
      </w:r>
      <w:r>
        <w:rPr>
          <w:sz w:val="20"/>
        </w:rPr>
        <w:t>8:56  yeh maqsad tha is ka. to</w:t>
      </w:r>
      <w:r>
        <w:br/>
      </w:r>
      <w:r>
        <w:rPr>
          <w:sz w:val="20"/>
        </w:rPr>
        <w:t>9:00  malaika ne to maan liya. lekin jinnaat ne jin ka sardaar tha iblis, us ne kiya kiya?</w:t>
      </w:r>
      <w:r>
        <w:br/>
      </w:r>
      <w:r>
        <w:rPr>
          <w:sz w:val="20"/>
        </w:rPr>
        <w:t>9:10  us ne kaha ke yeh insaan ko barhai de di gayi mere muqable mein. us ke aage jhukne ko kaha gaya. to mein to us ki barhai ko nahi manta.</w:t>
      </w:r>
      <w:r>
        <w:br/>
      </w:r>
      <w:r>
        <w:rPr>
          <w:sz w:val="20"/>
        </w:rPr>
        <w:t>9:23  to us ne us ko ego problem bana liya.</w:t>
      </w:r>
      <w:r>
        <w:br/>
      </w:r>
      <w:r>
        <w:rPr>
          <w:sz w:val="20"/>
        </w:rPr>
        <w:t>9:27  us ne samjha ke bara mein hoon. ana khairun minh. bara to mein hoon, phir insaan ko kyun di gayi barhai?</w:t>
      </w:r>
      <w:r>
        <w:br/>
      </w:r>
      <w:r>
        <w:rPr>
          <w:sz w:val="20"/>
        </w:rPr>
        <w:t>9:39  to ego problem bana liya. malaika jo thay, farishte, unhone ego problem nahi banaya. unhone kaha ke jo Allah taala ne kaha hai us ko hum mante hain.</w:t>
      </w:r>
      <w:r>
        <w:br/>
      </w:r>
      <w:r>
        <w:rPr>
          <w:sz w:val="20"/>
        </w:rPr>
        <w:t>9:49  to yaad rakhiye isi ko shaitan chahta hai ke insaan hamesha yahi kaam karta rahe. us ko follow kar de us ko.</w:t>
      </w:r>
      <w:r>
        <w:br/>
      </w:r>
      <w:r>
        <w:rPr>
          <w:sz w:val="20"/>
        </w:rPr>
        <w:t>9:58  shaitan ne challenge diya tha ke mein saare insaanon ko behkaunga.</w:t>
      </w:r>
      <w:r>
        <w:br/>
      </w:r>
      <w:r>
        <w:rPr>
          <w:sz w:val="20"/>
        </w:rPr>
        <w:t>10:06  yaani mein sab ko apne raste par chalaunga. yeh jo hai majmeen mein sab ko behkaunga, matlab kiya hai is ka?</w:t>
      </w:r>
      <w:r>
        <w:br/>
      </w:r>
      <w:r>
        <w:rPr>
          <w:sz w:val="20"/>
        </w:rPr>
        <w:t>10:18  is ka matlab kiya hai? ke sab ko mein apne raste par chalaunga. yaani kiya rasta</w:t>
      </w:r>
      <w:r>
        <w:br/>
      </w:r>
      <w:r>
        <w:rPr>
          <w:sz w:val="20"/>
        </w:rPr>
        <w:t>10:28  ? wahi ke har cheez ko ego problem banana. is dunya mein dekhiye yeh competition ki dunya hai, challenge ki dunya hai, azadi ki dunya hai.</w:t>
      </w:r>
      <w:r>
        <w:br/>
      </w:r>
      <w:r>
        <w:rPr>
          <w:sz w:val="20"/>
        </w:rPr>
        <w:t>10:41  to yahan bar bar aisa hota hai ke kisi ko aap se barhai mil jaye, kisi aitbaar se.</w:t>
      </w:r>
      <w:r>
        <w:br/>
      </w:r>
      <w:r>
        <w:rPr>
          <w:sz w:val="20"/>
        </w:rPr>
        <w:t>10:50  kabhi koi chota ho jaye, kabhi koi bara ho jaye. kabhi kisi ke paas zyada ho jaye, kabhi kisi ke paas kam ho jaye.</w:t>
      </w:r>
      <w:r>
        <w:br/>
      </w:r>
      <w:r>
        <w:rPr>
          <w:sz w:val="20"/>
        </w:rPr>
        <w:t>10:58  jab yahan challenge ki hai, competition hai, azadi hai to yeh to hoga hi hoga.</w:t>
      </w:r>
      <w:r>
        <w:br/>
      </w:r>
      <w:r>
        <w:rPr>
          <w:sz w:val="20"/>
        </w:rPr>
        <w:t>11:06  to aise mauqe par shaitan kiya karta hai?</w:t>
      </w:r>
      <w:r>
        <w:br/>
      </w:r>
      <w:r>
        <w:rPr>
          <w:sz w:val="20"/>
        </w:rPr>
        <w:t>11:11  jis ko kuch kam mila.</w:t>
      </w:r>
      <w:r>
        <w:br/>
      </w:r>
      <w:r>
        <w:rPr>
          <w:sz w:val="20"/>
        </w:rPr>
        <w:t>11:16  jis ko kuch kam kiya, kuch bhi farq pesh aaya to us ko activate karta hai ke dekho doosra aage tum se barh raha hai.</w:t>
      </w:r>
      <w:r>
        <w:br/>
      </w:r>
      <w:r>
        <w:rPr>
          <w:sz w:val="20"/>
        </w:rPr>
        <w:t>11:32  to differences zyada sahi baat yeh hai ke hum yeh kahein ke is dunya mein differences zaroor pesh aayenge.</w:t>
      </w:r>
      <w:r>
        <w:br/>
      </w:r>
      <w:r>
        <w:rPr>
          <w:sz w:val="20"/>
        </w:rPr>
        <w:t>11:40  to difference ke mauqe par shaitan kiya karta hai? ego ko bharkata hai. jaise mein ne misaal di ke hindu ka juloos aaya, masjid ke samne se guzarna tha us ko.</w:t>
      </w:r>
      <w:r>
        <w:br/>
      </w:r>
      <w:r>
        <w:rPr>
          <w:sz w:val="20"/>
        </w:rPr>
        <w:t>11:55  to wahan par kiya hai? ego problem bana liya. masjid hamari muqaddas jagah hai. hindu ka juloos guzre ga to hamari be-hurmati hogi.</w:t>
      </w:r>
      <w:r>
        <w:br/>
      </w:r>
      <w:r>
        <w:rPr>
          <w:sz w:val="20"/>
        </w:rPr>
        <w:t>12:06  yeh wahi iblis wali nafsiyat hai.</w:t>
      </w:r>
      <w:r>
        <w:br/>
      </w:r>
      <w:r>
        <w:rPr>
          <w:sz w:val="20"/>
        </w:rPr>
        <w:t>12:12  to yeh family mein hota hai, paros mein hota hai, national life mein hota hai, international life mein bhi hota hai.</w:t>
      </w:r>
      <w:r>
        <w:br/>
      </w:r>
      <w:r>
        <w:rPr>
          <w:sz w:val="20"/>
        </w:rPr>
        <w:t>12:21  saare insaanon ko shaitan kiya chahta hai? ke apne raste par dale. jo us ne kiya wahi sab ko, sab ka case wahi bana de.</w:t>
      </w:r>
      <w:r>
        <w:br/>
      </w:r>
      <w:r>
        <w:rPr>
          <w:sz w:val="20"/>
        </w:rPr>
        <w:t>12:35  isi liye poori tareekh mein dekhiye aadmi bar bar kiya karta hai?</w:t>
      </w:r>
      <w:r>
        <w:br/>
      </w:r>
      <w:r>
        <w:rPr>
          <w:sz w:val="20"/>
        </w:rPr>
        <w:t>12:40  yahi hota hai. ego clash hota hai. ego problem banate hain log. har aadmi is ko apne fakhr ka masla bana leta hai, apne naz ka masla, apne pride ka masla, apne ego ka masla.</w:t>
      </w:r>
      <w:r>
        <w:br/>
      </w:r>
      <w:r>
        <w:rPr>
          <w:sz w:val="20"/>
        </w:rPr>
        <w:t>12:53  bana bana kar ladte jhagadte ladte rehte hain.</w:t>
      </w:r>
      <w:r>
        <w:br/>
      </w:r>
      <w:r>
        <w:rPr>
          <w:sz w:val="20"/>
        </w:rPr>
        <w:t>13:02  to yeh bohat hi zyada serious baat hai jis par har aadmi ko sochna chahiye. kyunke isi par aadmi ke aakhri mein kamyabi aur nakami ka faisla hona hai.</w:t>
      </w:r>
    </w:p>
    <w:p>
      <w:pPr>
        <w:pStyle w:val="Heading2"/>
      </w:pPr>
      <w:r>
        <w:t>Explaining baas, tazyin, qasawat — how nations decline</w:t>
      </w:r>
    </w:p>
    <w:p>
      <w:r>
        <w:rPr>
          <w:color w:val="666666"/>
          <w:sz w:val="18"/>
        </w:rPr>
        <w:t>Divine Warning October 31, 2013 Maulana Wahiduddin Khan · 3m 05s · at 0:46 · https://youtu.be/np9p9TqUa-g?t=46</w:t>
      </w:r>
    </w:p>
    <w:p>
      <w:r>
        <w:rPr>
          <w:i/>
        </w:rPr>
        <w:t>“Yeh Quran ki aayat bahut badi tambih hai”</w:t>
      </w:r>
    </w:p>
    <w:p>
      <w:r>
        <w:rPr>
          <w:sz w:val="20"/>
        </w:rPr>
        <w:t>0:46  quran ki yeh aayat bohat bari tanbeeh hai.</w:t>
      </w:r>
      <w:r>
        <w:br/>
      </w:r>
      <w:r>
        <w:rPr>
          <w:sz w:val="20"/>
        </w:rPr>
        <w:t>0:54  yeh tanbeeh</w:t>
      </w:r>
      <w:r>
        <w:br/>
      </w:r>
      <w:r>
        <w:rPr>
          <w:sz w:val="20"/>
        </w:rPr>
        <w:t>0:58  sirf doosri qaumon ke liye nahi thi balke woh khud ummat e muslema ke liye bhi hai.</w:t>
      </w:r>
      <w:r>
        <w:br/>
      </w:r>
      <w:r>
        <w:rPr>
          <w:sz w:val="20"/>
        </w:rPr>
        <w:t>1:05  aur main samajhta hoon ke maw'ooda zamana jo hai, maw'ood zamane ke musalman theek is ka misdaq ban chuke hain.</w:t>
      </w:r>
      <w:r>
        <w:br/>
      </w:r>
      <w:r>
        <w:rPr>
          <w:sz w:val="20"/>
        </w:rPr>
        <w:t>1:21  quran ki is aayat mein char lafz par ghaur kijiye: baas, tazarr'u, tazyeen, aur qasawat.</w:t>
      </w:r>
      <w:r>
        <w:br/>
      </w:r>
      <w:r>
        <w:rPr>
          <w:sz w:val="20"/>
        </w:rPr>
        <w:t>1:39  is ka matlab yeh hai ke jab kisi qaum ke upar</w:t>
      </w:r>
      <w:r>
        <w:br/>
      </w:r>
      <w:r>
        <w:rPr>
          <w:sz w:val="20"/>
        </w:rPr>
        <w:t>1:46  bigaad aata hai</w:t>
      </w:r>
      <w:r>
        <w:br/>
      </w:r>
      <w:r>
        <w:rPr>
          <w:sz w:val="20"/>
        </w:rPr>
        <w:t>1:50  to Allah is ki islaah ke liye, Allah ki taraf se is ki islaah ke liye tanbeehat aati hain. in tanbeehat ko yahan baas kaha gaya hai.</w:t>
      </w:r>
      <w:r>
        <w:br/>
      </w:r>
      <w:r>
        <w:rPr>
          <w:sz w:val="20"/>
        </w:rPr>
        <w:t>2:04  tanbeehat yani aise masail, aise sakht tajrubaat jo goya ke shock treatment ke hamana hote hain.</w:t>
      </w:r>
      <w:r>
        <w:br/>
      </w:r>
      <w:r>
        <w:rPr>
          <w:sz w:val="20"/>
        </w:rPr>
        <w:t>2:17  to jab is tarah ki tanbeehat aati hain to maqsood kya hota hai ke logon mein tazarr'u paida ho, yani muhasba paida ho, introspection paida ho.</w:t>
      </w:r>
      <w:r>
        <w:br/>
      </w:r>
      <w:r>
        <w:rPr>
          <w:sz w:val="20"/>
        </w:rPr>
        <w:t>2:34  log sochen aur apni islaah karen.</w:t>
      </w:r>
      <w:r>
        <w:br/>
      </w:r>
      <w:r>
        <w:rPr>
          <w:sz w:val="20"/>
        </w:rPr>
        <w:t>2:41  lekin jab koi qaum zawal ke darje pahunch chuki hoti hai to aisa bohat kam hota hai.</w:t>
      </w:r>
      <w:r>
        <w:br/>
      </w:r>
      <w:r>
        <w:rPr>
          <w:sz w:val="20"/>
        </w:rPr>
        <w:t>2:50  zyadatar kya hota hai? woh cheez hoti hai jis ko kaha gaya hai tazyeen. yeh tazyeen khud qaum ke leader karte hain.</w:t>
      </w:r>
      <w:r>
        <w:br/>
      </w:r>
      <w:r>
        <w:rPr>
          <w:sz w:val="20"/>
        </w:rPr>
        <w:t>3:04  woh tazyeen yeh hai ke jo tanbeehat Allah ki taraf se aayi hain,</w:t>
      </w:r>
      <w:r>
        <w:br/>
      </w:r>
      <w:r>
        <w:rPr>
          <w:sz w:val="20"/>
        </w:rPr>
        <w:t>3:13  un ko insanon ki taraf mansoob kar diya jaye. aur bajaye islaah e khish ke, shikayat ghair ka jazba ubhaar diya jaye.</w:t>
      </w:r>
      <w:r>
        <w:br/>
      </w:r>
      <w:r>
        <w:rPr>
          <w:sz w:val="20"/>
        </w:rPr>
        <w:t>3:24  to jab aisa hota hai to kya hota hai? nateeja qasawat. aur zyada log be-hiss ho jate hain, islaah ka jazba aur kam ho jata hai.</w:t>
      </w:r>
      <w:r>
        <w:br/>
      </w:r>
      <w:r>
        <w:rPr>
          <w:sz w:val="20"/>
        </w:rPr>
        <w:t>3:37  yeh hota hai. To mein samajhta hoon ke yeh ayat jo hai Quran ki, mowooda zaman ke musalmanon ke liye poori tarah saadiq aa rahi hai.</w:t>
      </w:r>
    </w:p>
    <w:p>
      <w:pPr>
        <w:pStyle w:val="Heading2"/>
      </w:pPr>
      <w:r>
        <w:t>Four steps from calamity to hardness</w:t>
      </w:r>
    </w:p>
    <w:p>
      <w:r>
        <w:rPr>
          <w:color w:val="666666"/>
          <w:sz w:val="18"/>
        </w:rPr>
        <w:t>Divine Warning 29 Oct 2013 - Maulana Wahiduddin Khan · 2m 34s · at 1:28 · https://youtu.be/ITyLA4216tA?t=88</w:t>
      </w:r>
    </w:p>
    <w:p>
      <w:r>
        <w:rPr>
          <w:i/>
        </w:rPr>
        <w:t>“Quran ki is ayat mein chaar lafz par ghour kijiye”</w:t>
      </w:r>
    </w:p>
    <w:p>
      <w:r>
        <w:rPr>
          <w:sz w:val="20"/>
        </w:rPr>
        <w:t>1:28  quran ki is aayat mein chaar lafz par ghaur kijiye: baas, tazrru, tazyeem, aur qasawat.</w:t>
      </w:r>
      <w:r>
        <w:br/>
      </w:r>
      <w:r>
        <w:rPr>
          <w:sz w:val="20"/>
        </w:rPr>
        <w:t>1:46  is ka matlab yeh hai ke jab kisi qaum ke upar</w:t>
      </w:r>
      <w:r>
        <w:br/>
      </w:r>
      <w:r>
        <w:rPr>
          <w:sz w:val="20"/>
        </w:rPr>
        <w:t>1:53  bigaad aata hai</w:t>
      </w:r>
      <w:r>
        <w:br/>
      </w:r>
      <w:r>
        <w:rPr>
          <w:sz w:val="20"/>
        </w:rPr>
        <w:t>1:57  to Allah is ki islaah ke liye, Allah ki taraf se is ki islaah ke liye tanbeehaat aati hain. in tanbeehaat ko yahan baas kaha gaya hai.</w:t>
      </w:r>
      <w:r>
        <w:br/>
      </w:r>
      <w:r>
        <w:rPr>
          <w:sz w:val="20"/>
        </w:rPr>
        <w:t>2:11  tanbeehaat yani aise masail, aise sakht tajrubaat jo goya ke shock treatment ke hamara hote hain.</w:t>
      </w:r>
      <w:r>
        <w:br/>
      </w:r>
      <w:r>
        <w:rPr>
          <w:sz w:val="20"/>
        </w:rPr>
        <w:t>2:25  to jab is tarah ki tanbeehaat aati hain to maqsood kya hota hai ke logon mein tazrru paida ho, yani muhasba paida ho, introspection paida ho,</w:t>
      </w:r>
      <w:r>
        <w:br/>
      </w:r>
      <w:r>
        <w:rPr>
          <w:sz w:val="20"/>
        </w:rPr>
        <w:t>2:41  log sochein aur apni islaah karein.</w:t>
      </w:r>
      <w:r>
        <w:br/>
      </w:r>
      <w:r>
        <w:rPr>
          <w:sz w:val="20"/>
        </w:rPr>
        <w:t>2:48  lekin jab koi qaum zawal ke darje pahunch chuki hoti hai to aisa bohat kam hota hai.</w:t>
      </w:r>
      <w:r>
        <w:br/>
      </w:r>
      <w:r>
        <w:rPr>
          <w:sz w:val="20"/>
        </w:rPr>
        <w:t>2:57  zyadatar kya hota hai, woh cheez hoti hai jis ko kaha gaya hai tazyeen. yeh tazyeen khud qaum ke leader karte hain.</w:t>
      </w:r>
      <w:r>
        <w:br/>
      </w:r>
      <w:r>
        <w:rPr>
          <w:sz w:val="20"/>
        </w:rPr>
        <w:t>3:12  woh tazyeen yeh hai ke jo tanbeehaat Allah ki taraf se aayi hain,</w:t>
      </w:r>
      <w:r>
        <w:br/>
      </w:r>
      <w:r>
        <w:rPr>
          <w:sz w:val="20"/>
        </w:rPr>
        <w:t>3:21  un ko insaanon ki taraf mansoob kar diya jaye aur bajaye islaah-e-khish ke, shikayat-e-ghair ka jazba ubhaar diya jaye.</w:t>
      </w:r>
      <w:r>
        <w:br/>
      </w:r>
      <w:r>
        <w:rPr>
          <w:sz w:val="20"/>
        </w:rPr>
        <w:t>3:32  to jab aisa hota hai to kya hota hai? nateeja qasawat. aur zyada log behosh ho jate hain, islaah ka jazba aur kam ho jata hai.</w:t>
      </w:r>
      <w:r>
        <w:br/>
      </w:r>
      <w:r>
        <w:rPr>
          <w:sz w:val="20"/>
        </w:rPr>
        <w:t>3:45  yeh hota hai. to main samajhta hoon ke yeh aayat jo hai, quran ki mauooda zamane ke musalmanon ke liye poori tarah saadiq aa rahi hai.</w:t>
      </w:r>
      <w:r>
        <w:br/>
      </w:r>
      <w:r>
        <w:rPr>
          <w:sz w:val="20"/>
        </w:rPr>
        <w:t>3:58  poori tarah.</w:t>
      </w:r>
    </w:p>
    <w:p>
      <w:pPr>
        <w:pStyle w:val="Heading2"/>
      </w:pPr>
      <w:r>
        <w:t>Patience formula for peace</w:t>
      </w:r>
    </w:p>
    <w:p>
      <w:r>
        <w:rPr>
          <w:color w:val="666666"/>
          <w:sz w:val="18"/>
        </w:rPr>
        <w:t>Islam and Spirituality (In Conversation with Maulana) January 06, 2008 · 2m 37s · at 16:28 · https://youtu.be/ZHr9_EkXCm0?t=988</w:t>
      </w:r>
    </w:p>
    <w:p>
      <w:r>
        <w:rPr>
          <w:i/>
        </w:rPr>
        <w:t>“सब्र का फार्मूला एक फार्मूला है”</w:t>
      </w:r>
    </w:p>
    <w:p>
      <w:r>
        <w:rPr>
          <w:sz w:val="20"/>
        </w:rPr>
        <w:t>16:28  sabr ka formula ek formula hai, jisko hum kehte hain hindi mein sahansheelta. sahansheelta ya sabr ya patience jo hai, yeh bilkul hi, yaani zaroori hai.</w:t>
      </w:r>
      <w:r>
        <w:br/>
      </w:r>
      <w:r>
        <w:rPr>
          <w:sz w:val="20"/>
        </w:rPr>
        <w:t>16:46  jahan jitne bhi jhagde idhar-udhar karte</w:t>
      </w:r>
      <w:r>
        <w:br/>
      </w:r>
      <w:r>
        <w:rPr>
          <w:sz w:val="20"/>
        </w:rPr>
        <w:t>16:48  hain, log kyun karte hain? ke woh sahan nahi kar paate, sah nahi paate, toh lad jaate hain, lad jaate hain. jahan bhi dekhein, chahe do group lad rahe hain, do community lad rahi hain,</w:t>
      </w:r>
      <w:r>
        <w:br/>
      </w:r>
      <w:r>
        <w:rPr>
          <w:sz w:val="20"/>
        </w:rPr>
        <w:t>17:01  woh sab isiliye hota hai.</w:t>
      </w:r>
      <w:r>
        <w:br/>
      </w:r>
      <w:r>
        <w:rPr>
          <w:sz w:val="20"/>
        </w:rPr>
        <w:t>17:06  jaise abhi mujhe kuch log mile, toh ek kamal right ho gaya tha. maine kaha, "abhi kyun hua?</w:t>
      </w:r>
      <w:r>
        <w:br/>
      </w:r>
      <w:r>
        <w:rPr>
          <w:sz w:val="20"/>
        </w:rPr>
        <w:t>17:12  " kahe ke hamara jo ibadat ho rahi thi, us waqt wahan par recording ho rahi thi. toh hum gaye ke recording band karo. toh unhone nahi band karenge, toh jhagda hoga, toh ladai hogi. toh phir kaha, "recording kyun band karenge?" woh aap azan ko loudspeaker band nahi karte, woh recording kyun band karein?</w:t>
      </w:r>
      <w:r>
        <w:br/>
      </w:r>
      <w:r>
        <w:rPr>
          <w:sz w:val="20"/>
        </w:rPr>
        <w:t>17:30  agar aapko freedom hai, to unko bhi freedom hai.</w:t>
      </w:r>
      <w:r>
        <w:br/>
      </w:r>
      <w:r>
        <w:rPr>
          <w:sz w:val="20"/>
        </w:rPr>
        <w:t>17:34  yaani aap yeh nahi karte ke masjid mein jo loudspeaker laga rakha hai aapne, aur zor-zor se azaan</w:t>
      </w:r>
      <w:r>
        <w:br/>
      </w:r>
      <w:r>
        <w:rPr>
          <w:sz w:val="20"/>
        </w:rPr>
        <w:t>17:39  phaila rahe hain loudspeaker par, jo kabhi rasoolullah ke zamane mein thi nahi.</w:t>
      </w:r>
      <w:r>
        <w:br/>
      </w:r>
      <w:r>
        <w:rPr>
          <w:sz w:val="20"/>
        </w:rPr>
        <w:t>17:44  usko to aap samajhte hain ke mujhe right hai ke main loudspeaker par azaan doon.</w:t>
      </w:r>
      <w:r>
        <w:br/>
      </w:r>
      <w:r>
        <w:rPr>
          <w:sz w:val="20"/>
        </w:rPr>
        <w:t>17:49  unhein bhi right hai ke woh apna bhajan kirtan karein loudspeaker par.</w:t>
      </w:r>
      <w:r>
        <w:br/>
      </w:r>
      <w:r>
        <w:rPr>
          <w:sz w:val="20"/>
        </w:rPr>
        <w:t>17:52  unhein karne dijiye.</w:t>
      </w:r>
      <w:r>
        <w:br/>
      </w:r>
      <w:r>
        <w:rPr>
          <w:sz w:val="20"/>
        </w:rPr>
        <w:t>17:55  ab isi mein ladai ho gayi.</w:t>
      </w:r>
      <w:r>
        <w:br/>
      </w:r>
      <w:r>
        <w:rPr>
          <w:sz w:val="20"/>
        </w:rPr>
        <w:t>17:59  to khud to hum chahte hain ke hamein azadi ho, aur doosre log chahte hain ke usko azadi</w:t>
      </w:r>
      <w:r>
        <w:br/>
      </w:r>
      <w:r>
        <w:rPr>
          <w:sz w:val="20"/>
        </w:rPr>
        <w:t>18:03  na mile. aisa chalne wala hai hi nahin.</w:t>
      </w:r>
      <w:r>
        <w:br/>
      </w:r>
      <w:r>
        <w:rPr>
          <w:sz w:val="20"/>
        </w:rPr>
        <w:t>18:07  jitne bhi jhagde hain, uske peeche kya hai</w:t>
      </w:r>
      <w:r>
        <w:br/>
      </w:r>
      <w:r>
        <w:rPr>
          <w:sz w:val="20"/>
        </w:rPr>
        <w:t>18:09  ? sahansheelta nahi, avoidance nahi hai. log chahte hain ke bas main jo chahoon, woh ho. phir tum jo chaho, woh toh doosra bhi toh kuch chahta hai, doosra bhi toh kuch chahta hai. adjust karna padega humein,</w:t>
      </w:r>
      <w:r>
        <w:br/>
      </w:r>
      <w:r>
        <w:rPr>
          <w:sz w:val="20"/>
        </w:rPr>
        <w:t>18:29  adjust karna padega. toh baharhal, mera manna yahi hai ke bagair sabr ke aur sahansheelta ke kabhi bhi shanti nahi aa sakti hai, na ghar mein, na samaj mein,</w:t>
      </w:r>
      <w:r>
        <w:br/>
      </w:r>
      <w:r>
        <w:rPr>
          <w:sz w:val="20"/>
        </w:rPr>
        <w:t>18:45  aur na kahin. hum agar yeh chahe ke hum toh jo chahe karein, doosra jo chahe, woh na kare, toh aisa kabhi hone wala nahi hai. doosra bhi karega, toh aap usko ignore kijiye, usko avoid kijiye. mera formula toh yahi hai.</w:t>
      </w:r>
    </w:p>
    <w:p>
      <w:pPr>
        <w:pStyle w:val="Heading2"/>
      </w:pPr>
      <w:r>
        <w:t>Overcoming bias in thinking</w:t>
      </w:r>
    </w:p>
    <w:p>
      <w:r>
        <w:rPr>
          <w:color w:val="666666"/>
          <w:sz w:val="18"/>
        </w:rPr>
        <w:t>Man and Matter July 30, 2006 Maulana Wahiduddin Khan · 5m 11s · at 38:13 · https://youtu.be/86wN7coqa94?t=2293</w:t>
      </w:r>
    </w:p>
    <w:p>
      <w:r>
        <w:rPr>
          <w:i/>
        </w:rPr>
        <w:t>“Ek baar main ek sahab ke ghar gaya”</w:t>
      </w:r>
    </w:p>
    <w:p>
      <w:r>
        <w:rPr>
          <w:sz w:val="20"/>
        </w:rPr>
        <w:t>38:13  aise hi dekhiye ek cheez aur bohat zaroori hai ke aap aap ke andar un bias thinking paida ho. un bias thinking aap ke andar ho.</w:t>
      </w:r>
      <w:r>
        <w:br/>
      </w:r>
      <w:r>
        <w:rPr>
          <w:sz w:val="20"/>
        </w:rPr>
        <w:t>38:22  yeh bohat zaroori hai.</w:t>
      </w:r>
      <w:r>
        <w:br/>
      </w:r>
      <w:r>
        <w:rPr>
          <w:sz w:val="20"/>
        </w:rPr>
        <w:t>38:28  ek bar mein ek sahib ke ghar gaya yeh sacha waqia hai. to</w:t>
      </w:r>
      <w:r>
        <w:br/>
      </w:r>
      <w:r>
        <w:rPr>
          <w:sz w:val="20"/>
        </w:rPr>
        <w:t>38:36  wo ghar is tarah tha. yeh wo dilli ka waqia hai ke un ke ghar se mila hua doosra ghar tha.</w:t>
      </w:r>
      <w:r>
        <w:br/>
      </w:r>
      <w:r>
        <w:rPr>
          <w:sz w:val="20"/>
        </w:rPr>
        <w:t>38:47  to purane dilli mein sab ghar mile mile rehte hain aise hi tha wo. to ek ladka mili hui ghar ki chhat par charh gaya aur patang urhane laga.</w:t>
      </w:r>
      <w:r>
        <w:br/>
      </w:r>
      <w:r>
        <w:rPr>
          <w:sz w:val="20"/>
        </w:rPr>
        <w:t>39:01  to yeh baithe hue the aur wo samne patang urha raha tha. to danta is ko unhon ne kyunke doosra koi kaam nahi hai parhte likhte nahi ho patang urha rahe ho.</w:t>
      </w:r>
      <w:r>
        <w:br/>
      </w:r>
      <w:r>
        <w:rPr>
          <w:sz w:val="20"/>
        </w:rPr>
        <w:t>39:14  to is ko dantne lage is tarike se wo. is ke baad kya hua? kuch der ke baad un ke baad apna beta aya.</w:t>
      </w:r>
      <w:r>
        <w:br/>
      </w:r>
      <w:r>
        <w:rPr>
          <w:sz w:val="20"/>
        </w:rPr>
        <w:t>39:24  yeh meri ankhon ne dekha waqia hai yeh.</w:t>
      </w:r>
      <w:r>
        <w:br/>
      </w:r>
      <w:r>
        <w:rPr>
          <w:sz w:val="20"/>
        </w:rPr>
        <w:t>39:26  apna beta aya. aa kar ke khamoshi se kamre ke andar gaya un un ke kamre mein. wahan is ne ek patang rakhi thi.</w:t>
      </w:r>
      <w:r>
        <w:br/>
      </w:r>
      <w:r>
        <w:rPr>
          <w:sz w:val="20"/>
        </w:rPr>
        <w:t>39:35  patang nikali nikal kar ke aur khoob urhane laga wo. inhi ke samne. wo to urha raha tha apni chhat par. yeh inhi ke samne urhane laga.</w:t>
      </w:r>
      <w:r>
        <w:br/>
      </w:r>
      <w:r>
        <w:rPr>
          <w:sz w:val="20"/>
        </w:rPr>
        <w:t>39:45  ab dekh dekh khush ho rahe hain wo. ke mera beta khoob kamyabi ke sath patang urha raha hai. yeh hai bias thinking.</w:t>
      </w:r>
      <w:r>
        <w:br/>
      </w:r>
      <w:r>
        <w:rPr>
          <w:sz w:val="20"/>
        </w:rPr>
        <w:t>39:54  yani apne bete ko kisi aur nazar se dekhna. aur doosre bete ko kisi aur nazar se dekhna. dekhiye yeh bias thinking itni zyada hai ke bohat kam log is se bache hain.</w:t>
      </w:r>
      <w:r>
        <w:br/>
      </w:r>
      <w:r>
        <w:rPr>
          <w:sz w:val="20"/>
        </w:rPr>
        <w:t>40:08  kisi na kisi qism ka bias hota hai koi na koi bias. is mein log phanse rehte hain. bias jo hai wo aap ki nigah par ek rangeen aaink daal deta hai.</w:t>
      </w:r>
      <w:r>
        <w:br/>
      </w:r>
      <w:r>
        <w:rPr>
          <w:sz w:val="20"/>
        </w:rPr>
        <w:t>40:18  rangeen rangeen chashma rangeen aaink.</w:t>
      </w:r>
      <w:r>
        <w:br/>
      </w:r>
      <w:r>
        <w:rPr>
          <w:sz w:val="20"/>
        </w:rPr>
        <w:t>40:22  to cheezein aap ko waisi dikhai dene lagti hain jis rang ka aap ka glass hai.</w:t>
      </w:r>
      <w:r>
        <w:br/>
      </w:r>
      <w:r>
        <w:rPr>
          <w:sz w:val="20"/>
        </w:rPr>
        <w:t>40:31  mein samajhta hoon ke bohat hi zaroori hai ke aadmi ke andar bias thinking na ho.</w:t>
      </w:r>
      <w:r>
        <w:br/>
      </w:r>
      <w:r>
        <w:rPr>
          <w:sz w:val="20"/>
        </w:rPr>
        <w:t>40:42  ek cheez aap ghar mein dekh har ghar mein dekh sakte hain. ke ek aurat apni bahu ke liye yani doosre ki beti ke liye khush hoti hai aur khud apni beti ke liye khush hoti hai.</w:t>
      </w:r>
      <w:r>
        <w:br/>
      </w:r>
      <w:r>
        <w:rPr>
          <w:sz w:val="20"/>
        </w:rPr>
        <w:t>40:57  jis ghar mein dekh lijiye yeh qissa. ke saas ke hasiyat se wo kuch aur hai. maa ke hasiyat se wo kuch aur hai.</w:t>
      </w:r>
      <w:r>
        <w:br/>
      </w:r>
      <w:r>
        <w:rPr>
          <w:sz w:val="20"/>
        </w:rPr>
        <w:t>41:06  yani apni beti agar hai to jo kuch bhi kare wo sab theek hai. aur doosre ki beti jo hai jo bahu ban kar aayi hai us ke ghar mein.</w:t>
      </w:r>
      <w:r>
        <w:br/>
      </w:r>
      <w:r>
        <w:rPr>
          <w:sz w:val="20"/>
        </w:rPr>
        <w:t>41:16  to us ko woh aik aur nazar se dekhti hai. us ki har baat mein us ko aik na aik aik na aik defect dikhai dene lagta hai. yeh hai bias thinking.</w:t>
      </w:r>
      <w:r>
        <w:br/>
      </w:r>
      <w:r>
        <w:rPr>
          <w:sz w:val="20"/>
        </w:rPr>
        <w:t>41:27  jis ko hum urdu mein kehte hain mutaassibana nazar.</w:t>
      </w:r>
      <w:r>
        <w:br/>
      </w:r>
      <w:r>
        <w:rPr>
          <w:sz w:val="20"/>
        </w:rPr>
        <w:t>41:32  to yeh ilm mein jab aati hai yeh yani daily life mein bhi yeh hoti hai. lekin jab ilm mein aaye ga woh ilm ki line mein. to bohat ziyada wahan gadbad ho jata hai.</w:t>
      </w:r>
      <w:r>
        <w:br/>
      </w:r>
      <w:r>
        <w:rPr>
          <w:sz w:val="20"/>
        </w:rPr>
        <w:t>41:44  kyun ke aap right thinking aap se chhin jati hai. right thinking baqi nahin rehti.</w:t>
      </w:r>
      <w:r>
        <w:br/>
      </w:r>
      <w:r>
        <w:rPr>
          <w:sz w:val="20"/>
        </w:rPr>
        <w:t>41:55  aise hi dekhiye aik misaal jo aap ghar ghar ghar mein dekh sakte hain. ke aaj kal larkiyan jo hain woh job karti hain aap jante hain.</w:t>
      </w:r>
      <w:r>
        <w:br/>
      </w:r>
      <w:r>
        <w:rPr>
          <w:sz w:val="20"/>
        </w:rPr>
        <w:t>42:08  kisi office mein. har office mein aik boss hota hai. boss se difference bhi aata hai. wahan par woh difference ko manage karti hai.</w:t>
      </w:r>
      <w:r>
        <w:br/>
      </w:r>
      <w:r>
        <w:rPr>
          <w:sz w:val="20"/>
        </w:rPr>
        <w:t>42:19  har larki apne job mein jis office mein jati hai wahan ke boss se woh manage karti hai.</w:t>
      </w:r>
      <w:r>
        <w:br/>
      </w:r>
      <w:r>
        <w:rPr>
          <w:sz w:val="20"/>
        </w:rPr>
        <w:t>42:28  aur ghar mein apne husband se koi difference aa jaye to wahan manage nahin karti. woh lad jati hai. yahan tak ke separation tak mamla pahunch jata hai.</w:t>
      </w:r>
      <w:r>
        <w:br/>
      </w:r>
      <w:r>
        <w:rPr>
          <w:sz w:val="20"/>
        </w:rPr>
        <w:t>42:42  aap ghor kijiye ke ghar ke aadmi se manage na karna difference ko aur bahar ke aadmi se manage karna yeh kya hai? yeh kya hai?</w:t>
      </w:r>
      <w:r>
        <w:br/>
      </w:r>
      <w:r>
        <w:rPr>
          <w:sz w:val="20"/>
        </w:rPr>
        <w:t>42:51  yeh tanzad nahin contradiction nahin hai?</w:t>
      </w:r>
      <w:r>
        <w:br/>
      </w:r>
      <w:r>
        <w:rPr>
          <w:sz w:val="20"/>
        </w:rPr>
        <w:t>42:56  is zehan ke sath aap sachai ko nahin pa sakte.</w:t>
      </w:r>
      <w:r>
        <w:br/>
      </w:r>
      <w:r>
        <w:rPr>
          <w:sz w:val="20"/>
        </w:rPr>
        <w:t>43:01  yani ghar ke difference ko aap dono jagah manage karna chahiye.</w:t>
      </w:r>
      <w:r>
        <w:br/>
      </w:r>
      <w:r>
        <w:rPr>
          <w:sz w:val="20"/>
        </w:rPr>
        <w:t>43:09  yani art of difference management ko aap ko dono jagah apply karen ge to aap ke andar strong personality banegi. agar aap aisa karenge ke art of difference management ko bahar to aap ne apply kiya ghar mein apply nahin kiya to aap ke andar weak personality banegi.</w:t>
      </w:r>
    </w:p>
    <w:p>
      <w:pPr>
        <w:pStyle w:val="Heading2"/>
      </w:pPr>
      <w:r>
        <w:t>Nuclear weapons made war obsolete</w:t>
      </w:r>
    </w:p>
    <w:p>
      <w:r>
        <w:rPr>
          <w:color w:val="666666"/>
          <w:sz w:val="18"/>
        </w:rPr>
        <w:t>Why Violence 17 Nov 2019 - Maulana Wahiduddin Khan · 2m 48s · at 10:25 · https://youtu.be/W8ybr-qO96c?t=625</w:t>
      </w:r>
    </w:p>
    <w:p>
      <w:r>
        <w:rPr>
          <w:i/>
        </w:rPr>
        <w:t>“World War II saw two atom bombs dropped”</w:t>
      </w:r>
    </w:p>
    <w:p>
      <w:r>
        <w:rPr>
          <w:sz w:val="20"/>
        </w:rPr>
        <w:t>10:25  kyunke dekhiye, dunya mein</w:t>
      </w:r>
      <w:r>
        <w:br/>
      </w:r>
      <w:r>
        <w:rPr>
          <w:sz w:val="20"/>
        </w:rPr>
        <w:t>10:31  yeh waqea pesh aaya ke second bulwar hui. second bulwar mein do atom bomb giraye gaye.</w:t>
      </w:r>
      <w:r>
        <w:br/>
      </w:r>
      <w:r>
        <w:rPr>
          <w:sz w:val="20"/>
        </w:rPr>
        <w:t>10:48  to do atom bomb ke nateejay mein kya hua ke japan ki saari economy tabah ho gayi.</w:t>
      </w:r>
      <w:r>
        <w:br/>
      </w:r>
      <w:r>
        <w:rPr>
          <w:sz w:val="20"/>
        </w:rPr>
        <w:t>10:57  bohat bari tabahi aayi. is ke baad aik naya lafz aaya</w:t>
      </w:r>
      <w:r>
        <w:br/>
      </w:r>
      <w:r>
        <w:rPr>
          <w:sz w:val="20"/>
        </w:rPr>
        <w:t>11:05  insani zabaan mein, woh tha "weapons of mass destruction". "weapons of mass destruction".</w:t>
      </w:r>
      <w:r>
        <w:br/>
      </w:r>
      <w:r>
        <w:rPr>
          <w:sz w:val="20"/>
        </w:rPr>
        <w:t>11:21  to "weapons of mass distance" ka jo zamana aaya, is ne insaan ko bataya ke ab</w:t>
      </w:r>
      <w:r>
        <w:br/>
      </w:r>
      <w:r>
        <w:rPr>
          <w:sz w:val="20"/>
        </w:rPr>
        <w:t>11:33  ab jang ya larai</w:t>
      </w:r>
      <w:r>
        <w:br/>
      </w:r>
      <w:r>
        <w:rPr>
          <w:sz w:val="20"/>
        </w:rPr>
        <w:t>11:41  aik aisi cheez ban gayi hai jo sirf dushman ko nahi mare gi, balkeh apne aap ko hi mare gi.</w:t>
      </w:r>
      <w:r>
        <w:br/>
      </w:r>
      <w:r>
        <w:rPr>
          <w:sz w:val="20"/>
        </w:rPr>
        <w:t>11:52  to doosron ko marna is qeemat par hoga ke khud bhi apne aap ko halak kara lega.</w:t>
      </w:r>
      <w:r>
        <w:br/>
      </w:r>
      <w:r>
        <w:rPr>
          <w:sz w:val="20"/>
        </w:rPr>
        <w:t>12:02  jab yeh hua to dunya mein</w:t>
      </w:r>
      <w:r>
        <w:br/>
      </w:r>
      <w:r>
        <w:rPr>
          <w:sz w:val="20"/>
        </w:rPr>
        <w:t>12:10  nations bani, quwam-e-mutahidda bani, aur saari quwam ke ittefaq-e-ray se yeh hua ke ab jang mauqoof.</w:t>
      </w:r>
      <w:r>
        <w:br/>
      </w:r>
      <w:r>
        <w:rPr>
          <w:sz w:val="20"/>
        </w:rPr>
        <w:t>12:26  ab guft-o-shuneed se mamlaat tay kiye jayen ge, larai nahi ki jayegi.</w:t>
      </w:r>
      <w:r>
        <w:br/>
      </w:r>
      <w:r>
        <w:rPr>
          <w:sz w:val="20"/>
        </w:rPr>
        <w:t>12:37  chunaanche dekhiye, jin quwamon ke paas</w:t>
      </w:r>
      <w:r>
        <w:br/>
      </w:r>
      <w:r>
        <w:rPr>
          <w:sz w:val="20"/>
        </w:rPr>
        <w:t>12:46  jin quwamon ke paas nuclear bomb hai, un quwamon ke sath larai ke moqay pesh aaye.</w:t>
      </w:r>
      <w:r>
        <w:br/>
      </w:r>
      <w:r>
        <w:rPr>
          <w:sz w:val="20"/>
        </w:rPr>
        <w:t>12:56  lekin kisi bhi qaum ne</w:t>
      </w:r>
      <w:r>
        <w:br/>
      </w:r>
      <w:r>
        <w:rPr>
          <w:sz w:val="20"/>
        </w:rPr>
        <w:t>13:01  atomic war crisis nahi liya. kisi bhi qaum ne nuclear bomb istemal nahi kiya.</w:t>
      </w:r>
    </w:p>
    <w:p>
      <w:pPr>
        <w:pStyle w:val="Heading2"/>
      </w:pPr>
      <w:r>
        <w:t>From mosque tears to writing a book on religion</w:t>
      </w:r>
    </w:p>
    <w:p>
      <w:r>
        <w:rPr>
          <w:color w:val="666666"/>
          <w:sz w:val="18"/>
        </w:rPr>
        <w:t>Spirit of Enquiry August 9, 2020 Maulana Wahiduddin Khan · 5m 20s · at 7:13 · https://youtu.be/oFynIQnc6-I?t=433</w:t>
      </w:r>
    </w:p>
    <w:p>
      <w:r>
        <w:rPr>
          <w:i/>
        </w:rPr>
        <w:t>“Main us waqt aadam garh rehta tha”</w:t>
      </w:r>
    </w:p>
    <w:p>
      <w:r>
        <w:rPr>
          <w:sz w:val="20"/>
        </w:rPr>
        <w:t>7:13  main us waqt adam adam garh rehta tha. to aik din isi isi sardar sardar isi pareshani ke alam mein main shehar ki jama masjid chala gaya.</w:t>
      </w:r>
      <w:r>
        <w:br/>
      </w:r>
      <w:r>
        <w:rPr>
          <w:sz w:val="20"/>
        </w:rPr>
        <w:t>7:30  adam ki jama masjid mein. to us waqt jo masjid thi,</w:t>
      </w:r>
      <w:r>
        <w:br/>
      </w:r>
      <w:r>
        <w:rPr>
          <w:sz w:val="20"/>
        </w:rPr>
        <w:t>7:38  ghaliban us waqt koi bara change nahi aaya tha. to us ke angan mein us waqt aik papite ka drakht hua karta tha.</w:t>
      </w:r>
      <w:r>
        <w:br/>
      </w:r>
      <w:r>
        <w:rPr>
          <w:sz w:val="20"/>
        </w:rPr>
        <w:t>7:52  papita aap jante hain ke aik aisa drakht hai jo lamba chala jata hai</w:t>
      </w:r>
      <w:r>
        <w:br/>
      </w:r>
      <w:r>
        <w:rPr>
          <w:sz w:val="20"/>
        </w:rPr>
        <w:t>7:57  aur us ke phool niklte hain, phool jharte rehte hain barabar.</w:t>
      </w:r>
      <w:r>
        <w:br/>
      </w:r>
      <w:r>
        <w:rPr>
          <w:sz w:val="20"/>
        </w:rPr>
        <w:t>8:06  to main us mein dakhil ho kar ke aur us ke papite ke peir ke neechay khara ho gaya.</w:t>
      </w:r>
      <w:r>
        <w:br/>
      </w:r>
      <w:r>
        <w:rPr>
          <w:sz w:val="20"/>
        </w:rPr>
        <w:t>8:14  to is waqt haal yeh tha ke main akela tha aur papite ke pear se phool jhad rahe the, phool.</w:t>
      </w:r>
      <w:r>
        <w:br/>
      </w:r>
      <w:r>
        <w:rPr>
          <w:sz w:val="20"/>
        </w:rPr>
        <w:t>8:25  aur meri aankhon se aansu gir rahe the. idhar se aansu, idhar se phool.</w:t>
      </w:r>
      <w:r>
        <w:br/>
      </w:r>
      <w:r>
        <w:rPr>
          <w:sz w:val="20"/>
        </w:rPr>
        <w:t>8:32  aur meri zuban se kya nikalta? achaanak nikla tha, achaanak. khudawand tu kab aayega? main kab tak tere aane ka intezar karoon?</w:t>
      </w:r>
      <w:r>
        <w:br/>
      </w:r>
      <w:r>
        <w:rPr>
          <w:sz w:val="20"/>
        </w:rPr>
        <w:t>8:45  jaise koi baap, koi koi bachcha apni maon ko cheekh rahe, cheekh cheekh raha hai. maa tu kahan hai? kab mere paas aayegi?</w:t>
      </w:r>
      <w:r>
        <w:br/>
      </w:r>
      <w:r>
        <w:rPr>
          <w:sz w:val="20"/>
        </w:rPr>
        <w:t>8:54  to bilkul wahi speed thi. aur maine waqeatan baat ko dekha, ek mele mein</w:t>
      </w:r>
      <w:r>
        <w:br/>
      </w:r>
      <w:r>
        <w:rPr>
          <w:sz w:val="20"/>
        </w:rPr>
        <w:t>9:03  ek chhota bachcha daud raha tha idhar udhar. meri maa, meri maa!</w:t>
      </w:r>
      <w:r>
        <w:br/>
      </w:r>
      <w:r>
        <w:rPr>
          <w:sz w:val="20"/>
        </w:rPr>
        <w:t>9:13  to waqeatan wahi mere andar speed thi us waqt ke main chala aur bol utha: "khudawand! tu kab aayega? main kab tak tere aane ka intezar karoon?" isi talash mein main kahan gaya, kahan gaya, kahan gaya?</w:t>
      </w:r>
      <w:r>
        <w:br/>
      </w:r>
      <w:r>
        <w:rPr>
          <w:sz w:val="20"/>
        </w:rPr>
        <w:t>9:28  kinh kanwari gaya,</w:t>
      </w:r>
      <w:r>
        <w:br/>
      </w:r>
      <w:r>
        <w:rPr>
          <w:sz w:val="20"/>
        </w:rPr>
        <w:t>9:31  bombay gaya, calcutta gaya, aur main lahore gaya</w:t>
      </w:r>
      <w:r>
        <w:br/>
      </w:r>
      <w:r>
        <w:rPr>
          <w:sz w:val="20"/>
        </w:rPr>
        <w:t>9:39  isi talash mein. har jagah yahi kaha tha: "khudawand! tu kab aayega? main kab tak tere aane ka intezar karoon?" jaise meri rooh, meri rooh kisi ki talab se talash mein thi, apne khalique ki talash,</w:t>
      </w:r>
      <w:r>
        <w:br/>
      </w:r>
      <w:r>
        <w:rPr>
          <w:sz w:val="20"/>
        </w:rPr>
        <w:t>9:54  khalique ki talash.</w:t>
      </w:r>
      <w:r>
        <w:br/>
      </w:r>
      <w:r>
        <w:rPr>
          <w:sz w:val="20"/>
        </w:rPr>
        <w:t>9:57  aitraz chalti rahi.</w:t>
      </w:r>
      <w:r>
        <w:br/>
      </w:r>
      <w:r>
        <w:rPr>
          <w:sz w:val="20"/>
        </w:rPr>
        <w:t>10:03  phir kya hua</w:t>
      </w:r>
      <w:r>
        <w:br/>
      </w:r>
      <w:r>
        <w:rPr>
          <w:sz w:val="20"/>
        </w:rPr>
        <w:t>10:08  ke isi isi mein, isi talash ke liye, maine pehle to maine arabi madarse mein dakhil hua tha. phir main isi talash ke liye english padhi.</w:t>
      </w:r>
      <w:r>
        <w:br/>
      </w:r>
      <w:r>
        <w:rPr>
          <w:sz w:val="20"/>
        </w:rPr>
        <w:t>10:18  maine ke english se literature se warm karoon.</w:t>
      </w:r>
      <w:r>
        <w:br/>
      </w:r>
      <w:r>
        <w:rPr>
          <w:sz w:val="20"/>
        </w:rPr>
        <w:t>10:33  to main english kitabein padhne laga, padhne laga. yahan tak ke maine julian hospital ki kitab padhi.</w:t>
      </w:r>
      <w:r>
        <w:br/>
      </w:r>
      <w:r>
        <w:rPr>
          <w:sz w:val="20"/>
        </w:rPr>
        <w:t>10:44  is mein likha tha ke "man stands alone". insaan akela khada hota hai. yaani maine socha ke insaan ne daryaft kar liya, main to daryaft nahi kar paya.</w:t>
      </w:r>
      <w:r>
        <w:br/>
      </w:r>
      <w:r>
        <w:rPr>
          <w:sz w:val="20"/>
        </w:rPr>
        <w:t>10:59  koi insaan hai jis ne daryaft kar liya?</w:t>
      </w:r>
      <w:r>
        <w:br/>
      </w:r>
      <w:r>
        <w:rPr>
          <w:sz w:val="20"/>
        </w:rPr>
        <w:t>11:03  wo keh raha hai ke "man stands alone".</w:t>
      </w:r>
      <w:r>
        <w:br/>
      </w:r>
      <w:r>
        <w:rPr>
          <w:sz w:val="20"/>
        </w:rPr>
        <w:t>11:10  to maine bohat si english ki kitabein padh dali, lekin mujhe yeh sirf ek claim mila, dawat mila.</w:t>
      </w:r>
      <w:r>
        <w:br/>
      </w:r>
      <w:r>
        <w:rPr>
          <w:sz w:val="20"/>
        </w:rPr>
        <w:t>11:22  aakhir mein maine ek kitab padhi, ek american scientist ki kitab thi.</w:t>
      </w:r>
      <w:r>
        <w:br/>
      </w:r>
      <w:r>
        <w:rPr>
          <w:sz w:val="20"/>
        </w:rPr>
        <w:t>11:27  uska jawab diya tha usne: "man does not stand alone". "man does not stand alone".</w:t>
      </w:r>
      <w:r>
        <w:br/>
      </w:r>
      <w:r>
        <w:rPr>
          <w:sz w:val="20"/>
        </w:rPr>
        <w:t>11:40  aadmi khada ho nahi chalta. aadmi ki limitations hain.</w:t>
      </w:r>
      <w:r>
        <w:br/>
      </w:r>
      <w:r>
        <w:rPr>
          <w:sz w:val="20"/>
        </w:rPr>
        <w:t>11:46  limitations. to sach much yeh kitab ne hila diya is ko. in dono kitabon ne.</w:t>
      </w:r>
      <w:r>
        <w:br/>
      </w:r>
      <w:r>
        <w:rPr>
          <w:sz w:val="20"/>
        </w:rPr>
        <w:t>11:58  "man does not stand alone". to is kitab ko maine,</w:t>
      </w:r>
      <w:r>
        <w:br/>
      </w:r>
      <w:r>
        <w:rPr>
          <w:sz w:val="20"/>
        </w:rPr>
        <w:t>12:05  kitaab ko mein ne tarjuma kiya aur khud mein ne phir kitaab likhi.</w:t>
      </w:r>
      <w:r>
        <w:br/>
      </w:r>
      <w:r>
        <w:rPr>
          <w:sz w:val="20"/>
        </w:rPr>
        <w:t>12:13  jo pehle to ek choti si kitaab thi. naye ahad ke darwazay par. naye ahad ke darwazay par.</w:t>
      </w:r>
      <w:r>
        <w:br/>
      </w:r>
      <w:r>
        <w:rPr>
          <w:sz w:val="20"/>
        </w:rPr>
        <w:t>12:24  aur isi ko phir mein ne inlaaj kiya. to is ka naam tha "mazhab aur ladte rahenge".</w:t>
      </w:r>
    </w:p>
    <w:p>
      <w:pPr>
        <w:pStyle w:val="Heading2"/>
      </w:pPr>
      <w:r>
        <w:t>Bossism and reconciliation in social life</w:t>
      </w:r>
    </w:p>
    <w:p>
      <w:r>
        <w:rPr>
          <w:color w:val="666666"/>
          <w:sz w:val="18"/>
        </w:rPr>
        <w:t>Adjustment the Only Option September 19, 2010 Maulana Wahiduddin Khan · 5m 01s · at 30:09 · https://youtu.be/o5wG_ONm76s?t=1809</w:t>
      </w:r>
    </w:p>
    <w:p>
      <w:r>
        <w:rPr>
          <w:i/>
        </w:rPr>
        <w:t>“Islam mein qawwam ka nazariya hai”</w:t>
      </w:r>
    </w:p>
    <w:p>
      <w:r>
        <w:rPr>
          <w:sz w:val="20"/>
        </w:rPr>
        <w:t>30:09  Isi liye dekhiye aaj subah mein kisi se baat kar raha tha ke Islam mein qawwam ka nazariya hai. Qawwam kehte hain wahi jo aaj kehte hain na "boss".</w:t>
      </w:r>
      <w:r>
        <w:br/>
      </w:r>
      <w:r>
        <w:rPr>
          <w:sz w:val="20"/>
        </w:rPr>
        <w:t>30:21  B O double S "boss". "Bossism". Quran mein "bossism" ke usool ko agarche yaani mard aurat ke reference reference bataya gaya hai lekin woh ek universal principle hai.</w:t>
      </w:r>
      <w:r>
        <w:br/>
      </w:r>
      <w:r>
        <w:rPr>
          <w:sz w:val="20"/>
        </w:rPr>
        <w:t>30:38  "Bossism".</w:t>
      </w:r>
      <w:r>
        <w:br/>
      </w:r>
      <w:r>
        <w:rPr>
          <w:sz w:val="20"/>
        </w:rPr>
        <w:t>30:44  Yaani doosre ko boss bana lena.</w:t>
      </w:r>
      <w:r>
        <w:br/>
      </w:r>
      <w:r>
        <w:rPr>
          <w:sz w:val="20"/>
        </w:rPr>
        <w:t>30:49  Jaisa bahut hi mashhoor, aam jo hai companiyon mein ke "boss is always right". Jo aap ka senior officer hai to woh jo keh de woh theek hai.</w:t>
      </w:r>
      <w:r>
        <w:br/>
      </w:r>
      <w:r>
        <w:rPr>
          <w:sz w:val="20"/>
        </w:rPr>
        <w:t>31:04  "Boss is always right". Aap shop shopping center mein jayein to wahan par jo salesman hai uska nazariya kya hota hai?</w:t>
      </w:r>
      <w:r>
        <w:br/>
      </w:r>
      <w:r>
        <w:rPr>
          <w:sz w:val="20"/>
        </w:rPr>
        <w:t>31:14  "Customer is always right".</w:t>
      </w:r>
      <w:r>
        <w:br/>
      </w:r>
      <w:r>
        <w:rPr>
          <w:sz w:val="20"/>
        </w:rPr>
        <w:t>31:19  Dawat ke line mein bhi "madhu is always right".</w:t>
      </w:r>
      <w:r>
        <w:br/>
      </w:r>
      <w:r>
        <w:rPr>
          <w:sz w:val="20"/>
        </w:rPr>
        <w:t>31:26  Yahan bhi yahi hai. Lekin mein is ko extend karta hoon. Extend kar kar ke kehta hoon ke yahi jagah har jagah, har jagah, har jagah.</w:t>
      </w:r>
      <w:r>
        <w:br/>
      </w:r>
      <w:r>
        <w:rPr>
          <w:sz w:val="20"/>
        </w:rPr>
        <w:t>31:37  Har jagah. Yahan tak ke mein subah mein ne ek sahib se kaha to woh thoda un ko ajeeb sa laga. Mein ne kaha "wife is always right".</w:t>
      </w:r>
      <w:r>
        <w:br/>
      </w:r>
      <w:r>
        <w:rPr>
          <w:sz w:val="20"/>
        </w:rPr>
        <w:t>31:47  "Wife ko aap boss bana lijiye". Baat khatam ho jati hai. Ek sahib se baat ho rahi thi to unhone kaha "simple formula hai married life ko present life banane ka".</w:t>
      </w:r>
      <w:r>
        <w:br/>
      </w:r>
      <w:r>
        <w:rPr>
          <w:sz w:val="20"/>
        </w:rPr>
        <w:t>32:03  "Married life ko present life banane ka" bilkul simple formula hai. Auratein hoti hain emotional ke woh to boss bana nahi payengi.</w:t>
      </w:r>
      <w:r>
        <w:br/>
      </w:r>
      <w:r>
        <w:rPr>
          <w:sz w:val="20"/>
        </w:rPr>
        <w:t>32:13  Mard aql se soch pata hai. To mard ko chahiye ke woh initiative le. Woh pehal kare. Woh kahe ke "chalo tum hi tum hi boss ho".</w:t>
      </w:r>
      <w:r>
        <w:br/>
      </w:r>
      <w:r>
        <w:rPr>
          <w:sz w:val="20"/>
        </w:rPr>
        <w:t>32:25  To mein ne kaha best formula jo hai "wife is always right".</w:t>
      </w:r>
      <w:r>
        <w:br/>
      </w:r>
      <w:r>
        <w:rPr>
          <w:sz w:val="20"/>
        </w:rPr>
        <w:t>32:33  Aksar logon ko kehta hoon mein. Mardoon se. Mardoon se kehta hoon jo jhagde batate hain na "meri biwi aisi, meri biwi aisi". Mein ne kaha kuch nahi. Biwi ko aap boss bana lijiye "boss".</w:t>
      </w:r>
      <w:r>
        <w:br/>
      </w:r>
      <w:r>
        <w:rPr>
          <w:sz w:val="20"/>
        </w:rPr>
        <w:t>32:44  Zahir hai jhagda khatam. To yeh saada baat nahi hai dekhiye. Biwi ko boss banate hi kya hota hai?</w:t>
      </w:r>
      <w:r>
        <w:br/>
      </w:r>
      <w:r>
        <w:rPr>
          <w:sz w:val="20"/>
        </w:rPr>
        <w:t>32:55  Aap ko ek bahut hi bada faida milta hai. Woh high thinking ka faida. Nahi to ghar mein aap aaye, ab biwi ne yeh keh diya, biwi ne woh keh diya, aap ne yeh keh diya, aap ne woh keh diya, ab aapas mein lad rahe hain dono.</w:t>
      </w:r>
      <w:r>
        <w:br/>
      </w:r>
      <w:r>
        <w:rPr>
          <w:sz w:val="20"/>
        </w:rPr>
        <w:t>33:11  Yeh nahi chalega, woh nahi chalega, woh kahe yeh nahi chalega, woh nahi chalega. To biwi ke dimagh mein aaya ke mera shohar galat hai. Shohar ke dimagh mein aaya ke meri biwi galat hai.</w:t>
      </w:r>
      <w:r>
        <w:br/>
      </w:r>
      <w:r>
        <w:rPr>
          <w:sz w:val="20"/>
        </w:rPr>
        <w:t>33:21  ab dono complaint mein jee rahe hain.</w:t>
      </w:r>
      <w:r>
        <w:br/>
      </w:r>
      <w:r>
        <w:rPr>
          <w:sz w:val="20"/>
        </w:rPr>
        <w:t>33:27  lekin agar aap sabr kar lein. "basism" ke principle ko apna lein. to kya hoga? instantly you elevate yourself from all those negative items.</w:t>
      </w:r>
      <w:r>
        <w:br/>
      </w:r>
      <w:r>
        <w:rPr>
          <w:sz w:val="20"/>
        </w:rPr>
        <w:t>33:43  upar chale aate hain, upar chale aate hain.</w:t>
      </w:r>
      <w:r>
        <w:br/>
      </w:r>
      <w:r>
        <w:rPr>
          <w:sz w:val="20"/>
        </w:rPr>
        <w:t>33:48  jaise ek martaba mein hawai jahaz mein urr raha tha to achaanak khayal aaya ke jahaz ke neeche sari bastiyan hain, road hai, yeh hai, woh hai, zahir hai dunya kyunke wahan kuch dikhai nahi deta.</w:t>
      </w:r>
      <w:r>
        <w:br/>
      </w:r>
      <w:r>
        <w:rPr>
          <w:sz w:val="20"/>
        </w:rPr>
        <w:t>34:01  paintis hazar foot ki bulandi par jo jahaz pahunch jata hai to neeche kuch dikhai nahi deta.</w:t>
      </w:r>
      <w:r>
        <w:br/>
      </w:r>
      <w:r>
        <w:rPr>
          <w:sz w:val="20"/>
        </w:rPr>
        <w:t>34:08  ab neeche hindu hai, musalman hai, jhagda hai, fasad hai, yeh hai, woh hai, wahan kuch dikhai nahi deta. wahan na ejudiya dikhai deti hai, na falasteen dikhai deta hai, na kashmir dikhai deta.</w:t>
      </w:r>
      <w:r>
        <w:br/>
      </w:r>
      <w:r>
        <w:rPr>
          <w:sz w:val="20"/>
        </w:rPr>
        <w:t>34:21  to maine kaha ke yahi hai high thinking.</w:t>
      </w:r>
      <w:r>
        <w:br/>
      </w:r>
      <w:r>
        <w:rPr>
          <w:sz w:val="20"/>
        </w:rPr>
        <w:t>34:27  you have to attain high level of thinking that is</w:t>
      </w:r>
      <w:r>
        <w:br/>
      </w:r>
      <w:r>
        <w:rPr>
          <w:sz w:val="20"/>
        </w:rPr>
        <w:t>34:30  sabr that is patience to kya hota hai aap ki soch jo hai woh ho jati hai universal soch ban jati hai.</w:t>
      </w:r>
      <w:r>
        <w:br/>
      </w:r>
      <w:r>
        <w:rPr>
          <w:sz w:val="20"/>
        </w:rPr>
        <w:t>34:41  phir positive mind banta hai, intellectual development hota hai.</w:t>
      </w:r>
      <w:r>
        <w:br/>
      </w:r>
      <w:r>
        <w:rPr>
          <w:sz w:val="20"/>
        </w:rPr>
        <w:t>34:50  aise log wise aadmi bante hain.</w:t>
      </w:r>
      <w:r>
        <w:br/>
      </w:r>
      <w:r>
        <w:rPr>
          <w:sz w:val="20"/>
        </w:rPr>
        <w:t>34:57  to quran majeed mein jo usool bataya jo gaya hai ke "alsulh o khair reconciliation the best" to yeh yeh yeh bilkul ek samajhye ke ek religious principle nahi hai, sirf ek moral principle nahi hai.</w:t>
      </w:r>
    </w:p>
    <w:p>
      <w:pPr>
        <w:pStyle w:val="Heading2"/>
      </w:pPr>
      <w:r>
        <w:t>Quran's three prohibitions during Hajj: rafas, fusuq, jidal</w:t>
      </w:r>
    </w:p>
    <w:p>
      <w:r>
        <w:rPr>
          <w:color w:val="666666"/>
          <w:sz w:val="18"/>
        </w:rPr>
        <w:t>The Spirit Hajj December 10, 2006 · 5m 12s · at 22:58 · https://youtu.be/ZpChhBy6lvU?t=1378</w:t>
      </w:r>
    </w:p>
    <w:p>
      <w:r>
        <w:rPr>
          <w:i/>
        </w:rPr>
        <w:t>“Hajj ke baare mein Quran mein ek aayat hai”</w:t>
      </w:r>
    </w:p>
    <w:p>
      <w:r>
        <w:rPr>
          <w:sz w:val="20"/>
        </w:rPr>
        <w:t>22:58  haj ke baray mein dekhiye quran mein aur hadith mein bohat sari baatein ayi hain. quran mein aik ayat yeh hai ke jo haj kare to us ko chahiye ke woh falan rafsah, falan fasuha, falan jidal fil haj.</w:t>
      </w:r>
      <w:r>
        <w:br/>
      </w:r>
      <w:r>
        <w:rPr>
          <w:sz w:val="20"/>
        </w:rPr>
        <w:t>23:17  teen baatein ke jo aadmi haj kare us ko chahiye ke woh bache rafs se, fasukh se aur jidal se.</w:t>
      </w:r>
      <w:r>
        <w:br/>
      </w:r>
      <w:r>
        <w:rPr>
          <w:sz w:val="20"/>
        </w:rPr>
        <w:t>23:28  yeh teenon jo alfaaz hain bohat hi aham hain. rafs ka matlab hai yani gandi baat karna, behooda baat karna, hansi mazaaq karna.</w:t>
      </w:r>
      <w:r>
        <w:br/>
      </w:r>
      <w:r>
        <w:rPr>
          <w:sz w:val="20"/>
        </w:rPr>
        <w:t>23:44  yani aksar log aap jante hain ke aadi ho jatay hain kuch bekar baaton karne ke. to kaha gaya hai ke haj jab tum niklo to tum rafs se bacho.</w:t>
      </w:r>
      <w:r>
        <w:br/>
      </w:r>
      <w:r>
        <w:rPr>
          <w:sz w:val="20"/>
        </w:rPr>
        <w:t>23:57  is ka matlab hai ke bohat hi ziyada tumhare andar sanjeedgi aana chahiye. sanjeedgi aana chahiye.</w:t>
      </w:r>
      <w:r>
        <w:br/>
      </w:r>
      <w:r>
        <w:rPr>
          <w:sz w:val="20"/>
        </w:rPr>
        <w:t>24:04  in sanjeeda log jo hotay hain woh rafs karte hain. yani behooda baatein, joke chhodna, ha ha karna, is tarah ki baatein karna.</w:t>
      </w:r>
      <w:r>
        <w:br/>
      </w:r>
      <w:r>
        <w:rPr>
          <w:sz w:val="20"/>
        </w:rPr>
        <w:t>24:14  yani susti zaiqay wali baatein karna. to farmaya ke rafs se bachna hai tum ko. is ka matlab yeh kiya hua hai?</w:t>
      </w:r>
      <w:r>
        <w:br/>
      </w:r>
      <w:r>
        <w:rPr>
          <w:sz w:val="20"/>
        </w:rPr>
        <w:t>24:22  tum ko bohat sanjeeda ho kar haj karna hai. bohat ziyada sanjeeda ho kar haj karna hai. koi mazaaq nahi hai yeh haj.</w:t>
      </w:r>
      <w:r>
        <w:br/>
      </w:r>
      <w:r>
        <w:rPr>
          <w:sz w:val="20"/>
        </w:rPr>
        <w:t>24:31  bohat hi ziyada tumhare andar sanjeedgi honi chahiye. jab tum haj ke liye niklo to. is tarah se fasukh, fasukh ka matlab hota hai yani inhiraaf karna, khurooj karna.</w:t>
      </w:r>
      <w:r>
        <w:br/>
      </w:r>
      <w:r>
        <w:rPr>
          <w:sz w:val="20"/>
        </w:rPr>
        <w:t>24:45  yani jo usool diye gaye hain haj karne ke quran mein ya hadith mein woh usool se hatna. to yeh hai fasukh.</w:t>
      </w:r>
      <w:r>
        <w:br/>
      </w:r>
      <w:r>
        <w:rPr>
          <w:sz w:val="20"/>
        </w:rPr>
        <w:t>24:57  yeh bohat hi aham baat hai. kyun ke aam tor par aap dekhiye ke log aadi hotay hain inhiraaf ke. aik seedhi line hoti hai, aik set of usool hotay hain, kuch kuch set of iqdar hotay hain.</w:t>
      </w:r>
      <w:r>
        <w:br/>
      </w:r>
      <w:r>
        <w:rPr>
          <w:sz w:val="20"/>
        </w:rPr>
        <w:t>25:11  isi ko ikhtiyar karna. idhar udhar inhiraaf na karna. to yeh bohat zaroori hai haj ke zamanay mein. warna haj hi nahi hoga.</w:t>
      </w:r>
      <w:r>
        <w:br/>
      </w:r>
      <w:r>
        <w:rPr>
          <w:sz w:val="20"/>
        </w:rPr>
        <w:t>25:21  jo aadmi inhiraaf karega idhar udhar to haj nahi</w:t>
      </w:r>
      <w:r>
        <w:br/>
      </w:r>
      <w:r>
        <w:rPr>
          <w:sz w:val="20"/>
        </w:rPr>
        <w:t>25:25  hoga. aap jante hain ke log bohat ziyada aadi hotay hain is ke. yani sakhti se kisi aik cheez ko follow karein aur dayen bayen woh na hatein.</w:t>
      </w:r>
      <w:r>
        <w:br/>
      </w:r>
      <w:r>
        <w:rPr>
          <w:sz w:val="20"/>
        </w:rPr>
        <w:t>25:36  yeh yeh yeh mein ne dekha hai ke logon mein bohat kam hota</w:t>
      </w:r>
      <w:r>
        <w:br/>
      </w:r>
      <w:r>
        <w:rPr>
          <w:sz w:val="20"/>
        </w:rPr>
        <w:t>25:39  hai. to haj jo hai aik aitbar se is ki tarbiyat hai. ke inhiraf se bacho. idhar udhar bhatkne se bacho. is ki tarbiyat hai haj mein.</w:t>
      </w:r>
      <w:r>
        <w:br/>
      </w:r>
      <w:r>
        <w:rPr>
          <w:sz w:val="20"/>
        </w:rPr>
        <w:t>25:50  aur teesri cheez farmayi ke jidal. yani jhagda, kohral. to aap jante hain ke jahan ziyada log akhatta hon to wahan kuch na kuch khatpat ho jati hai.</w:t>
      </w:r>
      <w:r>
        <w:br/>
      </w:r>
      <w:r>
        <w:rPr>
          <w:sz w:val="20"/>
        </w:rPr>
        <w:t>26:05  kuch na kuch ikhtilafat aa jate hain.</w:t>
      </w:r>
      <w:r>
        <w:br/>
      </w:r>
      <w:r>
        <w:rPr>
          <w:sz w:val="20"/>
        </w:rPr>
        <w:t>26:09  lekin yeh fitri hai. to aap ko yani yahan bataya gaya hai ke aap ko bohat ziyada muhtat hona chahiye. muhtat.</w:t>
      </w:r>
      <w:r>
        <w:br/>
      </w:r>
      <w:r>
        <w:rPr>
          <w:sz w:val="20"/>
        </w:rPr>
        <w:t>26:19  ke jab hum mil jul kar aik ibadat kar rahe hain, bohat se log akhatta hain to zaroor kuch na kuch aye ga. aisa ke meri baat aap ko kharab lage, aap ki baat mujhe kharab lag jaye.</w:t>
      </w:r>
      <w:r>
        <w:br/>
      </w:r>
      <w:r>
        <w:rPr>
          <w:sz w:val="20"/>
        </w:rPr>
        <w:t>26:31  to is ka matlab hai ke sabr ki taleem di gayi hai. bohat ziyada sabr.</w:t>
      </w:r>
      <w:r>
        <w:br/>
      </w:r>
      <w:r>
        <w:rPr>
          <w:sz w:val="20"/>
        </w:rPr>
        <w:t>26:37  parhez karna, sabr karna, nazarandaz karna. is ka matlab yeh hai. to jidal se yani aapas ke jhagde se woh aadmi bach paye ga jo apne andar sabr ki kaifiyat ko hi paida kare.</w:t>
      </w:r>
      <w:r>
        <w:br/>
      </w:r>
      <w:r>
        <w:rPr>
          <w:sz w:val="20"/>
        </w:rPr>
        <w:t>26:54  bar bar aisi cheez aye gi jis se aap ko manfi khayal aye ga aap ke andar.</w:t>
      </w:r>
      <w:r>
        <w:br/>
      </w:r>
      <w:r>
        <w:rPr>
          <w:sz w:val="20"/>
        </w:rPr>
        <w:t>27:01  to sirf yeh baat nahi hai ke aap aisi cheezon se nazarandaz karen balke aap aap ko yeh karna pare ga ke manfi ko musbat mein tabdeel karen. nahi to kya hoga?</w:t>
      </w:r>
      <w:r>
        <w:br/>
      </w:r>
      <w:r>
        <w:rPr>
          <w:sz w:val="20"/>
        </w:rPr>
        <w:t>27:11  shukr nahi aye ga. agar aap bolay nahi, dil mein rakh liya tab bhi to bura hai. yani kisi se ki baat aap ko buri lagi, aap ko ghussa aa gaya.</w:t>
      </w:r>
      <w:r>
        <w:br/>
      </w:r>
      <w:r>
        <w:rPr>
          <w:sz w:val="20"/>
        </w:rPr>
        <w:t>27:22  to aap munh se nahi bolay lekin dil mein rakh liya.</w:t>
      </w:r>
      <w:r>
        <w:br/>
      </w:r>
      <w:r>
        <w:rPr>
          <w:sz w:val="20"/>
        </w:rPr>
        <w:t>27:26  is ke khilaf manfi khayal dil mein rakh liya aap ne tab bhi to bura hai. tab bhi haj nahi hoga aap ka. to to aap ko na sirf yeh ke parhez karna aap ko seekhna hai, nazarandaz karna aap ko seekhna hai.</w:t>
      </w:r>
      <w:r>
        <w:br/>
      </w:r>
      <w:r>
        <w:rPr>
          <w:sz w:val="20"/>
        </w:rPr>
        <w:t>27:42  isi ke sath yeh hai ke aap ko yeh bhi seekhna hai ke manfi ko musbat mein tabdeel kar saken. isi waqt khatam kar den.</w:t>
      </w:r>
      <w:r>
        <w:br/>
      </w:r>
      <w:r>
        <w:rPr>
          <w:sz w:val="20"/>
        </w:rPr>
        <w:t>27:52  yani kisi ne aap ko ghussa dila diya isi waqt din andar khatam.</w:t>
      </w:r>
      <w:r>
        <w:br/>
      </w:r>
      <w:r>
        <w:rPr>
          <w:sz w:val="20"/>
        </w:rPr>
        <w:t>27:57  agar aap dil mein rakhe rahen ge aur dil mein rakh kar ke aap haj karen ge to haj kiya hoga? to yeh hain sharaait batayi gayi hain quran majeed mein is ki.</w:t>
      </w:r>
    </w:p>
    <w:p>
      <w:pPr>
        <w:pStyle w:val="Heading2"/>
      </w:pPr>
      <w:r>
        <w:t>Two levels of neighborly conduct with story</w:t>
      </w:r>
    </w:p>
    <w:p>
      <w:r>
        <w:rPr>
          <w:color w:val="666666"/>
          <w:sz w:val="18"/>
        </w:rPr>
        <w:t>Patience in Islam (Prophetic Wisdom Nov 26, 2006 · 2m 41s · at 21:36 · https://youtu.be/1avkRQrJL5Y?t=1296</w:t>
      </w:r>
    </w:p>
    <w:p>
      <w:r>
        <w:rPr>
          <w:i/>
        </w:rPr>
        <w:t>“Padosi se achhe sulook ke do darje hain”</w:t>
      </w:r>
    </w:p>
    <w:p>
      <w:r>
        <w:rPr>
          <w:sz w:val="20"/>
        </w:rPr>
        <w:t>21:36  padosi se achhe sulook ke do darje hain. ek yeh hai ke aap padosi ke liye madadgar bainen.</w:t>
      </w:r>
      <w:r>
        <w:br/>
      </w:r>
      <w:r>
        <w:rPr>
          <w:sz w:val="20"/>
        </w:rPr>
        <w:t>21:50  padosi ke liye aap mufeed bainen. padosi ko aap faida pahunchaen. yeh ek darja hai. yani nafe banen.</w:t>
      </w:r>
      <w:r>
        <w:br/>
      </w:r>
      <w:r>
        <w:rPr>
          <w:sz w:val="20"/>
        </w:rPr>
        <w:t>22:01  wa amma ma'nafahu al-nas fa in kuntum fi al-la'ab to ek hai padosi ke liye nafe bakhsh banna. padosi ke liye madadgar banna.</w:t>
      </w:r>
      <w:r>
        <w:br/>
      </w:r>
      <w:r>
        <w:rPr>
          <w:sz w:val="20"/>
        </w:rPr>
        <w:t>22:16  yeh ek ooncha darja hai. kam az kam yani zyada se zyada darja keh sakte hain aap is ko. kam az kam darja yeh hai ke aap padosi ke liye koi masla na ban jaen.</w:t>
      </w:r>
      <w:r>
        <w:br/>
      </w:r>
      <w:r>
        <w:rPr>
          <w:sz w:val="20"/>
        </w:rPr>
        <w:t>22:32  koi masla na ban jaen. yani is tarah rahen ke aap se padosi ko koi nuksan na pahunche. mislan aap koi jhagda na karen.</w:t>
      </w:r>
      <w:r>
        <w:br/>
      </w:r>
      <w:r>
        <w:rPr>
          <w:sz w:val="20"/>
        </w:rPr>
        <w:t>22:42  wahan aap koi shor o ghul na karen. wahan aap koi hangama na khada karen. wahan aap koi tod phod na karen.</w:t>
      </w:r>
      <w:r>
        <w:br/>
      </w:r>
      <w:r>
        <w:rPr>
          <w:sz w:val="20"/>
        </w:rPr>
        <w:t>22:55  yani aisi cheez jis se ke padosi ko nuksan pahunchne wala ho. padosi ke liye masla banne wala ho koi. woh aap na karen.</w:t>
      </w:r>
      <w:r>
        <w:br/>
      </w:r>
      <w:r>
        <w:rPr>
          <w:sz w:val="20"/>
        </w:rPr>
        <w:t>23:06  main ne ek akhbar mein padha ke ek aadmi ke haan shadi thi. to us ne apne ghar ke samne deg chala di.</w:t>
      </w:r>
      <w:r>
        <w:br/>
      </w:r>
      <w:r>
        <w:rPr>
          <w:sz w:val="20"/>
        </w:rPr>
        <w:t>23:16  khali ek khana paka raha tha woh. ab deg chala di to woh lakdi se pak raha tha khana. gas se nahi pak raha tha. to dhuan nikla.</w:t>
      </w:r>
      <w:r>
        <w:br/>
      </w:r>
      <w:r>
        <w:rPr>
          <w:sz w:val="20"/>
        </w:rPr>
        <w:t>23:28  ab padosi ke ghar mein dhuan chala gaya. ab padosi nikla ke kya musibat tum ne kar rakhi hai yahan par? sara dhuan dhuan kar diya hai. us ne kaha ke yeh mera haq hai.</w:t>
      </w:r>
      <w:r>
        <w:br/>
      </w:r>
      <w:r>
        <w:rPr>
          <w:sz w:val="20"/>
        </w:rPr>
        <w:t>23:41  meri shadi hai. main to khana pakaunga. agar tu pakana hai to ja kar kahin door paka. hamare ghar ke samne kyun karte ho aisa? ab jahan aap dono mein ladai ho gayi.</w:t>
      </w:r>
      <w:r>
        <w:br/>
      </w:r>
      <w:r>
        <w:rPr>
          <w:sz w:val="20"/>
        </w:rPr>
        <w:t>23:52  baqayda. yahan tak ke jo dulha sahab the un ko jaan se mar dala. padosiyon ne. ab barat jo hai loot gayi.</w:t>
      </w:r>
      <w:r>
        <w:br/>
      </w:r>
      <w:r>
        <w:rPr>
          <w:sz w:val="20"/>
        </w:rPr>
        <w:t>24:05  to dekhiye padosi ka padosi ke liye achhe sulook ki ahmiyat yeh hai ke us ke liye apne zehn ko فعال karna padta hai.</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Quranic guidance on political change and sabr</w:t>
      </w:r>
    </w:p>
    <w:p>
      <w:r>
        <w:rPr>
          <w:color w:val="666666"/>
          <w:sz w:val="18"/>
        </w:rPr>
        <w:t>Islam in the Changing World August 6, 2007 · 4m 57s · at 5:45 · https://youtu.be/lEhH4VDLSFY?t=345</w:t>
      </w:r>
    </w:p>
    <w:p>
      <w:r>
        <w:rPr>
          <w:i/>
        </w:rPr>
        <w:t>“There is a verse in the Quran very relevant to the present situation.”</w:t>
      </w:r>
    </w:p>
    <w:p>
      <w:r>
        <w:rPr>
          <w:sz w:val="20"/>
        </w:rPr>
        <w:t>5:45  There is a verse in the Quran very relevant to the present situation. It says that, "Tilqal ayyamun udhawil huwa baanun naas."</w:t>
      </w:r>
      <w:r>
        <w:br/>
      </w:r>
      <w:r>
        <w:rPr>
          <w:sz w:val="20"/>
        </w:rPr>
        <w:t>6:02  This Quranic verse mentions the political change. This Quranic verse tells us that political power is not a monopoly of any nation, of any group</w:t>
      </w:r>
      <w:r>
        <w:br/>
      </w:r>
      <w:r>
        <w:rPr>
          <w:sz w:val="20"/>
        </w:rPr>
        <w:t>6:21  . No. It is subject to change. Sometime this group will enjoy the political power, and sometime the other group will enjoy the political power.</w:t>
      </w:r>
      <w:r>
        <w:br/>
      </w:r>
      <w:r>
        <w:rPr>
          <w:sz w:val="20"/>
        </w:rPr>
        <w:t>6:39  "Tilqal ayyamun udhawil huwa baanun naas." Why?</w:t>
      </w:r>
      <w:r>
        <w:br/>
      </w:r>
      <w:r>
        <w:rPr>
          <w:sz w:val="20"/>
        </w:rPr>
        <w:t>6:47  Because political power is a test paper. It is not a blessing, just like other things.</w:t>
      </w:r>
      <w:r>
        <w:br/>
      </w:r>
      <w:r>
        <w:rPr>
          <w:sz w:val="20"/>
        </w:rPr>
        <w:t>6:58  Everything in this world is a test paper. Even this glass of water is a test paper. Even my personality is a test paper for me.</w:t>
      </w:r>
      <w:r>
        <w:br/>
      </w:r>
      <w:r>
        <w:rPr>
          <w:sz w:val="20"/>
        </w:rPr>
        <w:t>7:16  So is the case of everything we enjoy in this world</w:t>
      </w:r>
      <w:r>
        <w:br/>
      </w:r>
      <w:r>
        <w:rPr>
          <w:sz w:val="20"/>
        </w:rPr>
        <w:t>7:20  . So political power is a test paper, and everyone is put on the test, not only Muslims.</w:t>
      </w:r>
      <w:r>
        <w:br/>
      </w:r>
      <w:r>
        <w:rPr>
          <w:sz w:val="20"/>
        </w:rPr>
        <w:t>7:33  So it is not possible to become political power, a monopoly of a single group</w:t>
      </w:r>
      <w:r>
        <w:br/>
      </w:r>
      <w:r>
        <w:rPr>
          <w:sz w:val="20"/>
        </w:rPr>
        <w:t>7:42  . This is the first guiding principle in the Quran. Then there is another verse,</w:t>
      </w:r>
      <w:r>
        <w:br/>
      </w:r>
      <w:r>
        <w:rPr>
          <w:sz w:val="20"/>
        </w:rPr>
        <w:t>7:54  "Innallaha la yugayiru ma bi qawmin hatta yugayiru ma bi anfusim." It means that</w:t>
      </w:r>
      <w:r>
        <w:br/>
      </w:r>
      <w:r>
        <w:rPr>
          <w:sz w:val="20"/>
        </w:rPr>
        <w:t>8:06  the reason is</w:t>
      </w:r>
      <w:r>
        <w:br/>
      </w:r>
      <w:r>
        <w:rPr>
          <w:sz w:val="20"/>
        </w:rPr>
        <w:t>8:12  reason you have if you face such a situation, you have to find out the reason in yourself, not the outside of yours.</w:t>
      </w:r>
      <w:r>
        <w:br/>
      </w:r>
      <w:r>
        <w:rPr>
          <w:sz w:val="20"/>
        </w:rPr>
        <w:t>8:29  Reason</w:t>
      </w:r>
      <w:r>
        <w:br/>
      </w:r>
      <w:r>
        <w:rPr>
          <w:sz w:val="20"/>
        </w:rPr>
        <w:t>8:35  is in yourself rather than in the external world.</w:t>
      </w:r>
      <w:r>
        <w:br/>
      </w:r>
      <w:r>
        <w:rPr>
          <w:sz w:val="20"/>
        </w:rPr>
        <w:t>8:44  Then there is a verse, "Wa in tasbiru wa tattaqu la yadhurrukum qayduhum shaya." This Quranic verse tells us that</w:t>
      </w:r>
      <w:r>
        <w:br/>
      </w:r>
      <w:r>
        <w:rPr>
          <w:sz w:val="20"/>
        </w:rPr>
        <w:t>9:02  that the problem is</w:t>
      </w:r>
      <w:r>
        <w:br/>
      </w:r>
      <w:r>
        <w:rPr>
          <w:sz w:val="20"/>
        </w:rPr>
        <w:t>9:05  that the conspiracy of other people is not the problem.</w:t>
      </w:r>
      <w:r>
        <w:br/>
      </w:r>
      <w:r>
        <w:rPr>
          <w:sz w:val="20"/>
        </w:rPr>
        <w:t>9:15  No. If there is conspiracy from other if there is conspiracy from the other party, it is not a problem at all.</w:t>
      </w:r>
      <w:r>
        <w:br/>
      </w:r>
      <w:r>
        <w:rPr>
          <w:sz w:val="20"/>
        </w:rPr>
        <w:t>9:30  Problem is lack of sabr and taqwa.</w:t>
      </w:r>
      <w:r>
        <w:br/>
      </w:r>
      <w:r>
        <w:rPr>
          <w:sz w:val="20"/>
        </w:rPr>
        <w:t>9:37  Problem is lack of sabr and taqwa. If you</w:t>
      </w:r>
      <w:r>
        <w:br/>
      </w:r>
      <w:r>
        <w:rPr>
          <w:sz w:val="20"/>
        </w:rPr>
        <w:t>9:51  have sabr and taqwa if Muslims</w:t>
      </w:r>
      <w:r>
        <w:br/>
      </w:r>
      <w:r>
        <w:rPr>
          <w:sz w:val="20"/>
        </w:rPr>
        <w:t>10:00  are living with sabr and taqwa, then there is no problem. But when Muslims</w:t>
      </w:r>
      <w:r>
        <w:br/>
      </w:r>
      <w:r>
        <w:rPr>
          <w:sz w:val="20"/>
        </w:rPr>
        <w:t>10:14  fail to live on sabr and taqwa, that will create a problem. So these verses were more than enough to understand that the present situation is just according to the law of nature.</w:t>
      </w:r>
    </w:p>
    <w:p>
      <w:pPr>
        <w:pStyle w:val="Heading2"/>
      </w:pPr>
      <w:r>
        <w:t>Hypocrisy of adjusting at work not at home</w:t>
      </w:r>
    </w:p>
    <w:p>
      <w:r>
        <w:rPr>
          <w:color w:val="666666"/>
          <w:sz w:val="18"/>
        </w:rPr>
        <w:t>Materialism and Intellectual Dwarfism April 29, 2012 Maulana Wahiduddin Khan · 2m 21s · at 12:46 · https://youtu.be/tEtieTuJvUE?t=766</w:t>
      </w:r>
    </w:p>
    <w:p>
      <w:r>
        <w:rPr>
          <w:i/>
        </w:rPr>
        <w:t>“Aapas mein ek dono, adjust kar ke rehne par tayyar nahi hue”</w:t>
      </w:r>
    </w:p>
    <w:p>
      <w:r>
        <w:rPr>
          <w:sz w:val="20"/>
        </w:rPr>
        <w:t>12:46  to poori kahani jo thi, is mein maine yeh nikala nateeja ke aapas mein ek dono, aapas mein dono jo they, woh adjust kar ke rehne par tayyar nahi hue.</w:t>
      </w:r>
      <w:r>
        <w:br/>
      </w:r>
      <w:r>
        <w:rPr>
          <w:sz w:val="20"/>
        </w:rPr>
        <w:t>12:58  aapas mein. lekin wahi dono bahar ja kar company mein adjust kar rahe hain, apne boss ke saath.</w:t>
      </w:r>
      <w:r>
        <w:br/>
      </w:r>
      <w:r>
        <w:rPr>
          <w:sz w:val="20"/>
        </w:rPr>
        <w:t>13:05  zara ghor kijiye. yaani ghar mein adjust na karne ki wajah se separation ho gaya. wahi dono ja kar ke wahan par boss ke saath adjust kar rahe hain.</w:t>
      </w:r>
      <w:r>
        <w:br/>
      </w:r>
      <w:r>
        <w:rPr>
          <w:sz w:val="20"/>
        </w:rPr>
        <w:t>13:18  iska saada baat nahi hai.</w:t>
      </w:r>
      <w:r>
        <w:br/>
      </w:r>
      <w:r>
        <w:rPr>
          <w:sz w:val="20"/>
        </w:rPr>
        <w:t>13:22  iska baat yeh hai ke as a principle unhone adjustment ke formula ko nahi pakda, lekin as a hypocrisy pakad liya.</w:t>
      </w:r>
      <w:r>
        <w:br/>
      </w:r>
      <w:r>
        <w:rPr>
          <w:sz w:val="20"/>
        </w:rPr>
        <w:t>13:32  isko, isko, isko aap samjhiye. yaani agar woh adjustment ko, adjustment ko zindagi ka usool mante, aur ghar mein bhi adjust karte, miyan biwi, office mein bhi karte adjust apne boss se, apne colleague se.</w:t>
      </w:r>
      <w:r>
        <w:br/>
      </w:r>
      <w:r>
        <w:rPr>
          <w:sz w:val="20"/>
        </w:rPr>
        <w:t>13:51  to mein kehta ke unhone</w:t>
      </w:r>
      <w:r>
        <w:br/>
      </w:r>
      <w:r>
        <w:rPr>
          <w:sz w:val="20"/>
        </w:rPr>
        <w:t>13:54  adjustment ko as a principle liya. lekin ghar mein adjust nahi kiya unhone. aur company mein kar rahe hain.</w:t>
      </w:r>
      <w:r>
        <w:br/>
      </w:r>
      <w:r>
        <w:rPr>
          <w:sz w:val="20"/>
        </w:rPr>
        <w:t>14:03  to yeh bohat hi khatarnak baat hai.</w:t>
      </w:r>
      <w:r>
        <w:br/>
      </w:r>
      <w:r>
        <w:rPr>
          <w:sz w:val="20"/>
        </w:rPr>
        <w:t>14:07  bohat hi khatarnak. yaani aap ek weak personality aap bana rahe hain apne andar.</w:t>
      </w:r>
      <w:r>
        <w:br/>
      </w:r>
      <w:r>
        <w:rPr>
          <w:sz w:val="20"/>
        </w:rPr>
        <w:t>14:13  yani principal based personality nahi hai. balkay munafiqat par mabni personality hai. apni koi zindagi hai.</w:t>
      </w:r>
      <w:r>
        <w:br/>
      </w:r>
      <w:r>
        <w:rPr>
          <w:sz w:val="20"/>
        </w:rPr>
        <w:t>14:24  isko yeh log bilkul samajh nahi paatay. yeh single parenting walay.</w:t>
      </w:r>
      <w:r>
        <w:br/>
      </w:r>
      <w:r>
        <w:rPr>
          <w:sz w:val="20"/>
        </w:rPr>
        <w:t>14:31  aisay logon se meri baat hui hai. ke woh soch nahi paatay ke agar woh ghar mein bhi adjust karte, tab adjustment ka formula un ke liye aik principal hota.</w:t>
      </w:r>
      <w:r>
        <w:br/>
      </w:r>
      <w:r>
        <w:rPr>
          <w:sz w:val="20"/>
        </w:rPr>
        <w:t>14:45  aik bara principal. ab jo kar rahay hain woh.</w:t>
      </w:r>
      <w:r>
        <w:br/>
      </w:r>
      <w:r>
        <w:rPr>
          <w:sz w:val="20"/>
        </w:rPr>
        <w:t>14:50  ke ghar mein to adjust nahi kiya, aur company mein kar rahay hain. to as a hypocrisy kar rahay hain. bator munafiqat.</w:t>
      </w:r>
      <w:r>
        <w:br/>
      </w:r>
      <w:r>
        <w:rPr>
          <w:sz w:val="20"/>
        </w:rPr>
        <w:t>15:01  lekan intellectual development na hone ki wajah se is tarah samajh nahi paatay.</w:t>
      </w:r>
    </w:p>
    <w:p>
      <w:pPr>
        <w:pStyle w:val="Heading2"/>
      </w:pPr>
      <w:r>
        <w:t>Ibn Umar reinterprets 'end the fitna' during civil war</w:t>
      </w:r>
    </w:p>
    <w:p>
      <w:r>
        <w:rPr>
          <w:color w:val="666666"/>
          <w:sz w:val="18"/>
        </w:rPr>
        <w:t>Creative Solution or Ijtihadi Hal September 16, 2012 · 3m 03s · at 29:40 · https://youtu.be/yBKbiu0d_1A?t=1780</w:t>
      </w:r>
    </w:p>
    <w:p>
      <w:r>
        <w:rPr>
          <w:i/>
        </w:rPr>
        <w:t>“A companion refused to join a civil war among Muslims”</w:t>
      </w:r>
    </w:p>
    <w:p>
      <w:r>
        <w:rPr>
          <w:sz w:val="20"/>
        </w:rPr>
        <w:t>29:40  Rasool Allah ki wafat ke baad wahan par aik aik jis ko kehte hain civil war, aapas ki jang paida hui.</w:t>
      </w:r>
      <w:r>
        <w:br/>
      </w:r>
      <w:r>
        <w:rPr>
          <w:sz w:val="20"/>
        </w:rPr>
        <w:t>29:49  yeh Ibn Zubair aur Hajjaj ke darmiyan thi,</w:t>
      </w:r>
      <w:r>
        <w:br/>
      </w:r>
      <w:r>
        <w:rPr>
          <w:sz w:val="20"/>
        </w:rPr>
        <w:t>29:53  Hajjaj jo ke Bani Umayyah ke governor ka naam tha. To is daur mein aik sahabi thay, Hazrat Abdullah Ibn Umar, woh is mein shareek nahi thay.</w:t>
      </w:r>
      <w:r>
        <w:br/>
      </w:r>
      <w:r>
        <w:rPr>
          <w:sz w:val="20"/>
        </w:rPr>
        <w:t>30:07  donon taraf se talwar chal rahi thi, donon taraf se laraiyan ho rahi theen. To woh apne ghar mein thay.</w:t>
      </w:r>
      <w:r>
        <w:br/>
      </w:r>
      <w:r>
        <w:rPr>
          <w:sz w:val="20"/>
        </w:rPr>
        <w:t>30:18  To aik baar kuch Musalman un ke paas aaye, unhon ne kaha ke aap ghar mein baithe hain aur yahan haq-o-batil ki jang ho rahi hai, is mein aap kyun shareek shareek hotay hain?</w:t>
      </w:r>
      <w:r>
        <w:br/>
      </w:r>
      <w:r>
        <w:rPr>
          <w:sz w:val="20"/>
        </w:rPr>
        <w:t>30:35  To unhon ne kaha ke yeh haq-o-batil ki jang nahi hai.</w:t>
      </w:r>
      <w:r>
        <w:br/>
      </w:r>
      <w:r>
        <w:rPr>
          <w:sz w:val="20"/>
        </w:rPr>
        <w:t>30:38  To in logon ne Quran ki riwayat parhi</w:t>
      </w:r>
      <w:r>
        <w:br/>
      </w:r>
      <w:r>
        <w:rPr>
          <w:sz w:val="20"/>
        </w:rPr>
        <w:t>30:44  keh "wa qaatiluhum hatta la takuna fitnatun wa yakunad deenu lillah" yani fitna ko khatm kar lijiye, larai karo.</w:t>
      </w:r>
      <w:r>
        <w:br/>
      </w:r>
      <w:r>
        <w:rPr>
          <w:sz w:val="20"/>
        </w:rPr>
        <w:t>30:55  To Hazrat Abdullah ne kaha ke fitna to khatm ho chuka, "qatfalna" woh to hum ne khatm kar diya, ab to tum phir se fitna paida kar rahay ho.</w:t>
      </w:r>
      <w:r>
        <w:br/>
      </w:r>
      <w:r>
        <w:rPr>
          <w:sz w:val="20"/>
        </w:rPr>
        <w:t>31:06  Woh to fitna to khatm ho chuka. Fitna khatm hone ke maani kya hain? Asal jo maqsood tha, jis ki wajah se takrao paish aaya tha, woh tha yani religious freedom, mazhab ki azaadi,</w:t>
      </w:r>
      <w:r>
        <w:br/>
      </w:r>
      <w:r>
        <w:rPr>
          <w:sz w:val="20"/>
        </w:rPr>
        <w:t>31:21  da'wat-e-Ilah ki azaadi. Woh ho gaya, ab koi rukawat nahi hai. Woh taaqatein ab khatm ho gayeen jo rukawat daal daal ti theen,</w:t>
      </w:r>
      <w:r>
        <w:br/>
      </w:r>
      <w:r>
        <w:rPr>
          <w:sz w:val="20"/>
        </w:rPr>
        <w:t>31:31  jin ke baray mein Quran mein aaya hai ke "a-ra-ayta alladhi yanha 'abdan 'idha Salla" ke dekho un logon ko ke namaz parhta hai, hamara banda Kaba mein, us ko roktay hain, us ko.</w:t>
      </w:r>
      <w:r>
        <w:br/>
      </w:r>
      <w:r>
        <w:rPr>
          <w:sz w:val="20"/>
        </w:rPr>
        <w:t>31:43  To woh log khatm ho gaye. Ab kaun aap ko namaz parhne se rokta hai? Ab kaun aap ko da'wat-e-Ilah ka kaam karne se rokta hai? Ab kaun aap ko Quran phailane se rokta hai?</w:t>
      </w:r>
      <w:r>
        <w:br/>
      </w:r>
      <w:r>
        <w:rPr>
          <w:sz w:val="20"/>
        </w:rPr>
        <w:t>31:54  To fitna to khatm ho gaya, ab jo tum kar rahay ho, woh to phir se fitna ko zinda kar rahay ho.</w:t>
      </w:r>
      <w:r>
        <w:br/>
      </w:r>
      <w:r>
        <w:rPr>
          <w:sz w:val="20"/>
        </w:rPr>
        <w:t>32:00  Yeh khud saakhta fitna hai. Yeh</w:t>
      </w:r>
      <w:r>
        <w:br/>
      </w:r>
      <w:r>
        <w:rPr>
          <w:sz w:val="20"/>
        </w:rPr>
        <w:t>32:08  To woh log jo hai, us ko us ko samajh nahi paate ke fitna khatm karne ka matlab kya hai.</w:t>
      </w:r>
      <w:r>
        <w:br/>
      </w:r>
      <w:r>
        <w:rPr>
          <w:sz w:val="20"/>
        </w:rPr>
        <w:t>32:19  Hazrat Abdullah Ibn Umar ne is ko wazahat ki, kaha is is aayat ko re-define kiya. Unhon ne</w:t>
      </w:r>
      <w:r>
        <w:br/>
      </w:r>
      <w:r>
        <w:rPr>
          <w:sz w:val="20"/>
        </w:rPr>
        <w:t>32:27  Yeh soorat-e-haal aaj tak mas'ala mein chali aa rahi hai ke woh nayi nayi soorat-e-haal paish aati hai, to woh re-define nahi kar saktay, re-application daryaft nahi paate aur ladte rehtay hain.</w:t>
      </w:r>
    </w:p>
    <w:p>
      <w:pPr>
        <w:pStyle w:val="Heading2"/>
      </w:pPr>
      <w:r>
        <w:t>Formal fasting vs real fasting with backbiting example</w:t>
      </w:r>
    </w:p>
    <w:p>
      <w:r>
        <w:rPr>
          <w:color w:val="666666"/>
          <w:sz w:val="18"/>
        </w:rPr>
        <w:t>Adopt A Life of Fasting May 1, 2020 Maulana Wahiduddin Khan · 4m 08s · at 0:38 · https://youtu.be/oH6_1ogi0o4?t=38</w:t>
      </w:r>
    </w:p>
    <w:p>
      <w:r>
        <w:rPr>
          <w:i/>
        </w:rPr>
        <w:t>“Ramadan ka mahina Islami Hindi mein ek extraordinary mahina hai”</w:t>
      </w:r>
    </w:p>
    <w:p>
      <w:r>
        <w:rPr>
          <w:sz w:val="20"/>
        </w:rPr>
        <w:t>0:38  Ramzan ka mahina</w:t>
      </w:r>
      <w:r>
        <w:br/>
      </w:r>
      <w:r>
        <w:rPr>
          <w:sz w:val="20"/>
        </w:rPr>
        <w:t>0:42  Islami Hindi mein aik extra ordinary mahina hai, yani saare din, saare mahina aadmi khata peeta hai,</w:t>
      </w:r>
      <w:r>
        <w:br/>
      </w:r>
      <w:r>
        <w:rPr>
          <w:sz w:val="20"/>
        </w:rPr>
        <w:t>0:58  lekin Ramzan ke mahine mein khana peena chhod deta hai.</w:t>
      </w:r>
      <w:r>
        <w:br/>
      </w:r>
      <w:r>
        <w:rPr>
          <w:sz w:val="20"/>
        </w:rPr>
        <w:t>1:13  yeh bohat hi</w:t>
      </w:r>
      <w:r>
        <w:br/>
      </w:r>
      <w:r>
        <w:rPr>
          <w:sz w:val="20"/>
        </w:rPr>
        <w:t>1:18  anokha</w:t>
      </w:r>
      <w:r>
        <w:br/>
      </w:r>
      <w:r>
        <w:rPr>
          <w:sz w:val="20"/>
        </w:rPr>
        <w:t>1:24  amal hai.</w:t>
      </w:r>
      <w:r>
        <w:br/>
      </w:r>
      <w:r>
        <w:rPr>
          <w:sz w:val="20"/>
        </w:rPr>
        <w:t>1:34  magar yeh janna chahiye ke yeh jo</w:t>
      </w:r>
      <w:r>
        <w:br/>
      </w:r>
      <w:r>
        <w:rPr>
          <w:sz w:val="20"/>
        </w:rPr>
        <w:t>1:42  waqt muqarrar ke liye khana peena chhod diya jata hai, woh haramti tor par hai,</w:t>
      </w:r>
      <w:r>
        <w:br/>
      </w:r>
      <w:r>
        <w:rPr>
          <w:sz w:val="20"/>
        </w:rPr>
        <w:t>1:57  wohi asal nahi hai.</w:t>
      </w:r>
      <w:r>
        <w:br/>
      </w:r>
      <w:r>
        <w:rPr>
          <w:sz w:val="20"/>
        </w:rPr>
        <w:t>2:04  chunanche hadith mein aata hai ke:</w:t>
      </w:r>
      <w:r>
        <w:br/>
      </w:r>
      <w:r>
        <w:rPr>
          <w:sz w:val="20"/>
        </w:rPr>
        <w:t>2:12  "malam yadda qawla al-zur wa al-amr bihi fa yusrif lil hayati yadda ta'amud" .</w:t>
      </w:r>
      <w:r>
        <w:br/>
      </w:r>
      <w:r>
        <w:rPr>
          <w:sz w:val="20"/>
        </w:rPr>
        <w:t>2:25  jo aadmi</w:t>
      </w:r>
      <w:r>
        <w:br/>
      </w:r>
      <w:r>
        <w:rPr>
          <w:sz w:val="20"/>
        </w:rPr>
        <w:t>2:29  qawl-e-zor ko aur zor par amal karne ko na chhoday, to Allah ko us ki hajat nahi ke woh khana peena chhod de.</w:t>
      </w:r>
      <w:r>
        <w:br/>
      </w:r>
      <w:r>
        <w:rPr>
          <w:sz w:val="20"/>
        </w:rPr>
        <w:t>2:41  is ka ma'ni hai ke yeh khana peena asal'an haramti tor par hai,</w:t>
      </w:r>
      <w:r>
        <w:br/>
      </w:r>
      <w:r>
        <w:rPr>
          <w:sz w:val="20"/>
        </w:rPr>
        <w:t>2:50  haramti tor par hai.</w:t>
      </w:r>
      <w:r>
        <w:br/>
      </w:r>
      <w:r>
        <w:rPr>
          <w:sz w:val="20"/>
        </w:rPr>
        <w:t>3:01  chunanche ek hadith hai</w:t>
      </w:r>
      <w:r>
        <w:br/>
      </w:r>
      <w:r>
        <w:rPr>
          <w:sz w:val="20"/>
        </w:rPr>
        <w:t>3:07  ke bismillah se bataya gaya ke falan do aadmiyon ne roza rakha aur dono</w:t>
      </w:r>
      <w:r>
        <w:br/>
      </w:r>
      <w:r>
        <w:rPr>
          <w:sz w:val="20"/>
        </w:rPr>
        <w:t>3:24  ek sath baith kar</w:t>
      </w:r>
      <w:r>
        <w:br/>
      </w:r>
      <w:r>
        <w:rPr>
          <w:sz w:val="20"/>
        </w:rPr>
        <w:t>3:30  ek doosre ke khilaf</w:t>
      </w:r>
      <w:r>
        <w:br/>
      </w:r>
      <w:r>
        <w:rPr>
          <w:sz w:val="20"/>
        </w:rPr>
        <w:t>3:36  ghibat ki baatein karte rahe.</w:t>
      </w:r>
      <w:r>
        <w:br/>
      </w:r>
      <w:r>
        <w:rPr>
          <w:sz w:val="20"/>
        </w:rPr>
        <w:t>3:41  to aap ne farmaya ke unhon ne</w:t>
      </w:r>
      <w:r>
        <w:br/>
      </w:r>
      <w:r>
        <w:rPr>
          <w:sz w:val="20"/>
        </w:rPr>
        <w:t>3:50  aaram se roza rakha,</w:t>
      </w:r>
      <w:r>
        <w:br/>
      </w:r>
      <w:r>
        <w:rPr>
          <w:sz w:val="20"/>
        </w:rPr>
        <w:t>3:56  unhon ne halaal se roza rakha aur haraam se iftar kar liya.</w:t>
      </w:r>
      <w:r>
        <w:br/>
      </w:r>
      <w:r>
        <w:rPr>
          <w:sz w:val="20"/>
        </w:rPr>
        <w:t>4:12  kyun ke roze mein khana aap ne chhodna, woh to haramti tor par hai, ya'ni haramti roza rakha aur haqeeqi roza nahi chhodha.</w:t>
      </w:r>
      <w:r>
        <w:br/>
      </w:r>
      <w:r>
        <w:rPr>
          <w:sz w:val="20"/>
        </w:rPr>
        <w:t>4:29  is ka matlab yeh hai: haramti roza to rakha lekin haqeeqi roza nahi rakha.</w:t>
      </w:r>
    </w:p>
    <w:p>
      <w:pPr>
        <w:pStyle w:val="Heading2"/>
      </w:pPr>
      <w:r>
        <w:t>World of problems created by God</w:t>
      </w:r>
    </w:p>
    <w:p>
      <w:r>
        <w:rPr>
          <w:color w:val="666666"/>
          <w:sz w:val="18"/>
        </w:rPr>
        <w:t>The Importance of Patience 8 May 2014 - Maulana Wahiduddin Khan · 21s · at 5:00 · https://youtu.be/O6n3siZeKSI?t=300</w:t>
      </w:r>
    </w:p>
    <w:p>
      <w:r>
        <w:rPr>
          <w:i/>
        </w:rPr>
        <w:t>“Insaan ko Allah ne paida kiya qabd mein”</w:t>
      </w:r>
    </w:p>
    <w:p>
      <w:r>
        <w:rPr>
          <w:sz w:val="20"/>
        </w:rPr>
        <w:t>5:00  insan ko Allah ne paida kiya qabḍ mein. khalaq al-insana fi qabḍ . qabḍ ka maani hai problem. insan ko paida kiya hai problem mein.</w:t>
      </w:r>
      <w:r>
        <w:br/>
      </w:r>
      <w:r>
        <w:rPr>
          <w:sz w:val="20"/>
        </w:rPr>
        <w:t>5:14  is ka matlab hai ke</w:t>
      </w:r>
      <w:r>
        <w:br/>
      </w:r>
      <w:r>
        <w:rPr>
          <w:sz w:val="20"/>
        </w:rPr>
        <w:t>5:16  the world is world of problems</w:t>
      </w:r>
    </w:p>
    <w:p>
      <w:pPr>
        <w:pStyle w:val="Heading2"/>
      </w:pPr>
      <w:r>
        <w:t>Leaning wall and earthquake as mind trigger</w:t>
      </w:r>
    </w:p>
    <w:p>
      <w:r>
        <w:rPr>
          <w:color w:val="666666"/>
          <w:sz w:val="18"/>
        </w:rPr>
        <w:t>The Message of Eid al-Fitr June 16, 2018 Maulana Wahiduddin Khan · 2m 58s · at 5:19 · https://youtu.be/QlTiIy-mN8U?t=319</w:t>
      </w:r>
    </w:p>
    <w:p>
      <w:r>
        <w:rPr>
          <w:i/>
        </w:rPr>
        <w:t>“Main jis ghar mein rehta tha”</w:t>
      </w:r>
    </w:p>
    <w:p>
      <w:r>
        <w:rPr>
          <w:sz w:val="20"/>
        </w:rPr>
        <w:t>5:19  main jis ghar mein rehta tha</w:t>
      </w:r>
      <w:r>
        <w:br/>
      </w:r>
      <w:r>
        <w:rPr>
          <w:sz w:val="20"/>
        </w:rPr>
        <w:t>5:25  to is mein</w:t>
      </w:r>
      <w:r>
        <w:br/>
      </w:r>
      <w:r>
        <w:rPr>
          <w:sz w:val="20"/>
        </w:rPr>
        <w:t>5:31  ek taraf ki deewar poori ki poori mitti ki thi. ek taraf to eent ki deewar thi, pichla hissa jo tha woh poora ka poora mitti ki deewar thi.</w:t>
      </w:r>
      <w:r>
        <w:br/>
      </w:r>
      <w:r>
        <w:rPr>
          <w:sz w:val="20"/>
        </w:rPr>
        <w:t>5:46  woh</w:t>
      </w:r>
      <w:r>
        <w:br/>
      </w:r>
      <w:r>
        <w:rPr>
          <w:sz w:val="20"/>
        </w:rPr>
        <w:t>5:51  aur aap taajjub karein ge ke woh deewar jhuki hui thi, mitti ki deewar jhuki hui, aise hi. to har waqt khatra ke gir pare, gir pare, gir pare.</w:t>
      </w:r>
      <w:r>
        <w:br/>
      </w:r>
      <w:r>
        <w:rPr>
          <w:sz w:val="20"/>
        </w:rPr>
        <w:t>6:05  baqayda aise jhuki hui thi. aur isi ghar mein main barson barson raha, rozana us ko dekhta tha.</w:t>
      </w:r>
      <w:r>
        <w:br/>
      </w:r>
      <w:r>
        <w:rPr>
          <w:sz w:val="20"/>
        </w:rPr>
        <w:t>6:21  to ek jhuki hui deewar ke andar main raha, aur woh kabhi woh deewar giri nahi, yahan tak ke mere bhai ne paisa kamaya, paisa kamakar ghar gira giraya,</w:t>
      </w:r>
      <w:r>
        <w:br/>
      </w:r>
      <w:r>
        <w:rPr>
          <w:sz w:val="20"/>
        </w:rPr>
        <w:t>6:35  aur phir banwaya us ko phir se. tab woh giri, apne aap nahi giri. woh</w:t>
      </w:r>
      <w:r>
        <w:br/>
      </w:r>
      <w:r>
        <w:rPr>
          <w:sz w:val="20"/>
        </w:rPr>
        <w:t>6:43  to dekhiye, insaan do tareeqe se sochta hai: conscious mind se, unconscious mind se. ya bas wajah yeh hai ke insaan sirf conscious mind se sochta hai, unconscious mind se bhi sochta hai.</w:t>
      </w:r>
      <w:r>
        <w:br/>
      </w:r>
      <w:r>
        <w:rPr>
          <w:sz w:val="20"/>
        </w:rPr>
        <w:t>6:57  woh to mein is waqt, yaani bachpan se, is qabil to nahi tha ke mein conscious mind se sochun, lekin unconscious mind se zaroor sochta tha mein, kyunke mera mind trigger hota tha, trigger hota tha.</w:t>
      </w:r>
      <w:r>
        <w:br/>
      </w:r>
      <w:r>
        <w:rPr>
          <w:sz w:val="20"/>
        </w:rPr>
        <w:t>7:18  to unconscious mind se mein sochta tha ke aakhir yeh kaun hai is deewar ko sambhali hui hai.</w:t>
      </w:r>
      <w:r>
        <w:br/>
      </w:r>
      <w:r>
        <w:rPr>
          <w:sz w:val="20"/>
        </w:rPr>
        <w:t>7:29  hata ke mein aap ko arz karun, 1936 ka waqia, 1936,</w:t>
      </w:r>
      <w:r>
        <w:br/>
      </w:r>
      <w:r>
        <w:rPr>
          <w:sz w:val="20"/>
        </w:rPr>
        <w:t>7:38  1936. aap jante hain 34 se kya hua tha? earthquake aaya tha.</w:t>
      </w:r>
      <w:r>
        <w:br/>
      </w:r>
      <w:r>
        <w:rPr>
          <w:sz w:val="20"/>
        </w:rPr>
        <w:t>7:50  ek dum meri vivid memory mein, vivid meri Quetta mein aaya tha, jo aap Pakistan mein hain. to Quetta mein earthquake aaya hai 1936 mein,</w:t>
      </w:r>
      <w:r>
        <w:br/>
      </w:r>
      <w:r>
        <w:rPr>
          <w:sz w:val="20"/>
        </w:rPr>
        <w:t>8:04  aur sab mein ne dekha ke sab hil raha hai. woh deewar bhi hil rahi hai ke gira kuch bhi nahi, mere ghar mein kahin koi kuch kuch giri nahi, halanke poora ghar hil hil raha tha.</w:t>
      </w:r>
    </w:p>
    <w:p>
      <w:pPr>
        <w:pStyle w:val="Heading2"/>
      </w:pPr>
      <w:r>
        <w:t>Patience as summum bonum and love for enemies</w:t>
      </w:r>
    </w:p>
    <w:p>
      <w:r>
        <w:rPr>
          <w:color w:val="666666"/>
          <w:sz w:val="18"/>
        </w:rPr>
        <w:t>Interview Session with Maulana Wahiduddin Khan English · 5m 16s · at 21:01 · https://youtu.be/oNKYrZsbzr4?t=1261</w:t>
      </w:r>
    </w:p>
    <w:p>
      <w:r>
        <w:rPr>
          <w:i/>
        </w:rPr>
        <w:t>“Patience is the summum bonum.”</w:t>
      </w:r>
    </w:p>
    <w:p>
      <w:r>
        <w:rPr>
          <w:sz w:val="20"/>
        </w:rPr>
        <w:t>21:01  patience is the summum bonum. Patience is the summum bonum. This, the Prophet of Islam, has said that,</w:t>
      </w:r>
      <w:r>
        <w:br/>
      </w:r>
      <w:r>
        <w:rPr>
          <w:sz w:val="20"/>
        </w:rPr>
        <w:t>21:16  "Patience is the key to all success." Patience is the key to success. Without patience, there is no success.</w:t>
      </w:r>
      <w:r>
        <w:br/>
      </w:r>
      <w:r>
        <w:rPr>
          <w:sz w:val="20"/>
        </w:rPr>
        <w:t>21:27  And I would like to add that patience is not a negative thing.</w:t>
      </w:r>
      <w:r>
        <w:br/>
      </w:r>
      <w:r>
        <w:rPr>
          <w:sz w:val="20"/>
        </w:rPr>
        <w:t>21:36  It is completely a positive thing. Why? Because in this world, you are living with other people.</w:t>
      </w:r>
      <w:r>
        <w:br/>
      </w:r>
      <w:r>
        <w:rPr>
          <w:sz w:val="20"/>
        </w:rPr>
        <w:t>21:46  Their tastes are different. Their interest is different. But there are some unpleasant situations every time.</w:t>
      </w:r>
      <w:r>
        <w:br/>
      </w:r>
      <w:r>
        <w:rPr>
          <w:sz w:val="20"/>
        </w:rPr>
        <w:t>21:56  You cannot find a nervous situation every time. So what to do? The only way to live in this world successfully is by keeping patience.</w:t>
      </w:r>
      <w:r>
        <w:br/>
      </w:r>
      <w:r>
        <w:rPr>
          <w:sz w:val="20"/>
        </w:rPr>
        <w:t>22:16  You cannot stop other people who think according to their own. Everybody is free.</w:t>
      </w:r>
      <w:r>
        <w:br/>
      </w:r>
      <w:r>
        <w:rPr>
          <w:sz w:val="20"/>
        </w:rPr>
        <w:t>22:25  So how can we abolish that freedom? God gave them freedom. Freedom is theirright.</w:t>
      </w:r>
      <w:r>
        <w:br/>
      </w:r>
      <w:r>
        <w:rPr>
          <w:sz w:val="20"/>
        </w:rPr>
        <w:t>22:34  So we cannot abolish that freedom. So we have to be tolerant. You have to be patient. So patience means wisdom of lif</w:t>
      </w:r>
      <w:r>
        <w:br/>
      </w:r>
      <w:r>
        <w:rPr>
          <w:sz w:val="20"/>
        </w:rPr>
        <w:t>22:46  e. In a world where everybody is free, everybody</w:t>
      </w:r>
      <w:r>
        <w:br/>
      </w:r>
      <w:r>
        <w:rPr>
          <w:sz w:val="20"/>
        </w:rPr>
        <w:t>22:56  is striving for his own interests, in such a world, there is no way except patience because we cannot abolish their freedom.</w:t>
      </w:r>
      <w:r>
        <w:br/>
      </w:r>
      <w:r>
        <w:rPr>
          <w:sz w:val="20"/>
        </w:rPr>
        <w:t>23:08  Everybody is free.</w:t>
      </w:r>
      <w:r>
        <w:br/>
      </w:r>
      <w:r>
        <w:rPr>
          <w:sz w:val="20"/>
        </w:rPr>
        <w:t>23:10  So it is the greatest wisdom to keep patience so that you will be able to work peacefully.</w:t>
      </w:r>
      <w:r>
        <w:br/>
      </w:r>
      <w:r>
        <w:rPr>
          <w:sz w:val="20"/>
        </w:rPr>
        <w:t>23:26  And as I already said, according to the law of nature, every time there are opportunities, enormous opportunities, opportunities are an integral part of life.</w:t>
      </w:r>
      <w:r>
        <w:br/>
      </w:r>
      <w:r>
        <w:rPr>
          <w:sz w:val="20"/>
        </w:rPr>
        <w:t>23:43  No one can abolish those opportunities. So this wisdom of life is to avoid the problem and to avail those opportunities.</w:t>
      </w:r>
      <w:r>
        <w:br/>
      </w:r>
      <w:r>
        <w:rPr>
          <w:sz w:val="20"/>
        </w:rPr>
        <w:t>23:53  By availing those opportunities, we can gain everything. In every country, not only in USA or Britain, even in Israel,</w:t>
      </w:r>
      <w:r>
        <w:br/>
      </w:r>
      <w:r>
        <w:rPr>
          <w:sz w:val="20"/>
        </w:rPr>
        <w:t>24:08  even in Kashmir, there are enormous opportunities. So why are you fighting? Why these fightings? I visited Kashmir.</w:t>
      </w:r>
      <w:r>
        <w:br/>
      </w:r>
      <w:r>
        <w:rPr>
          <w:sz w:val="20"/>
        </w:rPr>
        <w:t>24:21  They are fighting against the Indian Army. I said that, "Why are you fighting?" The Indian Army is your friend.</w:t>
      </w:r>
      <w:r>
        <w:br/>
      </w:r>
      <w:r>
        <w:rPr>
          <w:sz w:val="20"/>
        </w:rPr>
        <w:t>24:33  They are mankind like you. So</w:t>
      </w:r>
      <w:r>
        <w:br/>
      </w:r>
      <w:r>
        <w:rPr>
          <w:sz w:val="20"/>
        </w:rPr>
        <w:t>24:42  try to live with them normally. Why are you fighting? Why this hate?</w:t>
      </w:r>
      <w:r>
        <w:br/>
      </w:r>
      <w:r>
        <w:rPr>
          <w:sz w:val="20"/>
        </w:rPr>
        <w:t>24:52  I have no hate against anyone. I believe in</w:t>
      </w:r>
      <w:r>
        <w:br/>
      </w:r>
      <w:r>
        <w:rPr>
          <w:sz w:val="20"/>
        </w:rPr>
        <w:t>25:01  the Christians' saying that, "Love your enemy." So I really love my enemy, if there is any enemy. I don't think that anyone is an enemy, but I love all.</w:t>
      </w:r>
      <w:r>
        <w:br/>
      </w:r>
      <w:r>
        <w:rPr>
          <w:sz w:val="20"/>
        </w:rPr>
        <w:t>25:16  So love is the greatest power for mine, not fighting.</w:t>
      </w:r>
      <w:r>
        <w:br/>
      </w:r>
      <w:r>
        <w:rPr>
          <w:sz w:val="20"/>
        </w:rPr>
        <w:t>25:26  Yesterday, I read an article in the English paper that the USA is losing its superiority.</w:t>
      </w:r>
      <w:r>
        <w:br/>
      </w:r>
      <w:r>
        <w:rPr>
          <w:sz w:val="20"/>
        </w:rPr>
        <w:t>25:39  Why? Because it spent $5 trillion in the Iraq War. So what he gained</w:t>
      </w:r>
      <w:r>
        <w:br/>
      </w:r>
      <w:r>
        <w:rPr>
          <w:sz w:val="20"/>
        </w:rPr>
        <w:t>25:49  ? I don't think that anyone can gain anything from war. I think that</w:t>
      </w:r>
      <w:r>
        <w:br/>
      </w:r>
      <w:r>
        <w:rPr>
          <w:sz w:val="20"/>
        </w:rPr>
        <w:t>26:02  every victory is a trick victory. In this world, every victory is a trick victory. By defeat, you can find more opportunities than by victory.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