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Search: My marriage is difficult</w:t>
      </w:r>
    </w:p>
    <w:p>
      <w:r>
        <w:rPr>
          <w:sz w:val="18"/>
        </w:rPr>
        <w:t>Q&amp;A, lecture moments and clips · full transcripts with timestamps · exported 2026-09-21</w:t>
      </w:r>
    </w:p>
    <w:p>
      <w:pPr>
        <w:pStyle w:val="Heading1"/>
      </w:pPr>
      <w:r>
        <w:t>Maulana was asked (30)</w:t>
      </w:r>
    </w:p>
    <w:p>
      <w:pPr>
        <w:pStyle w:val="Heading2"/>
      </w:pPr>
      <w:r>
        <w:t>What to do when spouse hinders spiritual mission?</w:t>
      </w:r>
    </w:p>
    <w:p>
      <w:r>
        <w:rPr>
          <w:color w:val="666666"/>
          <w:sz w:val="18"/>
        </w:rPr>
        <w:t>Paradise as A Goal April 26, 2015 · 1m 37s · at 1:04:34 · https://youtu.be/4IWLd2SIBkw?t=3874</w:t>
      </w:r>
    </w:p>
    <w:p>
      <w:r>
        <w:rPr>
          <w:i/>
        </w:rPr>
        <w:t>“If a life partner is not compatible and does not support us in gaining spiritual food, and when we talk relevantly, they talk irrelevantly, what should we do? This causes disturbance in our mission.”</w:t>
      </w:r>
    </w:p>
    <w:p>
      <w:r>
        <w:rPr>
          <w:sz w:val="20"/>
        </w:rPr>
        <w:t>1:04:34  na kabhi unhon ne aisa kiya. aisa aisa nahi ke qatl kiya unhon ne. Maulana, yeh agla sawal aaya hai Muhammad Abrar sahib ka Allahabad se</w:t>
      </w:r>
      <w:r>
        <w:br/>
      </w:r>
      <w:r>
        <w:rPr>
          <w:sz w:val="20"/>
        </w:rPr>
        <w:t>1:04:46  . Maulana, agar life partner hum mizaj na ho aur hamare spiritual food ko gain karne mein hamara saath na de, aur jab hum relevant talk karein,</w:t>
      </w:r>
      <w:r>
        <w:br/>
      </w:r>
      <w:r>
        <w:rPr>
          <w:sz w:val="20"/>
        </w:rPr>
        <w:t>1:04:59  woh irrelevant talk kare to hamein kya karna chahiye? kyunke us ki wajah se hamare mission mein disturbance hota hai.</w:t>
      </w:r>
      <w:r>
        <w:br/>
      </w:r>
      <w:r>
        <w:rPr>
          <w:sz w:val="20"/>
        </w:rPr>
        <w:t>1:05:11  nahi, dekhiye, yeh baat sahi nahi hai.</w:t>
      </w:r>
      <w:r>
        <w:br/>
      </w:r>
      <w:r>
        <w:rPr>
          <w:sz w:val="20"/>
        </w:rPr>
        <w:t>1:05:14  har aurat, har mard Allah ke paida kiye hue hain. aisa nahi ke kisi ko shaitan ne paida kiya hai, kisi ko Khuda ne paida kiya hai. to aap jis darje mein aap ka saathi aap ke aap se mawafqat kar raha hai, us par shukr kijiye.</w:t>
      </w:r>
      <w:r>
        <w:br/>
      </w:r>
      <w:r>
        <w:rPr>
          <w:sz w:val="20"/>
        </w:rPr>
        <w:t>1:05:34  agar kami hai to us ke liye koshish kijiye, dua kijiye, koshish kijiye.</w:t>
      </w:r>
      <w:r>
        <w:br/>
      </w:r>
      <w:r>
        <w:rPr>
          <w:sz w:val="20"/>
        </w:rPr>
        <w:t>1:05:39  aisa nahi hai ke woh bas woh saathi aap ka bigra hai, bigra hi rahega. aisa nahi, apni kami ko daryaft kijiye.</w:t>
      </w:r>
      <w:r>
        <w:br/>
      </w:r>
      <w:r>
        <w:rPr>
          <w:sz w:val="20"/>
        </w:rPr>
        <w:t>1:05:48  ho sakta hai ke aap ki koi kami ho, jise aap jhaadak dete hon, ghussa hote hon, sakhti se baat karte hon, to us ko reaction aata hai.</w:t>
      </w:r>
      <w:r>
        <w:br/>
      </w:r>
      <w:r>
        <w:rPr>
          <w:sz w:val="20"/>
        </w:rPr>
        <w:t>1:05:56  us ke andar yeh yeh bhi ho sakta hai. main is ko nahi manta ke koi aurat ya mard paidaishi taur par bure hain.</w:t>
      </w:r>
      <w:r>
        <w:br/>
      </w:r>
      <w:r>
        <w:rPr>
          <w:sz w:val="20"/>
        </w:rPr>
        <w:t>1:06:06  main is ko nahi manta.</w:t>
      </w:r>
    </w:p>
    <w:p>
      <w:pPr>
        <w:pStyle w:val="Heading2"/>
      </w:pPr>
      <w:r>
        <w:t>Dealing with incompatible life partner</w:t>
      </w:r>
    </w:p>
    <w:p>
      <w:r>
        <w:rPr>
          <w:color w:val="666666"/>
          <w:sz w:val="18"/>
        </w:rPr>
        <w:t>Paradise as a Goal April 26, 2015 · 1m 31s · at 1:02:01 · https://youtu.be/hnHqhmSJZXA?t=3721</w:t>
      </w:r>
    </w:p>
    <w:p>
      <w:r>
        <w:rPr>
          <w:i/>
        </w:rPr>
        <w:t>“If a life partner is not compatible, does not support my spiritual food gain, and when I give relevant talk they give irrelevant talk, what should I do?”</w:t>
      </w:r>
    </w:p>
    <w:p>
      <w:r>
        <w:rPr>
          <w:sz w:val="20"/>
        </w:rPr>
        <w:t>1:02:01  maulana yeh agla sawal aya hai muhammad abrar sahib ka allahabad se</w:t>
      </w:r>
      <w:r>
        <w:br/>
      </w:r>
      <w:r>
        <w:rPr>
          <w:sz w:val="20"/>
        </w:rPr>
        <w:t>1:02:07  maulana agar life partner hum mizaj na ho aur hamare spiritual food ko gain karne mein hamara sath</w:t>
      </w:r>
      <w:r>
        <w:br/>
      </w:r>
      <w:r>
        <w:rPr>
          <w:sz w:val="20"/>
        </w:rPr>
        <w:t>1:02:15  na de aur jab hum relevant talk karein woh irrelevant talk kare to hamein kya karna chahiye kyunke</w:t>
      </w:r>
      <w:r>
        <w:br/>
      </w:r>
      <w:r>
        <w:rPr>
          <w:sz w:val="20"/>
        </w:rPr>
        <w:t>1:02:25  is ki waja se hamare mission mein disturbance hota hai</w:t>
      </w:r>
      <w:r>
        <w:br/>
      </w:r>
      <w:r>
        <w:rPr>
          <w:sz w:val="20"/>
        </w:rPr>
        <w:t>1:02:32  nahi dekhiye yeh baat sahi nahi hai</w:t>
      </w:r>
      <w:r>
        <w:br/>
      </w:r>
      <w:r>
        <w:rPr>
          <w:sz w:val="20"/>
        </w:rPr>
        <w:t>1:02:35  har aurat har mard</w:t>
      </w:r>
      <w:r>
        <w:br/>
      </w:r>
      <w:r>
        <w:rPr>
          <w:sz w:val="20"/>
        </w:rPr>
        <w:t>1:02:38  Allah ke paida ki hui hain aisa nahi kisi ko shaitan ne paida kiya hai kisi ko Khuda</w:t>
      </w:r>
      <w:r>
        <w:br/>
      </w:r>
      <w:r>
        <w:rPr>
          <w:sz w:val="20"/>
        </w:rPr>
        <w:t>1:02:42  ne paida kiya hai</w:t>
      </w:r>
      <w:r>
        <w:br/>
      </w:r>
      <w:r>
        <w:rPr>
          <w:sz w:val="20"/>
        </w:rPr>
        <w:t>1:02:45  to aap jis darje mein aap ka saathi aap ke aap se mawafqat kar raha hai us par</w:t>
      </w:r>
      <w:r>
        <w:br/>
      </w:r>
      <w:r>
        <w:rPr>
          <w:sz w:val="20"/>
        </w:rPr>
        <w:t>1:02:54  shukr kijiye agar kami hai to us ke liye koshish kijiye dua kijiye koshish kijiye</w:t>
      </w:r>
      <w:r>
        <w:br/>
      </w:r>
      <w:r>
        <w:rPr>
          <w:sz w:val="20"/>
        </w:rPr>
        <w:t>1:03:00  aisa nahi hai ke woh bas</w:t>
      </w:r>
      <w:r>
        <w:br/>
      </w:r>
      <w:r>
        <w:rPr>
          <w:sz w:val="20"/>
        </w:rPr>
        <w:t>1:03:03  woh saathi aap ka bigra hai bigra hi rahega aisa nahi apni kamiyon ko daryaft kijiye ho</w:t>
      </w:r>
      <w:r>
        <w:br/>
      </w:r>
      <w:r>
        <w:rPr>
          <w:sz w:val="20"/>
        </w:rPr>
        <w:t>1:03:09  sakta hai ke aap ki koi kami ho jise aap jhel dete hon ghussa hote hon sakhti se</w:t>
      </w:r>
      <w:r>
        <w:br/>
      </w:r>
      <w:r>
        <w:rPr>
          <w:sz w:val="20"/>
        </w:rPr>
        <w:t>1:03:14  baat karte hon to us woh reaction reaction aata hai is ke andar yeh bhi ho</w:t>
      </w:r>
      <w:r>
        <w:br/>
      </w:r>
      <w:r>
        <w:rPr>
          <w:sz w:val="20"/>
        </w:rPr>
        <w:t>1:03:18  sakta hai main is ko nahi manta ke koi aurat ya mard</w:t>
      </w:r>
      <w:r>
        <w:br/>
      </w:r>
      <w:r>
        <w:rPr>
          <w:sz w:val="20"/>
        </w:rPr>
        <w:t>1:03:24  paidaishi taur par bure hain</w:t>
      </w:r>
      <w:r>
        <w:br/>
      </w:r>
      <w:r>
        <w:rPr>
          <w:sz w:val="20"/>
        </w:rPr>
        <w:t>1:03:27  main is ko nahi manta</w:t>
      </w:r>
    </w:p>
    <w:p>
      <w:pPr>
        <w:pStyle w:val="Heading2"/>
      </w:pPr>
      <w:r>
        <w:t>Managing issues in married life</w:t>
      </w:r>
    </w:p>
    <w:p>
      <w:r>
        <w:rPr>
          <w:color w:val="666666"/>
          <w:sz w:val="18"/>
        </w:rPr>
        <w:t>How to Manage Controversy 10 Nov 2019 - Maulana Wahiduddin Khan · 46s · at 53:15 · https://youtu.be/UafTzJXHrSA?t=3195</w:t>
      </w:r>
    </w:p>
    <w:p>
      <w:r>
        <w:rPr>
          <w:i/>
        </w:rPr>
        <w:t>“Please explain managing issues and taking a step back from the aspects of married life.”</w:t>
      </w:r>
    </w:p>
    <w:p>
      <w:r>
        <w:rPr>
          <w:sz w:val="20"/>
        </w:rPr>
        <w:t>53:15  Maulana, Peshawar se Muhammad Tufail sahib ne sawal bheja hai. unhon ne aap se poocha hai: "Maulana sahib, please explain managing issues or taking a step back from the aspects of married life?" from the aspect of married life?</w:t>
      </w:r>
      <w:r>
        <w:br/>
      </w:r>
      <w:r>
        <w:rPr>
          <w:sz w:val="20"/>
        </w:rPr>
        <w:t>53:33  shadi? ji, yeh to bohat aasan hai. yeh to aap bohat likh chuke hain. aap parh lijiye hamari kitaben, bohat likh chuke hain ke married life ko kaise manage kiya jaye.</w:t>
      </w:r>
      <w:r>
        <w:br/>
      </w:r>
      <w:r>
        <w:rPr>
          <w:sz w:val="20"/>
        </w:rPr>
        <w:t>53:50  ji Maulana, is pe yeh batana chahenge ke aap ki kitab "Family Life" bhi maujood hai CPS website pe, to aap wahan se download kar sakte hain.</w:t>
      </w:r>
    </w:p>
    <w:p>
      <w:pPr>
        <w:pStyle w:val="Heading2"/>
      </w:pPr>
      <w:r>
        <w:t>Why does God put me in difficult situations?</w:t>
      </w:r>
    </w:p>
    <w:p>
      <w:r>
        <w:rPr>
          <w:color w:val="666666"/>
          <w:sz w:val="18"/>
        </w:rPr>
        <w:t>Divine Love July 31, 2016 · 2m 30s · at 48:22 · https://youtu.be/-gQiWX3l6J4?t=2902</w:t>
      </w:r>
    </w:p>
    <w:p>
      <w:r>
        <w:rPr>
          <w:i/>
        </w:rPr>
        <w:t>“I love God but still I feel that He puts me in difficult situations. For example I have health and financial issues.”</w:t>
      </w:r>
    </w:p>
    <w:p>
      <w:r>
        <w:rPr>
          <w:sz w:val="20"/>
        </w:rPr>
        <w:t>48:22  Maulana agla sawal Bhopal se kiya hai Faheem sahib ne aur unhon ne likha hai Maulana sahib I</w:t>
      </w:r>
      <w:r>
        <w:br/>
      </w:r>
      <w:r>
        <w:rPr>
          <w:sz w:val="20"/>
        </w:rPr>
        <w:t>48:28  love God but still I feel that He puts me in difficult situations.</w:t>
      </w:r>
      <w:r>
        <w:br/>
      </w:r>
      <w:r>
        <w:rPr>
          <w:sz w:val="20"/>
        </w:rPr>
        <w:t>48:34  For example I have health and financial issues.</w:t>
      </w:r>
      <w:r>
        <w:br/>
      </w:r>
      <w:r>
        <w:rPr>
          <w:sz w:val="20"/>
        </w:rPr>
        <w:t>48:40  One of my atheist friends tells me that if God is really merciful then why would He do</w:t>
      </w:r>
      <w:r>
        <w:br/>
      </w:r>
      <w:r>
        <w:rPr>
          <w:sz w:val="20"/>
        </w:rPr>
        <w:t>48:46  this to me?</w:t>
      </w:r>
      <w:r>
        <w:br/>
      </w:r>
      <w:r>
        <w:rPr>
          <w:sz w:val="20"/>
        </w:rPr>
        <w:t>48:52  I have no answer for this.</w:t>
      </w:r>
      <w:r>
        <w:br/>
      </w:r>
      <w:r>
        <w:rPr>
          <w:sz w:val="20"/>
        </w:rPr>
        <w:t>48:54  Kindly give me your guidance in understanding my case better.</w:t>
      </w:r>
      <w:r>
        <w:br/>
      </w:r>
      <w:r>
        <w:rPr>
          <w:sz w:val="20"/>
        </w:rPr>
        <w:t>48:58  dekhen sab se bari ghalati aap ki yeh hai ke aap sochte hain ke I love God.</w:t>
      </w:r>
      <w:r>
        <w:br/>
      </w:r>
      <w:r>
        <w:rPr>
          <w:sz w:val="20"/>
        </w:rPr>
        <w:t>49:06  yeh bilkul aap fast food mein jee rahe hain.</w:t>
      </w:r>
      <w:r>
        <w:br/>
      </w:r>
      <w:r>
        <w:rPr>
          <w:sz w:val="20"/>
        </w:rPr>
        <w:t>49:09  dekhen Allah se love karna yeh nahi ke aap lip service karen.</w:t>
      </w:r>
      <w:r>
        <w:br/>
      </w:r>
      <w:r>
        <w:rPr>
          <w:sz w:val="20"/>
        </w:rPr>
        <w:t>49:15  Allah se love karne ke maani hain ke aap Allah ko discover karen.</w:t>
      </w:r>
      <w:r>
        <w:br/>
      </w:r>
      <w:r>
        <w:rPr>
          <w:sz w:val="20"/>
        </w:rPr>
        <w:t>49:20  Allah ko apne concern banayen.</w:t>
      </w:r>
      <w:r>
        <w:br/>
      </w:r>
      <w:r>
        <w:rPr>
          <w:sz w:val="20"/>
        </w:rPr>
        <w:t>49:22  Allah se duayen karen.</w:t>
      </w:r>
      <w:r>
        <w:br/>
      </w:r>
      <w:r>
        <w:rPr>
          <w:sz w:val="20"/>
        </w:rPr>
        <w:t>49:24  Allah se apni har cheez mein madad mangen.</w:t>
      </w:r>
      <w:r>
        <w:br/>
      </w:r>
      <w:r>
        <w:rPr>
          <w:sz w:val="20"/>
        </w:rPr>
        <w:t>49:28  to aap Allah ki law jo farmate hain yeh aap fast food mein jee rahe hain.</w:t>
      </w:r>
      <w:r>
        <w:br/>
      </w:r>
      <w:r>
        <w:rPr>
          <w:sz w:val="20"/>
        </w:rPr>
        <w:t>49:34  yani aap ka Allah se contact nahi bana.</w:t>
      </w:r>
      <w:r>
        <w:br/>
      </w:r>
      <w:r>
        <w:rPr>
          <w:sz w:val="20"/>
        </w:rPr>
        <w:t>49:38  Contact bana hota to yeh sab jo jis ko aap problem kehte hain woh problem aata hi nahi.</w:t>
      </w:r>
      <w:r>
        <w:br/>
      </w:r>
      <w:r>
        <w:rPr>
          <w:sz w:val="20"/>
        </w:rPr>
        <w:t>49:46  kyun ke sare problem aate hain divine culture ko follow na karne ki wajah se.</w:t>
      </w:r>
      <w:r>
        <w:br/>
      </w:r>
      <w:r>
        <w:rPr>
          <w:sz w:val="20"/>
        </w:rPr>
        <w:t>49:52  agar aap mujhe tafseel se batayen to mein bata doon ga aap ko ke aap ne divine culture</w:t>
      </w:r>
      <w:r>
        <w:br/>
      </w:r>
      <w:r>
        <w:rPr>
          <w:sz w:val="20"/>
        </w:rPr>
        <w:t>49:59  ko follow nahi kiya.</w:t>
      </w:r>
      <w:r>
        <w:br/>
      </w:r>
      <w:r>
        <w:rPr>
          <w:sz w:val="20"/>
        </w:rPr>
        <w:t>50:01  yeh aap jante hue ke aap Khuda se mohabbat karte hain lekin Khuda ne jo guidance diya us</w:t>
      </w:r>
      <w:r>
        <w:br/>
      </w:r>
      <w:r>
        <w:rPr>
          <w:sz w:val="20"/>
        </w:rPr>
        <w:t>50:09  par is ko aap ne chale nahi is ke upar.</w:t>
      </w:r>
      <w:r>
        <w:br/>
      </w:r>
      <w:r>
        <w:rPr>
          <w:sz w:val="20"/>
        </w:rPr>
        <w:t>50:13  to I love God ke maani hain ke ke aap ne Khuda ko discover kiya ho.</w:t>
      </w:r>
      <w:r>
        <w:br/>
      </w:r>
      <w:r>
        <w:rPr>
          <w:sz w:val="20"/>
        </w:rPr>
        <w:t>50:20  aap ne Khuda ke culture ko apnaya ho.</w:t>
      </w:r>
      <w:r>
        <w:br/>
      </w:r>
      <w:r>
        <w:rPr>
          <w:sz w:val="20"/>
        </w:rPr>
        <w:t>50:23  aap ne Khuda se duayen ki hon.</w:t>
      </w:r>
      <w:r>
        <w:br/>
      </w:r>
      <w:r>
        <w:rPr>
          <w:sz w:val="20"/>
        </w:rPr>
        <w:t>50:26  yeh sab process aap ki zindagi mein beeta nahi.</w:t>
      </w:r>
      <w:r>
        <w:br/>
      </w:r>
      <w:r>
        <w:rPr>
          <w:sz w:val="20"/>
        </w:rPr>
        <w:t>50:30  is liye aap is mein jo difficulties hain is liye hain ke aap is process se guzre rahen.</w:t>
      </w:r>
      <w:r>
        <w:br/>
      </w:r>
      <w:r>
        <w:rPr>
          <w:sz w:val="20"/>
        </w:rPr>
        <w:t>50:38  is waqt mein nahin chounkay sari tafseel mere samnay nahin hai.</w:t>
      </w:r>
      <w:r>
        <w:br/>
      </w:r>
      <w:r>
        <w:rPr>
          <w:sz w:val="20"/>
        </w:rPr>
        <w:t>50:43  agar meri sari tafseel ho to mein aap ko bilkul saaf saaf bata sakta hoon inshallah.</w:t>
      </w:r>
      <w:r>
        <w:br/>
      </w:r>
      <w:r>
        <w:rPr>
          <w:sz w:val="20"/>
        </w:rPr>
        <w:t>50:49  aap mujh se telephone par baat karein.</w:t>
      </w:r>
    </w:p>
    <w:p>
      <w:pPr>
        <w:pStyle w:val="Heading2"/>
      </w:pPr>
      <w:r>
        <w:t>Advice for Daily Household Arguments Between Spouses</w:t>
      </w:r>
    </w:p>
    <w:p>
      <w:r>
        <w:rPr>
          <w:color w:val="666666"/>
          <w:sz w:val="18"/>
        </w:rPr>
        <w:t>How to Become Deserving of Paradise August 16, 2020 Maulana Wahiduddin Khan · 2m 11s · at 27:36 · https://youtu.be/jFXK3TMiqtA?t=1656</w:t>
      </w:r>
    </w:p>
    <w:p>
      <w:r>
        <w:rPr>
          <w:i/>
        </w:rPr>
        <w:t>“In our house, arguments occur every day between the woman and me over every other issue. Please give us your advice for them as well as for me.”</w:t>
      </w:r>
    </w:p>
    <w:p>
      <w:r>
        <w:rPr>
          <w:sz w:val="20"/>
        </w:rPr>
        <w:t>27:36  maulana, yeh sawal bheja hai poland se shahid khan sahib ne. unhon ne likha hai: "in our house everyday arguments occur between the women in every other issue.</w:t>
      </w:r>
      <w:r>
        <w:br/>
      </w:r>
      <w:r>
        <w:rPr>
          <w:sz w:val="20"/>
        </w:rPr>
        <w:t>27:54  please give us your advice for them as well as for me." dekhen, jo zindagi ke problem hain, woh to bohat hi peace, bohat hi ziyada qeemat wale hain.</w:t>
      </w:r>
      <w:r>
        <w:br/>
      </w:r>
      <w:r>
        <w:rPr>
          <w:sz w:val="20"/>
        </w:rPr>
        <w:t>28:12  har problem aap ko lesson dene ke liye aata hai aur kaise manage kiya jaye, yeh batane ke liye aata hai.</w:t>
      </w:r>
      <w:r>
        <w:br/>
      </w:r>
      <w:r>
        <w:rPr>
          <w:sz w:val="20"/>
        </w:rPr>
        <w:t>28:27  aap problem ko bas aik hi nazar se dekhiye ke kaise us ko manage kiya jaye, kaise us ko manage kiya jaye.</w:t>
      </w:r>
      <w:r>
        <w:br/>
      </w:r>
      <w:r>
        <w:rPr>
          <w:sz w:val="20"/>
        </w:rPr>
        <w:t>28:37  bas agar problem na ho zindagi mein to aap kaise seekhenge?</w:t>
      </w:r>
      <w:r>
        <w:br/>
      </w:r>
      <w:r>
        <w:rPr>
          <w:sz w:val="20"/>
        </w:rPr>
        <w:t>28:44  manage karne ka method kaise seekhenge? aap apni aql ko istemal kijiye,</w:t>
      </w:r>
      <w:r>
        <w:br/>
      </w:r>
      <w:r>
        <w:rPr>
          <w:sz w:val="20"/>
        </w:rPr>
        <w:t>28:53  study kijiye, react kabhi mat kijiye, ghussa kabhi mat kijiye, balkeh Sochiye.</w:t>
      </w:r>
      <w:r>
        <w:br/>
      </w:r>
      <w:r>
        <w:rPr>
          <w:sz w:val="20"/>
        </w:rPr>
        <w:t>29:05  to problem aap ke liye boon hai. boon agar problem na ho to aap ka development ruk jayega.</w:t>
      </w:r>
      <w:r>
        <w:br/>
      </w:r>
      <w:r>
        <w:rPr>
          <w:sz w:val="20"/>
        </w:rPr>
        <w:t>29:19  maulana, yeh comment bheja hai doctor naghma siddiqui ne dilli se. unhon ne likha hai: "in making us a self-made person, our critics are truly our benefactors." maulana, this is a new way of thinking.</w:t>
      </w:r>
      <w:r>
        <w:br/>
      </w:r>
      <w:r>
        <w:rPr>
          <w:sz w:val="20"/>
        </w:rPr>
        <w:t>29:36  i did not know this before today. i will follow your advice, inshallah, from today onwards. inshallah.</w:t>
      </w:r>
    </w:p>
    <w:p>
      <w:pPr>
        <w:pStyle w:val="Heading2"/>
      </w:pPr>
      <w:r>
        <w:t>Why men struggle to admit mistakes</w:t>
      </w:r>
    </w:p>
    <w:p>
      <w:r>
        <w:rPr>
          <w:color w:val="666666"/>
          <w:sz w:val="18"/>
        </w:rPr>
        <w:t>Lessons from My Journey to Agra October 27, 2013 · 2m 01s · at 52:39 · https://youtu.be/Gg2N0h4ETH8?t=3159</w:t>
      </w:r>
    </w:p>
    <w:p>
      <w:r>
        <w:rPr>
          <w:i/>
        </w:rPr>
        <w:t>“Why is it so difficult for a man to accept his mistake?”</w:t>
      </w:r>
    </w:p>
    <w:p>
      <w:r>
        <w:rPr>
          <w:sz w:val="20"/>
        </w:rPr>
        <w:t>52:39  maulana, agla sawal Shahnawaz saheb ka hai, Bangalore se. unhon ne aapse poocha hai ke "why is it so difficult for a man to accept his mistake?" is ke baare mein bataiye.</w:t>
      </w:r>
      <w:r>
        <w:br/>
      </w:r>
      <w:r>
        <w:rPr>
          <w:sz w:val="20"/>
        </w:rPr>
        <w:t>52:53  apni ghalti manna itna mushkil kyun?</w:t>
      </w:r>
      <w:r>
        <w:br/>
      </w:r>
      <w:r>
        <w:rPr>
          <w:sz w:val="20"/>
        </w:rPr>
        <w:t>53:05  main to samajhta hoon ke yeh shaitan ghalib rehta hai har ek ke upar, is liye aisa hota hai. aur yeh shaitan ya iblis ki sunnat hai, apni ghalti na manna.</w:t>
      </w:r>
      <w:r>
        <w:br/>
      </w:r>
      <w:r>
        <w:rPr>
          <w:sz w:val="20"/>
        </w:rPr>
        <w:t>53:20  yaani Adam ke aage jhukne ke liye hukum diya Allah taala ne. to ghalti iblis ki thi, lekin us ne naoozubillah Allah taala par blame daal diya.</w:t>
      </w:r>
      <w:r>
        <w:br/>
      </w:r>
      <w:r>
        <w:rPr>
          <w:sz w:val="20"/>
        </w:rPr>
        <w:t>53:30  rab bima aghwatanii.</w:t>
      </w:r>
      <w:r>
        <w:br/>
      </w:r>
      <w:r>
        <w:rPr>
          <w:sz w:val="20"/>
        </w:rPr>
        <w:t>53:33  to yeh ablis ki sunnat hai, chounke ziyada tar log apni baagh jo hai, shaitan ke haath mein diye rehte hain, malaika ke haath mein nahi dete.</w:t>
      </w:r>
      <w:r>
        <w:br/>
      </w:r>
      <w:r>
        <w:rPr>
          <w:sz w:val="20"/>
        </w:rPr>
        <w:t>53:45  dekhen, dunya mein zindagi jo hai, ek tarah ki zindagi guzarenge to aap malaika aap ke saathi ban jayenge. doosre tarah se guzarenge to shaitan aap ke saathi ban jayenge.</w:t>
      </w:r>
      <w:r>
        <w:br/>
      </w:r>
      <w:r>
        <w:rPr>
          <w:sz w:val="20"/>
        </w:rPr>
        <w:t>53:57  log aam taur par shaitan ko apna saathi banaye rakhte hain. to shaitan yahi sikhayega ke ghalti na mano, apne aap ko shaitan ke asar se nikaliye aur malaika ki sohbat mein laiye.</w:t>
      </w:r>
      <w:r>
        <w:br/>
      </w:r>
      <w:r>
        <w:rPr>
          <w:sz w:val="20"/>
        </w:rPr>
        <w:t>54:10  apne aap ko to aap ka mizaj badal jayega, aap ki soch badal jayegi. aap ke liye mushkil nahi hoga ke aap keh saken ke "aye wadran", balkeh aap ko acha lagega.</w:t>
      </w:r>
      <w:r>
        <w:br/>
      </w:r>
      <w:r>
        <w:rPr>
          <w:sz w:val="20"/>
        </w:rPr>
        <w:t>54:20  yeh kehte hue aap ko khushi hogi ke "aye wadran".</w:t>
      </w:r>
      <w:r>
        <w:br/>
      </w:r>
      <w:r>
        <w:rPr>
          <w:sz w:val="20"/>
        </w:rPr>
        <w:t>54:24  jo log malaika ki sohbat mein zindagi guzar rahe hain, un ko khushi hoti hai kehte hue "aye wadran", lekin jo log shaitan ki sohbat mein zindagi guzar rahe hain, un ko yeh kehna mushkil hota hai ke "aye wadran", kyunke shaitan ka mizaj yahi hai, shaitan ka culture yahi hai.</w:t>
      </w:r>
    </w:p>
    <w:p>
      <w:pPr>
        <w:pStyle w:val="Heading2"/>
      </w:pPr>
      <w:r>
        <w:t>Marriage conduct without wasteful rituals</w:t>
      </w:r>
    </w:p>
    <w:p>
      <w:r>
        <w:rPr>
          <w:color w:val="666666"/>
          <w:sz w:val="18"/>
        </w:rPr>
        <w:t>Living in a World of Competition October 24, 2010 · 4m 25s · at 1:09:27 · https://youtu.be/0DRVM8YxM5U?t=4167</w:t>
      </w:r>
    </w:p>
    <w:p>
      <w:r>
        <w:rPr>
          <w:i/>
        </w:rPr>
        <w:t>“The wedding rituals that are wasteful, a waste of time and money. Even after forbidding, people still do them and involve us, and if we don't get involved, they feel bad. How should the marriage of a boy and girl be conducted? Please include this in your talk and advise on it.”</w:t>
      </w:r>
    </w:p>
    <w:p>
      <w:r>
        <w:rPr>
          <w:sz w:val="20"/>
        </w:rPr>
        <w:t>1:09:27  yeh hi is ki ahmiyat hai. yani fazilat ki bajaye aap ahmiyat galat boliye to zyada sahi hoga mere nazdeek. Maulana, in ka ek sawal aur hai, unho ne likha hai ke shadi ki rasoomat jo fazool hoti hain,</w:t>
      </w:r>
      <w:r>
        <w:br/>
      </w:r>
      <w:r>
        <w:rPr>
          <w:sz w:val="20"/>
        </w:rPr>
        <w:t>1:09:43  waqt aur paise ki barbadi hoti hai. mana karne ke baad bhi log unhein karte hain aur hamein involve karte hain, na involve hone par bura mante hain.</w:t>
      </w:r>
      <w:r>
        <w:br/>
      </w:r>
      <w:r>
        <w:rPr>
          <w:sz w:val="20"/>
        </w:rPr>
        <w:t>1:09:55  larka aur larki ki shadi kis tarah honi chahiye? please aap apni hikmat se zaroor apni talk mein is isay shamil kar lijye aur is par kuch bataen.</w:t>
      </w:r>
      <w:r>
        <w:br/>
      </w:r>
      <w:r>
        <w:rPr>
          <w:sz w:val="20"/>
        </w:rPr>
        <w:t>1:10:08  bhai, is par to bohat likha hai hum ne. jo log hamara magazine risala parhte hain, woh jante hain ke jo shadiyon mein jo kuch kiya jata hai, woh mere nazdeek theek isi ayat ka, yani woh ayat apply hoti hai un ke upar</w:t>
      </w:r>
      <w:r>
        <w:br/>
      </w:r>
      <w:r>
        <w:rPr>
          <w:sz w:val="20"/>
        </w:rPr>
        <w:t>1:10:24  ke "in al-mubadhireen kanoo ikhwan al-shayateen". yeh tabzeer hai. tabzeer ka matlab chheentna, aap ka paisa aur chheentein idhar udhar, woh tabzeer hai.</w:t>
      </w:r>
      <w:r>
        <w:br/>
      </w:r>
      <w:r>
        <w:rPr>
          <w:sz w:val="20"/>
        </w:rPr>
        <w:t>1:10:35  to yeh paise ko chheentna hai. shadiyon mein jo kharch kiya jata hai, sab ka sab yaqeen kijiye ke bidat hai, khurafat hai. islam se koi talluq is ka nahi hai.</w:t>
      </w:r>
      <w:r>
        <w:br/>
      </w:r>
      <w:r>
        <w:rPr>
          <w:sz w:val="20"/>
        </w:rPr>
        <w:t>1:10:45  naam rakh rakha hai islam ka, yani kahin waleema is ka naam rakh rakha hai, kahin is tarah ka naam wahan se le le ke rakh rakhe hain.</w:t>
      </w:r>
      <w:r>
        <w:br/>
      </w:r>
      <w:r>
        <w:rPr>
          <w:sz w:val="20"/>
        </w:rPr>
        <w:t>1:10:55  ya yeh aur, yani yeh goya ke ghalati par sarkashi ka izafa hai. yeh ghalati par sarkashi ka izafa hai.</w:t>
      </w:r>
      <w:r>
        <w:br/>
      </w:r>
      <w:r>
        <w:rPr>
          <w:sz w:val="20"/>
        </w:rPr>
        <w:t>1:11:06  mein aik martaba aik aik maghribi mulk mein tha to mujhe wahan par aik aik aik aik taqarib mein le jaya gaya tha. bataya gaya ke wahan khutba ceremony hai, woh khutba ceremony.</w:t>
      </w:r>
      <w:r>
        <w:br/>
      </w:r>
      <w:r>
        <w:rPr>
          <w:sz w:val="20"/>
        </w:rPr>
        <w:t>1:11:19  ab wahan gaya to dhoop bachi hui thi, wahan par khane peene ki.</w:t>
      </w:r>
      <w:r>
        <w:br/>
      </w:r>
      <w:r>
        <w:rPr>
          <w:sz w:val="20"/>
        </w:rPr>
        <w:t>1:11:23  to khutba ke mani hote hain paigham mein nikah dena. khutba ke mani hain paigham mein nikah dena. to paigham mein nikah, yeh khutba ka lafz aya hai hadithon mein.</w:t>
      </w:r>
      <w:r>
        <w:br/>
      </w:r>
      <w:r>
        <w:rPr>
          <w:sz w:val="20"/>
        </w:rPr>
        <w:t>1:11:37  to is ka matlab thori hai ke aap wahan aik function ke roop mein karen. is ko wahan par dhoop machi hui thi, khane peene ke baad larka aur larki dono baithe hue the kursiyon par aur aik ajeeb ghareeb aik manzar tha wahan par.</w:t>
      </w:r>
      <w:r>
        <w:br/>
      </w:r>
      <w:r>
        <w:rPr>
          <w:sz w:val="20"/>
        </w:rPr>
        <w:t>1:11:50  to islam ka lafz khutba liya aur sab sara jahiliyat ki rasmein wahan par, sari rasmein jahiliyat ki. to yeh aik to musalman ghalati kar rahe hain aur sarkashi hai ke is ko islam ka naam lete hain.</w:t>
      </w:r>
      <w:r>
        <w:br/>
      </w:r>
      <w:r>
        <w:rPr>
          <w:sz w:val="20"/>
        </w:rPr>
        <w:t>1:12:05  aaj ke jo waleema jo hota hai, is ka islam se koi talluq nahi. jo barat hoti hai, islam se koi talluq nahi. jo khutba ceremony hoti hai, is ka islam se koi talluq nahi.</w:t>
      </w:r>
      <w:r>
        <w:br/>
      </w:r>
      <w:r>
        <w:rPr>
          <w:sz w:val="20"/>
        </w:rPr>
        <w:t>1:12:17  aap ko agar janna ho ke islam ka tareeqa kya hai to aap sahaba ki shadiyon ke halaat parhiye. rasool Allah ki larkiyon ne ki shadiyan kis tarah ki gayeen, woh parhiye.</w:t>
      </w:r>
      <w:r>
        <w:br/>
      </w:r>
      <w:r>
        <w:rPr>
          <w:sz w:val="20"/>
        </w:rPr>
        <w:t>1:12:30  yeh sab likha hua hai kitabon mein ke rasool Allah ne apni larkiyon ki shadi kaise ki, sahaba shadiyan kaise karte the.</w:t>
      </w:r>
      <w:r>
        <w:br/>
      </w:r>
      <w:r>
        <w:rPr>
          <w:sz w:val="20"/>
        </w:rPr>
        <w:t>1:12:40  yani mein aik aik misal arz karon ke aik aik sahabi the madina mein, un ka naam tha abdulrehman ibn auf.</w:t>
      </w:r>
      <w:r>
        <w:br/>
      </w:r>
      <w:r>
        <w:rPr>
          <w:sz w:val="20"/>
        </w:rPr>
        <w:t>1:12:51  to rasool Allah se log, sahaba jo choti si jagah thi, madina, madina to koi bari jagah thi nahi, to log milte julte the aapas mein, masjidon mein milte julte the.</w:t>
      </w:r>
      <w:r>
        <w:br/>
      </w:r>
      <w:r>
        <w:rPr>
          <w:sz w:val="20"/>
        </w:rPr>
        <w:t>1:13:01  to chand din woh milne ke liye nahi aye, chand din hi aye, aik do din. to rasool Allah ne poocha ke kahan the?</w:t>
      </w:r>
      <w:r>
        <w:br/>
      </w:r>
      <w:r>
        <w:rPr>
          <w:sz w:val="20"/>
        </w:rPr>
        <w:t>1:13:11  to unhon ne kaha mein ne shadi kar li hai. ab ghor kijiye ke madina to aaj kal lehaz se woh aik gaon tha, bas chota sa, aik chota sa, bohat hi chota sa town.</w:t>
      </w:r>
      <w:r>
        <w:br/>
      </w:r>
      <w:r>
        <w:rPr>
          <w:sz w:val="20"/>
        </w:rPr>
        <w:t>1:13:21  to wahan par unhon ne rasool Allah ko bulaya, na sahaba ko bulaya, aise hi bas shadi kar li kisi kisi se. wahan na waleema hai, na wahan khutba hai, na wahan par barat hai,</w:t>
      </w:r>
      <w:r>
        <w:br/>
      </w:r>
      <w:r>
        <w:rPr>
          <w:sz w:val="20"/>
        </w:rPr>
        <w:t>1:13:34  na wahan woh dhoom hai jo aaj kal hoti hai, na jahiz hai, kuch bhi nahi.</w:t>
      </w:r>
      <w:r>
        <w:br/>
      </w:r>
      <w:r>
        <w:rPr>
          <w:sz w:val="20"/>
        </w:rPr>
        <w:t>1:13:41  to islam ke jo tareeqa hai shadi ka, woh yeh hai. aaj kal jo musalmanon ka raij hai, woh sartaapa bidat hai, gunah hai, is mein koi shakk hi nahi, is mein koi shakk nahi hai.</w:t>
      </w:r>
    </w:p>
    <w:p>
      <w:pPr>
        <w:pStyle w:val="Heading2"/>
      </w:pPr>
      <w:r>
        <w:t>Husband's advice on niqab during dawa</w:t>
      </w:r>
    </w:p>
    <w:p>
      <w:r>
        <w:rPr>
          <w:color w:val="666666"/>
          <w:sz w:val="18"/>
        </w:rPr>
        <w:t>Between Possible and Impossible December 9, 2012 · 2m 23s · at 1:29:18 · https://youtu.be/Q0tC7obKbT8?t=5358</w:t>
      </w:r>
    </w:p>
    <w:p>
      <w:r>
        <w:rPr>
          <w:i/>
        </w:rPr>
        <w:t>“A husband advises his wife to wear niqab while doing dawa work to avoid bad reputation for the family. The wife says wearing niqab sometimes causes difficulties. To what extent is the husband's advice correct?”</w:t>
      </w:r>
    </w:p>
    <w:p>
      <w:r>
        <w:rPr>
          <w:sz w:val="20"/>
        </w:rPr>
        <w:t>1:29:18  Maulana agla sawal Karachi Pakistan se hai, Abdul Latif sahib ka.</w:t>
      </w:r>
      <w:r>
        <w:br/>
      </w:r>
      <w:r>
        <w:rPr>
          <w:sz w:val="20"/>
        </w:rPr>
        <w:t>1:29:23  unhon ne likha hai: "Al-Risala ke kaaryon mein se ek shakhs apne wife se kehte hain ke aap dawa-work karte waqt naqab lagaya karein taake khandan mein badnami na ho." Aur wife kehti hai ke naqab lagane ki surat mein baaz auqaat daawa-work karte waqt mujhe dushwariyan hoti hain.</w:t>
      </w:r>
      <w:r>
        <w:br/>
      </w:r>
      <w:r>
        <w:rPr>
          <w:sz w:val="20"/>
        </w:rPr>
        <w:t>1:29:49  Maulana sahib, is maamle mein shohar ka mashwara kis had tak sahi hai? Dekhiye, badnami ka baat hi jhooti hai. Kyun badnami, bhai?</w:t>
      </w:r>
      <w:r>
        <w:br/>
      </w:r>
      <w:r>
        <w:rPr>
          <w:sz w:val="20"/>
        </w:rPr>
        <w:t>1:30:01  naqab jis ko kehte hain, munh ko dhankna, yeh riwaj hai, yeh Islam nahi hai. Tum ne riwaj ko Islam ka darja de diya hai. Tum ne riwaj ko ka darja diya hai Islam ka.</w:t>
      </w:r>
      <w:r>
        <w:br/>
      </w:r>
      <w:r>
        <w:rPr>
          <w:sz w:val="20"/>
        </w:rPr>
        <w:t>1:30:15  yeh to yeh saare masle bilkul base less</w:t>
      </w:r>
      <w:r>
        <w:br/>
      </w:r>
      <w:r>
        <w:rPr>
          <w:sz w:val="20"/>
        </w:rPr>
        <w:t>1:30:18  masle hain. Dekhiye, yaani Pakistan ke log ya India ke log zyada tar fiqh Hanafi ko maante hain. Fiqh Hanafi mein dekhiye, jo tasawwur hai parde ka, us mein teen cheezein exempted hain.</w:t>
      </w:r>
      <w:r>
        <w:br/>
      </w:r>
      <w:r>
        <w:rPr>
          <w:sz w:val="20"/>
        </w:rPr>
        <w:t>1:30:34  exempted, yaani is tarah mustasna hain. Yeh hai face, is ko kehte hain wajh. Wajh jo hai, yeh exempted hai.</w:t>
      </w:r>
      <w:r>
        <w:br/>
      </w:r>
      <w:r>
        <w:rPr>
          <w:sz w:val="20"/>
        </w:rPr>
        <w:t>1:30:44  is ko kehte hain yeh, yeh yahan se yahan tak, yeh mustasna hai. Aur paaon, ghutne ke neeche tak, ghutne se mustasna hai.</w:t>
      </w:r>
      <w:r>
        <w:br/>
      </w:r>
      <w:r>
        <w:rPr>
          <w:sz w:val="20"/>
        </w:rPr>
        <w:t>1:30:57  yaani yeh kafain aur qadmain aur wajh, yeh exempted hai. To woh kya galat karti hai? Woh aurat koi galati, koi galat kaam nahi karti.</w:t>
      </w:r>
      <w:r>
        <w:br/>
      </w:r>
      <w:r>
        <w:rPr>
          <w:sz w:val="20"/>
        </w:rPr>
        <w:t>1:31:07  to badnami kyun hogi? Badnami tumhare galat criteria ki wajah se hogi.</w:t>
      </w:r>
      <w:r>
        <w:br/>
      </w:r>
      <w:r>
        <w:rPr>
          <w:sz w:val="20"/>
        </w:rPr>
        <w:t>1:31:12  ek jhoote criteria ko tum ne bana rakha hai, yeh Islam hai. To us in khatoon se kahiye ke woh, chunke yaani log jo hain baaton ko samajhte nahi hain, to khamosh rahein.</w:t>
      </w:r>
      <w:r>
        <w:br/>
      </w:r>
      <w:r>
        <w:rPr>
          <w:sz w:val="20"/>
        </w:rPr>
        <w:t>1:31:25  khamoshi se apna kaam karein, koi behas na karein. Ek hi mashwara mein doonga ke aise logon se behas na kijiye, araz kijiye, avoid kijiye.</w:t>
      </w:r>
      <w:r>
        <w:br/>
      </w:r>
      <w:r>
        <w:rPr>
          <w:sz w:val="20"/>
        </w:rPr>
        <w:t>1:31:34  chup chap apna kaam kijiye aur behas mat kijiye. Yahi hal hai, aur koi hal nahi hai.</w:t>
      </w:r>
    </w:p>
    <w:p>
      <w:pPr>
        <w:pStyle w:val="Heading2"/>
      </w:pPr>
      <w:r>
        <w:t>Choosing between rich and educated husband</w:t>
      </w:r>
    </w:p>
    <w:p>
      <w:r>
        <w:rPr>
          <w:color w:val="666666"/>
          <w:sz w:val="18"/>
        </w:rPr>
        <w:t>Revival of Islam March 23, 2014 · 2m 45s · at 1:06:03 · https://youtu.be/Wc4Vsc4u1JI?t=3963</w:t>
      </w:r>
    </w:p>
    <w:p>
      <w:r>
        <w:rPr>
          <w:i/>
        </w:rPr>
        <w:t>“My father wants me to marry a rich husband, but I want to marry an educated husband. Please advise me what is important to make a marriage successful.”</w:t>
      </w:r>
    </w:p>
    <w:p>
      <w:r>
        <w:rPr>
          <w:sz w:val="20"/>
        </w:rPr>
        <w:t>1:06:03  is se apne ko bachaiye. Maulana, agla sawal Miss Shaheen ka hai, Mumbai se. unhon ne likha hai: "Moulana sahib, my father wants me to marry a rich husband, whereas I want to marry an educated husband.</w:t>
      </w:r>
      <w:r>
        <w:br/>
      </w:r>
      <w:r>
        <w:rPr>
          <w:sz w:val="20"/>
        </w:rPr>
        <w:t>1:06:23  Please advise me what is important to make a marriage successful." dekhiye, yeh koi criterion nahi hai.</w:t>
      </w:r>
      <w:r>
        <w:br/>
      </w:r>
      <w:r>
        <w:rPr>
          <w:sz w:val="20"/>
        </w:rPr>
        <w:t>1:06:35  yani aaj ka rich kal ka poor ho jata hai. educated log jo hain, woh har qism ke evil phailate hain.</w:t>
      </w:r>
      <w:r>
        <w:br/>
      </w:r>
      <w:r>
        <w:rPr>
          <w:sz w:val="20"/>
        </w:rPr>
        <w:t>1:06:45  to yeh koi criterion nahi hai. criterion yeh hai ke aadmi ke andar wisdom ho.</w:t>
      </w:r>
      <w:r>
        <w:br/>
      </w:r>
      <w:r>
        <w:rPr>
          <w:sz w:val="20"/>
        </w:rPr>
        <w:t>1:06:54  wisdom ki importance hai. importance wisdom ki hai, na rich hone ki, na educated hone ki.</w:t>
      </w:r>
      <w:r>
        <w:br/>
      </w:r>
      <w:r>
        <w:rPr>
          <w:sz w:val="20"/>
        </w:rPr>
        <w:t>1:07:05  history mein aap dekhiye, sare jo evil hain, phailaye kis ne? jo educated log the. sare evil educated logon ne phailaye hain.</w:t>
      </w:r>
      <w:r>
        <w:br/>
      </w:r>
      <w:r>
        <w:rPr>
          <w:sz w:val="20"/>
        </w:rPr>
        <w:t>1:07:16  aur rich dekhiye, aap bhi. America mein ek aadmi is ke pas aath so billion, yeh kitna paisa tha is</w:t>
      </w:r>
      <w:r>
        <w:br/>
      </w:r>
      <w:r>
        <w:rPr>
          <w:sz w:val="20"/>
        </w:rPr>
        <w:t>1:07:23  ke pas? million. is ne suicide kar liya is ne. abhi this is through the suicide kar liya. aur bohat paisa is ke pas tha. to yeh koi criterion nahi hai.</w:t>
      </w:r>
      <w:r>
        <w:br/>
      </w:r>
      <w:r>
        <w:rPr>
          <w:sz w:val="20"/>
        </w:rPr>
        <w:t>1:07:33  asal cheez hai wisdom. wisdom marriage life mein bhi kaam ati hai, job mein bhi kaam ati hai, aur business mein.</w:t>
      </w:r>
      <w:r>
        <w:br/>
      </w:r>
      <w:r>
        <w:rPr>
          <w:sz w:val="20"/>
        </w:rPr>
        <w:t>1:07:44  har jagah wisdom kaam ati hai.</w:t>
      </w:r>
      <w:r>
        <w:br/>
      </w:r>
      <w:r>
        <w:rPr>
          <w:sz w:val="20"/>
        </w:rPr>
        <w:t>1:07:47  ghar ki life, society ki life, aur job, workplace, business. har jagah jo kaam ati hai, wisdom.</w:t>
      </w:r>
      <w:r>
        <w:br/>
      </w:r>
      <w:r>
        <w:rPr>
          <w:sz w:val="20"/>
        </w:rPr>
        <w:t>1:08:00  to is mamle ko aap detail waghera samajhna chahen to hamari kuch kitaben parhiye. English mein do kitaben hain: "Simple Wisdom" aur "Moral Vision".</w:t>
      </w:r>
      <w:r>
        <w:br/>
      </w:r>
      <w:r>
        <w:rPr>
          <w:sz w:val="20"/>
        </w:rPr>
        <w:t>1:08:13  Urdu mein char kitaben hain:</w:t>
      </w:r>
      <w:r>
        <w:br/>
      </w:r>
      <w:r>
        <w:rPr>
          <w:sz w:val="20"/>
        </w:rPr>
        <w:t>1:08:17  "Raja Hayat", "Tameer Hayat", "Rehnuma Hayat", "Kitab Zindagi". to aap yeh is se bilkul is ko irrelevant samjhiye.</w:t>
      </w:r>
      <w:r>
        <w:br/>
      </w:r>
      <w:r>
        <w:rPr>
          <w:sz w:val="20"/>
        </w:rPr>
        <w:t>1:08:26  koi matlab is ko zindagi ke success se nahi hai. na education ki ahmiyat koi hai, na rich hone ki ahmiyat koi hai. ahmiyat jo hai, wisdom ki hai. to aap in kitabon ko parhiye.</w:t>
      </w:r>
      <w:r>
        <w:br/>
      </w:r>
      <w:r>
        <w:rPr>
          <w:sz w:val="20"/>
        </w:rPr>
        <w:t>1:08:37  is se inshallah aap ko is ka, yani is answer ka, is is question ka answer mil jaye ga.</w:t>
      </w:r>
    </w:p>
    <w:p>
      <w:pPr>
        <w:pStyle w:val="Heading2"/>
      </w:pPr>
      <w:r>
        <w:t>Secret to successful married life</w:t>
      </w:r>
    </w:p>
    <w:p>
      <w:r>
        <w:rPr>
          <w:color w:val="666666"/>
          <w:sz w:val="18"/>
        </w:rPr>
        <w:t>Between Possible and Impossible December 9, 2012 · 1m 32s · at 1:39:21 · https://youtu.be/Q0tC7obKbT8?t=5961</w:t>
      </w:r>
    </w:p>
    <w:p>
      <w:r>
        <w:rPr>
          <w:i/>
        </w:rPr>
        <w:t>“What is the secret to making married life successful?”</w:t>
      </w:r>
    </w:p>
    <w:p>
      <w:r>
        <w:rPr>
          <w:sz w:val="20"/>
        </w:rPr>
        <w:t>1:39:21  zaati reasoning hai. zaati reasoning se koi baat sabit nahi hoti. maulana agla sawal dilli se hai, maulana farhad ahmed umri sahib ka.</w:t>
      </w:r>
      <w:r>
        <w:br/>
      </w:r>
      <w:r>
        <w:rPr>
          <w:sz w:val="20"/>
        </w:rPr>
        <w:t>1:39:31  unhon ne aap se poocha hai ke marriage life ko success banane ka raaz kya hai? ek hi hai, adjustment. bas</w:t>
      </w:r>
      <w:r>
        <w:br/>
      </w:r>
      <w:r>
        <w:rPr>
          <w:sz w:val="20"/>
        </w:rPr>
        <w:t>1:39:43  dekhiye, is par main ne boht study ki hai. nature aurat ki birth ki do hoti hai.</w:t>
      </w:r>
      <w:r>
        <w:br/>
      </w:r>
      <w:r>
        <w:rPr>
          <w:sz w:val="20"/>
        </w:rPr>
        <w:t>1:39:50  aurat to hoti hai emotional, mard hota hai stubborn. sara khulasa itna hi hai, bas aurat emotional hoti hai, mard stubborn hota hai.</w:t>
      </w:r>
      <w:r>
        <w:br/>
      </w:r>
      <w:r>
        <w:rPr>
          <w:sz w:val="20"/>
        </w:rPr>
        <w:t>1:40:02  to bar bar takrao hota hai, isi liye. yani stubborn aur emotional do cheezain aapas mein takraty rehty hain.</w:t>
      </w:r>
      <w:r>
        <w:br/>
      </w:r>
      <w:r>
        <w:rPr>
          <w:sz w:val="20"/>
        </w:rPr>
        <w:t>1:40:12  ab aurat ye agar ye jaan le ke mard ka nature hai is ke wo stubborn ho, aur mard ye jaan le ke aurat ka nature hai ke wo emotional ho, to to koi masla hi nahi paida hoga.</w:t>
      </w:r>
      <w:r>
        <w:br/>
      </w:r>
      <w:r>
        <w:rPr>
          <w:sz w:val="20"/>
        </w:rPr>
        <w:t>1:40:23  wo bhi avoid karenge, wahi avoid karenge. kyunke clash jo hai, wo 30 second ke liye hota hai. 30 second avoid kar lein to clash khatam ho jata hai.</w:t>
      </w:r>
      <w:r>
        <w:br/>
      </w:r>
      <w:r>
        <w:rPr>
          <w:sz w:val="20"/>
        </w:rPr>
        <w:t>1:40:34  it is but of 30 second. to jab bhi aurat aur mard ka clash ho to wo haqeeqat mein emotion aur stubbornness ke beech mein hoga.</w:t>
      </w:r>
      <w:r>
        <w:br/>
      </w:r>
      <w:r>
        <w:rPr>
          <w:sz w:val="20"/>
        </w:rPr>
        <w:t>1:40:42  to aap 30 second sabr kar lijie, 30 second avoid kar lijie, bas phir bilkul normal ho ja ke sab kuch. isi ko main adjustment kehta hoon.</w:t>
      </w:r>
    </w:p>
    <w:p>
      <w:pPr>
        <w:pStyle w:val="Heading2"/>
      </w:pPr>
      <w:r>
        <w:t>Problem in striving to please Creator</w:t>
      </w:r>
    </w:p>
    <w:p>
      <w:r>
        <w:rPr>
          <w:color w:val="666666"/>
          <w:sz w:val="18"/>
        </w:rPr>
        <w:t>Dars-e-Quran, Chapter 2, Verse 255 | December 24, 2017 · 1m 30s · at 59:13 · https://youtu.be/tKX0KUhUMnw?t=3553</w:t>
      </w:r>
    </w:p>
    <w:p>
      <w:r>
        <w:rPr>
          <w:i/>
        </w:rPr>
        <w:t>“I try to become a good person so that my Creator is pleased with me, but I have developed a problem: all the time I feel I am...”</w:t>
      </w:r>
    </w:p>
    <w:p>
      <w:r>
        <w:rPr>
          <w:sz w:val="20"/>
        </w:rPr>
        <w:t>59:13  maulana, agla sawal lete hain jo lucknow se bheja hai rashid sahib ne.</w:t>
      </w:r>
      <w:r>
        <w:br/>
      </w:r>
      <w:r>
        <w:rPr>
          <w:sz w:val="20"/>
        </w:rPr>
        <w:t>59:19  انہوں نے لکھا ہے: "مولانا، I try to become a good person so that my Creator is pleased</w:t>
      </w:r>
      <w:r>
        <w:br/>
      </w:r>
      <w:r>
        <w:rPr>
          <w:sz w:val="20"/>
        </w:rPr>
        <w:t>59:25  with me, but I have developed a problem, which is that all the time I feel I am</w:t>
      </w:r>
      <w:r>
        <w:br/>
      </w:r>
      <w:r>
        <w:rPr>
          <w:sz w:val="20"/>
        </w:rPr>
        <w:t>59:31  falling short of God's expectations, and that He wants me to do more.</w:t>
      </w:r>
      <w:r>
        <w:br/>
      </w:r>
      <w:r>
        <w:rPr>
          <w:sz w:val="20"/>
        </w:rPr>
        <w:t>59:37  das mix me feel</w:t>
      </w:r>
      <w:r>
        <w:br/>
      </w:r>
      <w:r>
        <w:rPr>
          <w:sz w:val="20"/>
        </w:rPr>
        <w:t>59:43  galti al da time.</w:t>
      </w:r>
      <w:r>
        <w:br/>
      </w:r>
      <w:r>
        <w:rPr>
          <w:sz w:val="20"/>
        </w:rPr>
        <w:t>59:49  Maulana, is such a feeling normal, or am I developing some sort of a complex? Please guide me.</w:t>
      </w:r>
      <w:r>
        <w:br/>
      </w:r>
      <w:r>
        <w:rPr>
          <w:sz w:val="20"/>
        </w:rPr>
        <w:t>59:55  so that i can develop right attitude and right thinking." dekhiye, yeh to sahaba ki sunnat hai.</w:t>
      </w:r>
      <w:r>
        <w:br/>
      </w:r>
      <w:r>
        <w:rPr>
          <w:sz w:val="20"/>
        </w:rPr>
        <w:t>1:00:01  saare sahaba isi tarah ke ehsaas mein rehte the.</w:t>
      </w:r>
      <w:r>
        <w:br/>
      </w:r>
      <w:r>
        <w:rPr>
          <w:sz w:val="20"/>
        </w:rPr>
        <w:t>1:00:07  kami ka ehsaas, kami ka ehsaas, to kami ka ehsaas</w:t>
      </w:r>
      <w:r>
        <w:br/>
      </w:r>
      <w:r>
        <w:rPr>
          <w:sz w:val="20"/>
        </w:rPr>
        <w:t>1:00:13  to sunnat sahaba hai. kami ka ehsas hi se to aap ke andar ek motivation aata hai, motivation ke mujhe aur karna hai, aur karna hai, aur karna hai. agar kami ka ehsas na ho to to phir to life mein halt aa jayega, aur taraqqi ruk jayegi.</w:t>
      </w:r>
    </w:p>
    <w:p>
      <w:pPr>
        <w:pStyle w:val="Heading2"/>
      </w:pPr>
      <w:r>
        <w:t>Guidance for childless couple's loneliness</w:t>
      </w:r>
    </w:p>
    <w:p>
      <w:r>
        <w:rPr>
          <w:color w:val="666666"/>
          <w:sz w:val="18"/>
        </w:rPr>
        <w:t>How to Manage Controversy 10 Nov 2019 - Maulana Wahiduddin Khan · 1m 56s · at 59:21 · https://youtu.be/UafTzJXHrSA?t=3561</w:t>
      </w:r>
    </w:p>
    <w:p>
      <w:r>
        <w:rPr>
          <w:i/>
        </w:rPr>
        <w:t>“Maulana, I don't have a child and both my wife and I feel very lonely. Maulana, please give us some guidance as it is affecting our peace of mind.”</w:t>
      </w:r>
    </w:p>
    <w:p>
      <w:r>
        <w:rPr>
          <w:sz w:val="20"/>
        </w:rPr>
        <w:t>59:21  yahi asal masla hai, jar ki baat yahi hai, jar ki baat yahi hai. maulana, agla sawal ahmedabad se shoaib akhtar sahib ne bheja hai.</w:t>
      </w:r>
      <w:r>
        <w:br/>
      </w:r>
      <w:r>
        <w:rPr>
          <w:sz w:val="20"/>
        </w:rPr>
        <w:t>59:33  unho ne likha hai: "maulana sahib, i don't have a child and both me and my wife feel very lonely.</w:t>
      </w:r>
      <w:r>
        <w:br/>
      </w:r>
      <w:r>
        <w:rPr>
          <w:sz w:val="20"/>
        </w:rPr>
        <w:t>59:43  maulana sahib, please give us some guidance as it is affecting our peace of mind." bhai, yeh is ke liye main yahi kahunga ke rasool Allah ko dekhiye, aap</w:t>
      </w:r>
      <w:r>
        <w:br/>
      </w:r>
      <w:r>
        <w:rPr>
          <w:sz w:val="20"/>
        </w:rPr>
        <w:t>1:00:03  rasool Allah ka beta kahan tha? jo bete paida hue, woh khatam ho gaye.</w:t>
      </w:r>
      <w:r>
        <w:br/>
      </w:r>
      <w:r>
        <w:rPr>
          <w:sz w:val="20"/>
        </w:rPr>
        <w:t>1:00:13  ab aur kya kar sakta hoon main aap ko? okay, we will end the session</w:t>
      </w:r>
      <w:r>
        <w:br/>
      </w:r>
      <w:r>
        <w:rPr>
          <w:sz w:val="20"/>
        </w:rPr>
        <w:t>1:00:18  now. thank you.</w:t>
      </w:r>
    </w:p>
    <w:p>
      <w:pPr>
        <w:pStyle w:val="Heading2"/>
      </w:pPr>
      <w:r>
        <w:t>Dawah dificulties in consumerist culture</w:t>
      </w:r>
    </w:p>
    <w:p>
      <w:r>
        <w:rPr>
          <w:color w:val="666666"/>
          <w:sz w:val="18"/>
        </w:rPr>
        <w:t>Question &amp; Answer Jan 6th 2013 - Maulana Wahiduddin Kahn · 2m 54s · at 6:29 · https://youtu.be/1FAK1QuHEpw?t=389</w:t>
      </w:r>
    </w:p>
    <w:p>
      <w:r>
        <w:rPr>
          <w:i/>
        </w:rPr>
        <w:t>“Since four days I have been in Delhi. I am very sad to see the Delhiites. They are totally trapped in consumer and entertaining culture. They sleep late and they get up late at twelve in the morning. I try to do Dawa work but nobody is ready to listen.”</w:t>
      </w:r>
    </w:p>
    <w:p>
      <w:r>
        <w:rPr>
          <w:sz w:val="20"/>
        </w:rPr>
        <w:t>6:29  maulana, agla sawal saharanpur se hai, syed mohsin bilal sahib ka. Unhon ne likha hai: "Since four days I have been in Delhi.</w:t>
      </w:r>
      <w:r>
        <w:br/>
      </w:r>
      <w:r>
        <w:rPr>
          <w:sz w:val="20"/>
        </w:rPr>
        <w:t>6:40  I am very sad to see the Delhiites. They are totally trapped in consumer and entertaining culture.</w:t>
      </w:r>
      <w:r>
        <w:br/>
      </w:r>
      <w:r>
        <w:rPr>
          <w:sz w:val="20"/>
        </w:rPr>
        <w:t>6:47  They sleep late and they get up late at twelve in the morning. I try to do Dawa work but nobody is ready to listen.</w:t>
      </w:r>
      <w:r>
        <w:br/>
      </w:r>
      <w:r>
        <w:rPr>
          <w:sz w:val="20"/>
        </w:rPr>
        <w:t>6:57  They think they are intelligent. So how to give message to these kind of intelligent people?"</w:t>
      </w:r>
      <w:r>
        <w:br/>
      </w:r>
      <w:r>
        <w:rPr>
          <w:sz w:val="20"/>
        </w:rPr>
        <w:t>7:05  dekhiye, aisa hundred percent nahi hai. Aap seeker ko talash kijiye. Seeker. Isi mein ek shakhs seeker hoga.</w:t>
      </w:r>
      <w:r>
        <w:br/>
      </w:r>
      <w:r>
        <w:rPr>
          <w:sz w:val="20"/>
        </w:rPr>
        <w:t>7:15  misalan mein bata doon aap ko aaj hi ka experience, aaj ka.</w:t>
      </w:r>
      <w:r>
        <w:br/>
      </w:r>
      <w:r>
        <w:rPr>
          <w:sz w:val="20"/>
        </w:rPr>
        <w:t>7:21  hamare paas ek sahab aaye jo senior professor, woh ab retire ho gaye hain. Un ke, yaani, woh eighties ke late eighties mein hain woh us waqt.</w:t>
      </w:r>
      <w:r>
        <w:br/>
      </w:r>
      <w:r>
        <w:rPr>
          <w:sz w:val="20"/>
        </w:rPr>
        <w:t>7:38  toh woh khud bhi English mein kitabein likhi hain unhone. Toh hamare paas aaye, ab taqreeban der tak rahe woh, hamare kai saathi bhi wahan maujood the.</w:t>
      </w:r>
      <w:r>
        <w:br/>
      </w:r>
      <w:r>
        <w:rPr>
          <w:sz w:val="20"/>
        </w:rPr>
        <w:t>7:53  toh hamare haan kitabein un ko di gayeen aur baatein huin. Ab aaj hi in ka message aaya, aaj hi. Bahut ajeeb o ghareeb message, aap bataiye kya message hai?</w:t>
      </w:r>
      <w:r>
        <w:br/>
      </w:r>
      <w:r>
        <w:rPr>
          <w:sz w:val="20"/>
        </w:rPr>
        <w:t>8:04  Well, he gave a call in the morning and he said that I have been going through Maulana's literature and I must say that it's very rich and very comprehensive and daily I am getting, you know, something out of the literature.</w:t>
      </w:r>
      <w:r>
        <w:br/>
      </w:r>
      <w:r>
        <w:rPr>
          <w:sz w:val="20"/>
        </w:rPr>
        <w:t>8:18  In fact, he finished one book yesterday itself and he was saying that I will continue my study and when I reach back home because he is on this travel I am going to write a letter to Maulana sahib and one additional thing he said, what he said that I want to congratulate Maulana sahib because there are a lot of youngsters involved in this mission.</w:t>
      </w:r>
      <w:r>
        <w:br/>
      </w:r>
      <w:r>
        <w:rPr>
          <w:sz w:val="20"/>
        </w:rPr>
        <w:t>8:40  So he was very happy and very moved by Maulana sahib's literature.</w:t>
      </w:r>
      <w:r>
        <w:br/>
      </w:r>
      <w:r>
        <w:rPr>
          <w:sz w:val="20"/>
        </w:rPr>
        <w:t>8:45  dekhiye, asal baat kya hai? Aap bheed ko kyun dekhte hain? Yaani sab ko le kar kyun sochte hain? Aap individual ko le kar sochiye, individual.</w:t>
      </w:r>
      <w:r>
        <w:br/>
      </w:r>
      <w:r>
        <w:rPr>
          <w:sz w:val="20"/>
        </w:rPr>
        <w:t>8:55  Isi ko mein seeker keh raha hoon. Agar aap bheed ko le kar sochenge toh hamesha aap ko mayusi milegi, frustration.</w:t>
      </w:r>
      <w:r>
        <w:br/>
      </w:r>
      <w:r>
        <w:rPr>
          <w:sz w:val="20"/>
        </w:rPr>
        <w:t>9:05  Lekin individual toh hamesha maujood hote hain. Un se kabhi duniya khaali nahi hoti hai. Toh aap ka target individual hona chahiye na ke bheed.</w:t>
      </w:r>
      <w:r>
        <w:br/>
      </w:r>
      <w:r>
        <w:rPr>
          <w:sz w:val="20"/>
        </w:rPr>
        <w:t>9:16  tab aap aisi baat nahi farmayenge.</w:t>
      </w:r>
    </w:p>
    <w:p>
      <w:pPr>
        <w:pStyle w:val="Heading2"/>
      </w:pPr>
      <w:r>
        <w:t>Government stand on divorce causing Muslim unrest</w:t>
      </w:r>
    </w:p>
    <w:p>
      <w:r>
        <w:rPr>
          <w:color w:val="666666"/>
          <w:sz w:val="18"/>
        </w:rPr>
        <w:t>Spirit of the Age Nov 6, 2016 · 1m 29s · at 59:01 · https://youtu.be/QAW9LP53xQk?t=3541</w:t>
      </w:r>
    </w:p>
    <w:p>
      <w:r>
        <w:rPr>
          <w:i/>
        </w:rPr>
        <w:t>“The government has taken a stand on the issue of divorce, and because of this, unrest is arising among Muslims.”</w:t>
      </w:r>
    </w:p>
    <w:p>
      <w:r>
        <w:rPr>
          <w:sz w:val="20"/>
        </w:rPr>
        <w:t>59:01  maulana, agla sawal imran sahib ne kiya hai dilli se, aur unhon ne likha hai: maulana sahib, talaq</w:t>
      </w:r>
      <w:r>
        <w:br/>
      </w:r>
      <w:r>
        <w:rPr>
          <w:sz w:val="20"/>
        </w:rPr>
        <w:t>59:07  ke maslay par hukumat ne jo stand liya hai, us ki wajah se musalmanon mein bechaini paida</w:t>
      </w:r>
      <w:r>
        <w:br/>
      </w:r>
      <w:r>
        <w:rPr>
          <w:sz w:val="20"/>
        </w:rPr>
        <w:t>59:13  ho rahi hai.</w:t>
      </w:r>
      <w:r>
        <w:br/>
      </w:r>
      <w:r>
        <w:rPr>
          <w:sz w:val="20"/>
        </w:rPr>
        <w:t>59:19  lekin talaq ka jo misuse ho raha hai, us se bohat khandan aur khawateen suffer kar rahi hain.</w:t>
      </w:r>
      <w:r>
        <w:br/>
      </w:r>
      <w:r>
        <w:rPr>
          <w:sz w:val="20"/>
        </w:rPr>
        <w:t>59:25  kya yeh log logon mein awareness na hone ki waja se aisa ho raha hai? aur jo log</w:t>
      </w:r>
      <w:r>
        <w:br/>
      </w:r>
      <w:r>
        <w:rPr>
          <w:sz w:val="20"/>
        </w:rPr>
        <w:t>59:31  teen talaq dete hain, un ke khilaaf koi qanoon nahi ban sakta, un ko koi saza nahi mil</w:t>
      </w:r>
      <w:r>
        <w:br/>
      </w:r>
      <w:r>
        <w:rPr>
          <w:sz w:val="20"/>
        </w:rPr>
        <w:t>59:37  sakti jaisay ke hazrat umar ne kiya.</w:t>
      </w:r>
      <w:r>
        <w:br/>
      </w:r>
      <w:r>
        <w:rPr>
          <w:sz w:val="20"/>
        </w:rPr>
        <w:t>59:43  is ka hal kya hai, is ke baray mein bataein.</w:t>
      </w:r>
      <w:r>
        <w:br/>
      </w:r>
      <w:r>
        <w:rPr>
          <w:sz w:val="20"/>
        </w:rPr>
        <w:t>59:49  bhai, aaj ka jo type sab media hai, jo supplement hai, us mein bohat tafseeli mazmoon aaya hai</w:t>
      </w:r>
      <w:r>
        <w:br/>
      </w:r>
      <w:r>
        <w:rPr>
          <w:sz w:val="20"/>
        </w:rPr>
        <w:t>59:55  isi isi mozu par: talaq, talaq, talaq.</w:t>
      </w:r>
      <w:r>
        <w:br/>
      </w:r>
      <w:r>
        <w:rPr>
          <w:sz w:val="20"/>
        </w:rPr>
        <w:t>1:00:01  yeh masla hi nahi hai, koi masla hi nahi hai.</w:t>
      </w:r>
      <w:r>
        <w:br/>
      </w:r>
      <w:r>
        <w:rPr>
          <w:sz w:val="20"/>
        </w:rPr>
        <w:t>1:00:07  yeh to aik aik aik hua hai, aik rumor hai, koi masla nahi hai.</w:t>
      </w:r>
      <w:r>
        <w:br/>
      </w:r>
      <w:r>
        <w:rPr>
          <w:sz w:val="20"/>
        </w:rPr>
        <w:t>1:00:13  aap do cheez parh lijiye, aik bari kitab hai isi par khatoon islam, us mein talaq ke maslay</w:t>
      </w:r>
      <w:r>
        <w:br/>
      </w:r>
      <w:r>
        <w:rPr>
          <w:sz w:val="20"/>
        </w:rPr>
        <w:t>1:00:19  par bohat poora chapter hai, aur aaj ka type sab media parh lijiye, koi masla hai hi nahi,</w:t>
      </w:r>
      <w:r>
        <w:br/>
      </w:r>
      <w:r>
        <w:rPr>
          <w:sz w:val="20"/>
        </w:rPr>
        <w:t>1:00:25  yeh sirf aik rumor ki baat hai.</w:t>
      </w:r>
    </w:p>
    <w:p>
      <w:pPr>
        <w:pStyle w:val="Heading2"/>
      </w:pPr>
      <w:r>
        <w:t>Obstacles to acceptance of prayer in individual life</w:t>
      </w:r>
    </w:p>
    <w:p>
      <w:r>
        <w:rPr>
          <w:color w:val="666666"/>
          <w:sz w:val="18"/>
        </w:rPr>
        <w:t>Dars-e-Quran, Chapter 2, Verses 67-73, May 6, 2018 · 52s · at 44:04 · https://youtu.be/JAsg4SpiVDU?t=2644</w:t>
      </w:r>
    </w:p>
    <w:p>
      <w:r>
        <w:rPr>
          <w:i/>
        </w:rPr>
        <w:t>“Is there any obstacle in individual life that becomes a barrier to the acceptance of prayer? Please explain.”</w:t>
      </w:r>
    </w:p>
    <w:p>
      <w:r>
        <w:rPr>
          <w:sz w:val="20"/>
        </w:rPr>
        <w:t>44:04  Maulana, agla sawal bheja hai Javed. Javed Hayat sahab ne Mumbai se, unhone likha hai: "Maulana, kya infradi zindagi mein bhi koi baqra hota hai jo dua ki qubooliyat mein rukawat ban jata hai?</w:t>
      </w:r>
      <w:r>
        <w:br/>
      </w:r>
      <w:r>
        <w:rPr>
          <w:sz w:val="20"/>
        </w:rPr>
        <w:t>44:22  Is ke bare mein bataein." Zaroor, zaroor hota hai, aur sab se bara baqra hai ke apni ghalti ka ilzam doosron ko dena.</w:t>
      </w:r>
      <w:r>
        <w:br/>
      </w:r>
      <w:r>
        <w:rPr>
          <w:sz w:val="20"/>
        </w:rPr>
        <w:t>44:32  Har ghar mein dekhiye, biwi ilzam deti hai shohar ko, aur shohar ilzam deta hai biwi ko. Har ghar mein yahi dajjal chal rahi hai, har paros mein, har jagah.</w:t>
      </w:r>
      <w:r>
        <w:br/>
      </w:r>
      <w:r>
        <w:rPr>
          <w:sz w:val="20"/>
        </w:rPr>
        <w:t>44:47  Blame others ka culture yahi dajali hai, yeh sari duniya mein chal raha hai. Blame others, blame others!</w:t>
      </w:r>
    </w:p>
    <w:p>
      <w:pPr>
        <w:pStyle w:val="Heading2"/>
      </w:pPr>
      <w:r>
        <w:t>Difficulty doing dawah in consumer culture</w:t>
      </w:r>
    </w:p>
    <w:p>
      <w:r>
        <w:rPr>
          <w:color w:val="666666"/>
          <w:sz w:val="18"/>
        </w:rPr>
        <w:t>Age Of Consumerism I January 6, 2013 Maulana Wahiduddin Khan · 2m 53s · at 1:06:03 · https://youtu.be/CuRYFl7JuEM?t=3963</w:t>
      </w:r>
    </w:p>
    <w:p>
      <w:r>
        <w:rPr>
          <w:i/>
        </w:rPr>
        <w:t>“Since four days I have been in Delhi. I am very sad to see the Delhiites. They are totally trapped in consumer and entertainment culture. They sleep late and get up late at 12 in the morning. I try to do dawah work, but nobody is ready to listen.”</w:t>
      </w:r>
    </w:p>
    <w:p>
      <w:r>
        <w:rPr>
          <w:sz w:val="20"/>
        </w:rPr>
        <w:t>1:06:03  Maulana, agla sawal Saharanpur se hai, Syed Mohsin Bilal Sahab ka. Unhon ne likha hai: "Since four days, I have been in Delhi.</w:t>
      </w:r>
      <w:r>
        <w:br/>
      </w:r>
      <w:r>
        <w:rPr>
          <w:sz w:val="20"/>
        </w:rPr>
        <w:t>1:06:13  I am very sad to see the Delhiites. They are totally trapped in consumer and entertaining culture.</w:t>
      </w:r>
      <w:r>
        <w:br/>
      </w:r>
      <w:r>
        <w:rPr>
          <w:sz w:val="20"/>
        </w:rPr>
        <w:t>1:06:21  They sleep late and they get up late at 12 in the morning. I try to do dawah work, but nobody is ready to listen.</w:t>
      </w:r>
      <w:r>
        <w:br/>
      </w:r>
      <w:r>
        <w:rPr>
          <w:sz w:val="20"/>
        </w:rPr>
        <w:t>1:06:31  they think they are intelligent. So how how to give message to these kind of intelligent people?</w:t>
      </w:r>
      <w:r>
        <w:br/>
      </w:r>
      <w:r>
        <w:rPr>
          <w:sz w:val="20"/>
        </w:rPr>
        <w:t>1:06:39  dekhiye, aisa hundred percent nahi hai. aap seekher ko talash kijiye, seekher isi mein ek shakhs seekher hoga.</w:t>
      </w:r>
      <w:r>
        <w:br/>
      </w:r>
      <w:r>
        <w:rPr>
          <w:sz w:val="20"/>
        </w:rPr>
        <w:t>1:06:49  misalan mein bata doon aap ko aaj hi ka experience, aaj ka</w:t>
      </w:r>
      <w:r>
        <w:br/>
      </w:r>
      <w:r>
        <w:rPr>
          <w:sz w:val="20"/>
        </w:rPr>
        <w:t>1:06:55  hamare paas ek sahab aaye jo senior professor, woh ab retire ho gaye hain. unke yaani woh eighties ke late eighties mein hain, woh uss waqt</w:t>
      </w:r>
      <w:r>
        <w:br/>
      </w:r>
      <w:r>
        <w:rPr>
          <w:sz w:val="20"/>
        </w:rPr>
        <w:t>1:07:11  to woh khud bhi English mein kitabein likhi hain. unhone to hamare paas aaye, ab taqreeban der tak rahe, woh hamare kai saathi bhi wahan maujood the.</w:t>
      </w:r>
      <w:r>
        <w:br/>
      </w:r>
      <w:r>
        <w:rPr>
          <w:sz w:val="20"/>
        </w:rPr>
        <w:t>1:07:27  to hamare haan kitabein unko di gayeen aur baatein huin. ab aaj hi unka message aaya, aaj hi bahut ajeeb o ghareeb message. aap bataiye kya message hai?</w:t>
      </w:r>
      <w:r>
        <w:br/>
      </w:r>
      <w:r>
        <w:rPr>
          <w:sz w:val="20"/>
        </w:rPr>
        <w:t>1:07:38  ah, well, he gave a call in the morning and he said that i been going through Maulana literature and i must say that its very rich and very comprehensive and daily i am getting you know something out of the literature.</w:t>
      </w:r>
      <w:r>
        <w:br/>
      </w:r>
      <w:r>
        <w:rPr>
          <w:sz w:val="20"/>
        </w:rPr>
        <w:t>1:07:52  in fact, ah, he finished one book yesterday itself and he was saying</w:t>
      </w:r>
      <w:r>
        <w:br/>
      </w:r>
      <w:r>
        <w:rPr>
          <w:sz w:val="20"/>
        </w:rPr>
        <w:t>1:07:57  that i will continue my study and when i reach back home back because he is in this travel, i am going to write a letter to Maulana sahib. and one additional thing he said, what he said that i want to congratulate Maulana sahib because there are lot of youngsters involved in this mission.</w:t>
      </w:r>
      <w:r>
        <w:br/>
      </w:r>
      <w:r>
        <w:rPr>
          <w:sz w:val="20"/>
        </w:rPr>
        <w:t>1:08:13  so he was very happy and very moved by Maulana sahib literature.</w:t>
      </w:r>
      <w:r>
        <w:br/>
      </w:r>
      <w:r>
        <w:rPr>
          <w:sz w:val="20"/>
        </w:rPr>
        <w:t>1:08:19  dekhein, asal baat kya hai? aap bheed ko koi dekhte hain, yaani sab ko le kar koi sochte hain. aap individual ko le kar sochiye, individual isi ko mein seekher keh raha hoon.</w:t>
      </w:r>
      <w:r>
        <w:br/>
      </w:r>
      <w:r>
        <w:rPr>
          <w:sz w:val="20"/>
        </w:rPr>
        <w:t>1:08:31  agar aap bheed ko le kar sochenge to hamesha aap ko mayoosi milegi,</w:t>
      </w:r>
      <w:r>
        <w:br/>
      </w:r>
      <w:r>
        <w:rPr>
          <w:sz w:val="20"/>
        </w:rPr>
        <w:t>1:08:38  frustration. lekin individual to hamesha maujood hote hain, un se kabhi dunya khali nahi hoti. to aap ka target individual hona chahiye, na ke bheed.</w:t>
      </w:r>
      <w:r>
        <w:br/>
      </w:r>
      <w:r>
        <w:rPr>
          <w:sz w:val="20"/>
        </w:rPr>
        <w:t>1:08:50  tab aap aisi baat nahi farmayenge.</w:t>
      </w:r>
    </w:p>
    <w:p>
      <w:pPr>
        <w:pStyle w:val="Heading2"/>
      </w:pPr>
      <w:r>
        <w:t>Obstacles to a need-based life</w:t>
      </w:r>
    </w:p>
    <w:p>
      <w:r>
        <w:rPr>
          <w:color w:val="666666"/>
          <w:sz w:val="18"/>
        </w:rPr>
        <w:t>Stress and Spirituality January 1, 2012 · 4m 17s · at 1:14:57 · https://youtu.be/TPhXL9-g6ME?t=4497</w:t>
      </w:r>
    </w:p>
    <w:p>
      <w:r>
        <w:rPr>
          <w:i/>
        </w:rPr>
        <w:t>“What are the obstacles to a need-based life? Respect, fame, status, courtesy, family environment, or an individual's own decision? Tell about this.”</w:t>
      </w:r>
    </w:p>
    <w:p>
      <w:r>
        <w:rPr>
          <w:sz w:val="20"/>
        </w:rPr>
        <w:t>1:14:57  agla sawal chennai se aaya hai Maulana Israr Umri Sahab ka. unhone likha hai: "Maulana, need based zindagi ki kya rukawatein hain?</w:t>
      </w:r>
      <w:r>
        <w:br/>
      </w:r>
      <w:r>
        <w:rPr>
          <w:sz w:val="20"/>
        </w:rPr>
        <w:t>1:15:08  izazat, shohrat, martaba, marawwat, family mahol ya khud ek fard ka faisla? is ke bare mein bataye." yeh sab sab yeh sab ki sab rukawatein hain.</w:t>
      </w:r>
      <w:r>
        <w:br/>
      </w:r>
      <w:r>
        <w:rPr>
          <w:sz w:val="20"/>
        </w:rPr>
        <w:t>1:15:21  jo aap ne bataye, woh sab yahi to rukawatein hain. aap ne rukawaton ki face bata di.</w:t>
      </w:r>
      <w:r>
        <w:br/>
      </w:r>
      <w:r>
        <w:rPr>
          <w:sz w:val="20"/>
        </w:rPr>
        <w:t>1:15:31  need based life woh hai jis mein dekhein ek hai insan ka maqsad, ek hai insan ki zaroorat.</w:t>
      </w:r>
      <w:r>
        <w:br/>
      </w:r>
      <w:r>
        <w:rPr>
          <w:sz w:val="20"/>
        </w:rPr>
        <w:t>1:15:42  do cheezen hain. maqsad kya hai?</w:t>
      </w:r>
      <w:r>
        <w:br/>
      </w:r>
      <w:r>
        <w:rPr>
          <w:sz w:val="20"/>
        </w:rPr>
        <w:t>1:15:45  maqsad yeh hai ke Allah ki marzi pe chalna, dawat Allah ka kaam karna, aur is tarah aisi zindagi guzarna ke maut ke baad humein yani jannat ke farishte hamara istiqbal karein.</w:t>
      </w:r>
      <w:r>
        <w:br/>
      </w:r>
      <w:r>
        <w:rPr>
          <w:sz w:val="20"/>
        </w:rPr>
        <w:t>1:16:03  maqsad yeh hai. lekin is maqsad par zindagi guzarnay ke liye humein hamari kuch zarooraten hain. hum ko pyas lagti hai to pani chahiye.</w:t>
      </w:r>
      <w:r>
        <w:br/>
      </w:r>
      <w:r>
        <w:rPr>
          <w:sz w:val="20"/>
        </w:rPr>
        <w:t>1:16:12  bhook lagti hai to khana chahiye.</w:t>
      </w:r>
      <w:r>
        <w:br/>
      </w:r>
      <w:r>
        <w:rPr>
          <w:sz w:val="20"/>
        </w:rPr>
        <w:t>1:16:15  sardi garmi ka mausam aata hai to aap ko ek ek shelter chahiye. hamari body ke liye ek kapda chahiye. to yeh zarooraton ko poora karte hue maqsad ke liye sar-garm rehna yeh matloob hai.</w:t>
      </w:r>
      <w:r>
        <w:br/>
      </w:r>
      <w:r>
        <w:rPr>
          <w:sz w:val="20"/>
        </w:rPr>
        <w:t>1:16:31  to aap ek doosre ko alag kar dijiye. jahan aap mehsoos karein ke jo maqsad hai us mein erosion ho raha hai, us mein kami aa rahi hai.</w:t>
      </w:r>
      <w:r>
        <w:br/>
      </w:r>
      <w:r>
        <w:rPr>
          <w:sz w:val="20"/>
        </w:rPr>
        <w:t>1:16:40  to us ko samjhiye ke woh zaroorat ke ilawa hai woh.</w:t>
      </w:r>
      <w:r>
        <w:br/>
      </w:r>
      <w:r>
        <w:rPr>
          <w:sz w:val="20"/>
        </w:rPr>
        <w:t>1:16:43  chahe woh khandani marawwat ho, chahe family ke taqaze hon, ya aap ki khwahish ho, ya koi bhi fame ho, koi bhi cheez, politics ho,</w:t>
      </w:r>
      <w:r>
        <w:br/>
      </w:r>
      <w:r>
        <w:rPr>
          <w:sz w:val="20"/>
        </w:rPr>
        <w:t>1:16:57  har woh cheez jo aap ke aap jis ko aap mehsoos karein ke mere jo maqsad mera asal hai, us ke mutabiq zindagi guzarnay mein yeh rok ban raha hai.</w:t>
      </w:r>
      <w:r>
        <w:br/>
      </w:r>
      <w:r>
        <w:rPr>
          <w:sz w:val="20"/>
        </w:rPr>
        <w:t>1:17:10  jismaani ki woh zaroorat se bahar chale gaye.</w:t>
      </w:r>
      <w:r>
        <w:br/>
      </w:r>
      <w:r>
        <w:rPr>
          <w:sz w:val="20"/>
        </w:rPr>
        <w:t>1:17:15  to to yeh yeh yeh cheez aadmi khud hi samajh sakta hai. is ki koi fehrist bahar se nahi diya sakti. aadmi apna muhasba kare, apna interest introspection kare to woh khud jaan jaan lega ke yahan tak zaroorat ki had thi aur yahan par zaroorat se bahar mein nikal gaya.</w:t>
      </w:r>
      <w:r>
        <w:br/>
      </w:r>
      <w:r>
        <w:rPr>
          <w:sz w:val="20"/>
        </w:rPr>
        <w:t>1:17:37  to jab bhi aap mehsoos karein ke aap ko koi cheez aisi hai hai jo aap ko maqsad se hata rahi hai to bas woh chahe family ho, chahe aap biwi bachche hon, chahe job ho, chahe business ho, chahe koi bhi habit ho, koi bhi aadatein hon, samjhiye ke woh qabil tark hai.</w:t>
      </w:r>
      <w:r>
        <w:br/>
      </w:r>
      <w:r>
        <w:rPr>
          <w:sz w:val="20"/>
        </w:rPr>
        <w:t>1:17:59  qabil tark hai woh. yaani maqsad ko kisi bhi haal mein na chhoden aap. chahe aap ko doosri cheezon ko chhodna pade.</w:t>
      </w:r>
      <w:r>
        <w:br/>
      </w:r>
      <w:r>
        <w:rPr>
          <w:sz w:val="20"/>
        </w:rPr>
        <w:t>1:18:09  aur is ki fehrist koi doosra aadmi nahi de sakt</w:t>
      </w:r>
      <w:r>
        <w:br/>
      </w:r>
      <w:r>
        <w:rPr>
          <w:sz w:val="20"/>
        </w:rPr>
        <w:t>1:18:12  a aap ko. aap khud hi is ki fehrist banayenge. ke ke aap cheez chhodna hai ke nahi chhodna hai. main apne hisab se yahi kahunga ke zaroorat wahi cheez hai,</w:t>
      </w:r>
      <w:r>
        <w:br/>
      </w:r>
      <w:r>
        <w:rPr>
          <w:sz w:val="20"/>
        </w:rPr>
        <w:t>1:18:24  zaroorat sirf inhi cheezon ka naam hai jis ke baghair aap zinda nahi reh sakte. yaani zinda rehne ke liye jo zaroori hai wahi need hai.</w:t>
      </w:r>
      <w:r>
        <w:br/>
      </w:r>
      <w:r>
        <w:rPr>
          <w:sz w:val="20"/>
        </w:rPr>
        <w:t>1:18:37  ab baqi aaram o aish woh zaroorat nahi hai, woh woh faazil cheezein hain, woh to distraction hain. to zehan ko bahut zyada wazeh taur par is yaani bashaoor banaiye ke aap ko jeena hai maqsad ke liye.</w:t>
      </w:r>
      <w:r>
        <w:br/>
      </w:r>
      <w:r>
        <w:rPr>
          <w:sz w:val="20"/>
        </w:rPr>
        <w:t>1:18:56  baqi cheezein sirf is liye hain ke mujhe jab tak jee raha hoon tab tak meri zarooratein poori na hon to main kaise zinda rahunga.</w:t>
      </w:r>
      <w:r>
        <w:br/>
      </w:r>
      <w:r>
        <w:rPr>
          <w:sz w:val="20"/>
        </w:rPr>
        <w:t>1:19:05  to is farq ko jab aap mehsoos malhooz rakhenge to maamla bilkul aasani se samajh mein aa jayega.</w:t>
      </w:r>
    </w:p>
    <w:p>
      <w:pPr>
        <w:pStyle w:val="Heading2"/>
      </w:pPr>
      <w:r>
        <w:t>Dealing with doubts from atheist books</w:t>
      </w:r>
    </w:p>
    <w:p>
      <w:r>
        <w:rPr>
          <w:color w:val="666666"/>
          <w:sz w:val="18"/>
        </w:rPr>
        <w:t>The Straight Path October 30, 2011 Maulana Wahiduddin Khan · 2m 46s · at 1:48:33 · https://youtu.be/PKFHe82Jz58?t=6513</w:t>
      </w:r>
    </w:p>
    <w:p>
      <w:r>
        <w:rPr>
          <w:i/>
        </w:rPr>
        <w:t>“Whenever I read books like 'The God Delusion', I feel my faith leaving my heart. I feel frustrated. How can I tackle this problem? I need to maintain a balance between my religion and my research work.”</w:t>
      </w:r>
    </w:p>
    <w:p>
      <w:r>
        <w:rPr>
          <w:sz w:val="20"/>
        </w:rPr>
        <w:t>1:48:33  main isko be be asal samajhta hoon. Maulana, agla sawal phir se Kashmir se aya hai. Mr Riaz Bhat ne likha hai.</w:t>
      </w:r>
      <w:r>
        <w:br/>
      </w:r>
      <w:r>
        <w:rPr>
          <w:sz w:val="20"/>
        </w:rPr>
        <w:t>1:48:42  unhone poocha hai ke "whenever I read some books like God Delusion, I feel my iman coming out of my heart.</w:t>
      </w:r>
      <w:r>
        <w:br/>
      </w:r>
      <w:r>
        <w:rPr>
          <w:sz w:val="20"/>
        </w:rPr>
        <w:t>1:48:51  i feel frustrated. how can i tackle this problem? i have to maintain a balance between my religion and my research work.</w:t>
      </w:r>
      <w:r>
        <w:br/>
      </w:r>
      <w:r>
        <w:rPr>
          <w:sz w:val="20"/>
        </w:rPr>
        <w:t>1:49:02  my studies are my priorities right now.</w:t>
      </w:r>
      <w:r>
        <w:br/>
      </w:r>
      <w:r>
        <w:rPr>
          <w:sz w:val="20"/>
        </w:rPr>
        <w:t>1:49:05  shall i stop reading such books till i have enough time to devote fully for the understanding of the religion?" kindly guide God Delusion mere paas bhi hai.</w:t>
      </w:r>
      <w:r>
        <w:br/>
      </w:r>
      <w:r>
        <w:rPr>
          <w:sz w:val="20"/>
        </w:rPr>
        <w:t>1:49:15  main ne nahi parha isko. woh to apne aap mein delusion hai. woh woh kitab kuch bhi nahi hai, iske andar hai. aap kaise is se mutasir ho gaye? mislan iske andar ek bohat bari ghalati yeh hai ke Musalmanon ke practice ko le kar ke unhone Islam ko yani ghalat sabit kiya hai.</w:t>
      </w:r>
      <w:r>
        <w:br/>
      </w:r>
      <w:r>
        <w:rPr>
          <w:sz w:val="20"/>
        </w:rPr>
        <w:t>1:49:35  misal ke taur par is mein hai thought crime ke Musalman jo hain, woh marte hain aise aadmi ko jo un se mazhabi ikhtilaf kare.</w:t>
      </w:r>
      <w:r>
        <w:br/>
      </w:r>
      <w:r>
        <w:rPr>
          <w:sz w:val="20"/>
        </w:rPr>
        <w:t>1:49:45  to yeh kahan Islam mein? kahan yeh? yeh Musalmanon ka amal hai. iska aap ne Islam ko ghalat samajh liya. aisi Muslim practice se aap Islam ki ideology ko aap ne condemn kiya.</w:t>
      </w:r>
      <w:r>
        <w:br/>
      </w:r>
      <w:r>
        <w:rPr>
          <w:sz w:val="20"/>
        </w:rPr>
        <w:t>1:49:58  yeh koi kitab hai? yeh to confusion hai. yani confusion ka bundle hai. woh</w:t>
      </w:r>
      <w:r>
        <w:br/>
      </w:r>
      <w:r>
        <w:rPr>
          <w:sz w:val="20"/>
        </w:rPr>
        <w:t>1:50:06  is kitab ko parh ke kaise mutasir ho gaye? aap yeh illogical hai ke aap Muslim community ke practice ko le kar ke Islam ki ideology ko condemn karein.</w:t>
      </w:r>
      <w:r>
        <w:br/>
      </w:r>
      <w:r>
        <w:rPr>
          <w:sz w:val="20"/>
        </w:rPr>
        <w:t>1:50:19  Islam ka ideology alag cheez hai aur woh basic cheez hai. yeh samjhein woh sirf musannif ke Islam yani Islam alag hai, Musalman alag hai.</w:t>
      </w:r>
      <w:r>
        <w:br/>
      </w:r>
      <w:r>
        <w:rPr>
          <w:sz w:val="20"/>
        </w:rPr>
        <w:t>1:50:28  you have to differentiate between Islam and Muslims.</w:t>
      </w:r>
      <w:r>
        <w:br/>
      </w:r>
      <w:r>
        <w:rPr>
          <w:sz w:val="20"/>
        </w:rPr>
        <w:t>1:50:33  you have to judge Muslims in the light of Islamic teachings, not vice versa. is tarah ki jitni kitabein hain, sab mein yeh confusion hai ke ab Musalman samajhte hain ke jo Musalman kar rahe hain, isi ka naam Islam hai.</w:t>
      </w:r>
      <w:r>
        <w:br/>
      </w:r>
      <w:r>
        <w:rPr>
          <w:sz w:val="20"/>
        </w:rPr>
        <w:t>1:50:46  lekin Islam ka ek authentic text hai. Islam ka ek authentic text hai. woh masnad matan woh hai ke is ko dekh kar aap Islam ko rah banayein.</w:t>
      </w:r>
      <w:r>
        <w:br/>
      </w:r>
      <w:r>
        <w:rPr>
          <w:sz w:val="20"/>
        </w:rPr>
        <w:t>1:50:58  Musalman to har qism ke in mein Musalman, jis tarah ke main ne kaha, jis tarah dunya mein azadi Allah ne di hai, istiqlaal logon ko, mazhabi logon ko bhi azadi hai, wohi misuse karayenge, wohi misuse karenge.</w:t>
      </w:r>
      <w:r>
        <w:br/>
      </w:r>
      <w:r>
        <w:rPr>
          <w:sz w:val="20"/>
        </w:rPr>
        <w:t>1:51:10  to misuse karne ke case ko le kar ke aap Islam par rai banate hain. bohat bari kitabein, moti si kitab hai, woh woh confusion ka bundle hai.</w:t>
      </w:r>
    </w:p>
    <w:p>
      <w:pPr>
        <w:pStyle w:val="Heading2"/>
      </w:pPr>
      <w:r>
        <w:t>Managing sensitivity and trivial upsets</w:t>
      </w:r>
    </w:p>
    <w:p>
      <w:r>
        <w:rPr>
          <w:color w:val="666666"/>
          <w:sz w:val="18"/>
        </w:rPr>
        <w:t>Realization of God September 15, 2013 · 1m 33s · at 1:13:15 · https://youtu.be/CNEEeM5uyi8?t=4395</w:t>
      </w:r>
    </w:p>
    <w:p>
      <w:r>
        <w:rPr>
          <w:i/>
        </w:rPr>
        <w:t>“I am by nature a very sensitive person and I often get upset in small trivial things. I want guidance from you as to how I can manage my sensitivity.”</w:t>
      </w:r>
    </w:p>
    <w:p>
      <w:r>
        <w:rPr>
          <w:sz w:val="20"/>
        </w:rPr>
        <w:t>1:13:15  Maulana, agla sawal Bangalore se hai, Vikram Sharma</w:t>
      </w:r>
      <w:r>
        <w:br/>
      </w:r>
      <w:r>
        <w:rPr>
          <w:sz w:val="20"/>
        </w:rPr>
        <w:t>1:13:19  ka. unhone aapse poocha hai: "Maulana sahib, i am by nature a very sensitive person and i often get upset in small small travel things.</w:t>
      </w:r>
      <w:r>
        <w:br/>
      </w:r>
      <w:r>
        <w:rPr>
          <w:sz w:val="20"/>
        </w:rPr>
        <w:t>1:13:31  i want guidance from you as to how i can manage my sensitivity." dekhein, koi birth se koi sensitive nahi hota, conditionings hota hai.</w:t>
      </w:r>
      <w:r>
        <w:br/>
      </w:r>
      <w:r>
        <w:rPr>
          <w:sz w:val="20"/>
        </w:rPr>
        <w:t>1:13:45  yaad rakhiye, Allah taala ne kisi ko bhi by birth yani galat nahi paida kar diya hai. by birth har aadmi sahi paida</w:t>
      </w:r>
      <w:r>
        <w:br/>
      </w:r>
      <w:r>
        <w:rPr>
          <w:sz w:val="20"/>
        </w:rPr>
        <w:t>1:13:56  hota hai, kal al fitr. lekin conditioning jo hai, yani aap jis ghar mein paida huin, jis mahaul mein rahin, us ne aap ko sensitive bana diya.</w:t>
      </w:r>
      <w:r>
        <w:br/>
      </w:r>
      <w:r>
        <w:rPr>
          <w:sz w:val="20"/>
        </w:rPr>
        <w:t>1:14:07  aur aaj kal to sab se bara jo masla hai, maa baap ki pampering. maa baap ki pampering se log sensitive ho jate hain. to by birth kuch bhi nahi hota.</w:t>
      </w:r>
      <w:r>
        <w:br/>
      </w:r>
      <w:r>
        <w:rPr>
          <w:sz w:val="20"/>
        </w:rPr>
        <w:t>1:14:17  apni conditioning ko todiye, is ko deconditioning kijiye, phir aap bilkul ek normal insaan ban jayenge.</w:t>
      </w:r>
      <w:r>
        <w:br/>
      </w:r>
      <w:r>
        <w:rPr>
          <w:sz w:val="20"/>
        </w:rPr>
        <w:t>1:14:25  main is ko nahi manta ke koi by birth koi aisa hota hai, balkeh ghar ke halaat, maa baap ki pampering, in cheezon se log aise ban jate hain.</w:t>
      </w:r>
      <w:r>
        <w:br/>
      </w:r>
      <w:r>
        <w:rPr>
          <w:sz w:val="20"/>
        </w:rPr>
        <w:t>1:14:36  yeh sab is ko isi ko kaha jata hai conditioning. to aap ko apni conditioning ko todna hai, apne aap ko decondition karna hai. is ke baad sab kuch theek ho jayega, sab kuch normal ho jayega.</w:t>
      </w:r>
    </w:p>
    <w:p>
      <w:pPr>
        <w:pStyle w:val="Heading2"/>
      </w:pPr>
      <w:r>
        <w:t>Dealing with insincere friendships</w:t>
      </w:r>
    </w:p>
    <w:p>
      <w:r>
        <w:rPr>
          <w:color w:val="666666"/>
          <w:sz w:val="18"/>
        </w:rPr>
        <w:t>Modern Age June 9, 2019 Maulana Wahiduddin Khan · 1m 37s · at 49:46 · https://youtu.be/7mjCvAvHEdA?t=2986</w:t>
      </w:r>
    </w:p>
    <w:p>
      <w:r>
        <w:rPr>
          <w:i/>
        </w:rPr>
        <w:t>“In my life I have made many friends, but none have been true to me. I feel that everyone wants something from me. What should I do in this situation?”</w:t>
      </w:r>
    </w:p>
    <w:p>
      <w:r>
        <w:rPr>
          <w:sz w:val="20"/>
        </w:rPr>
        <w:t>49:46  Maulana Yunus Chandiyon sahib ne Karachi Pakistan se sawal bheja hai. Unhon ne likha hai, "Maulana sahib, mera aik sawal hai.</w:t>
      </w:r>
      <w:r>
        <w:br/>
      </w:r>
      <w:r>
        <w:rPr>
          <w:sz w:val="20"/>
        </w:rPr>
        <w:t>49:56  meri apni zindagi mein bohat se dost bane magar un mein se koi aisa dost na bana jo mujh se sacha ho. Goiya mujhe aisa lagta hai ke har shakhs mujh se apna matlab chah raha hai.</w:t>
      </w:r>
      <w:r>
        <w:br/>
      </w:r>
      <w:r>
        <w:rPr>
          <w:sz w:val="20"/>
        </w:rPr>
        <w:t>50:11  to mujhe is halat mein kya karna chahiye? Is ke baray mein batayein." Jis cheez ko aap dosti keh rahe hain, woh to kuch bhi nahin.</w:t>
      </w:r>
      <w:r>
        <w:br/>
      </w:r>
      <w:r>
        <w:rPr>
          <w:sz w:val="20"/>
        </w:rPr>
        <w:t>50:21  khush fehmi mein jeena hai. To aap sari zindagi aap khush fehmi mein jeete rahe. Yeh dunya ka nizam yaad rakhein, interest par chal raha hai, dosti par nahin.</w:t>
      </w:r>
      <w:r>
        <w:br/>
      </w:r>
      <w:r>
        <w:rPr>
          <w:sz w:val="20"/>
        </w:rPr>
        <w:t>50:36  yeh dunya ka nizam</w:t>
      </w:r>
      <w:r>
        <w:br/>
      </w:r>
      <w:r>
        <w:rPr>
          <w:sz w:val="20"/>
        </w:rPr>
        <w:t>50:42  is par chal hi nahin raha jo hum farz kar lete hain ke dosti dosti kya cheez hai. Koi dost nahin kisi ka. Koi kisi ka dost nahin.</w:t>
      </w:r>
      <w:r>
        <w:br/>
      </w:r>
      <w:r>
        <w:rPr>
          <w:sz w:val="20"/>
        </w:rPr>
        <w:t>50:52  aap ne jin logon ko dost banaya samjha, woh aap falsehood mein jee rahe thay, khush fehmi mein jee rahe thay. To sab se pehle apni ghalti ko maaniye.</w:t>
      </w:r>
      <w:r>
        <w:br/>
      </w:r>
      <w:r>
        <w:rPr>
          <w:sz w:val="20"/>
        </w:rPr>
        <w:t>51:03  sab se pehle apni ghalti ko maniye. You have to discover your own fault.</w:t>
      </w:r>
      <w:r>
        <w:br/>
      </w:r>
      <w:r>
        <w:rPr>
          <w:sz w:val="20"/>
        </w:rPr>
        <w:t>51:12  tab aap ko naya daur mile ga.</w:t>
      </w:r>
    </w:p>
    <w:p>
      <w:pPr>
        <w:pStyle w:val="Heading2"/>
      </w:pPr>
      <w:r>
        <w:t>Overcoming Difficulty in Staying Always Positive</w:t>
      </w:r>
    </w:p>
    <w:p>
      <w:r>
        <w:rPr>
          <w:color w:val="666666"/>
          <w:sz w:val="18"/>
        </w:rPr>
        <w:t>Dars-e-Quran, Chapter 2, Verse 25 | November 19, 2017 | Maulana Wahiduddin Khan · 4m 36s · at 45:42 · https://youtu.be/ctvrG32NCgA?t=2742</w:t>
      </w:r>
    </w:p>
    <w:p>
      <w:r>
        <w:rPr>
          <w:i/>
        </w:rPr>
        <w:t>“I find it very difficult to remain hundred percent positive all the time. Maulana, how can I overcome this?”</w:t>
      </w:r>
    </w:p>
    <w:p>
      <w:r>
        <w:rPr>
          <w:sz w:val="20"/>
        </w:rPr>
        <w:t>45:42  comment bheja hai, unhone likha hai: "imaan aur aala akhlaqiyat, that is building positive personality, is the basic price to live in the neighborhood of Allah, that is jannat al firdous." thank you Maulana sahib for this thrilling explanation. Maulana, ab sawal lete hain. Dr. Naghma Siddiqui ne Dubai se sawal bheja hai, unhone likha hai: "I find it very difficult to rem</w:t>
      </w:r>
      <w:r>
        <w:br/>
      </w:r>
      <w:r>
        <w:rPr>
          <w:sz w:val="20"/>
        </w:rPr>
        <w:t>46:12  hundred percent positive all the time." maulana, how can i overcome this? dekhiye, jis duniya mein hum</w:t>
      </w:r>
      <w:r>
        <w:br/>
      </w:r>
      <w:r>
        <w:rPr>
          <w:sz w:val="20"/>
        </w:rPr>
        <w:t>46:28  rehte hain, wahan yeh impossible hai ke har lamha, har second aap positive rahein.</w:t>
      </w:r>
      <w:r>
        <w:br/>
      </w:r>
      <w:r>
        <w:rPr>
          <w:sz w:val="20"/>
        </w:rPr>
        <w:t>46:43  zaroor kuch na kuch aisa hoga jo aap ke mind ko disturb karega. it is but natural. lekin sab se aham baat yeh hai ke negativity ka bhi ek positive role hai. sab se aham baat yeh hai ke jab hum ko gussa aa jaye, jab hum negative ho jayein, jab hum disturb ho jayein, hamara</w:t>
      </w:r>
      <w:r>
        <w:br/>
      </w:r>
      <w:r>
        <w:rPr>
          <w:sz w:val="20"/>
        </w:rPr>
        <w:t>47:13  mind to bazahir to woh ek evil phenomena hai, lekin is ka bhi ek positive role hai.</w:t>
      </w:r>
      <w:r>
        <w:br/>
      </w:r>
      <w:r>
        <w:rPr>
          <w:sz w:val="20"/>
        </w:rPr>
        <w:t>47:21  sab se aham baat yeh sochne ki hai, woh kaise? woh is liye ke woh aap ko phir</w:t>
      </w:r>
      <w:r>
        <w:br/>
      </w:r>
      <w:r>
        <w:rPr>
          <w:sz w:val="20"/>
        </w:rPr>
        <w:t>47:29  se aap ke mind ko activate karta hai.</w:t>
      </w:r>
      <w:r>
        <w:br/>
      </w:r>
      <w:r>
        <w:rPr>
          <w:sz w:val="20"/>
        </w:rPr>
        <w:t>47:37  jab aap koi</w:t>
      </w:r>
      <w:r>
        <w:br/>
      </w:r>
      <w:r>
        <w:rPr>
          <w:sz w:val="20"/>
        </w:rPr>
        <w:t>47:44  ghalat baat bol dein, jab aap ki koi provoked baat par provoke ho jayen, to aap ka mind</w:t>
      </w:r>
      <w:r>
        <w:br/>
      </w:r>
      <w:r>
        <w:rPr>
          <w:sz w:val="20"/>
        </w:rPr>
        <w:t>47:54  agar bedar ho, aap ka mind agar awaken mind ho, to bohat jald aap ka mind rewind karta</w:t>
      </w:r>
      <w:r>
        <w:br/>
      </w:r>
      <w:r>
        <w:rPr>
          <w:sz w:val="20"/>
        </w:rPr>
        <w:t>48:04  hai, yaad dilata hai: "aray, to ne kya kar diya?" is ko kaha gaya hai ke "ثم یتوبون ابن قریب"</w:t>
      </w:r>
      <w:r>
        <w:br/>
      </w:r>
      <w:r>
        <w:rPr>
          <w:sz w:val="20"/>
        </w:rPr>
        <w:t xml:space="preserve">48:15  </w:t>
      </w:r>
      <w:r>
        <w:br/>
      </w:r>
      <w:r>
        <w:rPr>
          <w:sz w:val="20"/>
        </w:rPr>
        <w:t>48:21  yani un ke andar tauba qareeb ki sifat paida hoti hai, aur aap ko maloom hona chahiye ke</w:t>
      </w:r>
      <w:r>
        <w:br/>
      </w:r>
      <w:r>
        <w:rPr>
          <w:sz w:val="20"/>
        </w:rPr>
        <w:t>48:27  tauba qareeb jo hai, woh Allah ko bohat ziyada pasand hai.</w:t>
      </w:r>
      <w:r>
        <w:br/>
      </w:r>
      <w:r>
        <w:rPr>
          <w:sz w:val="20"/>
        </w:rPr>
        <w:t>48:33  tauba qareeb yani koi ghalat baat ho gayi to without delay, jaldi se aap ko yaad aa</w:t>
      </w:r>
      <w:r>
        <w:br/>
      </w:r>
      <w:r>
        <w:rPr>
          <w:sz w:val="20"/>
        </w:rPr>
        <w:t>48:39  jaye: "aray, yeh kya shaitan ne kara diya? mujh ko kahan phans gaya hoon mein?</w:t>
      </w:r>
      <w:r>
        <w:br/>
      </w:r>
      <w:r>
        <w:rPr>
          <w:sz w:val="20"/>
        </w:rPr>
        <w:t>48:45  " to tauba qareeb to aik bohat bara amal hai, Quran o Hadees ke mutabiq.</w:t>
      </w:r>
      <w:r>
        <w:br/>
      </w:r>
      <w:r>
        <w:rPr>
          <w:sz w:val="20"/>
        </w:rPr>
        <w:t>48:53  is mani ke aap se agar koi ghalati ho jaye to aap ko tauba qareeb ke qabil banati</w:t>
      </w:r>
      <w:r>
        <w:br/>
      </w:r>
      <w:r>
        <w:rPr>
          <w:sz w:val="20"/>
        </w:rPr>
        <w:t>49:00  hai, aur tauba qareeb to apne aap mein aik amal hai.</w:t>
      </w:r>
      <w:r>
        <w:br/>
      </w:r>
      <w:r>
        <w:rPr>
          <w:sz w:val="20"/>
        </w:rPr>
        <w:t>49:08  dekhiye, tauba qareeb ka</w:t>
      </w:r>
      <w:r>
        <w:br/>
      </w:r>
      <w:r>
        <w:rPr>
          <w:sz w:val="20"/>
        </w:rPr>
        <w:t>49:16  amal kab pesh ayega? jab koi ghalati hui ho, aur ghalati na ho aadmi se to tauba</w:t>
      </w:r>
      <w:r>
        <w:br/>
      </w:r>
      <w:r>
        <w:rPr>
          <w:sz w:val="20"/>
        </w:rPr>
        <w:t>49:23  qareeb bhi nahi hoga, kyunke is ka aamaal naama tauba qareeb se khaali reh jayega.</w:t>
      </w:r>
      <w:r>
        <w:br/>
      </w:r>
      <w:r>
        <w:rPr>
          <w:sz w:val="20"/>
        </w:rPr>
        <w:t>49:31  aap ghor kijiye ke chunke Allah ko bohat pasand hai tauba qareeb, to agar aap ko yeh ehsaas</w:t>
      </w:r>
      <w:r>
        <w:br/>
      </w:r>
      <w:r>
        <w:rPr>
          <w:sz w:val="20"/>
        </w:rPr>
        <w:t>49:38  mein jeete hoon aap</w:t>
      </w:r>
      <w:r>
        <w:br/>
      </w:r>
      <w:r>
        <w:rPr>
          <w:sz w:val="20"/>
        </w:rPr>
        <w:t>49:46  ke mera to muamla aisa hai ke mein koi ghalati nahi, mujh se nahi hui, to is ka</w:t>
      </w:r>
      <w:r>
        <w:br/>
      </w:r>
      <w:r>
        <w:rPr>
          <w:sz w:val="20"/>
        </w:rPr>
        <w:t>49:52  mani kya hua? ke aap se tauba qareeb ka amal kabhi bhi pesh nahi aaya.</w:t>
      </w:r>
      <w:r>
        <w:br/>
      </w:r>
      <w:r>
        <w:rPr>
          <w:sz w:val="20"/>
        </w:rPr>
        <w:t>49:59  to is tarah nahi sochna chahiye aadmi ko, balkeh jaanna chahiye ke Allah taala ne aisa, yeh Allah</w:t>
      </w:r>
      <w:r>
        <w:br/>
      </w:r>
      <w:r>
        <w:rPr>
          <w:sz w:val="20"/>
        </w:rPr>
        <w:t>50:06  taala ki rehmat ka muamla hai ke aadmi se koi ghalati ho jaye to us ghalati ko bhi</w:t>
      </w:r>
      <w:r>
        <w:br/>
      </w:r>
      <w:r>
        <w:rPr>
          <w:sz w:val="20"/>
        </w:rPr>
        <w:t>50:12  us ke liye mumkin hai ke us convert kar sake woh kisi neki mein.</w:t>
      </w:r>
    </w:p>
    <w:p>
      <w:pPr>
        <w:pStyle w:val="Heading2"/>
      </w:pPr>
      <w:r>
        <w:t>Dealing with Family Discord and Anger</w:t>
      </w:r>
    </w:p>
    <w:p>
      <w:r>
        <w:rPr>
          <w:color w:val="666666"/>
          <w:sz w:val="18"/>
        </w:rPr>
        <w:t>God and Man February 19, 2012 · 2m 18s · at 1:28:27 · https://youtu.be/rL4g0LOU3wo?t=5307</w:t>
      </w:r>
    </w:p>
    <w:p>
      <w:r>
        <w:rPr>
          <w:i/>
        </w:rPr>
        <w:t>“My mother has passed away. My elder brother lives separately. There is always discord between my brother and father. They fight a lot. Both are very angry. The peace of the house is destroyed. I have prayed a lot but no benefit. What should I do?”</w:t>
      </w:r>
    </w:p>
    <w:p>
      <w:r>
        <w:rPr>
          <w:sz w:val="20"/>
        </w:rPr>
        <w:t>1:28:27  aur har da'i ke andar yeh jazba hona chahiye. Maulana, agla sawal Ms. Nazneen ka hai Delhi se.</w:t>
      </w:r>
      <w:r>
        <w:br/>
      </w:r>
      <w:r>
        <w:rPr>
          <w:sz w:val="20"/>
        </w:rPr>
        <w:t>1:28:36  unho'n ne likha hai: "maulana, meri walida ki death ho chuki hai. bare bhai ghar se alag rehte hain.</w:t>
      </w:r>
      <w:r>
        <w:br/>
      </w:r>
      <w:r>
        <w:rPr>
          <w:sz w:val="20"/>
        </w:rPr>
        <w:t>1:28:45  mere bhai aur walid ke beech hamesha anban rehti hai. wo dono jab bhi milte hain, bohat jhagda karte hain. aur dono hi bohat ghusse wale hain. is wajah se ghar ka sukoon garat ho chuka hai. is ke liye maine logon se khoob dua'en karwai'n aur khud bhi dua'on ka khoob khoob wird kiya. lekin kuch faida nahi hua. k</w:t>
      </w:r>
      <w:r>
        <w:br/>
      </w:r>
      <w:r>
        <w:rPr>
          <w:sz w:val="20"/>
        </w:rPr>
        <w:t>1:29:13  ya aap ke nazdeek is ka koi hal hai, meharbani karke bata'en?" dekhiye, dua dosre ke islaah ke liye nahi hoti.</w:t>
      </w:r>
      <w:r>
        <w:br/>
      </w:r>
      <w:r>
        <w:rPr>
          <w:sz w:val="20"/>
        </w:rPr>
        <w:t>1:29:24  apni islaah ke liye hoti hai. aap jo hai dua'en karwa'en is liye ke wo log jo hain wo jhagda na kare'n. yeh to koi dua hi nahi hai.</w:t>
      </w:r>
      <w:r>
        <w:br/>
      </w:r>
      <w:r>
        <w:rPr>
          <w:sz w:val="20"/>
        </w:rPr>
        <w:t>1:29:33  yeh to wird hai.</w:t>
      </w:r>
      <w:r>
        <w:br/>
      </w:r>
      <w:r>
        <w:rPr>
          <w:sz w:val="20"/>
        </w:rPr>
        <w:t>1:29:36  nahi nahi, aap par jo negative thought ate hain, aap jo mutasir ho jati hain, to hadith mein aata hai ke "alaika nafsak" save your self.</w:t>
      </w:r>
      <w:r>
        <w:br/>
      </w:r>
      <w:r>
        <w:rPr>
          <w:sz w:val="20"/>
        </w:rPr>
        <w:t>1:29:49  to mein kaise bachao'n? apne apne ko bachane ke liye dua kijiye khuda se. wo jo dua karwai aap ne, quran khwani karai hogi, aap ne pata nahi kya karwaya hoga ke dosre logon ki islaah ho ja'e.</w:t>
      </w:r>
      <w:r>
        <w:br/>
      </w:r>
      <w:r>
        <w:rPr>
          <w:sz w:val="20"/>
        </w:rPr>
        <w:t>1:30:01  yeh kuch nahi.</w:t>
      </w:r>
      <w:r>
        <w:br/>
      </w:r>
      <w:r>
        <w:rPr>
          <w:sz w:val="20"/>
        </w:rPr>
        <w:t>1:30:04  aap ko in ko kitabein parhwa'iye. dua se is ki islaah nahi hua karti. in ko kitabein parhwa'iye. yani in ke mind ki re-engineering darkar hai, tab ja ke wo theek ho'nge.</w:t>
      </w:r>
      <w:r>
        <w:br/>
      </w:r>
      <w:r>
        <w:rPr>
          <w:sz w:val="20"/>
        </w:rPr>
        <w:t>1:30:18  dua se yeh sab batein islaah nahi hua karti. in ko kitabein parhwa'iye. aur jahan tak aap ka ta'alluq hai, aap sirf is baat ke liye dua kijiye ke aap mutasir na ho'n is se.</w:t>
      </w:r>
      <w:r>
        <w:br/>
      </w:r>
      <w:r>
        <w:rPr>
          <w:sz w:val="20"/>
        </w:rPr>
        <w:t>1:30:28  yani sare hangamo'n ke beech mein aap ki positivity bhang na ho.</w:t>
      </w:r>
      <w:r>
        <w:br/>
      </w:r>
      <w:r>
        <w:rPr>
          <w:sz w:val="20"/>
        </w:rPr>
        <w:t>1:30:34  yeh yeh is ke liye dua kijiye, is ki koshish kijiye. to save your self ka formula apna'iye. in ke liye formula hai ke in ko kitabein parhwa'iye. apne liye formula hai ke save your self.</w:t>
      </w:r>
    </w:p>
    <w:p>
      <w:pPr>
        <w:pStyle w:val="Heading2"/>
      </w:pPr>
      <w:r>
        <w:t>Balancing material life and spiritual goal</w:t>
      </w:r>
    </w:p>
    <w:p>
      <w:r>
        <w:rPr>
          <w:color w:val="666666"/>
          <w:sz w:val="18"/>
        </w:rPr>
        <w:t>Spiritual Goal January 15, 2017 · 1m 46s · at 42:24 · https://youtu.be/D3JYu4p_P34?t=2544</w:t>
      </w:r>
    </w:p>
    <w:p>
      <w:r>
        <w:rPr>
          <w:i/>
        </w:rPr>
        <w:t>“Maulana sahib, our daily material life, like job, family life, social circle, comes in conflict with our spiritual goal. How to resolve this?”</w:t>
      </w:r>
    </w:p>
    <w:p>
      <w:r>
        <w:rPr>
          <w:sz w:val="20"/>
        </w:rPr>
        <w:t>42:24  maulana, pehla sawal lete hain jo moradabad se bheja hai firoz khan sahab ne aur unhon ne</w:t>
      </w:r>
      <w:r>
        <w:br/>
      </w:r>
      <w:r>
        <w:rPr>
          <w:sz w:val="20"/>
        </w:rPr>
        <w:t>42:30  likha hai: "maulana sahab, our daily material life, like job, family life, social circle, comes in conflict with</w:t>
      </w:r>
      <w:r>
        <w:br/>
      </w:r>
      <w:r>
        <w:rPr>
          <w:sz w:val="20"/>
        </w:rPr>
        <w:t>42:36  our spiritual goal.</w:t>
      </w:r>
      <w:r>
        <w:br/>
      </w:r>
      <w:r>
        <w:rPr>
          <w:sz w:val="20"/>
        </w:rPr>
        <w:t>42:42  So will giving up worldly life help us reach our spiritual goal faster?</w:t>
      </w:r>
      <w:r>
        <w:br/>
      </w:r>
      <w:r>
        <w:rPr>
          <w:sz w:val="20"/>
        </w:rPr>
        <w:t>42:48  What is your advice to all of us?</w:t>
      </w:r>
      <w:r>
        <w:br/>
      </w:r>
      <w:r>
        <w:rPr>
          <w:sz w:val="20"/>
        </w:rPr>
        <w:t>42:56  "dekhen, spiritual goal jo hai, is ka safar alag alag nahi hota.</w:t>
      </w:r>
      <w:r>
        <w:br/>
      </w:r>
      <w:r>
        <w:rPr>
          <w:sz w:val="20"/>
        </w:rPr>
        <w:t>43:04  isi duniya mein hota hai.</w:t>
      </w:r>
      <w:r>
        <w:br/>
      </w:r>
      <w:r>
        <w:rPr>
          <w:sz w:val="20"/>
        </w:rPr>
        <w:t>43:12  har cheez mein spiritual item hai.</w:t>
      </w:r>
      <w:r>
        <w:br/>
      </w:r>
      <w:r>
        <w:rPr>
          <w:sz w:val="20"/>
        </w:rPr>
        <w:t>43:21  har cheez mein is spiritual item ko discover karna aur is ke mutabiq apni zindagi banana, yahi spirituality hai.</w:t>
      </w:r>
      <w:r>
        <w:br/>
      </w:r>
      <w:r>
        <w:rPr>
          <w:sz w:val="20"/>
        </w:rPr>
        <w:t>43:29  woh jo maine qissa bataya, the monk who sold his prayer, woh koi spirituality ka rasta nahi hai.</w:t>
      </w:r>
      <w:r>
        <w:br/>
      </w:r>
      <w:r>
        <w:rPr>
          <w:sz w:val="20"/>
        </w:rPr>
        <w:t>43:37  Spirituality ka rasta insanon ke darmiyan se guzarta hai, bar bar nahin.</w:t>
      </w:r>
      <w:r>
        <w:br/>
      </w:r>
      <w:r>
        <w:rPr>
          <w:sz w:val="20"/>
        </w:rPr>
        <w:t>43:46  Aap itna zyada intellectually awakened hon ke baaton ko gehrai mein pakrein, spiritual life item jo nectar ki</w:t>
      </w:r>
      <w:r>
        <w:br/>
      </w:r>
      <w:r>
        <w:rPr>
          <w:sz w:val="20"/>
        </w:rPr>
        <w:t>43:54  tarah har jagah maujood hai, us ko daryaft karen.</w:t>
      </w:r>
      <w:r>
        <w:br/>
      </w:r>
      <w:r>
        <w:rPr>
          <w:sz w:val="20"/>
        </w:rPr>
        <w:t>44:02  Yahi hai spiritual life.</w:t>
      </w:r>
    </w:p>
    <w:p>
      <w:pPr>
        <w:pStyle w:val="Heading2"/>
      </w:pPr>
      <w:r>
        <w:t>Struggling to attain peace for ten years</w:t>
      </w:r>
    </w:p>
    <w:p>
      <w:r>
        <w:rPr>
          <w:color w:val="666666"/>
          <w:sz w:val="18"/>
        </w:rPr>
        <w:t>The Concept of Divine Help June 16, 2013 · 3m 25s · at 48:58 · https://youtu.be/b0QaxGSnAOI?t=2938</w:t>
      </w:r>
    </w:p>
    <w:p>
      <w:r>
        <w:rPr>
          <w:i/>
        </w:rPr>
        <w:t>“Right from the age of 20, I have been striving to attain the state of peace, but even after ten years, I have found myself at the same stage from where I started.”</w:t>
      </w:r>
    </w:p>
    <w:p>
      <w:r>
        <w:rPr>
          <w:sz w:val="20"/>
        </w:rPr>
        <w:t>48:58  molana, agla sawal kya hai? doctor afsan tabassum</w:t>
      </w:r>
      <w:r>
        <w:br/>
      </w:r>
      <w:r>
        <w:rPr>
          <w:sz w:val="20"/>
        </w:rPr>
        <w:t>49:02  ne likha hai: "right from the age of 20, i have been striving to attain the state of</w:t>
      </w:r>
      <w:r>
        <w:br/>
      </w:r>
      <w:r>
        <w:rPr>
          <w:sz w:val="20"/>
        </w:rPr>
        <w:t>49:09  peace, but even after ten years, i have found myself at the same stage from where i</w:t>
      </w:r>
      <w:r>
        <w:br/>
      </w:r>
      <w:r>
        <w:rPr>
          <w:sz w:val="20"/>
        </w:rPr>
        <w:t>49:16  head started. molana sahib, please guide me as to how i can achieve nafs-e-mutmainnah.</w:t>
      </w:r>
      <w:r>
        <w:br/>
      </w:r>
      <w:r>
        <w:rPr>
          <w:sz w:val="20"/>
        </w:rPr>
        <w:t>49:34  dekhiye, nafs mutmainnah ka lafz jo aaya hai jis surah mein, usi surah mein is ka jawab bhi maujood hai: ya ayyatul nafsul mutmainnah irji'ee ila rabbiki raadiyatan mardiyyah,</w:t>
      </w:r>
      <w:r>
        <w:br/>
      </w:r>
      <w:r>
        <w:rPr>
          <w:sz w:val="20"/>
        </w:rPr>
        <w:t>49:52  yani raazi hona allah ke plan par, raazi hona jo aap par beetta hai us ke upar.</w:t>
      </w:r>
      <w:r>
        <w:br/>
      </w:r>
      <w:r>
        <w:rPr>
          <w:sz w:val="20"/>
        </w:rPr>
        <w:t>49:59  yani jo kuch aap par beetta hai, chahe aap ki family mein beeta hai, aap ke paros mein beeta hai, aap ke mulk mein beeta hai, jis ko log kehte hain zulm aur sazish aur kya kya, yeh sab allah ki taraf se main test papers hain, allah ki taraf se imtehan ke parche hain.</w:t>
      </w:r>
      <w:r>
        <w:br/>
      </w:r>
      <w:r>
        <w:rPr>
          <w:sz w:val="20"/>
        </w:rPr>
        <w:t>50:20  to aap ko is par raazi hona pare ga:</w:t>
      </w:r>
      <w:r>
        <w:br/>
      </w:r>
      <w:r>
        <w:rPr>
          <w:sz w:val="20"/>
        </w:rPr>
        <w:t>50:24  ya ayyatul nafsul mutmainnah irji'ee ila rabbiki raadiyatan mardiyyah. is ka matlab hai ke is waqt tak jab ke aap allah se milen, tab tak aap ko raazi hona hai.</w:t>
      </w:r>
      <w:r>
        <w:br/>
      </w:r>
      <w:r>
        <w:rPr>
          <w:sz w:val="20"/>
        </w:rPr>
        <w:t>50:41  yeh duniya, hum jo hamari zindagi hai, aakhir kar hamein allah se milna hai. is waqt tak hamein raazi rehna hai in sab soorat e haal par jo paish aa raha hai, yeh samajh kar ke yeh allah ki taraf se hai.</w:t>
      </w:r>
      <w:r>
        <w:br/>
      </w:r>
      <w:r>
        <w:rPr>
          <w:sz w:val="20"/>
        </w:rPr>
        <w:t>50:56  tab jannat mile gi: fatakhalli fi ibadi wa dakhli jannat keh is ke baad hai. to al-nafs, al-nafs, al-nafs al-mutmainnah ka raaz sirf ek</w:t>
      </w:r>
      <w:r>
        <w:br/>
      </w:r>
      <w:r>
        <w:rPr>
          <w:sz w:val="20"/>
        </w:rPr>
        <w:t>51:10  hai, woh yeh hai keh jo kuch paish aaye, us ko Allah ki taraf se samajhna, insan ki taraf se nahin. jab aap kehte hain zulm hai, saazish hai, to aap ne is ko insan ke khane mein dala.</w:t>
      </w:r>
      <w:r>
        <w:br/>
      </w:r>
      <w:r>
        <w:rPr>
          <w:sz w:val="20"/>
        </w:rPr>
        <w:t>51:24  aur jab aap kehte hain keh test papers hain, to aap ne is ko Allah ke khane mein dala.</w:t>
      </w:r>
      <w:r>
        <w:br/>
      </w:r>
      <w:r>
        <w:rPr>
          <w:sz w:val="20"/>
        </w:rPr>
        <w:t>51:31  yaad rakhiye, yeh yeh yeh simple formula hai keh jo kuch aap par beetta hai, agar aap ne kaha keh dekho hamare khilaf saazish ho rahi hai, dekho hamare khilaf zulm ho raha hai, dekho hamare khilaf dushmani ki ja rahi hai, to is ka matlab hai keh jo kuch hua, us ko aap ne dala insan ke khane mein.</w:t>
      </w:r>
      <w:r>
        <w:br/>
      </w:r>
      <w:r>
        <w:rPr>
          <w:sz w:val="20"/>
        </w:rPr>
        <w:t>51:49  lekin agar aap yeh kahein keh yeh to test papers hain, yeh to imtehan ke parche hain, yeh to paish aa nahin aana hai, to aap ne is ko dala Allah ke khane mein,</w:t>
      </w:r>
      <w:r>
        <w:br/>
      </w:r>
      <w:r>
        <w:rPr>
          <w:sz w:val="20"/>
        </w:rPr>
        <w:t>52:00  tab kya hoga? tab aap ko al-nafs al-mutmainnah mile ga. aur tab kya hoga? tab aap ko Allah ki madad aaye gi. aur tab kya hoga?</w:t>
      </w:r>
      <w:r>
        <w:br/>
      </w:r>
      <w:r>
        <w:rPr>
          <w:sz w:val="20"/>
        </w:rPr>
        <w:t>52:10  farishtay aap ko aayenge khushkhabri dene ke liye, jaise Quran majeed mein hai. aur phir inshallah aap ke jannat ke darwazay khule jayenge. yeh raasta hai jannat tak pohnchne ka.</w:t>
      </w:r>
    </w:p>
    <w:p>
      <w:pPr>
        <w:pStyle w:val="Heading2"/>
      </w:pPr>
      <w:r>
        <w:t>Advice for a Failed Person</w:t>
      </w:r>
    </w:p>
    <w:p>
      <w:r>
        <w:rPr>
          <w:color w:val="666666"/>
          <w:sz w:val="18"/>
        </w:rPr>
        <w:t>Angle of Vision February 28, 2016 · 4m 12s · at 1:03:02 · https://youtu.be/dFZ7_x1Ul7A?t=3782</w:t>
      </w:r>
    </w:p>
    <w:p>
      <w:r>
        <w:rPr>
          <w:i/>
        </w:rPr>
        <w:t>“I think I am a failed person. I don't have higher education nor a permanent job.”</w:t>
      </w:r>
    </w:p>
    <w:p>
      <w:r>
        <w:rPr>
          <w:sz w:val="20"/>
        </w:rPr>
        <w:t>1:03:02  Maulana agla sawal Zia ur Rehman sahib ka hai unhon ne apni location nahi bheji hai un ka sawal</w:t>
      </w:r>
      <w:r>
        <w:br/>
      </w:r>
      <w:r>
        <w:rPr>
          <w:sz w:val="20"/>
        </w:rPr>
        <w:t>1:03:08  hai I think I am a failed person.</w:t>
      </w:r>
      <w:r>
        <w:br/>
      </w:r>
      <w:r>
        <w:rPr>
          <w:sz w:val="20"/>
        </w:rPr>
        <w:t>1:03:15  I don't have higher education nor a permanent job.</w:t>
      </w:r>
      <w:r>
        <w:br/>
      </w:r>
      <w:r>
        <w:rPr>
          <w:sz w:val="20"/>
        </w:rPr>
        <w:t>1:03:20  So I am thinking to go abroad to get myself a chance for a good life for my</w:t>
      </w:r>
      <w:r>
        <w:br/>
      </w:r>
      <w:r>
        <w:rPr>
          <w:sz w:val="20"/>
        </w:rPr>
        <w:t>1:03:26  children and family.</w:t>
      </w:r>
      <w:r>
        <w:br/>
      </w:r>
      <w:r>
        <w:rPr>
          <w:sz w:val="20"/>
        </w:rPr>
        <w:t>1:03:31  Maulana sahib kindly guide me in this regard.</w:t>
      </w:r>
      <w:r>
        <w:br/>
      </w:r>
      <w:r>
        <w:rPr>
          <w:sz w:val="20"/>
        </w:rPr>
        <w:t>1:03:37  dekhiye, bahar jana koi choice nahi hai kyunke bahar ke mulkon mein yaani developed countries mein jo hai</w:t>
      </w:r>
      <w:r>
        <w:br/>
      </w:r>
      <w:r>
        <w:rPr>
          <w:sz w:val="20"/>
        </w:rPr>
        <w:t>1:03:42  bahut sakht competition hota hai.</w:t>
      </w:r>
      <w:r>
        <w:br/>
      </w:r>
      <w:r>
        <w:rPr>
          <w:sz w:val="20"/>
        </w:rPr>
        <w:t>1:03:48  sirf merit par wahan milte hain.</w:t>
      </w:r>
      <w:r>
        <w:br/>
      </w:r>
      <w:r>
        <w:rPr>
          <w:sz w:val="20"/>
        </w:rPr>
        <w:t>1:03:54  ameer jab aap ke paas deen India mein nahi kaam kare toh wahan kya kaam kare gi? jitne</w:t>
      </w:r>
      <w:r>
        <w:br/>
      </w:r>
      <w:r>
        <w:rPr>
          <w:sz w:val="20"/>
        </w:rPr>
        <w:t>1:03:59  bhi developed countries hain wahan sirf merit kaam kaam aati hai aur koi cheez kaam nahi aati.</w:t>
      </w:r>
      <w:r>
        <w:br/>
      </w:r>
      <w:r>
        <w:rPr>
          <w:sz w:val="20"/>
        </w:rPr>
        <w:t>1:04:05  aur koi cheez kaam nahi aati wahan toh jab aap ke paas koi aisi yaani aisi koi degree</w:t>
      </w:r>
      <w:r>
        <w:br/>
      </w:r>
      <w:r>
        <w:rPr>
          <w:sz w:val="20"/>
        </w:rPr>
        <w:t>1:04:10  nahi hai, expertise nahi hai toh wahan jaane ka koi koi matlab hi nahi banta.</w:t>
      </w:r>
      <w:r>
        <w:br/>
      </w:r>
      <w:r>
        <w:rPr>
          <w:sz w:val="20"/>
        </w:rPr>
        <w:t>1:04:16  aap ko sirf yeh karna hai ke India hi mein yeh sochein ke kaun si skill apne andar paida karun.</w:t>
      </w:r>
      <w:r>
        <w:br/>
      </w:r>
      <w:r>
        <w:rPr>
          <w:sz w:val="20"/>
        </w:rPr>
        <w:t>1:04:21  kisi skill ko apne andar develop karna pare ga training ke zariye se ya ya phir yeh ke</w:t>
      </w:r>
      <w:r>
        <w:br/>
      </w:r>
      <w:r>
        <w:rPr>
          <w:sz w:val="20"/>
        </w:rPr>
        <w:t>1:04:27  boht choti job par aadi ho jae.</w:t>
      </w:r>
      <w:r>
        <w:br/>
      </w:r>
      <w:r>
        <w:rPr>
          <w:sz w:val="20"/>
        </w:rPr>
        <w:t>1:04:33  aap dekhen, aaj ki society jo hai is mein do hi option hain aadmi ke liye: ya to</w:t>
      </w:r>
      <w:r>
        <w:br/>
      </w:r>
      <w:r>
        <w:rPr>
          <w:sz w:val="20"/>
        </w:rPr>
        <w:t>1:04:38  choti job par aadi ho jae ya phir skill paida kare apne andar.</w:t>
      </w:r>
      <w:r>
        <w:br/>
      </w:r>
      <w:r>
        <w:rPr>
          <w:sz w:val="20"/>
        </w:rPr>
        <w:t>1:04:44  jaise is dilli mein lakhon lakh log larkay aur larkiyan kaam karte hain, dharu gharon mein jharoo dete</w:t>
      </w:r>
      <w:r>
        <w:br/>
      </w:r>
      <w:r>
        <w:rPr>
          <w:sz w:val="20"/>
        </w:rPr>
        <w:t>1:04:49  hain, safai karte hain, wo un ko kaam lia hua hai.</w:t>
      </w:r>
      <w:r>
        <w:br/>
      </w:r>
      <w:r>
        <w:rPr>
          <w:sz w:val="20"/>
        </w:rPr>
        <w:t>1:04:55  har aadmi abhi ab koi chahe to kaam mil mil jae ga to lekin log chahte hain koi</w:t>
      </w:r>
      <w:r>
        <w:br/>
      </w:r>
      <w:r>
        <w:rPr>
          <w:sz w:val="20"/>
        </w:rPr>
        <w:t>1:05:00  kisi base par baith ke baithne wala job.</w:t>
      </w:r>
      <w:r>
        <w:br/>
      </w:r>
      <w:r>
        <w:rPr>
          <w:sz w:val="20"/>
        </w:rPr>
        <w:t>1:05:06  to dekhiye, job hamesha har har haal mein mojood rehta hai.</w:t>
      </w:r>
      <w:r>
        <w:br/>
      </w:r>
      <w:r>
        <w:rPr>
          <w:sz w:val="20"/>
        </w:rPr>
        <w:t>1:05:12  sirf yeh hai ke aap chahte hain zyada honorable job, wo nahi mil raha hai.</w:t>
      </w:r>
      <w:r>
        <w:br/>
      </w:r>
      <w:r>
        <w:rPr>
          <w:sz w:val="20"/>
        </w:rPr>
        <w:t>1:05:17  warna job to kia hai, agar aadmi derdi ho jae ghar ki safai par karne ka to sankron</w:t>
      </w:r>
      <w:r>
        <w:br/>
      </w:r>
      <w:r>
        <w:rPr>
          <w:sz w:val="20"/>
        </w:rPr>
        <w:t>1:05:23  job mojood hain aise aadmi ke liye.</w:t>
      </w:r>
      <w:r>
        <w:br/>
      </w:r>
      <w:r>
        <w:rPr>
          <w:sz w:val="20"/>
        </w:rPr>
        <w:t>1:05:28  to aap ko ya to choti job par raazi hona pare ga ya aap aisa karen ke koi</w:t>
      </w:r>
      <w:r>
        <w:br/>
      </w:r>
      <w:r>
        <w:rPr>
          <w:sz w:val="20"/>
        </w:rPr>
        <w:t>1:05:34  skill paida karen apne andar.</w:t>
      </w:r>
      <w:r>
        <w:br/>
      </w:r>
      <w:r>
        <w:rPr>
          <w:sz w:val="20"/>
        </w:rPr>
        <w:t>1:05:40  skill aik baat yeh hai, doosri baat yeh hai ke yeh tasawwur ghalat hai ke aap kaam kamain</w:t>
      </w:r>
      <w:r>
        <w:br/>
      </w:r>
      <w:r>
        <w:rPr>
          <w:sz w:val="20"/>
        </w:rPr>
        <w:t>1:05:45  ge to bachon ka kaam chle ga.</w:t>
      </w:r>
      <w:r>
        <w:br/>
      </w:r>
      <w:r>
        <w:rPr>
          <w:sz w:val="20"/>
        </w:rPr>
        <w:t>1:05:51  aap ki kamai se bachon ka koi talluq nahi hai.</w:t>
      </w:r>
      <w:r>
        <w:br/>
      </w:r>
      <w:r>
        <w:rPr>
          <w:sz w:val="20"/>
        </w:rPr>
        <w:t>1:05:56  bachon ke andar aap instinct bhi paida kiye mehnat mehnat ka.</w:t>
      </w:r>
      <w:r>
        <w:br/>
      </w:r>
      <w:r>
        <w:rPr>
          <w:sz w:val="20"/>
        </w:rPr>
        <w:t>1:06:02  abhi mein qissa bata chuka hoon shayad aap se.</w:t>
      </w:r>
      <w:r>
        <w:br/>
      </w:r>
      <w:r>
        <w:rPr>
          <w:sz w:val="20"/>
        </w:rPr>
        <w:t>1:06:07  hamare office mein aik sahab thay jo yahan kaam karte thay yani mamooli kaam tha un ka.</w:t>
      </w:r>
      <w:r>
        <w:br/>
      </w:r>
      <w:r>
        <w:rPr>
          <w:sz w:val="20"/>
        </w:rPr>
        <w:t>1:06:13  achanak uth ke death ho gai achanak to un ke kai chote chote bache thay.</w:t>
      </w:r>
      <w:r>
        <w:br/>
      </w:r>
      <w:r>
        <w:rPr>
          <w:sz w:val="20"/>
        </w:rPr>
        <w:t>1:06:19  to hum sab logon ne socha ke ab kia hoga, kia hoga lekin kia hoga? nature ne kaam</w:t>
      </w:r>
      <w:r>
        <w:br/>
      </w:r>
      <w:r>
        <w:rPr>
          <w:sz w:val="20"/>
        </w:rPr>
        <w:t>1:06:24  kia, nature ne har bache ke andar instinct jaag para ke mera baap mar gaya, ab mujhe kaam karna hai.</w:t>
      </w:r>
      <w:r>
        <w:br/>
      </w:r>
      <w:r>
        <w:rPr>
          <w:sz w:val="20"/>
        </w:rPr>
        <w:t>1:06:30  mera baap mar gaya, ab mujhe kaam karna hai.</w:t>
      </w:r>
      <w:r>
        <w:br/>
      </w:r>
      <w:r>
        <w:rPr>
          <w:sz w:val="20"/>
        </w:rPr>
        <w:t>1:06:35  to sab bachon ne parh dala aur aur job bhi mil gaya un ko aur mujhe pata chala</w:t>
      </w:r>
      <w:r>
        <w:br/>
      </w:r>
      <w:r>
        <w:rPr>
          <w:sz w:val="20"/>
        </w:rPr>
        <w:t>1:06:41  ke baqayda wo apne zaati ghar bana lia unhon ne.</w:t>
      </w:r>
      <w:r>
        <w:br/>
      </w:r>
      <w:r>
        <w:rPr>
          <w:sz w:val="20"/>
        </w:rPr>
        <w:t>1:06:46  zati ghar halankay baap nay kuch paisa nahi chora tha in kay liye, instinct chora tha.</w:t>
      </w:r>
      <w:r>
        <w:br/>
      </w:r>
      <w:r>
        <w:rPr>
          <w:sz w:val="20"/>
        </w:rPr>
        <w:t>1:06:52  Instinct to aap ko mein do baatein kahoon ga: aap khud apnay andar skill paida kijiye aur yeh</w:t>
      </w:r>
      <w:r>
        <w:br/>
      </w:r>
      <w:r>
        <w:rPr>
          <w:sz w:val="20"/>
        </w:rPr>
        <w:t>1:06:58  sochna chor dijiye ke aap kamayein gay to bachon ka kaam chalay ga.</w:t>
      </w:r>
      <w:r>
        <w:br/>
      </w:r>
      <w:r>
        <w:rPr>
          <w:sz w:val="20"/>
        </w:rPr>
        <w:t>1:07:03  Bachon kay liye tum mehnat karo, un kay liye instinct paida kijiye.</w:t>
      </w:r>
      <w:r>
        <w:br/>
      </w:r>
      <w:r>
        <w:rPr>
          <w:sz w:val="20"/>
        </w:rPr>
        <w:t>1:07:09  Yeh do baatein mein arz karoon ga aap say.</w:t>
      </w:r>
    </w:p>
    <w:p>
      <w:pPr>
        <w:pStyle w:val="Heading2"/>
      </w:pPr>
      <w:r>
        <w:t>Overcoming tension from lust as shopkeeper</w:t>
      </w:r>
    </w:p>
    <w:p>
      <w:r>
        <w:rPr>
          <w:color w:val="666666"/>
          <w:sz w:val="18"/>
        </w:rPr>
        <w:t>Life After Death January 22, 2012 · 3m 24s · at 1:16:39 · https://youtu.be/5hVH1BLKBF4?t=4599</w:t>
      </w:r>
    </w:p>
    <w:p>
      <w:r>
        <w:rPr>
          <w:i/>
        </w:rPr>
        <w:t>“I am a shopkeeper. The issue of HIRS (lust) is always with every shopkeeper, due to which every shopkeeper remains in severe tension. How can one get out of this tension?”</w:t>
      </w:r>
    </w:p>
    <w:p>
      <w:r>
        <w:rPr>
          <w:sz w:val="20"/>
        </w:rPr>
        <w:t>1:16:39  Maulana, agla sawal aya hai Mr Fazal Amin ka, Karachi Pakistan se. unhon ne likha hai: "main aik dukandar hoon.</w:t>
      </w:r>
      <w:r>
        <w:br/>
      </w:r>
      <w:r>
        <w:rPr>
          <w:sz w:val="20"/>
        </w:rPr>
        <w:t>1:16:48  HIRS ka mamla har dukandar ke sath rehta hai jis ki wajah se har dukandar shadeed Tension mein rehta hai. Maulana sahib, is Tension se kis tarah nikla jaye?" HIRS ka matlab hai Lust.</w:t>
      </w:r>
      <w:r>
        <w:br/>
      </w:r>
      <w:r>
        <w:rPr>
          <w:sz w:val="20"/>
        </w:rPr>
        <w:t>1:17:02  L-U-S-T, Lust.</w:t>
      </w:r>
      <w:r>
        <w:br/>
      </w:r>
      <w:r>
        <w:rPr>
          <w:sz w:val="20"/>
        </w:rPr>
        <w:t>1:17:09  is ka saada tareeqa dekhiye kya hai formula. ke is ko Quran mein kaha gaya hai taqasur. aur zyada, aur zyada, aur zyada.</w:t>
      </w:r>
      <w:r>
        <w:br/>
      </w:r>
      <w:r>
        <w:rPr>
          <w:sz w:val="20"/>
        </w:rPr>
        <w:t>1:17:19  to is ka saada formula sochne ka yeh hai ke aap yeh sochen ke zyada paisa kis liye?</w:t>
      </w:r>
      <w:r>
        <w:br/>
      </w:r>
      <w:r>
        <w:rPr>
          <w:sz w:val="20"/>
        </w:rPr>
        <w:t>1:17:29  zyada zyada chahta hoon paisa to kis liye? zyada peace of mind ke liye? to zyada paisa sirf peace of mind ko Disrupt karta hai.</w:t>
      </w:r>
      <w:r>
        <w:br/>
      </w:r>
      <w:r>
        <w:rPr>
          <w:sz w:val="20"/>
        </w:rPr>
        <w:t>1:17:40  jitna zyada paisa utni pais of mind khatam.</w:t>
      </w:r>
      <w:r>
        <w:br/>
      </w:r>
      <w:r>
        <w:rPr>
          <w:sz w:val="20"/>
        </w:rPr>
        <w:t>1:17:44  to jab jo required result na mile to taqasur se faida kya hai? is wajah se dekhiye hadith mein ata hai ke sab se bari cheez qanaat hai, taqasur nahin.</w:t>
      </w:r>
      <w:r>
        <w:br/>
      </w:r>
      <w:r>
        <w:rPr>
          <w:sz w:val="20"/>
        </w:rPr>
        <w:t>1:18:00  do cheezein hain dekhiye qanaat aik hai aik hai taqasur. taqasur ka matlab hai ke mahr hai na mahr.</w:t>
      </w:r>
      <w:r>
        <w:br/>
      </w:r>
      <w:r>
        <w:rPr>
          <w:sz w:val="20"/>
        </w:rPr>
        <w:t>1:18:07  qanaat ka matlab hai ke jo Allah taala ne aap ko diya hai us par aap ka Contentment ho jaye. to Contentment mein Peace of Mind hai.</w:t>
      </w:r>
      <w:r>
        <w:br/>
      </w:r>
      <w:r>
        <w:rPr>
          <w:sz w:val="20"/>
        </w:rPr>
        <w:t>1:18:19  mahr hai na mahr mein nahin hai. to sawal yeh hai ke jab jab Result na milta ho to kya faida taqasur se?</w:t>
      </w:r>
      <w:r>
        <w:br/>
      </w:r>
      <w:r>
        <w:rPr>
          <w:sz w:val="20"/>
        </w:rPr>
        <w:t>1:18:29  aap sochiye ke Tension hota hai. insaan ki sehat kharab hoti hai. Blood Pressure badhta hai. aadmi Diabetic ho jata hai.</w:t>
      </w:r>
      <w:r>
        <w:br/>
      </w:r>
      <w:r>
        <w:rPr>
          <w:sz w:val="20"/>
        </w:rPr>
        <w:t>1:18:40  jitne zyada paise wale hain un ka yeh anjam hua. is wajah se dekhiye sahi tareeqa kya hai? agar aap ke paas zyada paisa aata hai to us ko deen ke raaste mein kharch kijiye.</w:t>
      </w:r>
      <w:r>
        <w:br/>
      </w:r>
      <w:r>
        <w:rPr>
          <w:sz w:val="20"/>
        </w:rPr>
        <w:t>1:18:54  sirf apni zaat mein mat kharch kijiye.</w:t>
      </w:r>
      <w:r>
        <w:br/>
      </w:r>
      <w:r>
        <w:rPr>
          <w:sz w:val="20"/>
        </w:rPr>
        <w:t>1:18:59  yaani kam paisa agar Allah taala ne diya aap ko to us par qanaat kar ke zindagi guzariye. agar Allah taala ne aap ko zyada paise de diye to theek hai woh bhi nemmat hai lekin kis liye?</w:t>
      </w:r>
      <w:r>
        <w:br/>
      </w:r>
      <w:r>
        <w:rPr>
          <w:sz w:val="20"/>
        </w:rPr>
        <w:t>1:19:14  sirf is liye ke apni Family ke liye nahi deen ke liye. Quran mein hai ke: "yasaloonaka ma la yunfiqoon" .</w:t>
      </w:r>
      <w:r>
        <w:br/>
      </w:r>
      <w:r>
        <w:rPr>
          <w:sz w:val="20"/>
        </w:rPr>
        <w:t>1:19:24  log poochte hain ke kaise kharch karein?</w:t>
      </w:r>
      <w:r>
        <w:br/>
      </w:r>
      <w:r>
        <w:rPr>
          <w:sz w:val="20"/>
        </w:rPr>
        <w:t>1:19:27  to Allah taala ne farmaya ke baqadr zaroorat apne paas rakho baqi deen mein kharch karo. yeh do formula hain Peace ka aur sukoon ka.</w:t>
      </w:r>
      <w:r>
        <w:br/>
      </w:r>
      <w:r>
        <w:rPr>
          <w:sz w:val="20"/>
        </w:rPr>
        <w:t>1:19:37  ke agar aap ko kam rizq mila hai to us par qanaat kar li jiye. zyada paisa aa raha hai Allah taala ki taraf se aap ko to zaroorat ke waqt apne paas rakhiye baqi deen mein kharch kar dijiye.</w:t>
      </w:r>
      <w:r>
        <w:br/>
      </w:r>
      <w:r>
        <w:rPr>
          <w:sz w:val="20"/>
        </w:rPr>
        <w:t>1:19:51  is ke siwa jo tareeqa hoga us mein sirf Tension, Stress, sehat ki kharabi is ke siwa kuch nahi.</w:t>
      </w:r>
    </w:p>
    <w:p>
      <w:pPr>
        <w:pStyle w:val="Heading2"/>
      </w:pPr>
      <w:r>
        <w:t>Saddened by Delhi's consumer culture</w:t>
      </w:r>
    </w:p>
    <w:p>
      <w:r>
        <w:rPr>
          <w:color w:val="666666"/>
          <w:sz w:val="18"/>
        </w:rPr>
        <w:t>Age of Consumerism January 6, 2013 · 2m 53s · at 1:05:09 · https://youtu.be/zJRZ1OKUhgA?t=3909</w:t>
      </w:r>
    </w:p>
    <w:p>
      <w:r>
        <w:rPr>
          <w:i/>
        </w:rPr>
        <w:t>“Since four days, I have been in Delhi. I am very sad to see the Delhiites. They are totally trapped in consumer and entertaining culture. They sleep late and get up late at 12 in the morning. I try to do dawah work, but nobody is ready to listen.”</w:t>
      </w:r>
    </w:p>
    <w:p>
      <w:r>
        <w:rPr>
          <w:sz w:val="20"/>
        </w:rPr>
        <w:t>1:05:09  maulana, agla sawal saharanpur se hai, syed mohsin bilal sahab ka. unhone likha hai: "since four days, i have been in delhi.</w:t>
      </w:r>
      <w:r>
        <w:br/>
      </w:r>
      <w:r>
        <w:rPr>
          <w:sz w:val="20"/>
        </w:rPr>
        <w:t>1:05:19  i am very sad to see the delhiites. they are totally trapped in consumer and entertaining culture.</w:t>
      </w:r>
      <w:r>
        <w:br/>
      </w:r>
      <w:r>
        <w:rPr>
          <w:sz w:val="20"/>
        </w:rPr>
        <w:t>1:05:27  they sleep late and they get up late at 12 in the morning. i try to do dawah work, but nobody is ready to listen.</w:t>
      </w:r>
      <w:r>
        <w:br/>
      </w:r>
      <w:r>
        <w:rPr>
          <w:sz w:val="20"/>
        </w:rPr>
        <w:t>1:05:37  they think they are intelligent. so how? how to give message to these kind of intelligent people?" dekhiye, aisa hundred percent nahi hai.</w:t>
      </w:r>
      <w:r>
        <w:br/>
      </w:r>
      <w:r>
        <w:rPr>
          <w:sz w:val="20"/>
        </w:rPr>
        <w:t>1:05:48  aap seeker ko talash kijiye. seeker isi mein ek shakhs seeker hoga.</w:t>
      </w:r>
      <w:r>
        <w:br/>
      </w:r>
      <w:r>
        <w:rPr>
          <w:sz w:val="20"/>
        </w:rPr>
        <w:t>1:05:55  misalan mein bata doon aap ko aaj hi ka experience. aaj ka</w:t>
      </w:r>
      <w:r>
        <w:br/>
      </w:r>
      <w:r>
        <w:rPr>
          <w:sz w:val="20"/>
        </w:rPr>
        <w:t>1:06:01  hamare paas ek sahab aaye, jo senior professor hain, woh ab retire ho gaye hain. un ke yani woh eighties ke late eighties mein hain.</w:t>
      </w:r>
      <w:r>
        <w:br/>
      </w:r>
      <w:r>
        <w:rPr>
          <w:sz w:val="20"/>
        </w:rPr>
        <w:t>1:06:15  woh is waqt to woh khud bhi english mein kitabein likhi hain. unhone</w:t>
      </w:r>
      <w:r>
        <w:br/>
      </w:r>
      <w:r>
        <w:rPr>
          <w:sz w:val="20"/>
        </w:rPr>
        <w:t>1:06:23  to hamare paas aaye, ab taqreeban der tak rahe. woh hamare kai saathi bhi wahan maujood the.</w:t>
      </w:r>
      <w:r>
        <w:br/>
      </w:r>
      <w:r>
        <w:rPr>
          <w:sz w:val="20"/>
        </w:rPr>
        <w:t>1:06:33  to hamare haan kitabein un ko di gayeen aur baatein huin. ab aaj hi un ke message aaye. aaj hi bohat ajeeb o ghareeb message. aap bataiye, kya message hai?</w:t>
      </w:r>
      <w:r>
        <w:br/>
      </w:r>
      <w:r>
        <w:rPr>
          <w:sz w:val="20"/>
        </w:rPr>
        <w:t>1:06:44  ah, well, he gave a call in the morning and he said that i have been going through Maulana literature and i must say that its very rich and very comprehensive and daily i am getting you know something out of the literature.</w:t>
      </w:r>
      <w:r>
        <w:br/>
      </w:r>
      <w:r>
        <w:rPr>
          <w:sz w:val="20"/>
        </w:rPr>
        <w:t>1:06:58  in fact, ah, he finished one book yesterday itself and he was saying that i will continue my study and when i reach back home because he is in this travel, i am going to write a letter to Maulana sahib.</w:t>
      </w:r>
      <w:r>
        <w:br/>
      </w:r>
      <w:r>
        <w:rPr>
          <w:sz w:val="20"/>
        </w:rPr>
        <w:t>1:07:11  b. and one additional thing he said, what he said that i want to congratulate Maulana sahib because there are a lot of youngsters involved in this mission.</w:t>
      </w:r>
      <w:r>
        <w:br/>
      </w:r>
      <w:r>
        <w:rPr>
          <w:sz w:val="20"/>
        </w:rPr>
        <w:t>1:07:19  so he was very happy and very moved by Maulana sahib literature. dekhiye, asal baat kya hai? aap bheed ko kyun dekhte hain?</w:t>
      </w:r>
      <w:r>
        <w:br/>
      </w:r>
      <w:r>
        <w:rPr>
          <w:sz w:val="20"/>
        </w:rPr>
        <w:t>1:07:30  yani sab ko le kar kyun sochte hain? aap individual ko le kar sochiye. individual isi ko mein seeker keh raha hoon</w:t>
      </w:r>
      <w:r>
        <w:br/>
      </w:r>
      <w:r>
        <w:rPr>
          <w:sz w:val="20"/>
        </w:rPr>
        <w:t>1:07:37  . agar aap bheed ko le kar sochenge to hamesha aap ko mayoosi milegi, frustration.</w:t>
      </w:r>
      <w:r>
        <w:br/>
      </w:r>
      <w:r>
        <w:rPr>
          <w:sz w:val="20"/>
        </w:rPr>
        <w:t>1:07:45  lekin individual to hamesha maujood hote hain, un se kabhi dunya khali nahi hoti. to aap ka target individual hona chahiye, na ke bheed.</w:t>
      </w:r>
      <w:r>
        <w:br/>
      </w:r>
      <w:r>
        <w:rPr>
          <w:sz w:val="20"/>
        </w:rPr>
        <w:t>1:07:56  tab aap aisi baat nahi farmayenge.</w:t>
      </w:r>
    </w:p>
    <w:p>
      <w:pPr>
        <w:pStyle w:val="Heading2"/>
      </w:pPr>
      <w:r>
        <w:t>Balancing home with dual working professionals</w:t>
      </w:r>
    </w:p>
    <w:p>
      <w:r>
        <w:rPr>
          <w:color w:val="666666"/>
          <w:sz w:val="18"/>
        </w:rPr>
        <w:t>The Role of a Woman March 8, 2020 Maulana Wahiduddin Khan · 3m 01s · at 20:45 · https://youtu.be/aBPy_KTsk1A?t=1245</w:t>
      </w:r>
    </w:p>
    <w:p>
      <w:r>
        <w:rPr>
          <w:i/>
        </w:rPr>
        <w:t>“Maulana, in today's competitive world, both men and women are working professionals. My question is: how a balance can be created at home as today both have egos due to financial independence? What is your advice?”</w:t>
      </w:r>
    </w:p>
    <w:p>
      <w:r>
        <w:rPr>
          <w:sz w:val="20"/>
        </w:rPr>
        <w:t>20:45  Agar aurat ho to mission kamyab. Jazak Allah Maulana." Maulana, agla sawal bheja hai Zubair Khan ne Ahmedabad se.</w:t>
      </w:r>
      <w:r>
        <w:br/>
      </w:r>
      <w:r>
        <w:rPr>
          <w:sz w:val="20"/>
        </w:rPr>
        <w:t>20:58  Unhon ne likha hai: "Maulana, in today's competitive world, both men and women are working professionals. My question is: how a balance can be created at home as today both have egos due to financial independence?</w:t>
      </w:r>
      <w:r>
        <w:br/>
      </w:r>
      <w:r>
        <w:rPr>
          <w:sz w:val="20"/>
        </w:rPr>
        <w:t>21:17  What is your advice?"</w:t>
      </w:r>
      <w:r>
        <w:br/>
      </w:r>
      <w:r>
        <w:rPr>
          <w:sz w:val="20"/>
        </w:rPr>
        <w:t>21:22  Aap ne yeh bohat acha add kiya aur mein is ko miss kiya tha mein ne. aik hadith hai, aik hadith hai,</w:t>
      </w:r>
      <w:r>
        <w:br/>
      </w:r>
      <w:r>
        <w:rPr>
          <w:sz w:val="20"/>
        </w:rPr>
        <w:t>21:36  is mein yeh alfaaz hain</w:t>
      </w:r>
      <w:r>
        <w:br/>
      </w:r>
      <w:r>
        <w:rPr>
          <w:sz w:val="20"/>
        </w:rPr>
        <w:t>21:38  ke un nisa shaqaiq al rajul yani aurtain mard ka aadha hain, nisf hain.</w:t>
      </w:r>
      <w:r>
        <w:br/>
      </w:r>
      <w:r>
        <w:rPr>
          <w:sz w:val="20"/>
        </w:rPr>
        <w:t>21:52  Yeh bohat hi sahi expression hai yeh. yani is ka matlab yeh hai ke Man and woman are two equal halves of a single unity.</w:t>
      </w:r>
      <w:r>
        <w:br/>
      </w:r>
      <w:r>
        <w:rPr>
          <w:sz w:val="20"/>
        </w:rPr>
        <w:t>22:08  Man and woman are two equal halves</w:t>
      </w:r>
      <w:r>
        <w:br/>
      </w:r>
      <w:r>
        <w:rPr>
          <w:sz w:val="20"/>
        </w:rPr>
        <w:t>22:12  of a single unity.</w:t>
      </w:r>
      <w:r>
        <w:br/>
      </w:r>
      <w:r>
        <w:rPr>
          <w:sz w:val="20"/>
        </w:rPr>
        <w:t>22:17  Bohat sahi ta'beer hai yeh. aur yeh hadith Nasai mein aayi hai.</w:t>
      </w:r>
      <w:r>
        <w:br/>
      </w:r>
      <w:r>
        <w:rPr>
          <w:sz w:val="20"/>
        </w:rPr>
        <w:t>22:32  Abu Dawood. acha, Abu Dawood mein. yeh hadith Abu Dawood mein hai. yani sahih Sitta mein se hadith yeh hai. Abu Dawood Sahih Sitta mein maani jati hai.</w:t>
      </w:r>
      <w:r>
        <w:br/>
      </w:r>
      <w:r>
        <w:rPr>
          <w:sz w:val="20"/>
        </w:rPr>
        <w:t>22:46  Riyaz Bhatt sahib ne Bangalore se likha hai "On Women's Day explaining of Hajirah model</w:t>
      </w:r>
      <w:r>
        <w:br/>
      </w:r>
      <w:r>
        <w:rPr>
          <w:sz w:val="20"/>
        </w:rPr>
        <w:t>22:52  for women of twenty-first century gives us a way to visualize a generation of intellectually evolved individuals.</w:t>
      </w:r>
      <w:r>
        <w:br/>
      </w:r>
      <w:r>
        <w:rPr>
          <w:sz w:val="20"/>
        </w:rPr>
        <w:t>23:02  Here I feel that the Meccan period is evidence to fact how Quraish tried to distract the Prophet from the mission of Dawah.</w:t>
      </w:r>
      <w:r>
        <w:br/>
      </w:r>
      <w:r>
        <w:rPr>
          <w:sz w:val="20"/>
        </w:rPr>
        <w:t>23:13  Prophet firmly avoided to be drawn in this battlefield. We have to follow this Sunnah firmly." Miss Toti Malhotra ne Dilli se likha hai "Thank you, Maulana, for helping women understand their potential.</w:t>
      </w:r>
      <w:r>
        <w:br/>
      </w:r>
      <w:r>
        <w:rPr>
          <w:sz w:val="20"/>
        </w:rPr>
        <w:t>23:30  Without your encouragement, I would have never unfolded my potential, and it is due to your continuous inspiration that I am able to discover myself on a daily basis."</w:t>
      </w:r>
    </w:p>
    <w:p>
      <w:pPr>
        <w:pStyle w:val="Heading2"/>
      </w:pPr>
      <w:r>
        <w:t>Balancing housework and Islamic learning</w:t>
      </w:r>
    </w:p>
    <w:p>
      <w:r>
        <w:rPr>
          <w:color w:val="666666"/>
          <w:sz w:val="18"/>
        </w:rPr>
        <w:t>Paradise September 18, 2016 · 4m 33s · at 59:03 · https://youtu.be/R2kZlD0PbGQ?t=3543</w:t>
      </w:r>
    </w:p>
    <w:p>
      <w:r>
        <w:rPr>
          <w:i/>
        </w:rPr>
        <w:t>“I am a mother of three children and a housewife. I am busy with them and housework, but I follow your talks and also read your...”</w:t>
      </w:r>
    </w:p>
    <w:p>
      <w:r>
        <w:rPr>
          <w:sz w:val="20"/>
        </w:rPr>
        <w:t>59:03  maulana, agla sawal miss ayesha khan ne kiya hai kanpur se, aur unhon ne likha hai: "maulana sahib,</w:t>
      </w:r>
      <w:r>
        <w:br/>
      </w:r>
      <w:r>
        <w:rPr>
          <w:sz w:val="20"/>
        </w:rPr>
        <w:t>59:09  i am a mother of three children and a housewife.</w:t>
      </w:r>
      <w:r>
        <w:br/>
      </w:r>
      <w:r>
        <w:rPr>
          <w:sz w:val="20"/>
        </w:rPr>
        <w:t>59:15  aai im bazi vid dem and haus vark, bat aai falo yor taks and al so red yor</w:t>
      </w:r>
      <w:r>
        <w:br/>
      </w:r>
      <w:r>
        <w:rPr>
          <w:sz w:val="20"/>
        </w:rPr>
        <w:t>59:20  baks, vich giv mi lat of pes and pozitiv thinking.</w:t>
      </w:r>
      <w:r>
        <w:br/>
      </w:r>
      <w:r>
        <w:rPr>
          <w:sz w:val="20"/>
        </w:rPr>
        <w:t>59:26  mai kveschan iz dat benig a madar and involvd in haus vark, ai donat gat mach taim to</w:t>
      </w:r>
      <w:r>
        <w:br/>
      </w:r>
      <w:r>
        <w:rPr>
          <w:sz w:val="20"/>
        </w:rPr>
        <w:t>59:32  do vark far da din, and mani taimz ai fil gilati and gat thauts dat allah me nat</w:t>
      </w:r>
      <w:r>
        <w:br/>
      </w:r>
      <w:r>
        <w:rPr>
          <w:sz w:val="20"/>
        </w:rPr>
        <w:t>59:37  giv mi paradiz, bikaz ai am nat duing ani thing far da din.</w:t>
      </w:r>
      <w:r>
        <w:br/>
      </w:r>
      <w:r>
        <w:rPr>
          <w:sz w:val="20"/>
        </w:rPr>
        <w:t>59:43  maulana sahib, pliz advais mi vat shud ai do az ai kant liv haus vark and der iz</w:t>
      </w:r>
      <w:r>
        <w:br/>
      </w:r>
      <w:r>
        <w:rPr>
          <w:sz w:val="20"/>
        </w:rPr>
        <w:t>59:49  nat mach taim laft far mi to do dava vark.</w:t>
      </w:r>
      <w:r>
        <w:br/>
      </w:r>
      <w:r>
        <w:rPr>
          <w:sz w:val="20"/>
        </w:rPr>
        <w:t>59:55  hav kain ai aspair to kvalifai far paradiz?" dekhiye, main is ko koi uzar nahin samajhta.</w:t>
      </w:r>
      <w:r>
        <w:br/>
      </w:r>
      <w:r>
        <w:rPr>
          <w:sz w:val="20"/>
        </w:rPr>
        <w:t>1:00:00  har chiz aap ko kahata hun involv karate hain.</w:t>
      </w:r>
      <w:r>
        <w:br/>
      </w:r>
      <w:r>
        <w:rPr>
          <w:sz w:val="20"/>
        </w:rPr>
        <w:t>1:00:06  aap aap involv bahut zyada karenge to aap ka taim na rahega.</w:t>
      </w:r>
      <w:r>
        <w:br/>
      </w:r>
      <w:r>
        <w:rPr>
          <w:sz w:val="20"/>
        </w:rPr>
        <w:t>1:00:12  kam involv kijie.</w:t>
      </w:r>
      <w:r>
        <w:br/>
      </w:r>
      <w:r>
        <w:rPr>
          <w:sz w:val="20"/>
        </w:rPr>
        <w:t>1:00:17  to tami taim hai.</w:t>
      </w:r>
      <w:r>
        <w:br/>
      </w:r>
      <w:r>
        <w:rPr>
          <w:sz w:val="20"/>
        </w:rPr>
        <w:t>1:00:23  main ne jab padhta tha bachapan mein urdu lider, is mein ek sher tha, ab tak mujhe yad</w:t>
      </w:r>
      <w:r>
        <w:br/>
      </w:r>
      <w:r>
        <w:rPr>
          <w:sz w:val="20"/>
        </w:rPr>
        <w:t>1:00:29  hai: "vakt mein tangi farakhi donon hain, jaise rabar khinchne se padati hai, chhode se jati hai." sakad</w:t>
      </w:r>
      <w:r>
        <w:br/>
      </w:r>
      <w:r>
        <w:rPr>
          <w:sz w:val="20"/>
        </w:rPr>
        <w:t>1:00:34  is ko aj kal ki zaban mein main kahunga ki art of manajmant sikhen.</w:t>
      </w:r>
      <w:r>
        <w:br/>
      </w:r>
      <w:r>
        <w:rPr>
          <w:sz w:val="20"/>
        </w:rPr>
        <w:t>1:00:40  main samajhta hun ki art of manajmant asal hai.</w:t>
      </w:r>
      <w:r>
        <w:br/>
      </w:r>
      <w:r>
        <w:rPr>
          <w:sz w:val="20"/>
        </w:rPr>
        <w:t>1:00:46  apne ko kitna involv aap karate hain, vah asal hai.</w:t>
      </w:r>
      <w:r>
        <w:br/>
      </w:r>
      <w:r>
        <w:rPr>
          <w:sz w:val="20"/>
        </w:rPr>
        <w:t>1:00:51  misal ke taur par dekhiye, main ek qissa main ne bataya logon ko ki main ek sahab ke han gaya.</w:t>
      </w:r>
      <w:r>
        <w:br/>
      </w:r>
      <w:r>
        <w:rPr>
          <w:sz w:val="20"/>
        </w:rPr>
        <w:t>1:00:57  yah bat gujrat ka vaqia hai.</w:t>
      </w:r>
      <w:r>
        <w:br/>
      </w:r>
      <w:r>
        <w:rPr>
          <w:sz w:val="20"/>
        </w:rPr>
        <w:t>1:01:03  to vah har vakt apne bachche ko god mein le lete the.</w:t>
      </w:r>
      <w:r>
        <w:br/>
      </w:r>
      <w:r>
        <w:rPr>
          <w:sz w:val="20"/>
        </w:rPr>
        <w:t>1:01:09  vah to main ne kaha, "bachche god mein kyon lete hain?" aap kahata hai, "hazrat, zyada." kaha, "mera</w:t>
      </w:r>
      <w:r>
        <w:br/>
      </w:r>
      <w:r>
        <w:rPr>
          <w:sz w:val="20"/>
        </w:rPr>
        <w:t>1:01:14  bachcha kamzor hai." to main ne un ko sakht alfaz mein kaha, "bilkul nahin, aap un ko utariye."</w:t>
      </w:r>
      <w:r>
        <w:br/>
      </w:r>
      <w:r>
        <w:rPr>
          <w:sz w:val="20"/>
        </w:rPr>
        <w:t>1:01:20  utarvaya to ladka daudane laga.</w:t>
      </w:r>
      <w:r>
        <w:br/>
      </w:r>
      <w:r>
        <w:rPr>
          <w:sz w:val="20"/>
        </w:rPr>
        <w:t>1:01:26  ladka daudane laga to log ghair zaruri to apne ko masghul karate hain.</w:t>
      </w:r>
      <w:r>
        <w:br/>
      </w:r>
      <w:r>
        <w:rPr>
          <w:sz w:val="20"/>
        </w:rPr>
        <w:t>1:01:31  yani bachche ko daudane dijiye, bachche ko mehnat karane dijiye, bachche ko khud karane dijiye.</w:t>
      </w:r>
      <w:r>
        <w:br/>
      </w:r>
      <w:r>
        <w:rPr>
          <w:sz w:val="20"/>
        </w:rPr>
        <w:t>1:01:37  khawamkhwah har kaam chahte hain ke hum hum hum ka karein to apne ko zyada involve kar lete hain.</w:t>
      </w:r>
      <w:r>
        <w:br/>
      </w:r>
      <w:r>
        <w:rPr>
          <w:sz w:val="20"/>
        </w:rPr>
        <w:t>1:01:43  asal cheez yeh hai, kam involve kijiye, manage karna seekhein.</w:t>
      </w:r>
      <w:r>
        <w:br/>
      </w:r>
      <w:r>
        <w:rPr>
          <w:sz w:val="20"/>
        </w:rPr>
        <w:t>1:01:48  to sab sab sab time hi time hai.</w:t>
      </w:r>
      <w:r>
        <w:br/>
      </w:r>
      <w:r>
        <w:rPr>
          <w:sz w:val="20"/>
        </w:rPr>
        <w:t>1:01:54  mein to samajhta hoon ke sab time hi time hai.</w:t>
      </w:r>
      <w:r>
        <w:br/>
      </w:r>
      <w:r>
        <w:rPr>
          <w:sz w:val="20"/>
        </w:rPr>
        <w:t>1:02:00  khawamkhwah apne ko involve kar ke log time apna khatm kar dete hain.</w:t>
      </w:r>
      <w:r>
        <w:br/>
      </w:r>
      <w:r>
        <w:rPr>
          <w:sz w:val="20"/>
        </w:rPr>
        <w:t>1:02:06  ek sahab hain, mein jaanta hoon, mein in ko.</w:t>
      </w:r>
      <w:r>
        <w:br/>
      </w:r>
      <w:r>
        <w:rPr>
          <w:sz w:val="20"/>
        </w:rPr>
        <w:t>1:02:11  in ka bachcha tha ghaleban barah saal ka.</w:t>
      </w:r>
      <w:r>
        <w:br/>
      </w:r>
      <w:r>
        <w:rPr>
          <w:sz w:val="20"/>
        </w:rPr>
        <w:t>1:02:17  to barah saal ki umar mein unhon ne bachche ko bhej diya bombay.</w:t>
      </w:r>
      <w:r>
        <w:br/>
      </w:r>
      <w:r>
        <w:rPr>
          <w:sz w:val="20"/>
        </w:rPr>
        <w:t>1:02:23  woh andhra pradesh aane wale they.</w:t>
      </w:r>
      <w:r>
        <w:br/>
      </w:r>
      <w:r>
        <w:rPr>
          <w:sz w:val="20"/>
        </w:rPr>
        <w:t>1:02:28  logon ne kaha, "arey, barah bachche ko bombay bhej rahe hain, kahin kahin tasbeeh to seekhega woh."</w:t>
      </w:r>
      <w:r>
        <w:br/>
      </w:r>
      <w:r>
        <w:rPr>
          <w:sz w:val="20"/>
        </w:rPr>
        <w:t>1:02:34  to jeeb mein paisa de diya us ko, kaha ke jao.</w:t>
      </w:r>
      <w:r>
        <w:br/>
      </w:r>
      <w:r>
        <w:rPr>
          <w:sz w:val="20"/>
        </w:rPr>
        <w:t>1:02:40  to wahan par kuch police ka dhakka bhi khaya us ne.</w:t>
      </w:r>
      <w:r>
        <w:br/>
      </w:r>
      <w:r>
        <w:rPr>
          <w:sz w:val="20"/>
        </w:rPr>
        <w:t>1:02:45  kahin us ko khane bhi nahi mila.</w:t>
      </w:r>
      <w:r>
        <w:br/>
      </w:r>
      <w:r>
        <w:rPr>
          <w:sz w:val="20"/>
        </w:rPr>
        <w:t>1:02:51  sab tajrube hue.</w:t>
      </w:r>
      <w:r>
        <w:br/>
      </w:r>
      <w:r>
        <w:rPr>
          <w:sz w:val="20"/>
        </w:rPr>
        <w:t>1:02:57  wohi shakhs, mein jaanta hoon, us aadmi ko bohat bada woh builder bana, bohat paisa kamaya us ne.</w:t>
      </w:r>
      <w:r>
        <w:br/>
      </w:r>
      <w:r>
        <w:rPr>
          <w:sz w:val="20"/>
        </w:rPr>
        <w:t>1:03:03  isi isi ne to us ke us ke us ke baap, us ke dada ne bheja tha us ko bombay.</w:t>
      </w:r>
      <w:r>
        <w:br/>
      </w:r>
      <w:r>
        <w:rPr>
          <w:sz w:val="20"/>
        </w:rPr>
        <w:t>1:03:08  to dada ne kaha tha ke us ko seekhna chahiye na.</w:t>
      </w:r>
      <w:r>
        <w:br/>
      </w:r>
      <w:r>
        <w:rPr>
          <w:sz w:val="20"/>
        </w:rPr>
        <w:t>1:03:14  jayega, koi dhakka khaye to seekhega.</w:t>
      </w:r>
      <w:r>
        <w:br/>
      </w:r>
      <w:r>
        <w:rPr>
          <w:sz w:val="20"/>
        </w:rPr>
        <w:t>1:03:20  to log khawamkhwah chahte hain ke bachchon ki pampering karna hai, us ko us ko khud kuch na karna pade.</w:t>
      </w:r>
      <w:r>
        <w:br/>
      </w:r>
      <w:r>
        <w:rPr>
          <w:sz w:val="20"/>
        </w:rPr>
        <w:t>1:03:25  is mein apne ko involve kar lete hain.</w:t>
      </w:r>
      <w:r>
        <w:br/>
      </w:r>
      <w:r>
        <w:rPr>
          <w:sz w:val="20"/>
        </w:rPr>
        <w:t>1:03:31  to involvement ko kam kijiye, manage karna seekhein, warna koi masla nahi hai.</w:t>
      </w:r>
    </w:p>
    <w:p>
      <w:pPr>
        <w:pStyle w:val="Heading2"/>
      </w:pPr>
      <w:r>
        <w:t>Family as hurdle in discovering truth</w:t>
      </w:r>
    </w:p>
    <w:p>
      <w:r>
        <w:rPr>
          <w:color w:val="666666"/>
          <w:sz w:val="18"/>
        </w:rPr>
        <w:t>Roza (Fasting) Shock May 26, 2019 · 1m 22s · at 36:25 · https://youtu.be/GXYhGriFRpM?t=2185</w:t>
      </w:r>
    </w:p>
    <w:p>
      <w:r>
        <w:rPr>
          <w:i/>
        </w:rPr>
        <w:t>“Maulana, how family becomes a hurdle in the path of discovery of truth? I have not understood this. Please clarify.”</w:t>
      </w:r>
    </w:p>
    <w:p>
      <w:r>
        <w:rPr>
          <w:sz w:val="20"/>
        </w:rPr>
        <w:t>36:25  thank you so much. may god bless you." maulana, agla sawal bhi bheja hai azhar mubarak sahib ne.</w:t>
      </w:r>
      <w:r>
        <w:br/>
      </w:r>
      <w:r>
        <w:rPr>
          <w:sz w:val="20"/>
        </w:rPr>
        <w:t>36:35  unhon ne likha hai: "maulana, how family becomes a hurdle in the path of discovery of truth? i have not understood this.</w:t>
      </w:r>
      <w:r>
        <w:br/>
      </w:r>
      <w:r>
        <w:rPr>
          <w:sz w:val="20"/>
        </w:rPr>
        <w:t>36:44  please clarify." kaun kar raha hai</w:t>
      </w:r>
      <w:r>
        <w:br/>
      </w:r>
      <w:r>
        <w:rPr>
          <w:sz w:val="20"/>
        </w:rPr>
        <w:t>36:47  ? azhar mubarak. how family? bhai, aap introspection kijiye, hisab kijiye ke 24 ghante jo aap ko mile hue hain, is mein real sense mein kitna aap apne khaliq ko yaad karte hain aur kitna kisi aur ko?</w:t>
      </w:r>
      <w:r>
        <w:br/>
      </w:r>
      <w:r>
        <w:rPr>
          <w:sz w:val="20"/>
        </w:rPr>
        <w:t>37:04  yeh kaun sa mushkil kaam hai? misaal ke taur par, meri ek mushkil saamne mere aayi to maine kaha: "assalam o alaikum ayha al malaika." to aap sochiye ke kitni baar aap aisa karte hain?</w:t>
      </w:r>
      <w:r>
        <w:br/>
      </w:r>
      <w:r>
        <w:rPr>
          <w:sz w:val="20"/>
        </w:rPr>
        <w:t>37:22  yaani allah ke jo taraf se jo madadgar khade hue hain, har taraf woh isi intezar mein to hain ke un se koi kahe.</w:t>
      </w:r>
      <w:r>
        <w:br/>
      </w:r>
      <w:r>
        <w:rPr>
          <w:sz w:val="20"/>
        </w:rPr>
        <w:t>37:31  to mujhe bataiye ke aap ko apni zindagi mein koi insaan mila hai? aisa nahi mila hai to samajh ki? here is the rao. yeh kaun sa mushkil kaam hai?</w:t>
      </w:r>
    </w:p>
    <w:p>
      <w:pPr>
        <w:pStyle w:val="Heading1"/>
      </w:pPr>
      <w:r>
        <w:t>In the lectures (20)</w:t>
      </w:r>
    </w:p>
    <w:p>
      <w:pPr>
        <w:pStyle w:val="Heading2"/>
      </w:pPr>
      <w:r>
        <w:t>Interfaith Dialogue (English) February 1, 2014 Maulana Wahiduddin Khan</w:t>
      </w:r>
    </w:p>
    <w:p>
      <w:r>
        <w:rPr>
          <w:color w:val="666666"/>
          <w:sz w:val="18"/>
        </w:rPr>
        <w:t>20:30 · https://youtu.be/esM8RDj_new?t=1230</w:t>
      </w:r>
    </w:p>
    <w:p>
      <w:r>
        <w:rPr>
          <w:i/>
        </w:rPr>
        <w:t>“difficulty.”</w:t>
      </w:r>
    </w:p>
    <w:p>
      <w:pPr>
        <w:pStyle w:val="Heading2"/>
      </w:pPr>
      <w:r>
        <w:t>How To Find Truth February 3, 2008</w:t>
      </w:r>
    </w:p>
    <w:p>
      <w:r>
        <w:rPr>
          <w:color w:val="666666"/>
          <w:sz w:val="18"/>
        </w:rPr>
        <w:t>51:26 · https://youtu.be/HvyEO8hOC1M?t=3086</w:t>
      </w:r>
    </w:p>
    <w:p>
      <w:r>
        <w:rPr>
          <w:i/>
        </w:rPr>
        <w:t>“بڑا مشکل کام ہے۔”</w:t>
      </w:r>
    </w:p>
    <w:p>
      <w:pPr>
        <w:pStyle w:val="Heading2"/>
      </w:pPr>
      <w:r>
        <w:t>A Brief Survey of Islamic History (Eng) February 15, 2007</w:t>
      </w:r>
    </w:p>
    <w:p>
      <w:r>
        <w:rPr>
          <w:color w:val="666666"/>
          <w:sz w:val="18"/>
        </w:rPr>
        <w:t>55:36 · https://youtu.be/MdRtdA99UlA?t=3336</w:t>
      </w:r>
    </w:p>
    <w:p>
      <w:r>
        <w:rPr>
          <w:i/>
        </w:rPr>
        <w:t>“So, it was a very difficult situation.”</w:t>
      </w:r>
    </w:p>
    <w:p>
      <w:pPr>
        <w:pStyle w:val="Heading2"/>
      </w:pPr>
      <w:r>
        <w:t>Islam and Terrorism February 10, 2009 Maulana Wahiduddin Khan</w:t>
      </w:r>
    </w:p>
    <w:p>
      <w:r>
        <w:rPr>
          <w:color w:val="666666"/>
          <w:sz w:val="18"/>
        </w:rPr>
        <w:t>44:19 · https://youtu.be/vCEjp0w7Qjo?t=2659</w:t>
      </w:r>
    </w:p>
    <w:p>
      <w:r>
        <w:rPr>
          <w:i/>
        </w:rPr>
        <w:t>“I am trying to”</w:t>
      </w:r>
    </w:p>
    <w:p>
      <w:pPr>
        <w:pStyle w:val="Heading2"/>
      </w:pPr>
      <w:r>
        <w:t>Love of God October 04, 2009</w:t>
      </w:r>
    </w:p>
    <w:p>
      <w:r>
        <w:rPr>
          <w:color w:val="666666"/>
          <w:sz w:val="18"/>
        </w:rPr>
        <w:t>1:08:31 · https://youtu.be/JKCfgvpoX5s?t=4111</w:t>
      </w:r>
    </w:p>
    <w:p>
      <w:r>
        <w:rPr>
          <w:i/>
        </w:rPr>
        <w:t>“ایسا آسان نہیں ہے معاملہ۔ اب تو بہرحال میں سمجھتا ہوں کہ جوائنٹ فیملی سسٹم جو ہے، کوئی اچھی بات نہیں ہے۔ لوگوں کو شادی کرنا چاہیے اور لوگوں کو الگ الگ رہنا چاہیے۔”</w:t>
      </w:r>
    </w:p>
    <w:p>
      <w:pPr>
        <w:pStyle w:val="Heading2"/>
      </w:pPr>
      <w:r>
        <w:t>Chapter 19 Maryam (Mary) - Maulana Wahiduddin Khan</w:t>
      </w:r>
    </w:p>
    <w:p>
      <w:r>
        <w:rPr>
          <w:color w:val="666666"/>
          <w:sz w:val="18"/>
        </w:rPr>
        <w:t>6:13 · https://youtu.be/jq1zhAHpYm8?t=373</w:t>
      </w:r>
    </w:p>
    <w:p>
      <w:r>
        <w:rPr>
          <w:i/>
        </w:rPr>
        <w:t>“میرے یہاں لڑکا کیسے ہوگا جبکہ میری بیوی بانجھ ہے، اور میں بڑھاپے کے انتہائی درجے کو پہنچ چکا ہوں۔”</w:t>
      </w:r>
    </w:p>
    <w:p>
      <w:pPr>
        <w:pStyle w:val="Heading2"/>
      </w:pPr>
      <w:r>
        <w:t>Modern Age June 9, 2019 Maulana Wahiduddin Khan</w:t>
      </w:r>
    </w:p>
    <w:p>
      <w:r>
        <w:rPr>
          <w:color w:val="666666"/>
          <w:sz w:val="18"/>
        </w:rPr>
        <w:t>57:41 · https://youtu.be/7mjCvAvHEdA?t=3461</w:t>
      </w:r>
    </w:p>
    <w:p>
      <w:r>
        <w:rPr>
          <w:i/>
        </w:rPr>
        <w:t>“It is so difficult۔ I try but fail even reminding myself that God does not want me to be a complaining person۔”</w:t>
      </w:r>
    </w:p>
    <w:p>
      <w:pPr>
        <w:pStyle w:val="Heading2"/>
      </w:pPr>
      <w:r>
        <w:t>Hadith-e-Jibril, April 21, 2013</w:t>
      </w:r>
    </w:p>
    <w:p>
      <w:r>
        <w:rPr>
          <w:color w:val="666666"/>
          <w:sz w:val="18"/>
        </w:rPr>
        <w:t>1:06:10 · https://youtu.be/0rF6Ou0pDog?t=3970</w:t>
      </w:r>
    </w:p>
    <w:p>
      <w:r>
        <w:rPr>
          <w:i/>
        </w:rPr>
        <w:t>“مثال کے طور پر دیکھیں، marriage ہوتی ہے، آپس میں کوئی جھگڑا ہوتا ہے، کوئی لڑائی ہوتی ہے، کوئی suppression ہوتا ہے کہ یہاں بھی unachievable goal کو لے کر۔”</w:t>
      </w:r>
    </w:p>
    <w:p>
      <w:pPr>
        <w:pStyle w:val="Heading2"/>
      </w:pPr>
      <w:r>
        <w:t>The Message of Eid al-Fitr June 16, 2018 Maulana Wahiduddin Khan</w:t>
      </w:r>
    </w:p>
    <w:p>
      <w:r>
        <w:rPr>
          <w:color w:val="666666"/>
          <w:sz w:val="18"/>
        </w:rPr>
        <w:t>4:30 · https://youtu.be/QlTiIy-mN8U?t=270</w:t>
      </w:r>
    </w:p>
    <w:p>
      <w:r>
        <w:rPr>
          <w:i/>
        </w:rPr>
        <w:t>“میرے گھر کے حالات بہت ہی، یعنی”</w:t>
      </w:r>
    </w:p>
    <w:p>
      <w:pPr>
        <w:pStyle w:val="Heading2"/>
      </w:pPr>
      <w:r>
        <w:t>The Spiritual Message of Fasting April 29, 2020 Maulana Wahiduddin Khan</w:t>
      </w:r>
    </w:p>
    <w:p>
      <w:r>
        <w:rPr>
          <w:color w:val="666666"/>
          <w:sz w:val="18"/>
        </w:rPr>
        <w:t>28:52 · https://youtu.be/QCqKrVhGUF0?t=1732</w:t>
      </w:r>
    </w:p>
    <w:p>
      <w:r>
        <w:rPr>
          <w:i/>
        </w:rPr>
        <w:t>“یہ لیم مشکل ہے۔”</w:t>
      </w:r>
    </w:p>
    <w:p>
      <w:pPr>
        <w:pStyle w:val="Heading2"/>
      </w:pPr>
      <w:r>
        <w:t>Dayee A Creative Thinker April 23, 2020 Maulana Wahiduddin Khan</w:t>
      </w:r>
    </w:p>
    <w:p>
      <w:r>
        <w:rPr>
          <w:color w:val="666666"/>
          <w:sz w:val="18"/>
        </w:rPr>
        <w:t>3:17 · https://youtu.be/RPxh-QbC0vc?t=197</w:t>
      </w:r>
    </w:p>
    <w:p>
      <w:r>
        <w:rPr>
          <w:i/>
        </w:rPr>
        <w:t>“یہ بہت مشکل کام ہے۔ میں آپ کو مثال دیتا ہوں”</w:t>
      </w:r>
    </w:p>
    <w:p>
      <w:pPr>
        <w:pStyle w:val="Heading2"/>
      </w:pPr>
      <w:r>
        <w:t>Dars-e-Quran Chapter 2 Verses 206, 208, 212, 213 &amp; 214 July 2, 2007 Maulana Wahiduddin Khan</w:t>
      </w:r>
    </w:p>
    <w:p>
      <w:r>
        <w:rPr>
          <w:color w:val="666666"/>
          <w:sz w:val="18"/>
        </w:rPr>
        <w:t>54:34 · https://youtu.be/34tQK67_TvQ?t=3274</w:t>
      </w:r>
    </w:p>
    <w:p>
      <w:r>
        <w:rPr>
          <w:i/>
        </w:rPr>
        <w:t>“جیسے مثال کے طور پر شادی ہوئی، ایک ہسبینڈ ہے، ایک وائف ہے۔ اب وائف جو ہے، اس کو کسی وجہ سے اچھی نہیں لگ رہی ہے”</w:t>
      </w:r>
    </w:p>
    <w:p>
      <w:pPr>
        <w:pStyle w:val="Heading2"/>
      </w:pPr>
      <w:r>
        <w:t>Importance of Creative Thinking December 11, 2011</w:t>
      </w:r>
    </w:p>
    <w:p>
      <w:r>
        <w:rPr>
          <w:color w:val="666666"/>
          <w:sz w:val="18"/>
        </w:rPr>
        <w:t>1:19:49 · https://youtu.be/jfML9Arb0S4?t=4789</w:t>
      </w:r>
    </w:p>
    <w:p>
      <w:r>
        <w:rPr>
          <w:i/>
        </w:rPr>
        <w:t>“وہ ہوتا ہی نہیں۔ تو میں بہت بڑی فالسی ہے کہ لوگ شادی کو لو کا مسئلہ سمجھتے ہیں۔”</w:t>
      </w:r>
    </w:p>
    <w:p>
      <w:pPr>
        <w:pStyle w:val="Heading2"/>
      </w:pPr>
      <w:r>
        <w:t>Importance of Creative Thinking December 11, 2011</w:t>
      </w:r>
    </w:p>
    <w:p>
      <w:r>
        <w:rPr>
          <w:color w:val="666666"/>
          <w:sz w:val="18"/>
        </w:rPr>
        <w:t>1:19:57 · https://youtu.be/jfML9Arb0S4?t=4797</w:t>
      </w:r>
    </w:p>
    <w:p>
      <w:r>
        <w:rPr>
          <w:i/>
        </w:rPr>
        <w:t>“ہرگز نہیں۔ شادی جو ہے، ایڈجسٹمنٹ کا مسئلہ ہے، اور یہ اتنی بڑی غلطی ہے۔”</w:t>
      </w:r>
    </w:p>
    <w:p>
      <w:pPr>
        <w:pStyle w:val="Heading2"/>
      </w:pPr>
      <w:r>
        <w:t>In the Name of God 12 Jan 2020 - Maulana Wahiduddin Khan</w:t>
      </w:r>
    </w:p>
    <w:p>
      <w:r>
        <w:rPr>
          <w:color w:val="666666"/>
          <w:sz w:val="18"/>
        </w:rPr>
        <w:t>29:51 · https://youtu.be/aKynaASsI4s?t=1791</w:t>
      </w:r>
    </w:p>
    <w:p>
      <w:r>
        <w:rPr>
          <w:i/>
        </w:rPr>
        <w:t>“میرے اوپر بے شمار قسم کے مسائل ائے”</w:t>
      </w:r>
    </w:p>
    <w:p>
      <w:pPr>
        <w:pStyle w:val="Heading2"/>
      </w:pPr>
      <w:r>
        <w:t>Divine Personality April 2, 2014 Maulana Wahiduddin Khan</w:t>
      </w:r>
    </w:p>
    <w:p>
      <w:r>
        <w:rPr>
          <w:color w:val="666666"/>
          <w:sz w:val="18"/>
        </w:rPr>
        <w:t>15:44 · https://youtu.be/4F-V__KFzpA?t=944</w:t>
      </w:r>
    </w:p>
    <w:p>
      <w:r>
        <w:rPr>
          <w:i/>
        </w:rPr>
        <w:t>“there are some sad experiences.”</w:t>
      </w:r>
    </w:p>
    <w:p>
      <w:pPr>
        <w:pStyle w:val="Heading2"/>
      </w:pPr>
      <w:r>
        <w:t>Divine Nature November 29, 2015</w:t>
      </w:r>
    </w:p>
    <w:p>
      <w:r>
        <w:rPr>
          <w:color w:val="666666"/>
          <w:sz w:val="18"/>
        </w:rPr>
        <w:t>56:00 · https://youtu.be/iRBCWfId-0U?t=3360</w:t>
      </w:r>
    </w:p>
    <w:p>
      <w:r>
        <w:rPr>
          <w:i/>
        </w:rPr>
        <w:t>“Normal۔ میں سمجھتا ہوں کہ یہ Conditioning کی وجہ سے وہ Difficult لگتا ہے۔”</w:t>
      </w:r>
    </w:p>
    <w:p>
      <w:pPr>
        <w:pStyle w:val="Heading2"/>
      </w:pPr>
      <w:r>
        <w:t>Q&amp;A 04 Oct 2009, Maulana Wahiduddin Khan</w:t>
      </w:r>
    </w:p>
    <w:p>
      <w:r>
        <w:rPr>
          <w:color w:val="666666"/>
          <w:sz w:val="18"/>
        </w:rPr>
        <w:t>9:18 · https://youtu.be/xPBNozEQRJM?t=558</w:t>
      </w:r>
    </w:p>
    <w:p>
      <w:r>
        <w:rPr>
          <w:i/>
        </w:rPr>
        <w:t>“تو وہ کہا اب کیا ہو سکتا ہے؟ میں نے کہا اب کیا ہو سکتا ہے؟ آپ اب جو تین طلاق دے رکھی ہے، اب تو آسان نہیں ہے معاملہ۔ اب تو بہرحال میں سمجھتا ہوں کہ جوائنٹ فیملی سسٹم جو ہے، کوئی اچھی بات نہیں ہے۔”</w:t>
      </w:r>
    </w:p>
    <w:p>
      <w:pPr>
        <w:pStyle w:val="Heading2"/>
      </w:pPr>
      <w:r>
        <w:t>Lessons from The Quran And Hadith</w:t>
      </w:r>
    </w:p>
    <w:p>
      <w:r>
        <w:rPr>
          <w:color w:val="666666"/>
          <w:sz w:val="18"/>
        </w:rPr>
        <w:t>20:56 · https://youtu.be/fBflSQEPstg?t=1256</w:t>
      </w:r>
    </w:p>
    <w:p>
      <w:r>
        <w:rPr>
          <w:i/>
        </w:rPr>
        <w:t>“تو میں نے ان سے کہا کہ آپ ایسا لگتا ہے کہ آپ، آپ کا، آپ کچھ سیڈ لگتی ہیں۔ کچھ آپ کے شادی شدہ زندگی میں کچھ پرابلم ہے، ایسا لگتا ہے مجھے۔”</w:t>
      </w:r>
    </w:p>
    <w:p>
      <w:pPr>
        <w:pStyle w:val="Heading2"/>
      </w:pPr>
      <w:r>
        <w:t>Interaction with CPS Ulema August 29, 2020 Maulana Wahiduddin Khan</w:t>
      </w:r>
    </w:p>
    <w:p>
      <w:r>
        <w:rPr>
          <w:color w:val="666666"/>
          <w:sz w:val="18"/>
        </w:rPr>
        <w:t>21:13 · https://youtu.be/bHowfdKdeAs?t=1273</w:t>
      </w:r>
    </w:p>
    <w:p>
      <w:r>
        <w:rPr>
          <w:i/>
        </w:rPr>
        <w:t>“تو یہ بہت مشکل ہے”</w:t>
      </w:r>
    </w:p>
    <w:p>
      <w:pPr>
        <w:pStyle w:val="Heading1"/>
      </w:pPr>
      <w:r>
        <w:t>Clips (16)</w:t>
      </w:r>
    </w:p>
    <w:p>
      <w:pPr>
        <w:pStyle w:val="Heading2"/>
      </w:pPr>
      <w:r>
        <w:t>Responding to the misuse of Islam's name</w:t>
      </w:r>
    </w:p>
    <w:p>
      <w:r>
        <w:rPr>
          <w:color w:val="666666"/>
          <w:sz w:val="18"/>
        </w:rPr>
        <w:t>Islam and Terrorism February 10, 2009 Maulana Wahiduddin Khan · 2m 50s · at 42:10 · https://youtu.be/vCEjp0w7Qjo?t=2530</w:t>
      </w:r>
    </w:p>
    <w:p>
      <w:r>
        <w:rPr>
          <w:i/>
        </w:rPr>
        <w:t>“People are misusing the name of Islam — here's my response.”</w:t>
      </w:r>
    </w:p>
    <w:p>
      <w:r>
        <w:rPr>
          <w:sz w:val="20"/>
        </w:rPr>
        <w:t>42:10  People are misusing it as a misusing the name of Islam. So can you tell us more on terrorism?</w:t>
      </w:r>
      <w:r>
        <w:br/>
      </w:r>
      <w:r>
        <w:rPr>
          <w:sz w:val="20"/>
        </w:rPr>
        <w:t>42:21  If Islam and Muslims Fine. I will give what of my experience. Once I happened to meet an Arab scholar in violence.</w:t>
      </w:r>
      <w:r>
        <w:br/>
      </w:r>
      <w:r>
        <w:rPr>
          <w:sz w:val="20"/>
        </w:rPr>
        <w:t>42:36  Islam is a peaceful religion.</w:t>
      </w:r>
      <w:r>
        <w:br/>
      </w:r>
      <w:r>
        <w:rPr>
          <w:sz w:val="20"/>
        </w:rPr>
        <w:t>42:38  He said, "Yes, we want peace. But we want peace with justice." "Assalam al-'Adl." So he said that we want peace.</w:t>
      </w:r>
      <w:r>
        <w:br/>
      </w:r>
      <w:r>
        <w:rPr>
          <w:sz w:val="20"/>
        </w:rPr>
        <w:t>42:50  But we want peace with justice. I said that</w:t>
      </w:r>
      <w:r>
        <w:br/>
      </w:r>
      <w:r>
        <w:rPr>
          <w:sz w:val="20"/>
        </w:rPr>
        <w:t>42:58  it is wrong because peace, because justice and peace are two different aspects.</w:t>
      </w:r>
      <w:r>
        <w:br/>
      </w:r>
      <w:r>
        <w:rPr>
          <w:sz w:val="20"/>
        </w:rPr>
        <w:t>43:09  No peace can you can give you justice. Justice is you can achieve justice only by your own effort, by your own struggle.</w:t>
      </w:r>
      <w:r>
        <w:br/>
      </w:r>
      <w:r>
        <w:rPr>
          <w:sz w:val="20"/>
        </w:rPr>
        <w:t>43:20  So first of all, you have to establish peace. And peace will open the door of opportunities.</w:t>
      </w:r>
      <w:r>
        <w:br/>
      </w:r>
      <w:r>
        <w:rPr>
          <w:sz w:val="20"/>
        </w:rPr>
        <w:t>43:29  And by availing all these opportunities, you can</w:t>
      </w:r>
      <w:r>
        <w:br/>
      </w:r>
      <w:r>
        <w:rPr>
          <w:sz w:val="20"/>
        </w:rPr>
        <w:t>43:36  find justice.</w:t>
      </w:r>
      <w:r>
        <w:br/>
      </w:r>
      <w:r>
        <w:rPr>
          <w:sz w:val="20"/>
        </w:rPr>
        <w:t>43:38  So I think that these people are misguided people. They don't know what is the formula of life.</w:t>
      </w:r>
      <w:r>
        <w:br/>
      </w:r>
      <w:r>
        <w:rPr>
          <w:sz w:val="20"/>
        </w:rPr>
        <w:t>43:52  They want justice but they don't know how to attain justice.</w:t>
      </w:r>
      <w:r>
        <w:br/>
      </w:r>
      <w:r>
        <w:rPr>
          <w:sz w:val="20"/>
        </w:rPr>
        <w:t>43:58  The formula of life is that you have to establish peace. And peace will open the door of opportunities. And then you have to avail all those opportunities.</w:t>
      </w:r>
      <w:r>
        <w:br/>
      </w:r>
      <w:r>
        <w:rPr>
          <w:sz w:val="20"/>
        </w:rPr>
        <w:t>44:10  By availing these opportunities, you can achieve justice. This is the formula of life. So these people are misguided people. They don't know.</w:t>
      </w:r>
      <w:r>
        <w:br/>
      </w:r>
      <w:r>
        <w:rPr>
          <w:sz w:val="20"/>
        </w:rPr>
        <w:t>44:19  I am trying to</w:t>
      </w:r>
      <w:r>
        <w:br/>
      </w:r>
      <w:r>
        <w:rPr>
          <w:sz w:val="20"/>
        </w:rPr>
        <w:t>44:25  train their mind</w:t>
      </w:r>
      <w:r>
        <w:br/>
      </w:r>
      <w:r>
        <w:rPr>
          <w:sz w:val="20"/>
        </w:rPr>
        <w:t>44:27  . And I can say that I have changed the mind of thousands and thousands of people everywhere in the world. So this is my mission.</w:t>
      </w:r>
      <w:r>
        <w:br/>
      </w:r>
      <w:r>
        <w:rPr>
          <w:sz w:val="20"/>
        </w:rPr>
        <w:t>44:38  And I am hopeful that</w:t>
      </w:r>
      <w:r>
        <w:br/>
      </w:r>
      <w:r>
        <w:rPr>
          <w:sz w:val="20"/>
        </w:rPr>
        <w:t>44:43  the future will come when we will</w:t>
      </w:r>
      <w:r>
        <w:br/>
      </w:r>
      <w:r>
        <w:rPr>
          <w:sz w:val="20"/>
        </w:rPr>
        <w:t>44:49  succeed, we will achieve success to change their mind. Inshallah, peace will prevail.</w:t>
      </w:r>
    </w:p>
    <w:p>
      <w:pPr>
        <w:pStyle w:val="Heading2"/>
      </w:pPr>
      <w:r>
        <w:t>Achievable vs unachievable goals: the root of all frustration</w:t>
      </w:r>
    </w:p>
    <w:p>
      <w:r>
        <w:rPr>
          <w:color w:val="666666"/>
          <w:sz w:val="18"/>
        </w:rPr>
        <w:t>Hadith-e-Jibril, April 21, 2013 · 5m 36s · at 1:02:55 · https://youtu.be/0rF6Ou0pDog?t=3775</w:t>
      </w:r>
    </w:p>
    <w:p>
      <w:r>
        <w:rPr>
          <w:i/>
        </w:rPr>
        <w:t>“دنیا میں دو قسم کے goal ہوتے ہیں”</w:t>
      </w:r>
    </w:p>
    <w:p>
      <w:r>
        <w:rPr>
          <w:sz w:val="20"/>
        </w:rPr>
        <w:t>1:02:55  Please tell me as I am in lot of negativity. dekhiye, frustration ka jo muamla hai</w:t>
      </w:r>
      <w:r>
        <w:br/>
      </w:r>
      <w:r>
        <w:rPr>
          <w:sz w:val="20"/>
        </w:rPr>
        <w:t>1:03:05  is par mein ne bohat socha bhi hai, bohat likha bhi hai, bohat parha bhi hai.</w:t>
      </w:r>
      <w:r>
        <w:br/>
      </w:r>
      <w:r>
        <w:rPr>
          <w:sz w:val="20"/>
        </w:rPr>
        <w:t>1:03:11  meri aakhri jo is muamle mein jo discovery hai woh yeh hai ke dunya mein do qism ke goal hote hain: achievable goal aur unachievable goal.</w:t>
      </w:r>
      <w:r>
        <w:br/>
      </w:r>
      <w:r>
        <w:rPr>
          <w:sz w:val="20"/>
        </w:rPr>
        <w:t>1:03:27  Achievable goal aur unachievable goal.</w:t>
      </w:r>
      <w:r>
        <w:br/>
      </w:r>
      <w:r>
        <w:rPr>
          <w:sz w:val="20"/>
        </w:rPr>
        <w:t>1:03:31  to jab bhi aap unachievable goal ko apna goal banayein ge to aakhir mein frustration aye ga. aur jab achievable goal ko apna goal banayein ge to frustration nahi aye ga.</w:t>
      </w:r>
      <w:r>
        <w:br/>
      </w:r>
      <w:r>
        <w:rPr>
          <w:sz w:val="20"/>
        </w:rPr>
        <w:t>1:03:45  jaise hum is waqt aik building mein hain, is ke upper story mein hain. hum ne neeche jana hai. to aap jante hain ke wahan par stair bani hui hain, seedhiyan bani hui hain.</w:t>
      </w:r>
      <w:r>
        <w:br/>
      </w:r>
      <w:r>
        <w:rPr>
          <w:sz w:val="20"/>
        </w:rPr>
        <w:t>1:03:57  seedhiyon se jayein neeche to kaha hum ne achievable goal ka tareeqa ikhtiyar kiya. is ke baad aap khirkiyon se kooden, khirkiyon se kood kar jayein ke jaldi se pahunch jayein road par.</w:t>
      </w:r>
      <w:r>
        <w:br/>
      </w:r>
      <w:r>
        <w:rPr>
          <w:sz w:val="20"/>
        </w:rPr>
        <w:t>1:04:09  to woh hoga unachievable goal. kyunke aap sarak par nahi pahunchein ge, hospital jana pare ga aap ko.</w:t>
      </w:r>
      <w:r>
        <w:br/>
      </w:r>
      <w:r>
        <w:rPr>
          <w:sz w:val="20"/>
        </w:rPr>
        <w:t>1:04:18  aise hi dekhiye, sari Muslim dunya mein kyun khalfashar hai, kyun larai hai? kyunke woh unachievable goal ko apna goal bana rakha hai.</w:t>
      </w:r>
      <w:r>
        <w:br/>
      </w:r>
      <w:r>
        <w:rPr>
          <w:sz w:val="20"/>
        </w:rPr>
        <w:t>1:04:28  woh kya hai? un ke apne zubzub mein. aik aisa system banana jo perfect system ho, ideal system ho.</w:t>
      </w:r>
      <w:r>
        <w:br/>
      </w:r>
      <w:r>
        <w:rPr>
          <w:sz w:val="20"/>
        </w:rPr>
        <w:t>1:04:39  saari muslim dunya ka problem yahi hai.</w:t>
      </w:r>
      <w:r>
        <w:br/>
      </w:r>
      <w:r>
        <w:rPr>
          <w:sz w:val="20"/>
        </w:rPr>
        <w:t>1:04:45  to perfect system ya ideal system to allah ke creation plan ke mutabiq possible hi nahi hai. is dunya mein har cheez imperfectly rahe gi.</w:t>
      </w:r>
      <w:r>
        <w:br/>
      </w:r>
      <w:r>
        <w:rPr>
          <w:sz w:val="20"/>
        </w:rPr>
        <w:t>1:04:56  har cheez less than ideal rahe gi.</w:t>
      </w:r>
      <w:r>
        <w:br/>
      </w:r>
      <w:r>
        <w:rPr>
          <w:sz w:val="20"/>
        </w:rPr>
        <w:t>1:05:01  to ek aisi dunya jo allah ne banai hai, is tarah se ke yahan har cheez jo mile aap ko wo less than ideal ho.</w:t>
      </w:r>
      <w:r>
        <w:br/>
      </w:r>
      <w:r>
        <w:rPr>
          <w:sz w:val="20"/>
        </w:rPr>
        <w:t>1:05:09  wahan aap chahte hain ke aap ko ideal system mile, ideal government mile.</w:t>
      </w:r>
      <w:r>
        <w:br/>
      </w:r>
      <w:r>
        <w:rPr>
          <w:sz w:val="20"/>
        </w:rPr>
        <w:t>1:05:14  isi liye aap dekhen, muslim dunya mein foran log ruler ke khilaaf hangama karne lagte hain. abhi misr mein ek inqilaab aaya aur phir jo ruler wahan hai, us ke khilaaf hangama ho raha hai.</w:t>
      </w:r>
      <w:r>
        <w:br/>
      </w:r>
      <w:r>
        <w:rPr>
          <w:sz w:val="20"/>
        </w:rPr>
        <w:t>1:05:26  kyun? in ko less than ideal dikhaya jata hai wo. to aap ko dekhen, dunya mein less than ideal par raazi hona hai. bas yahi waahid raaz hai apne aap ko frustration se bachane ka.</w:t>
      </w:r>
      <w:r>
        <w:br/>
      </w:r>
      <w:r>
        <w:rPr>
          <w:sz w:val="20"/>
        </w:rPr>
        <w:t>1:05:45  you have to accept what is less than ideal. you have to accept the imperfect. kyunke doosra choice aap ke liye nahi hai.</w:t>
      </w:r>
      <w:r>
        <w:br/>
      </w:r>
      <w:r>
        <w:rPr>
          <w:sz w:val="20"/>
        </w:rPr>
        <w:t>1:05:56  ab aap apne aap ko aur doosron ko dekhen to har ek ko aap yahi paen ge, apne aap ko bhi aap paen ge ke aap unachievable ko apna goal banai hui hain.</w:t>
      </w:r>
      <w:r>
        <w:br/>
      </w:r>
      <w:r>
        <w:rPr>
          <w:sz w:val="20"/>
        </w:rPr>
        <w:t>1:06:10  misal ke tor par dekhen, marriage hoti hai, aapas mein koi jhagda hota hai, koi ladaai hoti hai, koi suppression hota hai ke yahan bhi unachievable goal ko le kar.</w:t>
      </w:r>
      <w:r>
        <w:br/>
      </w:r>
      <w:r>
        <w:rPr>
          <w:sz w:val="20"/>
        </w:rPr>
        <w:t>1:06:20  yani husband samajhta hai ke mujhe ek ideal wife chahiye. wife chahti hai ke mujhe ideal husband chahiye.</w:t>
      </w:r>
      <w:r>
        <w:br/>
      </w:r>
      <w:r>
        <w:rPr>
          <w:sz w:val="20"/>
        </w:rPr>
        <w:t>1:06:30  lekin allah ta'ala ne is dunya mein koi na ideal mard paida kiya, na ideal aurat paida ki.</w:t>
      </w:r>
      <w:r>
        <w:br/>
      </w:r>
      <w:r>
        <w:rPr>
          <w:sz w:val="20"/>
        </w:rPr>
        <w:t>1:06:38  to agar aap shadi kar ke is tarah yani rahen ke dunya mein sirf less than ideal hi possible tha, wo mujhe mil gaya to bohat happy life reh gayi aap ki.</w:t>
      </w:r>
      <w:r>
        <w:br/>
      </w:r>
      <w:r>
        <w:rPr>
          <w:sz w:val="20"/>
        </w:rPr>
        <w:t>1:06:56  koi bhi chahe, badshah ho, chahe wealthy aadmi ho, koi bhi aadmi. namumkin hai is ko ideal pyar mile, ideal spouse mile.</w:t>
      </w:r>
      <w:r>
        <w:br/>
      </w:r>
      <w:r>
        <w:rPr>
          <w:sz w:val="20"/>
        </w:rPr>
        <w:t>1:07:05  yeh mumkin hi nahi.</w:t>
      </w:r>
      <w:r>
        <w:br/>
      </w:r>
      <w:r>
        <w:rPr>
          <w:sz w:val="20"/>
        </w:rPr>
        <w:t>1:07:08  isi liye har jagah talaaq hai, har jagah jhagde hain. to business ho ya job ho ya family ho ya society ho, sab log aisi baaton ko apna goal banai hui hain jo sarr-e-se achievable hi nahi.</w:t>
      </w:r>
      <w:r>
        <w:br/>
      </w:r>
      <w:r>
        <w:rPr>
          <w:sz w:val="20"/>
        </w:rPr>
        <w:t>1:07:29  to kya hoga phir? frustration aayega. main allah ke fazl se frustration mein nahi jeeta.</w:t>
      </w:r>
      <w:r>
        <w:br/>
      </w:r>
      <w:r>
        <w:rPr>
          <w:sz w:val="20"/>
        </w:rPr>
        <w:t>1:07:36  kyunke maine is haqeeqat ko daryaft kar liya hai ke mujhe ek aisi dunya mein rehna hai jo allah ne banai hai bator-e-dar-ul-qabz.</w:t>
      </w:r>
      <w:r>
        <w:br/>
      </w:r>
      <w:r>
        <w:rPr>
          <w:sz w:val="20"/>
        </w:rPr>
        <w:t>1:07:45  quran mein hai ke laqad khalaqnal insana fi qabzin hum ne paida kiya insaan ko problem mein. problem, challenge.</w:t>
      </w:r>
      <w:r>
        <w:br/>
      </w:r>
      <w:r>
        <w:rPr>
          <w:sz w:val="20"/>
        </w:rPr>
        <w:t>1:07:56  yeh to rahe ga. jab rahe ga to phir is ko accept karo is ko.</w:t>
      </w:r>
      <w:r>
        <w:br/>
      </w:r>
      <w:r>
        <w:rPr>
          <w:sz w:val="20"/>
        </w:rPr>
        <w:t>1:08:01  to ek hi simple formula hai tension free life ka, wo yeh hai you have to accept the reality</w:t>
      </w:r>
      <w:r>
        <w:br/>
      </w:r>
      <w:r>
        <w:rPr>
          <w:sz w:val="20"/>
        </w:rPr>
        <w:t>1:08:14  don't run after your desires apni khwahishon ke peeche dauriye. you have to accept the reality bas aur koi doosra formula nahi hai.</w:t>
      </w:r>
    </w:p>
    <w:p>
      <w:pPr>
        <w:pStyle w:val="Heading2"/>
      </w:pPr>
      <w:r>
        <w:t>Childhood difficulties leading to belief in Qayyum</w:t>
      </w:r>
    </w:p>
    <w:p>
      <w:r>
        <w:rPr>
          <w:color w:val="666666"/>
          <w:sz w:val="18"/>
        </w:rPr>
        <w:t>The Message of Eid al-Fitr June 16, 2018 Maulana Wahiduddin Khan · 6m 00s · at 4:18 · https://youtu.be/QlTiIy-mN8U?t=258</w:t>
      </w:r>
    </w:p>
    <w:p>
      <w:r>
        <w:rPr>
          <w:i/>
        </w:rPr>
        <w:t>“Main ek gaon mein paida hua”</w:t>
      </w:r>
    </w:p>
    <w:p>
      <w:r>
        <w:rPr>
          <w:sz w:val="20"/>
        </w:rPr>
        <w:t>4:18  main ek gaon mein paida hua, ek gaon mein, aur yateem hoga paida hote hi.</w:t>
      </w:r>
      <w:r>
        <w:br/>
      </w:r>
      <w:r>
        <w:rPr>
          <w:sz w:val="20"/>
        </w:rPr>
        <w:t>4:30  mere ghar ke halaat bohat hi, yaani</w:t>
      </w:r>
      <w:r>
        <w:br/>
      </w:r>
      <w:r>
        <w:rPr>
          <w:sz w:val="20"/>
        </w:rPr>
        <w:t>4:36  aise the ke har har har roz mind trigger karne wale</w:t>
      </w:r>
      <w:r>
        <w:br/>
      </w:r>
      <w:r>
        <w:rPr>
          <w:sz w:val="20"/>
        </w:rPr>
        <w:t>4:43  achhe halaat nahi the.</w:t>
      </w:r>
      <w:r>
        <w:br/>
      </w:r>
      <w:r>
        <w:rPr>
          <w:sz w:val="20"/>
        </w:rPr>
        <w:t>4:47  to dekhiye, main aap ko arz kar doon ke ek ek phenomena jis ko main rozana dekhta tha apne ghar mein, daily,</w:t>
      </w:r>
      <w:r>
        <w:br/>
      </w:r>
      <w:r>
        <w:rPr>
          <w:sz w:val="20"/>
        </w:rPr>
        <w:t>5:03  aur woh mere mind ko trigger karta tha.</w:t>
      </w:r>
      <w:r>
        <w:br/>
      </w:r>
      <w:r>
        <w:rPr>
          <w:sz w:val="20"/>
        </w:rPr>
        <w:t>5:09  trigger karna to woh halka lafz hai, strike karta tha, hammering karta tha. woh kya tha?</w:t>
      </w:r>
      <w:r>
        <w:br/>
      </w:r>
      <w:r>
        <w:rPr>
          <w:sz w:val="20"/>
        </w:rPr>
        <w:t>5:19  main jis ghar mein rehta tha</w:t>
      </w:r>
      <w:r>
        <w:br/>
      </w:r>
      <w:r>
        <w:rPr>
          <w:sz w:val="20"/>
        </w:rPr>
        <w:t>5:25  to is mein</w:t>
      </w:r>
      <w:r>
        <w:br/>
      </w:r>
      <w:r>
        <w:rPr>
          <w:sz w:val="20"/>
        </w:rPr>
        <w:t>5:31  ek taraf ki deewar poori ki poori mitti ki thi. ek taraf to eent ki deewar thi, pichla hissa jo tha woh poora ka poora mitti ki deewar thi.</w:t>
      </w:r>
      <w:r>
        <w:br/>
      </w:r>
      <w:r>
        <w:rPr>
          <w:sz w:val="20"/>
        </w:rPr>
        <w:t>5:46  woh</w:t>
      </w:r>
      <w:r>
        <w:br/>
      </w:r>
      <w:r>
        <w:rPr>
          <w:sz w:val="20"/>
        </w:rPr>
        <w:t>5:51  aur aap taajjub karein ge ke woh deewar jhuki hui thi, mitti ki deewar jhuki hui, aise hi. to har waqt khatra ke gir pare, gir pare, gir pare.</w:t>
      </w:r>
      <w:r>
        <w:br/>
      </w:r>
      <w:r>
        <w:rPr>
          <w:sz w:val="20"/>
        </w:rPr>
        <w:t>6:05  baqayda aise jhuki hui thi. aur isi ghar mein main barson barson raha, rozana us ko dekhta tha.</w:t>
      </w:r>
      <w:r>
        <w:br/>
      </w:r>
      <w:r>
        <w:rPr>
          <w:sz w:val="20"/>
        </w:rPr>
        <w:t>6:21  to ek jhuki hui deewar ke andar main raha, aur woh kabhi woh deewar giri nahi, yahan tak ke mere bhai ne paisa kamaya, paisa kamakar ghar gira giraya,</w:t>
      </w:r>
      <w:r>
        <w:br/>
      </w:r>
      <w:r>
        <w:rPr>
          <w:sz w:val="20"/>
        </w:rPr>
        <w:t>6:35  aur phir banwaya us ko phir se. tab woh giri, apne aap nahi giri. woh</w:t>
      </w:r>
      <w:r>
        <w:br/>
      </w:r>
      <w:r>
        <w:rPr>
          <w:sz w:val="20"/>
        </w:rPr>
        <w:t>6:43  to dekhiye, insaan do tareeqe se sochta hai: conscious mind se, unconscious mind se. ya bas wajah yeh hai ke insaan sirf conscious mind se sochta hai, unconscious mind se bhi sochta hai.</w:t>
      </w:r>
      <w:r>
        <w:br/>
      </w:r>
      <w:r>
        <w:rPr>
          <w:sz w:val="20"/>
        </w:rPr>
        <w:t>6:57  woh to mein is waqt, yaani bachpan se, is qabil to nahi tha ke mein conscious mind se sochun, lekin unconscious mind se zaroor sochta tha mein, kyunke mera mind trigger hota tha, trigger hota tha.</w:t>
      </w:r>
      <w:r>
        <w:br/>
      </w:r>
      <w:r>
        <w:rPr>
          <w:sz w:val="20"/>
        </w:rPr>
        <w:t>7:18  to unconscious mind se mein sochta tha ke aakhir yeh kaun hai is deewar ko sambhali hui hai.</w:t>
      </w:r>
      <w:r>
        <w:br/>
      </w:r>
      <w:r>
        <w:rPr>
          <w:sz w:val="20"/>
        </w:rPr>
        <w:t>7:29  hata ke mein aap ko arz karun, 1936 ka waqia, 1936,</w:t>
      </w:r>
      <w:r>
        <w:br/>
      </w:r>
      <w:r>
        <w:rPr>
          <w:sz w:val="20"/>
        </w:rPr>
        <w:t>7:38  1936. aap jante hain 34 se kya hua tha? earthquake aaya tha.</w:t>
      </w:r>
      <w:r>
        <w:br/>
      </w:r>
      <w:r>
        <w:rPr>
          <w:sz w:val="20"/>
        </w:rPr>
        <w:t>7:50  ek dum meri vivid memory mein, vivid meri Quetta mein aaya tha, jo aap Pakistan mein hain. to Quetta mein earthquake aaya hai 1936 mein,</w:t>
      </w:r>
      <w:r>
        <w:br/>
      </w:r>
      <w:r>
        <w:rPr>
          <w:sz w:val="20"/>
        </w:rPr>
        <w:t>8:04  aur sab mein ne dekha ke sab hil raha hai. woh deewar bhi hil rahi hai ke gira kuch bhi nahi, mere ghar mein kahin koi kuch kuch giri nahi, halanke poora ghar hil hil raha tha.</w:t>
      </w:r>
      <w:r>
        <w:br/>
      </w:r>
      <w:r>
        <w:rPr>
          <w:sz w:val="20"/>
        </w:rPr>
        <w:t>8:18  Quetta ko woh zalzala bohat bohat akhbaron mein aaya tha is zamane mein. hamare gaon mein ek sahib the, Munshi Mahmood Ali, woh shayar bhi the.</w:t>
      </w:r>
      <w:r>
        <w:br/>
      </w:r>
      <w:r>
        <w:rPr>
          <w:sz w:val="20"/>
        </w:rPr>
        <w:t>8:28  poori ek nazm likhi thi us Quetta ke zalzale par. unhon ne to ab zahir hai ke mera mind yeh sochta tha ke kaun taqat hai ke jhuki hui deewar ko earthquake aaya, phir bhi woh sambhali hui hai, gira nahi hai.</w:t>
      </w:r>
      <w:r>
        <w:br/>
      </w:r>
      <w:r>
        <w:rPr>
          <w:sz w:val="20"/>
        </w:rPr>
        <w:t>8:52  is tarah se mere mind mein</w:t>
      </w:r>
      <w:r>
        <w:br/>
      </w:r>
      <w:r>
        <w:rPr>
          <w:sz w:val="20"/>
        </w:rPr>
        <w:t>8:58  kisi an dekhi is waqt zahir hai ke Allah par woh yaqeen mujhe nahi tha jo aaj Allah ke fazl, Allah ke fazl se hai ke koi na koi taqat, taqat hai jo sambhali hui hai.</w:t>
      </w:r>
      <w:r>
        <w:br/>
      </w:r>
      <w:r>
        <w:rPr>
          <w:sz w:val="20"/>
        </w:rPr>
        <w:t>9:10  Qayyum, Qayyum ke mani sambhalne wala, Walhayyul Qayyum, sambhalne wala.</w:t>
      </w:r>
      <w:r>
        <w:br/>
      </w:r>
      <w:r>
        <w:rPr>
          <w:sz w:val="20"/>
        </w:rPr>
        <w:t>9:22  to yeh kaisi ajeeb baat hai bachpan se. to yeh is mani ke woh jo Surah Yusuf mein hai ke ayatain dekhte hain lekin is se sabak nahi lete.</w:t>
      </w:r>
      <w:r>
        <w:br/>
      </w:r>
      <w:r>
        <w:rPr>
          <w:sz w:val="20"/>
        </w:rPr>
        <w:t>9:38  to yeh bhi isi mein se ek ek sabak tha,</w:t>
      </w:r>
      <w:r>
        <w:br/>
      </w:r>
      <w:r>
        <w:rPr>
          <w:sz w:val="20"/>
        </w:rPr>
        <w:t>9:44  isi mein se ek sabak</w:t>
      </w:r>
      <w:r>
        <w:br/>
      </w:r>
      <w:r>
        <w:rPr>
          <w:sz w:val="20"/>
        </w:rPr>
        <w:t>9:48  ke dekho is deewar ko, dekho is deewar ko, dekho</w:t>
      </w:r>
      <w:r>
        <w:br/>
      </w:r>
      <w:r>
        <w:rPr>
          <w:sz w:val="20"/>
        </w:rPr>
        <w:t>9:55  koi Qayyum hai, koi Hayyul Qayyum hai.</w:t>
      </w:r>
      <w:r>
        <w:br/>
      </w:r>
      <w:r>
        <w:rPr>
          <w:sz w:val="20"/>
        </w:rPr>
        <w:t>10:03  aise hi ek nahi, beshumar waqiat mere zindagi mein pesh aate rahe. mein bilkul chota tha to aap yeh dekh rahe hain, mera angotha bilkul kat kar nikal gaya.</w:t>
      </w:r>
    </w:p>
    <w:p>
      <w:pPr>
        <w:pStyle w:val="Heading2"/>
      </w:pPr>
      <w:r>
        <w:t>Different prophets different methods</w:t>
      </w:r>
    </w:p>
    <w:p>
      <w:r>
        <w:rPr>
          <w:color w:val="666666"/>
          <w:sz w:val="18"/>
        </w:rPr>
        <w:t>Dayee A Creative Thinker April 23, 2020 Maulana Wahiduddin Khan · 1m 15s · at 2:11 · https://youtu.be/RPxh-QbC0vc?t=131</w:t>
      </w:r>
    </w:p>
    <w:p>
      <w:r>
        <w:rPr>
          <w:i/>
        </w:rPr>
        <w:t>“Rasul Allah Makkah mein paida hue.”</w:t>
      </w:r>
    </w:p>
    <w:p>
      <w:r>
        <w:rPr>
          <w:sz w:val="20"/>
        </w:rPr>
        <w:t>2:11  rasool Allah salallaho alaihe wasallam makka mein paida hue.</w:t>
      </w:r>
      <w:r>
        <w:br/>
      </w:r>
      <w:r>
        <w:rPr>
          <w:sz w:val="20"/>
        </w:rPr>
        <w:t>2:21  to makka mein</w:t>
      </w:r>
      <w:r>
        <w:br/>
      </w:r>
      <w:r>
        <w:rPr>
          <w:sz w:val="20"/>
        </w:rPr>
        <w:t>2:28  hazrat ibrahim jo the, woh makka mein nahi paida hue, woh iraq mein paida hue. to wahan ke halaat ke lehaz se unhon ne dawat ka kaam kiya.</w:t>
      </w:r>
      <w:r>
        <w:br/>
      </w:r>
      <w:r>
        <w:rPr>
          <w:sz w:val="20"/>
        </w:rPr>
        <w:t>2:41  ab wahi dawat ka kaam is tarah karna tha, lekin</w:t>
      </w:r>
      <w:r>
        <w:br/>
      </w:r>
      <w:r>
        <w:rPr>
          <w:sz w:val="20"/>
        </w:rPr>
        <w:t>2:48  makka ke halaat mein, jo bohat mukhtalif ho chuka tha.</w:t>
      </w:r>
      <w:r>
        <w:br/>
      </w:r>
      <w:r>
        <w:rPr>
          <w:sz w:val="20"/>
        </w:rPr>
        <w:t>3:00  lekin yeh sirf farq ki baat nahi hai. yeh baat hai ke har sooratenhaal ko apne mawafeeq dhalna,</w:t>
      </w:r>
      <w:r>
        <w:br/>
      </w:r>
      <w:r>
        <w:rPr>
          <w:sz w:val="20"/>
        </w:rPr>
        <w:t>3:17  yeh bohat mushkil kaam hai. main aap ko misal deta hoon</w:t>
      </w:r>
    </w:p>
    <w:p>
      <w:pPr>
        <w:pStyle w:val="Heading2"/>
      </w:pPr>
      <w:r>
        <w:t>first impressions can deceive — the marriage example</w:t>
      </w:r>
    </w:p>
    <w:p>
      <w:r>
        <w:rPr>
          <w:color w:val="666666"/>
          <w:sz w:val="18"/>
        </w:rPr>
        <w:t>Dars-e-Quran Chapter 2 Verses 206, 208, 212, 213 &amp; 214 July 2, 2007 Maulana Wahiduddin Khan · 1m 03s · at 54:23 · https://youtu.be/34tQK67_TvQ?t=3263</w:t>
      </w:r>
    </w:p>
    <w:p>
      <w:r>
        <w:rPr>
          <w:i/>
        </w:rPr>
        <w:t>“شادی ہوئی، ہسبینڈ ہے، وائف ہے، وہ اسے اچھی نہیں لگ رہی”</w:t>
      </w:r>
    </w:p>
    <w:p>
      <w:r>
        <w:rPr>
          <w:sz w:val="20"/>
        </w:rPr>
        <w:t>54:23  dekhiye aik hai ke ke jo immediate situation hoti hai, us ko dekh kar hum pasand napasand kar lete hain.</w:t>
      </w:r>
      <w:r>
        <w:br/>
      </w:r>
      <w:r>
        <w:rPr>
          <w:sz w:val="20"/>
        </w:rPr>
        <w:t>54:34  jaise misaal ke taur par shadi hui, aik husband hai, aik wife hai. ab wife jo hai, us ko kisi wajah se achi nahi lag rahi hai</w:t>
      </w:r>
      <w:r>
        <w:br/>
      </w:r>
      <w:r>
        <w:rPr>
          <w:sz w:val="20"/>
        </w:rPr>
        <w:t>54:47  to woh samajh leta hai ke yeh biwi mere liye achi nahi hai.</w:t>
      </w:r>
      <w:r>
        <w:br/>
      </w:r>
      <w:r>
        <w:rPr>
          <w:sz w:val="20"/>
        </w:rPr>
        <w:t>54:54  yani is ka aik waqti, aik waqti ta'assur ke tehat us ne samajh liya ke yeh biwi mere liye achi nahi hai.</w:t>
      </w:r>
      <w:r>
        <w:br/>
      </w:r>
      <w:r>
        <w:rPr>
          <w:sz w:val="20"/>
        </w:rPr>
        <w:t>55:07  lekin ain mumkin hai, ain mumkin hai ke in the long run woh achi ho tumhare liye. aur isi tarah se aik biwi jo aap ko achi lage dekhne mein, ho sakta hai ke in the long run woh achi na ho aap ke liye.</w:t>
      </w:r>
    </w:p>
    <w:p>
      <w:pPr>
        <w:pStyle w:val="Heading2"/>
      </w:pPr>
      <w:r>
        <w:t>marriage is adjustment, not love — a convert's testimony</w:t>
      </w:r>
    </w:p>
    <w:p>
      <w:r>
        <w:rPr>
          <w:color w:val="666666"/>
          <w:sz w:val="18"/>
        </w:rPr>
        <w:t>Importance of Creative Thinking December 11, 2011 · 1m 51s · at 1:18:14 · https://youtu.be/jfML9Arb0S4?t=4694</w:t>
      </w:r>
    </w:p>
    <w:p>
      <w:r>
        <w:rPr>
          <w:i/>
        </w:rPr>
        <w:t>“Yeh log shaadi ko love ki cheez samajhte hain - bilkul ghalat baat hai”</w:t>
      </w:r>
    </w:p>
    <w:p>
      <w:r>
        <w:rPr>
          <w:sz w:val="20"/>
        </w:rPr>
        <w:t>1:18:14  aur doosri baat yeh hai ke yeh, main ne bahut dekha hai aise logon ko, yeh log shadi ko love ki cheez samajhte hain.</w:t>
      </w:r>
      <w:r>
        <w:br/>
      </w:r>
      <w:r>
        <w:rPr>
          <w:sz w:val="20"/>
        </w:rPr>
        <w:t>1:18:23  abe, bilkul yeh ghalat baat hai. shadi adjustment ki cheez hai. shadi love ki cheez hai hi nahin. yeh wajah hai ke jitni shadiyan hoti hain, sab tootti hain.</w:t>
      </w:r>
      <w:r>
        <w:br/>
      </w:r>
      <w:r>
        <w:rPr>
          <w:sz w:val="20"/>
        </w:rPr>
        <w:t>1:18:34  jitni shadiyan is tarah ki main ne dekhi hain, woh sab tootti hain.</w:t>
      </w:r>
      <w:r>
        <w:br/>
      </w:r>
      <w:r>
        <w:rPr>
          <w:sz w:val="20"/>
        </w:rPr>
        <w:t>1:18:38  main ne ek ek mazmoon padha tha, ek ek london se ek parcha nikalta hai, woh islamic review ghaliban is ka naam hai.</w:t>
      </w:r>
      <w:r>
        <w:br/>
      </w:r>
      <w:r>
        <w:rPr>
          <w:sz w:val="20"/>
        </w:rPr>
        <w:t>1:18:48  to is mein ek khatoon ka mazmoon tha, gail birth, ek british khatoon. to us ne kaha ke main ne ek pakistani musalman se shadi ki, aur main christian family mein paida hui thi.</w:t>
      </w:r>
      <w:r>
        <w:br/>
      </w:r>
      <w:r>
        <w:rPr>
          <w:sz w:val="20"/>
        </w:rPr>
        <w:t>1:19:02  main aur hamesha mere uth ke darmiyan masla aaj tak baqi hai.</w:t>
      </w:r>
      <w:r>
        <w:br/>
      </w:r>
      <w:r>
        <w:rPr>
          <w:sz w:val="20"/>
        </w:rPr>
        <w:t>1:19:06  kabhi hum log khushgawar zindagi nahin bani hamari. to is mein likha tha us ne ke international marriage kabhi nahin karna chahiye. apne tajrube ki bina par us ne kaha tha.</w:t>
      </w:r>
      <w:r>
        <w:br/>
      </w:r>
      <w:r>
        <w:rPr>
          <w:sz w:val="20"/>
        </w:rPr>
        <w:t>1:19:16  to chahe hindu muslim ki shadi ho ya christian muslim ki shadi ho, yeh bilkul ghalat hai mere nazdeek. yeh ek ek masle ki baat hai. doosri baat yeh hai ke chalta nahin.</w:t>
      </w:r>
      <w:r>
        <w:br/>
      </w:r>
      <w:r>
        <w:rPr>
          <w:sz w:val="20"/>
        </w:rPr>
        <w:t>1:19:26  woh ab shadi karte hain is liye ke mil jul kar rahe hain, lekin wahan par jhagda f</w:t>
      </w:r>
      <w:r>
        <w:br/>
      </w:r>
      <w:r>
        <w:rPr>
          <w:sz w:val="20"/>
        </w:rPr>
        <w:t>1:19:31  sad aur aur ya to break ho jata hai, talaq ho jata hai, ya hamesha aapas mein takrao chalta rehta hai.</w:t>
      </w:r>
      <w:r>
        <w:br/>
      </w:r>
      <w:r>
        <w:rPr>
          <w:sz w:val="20"/>
        </w:rPr>
        <w:t>1:19:41  to is ka faida shadi se? shadi to is liye hoti hai ke ek khushi ki zindagi guzaren, aap dono mil ke ek ghar banayen, wahan khushgawar tareeqe se rahen.</w:t>
      </w:r>
      <w:r>
        <w:br/>
      </w:r>
      <w:r>
        <w:rPr>
          <w:sz w:val="20"/>
        </w:rPr>
        <w:t>1:19:49  woh hota hi nahin. to main bahut badi fallacy hai ke log shadi ko love ka masla samajhte hain.</w:t>
      </w:r>
      <w:r>
        <w:br/>
      </w:r>
      <w:r>
        <w:rPr>
          <w:sz w:val="20"/>
        </w:rPr>
        <w:t>1:19:57  hargiz nahin. shadi jo hai, adjustment ka masla hai, aur yeh itni badi ghalati hai.</w:t>
      </w:r>
    </w:p>
    <w:p>
      <w:pPr>
        <w:pStyle w:val="Heading2"/>
      </w:pPr>
      <w:r>
        <w:t>Personal witness of God's protection from birth to old age</w:t>
      </w:r>
    </w:p>
    <w:p>
      <w:r>
        <w:rPr>
          <w:color w:val="666666"/>
          <w:sz w:val="18"/>
        </w:rPr>
        <w:t>In the Name of God 12 Jan 2020 - Maulana Wahiduddin Khan · 5m 07s · at 29:25 · https://youtu.be/aKynaASsI4s?t=1765</w:t>
      </w:r>
    </w:p>
    <w:p>
      <w:r>
        <w:rPr>
          <w:i/>
        </w:rPr>
        <w:t>“Main zaati tor par iska witness hoon”</w:t>
      </w:r>
    </w:p>
    <w:p>
      <w:r>
        <w:rPr>
          <w:sz w:val="20"/>
        </w:rPr>
        <w:t>29:25  aur main zaati taur par zaati taur par zaati taur par is ka witness hoon ke meri paidaish hui 1925 mein british period mein meri paidaish hui 1925 mein british period mein</w:t>
      </w:r>
      <w:r>
        <w:br/>
      </w:r>
      <w:r>
        <w:rPr>
          <w:sz w:val="20"/>
        </w:rPr>
        <w:t>29:47  us waqt se le kar aaj tak</w:t>
      </w:r>
      <w:r>
        <w:br/>
      </w:r>
      <w:r>
        <w:rPr>
          <w:sz w:val="20"/>
        </w:rPr>
        <w:t>29:51  mere upar beshumar qism ke masail aaye</w:t>
      </w:r>
      <w:r>
        <w:br/>
      </w:r>
      <w:r>
        <w:rPr>
          <w:sz w:val="20"/>
        </w:rPr>
        <w:t>29:57  sab logon ne sazishien kin mere khilaf meri maut ke mere qatal ke aansu banaye lekin kuch bhi nahi hua kuch bhi nahi hua mujh ko qatal karne par inaam muqarrar kiya gaya</w:t>
      </w:r>
      <w:r>
        <w:br/>
      </w:r>
      <w:r>
        <w:rPr>
          <w:sz w:val="20"/>
        </w:rPr>
        <w:t>30:17  woh akhbaron mein chhaapa baqayda</w:t>
      </w:r>
      <w:r>
        <w:br/>
      </w:r>
      <w:r>
        <w:rPr>
          <w:sz w:val="20"/>
        </w:rPr>
        <w:t>30:26  mujhe yaad hai ke</w:t>
      </w:r>
      <w:r>
        <w:br/>
      </w:r>
      <w:r>
        <w:rPr>
          <w:sz w:val="20"/>
        </w:rPr>
        <w:t>30:30  Times of India ke awal par ek khabar chhapi thi</w:t>
      </w:r>
      <w:r>
        <w:br/>
      </w:r>
      <w:r>
        <w:rPr>
          <w:sz w:val="20"/>
        </w:rPr>
        <w:t>30:35  mere bare mein</w:t>
      </w:r>
      <w:r>
        <w:br/>
      </w:r>
      <w:r>
        <w:rPr>
          <w:sz w:val="20"/>
        </w:rPr>
        <w:t>30:38  ke jo un ko maar dalega us ko itna rupiya milega inaam</w:t>
      </w:r>
      <w:r>
        <w:br/>
      </w:r>
      <w:r>
        <w:rPr>
          <w:sz w:val="20"/>
        </w:rPr>
        <w:t>30:45  to is ke usi din subah ko</w:t>
      </w:r>
      <w:r>
        <w:br/>
      </w:r>
      <w:r>
        <w:rPr>
          <w:sz w:val="20"/>
        </w:rPr>
        <w:t>30:50  ek Hindu naujawan ek Hindu naujawan</w:t>
      </w:r>
      <w:r>
        <w:br/>
      </w:r>
      <w:r>
        <w:rPr>
          <w:sz w:val="20"/>
        </w:rPr>
        <w:t>30:55  apni car par mere paas aaye</w:t>
      </w:r>
      <w:r>
        <w:br/>
      </w:r>
      <w:r>
        <w:rPr>
          <w:sz w:val="20"/>
        </w:rPr>
        <w:t>30:58  ab bhi woh mashallah zinda hain</w:t>
      </w:r>
      <w:r>
        <w:br/>
      </w:r>
      <w:r>
        <w:rPr>
          <w:sz w:val="20"/>
        </w:rPr>
        <w:t>31:05  jaantay hain kisay aaye thay woh</w:t>
      </w:r>
      <w:r>
        <w:br/>
      </w:r>
      <w:r>
        <w:rPr>
          <w:sz w:val="20"/>
        </w:rPr>
        <w:t>31:09  poochh rahay thay keh aap meri car par baithiye aur meray ghar chaliye</w:t>
      </w:r>
      <w:r>
        <w:br/>
      </w:r>
      <w:r>
        <w:rPr>
          <w:sz w:val="20"/>
        </w:rPr>
        <w:t>31:15  unki ghoreyan abhi bhi dilli mein hain jahan le gaye thay uss ko woh</w:t>
      </w:r>
      <w:r>
        <w:br/>
      </w:r>
      <w:r>
        <w:rPr>
          <w:sz w:val="20"/>
        </w:rPr>
        <w:t>31:21  woh aik governor kay betay baithay thay</w:t>
      </w:r>
      <w:r>
        <w:br/>
      </w:r>
      <w:r>
        <w:rPr>
          <w:sz w:val="20"/>
        </w:rPr>
        <w:t>31:26  woh aik governor kay betay thay</w:t>
      </w:r>
      <w:r>
        <w:br/>
      </w:r>
      <w:r>
        <w:rPr>
          <w:sz w:val="20"/>
        </w:rPr>
        <w:t>31:30  woh governor bhi</w:t>
      </w:r>
      <w:r>
        <w:br/>
      </w:r>
      <w:r>
        <w:rPr>
          <w:sz w:val="20"/>
        </w:rPr>
        <w:t>31:33  aik hindu bhai tha woh khud bhi meray aik hindu bhai thay</w:t>
      </w:r>
      <w:r>
        <w:br/>
      </w:r>
      <w:r>
        <w:rPr>
          <w:sz w:val="20"/>
        </w:rPr>
        <w:t>31:40  main insaan ko hindu musalman nahin jaanta main insaan ko insaan jaanta hoon</w:t>
      </w:r>
      <w:r>
        <w:br/>
      </w:r>
      <w:r>
        <w:rPr>
          <w:sz w:val="20"/>
        </w:rPr>
        <w:t>31:47  iss dunya kay log europe kay log america kay log sab kay sab insaan</w:t>
      </w:r>
      <w:r>
        <w:br/>
      </w:r>
      <w:r>
        <w:rPr>
          <w:sz w:val="20"/>
        </w:rPr>
        <w:t>31:51  hain insan hain insan hain</w:t>
      </w:r>
      <w:r>
        <w:br/>
      </w:r>
      <w:r>
        <w:rPr>
          <w:sz w:val="20"/>
        </w:rPr>
        <w:t>31:57  ek ek hai ek hai ek hai</w:t>
      </w:r>
      <w:r>
        <w:br/>
      </w:r>
      <w:r>
        <w:rPr>
          <w:sz w:val="20"/>
        </w:rPr>
        <w:t>32:03  to woh naujawan apni car par aaya meray ghar hi nizamuddin west mein</w:t>
      </w:r>
      <w:r>
        <w:br/>
      </w:r>
      <w:r>
        <w:rPr>
          <w:sz w:val="20"/>
        </w:rPr>
        <w:t>32:12  aur jaantay hain kya kaha uss nay uss nay kaha keh main aap ko iss ghar mein rehnay</w:t>
      </w:r>
      <w:r>
        <w:br/>
      </w:r>
      <w:r>
        <w:rPr>
          <w:sz w:val="20"/>
        </w:rPr>
        <w:t>32:17  nahin doon ga meray saath chalna paray ga aap ko</w:t>
      </w:r>
      <w:r>
        <w:br/>
      </w:r>
      <w:r>
        <w:rPr>
          <w:sz w:val="20"/>
        </w:rPr>
        <w:t>32:22  uss waqt tak aap meray ghar mein rahengay</w:t>
      </w:r>
      <w:r>
        <w:br/>
      </w:r>
      <w:r>
        <w:rPr>
          <w:sz w:val="20"/>
        </w:rPr>
        <w:t>32:26  jab tak government apni</w:t>
      </w:r>
      <w:r>
        <w:br/>
      </w:r>
      <w:r>
        <w:rPr>
          <w:sz w:val="20"/>
        </w:rPr>
        <w:t>32:29  security yahan barha bathana day</w:t>
      </w:r>
      <w:r>
        <w:br/>
      </w:r>
      <w:r>
        <w:rPr>
          <w:sz w:val="20"/>
        </w:rPr>
        <w:t>32:34  to mere ghar par reh kar us ne telephone kiya ministeron ko government ko aur insist kiya ke mere ghar par security lagni chahiye</w:t>
      </w:r>
      <w:r>
        <w:br/>
      </w:r>
      <w:r>
        <w:rPr>
          <w:sz w:val="20"/>
        </w:rPr>
        <w:t>32:53  kyun ke mere head par inaam inaam ka ailan kiya tha kuch logon ne</w:t>
      </w:r>
      <w:r>
        <w:br/>
      </w:r>
      <w:r>
        <w:rPr>
          <w:sz w:val="20"/>
        </w:rPr>
        <w:t>33:03  to jab government ne wazir dakhla ne baqayda assistance de di aur mere ghar par security aa gayi tab woh khud apni car par la ke mere ghar par chora aap apne apne aap ab mere sath the woh</w:t>
      </w:r>
      <w:r>
        <w:br/>
      </w:r>
      <w:r>
        <w:rPr>
          <w:sz w:val="20"/>
        </w:rPr>
        <w:t>33:30  is waqt se main 80 89 mein hoon</w:t>
      </w:r>
      <w:r>
        <w:br/>
      </w:r>
      <w:r>
        <w:rPr>
          <w:sz w:val="20"/>
        </w:rPr>
        <w:t>33:38  to yeh hai kahani aur main aaj yahi kahani aap ko sunata hoon sunane ke liye yahan aya hoon Allah taala aap sab ko aur jo log meri awaz sun rahe hain sari duniya mein un sab ko sachai ki tofeeq de Allah rabbul alameen ki marifat ki tofeeq de</w:t>
      </w:r>
      <w:r>
        <w:br/>
      </w:r>
      <w:r>
        <w:rPr>
          <w:sz w:val="20"/>
        </w:rPr>
        <w:t>34:06  jannat ke rastay ko pohnchanay ki tofeeq de</w:t>
      </w:r>
      <w:r>
        <w:br/>
      </w:r>
      <w:r>
        <w:rPr>
          <w:sz w:val="20"/>
        </w:rPr>
        <w:t>34:14  ameen assalam o alaikum wa rehmatullah</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Joint family system leads to conflicts and divorce</w:t>
      </w:r>
    </w:p>
    <w:p>
      <w:r>
        <w:rPr>
          <w:color w:val="666666"/>
          <w:sz w:val="18"/>
        </w:rPr>
        <w:t>Q&amp;A 04 Oct 2009, Maulana Wahiduddin Khan · 3m 29s · at 6:08 · https://youtu.be/xPBNozEQRJM?t=368</w:t>
      </w:r>
    </w:p>
    <w:p>
      <w:r>
        <w:rPr>
          <w:i/>
        </w:rPr>
        <w:t>“Koi faida nahi hai. Aaj kal bohat bara myth hai”</w:t>
      </w:r>
    </w:p>
    <w:p>
      <w:r>
        <w:rPr>
          <w:sz w:val="20"/>
        </w:rPr>
        <w:t>6:08  koi faida nahi hai. aaj kal bohat bada myth hai ke jo shadi kar ke laate hain log, to kehte hain mere maa baap ki khidmat karo.</w:t>
      </w:r>
      <w:r>
        <w:br/>
      </w:r>
      <w:r>
        <w:rPr>
          <w:sz w:val="20"/>
        </w:rPr>
        <w:t>6:17  koi farz nahi hai. bahu ka yeh farz nahi hai ke saas susar ki khidmat kare. woh yaad rakhiye, is ka Islam se koi talluq nahi hai.</w:t>
      </w:r>
      <w:r>
        <w:br/>
      </w:r>
      <w:r>
        <w:rPr>
          <w:sz w:val="20"/>
        </w:rPr>
        <w:t>6:26  main pampering kar ke apne bete ko woh zehan mein daalte hain ke sab se zyada tumhari mein hoon, to beta jo hai maa ki side leta hai.</w:t>
      </w:r>
      <w:r>
        <w:br/>
      </w:r>
      <w:r>
        <w:rPr>
          <w:sz w:val="20"/>
        </w:rPr>
        <w:t>6:38  dekhein, arab mein kya tha sahaba ke zamane mein ke shadi hui aur is ke baad alag kar diya gaya.</w:t>
      </w:r>
      <w:r>
        <w:br/>
      </w:r>
      <w:r>
        <w:rPr>
          <w:sz w:val="20"/>
        </w:rPr>
        <w:t>6:45  rasool Allah Hazrat Fatima ki shadi ki, alag kar diya. to joint family hai hi Arab mein. is mein mein nahi kehta joint family galat hai, lekin Islam ka jo namona hai Arab mein, to joint family thi hi nahi wahan par.</w:t>
      </w:r>
      <w:r>
        <w:br/>
      </w:r>
      <w:r>
        <w:rPr>
          <w:sz w:val="20"/>
        </w:rPr>
        <w:t>7:03  yeh to joint family ka phenomena hai ke ek ek susar hotay hain, ek ek ek woh hoti hai, yani yani shohar ki maan baap hotay hain aur biwi se kehte hain is ki khidmat karo.</w:t>
      </w:r>
      <w:r>
        <w:br/>
      </w:r>
      <w:r>
        <w:rPr>
          <w:sz w:val="20"/>
        </w:rPr>
        <w:t>7:16  yeh to joint family ka phenomena hai. kuch nahi, Islam se koi talluq nahi samajhta is ka.</w:t>
      </w:r>
      <w:r>
        <w:br/>
      </w:r>
      <w:r>
        <w:rPr>
          <w:sz w:val="20"/>
        </w:rPr>
        <w:t>7:23  kuch nahi samajhta is ka talluq. sahi baat yeh hai ke shadi ke baad aadmi alag rahe, bas. joint family jo hai, sirf masail paida karti hai, masail.</w:t>
      </w:r>
      <w:r>
        <w:br/>
      </w:r>
      <w:r>
        <w:rPr>
          <w:sz w:val="20"/>
        </w:rPr>
        <w:t>7:38  to mein jo yahan se samjha hai, mein ne woh yahi hai ke yeh jhagray ki jar hai. jhagray ki jar yahi hai.</w:t>
      </w:r>
      <w:r>
        <w:br/>
      </w:r>
      <w:r>
        <w:rPr>
          <w:sz w:val="20"/>
        </w:rPr>
        <w:t>7:47  abhi ek sahib ki shadi hui, abhi jaldi ki baat hai, to do mahine ke baad talaq ho gayi.</w:t>
      </w:r>
      <w:r>
        <w:br/>
      </w:r>
      <w:r>
        <w:rPr>
          <w:sz w:val="20"/>
        </w:rPr>
        <w:t>7:54  to jis jis shohar ne talaq di thi, us ka mere paas telephone aaya. us ne kaha ke sahib, woh ladki jo hai bari galat thi aur aur bohat ghussa karti thi aur larai karti thi, is liye mein ne talaq de di.</w:t>
      </w:r>
      <w:r>
        <w:br/>
      </w:r>
      <w:r>
        <w:rPr>
          <w:sz w:val="20"/>
        </w:rPr>
        <w:t>8:06  mein ne kaha tum jhoot bolte ho. mujhe kuch pata nahi tha. kuch pata nahi tha mujhe. mein ne kaha tum jhoot bolte ho.</w:t>
      </w:r>
      <w:r>
        <w:br/>
      </w:r>
      <w:r>
        <w:rPr>
          <w:sz w:val="20"/>
        </w:rPr>
        <w:t>8:13  mein ne kaha yeh mumkin nahi ke woh ladki pohanchay larai larai jhagda karne aap ke aap ke maan baap se. yeh yeh common sense ke khilaf hai.</w:t>
      </w:r>
      <w:r>
        <w:br/>
      </w:r>
      <w:r>
        <w:rPr>
          <w:sz w:val="20"/>
        </w:rPr>
        <w:t>8:24  is tarah bataya jaise ladki jab un ghar mein aayi to un ke maan baap se larne lagi.</w:t>
      </w:r>
      <w:r>
        <w:br/>
      </w:r>
      <w:r>
        <w:rPr>
          <w:sz w:val="20"/>
        </w:rPr>
        <w:t>8:30  common sense ke khilaf hai. aap jhoot bolte hain. aap mein ne kaha tha ke common sense ke aap jo talaq diya, ek pagal pan kiya aap ne. mein ne kaha ke dekhein, yeh sab reaction mein hota hai.</w:t>
      </w:r>
      <w:r>
        <w:br/>
      </w:r>
      <w:r>
        <w:rPr>
          <w:sz w:val="20"/>
        </w:rPr>
        <w:t>8:42  biwi gayi hogi aap ke ghar, to maan baap chahte honge khidmat karein, ghar ka kaam karein. to ab us ne kaha kuch kaha hoga, yeh nahi, woh nahi.</w:t>
      </w:r>
      <w:r>
        <w:br/>
      </w:r>
      <w:r>
        <w:rPr>
          <w:sz w:val="20"/>
        </w:rPr>
        <w:t>8:51  to aap ne kuch kaha hoga, unhon ne kaha hoga. to yeh yeh bilateral hota hai.</w:t>
      </w:r>
      <w:r>
        <w:br/>
      </w:r>
      <w:r>
        <w:rPr>
          <w:sz w:val="20"/>
        </w:rPr>
        <w:t>8:58  to mein ne kaha ke aap ko abhi pata hi nahi ke ke cheezein jo hain bilateral hoti hain. aur talaq de diya aap ne.</w:t>
      </w:r>
      <w:r>
        <w:br/>
      </w:r>
      <w:r>
        <w:rPr>
          <w:sz w:val="20"/>
        </w:rPr>
        <w:t>9:06  to mein ne kaha aap yeh pagal pan kaam kiya. to khair lambi baat cheet hui telephone par. unhon ne khud iqrar kiya ke as I was I was blind then.</w:t>
      </w:r>
      <w:r>
        <w:br/>
      </w:r>
      <w:r>
        <w:rPr>
          <w:sz w:val="20"/>
        </w:rPr>
        <w:t>9:16  I was mind.</w:t>
      </w:r>
      <w:r>
        <w:br/>
      </w:r>
      <w:r>
        <w:rPr>
          <w:sz w:val="20"/>
        </w:rPr>
        <w:t>9:18  to woh kaha ab kya ho sakta hai? mein ne kaha ab kya ho sakta hai? aap ab jo teen talaq de rakhi hai, ab to asan nahi hai muamla. ab to baharhal mein samajhta hoon ke joint family system jo hai, koi achi baat nahi hai.</w:t>
      </w:r>
      <w:r>
        <w:br/>
      </w:r>
      <w:r>
        <w:rPr>
          <w:sz w:val="20"/>
        </w:rPr>
        <w:t>9:32  logon ko shadi karna chahiye aur logon ko alag alag rehna chahiye.</w:t>
      </w:r>
    </w:p>
    <w:p>
      <w:pPr>
        <w:pStyle w:val="Heading2"/>
      </w:pPr>
      <w:r>
        <w:t>The hidden-lie culture that breeds a weak personality</w:t>
      </w:r>
    </w:p>
    <w:p>
      <w:r>
        <w:rPr>
          <w:color w:val="666666"/>
          <w:sz w:val="18"/>
        </w:rPr>
        <w:t>Lessons from The Quran And Hadith · 2m 33s · at 20:01 · https://youtu.be/fBflSQEPstg?t=1201</w:t>
      </w:r>
    </w:p>
    <w:p>
      <w:r>
        <w:rPr>
          <w:i/>
        </w:rPr>
        <w:t>“Aajkal ek ajeeb culture chal para hai, 'nahi culture'.”</w:t>
      </w:r>
    </w:p>
    <w:p>
      <w:r>
        <w:rPr>
          <w:sz w:val="20"/>
        </w:rPr>
        <w:t>20:01  aaj kal mein dekhta hoon ek ajeeb culture duniya mein chala hua hai. aaj hi mein soch raha tha ke main ek article likhoon jis ka naam, jis ka caption ho "nahi culture".</w:t>
      </w:r>
      <w:r>
        <w:br/>
      </w:r>
      <w:r>
        <w:rPr>
          <w:sz w:val="20"/>
        </w:rPr>
        <w:t>20:15  nau nau culture. nahi culture.</w:t>
      </w:r>
      <w:r>
        <w:br/>
      </w:r>
      <w:r>
        <w:rPr>
          <w:sz w:val="20"/>
        </w:rPr>
        <w:t>20:18  kyun? aaj kal haal hai yeh hai ke jab bhi kisi se baat hoti hai to foran woh nahi keh deta hai. kuch bhi kahiye, nahi.</w:t>
      </w:r>
      <w:r>
        <w:br/>
      </w:r>
      <w:r>
        <w:rPr>
          <w:sz w:val="20"/>
        </w:rPr>
        <w:t>20:27  aur baat ko khud woh aitraf karega ke haan, alfaaz badal kar ke.</w:t>
      </w:r>
      <w:r>
        <w:br/>
      </w:r>
      <w:r>
        <w:rPr>
          <w:sz w:val="20"/>
        </w:rPr>
        <w:t>20:37  jaise ek lady se mulaqat hui to un ki baaton se maine mehsoos kiya ke un se aur un ke husband se kuch aapas mein nakhushgawari hai.</w:t>
      </w:r>
      <w:r>
        <w:br/>
      </w:r>
      <w:r>
        <w:rPr>
          <w:sz w:val="20"/>
        </w:rPr>
        <w:t>20:50  kuch taluqaat mein khinchao hai. kashidgi hai.</w:t>
      </w:r>
      <w:r>
        <w:br/>
      </w:r>
      <w:r>
        <w:rPr>
          <w:sz w:val="20"/>
        </w:rPr>
        <w:t>20:56  to maine un se kaha ke aap aisa lagta hai ke aap, aap ka, aap kuch sad lagti hain. kuch aap ke shadi shuda zindagi mein kuch problem hai, aisa lagta hai mujhe.</w:t>
      </w:r>
      <w:r>
        <w:br/>
      </w:r>
      <w:r>
        <w:rPr>
          <w:sz w:val="20"/>
        </w:rPr>
        <w:t>21:06  to woh kya hain? kaha nahi, nahi, nahi, bilkul theek, kuch nahi hai. aur baat ko jab maine scrutiny ki to khud hi unhone keh diya ke woh shadi ke baad kuch din tak to bohat theek tha.</w:t>
      </w:r>
      <w:r>
        <w:br/>
      </w:r>
      <w:r>
        <w:rPr>
          <w:sz w:val="20"/>
        </w:rPr>
        <w:t>21:20  ab kai baar aisa hota hai ke bol chaal band ho jati</w:t>
      </w:r>
      <w:r>
        <w:br/>
      </w:r>
      <w:r>
        <w:rPr>
          <w:sz w:val="20"/>
        </w:rPr>
        <w:t>21:23  hai. kai baar aisa hota hai ke woh kahin hain aur main kahin hoon. yani khud hi baat ko unhone maan liya, is baat ko. yeh sab ka haal main dekhta hoon, sab ka haal.</w:t>
      </w:r>
      <w:r>
        <w:br/>
      </w:r>
      <w:r>
        <w:rPr>
          <w:sz w:val="20"/>
        </w:rPr>
        <w:t>21:34  pehlay nahi kahain ge, is ko isi ko haan kar dein ge. to ek hota hai, yani khula jhoot.</w:t>
      </w:r>
      <w:r>
        <w:br/>
      </w:r>
      <w:r>
        <w:rPr>
          <w:sz w:val="20"/>
        </w:rPr>
        <w:t>21:45  ek hota hai chupa jhoot.</w:t>
      </w:r>
      <w:r>
        <w:br/>
      </w:r>
      <w:r>
        <w:rPr>
          <w:sz w:val="20"/>
        </w:rPr>
        <w:t>21:48  to main samajhta hoon ke chupa jhoot, main samajhta hoon ke khula jhoot to kam boltay hain log. lekin chupa jhoot to sabhi boltay hain.</w:t>
      </w:r>
      <w:r>
        <w:br/>
      </w:r>
      <w:r>
        <w:rPr>
          <w:sz w:val="20"/>
        </w:rPr>
        <w:t>21:58  bohat hi kam exception hon ge, bohat hi kam, bohat hi rare exception. to dekhiye, is tarah se jo nahi culture chal pada hai hamare haan, yani chupa jhoot bolnay ka culture,</w:t>
      </w:r>
      <w:r>
        <w:br/>
      </w:r>
      <w:r>
        <w:rPr>
          <w:sz w:val="20"/>
        </w:rPr>
        <w:t>22:14  is se kya hota hai?</w:t>
      </w:r>
      <w:r>
        <w:br/>
      </w:r>
      <w:r>
        <w:rPr>
          <w:sz w:val="20"/>
        </w:rPr>
        <w:t>22:18  weak personality banti hai aadmi ke andar. jab aap sachai pe kharay hon, aap sach bolain to aap ke andar strong per, aap ke andar strong personality banay gi.</w:t>
      </w:r>
    </w:p>
    <w:p>
      <w:pPr>
        <w:pStyle w:val="Heading2"/>
      </w:pPr>
      <w:r>
        <w:t>why patience matters — what you dislike may be good for you</w:t>
      </w:r>
    </w:p>
    <w:p>
      <w:r>
        <w:rPr>
          <w:color w:val="666666"/>
          <w:sz w:val="18"/>
        </w:rPr>
        <w:t>Dars-e-Quran Chapter 2 Verses 206, 208, 212, 213 &amp; 214 July 2, 2007 Maulana Wahiduddin Khan · 5m 54s · at 53:24 · https://youtu.be/34tQK67_TvQ?t=3204</w:t>
      </w:r>
    </w:p>
    <w:p>
      <w:r>
        <w:rPr>
          <w:i/>
        </w:rPr>
        <w:t>“ہو سکتا ہے کہ تم ایک چیز کو ناپسند کرو اور وہ تمہارے لیے خیر ہو”</w:t>
      </w:r>
    </w:p>
    <w:p>
      <w:r>
        <w:rPr>
          <w:sz w:val="20"/>
        </w:rPr>
        <w:t>53:24  dekhiye Quran ki Surah Al-Baqarah ki ayat number 216, 216 yeh hai:</w:t>
      </w:r>
      <w:r>
        <w:br/>
      </w:r>
      <w:r>
        <w:rPr>
          <w:sz w:val="20"/>
        </w:rPr>
        <w:t>53:36  "asaa an takrahu shai'an wa huwa khairun lakum, wa asaa an tuhibbu shai'an wa huwa sharrun lakum".</w:t>
      </w:r>
      <w:r>
        <w:br/>
      </w:r>
      <w:r>
        <w:rPr>
          <w:sz w:val="20"/>
        </w:rPr>
        <w:t>53:50  yeh bohat hi important ayat hai.</w:t>
      </w:r>
      <w:r>
        <w:br/>
      </w:r>
      <w:r>
        <w:rPr>
          <w:sz w:val="20"/>
        </w:rPr>
        <w:t>53:54  is ka matlab yeh hai ke ho sakta hai ke tum aik cheez ko napasand karo</w:t>
      </w:r>
      <w:r>
        <w:br/>
      </w:r>
      <w:r>
        <w:rPr>
          <w:sz w:val="20"/>
        </w:rPr>
        <w:t>54:04  aur woh tumhare liye khair ho. ho sakta hai ke tum aik cheez ko napasand karo aur woh tumhare liye khair ho.</w:t>
      </w:r>
      <w:r>
        <w:br/>
      </w:r>
      <w:r>
        <w:rPr>
          <w:sz w:val="20"/>
        </w:rPr>
        <w:t>54:13  aur ho sakta hai ke tum aik cheez ko pasand karo aur woh tumhare liye sharr ho.</w:t>
      </w:r>
      <w:r>
        <w:br/>
      </w:r>
      <w:r>
        <w:rPr>
          <w:sz w:val="20"/>
        </w:rPr>
        <w:t>54:23  dekhiye aik hai ke ke jo immediate situation hoti hai, us ko dekh kar hum pasand napasand kar lete hain.</w:t>
      </w:r>
      <w:r>
        <w:br/>
      </w:r>
      <w:r>
        <w:rPr>
          <w:sz w:val="20"/>
        </w:rPr>
        <w:t>54:34  jaise misaal ke taur par shadi hui, aik husband hai, aik wife hai. ab wife jo hai, us ko kisi wajah se achi nahi lag rahi hai</w:t>
      </w:r>
      <w:r>
        <w:br/>
      </w:r>
      <w:r>
        <w:rPr>
          <w:sz w:val="20"/>
        </w:rPr>
        <w:t>54:47  to woh samajh leta hai ke yeh biwi mere liye achi nahi hai.</w:t>
      </w:r>
      <w:r>
        <w:br/>
      </w:r>
      <w:r>
        <w:rPr>
          <w:sz w:val="20"/>
        </w:rPr>
        <w:t>54:54  yani is ka aik waqti, aik waqti ta'assur ke tehat us ne samajh liya ke yeh biwi mere liye achi nahi hai.</w:t>
      </w:r>
      <w:r>
        <w:br/>
      </w:r>
      <w:r>
        <w:rPr>
          <w:sz w:val="20"/>
        </w:rPr>
        <w:t>55:07  lekin ain mumkin hai, ain mumkin hai ke in the long run woh achi ho tumhare liye. aur isi tarah se aik biwi jo aap ko achi lage dekhne mein, ho sakta hai ke in the long run woh achi na ho aap ke liye.</w:t>
      </w:r>
      <w:r>
        <w:br/>
      </w:r>
      <w:r>
        <w:rPr>
          <w:sz w:val="20"/>
        </w:rPr>
        <w:t>55:26  is wajah se kya kaha gaya</w:t>
      </w:r>
      <w:r>
        <w:br/>
      </w:r>
      <w:r>
        <w:rPr>
          <w:sz w:val="20"/>
        </w:rPr>
        <w:t>55:29  ke foran koi faisla mat karo, balkeh jo kehte hain na "wait and see", "wait and see" ki policy ikhtiyar karo.</w:t>
      </w:r>
      <w:r>
        <w:br/>
      </w:r>
      <w:r>
        <w:rPr>
          <w:sz w:val="20"/>
        </w:rPr>
        <w:t>55:41  Hadees mein aata hai ke</w:t>
      </w:r>
      <w:r>
        <w:br/>
      </w:r>
      <w:r>
        <w:rPr>
          <w:sz w:val="20"/>
        </w:rPr>
        <w:t>55:46  "afzal al-ibadah intizar al-faraj" hai. yeh aik afzal ibadah hai ke aadmi kushadgi ka intizar kare.</w:t>
      </w:r>
      <w:r>
        <w:br/>
      </w:r>
      <w:r>
        <w:rPr>
          <w:sz w:val="20"/>
        </w:rPr>
        <w:t>55:59  yeh afzal ibadat hai ke aadmi kushadgi ka intezar kare. yani ek situation paida hui, woh aap ko pasand nahi aa rahi hai</w:t>
      </w:r>
      <w:r>
        <w:br/>
      </w:r>
      <w:r>
        <w:rPr>
          <w:sz w:val="20"/>
        </w:rPr>
        <w:t>56:10  toh aap jaldi se faisla na kar lijiye, intezar kijiye ke aap ne shadi ki, biwi aap ko pasand nahi aa rahi hai toh jaldi se talak mat dijiye, isko neglect mat kar dijiye,</w:t>
      </w:r>
      <w:r>
        <w:br/>
      </w:r>
      <w:r>
        <w:rPr>
          <w:sz w:val="20"/>
        </w:rPr>
        <w:t>56:25  isko chhod mat dijiye, balkeh sabr kijiye. aur ain mumkin hai ke aindah wahi biwi aap ke liye rehmat ban jaye, wahi biwi aap ke liye blessing ban jaye.</w:t>
      </w:r>
      <w:r>
        <w:br/>
      </w:r>
      <w:r>
        <w:rPr>
          <w:sz w:val="20"/>
        </w:rPr>
        <w:t>56:39  isi tarah aur bhi doosri situation zindagi mein har waqt hum kisi na kisi situation mein mubtala hote hain. toh waqti taassur ke tehat, zahiri halaat ke tehat hum ek rai bana lete hain ke yeh toh theek nahi hai, yeh toh gadbad hai,</w:t>
      </w:r>
      <w:r>
        <w:br/>
      </w:r>
      <w:r>
        <w:rPr>
          <w:sz w:val="20"/>
        </w:rPr>
        <w:t>56:58  yeh tareeqa sahi nahi hai.</w:t>
      </w:r>
      <w:r>
        <w:br/>
      </w:r>
      <w:r>
        <w:rPr>
          <w:sz w:val="20"/>
        </w:rPr>
        <w:t>57:02  toh isi ko farmaya ke ho sakta hai ke tum ek cheez ko bura samjho, halanke woh tumhare liye acha ho.</w:t>
      </w:r>
      <w:r>
        <w:br/>
      </w:r>
      <w:r>
        <w:rPr>
          <w:sz w:val="20"/>
        </w:rPr>
        <w:t>57:15  yeh bhi ho sakta hai ke ek cheez ko tum acha samjho aur woh tumhare liye bura ho. is liye sabr karna bohat zaroori hai,</w:t>
      </w:r>
      <w:r>
        <w:br/>
      </w:r>
      <w:r>
        <w:rPr>
          <w:sz w:val="20"/>
        </w:rPr>
        <w:t>57:24  chahe shadi ka mamla ho ya zindagi ke doosre mamlaat hon. sabr karna bohat zaroori hai.</w:t>
      </w:r>
      <w:r>
        <w:br/>
      </w:r>
      <w:r>
        <w:rPr>
          <w:sz w:val="20"/>
        </w:rPr>
        <w:t>57:35  fouri taassur ke tehat kabhi aadmi ko faisla nahi lena chahiye,</w:t>
      </w:r>
      <w:r>
        <w:br/>
      </w:r>
      <w:r>
        <w:rPr>
          <w:sz w:val="20"/>
        </w:rPr>
        <w:t>57:44  kyun ke cheezein aaj yeh bar bar ka tajurba hai,</w:t>
      </w:r>
      <w:r>
        <w:br/>
      </w:r>
      <w:r>
        <w:rPr>
          <w:sz w:val="20"/>
        </w:rPr>
        <w:t>57:50  ek cheez aaj ke lehaz se theek nahi dikhai de rahi hai, lekin mustaqbil ke lehaz se wahi theek ban jati hai.</w:t>
      </w:r>
      <w:r>
        <w:br/>
      </w:r>
      <w:r>
        <w:rPr>
          <w:sz w:val="20"/>
        </w:rPr>
        <w:t>58:02  aaj mein aur mustaqbil mein bohat farq ho jata hai, yeh bar bar ka tajurba hai.</w:t>
      </w:r>
      <w:r>
        <w:br/>
      </w:r>
      <w:r>
        <w:rPr>
          <w:sz w:val="20"/>
        </w:rPr>
        <w:t>58:09  toh kabhi bhi aisa nahi karna chahiye aadmi ko ke aaj agar koi cheez theek nahi dikhai pad rahi hai toh mustaqbil mein bhi woh theek hi nahi rahe gi.</w:t>
      </w:r>
      <w:r>
        <w:br/>
      </w:r>
      <w:r>
        <w:rPr>
          <w:sz w:val="20"/>
        </w:rPr>
        <w:t>58:19  ain mumkin hai ke mustaqbil mein woh theek ho jaye. toh yeh bhi ibadat hai ke aadmi intezar kare. nakhushgawar ko bardasht karna bhi ek ibadat hai.</w:t>
      </w:r>
      <w:r>
        <w:br/>
      </w:r>
      <w:r>
        <w:rPr>
          <w:sz w:val="20"/>
        </w:rPr>
        <w:t>58:33  napasanad cheez ke sath adjust kar ke rehna bhi ek ibadat hai.</w:t>
      </w:r>
      <w:r>
        <w:br/>
      </w:r>
      <w:r>
        <w:rPr>
          <w:sz w:val="20"/>
        </w:rPr>
        <w:t>58:39  kyun? aadmi intezar kar raha hai Khuda ki agli nasrat ka. aisi aisa intezar goya ke dua hai ke aye Khuda!</w:t>
      </w:r>
      <w:r>
        <w:br/>
      </w:r>
      <w:r>
        <w:rPr>
          <w:sz w:val="20"/>
        </w:rPr>
        <w:t>58:48  aaj jo cheez mujhe dikhai de rahi hai ke theek nahi hai, kal toh mustaqbil mein is ko mere liye theek bana de. aqool qawli haza wastaghfirullaha li walakum ajmaeen.</w:t>
      </w:r>
    </w:p>
    <w:p>
      <w:pPr>
        <w:pStyle w:val="Heading2"/>
      </w:pPr>
      <w:r>
        <w:t>the age of religious persecution made early dawah nearly impossible</w:t>
      </w:r>
    </w:p>
    <w:p>
      <w:r>
        <w:rPr>
          <w:color w:val="666666"/>
          <w:sz w:val="18"/>
        </w:rPr>
        <w:t>The Companions and the Hadith Scholars June 24, 2012 · 2m 27s · at 10:10 · https://youtu.be/Dj4QiYnxgBs?t=610</w:t>
      </w:r>
    </w:p>
    <w:p>
      <w:r>
        <w:rPr>
          <w:i/>
        </w:rPr>
        <w:t>“Pichli ummaton ka daur tha religious persecution ka, mazhabi jabr ka”</w:t>
      </w:r>
    </w:p>
    <w:p>
      <w:r>
        <w:rPr>
          <w:sz w:val="20"/>
        </w:rPr>
        <w:t>10:10  dekhiye, Surah Al-Baqarah mein jo aayat hai Rabbana wala ta'mil alaina isran kama hamaltahu ala allatheena min qablina is se murad murad hai age related problem.</w:t>
      </w:r>
      <w:r>
        <w:br/>
      </w:r>
      <w:r>
        <w:rPr>
          <w:sz w:val="20"/>
        </w:rPr>
        <w:t>10:23  age related problem yani pichle logon par jo pichle logon ko jis age mein kaam karna pada, pichli ummaton ko jis age mein kaam karna pada dawat ka, woh kya tha</w:t>
      </w:r>
      <w:r>
        <w:br/>
      </w:r>
      <w:r>
        <w:rPr>
          <w:sz w:val="20"/>
        </w:rPr>
        <w:t>10:40  ? woh tha religious persecution ka age, mazhabi jabr ka age. is ki misal Quran mein hai, Surah Al-Buruj mein wa ma naqamu minhum illa an yu'minu billahi al-Aziz al-Hamid yani sirf yeh kehna ke Allah aik hai,</w:t>
      </w:r>
      <w:r>
        <w:br/>
      </w:r>
      <w:r>
        <w:rPr>
          <w:sz w:val="20"/>
        </w:rPr>
        <w:t>11:03  is par bhi un ko mara jata tha. kyun?</w:t>
      </w:r>
      <w:r>
        <w:br/>
      </w:r>
      <w:r>
        <w:rPr>
          <w:sz w:val="20"/>
        </w:rPr>
        <w:t>11:08  is zamane mein yeh maan liya gaya tha ke religion wohi hai jo state ka ho. yeh maan liya gaya tha.</w:t>
      </w:r>
      <w:r>
        <w:br/>
      </w:r>
      <w:r>
        <w:rPr>
          <w:sz w:val="20"/>
        </w:rPr>
        <w:t>11:21  state jo thi, jise is zamane mein state aur mazhab alag alag ho gaye hain, is zamane mein state ka koi mazhab nahi hota.</w:t>
      </w:r>
      <w:r>
        <w:br/>
      </w:r>
      <w:r>
        <w:rPr>
          <w:sz w:val="20"/>
        </w:rPr>
        <w:t>11:32  is zamane mein state ka jo mazhab hota tha, wohi sare logon ko manna parta tha. jis ko kehte hain anna salihu ad-deenu wal 'uloom to jo aadmi</w:t>
      </w:r>
      <w:r>
        <w:br/>
      </w:r>
      <w:r>
        <w:rPr>
          <w:sz w:val="20"/>
        </w:rPr>
        <w:t>11:49  state religion ke siwa koi aur religion apnaaye, koi aur aqeedah apnaaye, to us ko mara jata tha, us ko peeta jata tha, us ko</w:t>
      </w:r>
      <w:r>
        <w:br/>
      </w:r>
      <w:r>
        <w:rPr>
          <w:sz w:val="20"/>
        </w:rPr>
        <w:t>11:57  us ko majboor kiya jata tha ke woh state religion ko apnaaye. us ko kaha jata hai religious persecution. to is ki wajah se dawat ka kaam bohat mushkil tha,</w:t>
      </w:r>
      <w:r>
        <w:br/>
      </w:r>
      <w:r>
        <w:rPr>
          <w:sz w:val="20"/>
        </w:rPr>
        <w:t>12:14  boht hi mushkil ho gaya tha dawat ka kaam</w:t>
      </w:r>
      <w:r>
        <w:br/>
      </w:r>
      <w:r>
        <w:rPr>
          <w:sz w:val="20"/>
        </w:rPr>
        <w:t>12:17  logon ko shadeed,</w:t>
      </w:r>
      <w:r>
        <w:br/>
      </w:r>
      <w:r>
        <w:rPr>
          <w:sz w:val="20"/>
        </w:rPr>
        <w:t>12:24  boht ziyada hukoomat ki taraf se, boht ziyada sakht sazaon ka saamna kar ke dawat ka kaam karna parta tha.</w:t>
      </w:r>
    </w:p>
    <w:p>
      <w:pPr>
        <w:pStyle w:val="Heading2"/>
      </w:pPr>
      <w:r>
        <w:t>Family quarrel escalates to divorce over rash anger</w:t>
      </w:r>
    </w:p>
    <w:p>
      <w:r>
        <w:rPr>
          <w:color w:val="666666"/>
          <w:sz w:val="18"/>
        </w:rPr>
        <w:t>Living with Angels April 11, 2010 · 1m 18s · at 9:51 · https://youtu.be/u-SHIRgBE6M?t=591</w:t>
      </w:r>
    </w:p>
    <w:p>
      <w:r>
        <w:rPr>
          <w:i/>
        </w:rPr>
        <w:t>“Mere paas aksar telephone aate hain ke maine talaq de diya.”</w:t>
      </w:r>
    </w:p>
    <w:p>
      <w:r>
        <w:rPr>
          <w:sz w:val="20"/>
        </w:rPr>
        <w:t>9:51  saara jo hai, chahe family mein ho, chahe family ke bahar ho. jaise family mein kya hota hai?</w:t>
      </w:r>
      <w:r>
        <w:br/>
      </w:r>
      <w:r>
        <w:rPr>
          <w:sz w:val="20"/>
        </w:rPr>
        <w:t>9:56  mere paas aksar telephone aate hain ke sahib, main ne talaq de diya. to kya karoon? hota kya hai? aapas mein koi kisi baat par ghussa ho gaya.</w:t>
      </w:r>
      <w:r>
        <w:br/>
      </w:r>
      <w:r>
        <w:rPr>
          <w:sz w:val="20"/>
        </w:rPr>
        <w:t>10:07  jaise abhi mere paas telephone aaya. UP se. ek sahib ki biwi jo hai, gayi doctor ke haan shaam ke waqt.</w:t>
      </w:r>
      <w:r>
        <w:br/>
      </w:r>
      <w:r>
        <w:rPr>
          <w:sz w:val="20"/>
        </w:rPr>
        <w:t>10:20  koi ilaaj ka masla tha. to wahan par mareezon ki bheed thi. der ho gayi.</w:t>
      </w:r>
      <w:r>
        <w:br/>
      </w:r>
      <w:r>
        <w:rPr>
          <w:sz w:val="20"/>
        </w:rPr>
        <w:t>10:26  wapas aayi to andhera ho gaya tha. yeh dekha, ghar mein dakhil hui. ab shohar sahib ghassay mein baithe thay. kahan thi?</w:t>
      </w:r>
      <w:r>
        <w:br/>
      </w:r>
      <w:r>
        <w:rPr>
          <w:sz w:val="20"/>
        </w:rPr>
        <w:t>10:35  ab yeh hai, woh dunya bhar ki baat hai. us ne bhi kuch bola, woh bhi kuch bole. aur wahan kaha, tum ko talaq, talaq, talaq. yeh hai al-ajalah.</w:t>
      </w:r>
      <w:r>
        <w:br/>
      </w:r>
      <w:r>
        <w:rPr>
          <w:sz w:val="20"/>
        </w:rPr>
        <w:t>10:45  shaitani kaam. agar</w:t>
      </w:r>
      <w:r>
        <w:br/>
      </w:r>
      <w:r>
        <w:rPr>
          <w:sz w:val="20"/>
        </w:rPr>
        <w:t>10:47  woh baithate, kehte ke achha baitho, thanda pani pi lo pehle. jab dimagh thoda thanda ho to phir poochhenge tum se kya wajah thi?</w:t>
      </w:r>
      <w:r>
        <w:br/>
      </w:r>
      <w:r>
        <w:rPr>
          <w:sz w:val="20"/>
        </w:rPr>
        <w:t>10:58  to koi baat na hoti. to tani ke bajaye ajalah yeh musalmanon ka tareeqa ban gaya hai.</w:t>
      </w:r>
    </w:p>
    <w:p>
      <w:pPr>
        <w:pStyle w:val="Heading2"/>
      </w:pPr>
      <w:r>
        <w:t>mistreating your spouse gives angels grounds for negative marks</w:t>
      </w:r>
    </w:p>
    <w:p>
      <w:r>
        <w:rPr>
          <w:color w:val="666666"/>
          <w:sz w:val="18"/>
        </w:rPr>
        <w:t>Importance of Marriage January 31, 2014 · 34s · at 11:09 · https://youtu.be/hubJz4MyRn0?t=669</w:t>
      </w:r>
    </w:p>
    <w:p>
      <w:r>
        <w:rPr>
          <w:i/>
        </w:rPr>
        <w:t>“Jab aap woh sulook karein jo fitrat ke naqshe mein matlub nahi”</w:t>
      </w:r>
    </w:p>
    <w:p>
      <w:r>
        <w:rPr>
          <w:sz w:val="20"/>
        </w:rPr>
        <w:t>11:09  ke jab aap aurat ya mard agar ek doosre ke sath woh sulook karen jo fitrat ke naqshe mein matloob nahi hai,</w:t>
      </w:r>
      <w:r>
        <w:br/>
      </w:r>
      <w:r>
        <w:rPr>
          <w:sz w:val="20"/>
        </w:rPr>
        <w:t>11:24  to unhon ne farishton ko mauqa diya ke woh test paper ke is item mein un ke khilaf negative remark likhen.</w:t>
      </w:r>
      <w:r>
        <w:br/>
      </w:r>
      <w:r>
        <w:rPr>
          <w:sz w:val="20"/>
        </w:rPr>
        <w:t>11:33  to kitna serious baat hai yeh? kitna serious baat hai? to goya shadi karna koi saada baat nahi hai.</w:t>
      </w:r>
    </w:p>
    <w:p>
      <w:pPr>
        <w:pStyle w:val="Heading2"/>
      </w:pPr>
      <w:r>
        <w:t>Difficult actions and Prophet's example</w:t>
      </w:r>
    </w:p>
    <w:p>
      <w:r>
        <w:rPr>
          <w:color w:val="666666"/>
          <w:sz w:val="18"/>
        </w:rPr>
        <w:t>The Spiritual Message of Fasting April 29, 2020 Maulana Wahiduddin Khan · 3m 55s · at 11:19 · https://youtu.be/QCqKrVhGUF0?t=679</w:t>
      </w:r>
    </w:p>
    <w:p>
      <w:r>
        <w:rPr>
          <w:i/>
        </w:rPr>
        <w:t>“To dekhiye aam taur par log karte hain”</w:t>
      </w:r>
    </w:p>
    <w:p>
      <w:r>
        <w:rPr>
          <w:sz w:val="20"/>
        </w:rPr>
        <w:t>11:19  mushkil amal hota hai us ko samajh nahi paate.</w:t>
      </w:r>
      <w:r>
        <w:br/>
      </w:r>
      <w:r>
        <w:rPr>
          <w:sz w:val="20"/>
        </w:rPr>
        <w:t>11:29  mushkil amal isi liye mushkil hota hai ke is ka badla bohat zyada hai, bohat zyada hai, bohat zyada hai.</w:t>
      </w:r>
      <w:r>
        <w:br/>
      </w:r>
      <w:r>
        <w:rPr>
          <w:sz w:val="20"/>
        </w:rPr>
        <w:t>11:42  bohat zyada hai.</w:t>
      </w:r>
      <w:r>
        <w:br/>
      </w:r>
      <w:r>
        <w:rPr>
          <w:sz w:val="20"/>
        </w:rPr>
        <w:t>11:48  mislan main aap ko ek misaal deta hoon ke mushkil amal kis cheez ka naam hai.</w:t>
      </w:r>
      <w:r>
        <w:br/>
      </w:r>
      <w:r>
        <w:rPr>
          <w:sz w:val="20"/>
        </w:rPr>
        <w:t>11:58  mushkil amal yeh hai ke aap negative halaat mein apne aap ko paayein aur phir</w:t>
      </w:r>
      <w:r>
        <w:br/>
      </w:r>
      <w:r>
        <w:rPr>
          <w:sz w:val="20"/>
        </w:rPr>
        <w:t>12:14  positive ke andaaz mein soch kar is negative ko positive banaayein. jaise Rasool Allah Sal Allahu Alaihi Wasallam ne Makkah mein</w:t>
      </w:r>
      <w:r>
        <w:br/>
      </w:r>
      <w:r>
        <w:rPr>
          <w:sz w:val="20"/>
        </w:rPr>
        <w:t>12:33  negative halaat mein kaam shuru kiya. yaani Kaaba mein jo sab se zyada muqaddas</w:t>
      </w:r>
      <w:r>
        <w:br/>
      </w:r>
      <w:r>
        <w:rPr>
          <w:sz w:val="20"/>
        </w:rPr>
        <w:t>12:46  Baitullah tha wahan par buton ka, us ko haan buton ka markaz bana diya gaya.</w:t>
      </w:r>
      <w:r>
        <w:br/>
      </w:r>
      <w:r>
        <w:rPr>
          <w:sz w:val="20"/>
        </w:rPr>
        <w:t>12:57  aap ne kitna sabr kiya hoga, aap ne kitna zyada</w:t>
      </w:r>
      <w:r>
        <w:br/>
      </w:r>
      <w:r>
        <w:rPr>
          <w:sz w:val="20"/>
        </w:rPr>
        <w:t>13:03  socha hoga ke yeh to bara acha hai sare Arab ke log yahan aate hain apne buton ko poojne ke liye.</w:t>
      </w:r>
      <w:r>
        <w:br/>
      </w:r>
      <w:r>
        <w:rPr>
          <w:sz w:val="20"/>
        </w:rPr>
        <w:t>13:16  to hum ko sirf apni soch ko badalna hai,</w:t>
      </w:r>
      <w:r>
        <w:br/>
      </w:r>
      <w:r>
        <w:rPr>
          <w:sz w:val="20"/>
        </w:rPr>
        <w:t>13:20  hum ko sirf apni soch ko badalna hai. hum ne hum yeh karein ke na ghussa karein,</w:t>
      </w:r>
      <w:r>
        <w:br/>
      </w:r>
      <w:r>
        <w:rPr>
          <w:sz w:val="20"/>
        </w:rPr>
        <w:t>13:30  na koi badla lein un se. apni soch ko badlein yaani negative ko positive mein convert karein.</w:t>
      </w:r>
      <w:r>
        <w:br/>
      </w:r>
      <w:r>
        <w:rPr>
          <w:sz w:val="20"/>
        </w:rPr>
        <w:t>13:40  yaani Kaaba jo buton ka markaz tha us ko</w:t>
      </w:r>
      <w:r>
        <w:br/>
      </w:r>
      <w:r>
        <w:rPr>
          <w:sz w:val="20"/>
        </w:rPr>
        <w:t>13:50  audience mein convert karwa diya jaye. yaani us ko istemal kiya jaye</w:t>
      </w:r>
      <w:r>
        <w:br/>
      </w:r>
      <w:r>
        <w:rPr>
          <w:sz w:val="20"/>
        </w:rPr>
        <w:t>14:00  is hasiyat se ke woh aap ka audience hai.</w:t>
      </w:r>
      <w:r>
        <w:br/>
      </w:r>
      <w:r>
        <w:rPr>
          <w:sz w:val="20"/>
        </w:rPr>
        <w:t>14:08  to rasool Allah sal Allah aleh wasalam kabhi na lare, na koi negitivity baat kahi, kuch nahi. Simply yeh kya ke wahan jatay thay aur yeh structures ki baat kartay thay.</w:t>
      </w:r>
      <w:r>
        <w:br/>
      </w:r>
      <w:r>
        <w:rPr>
          <w:sz w:val="20"/>
        </w:rPr>
        <w:t>14:25  Eha nas qoolo la ilaha illallah tuflehu.</w:t>
      </w:r>
      <w:r>
        <w:br/>
      </w:r>
      <w:r>
        <w:rPr>
          <w:sz w:val="20"/>
        </w:rPr>
        <w:t>14:32  yani aap ne is ko audience mein convert kar diya. To audience mein convert ke liye, convert karne ke liye aap ko bohat ziyada bara amal karna para.</w:t>
      </w:r>
      <w:r>
        <w:br/>
      </w:r>
      <w:r>
        <w:rPr>
          <w:sz w:val="20"/>
        </w:rPr>
        <w:t>14:51  woh yeh ke negativity ko aik dam bhula dena, bhula dena, bhula dena.</w:t>
      </w:r>
      <w:r>
        <w:br/>
      </w:r>
      <w:r>
        <w:rPr>
          <w:sz w:val="20"/>
        </w:rPr>
        <w:t>14:59  aur total maani mein positive ban jana. Yeh hai woh cheez jis ka hisab be hisab badla milta hai.</w:t>
      </w:r>
    </w:p>
    <w:p>
      <w:pPr>
        <w:pStyle w:val="Heading2"/>
      </w:pPr>
      <w:r>
        <w:t>Da'i's personality as mixture of opposites</w:t>
      </w:r>
    </w:p>
    <w:p>
      <w:r>
        <w:rPr>
          <w:color w:val="666666"/>
          <w:sz w:val="18"/>
        </w:rPr>
        <w:t>The Character of a Dayee 4 March 2012 - Maulana Wahiduddin Khan · 4m 40s · at 24:32 · https://youtu.be/YtavJpVNbEM?t=1472</w:t>
      </w:r>
    </w:p>
    <w:p>
      <w:r>
        <w:rPr>
          <w:i/>
        </w:rPr>
        <w:t>“Ek ajeeb baat mere zehen mein aayi”</w:t>
      </w:r>
    </w:p>
    <w:p>
      <w:r>
        <w:rPr>
          <w:sz w:val="20"/>
        </w:rPr>
        <w:t>24:32  to ek ajeeb baat mere zehn mein aayi ke dai ki personality jo hai woh</w:t>
      </w:r>
      <w:r>
        <w:br/>
      </w:r>
      <w:r>
        <w:rPr>
          <w:sz w:val="20"/>
        </w:rPr>
        <w:t>24:39  mixture of opposites hoti hai, mixture of opposites, tadadad ka majmooa. bohat ajeeb baat zehn mein aayi.</w:t>
      </w:r>
      <w:r>
        <w:br/>
      </w:r>
      <w:r>
        <w:rPr>
          <w:sz w:val="20"/>
        </w:rPr>
        <w:t>24:50  mixture of opposite, mixture of opposites.</w:t>
      </w:r>
      <w:r>
        <w:br/>
      </w:r>
      <w:r>
        <w:rPr>
          <w:sz w:val="20"/>
        </w:rPr>
        <w:t>24:57  The personality of a dai is a mixture of opposites. mutzad cheezon ka majmooa. woh kaise?</w:t>
      </w:r>
      <w:r>
        <w:br/>
      </w:r>
      <w:r>
        <w:rPr>
          <w:sz w:val="20"/>
        </w:rPr>
        <w:t>25:10  dekhiye, dai ka matlab kya hai?</w:t>
      </w:r>
      <w:r>
        <w:br/>
      </w:r>
      <w:r>
        <w:rPr>
          <w:sz w:val="20"/>
        </w:rPr>
        <w:t>25:16  dai lazmi taur par naqid hota hai, critical hota hai.</w:t>
      </w:r>
      <w:r>
        <w:br/>
      </w:r>
      <w:r>
        <w:rPr>
          <w:sz w:val="20"/>
        </w:rPr>
        <w:t>25:23  jab woh dekhta hai ke atraf mein log bhule hue hain, log false hold mein phanse hue hain, log apni zindagi ko jahannum ki taraf daude chale ja rahe hain,</w:t>
      </w:r>
      <w:r>
        <w:br/>
      </w:r>
      <w:r>
        <w:rPr>
          <w:sz w:val="20"/>
        </w:rPr>
        <w:t>25:38  koi deen ke naam par bedini kar raha hai, koi secularism ke naam par bedini kar raha hai,</w:t>
      </w:r>
      <w:r>
        <w:br/>
      </w:r>
      <w:r>
        <w:rPr>
          <w:sz w:val="20"/>
        </w:rPr>
        <w:t>25:43  sab Allah, Allah ki rah se door bhage chale ja rahe hain. to bolna padta hai is ko.</w:t>
      </w:r>
      <w:r>
        <w:br/>
      </w:r>
      <w:r>
        <w:rPr>
          <w:sz w:val="20"/>
        </w:rPr>
        <w:t>25:55  is ko kabhi hammering ki zaban bolni padti hai, kabhi criticism karna padta hai.</w:t>
      </w:r>
      <w:r>
        <w:br/>
      </w:r>
      <w:r>
        <w:rPr>
          <w:sz w:val="20"/>
        </w:rPr>
        <w:t>26:03  to bazahir is mein kya hai? bazahir yeh hai ke ke mein janne wala hoon, bazahir tum nahi jante, mein janta hoon.</w:t>
      </w:r>
      <w:r>
        <w:br/>
      </w:r>
      <w:r>
        <w:rPr>
          <w:sz w:val="20"/>
        </w:rPr>
        <w:t>26:16  doosre ko goya inferior samajhna, apne ko superior samajhna, yeh zehn banta hai. lekin ek ajeeb o ghareeb kaam karna padta hai dai ko.</w:t>
      </w:r>
      <w:r>
        <w:br/>
      </w:r>
      <w:r>
        <w:rPr>
          <w:sz w:val="20"/>
        </w:rPr>
        <w:t>26:33  yani doosre ko criticize karte hue apne kuch na samajhna.</w:t>
      </w:r>
      <w:r>
        <w:br/>
      </w:r>
      <w:r>
        <w:rPr>
          <w:sz w:val="20"/>
        </w:rPr>
        <w:t>26:42  kehta hai, sakht kaam hai yeh.</w:t>
      </w:r>
      <w:r>
        <w:br/>
      </w:r>
      <w:r>
        <w:rPr>
          <w:sz w:val="20"/>
        </w:rPr>
        <w:t>26:47  aap kehte hain ke aye insan! yeh jo rasta tune ikhtiyar kiya hai, yeh to jahannum ki taraf jane wala hai.</w:t>
      </w:r>
      <w:r>
        <w:br/>
      </w:r>
      <w:r>
        <w:rPr>
          <w:sz w:val="20"/>
        </w:rPr>
        <w:t>26:56  is ke bawajood apni jannat ko mujtaba samajhna.</w:t>
      </w:r>
      <w:r>
        <w:br/>
      </w:r>
      <w:r>
        <w:rPr>
          <w:sz w:val="20"/>
        </w:rPr>
        <w:t>27:03  kaisi ajeeb, kaisi ajeeb cheez hai.</w:t>
      </w:r>
      <w:r>
        <w:br/>
      </w:r>
      <w:r>
        <w:rPr>
          <w:sz w:val="20"/>
        </w:rPr>
        <w:t>27:06  yani ek taraf yeh khabar dena ke aye insan! tu jahannum ki taraf ja raha hai, aye insan! jannat ka rasta to yeh hai. aur doosri taraf apni apni jannat ko mujtaba samajhna.</w:t>
      </w:r>
      <w:r>
        <w:br/>
      </w:r>
      <w:r>
        <w:rPr>
          <w:sz w:val="20"/>
        </w:rPr>
        <w:t>27:22  yeh mein ne kaise samjha is cheez ko? dekhiye, aap Quran mein Rasool Allah salallahu alaihi wasallam ke bare mein hai, Surah Al-Fateh mein.</w:t>
      </w:r>
      <w:r>
        <w:br/>
      </w:r>
      <w:r>
        <w:rPr>
          <w:sz w:val="20"/>
        </w:rPr>
        <w:t>27:35  yani Rasool Allah ko Allah taala ne saaf saaf keh diya ke tere pichle gunah maaf, aage bhi gunah maaf.</w:t>
      </w:r>
      <w:r>
        <w:br/>
      </w:r>
      <w:r>
        <w:rPr>
          <w:sz w:val="20"/>
        </w:rPr>
        <w:t>27:46  Surah Al-Fateh mein.</w:t>
      </w:r>
      <w:r>
        <w:br/>
      </w:r>
      <w:r>
        <w:rPr>
          <w:sz w:val="20"/>
        </w:rPr>
        <w:t>27:50  kaisi ajeeb baat hai.</w:t>
      </w:r>
      <w:r>
        <w:br/>
      </w:r>
      <w:r>
        <w:rPr>
          <w:sz w:val="20"/>
        </w:rPr>
        <w:t>27:54  yani Allah taala ne khud Surah Al-Fateh mein ailan kar diya ke aye paygambar! tere peeche wale gunah bhi maaf, aage wale bhi gunah maaf.</w:t>
      </w:r>
      <w:r>
        <w:br/>
      </w:r>
      <w:r>
        <w:rPr>
          <w:sz w:val="20"/>
        </w:rPr>
        <w:t>28:05  is ke bawajood jante hain kya haal hua aap ka? hadith mein aata hai ke wallah la adri, wallah la adri, wallah la adri, wa ana rasool Allah,</w:t>
      </w:r>
      <w:r>
        <w:br/>
      </w:r>
      <w:r>
        <w:rPr>
          <w:sz w:val="20"/>
        </w:rPr>
        <w:t>28:19  ma yafaloon bi wa la bikum .</w:t>
      </w:r>
      <w:r>
        <w:br/>
      </w:r>
      <w:r>
        <w:rPr>
          <w:sz w:val="20"/>
        </w:rPr>
        <w:t>28:26  khuda ki qasam, main nahin janta. khuda ki qasam, main nahin janta. khuda ki qasam, main nahin janta. agarchay main Allah ka rasool hoon.</w:t>
      </w:r>
      <w:r>
        <w:br/>
      </w:r>
      <w:r>
        <w:rPr>
          <w:sz w:val="20"/>
        </w:rPr>
        <w:t>28:40  kya kiya jayega mere sath? kya kiya jayega tumhare sath? sahaba se kaha aap ne. aap ghore kijiye ke woh insan jis ke liye khud khuda ne apni kitab mein keh diya ho ke aye bakhsh, aye peghambar!</w:t>
      </w:r>
      <w:r>
        <w:br/>
      </w:r>
      <w:r>
        <w:rPr>
          <w:sz w:val="20"/>
        </w:rPr>
        <w:t>28:52  tujh ko hum ne bakhsh diya. woh keh raha hai apne baray mein ke main kuch nahin janta.</w:t>
      </w:r>
      <w:r>
        <w:br/>
      </w:r>
      <w:r>
        <w:rPr>
          <w:sz w:val="20"/>
        </w:rPr>
        <w:t>28:58  aye isi ko main kehta hoon, mixture of opposites. kaisa ek momin nibhata hai is cheez ko?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