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My prayers are not answered</w:t>
      </w:r>
    </w:p>
    <w:p>
      <w:r>
        <w:rPr>
          <w:sz w:val="18"/>
        </w:rPr>
        <w:t>Q&amp;A, lecture moments and clips · full transcripts with timestamps · exported 2026-09-21</w:t>
      </w:r>
    </w:p>
    <w:p>
      <w:pPr>
        <w:pStyle w:val="Heading1"/>
      </w:pPr>
      <w:r>
        <w:t>Maulana was asked (30)</w:t>
      </w:r>
    </w:p>
    <w:p>
      <w:pPr>
        <w:pStyle w:val="Heading2"/>
      </w:pPr>
      <w:r>
        <w:t>Why does God not answer prayers</w:t>
      </w:r>
    </w:p>
    <w:p>
      <w:r>
        <w:rPr>
          <w:color w:val="666666"/>
          <w:sz w:val="18"/>
        </w:rPr>
        <w:t>Concept of God December 7, 2014 · 2m 35s · at 1:01:47 · https://youtu.be/dCgL9lp8EAo?t=3707</w:t>
      </w:r>
    </w:p>
    <w:p>
      <w:r>
        <w:rPr>
          <w:i/>
        </w:rPr>
        <w:t>“A person calls out to God his whole life, but God never answers him even once. Is this God's proper way?”</w:t>
      </w:r>
    </w:p>
    <w:p>
      <w:r>
        <w:rPr>
          <w:sz w:val="20"/>
        </w:rPr>
        <w:t>1:01:47  maulana, agla sawal Dilli se kya hai Raj Malik sahib ne, aur unhon ne likha hai: "maulana, banda poori zindagi Khuda ko pukarta rehta hai, magar ek martaba bhi Khuda is ka jawab nahi deta.</w:t>
      </w:r>
      <w:r>
        <w:br/>
      </w:r>
      <w:r>
        <w:rPr>
          <w:sz w:val="20"/>
        </w:rPr>
        <w:t>1:02:03  kya yeh Khuda ka sahi tareeqa hai?"</w:t>
      </w:r>
      <w:r>
        <w:br/>
      </w:r>
      <w:r>
        <w:rPr>
          <w:sz w:val="20"/>
        </w:rPr>
        <w:t>1:02:08  nahi, to yeh to baat galat hai. yeh aap ke kehne hi galat hain. yeh possible hi nahi hai. woh sahi baat hai, use pukara hi nahi. woh yeh is ki, yaani is ki, yeh is woh samajhta hai, woh banda samajhta hai ke maine pukara, haalanke us ne pukara hi nahi.</w:t>
      </w:r>
      <w:r>
        <w:br/>
      </w:r>
      <w:r>
        <w:rPr>
          <w:sz w:val="20"/>
        </w:rPr>
        <w:t>1:02:32  yeh to bilkul aisi baat hai jo is ka koi base nahi hai. mein to Allah ko pukarta hoon aur har taraf mujhe jawab milta hai Allah ki taraf se.</w:t>
      </w:r>
      <w:r>
        <w:br/>
      </w:r>
      <w:r>
        <w:rPr>
          <w:sz w:val="20"/>
        </w:rPr>
        <w:t>1:02:44  lekin dekhein, agar mein pukaru ke Khuda mujhe duniya ka emperor bana de to yeh ek aamana dua hai, woh kabhi poori nahi hogi.</w:t>
      </w:r>
      <w:r>
        <w:br/>
      </w:r>
      <w:r>
        <w:rPr>
          <w:sz w:val="20"/>
        </w:rPr>
        <w:t>1:02:56  yeh aamana dua hai. aamana dua sunne ke liye Khuda baitha hua nahi hai. agar</w:t>
      </w:r>
      <w:r>
        <w:br/>
      </w:r>
      <w:r>
        <w:rPr>
          <w:sz w:val="20"/>
        </w:rPr>
        <w:t>1:03:03  mein kahun ke Khuda duniya se jo mere dushman hain, woh neest o naabood ho jayein to yeh aamana dua hai, woh kabhi nahi poori hogi. agar mein yeh dua karun ke Khudaaya, mein sari duniya ki daulat mere paas aa jaye to yeh stupid dua hai, woh kabhi poori nahi hogi.</w:t>
      </w:r>
      <w:r>
        <w:br/>
      </w:r>
      <w:r>
        <w:rPr>
          <w:sz w:val="20"/>
        </w:rPr>
        <w:t>1:03:22  to dua ke liye karne se pehle aap ko jaanna chahiye ke "What is the Christian plan of God?" . Khuda ki apni is ki wahan things kya hain?</w:t>
      </w:r>
      <w:r>
        <w:br/>
      </w:r>
      <w:r>
        <w:rPr>
          <w:sz w:val="20"/>
        </w:rPr>
        <w:t>1:03:32  is ke framework mein dua karein karein aap to zaroor poori hogi. log yunhi kisi baat ke liye dua karte hain, unhein poori hoti hai, kehte hain Khuda ne suni hi meri nahi.</w:t>
      </w:r>
      <w:r>
        <w:br/>
      </w:r>
      <w:r>
        <w:rPr>
          <w:sz w:val="20"/>
        </w:rPr>
        <w:t>1:03:46  aap jaaniye ke Khuda ke is ke options kya hain? Khuda, Khuda ke plan kya hai? Law of nature kya hai?</w:t>
      </w:r>
      <w:r>
        <w:br/>
      </w:r>
      <w:r>
        <w:rPr>
          <w:sz w:val="20"/>
        </w:rPr>
        <w:t>1:03:55  aur phir aap dua karein. lekin yaad rakhiye ke aap kitne hi sachche insaan hon, agar aap wahi dua karenge jo Khuda ki is ke options mein nahi hai to woh nahi poori, poori nahi hogi.</w:t>
      </w:r>
      <w:r>
        <w:br/>
      </w:r>
      <w:r>
        <w:rPr>
          <w:sz w:val="20"/>
        </w:rPr>
        <w:t>1:04:08  kabhi nahi poori hogi.</w:t>
      </w:r>
      <w:r>
        <w:br/>
      </w:r>
      <w:r>
        <w:rPr>
          <w:sz w:val="20"/>
        </w:rPr>
        <w:t>1:04:13  yeh to hypothesis hi galat hai.</w:t>
      </w:r>
    </w:p>
    <w:p>
      <w:pPr>
        <w:pStyle w:val="Heading2"/>
      </w:pPr>
      <w:r>
        <w:t>Unanswered prayers and deeds</w:t>
      </w:r>
    </w:p>
    <w:p>
      <w:r>
        <w:rPr>
          <w:color w:val="666666"/>
          <w:sz w:val="18"/>
        </w:rPr>
        <w:t>Importance of Ijtihad December 21,2014 · 1m 56s · at 49:22 · https://youtu.be/6AgisKQ8V7s?t=2962</w:t>
      </w:r>
    </w:p>
    <w:p>
      <w:r>
        <w:rPr>
          <w:i/>
        </w:rPr>
        <w:t>“If a person's prayer is not accepted for a long time, what should he think? Is all his deeds wasted or something else?”</w:t>
      </w:r>
    </w:p>
    <w:p>
      <w:r>
        <w:rPr>
          <w:sz w:val="20"/>
        </w:rPr>
        <w:t>49:22  maulana, ab sawal lete hain jo Jameel Akhtar sahib ne Delhi se bheja hai aur unhon ne likha</w:t>
      </w:r>
      <w:r>
        <w:br/>
      </w:r>
      <w:r>
        <w:rPr>
          <w:sz w:val="20"/>
        </w:rPr>
        <w:t>49:28  hai ke agar kisi shakhs ki dua lambe arse tak qabool na hoti hai to woh kya soche?</w:t>
      </w:r>
      <w:r>
        <w:br/>
      </w:r>
      <w:r>
        <w:rPr>
          <w:sz w:val="20"/>
        </w:rPr>
        <w:t>49:34  kya is ka sara amal bekar hai ya kuch aur? dekhiye, dua ke mamle mein hadith mein aya</w:t>
      </w:r>
      <w:r>
        <w:br/>
      </w:r>
      <w:r>
        <w:rPr>
          <w:sz w:val="20"/>
        </w:rPr>
        <w:t>49:40  hai ke dua ka matlab yeh nahi ke jo aap dua karen woh poora ho jaye.</w:t>
      </w:r>
      <w:r>
        <w:br/>
      </w:r>
      <w:r>
        <w:rPr>
          <w:sz w:val="20"/>
        </w:rPr>
        <w:t>49:46  hamesha aisa hoga ke dua according to law of nature qabool hogi.</w:t>
      </w:r>
      <w:r>
        <w:br/>
      </w:r>
      <w:r>
        <w:rPr>
          <w:sz w:val="20"/>
        </w:rPr>
        <w:t>49:51  mein dua karoon ke yeh building jo hai sone ki building ho jaye to hazar saal tak bhi</w:t>
      </w:r>
      <w:r>
        <w:br/>
      </w:r>
      <w:r>
        <w:rPr>
          <w:sz w:val="20"/>
        </w:rPr>
        <w:t>49:57  nahi hogi, woh nahi hogi, kabhi bhi nahi hogi.</w:t>
      </w:r>
      <w:r>
        <w:br/>
      </w:r>
      <w:r>
        <w:rPr>
          <w:sz w:val="20"/>
        </w:rPr>
        <w:t>50:03  maine apne bete ko papering kar ke bigad rakha hai, ab mein dua karoon mera beta jo</w:t>
      </w:r>
      <w:r>
        <w:br/>
      </w:r>
      <w:r>
        <w:rPr>
          <w:sz w:val="20"/>
        </w:rPr>
        <w:t>50:09  hai abubakar siddique ban jaye to kabhi qabool nahi hogi.</w:t>
      </w:r>
      <w:r>
        <w:br/>
      </w:r>
      <w:r>
        <w:rPr>
          <w:sz w:val="20"/>
        </w:rPr>
        <w:t>50:15  agar mein galat tareeqe se business kar raha hoon aur business mera chal nahi raha to aap dua</w:t>
      </w:r>
      <w:r>
        <w:br/>
      </w:r>
      <w:r>
        <w:rPr>
          <w:sz w:val="20"/>
        </w:rPr>
        <w:t>50:21  karoon to kabhi bhi nahi chalega.</w:t>
      </w:r>
      <w:r>
        <w:br/>
      </w:r>
      <w:r>
        <w:rPr>
          <w:sz w:val="20"/>
        </w:rPr>
        <w:t>50:26  woh toh yaad rakhiye, dua jo hai hamesha according to law of nature qabool hoti hai.</w:t>
      </w:r>
      <w:r>
        <w:br/>
      </w:r>
      <w:r>
        <w:rPr>
          <w:sz w:val="20"/>
        </w:rPr>
        <w:t>50:32  toh jab bhi dua qabool na ho rahi ho toh aap yeh mat samjhiye ke Allah ne qabool nahi kiya.</w:t>
      </w:r>
      <w:r>
        <w:br/>
      </w:r>
      <w:r>
        <w:rPr>
          <w:sz w:val="20"/>
        </w:rPr>
        <w:t>50:38  yeh samjhiye ke aap ne dua hi galat kar rakhi hai.</w:t>
      </w:r>
      <w:r>
        <w:br/>
      </w:r>
      <w:r>
        <w:rPr>
          <w:sz w:val="20"/>
        </w:rPr>
        <w:t>50:44  isko discover kijiye.</w:t>
      </w:r>
      <w:r>
        <w:br/>
      </w:r>
      <w:r>
        <w:rPr>
          <w:sz w:val="20"/>
        </w:rPr>
        <w:t>50:50  agar yeh batate hain is mein ke woh dua kya kar rakhi hai unhone toh mein batata,</w:t>
      </w:r>
      <w:r>
        <w:br/>
      </w:r>
      <w:r>
        <w:rPr>
          <w:sz w:val="20"/>
        </w:rPr>
        <w:t>50:56  yeh toh bataya nahi.</w:t>
      </w:r>
      <w:r>
        <w:br/>
      </w:r>
      <w:r>
        <w:rPr>
          <w:sz w:val="20"/>
        </w:rPr>
        <w:t>51:02  toh mein as a principle bata sakta hoon, phir woh batayein mujhe ke dua kya kya tha jo</w:t>
      </w:r>
      <w:r>
        <w:br/>
      </w:r>
      <w:r>
        <w:rPr>
          <w:sz w:val="20"/>
        </w:rPr>
        <w:t>51:07  qabool nahi hui.</w:t>
      </w:r>
      <w:r>
        <w:br/>
      </w:r>
      <w:r>
        <w:rPr>
          <w:sz w:val="20"/>
        </w:rPr>
        <w:t>51:13  toh mein abhi bataunga isi waqt ke unhone dua hi galat kar rakhi hogi.</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Why is prayer concentration not achieved?</w:t>
      </w:r>
    </w:p>
    <w:p>
      <w:r>
        <w:rPr>
          <w:color w:val="666666"/>
          <w:sz w:val="18"/>
        </w:rPr>
        <w:t>Discovery of Paradise March 22, 2015 · 1m 57s · at 46:30 · https://youtu.be/2axrfd7sZkE?t=2790</w:t>
      </w:r>
    </w:p>
    <w:p>
      <w:r>
        <w:rPr>
          <w:i/>
        </w:rPr>
        <w:t>“In prayer, the concentration on God that is obtained by reading the Quran or by examining various situations is not achieved. What is the reason for this?”</w:t>
      </w:r>
    </w:p>
    <w:p>
      <w:r>
        <w:rPr>
          <w:sz w:val="20"/>
        </w:rPr>
        <w:t>46:30  Maulana, yeh sawal aaya hai Muhammad Abrar sahib ka Allahabad se, aur unhone aapse poocha hai ke Maulana, namaz mein woh Khuda par concentration nahi hasil hota jo Quran ko parhne se ya mukhtalif halaat ka jaiza lene se hasil hota hai.</w:t>
      </w:r>
      <w:r>
        <w:br/>
      </w:r>
      <w:r>
        <w:rPr>
          <w:sz w:val="20"/>
        </w:rPr>
        <w:t>46:50  is ka kya karan hai?</w:t>
      </w:r>
      <w:r>
        <w:br/>
      </w:r>
      <w:r>
        <w:rPr>
          <w:sz w:val="20"/>
        </w:rPr>
        <w:t>46:56  dekhein, aaj kal jo hai namaz ko log form samajhne lage hain, form bas samajhte hain ke yani ek form hai, us ko dohra diya to namaz ho gayi.</w:t>
      </w:r>
      <w:r>
        <w:br/>
      </w:r>
      <w:r>
        <w:rPr>
          <w:sz w:val="20"/>
        </w:rPr>
        <w:t>47:10  to consciously ya unconsciously aadmi ka mind isi form pe laga rehta hai, haalanke form jo hai secretary cheez hai.</w:t>
      </w:r>
      <w:r>
        <w:br/>
      </w:r>
      <w:r>
        <w:rPr>
          <w:sz w:val="20"/>
        </w:rPr>
        <w:t>47:19  asal cheez hai woh jo aap Quran mein parhte hain, woh jo woh namaz mein parhte hain.</w:t>
      </w:r>
      <w:r>
        <w:br/>
      </w:r>
      <w:r>
        <w:rPr>
          <w:sz w:val="20"/>
        </w:rPr>
        <w:t>47:26  misal ke taur par aap ne farz kare ke namaz shuru ki aur us ke baad kaha ke Allah o Akbar. to aap, aap agar aap sochein ke Allah o Akbar kitni badi cheez hai ke is universe mein sab se badi cheez Allah hai,</w:t>
      </w:r>
      <w:r>
        <w:br/>
      </w:r>
      <w:r>
        <w:rPr>
          <w:sz w:val="20"/>
        </w:rPr>
        <w:t>47:40  yeh sochte hi aap ko ek dam ek dil ke andar ek nayi kaifiyat paida ho jayegi.</w:t>
      </w:r>
      <w:r>
        <w:br/>
      </w:r>
      <w:r>
        <w:rPr>
          <w:sz w:val="20"/>
        </w:rPr>
        <w:t>47:50  to yeh jo phenomena hai, yeh form based namaz ka hai, marifat based namaz ka nahi hai. to namaz mein jo aap parhte hain,</w:t>
      </w:r>
      <w:r>
        <w:br/>
      </w:r>
      <w:r>
        <w:rPr>
          <w:sz w:val="20"/>
        </w:rPr>
        <w:t>48:04  Allah o Akbar ya Alhamdulillah ya aur aur jo cheezein hain, us ko jitna zyada us ke maani par jitna zyada dhyan karein ge aap, utna hi aap ke andar yani haqeeqi namaz paida</w:t>
      </w:r>
      <w:r>
        <w:br/>
      </w:r>
      <w:r>
        <w:rPr>
          <w:sz w:val="20"/>
        </w:rPr>
        <w:t>48:16  hogi. agar sirf form ko aap ne yaad kar liya, usi ko dohra rahe hain to us se khushbu wali namaz nahi aa sakti.</w:t>
      </w:r>
    </w:p>
    <w:p>
      <w:pPr>
        <w:pStyle w:val="Heading2"/>
      </w:pPr>
      <w:r>
        <w:t>Advice for those upset by unanswered prayers</w:t>
      </w:r>
    </w:p>
    <w:p>
      <w:r>
        <w:rPr>
          <w:color w:val="666666"/>
          <w:sz w:val="18"/>
        </w:rPr>
        <w:t>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Unanswered prayers: God angry or request unreasonable?</w:t>
      </w:r>
    </w:p>
    <w:p>
      <w:r>
        <w:rPr>
          <w:color w:val="666666"/>
          <w:sz w:val="18"/>
        </w:rPr>
        <w:t>God Gives in Abundance 13 Oct 2019 - Maulana Wahiduddin Khan · 3m 24s · at 33:07 · https://youtu.be/eC4RaczXBzM?t=1987</w:t>
      </w:r>
    </w:p>
    <w:p>
      <w:r>
        <w:rPr>
          <w:i/>
        </w:rPr>
        <w:t>“When God does not answer our prayers, how should we interpret it? Is God angry with us, and is it that our request to Allah is unreasonable? Often when we pray to Allah for something, it is not accepted; should we interpret this as Allah being angry with us or our prayer being unreasonable?”</w:t>
      </w:r>
    </w:p>
    <w:p>
      <w:r>
        <w:rPr>
          <w:sz w:val="20"/>
        </w:rPr>
        <w:t>33:07  Maulana sawal lena chahenge. Yeh sawal bheja hai Lucknow se Muhammad Hussain sahib ne. Unhone likha hai: "Maulana, when God does not answer our prayers, then how should we interpret it?</w:t>
      </w:r>
      <w:r>
        <w:br/>
      </w:r>
      <w:r>
        <w:rPr>
          <w:sz w:val="20"/>
        </w:rPr>
        <w:t>33:23  Is God angry with us, or is it that our request to Allah is unreasonable?"</w:t>
      </w:r>
      <w:r>
        <w:br/>
      </w:r>
      <w:r>
        <w:rPr>
          <w:sz w:val="20"/>
        </w:rPr>
        <w:t>33:32  Kya matlab woh ke aksar jab hum dua karte hain Allah se kisi cheez ke liye toh woh qabool nahin hoti hai? Toh kya isko aise interpret karein ke hamari, hamare se ya toh Allah naraz hai ya hamari jo dua thi woh unreasonable thi?</w:t>
      </w:r>
      <w:r>
        <w:br/>
      </w:r>
      <w:r>
        <w:rPr>
          <w:sz w:val="20"/>
        </w:rPr>
        <w:t>33:50  Nahin, yeh baat bilkul galat hai ke qabool nahin hui. Dekhein, dua ke bare mein ek bahut important baat yeh hai ke dua hum toh karte hain apne lehaz se,</w:t>
      </w:r>
      <w:r>
        <w:br/>
      </w:r>
      <w:r>
        <w:rPr>
          <w:sz w:val="20"/>
        </w:rPr>
        <w:t>34:09  Qabool hoti hai Allah ke lehaz se. Isi liye dua mein hamesha der lagti hai. Aap chahenge ke aaj meri dua poori ho jaye, Allah ke plan mein uska time hoga kal, parson, nerson.</w:t>
      </w:r>
      <w:r>
        <w:br/>
      </w:r>
      <w:r>
        <w:rPr>
          <w:sz w:val="20"/>
        </w:rPr>
        <w:t>34:26  Toh Allah ke plan ke mutabiq dua qabool hoti hai. Isi liye dua karne wale ko bahut zyada kaha gaya ke intezar, intezar karo.</w:t>
      </w:r>
      <w:r>
        <w:br/>
      </w:r>
      <w:r>
        <w:rPr>
          <w:sz w:val="20"/>
        </w:rPr>
        <w:t>34:40  Hata ke yeh hadith aayi hai, hadith ke intezar karna ek bahut badi ibadat hai. Aap dua karein.</w:t>
      </w:r>
      <w:r>
        <w:br/>
      </w:r>
      <w:r>
        <w:rPr>
          <w:sz w:val="20"/>
        </w:rPr>
        <w:t>34:53  Dekhein, do</w:t>
      </w:r>
      <w:r>
        <w:br/>
      </w:r>
      <w:r>
        <w:rPr>
          <w:sz w:val="20"/>
        </w:rPr>
        <w:t>34:57  Shart honi chahiye. Ek toh yeh ke dua genuine dua ho. Dua genuine ka matlab hai ke Allah ke plan ke mutabiq ho.</w:t>
      </w:r>
      <w:r>
        <w:br/>
      </w:r>
      <w:r>
        <w:rPr>
          <w:sz w:val="20"/>
        </w:rPr>
        <w:t>35:10  Misal ke taur par mujhe aaj khabar mili ke Nadwa ke jo</w:t>
      </w:r>
      <w:r>
        <w:br/>
      </w:r>
      <w:r>
        <w:rPr>
          <w:sz w:val="20"/>
        </w:rPr>
        <w:t>35:19  Jo Nadir sahib hain, unki tabiyat theek nahin hai. Toh maine dua ki ke Allah Nadir sahib ko sehat ata farma.</w:t>
      </w:r>
      <w:r>
        <w:br/>
      </w:r>
      <w:r>
        <w:rPr>
          <w:sz w:val="20"/>
        </w:rPr>
        <w:t>35:32  Toh yeh yeh dua jo hai, genuine dua kahi jayegi kyunke woh insaan ek insaan ki khair khwahi ke liye hai.</w:t>
      </w:r>
      <w:r>
        <w:br/>
      </w:r>
      <w:r>
        <w:rPr>
          <w:sz w:val="20"/>
        </w:rPr>
        <w:t>35:42  Ulti dua mein karoon toh uske bare mein hum ko umeed nahin rakhni chahiye ke woh qabool hogi. Toh dua genuine ho aur aap intezar karein ke Allah apne plan ke mutabiq aaj nahin toh kal, kal nahin toh parson, isko qabool farmayega.</w:t>
      </w:r>
      <w:r>
        <w:br/>
      </w:r>
      <w:r>
        <w:rPr>
          <w:sz w:val="20"/>
        </w:rPr>
        <w:t>36:06  Dr. Junaid Sheikh ne Mumbai se likha hai: "Maulana, your today voice was very powerful. Your every sentence gives me spiritual jolt and conviction in God.</w:t>
      </w:r>
      <w:r>
        <w:br/>
      </w:r>
      <w:r>
        <w:rPr>
          <w:sz w:val="20"/>
        </w:rPr>
        <w:t>36:18  Jazak Allah." Masha Allah. Ah, Miss Ayesha Yasra ne Visakhapatnam se likha hai: "Maulana sahib, aaj ke lecture bahut valuable hain.</w:t>
      </w:r>
    </w:p>
    <w:p>
      <w:pPr>
        <w:pStyle w:val="Heading2"/>
      </w:pPr>
      <w:r>
        <w:t>World's worth and unanswered prayers</w:t>
      </w:r>
    </w:p>
    <w:p>
      <w:r>
        <w:rPr>
          <w:color w:val="666666"/>
          <w:sz w:val="18"/>
        </w:rPr>
        <w:t>Peaceful Islamic Mission December 28, 2014 · 47s · at 1:03:47 · https://youtu.be/aLacalXEtRA?t=3827</w:t>
      </w:r>
    </w:p>
    <w:p>
      <w:r>
        <w:rPr>
          <w:i/>
        </w:rPr>
        <w:t>“A hadith says that the value of this world is not even equal to the wing of a fly. Now a person asks Allah according to his need, but he does not get it.”</w:t>
      </w:r>
    </w:p>
    <w:p>
      <w:r>
        <w:rPr>
          <w:sz w:val="20"/>
        </w:rPr>
        <w:t>1:03:47  maulana, agla sawal dilli se hai raj malik sahib ka, aur unhon ne likha hai ke: "hadith mein</w:t>
      </w:r>
      <w:r>
        <w:br/>
      </w:r>
      <w:r>
        <w:rPr>
          <w:sz w:val="20"/>
        </w:rPr>
        <w:t>1:03:53  hai ke is dunya ki qeemat makhi ke par ke barabar bhi nahin hai.</w:t>
      </w:r>
      <w:r>
        <w:br/>
      </w:r>
      <w:r>
        <w:rPr>
          <w:sz w:val="20"/>
        </w:rPr>
        <w:t>1:03:59  ab ek insaan apni zaroorat ke mutabiq Allah se mangta hai, magar woh use nahin milta.</w:t>
      </w:r>
      <w:r>
        <w:br/>
      </w:r>
      <w:r>
        <w:rPr>
          <w:sz w:val="20"/>
        </w:rPr>
        <w:t>1:04:05  to jo Allah itni choti cheez nahin deta, woh jannat jaisi qeemti cheez kaise dega?" bhai, yeh</w:t>
      </w:r>
      <w:r>
        <w:br/>
      </w:r>
      <w:r>
        <w:rPr>
          <w:sz w:val="20"/>
        </w:rPr>
        <w:t>1:04:11  ek anokha, anokha sawal hai.</w:t>
      </w:r>
      <w:r>
        <w:br/>
      </w:r>
      <w:r>
        <w:rPr>
          <w:sz w:val="20"/>
        </w:rPr>
        <w:t>1:04:17  is ka to aap bhi jawab de dijiye.</w:t>
      </w:r>
      <w:r>
        <w:br/>
      </w:r>
      <w:r>
        <w:rPr>
          <w:sz w:val="20"/>
        </w:rPr>
        <w:t>1:04:23  yeh meri samajh nahin aati, kya sawal hai yeh? un se kahiye ke mujh se mile, woh ji,</w:t>
      </w:r>
      <w:r>
        <w:br/>
      </w:r>
      <w:r>
        <w:rPr>
          <w:sz w:val="20"/>
        </w:rPr>
        <w:t>1:04:29  mujh se mulaqat karein, woh ji.</w:t>
      </w:r>
    </w:p>
    <w:p>
      <w:pPr>
        <w:pStyle w:val="Heading2"/>
      </w:pPr>
      <w:r>
        <w:t>Reason for Unfulfilled Halal Wishes</w:t>
      </w:r>
    </w:p>
    <w:p>
      <w:r>
        <w:rPr>
          <w:color w:val="666666"/>
          <w:sz w:val="18"/>
        </w:rPr>
        <w:t>The Quran September 20, 2020 Maulana Wahiduddin Khan · 2m 13s · at 29:52 · https://youtu.be/yQZGg2A0-Tk?t=1792</w:t>
      </w:r>
    </w:p>
    <w:p>
      <w:r>
        <w:rPr>
          <w:i/>
        </w:rPr>
        <w:t>“What is the reason behind not getting halal wishes fulfilled? Please explain.”</w:t>
      </w:r>
    </w:p>
    <w:p>
      <w:r>
        <w:rPr>
          <w:sz w:val="20"/>
        </w:rPr>
        <w:t>29:52  Maulana, Miss Khushi Khan ne Calcutta se sawal bheja hai. Unhon ne likha hai: "What is the reason behind not getting the halaal wishes fulfilled?</w:t>
      </w:r>
      <w:r>
        <w:br/>
      </w:r>
      <w:r>
        <w:rPr>
          <w:sz w:val="20"/>
        </w:rPr>
        <w:t>30:05  Is ke bare mein bataen." Kya halaal? Kya wishes? Halaal wishes kyun nahin? Haan, jaaiz wishes kyun nahin fulfill hoti hain?</w:t>
      </w:r>
      <w:r>
        <w:br/>
      </w:r>
      <w:r>
        <w:rPr>
          <w:sz w:val="20"/>
        </w:rPr>
        <w:t>30:18  Is ke peeche kya kaaran hai? Kya matlab?</w:t>
      </w:r>
      <w:r>
        <w:br/>
      </w:r>
      <w:r>
        <w:rPr>
          <w:sz w:val="20"/>
        </w:rPr>
        <w:t>30:22  Maulana, woh yeh pooch rahi hain ke jaaiz khwahishat jo hoti hain insaan ki, woh kyun poori nahin hoti hain? Aadmi koi jaaiz khwahish karta hai, durust hoti hai, woh poori nahin ho paati.</w:t>
      </w:r>
      <w:r>
        <w:br/>
      </w:r>
      <w:r>
        <w:rPr>
          <w:sz w:val="20"/>
        </w:rPr>
        <w:t>30:35  Kyun nahin hoti hain?</w:t>
      </w:r>
      <w:r>
        <w:br/>
      </w:r>
      <w:r>
        <w:rPr>
          <w:sz w:val="20"/>
        </w:rPr>
        <w:t>30:37  To aap is ke liye jo zaroori koshish hai, woh karenge. Aap ko milegi. Free mein to nahin milegi.</w:t>
      </w:r>
      <w:r>
        <w:br/>
      </w:r>
      <w:r>
        <w:rPr>
          <w:sz w:val="20"/>
        </w:rPr>
        <w:t>30:46  Free mein to suraj ki roshni mili hui hai. Isi tarah sab cheezen milti hain. Aap is ke liye jo zaroori koshish karen to mil jayengi.</w:t>
      </w:r>
      <w:r>
        <w:br/>
      </w:r>
      <w:r>
        <w:rPr>
          <w:sz w:val="20"/>
        </w:rPr>
        <w:t>31:00  Maulana, aksar log dua dua karte hain aur un ke hisaab se woh jaaiz dua hoti hai, lekin woh qubool nahin hoti. To is par yeh sawal aata hai ke woh to jaaiz thi dua, to phir kyun nahin qubool hui?</w:t>
      </w:r>
      <w:r>
        <w:br/>
      </w:r>
      <w:r>
        <w:rPr>
          <w:sz w:val="20"/>
        </w:rPr>
        <w:t>31:14  Nahin, yeh kahin likha nahin hai Quran mein ke jaaiz hai to qubool ho jayegi. Jaaiz hai to qubool ho jayegi, yeh kahin nahin likha hai.</w:t>
      </w:r>
      <w:r>
        <w:br/>
      </w:r>
      <w:r>
        <w:rPr>
          <w:sz w:val="20"/>
        </w:rPr>
        <w:t>31:24  Aap ko dua ke har dua ki alag alag sharaait poori karni padengi. Alag alag jaaiz na-jaaiz, woh woh shart nahin hai.</w:t>
      </w:r>
      <w:r>
        <w:br/>
      </w:r>
      <w:r>
        <w:rPr>
          <w:sz w:val="20"/>
        </w:rPr>
        <w:t>31:45  Maulana, Hadees mein hai ke jo dua ki jaati hai, agar woh dunya mein nahin mile to aakhirat ke liye zakhira bana diya jata hai.</w:t>
      </w:r>
      <w:r>
        <w:br/>
      </w:r>
      <w:r>
        <w:rPr>
          <w:sz w:val="20"/>
        </w:rPr>
        <w:t>31:55  Haan, yeh bhi hai. Lekin bahut zyada aap ko agar aap.</w:t>
      </w:r>
    </w:p>
    <w:p>
      <w:pPr>
        <w:pStyle w:val="Heading2"/>
      </w:pPr>
      <w:r>
        <w:t>Why no positive change from prayers?</w:t>
      </w:r>
    </w:p>
    <w:p>
      <w:r>
        <w:rPr>
          <w:color w:val="666666"/>
          <w:sz w:val="18"/>
        </w:rPr>
        <w:t>The Age of Alternative April 24, 2016 · 1m 15s · at 44:55 · https://youtu.be/JoilI-TK4Ig?t=2695</w:t>
      </w:r>
    </w:p>
    <w:p>
      <w:r>
        <w:rPr>
          <w:i/>
        </w:rPr>
        <w:t>“Nowadays most emphasis is on prayers, but the result is zero. No positive change is seen in Muslims. Why is that? The reason is that they have taken the meaning of prayer as form. They emphasize form, not speed.”</w:t>
      </w:r>
    </w:p>
    <w:p>
      <w:r>
        <w:rPr>
          <w:sz w:val="20"/>
        </w:rPr>
        <w:t>44:55  allah taala aap ko aur gul zeeba sahiba ko jaza-e-khair ata farmaye. maulana, agla sawal dhampur se aaya hai mehtab sahib ka, aur unhon ne likha hai ke maulana sahib, aaj kal sab se ziyada zor namazon par diya ja raha hai,</w:t>
      </w:r>
      <w:r>
        <w:br/>
      </w:r>
      <w:r>
        <w:rPr>
          <w:sz w:val="20"/>
        </w:rPr>
        <w:t>45:13  magar nateeja zero hai. musalman mein koi positive change nahi dikhta. aisa kyun? is ki wajah yeh hai ke namaz ka matlab le liya unhon ne form.</w:t>
      </w:r>
      <w:r>
        <w:br/>
      </w:r>
      <w:r>
        <w:rPr>
          <w:sz w:val="20"/>
        </w:rPr>
        <w:t>45:26  jo dua zor de rahe hain, woh form par zor de rahe hain, speed par nahi. aap in ki taqreerein parh ke suniye, in ke program mein jaiye. woh log namaz par zor rahe hain sirf form ke aitbaar se, speed ke aitbaar se nahi.</w:t>
      </w:r>
      <w:r>
        <w:br/>
      </w:r>
      <w:r>
        <w:rPr>
          <w:sz w:val="20"/>
        </w:rPr>
        <w:t>45:41  aur yeh hadees mein aata hai ke "masahib amirah wa kharab min al-huda". yeh hadees hai ke aik zamana aaye ga jab ke musalmanon ki masjidain namaziyon se bhari hongi,</w:t>
      </w:r>
      <w:r>
        <w:br/>
      </w:r>
      <w:r>
        <w:rPr>
          <w:sz w:val="20"/>
        </w:rPr>
        <w:t>45:57  lekin hidayat se khali hongi. is ka matlab kya hai? yaani form walay namaziyon se, form walay namaziyon se bhari hongi, aur speed walay namaziyon se khali hongi.</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When Dua Is Not Accepted, Resorting to Dargahs</w:t>
      </w:r>
    </w:p>
    <w:p>
      <w:r>
        <w:rPr>
          <w:color w:val="666666"/>
          <w:sz w:val="18"/>
        </w:rPr>
        <w:t>Divine Help September 22, 2015 · 6m 26s · at 29:50 · https://youtu.be/sozrNCif0Gg?t=1790</w:t>
      </w:r>
    </w:p>
    <w:p>
      <w:r>
        <w:rPr>
          <w:i/>
        </w:rPr>
        <w:t>“Some people link divine help with their duas being accepted. They think if their dua is not accepted, then God is not pleased with them, and many end up going for shortcuts like amulets and even to dargah to get their wish fulfilled. What is your opinion on this?”</w:t>
      </w:r>
    </w:p>
    <w:p>
      <w:r>
        <w:rPr>
          <w:sz w:val="20"/>
        </w:rPr>
        <w:t>29:50  jazak Allah. molana, sawal lena chahenge. yeh sawal bheja hai ahmedabad se muhammad imran sahab ne.</w:t>
      </w:r>
      <w:r>
        <w:br/>
      </w:r>
      <w:r>
        <w:rPr>
          <w:sz w:val="20"/>
        </w:rPr>
        <w:t>30:02  unhone likha hai: "Molana, some people link divine help with their duas being accepted. They think if their dua is not accepted, then God is not pleased with them,</w:t>
      </w:r>
      <w:r>
        <w:br/>
      </w:r>
      <w:r>
        <w:rPr>
          <w:sz w:val="20"/>
        </w:rPr>
        <w:t>30:17  and many end up going for shortcuts like taweez aur even to dargah to get their wish fulfilled." molana, what is your opinion on this?</w:t>
      </w:r>
      <w:r>
        <w:br/>
      </w:r>
      <w:r>
        <w:rPr>
          <w:sz w:val="20"/>
        </w:rPr>
        <w:t>30:32  dekhiye, taweez aur dargah toh bilkul absurd cheezein hain. inka Islam se koi taluq nahi hai. bilkul taluq nahi hai, bilkul taluq nahi hai.</w:t>
      </w:r>
      <w:r>
        <w:br/>
      </w:r>
      <w:r>
        <w:rPr>
          <w:sz w:val="20"/>
        </w:rPr>
        <w:t>30:43  dua jo hai, dua toh Quran se sabit hai, hadith se sabit hai, rasool Allah ki sunnat se sabit hai. dua bohat hi bari</w:t>
      </w:r>
      <w:r>
        <w:br/>
      </w:r>
      <w:r>
        <w:rPr>
          <w:sz w:val="20"/>
        </w:rPr>
        <w:t>30:51  cheez hai. lekin yaad rakhiye, dua fifty-fifty hai. dua ka muamla fifty-fifty hai. yaani aadha kaam aap karte hain, aadha kaam Allah ke hukum se, faisle karte hain.</w:t>
      </w:r>
      <w:r>
        <w:br/>
      </w:r>
      <w:r>
        <w:rPr>
          <w:sz w:val="20"/>
        </w:rPr>
        <w:t>31:11  toh aap agar apna aadha kaam na karein toh kuch bhi hone wala nahi. kuch bhi nahi hoga, kuch bhi nahi.</w:t>
      </w:r>
      <w:r>
        <w:br/>
      </w:r>
      <w:r>
        <w:rPr>
          <w:sz w:val="20"/>
        </w:rPr>
        <w:t>31:21  toh iske maani kya hain? dua shuru hoti hai discovery se, marifat se. sab se pehle aap ko jaanna padta hai ke what is the plan of God Allah ki planning kya hai?</w:t>
      </w:r>
      <w:r>
        <w:br/>
      </w:r>
      <w:r>
        <w:rPr>
          <w:sz w:val="20"/>
        </w:rPr>
        <w:t>31:38  main apne aap ko kahan khada karoon?</w:t>
      </w:r>
      <w:r>
        <w:br/>
      </w:r>
      <w:r>
        <w:rPr>
          <w:sz w:val="20"/>
        </w:rPr>
        <w:t>31:43  apne aap ko kahan khada karoon?</w:t>
      </w:r>
      <w:r>
        <w:br/>
      </w:r>
      <w:r>
        <w:rPr>
          <w:sz w:val="20"/>
        </w:rPr>
        <w:t>31:45  jaise baarish ho rahi hai, aap apne aap ko maidan mein khada karna padega. pahad ki choti par khada hoon toh baarish nahi milegi aap ko.</w:t>
      </w:r>
      <w:r>
        <w:br/>
      </w:r>
      <w:r>
        <w:rPr>
          <w:sz w:val="20"/>
        </w:rPr>
        <w:t>31:57  pahaad ki choti par khade ho jayein aap toh aap ko baarish nahi milegi. aap ko maidan mein khada karna padega, tab baarish milegi.</w:t>
      </w:r>
      <w:r>
        <w:br/>
      </w:r>
      <w:r>
        <w:rPr>
          <w:sz w:val="20"/>
        </w:rPr>
        <w:t>32:07  toh dua ka aaghaz dua ke kalmaat dua se nahi hai, harghiz nahi hai.</w:t>
      </w:r>
      <w:r>
        <w:br/>
      </w:r>
      <w:r>
        <w:rPr>
          <w:sz w:val="20"/>
        </w:rPr>
        <w:t>32:14  dua ka aaghaz hai sab se pehle yeh ek cheez janne ka, iski discovery karne ka ke Allah ki iski options kya hain, Allah ki planning kya hai.</w:t>
      </w:r>
      <w:r>
        <w:br/>
      </w:r>
      <w:r>
        <w:rPr>
          <w:sz w:val="20"/>
        </w:rPr>
        <w:t>32:30  main kaise apne aap ko is mein lagaoon? misaal ke taur par dekhiye, Allah taala ne beeswi sadi mein English zabaan ko international zabaan bana diya.</w:t>
      </w:r>
      <w:r>
        <w:br/>
      </w:r>
      <w:r>
        <w:rPr>
          <w:sz w:val="20"/>
        </w:rPr>
        <w:t>32:44  British Empire ko ek ek aalami empire bana diya. yeh kaha jata tha ke the sun never set in the British Empire toh hum is mein ladne lage.</w:t>
      </w:r>
      <w:r>
        <w:br/>
      </w:r>
      <w:r>
        <w:rPr>
          <w:sz w:val="20"/>
        </w:rPr>
        <w:t>32:58  jaane nahi ke Allah ki planning kya hai. yeh bilkul main samajhta hoon ke jo log lade woh andhe bhare log the. toh aap ko bohat is ko lena chahiye tha ba-taur opportunity ko, na ke ba-taur dushmani ko.</w:t>
      </w:r>
      <w:r>
        <w:br/>
      </w:r>
      <w:r>
        <w:rPr>
          <w:sz w:val="20"/>
        </w:rPr>
        <w:t>33:12  british empire hamari dushman nahi thi, hamari opportunity thi. yani is ne sari dunya mein darwaza khol diya dawat ka.</w:t>
      </w:r>
      <w:r>
        <w:br/>
      </w:r>
      <w:r>
        <w:rPr>
          <w:sz w:val="20"/>
        </w:rPr>
        <w:t>33:22  unhein wahi to laya dunya mein communication, unhi ki zuban mein to communication laya.</w:t>
      </w:r>
      <w:r>
        <w:br/>
      </w:r>
      <w:r>
        <w:rPr>
          <w:sz w:val="20"/>
        </w:rPr>
        <w:t>33:30  to un ke zamane mein Allah ne communication khola, international language paida ki. to doriye is is mawaqe ko avail karne ke liye.</w:t>
      </w:r>
      <w:r>
        <w:br/>
      </w:r>
      <w:r>
        <w:rPr>
          <w:sz w:val="20"/>
        </w:rPr>
        <w:t>33:40  to british empire ka zamana jadeed opportunity ko avail karne ka zamana tha. jo log british ab wahan se lade, mera khayal hai woh bilkul andhe bhare log thay.</w:t>
      </w:r>
      <w:r>
        <w:br/>
      </w:r>
      <w:r>
        <w:rPr>
          <w:sz w:val="20"/>
        </w:rPr>
        <w:t>33:52  kuch unhein pata nahi</w:t>
      </w:r>
      <w:r>
        <w:br/>
      </w:r>
      <w:r>
        <w:rPr>
          <w:sz w:val="20"/>
        </w:rPr>
        <w:t>33:53  tha. khwamkhwah lade. yani apne apne hamiyon se lade. woh to aap ke hami thay, aap ki himayat ke liye nikle thay.</w:t>
      </w:r>
      <w:r>
        <w:br/>
      </w:r>
      <w:r>
        <w:rPr>
          <w:sz w:val="20"/>
        </w:rPr>
        <w:t>34:03  woh jo lad rahe hain, is ko talwar mar rahe hain, is ko pathar mar rahe hain. yeh andha pan hi hai. isi ko kaha gaya hai ke fitna dohama.</w:t>
      </w:r>
      <w:r>
        <w:br/>
      </w:r>
      <w:r>
        <w:rPr>
          <w:sz w:val="20"/>
        </w:rPr>
        <w:t>34:16  fitna dohama jo hai, is ko kaha jata hai ke utter darkness. yeh fitna dohama tha.</w:t>
      </w:r>
      <w:r>
        <w:br/>
      </w:r>
      <w:r>
        <w:rPr>
          <w:sz w:val="20"/>
        </w:rPr>
        <w:t>34:24  phir utter jab mawaqe almi mawaqe khule to musalman utter darkness mein par gaye, andhe pan mein par gaye.</w:t>
      </w:r>
      <w:r>
        <w:br/>
      </w:r>
      <w:r>
        <w:rPr>
          <w:sz w:val="20"/>
        </w:rPr>
        <w:t>34:33  woh lad rahe hain, khwamkhwah lad rahe hain. avail nahi kiya is ko. yani sare almi mawaqe khule hain british empire ke zamane mein.</w:t>
      </w:r>
      <w:r>
        <w:br/>
      </w:r>
      <w:r>
        <w:rPr>
          <w:sz w:val="20"/>
        </w:rPr>
        <w:t>34:43  is ko avail kijiye. ladna kya hai?</w:t>
      </w:r>
      <w:r>
        <w:br/>
      </w:r>
      <w:r>
        <w:rPr>
          <w:sz w:val="20"/>
        </w:rPr>
        <w:t>34:51  molana, kuch aur comments parhna chahein ge.</w:t>
      </w:r>
      <w:r>
        <w:br/>
      </w:r>
      <w:r>
        <w:rPr>
          <w:sz w:val="20"/>
        </w:rPr>
        <w:t>34:54  sajid anwar sahib ne mumbai se likha hai: "Molana, my takeaway from today's lecture is, irrespective of the situation, one always finds himself amidst Dawa opportunities.</w:t>
      </w:r>
      <w:r>
        <w:br/>
      </w:r>
      <w:r>
        <w:rPr>
          <w:sz w:val="20"/>
        </w:rPr>
        <w:t>35:09  What we are required is to avail the same. I rededicate myself for this Dawa mission." doctor naghma siddiqui ne dilli se likha hai:</w:t>
      </w:r>
      <w:r>
        <w:br/>
      </w:r>
      <w:r>
        <w:rPr>
          <w:sz w:val="20"/>
        </w:rPr>
        <w:t>35:22  "It is thrilling to know that all of God's opportunities have been universalized. We just have to open our minds and plan, and the whole world will come to our support." mashallah.</w:t>
      </w:r>
      <w:r>
        <w:br/>
      </w:r>
      <w:r>
        <w:rPr>
          <w:sz w:val="20"/>
        </w:rPr>
        <w:t>35:39  mehtab ahmad sahib ne dhampur se likha hai: "Molana sahib, beshak aap ki baat hundred percent sahi hai.</w:t>
      </w:r>
      <w:r>
        <w:br/>
      </w:r>
      <w:r>
        <w:rPr>
          <w:sz w:val="20"/>
        </w:rPr>
        <w:t>35:48  react na karna se bohat bara benefit milta hai. is ka mujhe khud experience hua. jazak Allah molana sahib." mashallah.</w:t>
      </w:r>
      <w:r>
        <w:br/>
      </w:r>
      <w:r>
        <w:rPr>
          <w:sz w:val="20"/>
        </w:rPr>
        <w:t>36:00  doctor junaid shaikh ne mumbai se likha hai: "Molana, no one except you discovered the concept de-monopolization and outsourcing, which are greatest blessings of God Almighty.</w:t>
      </w:r>
      <w:r>
        <w:br/>
      </w:r>
      <w:r>
        <w:rPr>
          <w:sz w:val="20"/>
        </w:rPr>
        <w:t>36:14  jazak Allah. mashallah.</w:t>
      </w:r>
    </w:p>
    <w:p>
      <w:pPr>
        <w:pStyle w:val="Heading2"/>
      </w:pPr>
      <w:r>
        <w:t>Obstacles to acceptance of prayer in individual life</w:t>
      </w:r>
    </w:p>
    <w:p>
      <w:r>
        <w:rPr>
          <w:color w:val="666666"/>
          <w:sz w:val="18"/>
        </w:rPr>
        <w:t>Dars-e-Quran, Chapter 2, Verses 67-73, May 6, 2018 · 52s · at 44:04 · https://youtu.be/JAsg4SpiVDU?t=2644</w:t>
      </w:r>
    </w:p>
    <w:p>
      <w:r>
        <w:rPr>
          <w:i/>
        </w:rPr>
        <w:t>“Is there any obstacle in individual life that becomes a barrier to the acceptance of prayer? Please explain.”</w:t>
      </w:r>
    </w:p>
    <w:p>
      <w:r>
        <w:rPr>
          <w:sz w:val="20"/>
        </w:rPr>
        <w:t>44:04  Maulana, agla sawal bheja hai Javed. Javed Hayat sahab ne Mumbai se, unhone likha hai: "Maulana, kya infradi zindagi mein bhi koi baqra hota hai jo dua ki qubooliyat mein rukawat ban jata hai?</w:t>
      </w:r>
      <w:r>
        <w:br/>
      </w:r>
      <w:r>
        <w:rPr>
          <w:sz w:val="20"/>
        </w:rPr>
        <w:t>44:22  Is ke bare mein bataein." Zaroor, zaroor hota hai, aur sab se bara baqra hai ke apni ghalti ka ilzam doosron ko dena.</w:t>
      </w:r>
      <w:r>
        <w:br/>
      </w:r>
      <w:r>
        <w:rPr>
          <w:sz w:val="20"/>
        </w:rPr>
        <w:t>44:32  Har ghar mein dekhiye, biwi ilzam deti hai shohar ko, aur shohar ilzam deta hai biwi ko. Har ghar mein yahi dajjal chal rahi hai, har paros mein, har jagah.</w:t>
      </w:r>
      <w:r>
        <w:br/>
      </w:r>
      <w:r>
        <w:rPr>
          <w:sz w:val="20"/>
        </w:rPr>
        <w:t>44:47  Blame others ka culture yahi dajali hai, yeh sari duniya mein chal raha hai. Blame others, blame others!</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Dealing with distractions during prayer</w:t>
      </w:r>
    </w:p>
    <w:p>
      <w:r>
        <w:rPr>
          <w:color w:val="666666"/>
          <w:sz w:val="18"/>
        </w:rPr>
        <w:t>The Quran September 20, 2020 Maulana Wahiduddin Khan · 1m 13s · at 23:12 · https://youtu.be/yQZGg2A0-Tk?t=1392</w:t>
      </w:r>
    </w:p>
    <w:p>
      <w:r>
        <w:rPr>
          <w:i/>
        </w:rPr>
        <w:t>“Sometimes during prayer, various thoughts come to mind. What should I do so that no thoughts come?”</w:t>
      </w:r>
    </w:p>
    <w:p>
      <w:r>
        <w:rPr>
          <w:sz w:val="20"/>
        </w:rPr>
        <w:t>23:12  maulana, agla sawal bheja hai bhopal se syed ghosh meer sahib ne.</w:t>
      </w:r>
      <w:r>
        <w:br/>
      </w:r>
      <w:r>
        <w:rPr>
          <w:sz w:val="20"/>
        </w:rPr>
        <w:t>23:22  unhon ne likha hai: "maulana sahib, kabhi kabhi namaz padhte waqt mann mein kuch bhi khayal aa jata hai. mann mein khayal nahi aaye, us ke liye kya karein?"</w:t>
      </w:r>
      <w:r>
        <w:br/>
      </w:r>
      <w:r>
        <w:rPr>
          <w:sz w:val="20"/>
        </w:rPr>
        <w:t>23:35  nahi, us ki ek toh zaroori nahi ke doosri baatein na aayen. woh toh aati hain har dafa.</w:t>
      </w:r>
      <w:r>
        <w:br/>
      </w:r>
      <w:r>
        <w:rPr>
          <w:sz w:val="20"/>
        </w:rPr>
        <w:t>23:47  toh yeh koi shart nahi hai.</w:t>
      </w:r>
      <w:r>
        <w:br/>
      </w:r>
      <w:r>
        <w:rPr>
          <w:sz w:val="20"/>
        </w:rPr>
        <w:t>23:51  shart yeh hai ke aap us ke bawajood quran par ghor kar rahe hote hain. yaani doosre khayalat aayen, doosri baatein zehan mein aayen, phir bhi aap quran ki padh ghor fikr karte rahen.</w:t>
      </w:r>
      <w:r>
        <w:br/>
      </w:r>
      <w:r>
        <w:rPr>
          <w:sz w:val="20"/>
        </w:rPr>
        <w:t>24:05  yeh matlab hai ke nahi ke woh cheez koi aur cheez aap ke zehan se nikal jaye. sirf quran hi quran rahe. yeh yeh kabhi ho nahi sakta.</w:t>
      </w:r>
      <w:r>
        <w:br/>
      </w:r>
      <w:r>
        <w:rPr>
          <w:sz w:val="20"/>
        </w:rPr>
        <w:t>24:17  sahaba ke andar bhi aisa nahi hota.</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Was any Prophet's prayer not accepted?</w:t>
      </w:r>
    </w:p>
    <w:p>
      <w:r>
        <w:rPr>
          <w:color w:val="666666"/>
          <w:sz w:val="18"/>
        </w:rPr>
        <w:t>Q&amp;A 04 Mar 2012 Maulana Wahiduddin Khan · 3m 07s · at 21:29 · https://youtu.be/txRmutuvWQI?t=1289</w:t>
      </w:r>
    </w:p>
    <w:p>
      <w:r>
        <w:rPr>
          <w:i/>
        </w:rPr>
        <w:t>“The prayers of the Prophets are always accepted by God. Is there any case when Prophet Muhammad prayed for something but God did not accept it?”</w:t>
      </w:r>
    </w:p>
    <w:p>
      <w:r>
        <w:rPr>
          <w:sz w:val="20"/>
        </w:rPr>
        <w:t>21:29  maulana, agla sawal haiderabad se aaya hai misster zeeshan yusuf ka. unhon ne aap se poocha hai ke is dua "made by prophets" always accepted by Allah.</w:t>
      </w:r>
      <w:r>
        <w:br/>
      </w:r>
      <w:r>
        <w:rPr>
          <w:sz w:val="20"/>
        </w:rPr>
        <w:t>21:40  is there any case when prophet Muhammad asked something in dua, but Allah did not accept it?</w:t>
      </w:r>
      <w:r>
        <w:br/>
      </w:r>
      <w:r>
        <w:rPr>
          <w:sz w:val="20"/>
        </w:rPr>
        <w:t>21:48  haan, is ki maujood hai. ummat ke liye dua ki thi aap ne,</w:t>
      </w:r>
      <w:r>
        <w:br/>
      </w:r>
      <w:r>
        <w:rPr>
          <w:sz w:val="20"/>
        </w:rPr>
        <w:t>21:56  woh Allah taala ne qabool nahi ki. khud rasool Allah ne farmaya ke qabool nahi hui. kya cheez qabool nahi hui thi? sab bahmi ikhtilaf hain.</w:t>
      </w:r>
      <w:r>
        <w:br/>
      </w:r>
      <w:r>
        <w:rPr>
          <w:sz w:val="20"/>
        </w:rPr>
        <w:t>22:06  bahmi ikhtilaf. rasool Allah sal Allah alaihi wasallam ne dua ki Allah taala se ke meri ummat mein bahmi ikhtilaf na ho,</w:t>
      </w:r>
      <w:r>
        <w:br/>
      </w:r>
      <w:r>
        <w:rPr>
          <w:sz w:val="20"/>
        </w:rPr>
        <w:t>22:15  bahmi ikhtilaf na ho. lamba sajda kiya tha aap ne, to aap ne khud farmaya ke yeh qabool nahi hui.</w:t>
      </w:r>
      <w:r>
        <w:br/>
      </w:r>
      <w:r>
        <w:rPr>
          <w:sz w:val="20"/>
        </w:rPr>
        <w:t>22:26  to is ka maani hai ke jab musalman bahmi ikhtilaf kar ke apas mein, yani aik doosray ke negative ban jayen, nafratain karain aur buraiyan phailayen, jhootay ilzamat lagayen,</w:t>
      </w:r>
      <w:r>
        <w:br/>
      </w:r>
      <w:r>
        <w:rPr>
          <w:sz w:val="20"/>
        </w:rPr>
        <w:t>22:41  dekhen, bahmi ikhtilaf sadah baat nahi hai.</w:t>
      </w:r>
      <w:r>
        <w:br/>
      </w:r>
      <w:r>
        <w:rPr>
          <w:sz w:val="20"/>
        </w:rPr>
        <w:t>22:44  bahmi ikhtilaf ke do maani hain. aik yeh hai jis ko kehtay hain "dissent". dissent yani</w:t>
      </w:r>
      <w:r>
        <w:br/>
      </w:r>
      <w:r>
        <w:rPr>
          <w:sz w:val="20"/>
        </w:rPr>
        <w:t>22:54  ikhtilafi rai ka izhaar. decent is very good. decent mein koi kharabi nahi hai. d i double s e n t.</w:t>
      </w:r>
      <w:r>
        <w:br/>
      </w:r>
      <w:r>
        <w:rPr>
          <w:sz w:val="20"/>
        </w:rPr>
        <w:t>23:04  decent mein koi kharabi nahi hai. woh koi burai nahi hai. woh lekin yeh buri cheez hai ke aap kisi se aap ko ikhtilaf ho to aap us ke dushman ban jayen, us ko badnaam karen, jhoote ilzaam lagayen,</w:t>
      </w:r>
      <w:r>
        <w:br/>
      </w:r>
      <w:r>
        <w:rPr>
          <w:sz w:val="20"/>
        </w:rPr>
        <w:t>23:19  us ka character assassination karen. yeh sab yeh sab buri cheezain hain. to is se Allah Rasool Allah ne dua ki thi ke yeh meri qom is mein na mubtala ho, is burai mein.</w:t>
      </w:r>
      <w:r>
        <w:br/>
      </w:r>
      <w:r>
        <w:rPr>
          <w:sz w:val="20"/>
        </w:rPr>
        <w:t>23:28  to dua qabool nahi hui. kyunke agar yeh agar Allah taala is ummat ko is se, yani</w:t>
      </w:r>
      <w:r>
        <w:br/>
      </w:r>
      <w:r>
        <w:rPr>
          <w:sz w:val="20"/>
        </w:rPr>
        <w:t>23:36  is se woh kar de, mehfooz kar de, to un ka imtehan kis cheez mein hoga? un ka test kis cheez mein liya jayega? to test khatam ho jata tha.</w:t>
      </w:r>
      <w:r>
        <w:br/>
      </w:r>
      <w:r>
        <w:rPr>
          <w:sz w:val="20"/>
        </w:rPr>
        <w:t>23:45  is liye qabool nahi hui dua. to musalmanon ko bohat zyada darna chahiye is baat se</w:t>
      </w:r>
      <w:r>
        <w:br/>
      </w:r>
      <w:r>
        <w:rPr>
          <w:sz w:val="20"/>
        </w:rPr>
        <w:t>23:54  ke ikhtilaf kar ke jo aaj kal aam hai, aam jahan ikhtilaf hua, foran jhooti baaten phailane lage is ke baray mein.</w:t>
      </w:r>
      <w:r>
        <w:br/>
      </w:r>
      <w:r>
        <w:rPr>
          <w:sz w:val="20"/>
        </w:rPr>
        <w:t>24:03  jahan ikhtilaf hua, ilzaam tarashi, aib zani, yahan se shuru kar di. to yeh woh maqam hai jahan</w:t>
      </w:r>
      <w:r>
        <w:br/>
      </w:r>
      <w:r>
        <w:rPr>
          <w:sz w:val="20"/>
        </w:rPr>
        <w:t>24:11  aik Allah aur Rasool ka saath dene wale nahi hain. jo is mein mubtala hoga, to us ko Allah aur Rasool ka saath nahi milega. aap ko decent ka haq bilashuba hai, decent ka daleel ke saath.</w:t>
      </w:r>
      <w:r>
        <w:br/>
      </w:r>
      <w:r>
        <w:rPr>
          <w:sz w:val="20"/>
        </w:rPr>
        <w:t>24:23  lekin kisi ka character assassination, kisi ki aib zani, kisi ki ilzaam tarashi,</w:t>
      </w:r>
      <w:r>
        <w:br/>
      </w:r>
      <w:r>
        <w:rPr>
          <w:sz w:val="20"/>
        </w:rPr>
        <w:t>24:29  jhoota badnaam karna, yeh bilashuba haram se bhi zyada buri cheez hai. is mein koi shaq nahi hai.</w:t>
      </w:r>
    </w:p>
    <w:p>
      <w:pPr>
        <w:pStyle w:val="Heading2"/>
      </w:pPr>
      <w:r>
        <w:t>Imamat of prophet's funeral prayer</w:t>
      </w:r>
    </w:p>
    <w:p>
      <w:r>
        <w:rPr>
          <w:color w:val="666666"/>
          <w:sz w:val="18"/>
        </w:rPr>
        <w:t>Revival and Revivalist | June 7, 2015 · 53s · at 53:18 · https://youtu.be/tJqheiPlZ94?t=3198</w:t>
      </w:r>
    </w:p>
    <w:p>
      <w:r>
        <w:rPr>
          <w:i/>
        </w:rPr>
        <w:t>“Why was the imamat of prayers of the dead body of a prophet not done?”</w:t>
      </w:r>
    </w:p>
    <w:p>
      <w:r>
        <w:rPr>
          <w:sz w:val="20"/>
        </w:rPr>
        <w:t>53:18  is ka ke hamari ab hamari zimmedari yeh hai ke hum is ko boost karein. hum booster banein. to inshallah woh mukammal ho jayega. maulana, yeh agla sawal kiya hai mukhtar ahmad ne bihar se. why the imamat of prayers of the dead body of a prophet was not done? yeh koi sawal nahin hai. aap kitabein padhi hain, aap ne</w:t>
      </w:r>
      <w:r>
        <w:br/>
      </w:r>
      <w:r>
        <w:rPr>
          <w:sz w:val="20"/>
        </w:rPr>
        <w:t>53:48  puri khasi kitaben nahin padhi hain tareekh ki.</w:t>
      </w:r>
      <w:r>
        <w:br/>
      </w:r>
      <w:r>
        <w:rPr>
          <w:sz w:val="20"/>
        </w:rPr>
        <w:t>53:51  yeh koi masla nahin hai.</w:t>
      </w:r>
      <w:r>
        <w:br/>
      </w:r>
      <w:r>
        <w:rPr>
          <w:sz w:val="20"/>
        </w:rPr>
        <w:t>53:55  aap kitaben padhiye.</w:t>
      </w:r>
      <w:r>
        <w:br/>
      </w:r>
      <w:r>
        <w:rPr>
          <w:sz w:val="20"/>
        </w:rPr>
        <w:t>53:58  agar aap urdu padhna chahte hain to un ki kitab padhiye.</w:t>
      </w:r>
      <w:r>
        <w:br/>
      </w:r>
      <w:r>
        <w:rPr>
          <w:sz w:val="20"/>
        </w:rPr>
        <w:t>54:01  tareekh-e-Islam ne yeh abadi ki padhiye.</w:t>
      </w:r>
      <w:r>
        <w:br/>
      </w:r>
      <w:r>
        <w:rPr>
          <w:sz w:val="20"/>
        </w:rPr>
        <w:t>54:05  arabi padhna chahte hain, al-bada'eh woh nara padhe padhiye.</w:t>
      </w:r>
      <w:r>
        <w:br/>
      </w:r>
      <w:r>
        <w:rPr>
          <w:sz w:val="20"/>
        </w:rPr>
        <w:t>54:08  is mein aap ko jawab mil jaega.</w:t>
      </w:r>
    </w:p>
    <w:p>
      <w:pPr>
        <w:pStyle w:val="Heading2"/>
      </w:pPr>
      <w:r>
        <w:t>Spirituality not leading to worship of God</w:t>
      </w:r>
    </w:p>
    <w:p>
      <w:r>
        <w:rPr>
          <w:color w:val="666666"/>
          <w:sz w:val="18"/>
        </w:rPr>
        <w:t>Spiritual Goal January 15, 2017 · 50s · at 53:39 · https://youtu.be/D3JYu4p_P34?t=3219</w:t>
      </w:r>
    </w:p>
    <w:p>
      <w:r>
        <w:rPr>
          <w:i/>
        </w:rPr>
        <w:t>“When spirituality is not leading us to worship of God, then where could the fault be? What is your opinion on this?”</w:t>
      </w:r>
    </w:p>
    <w:p>
      <w:r>
        <w:rPr>
          <w:sz w:val="20"/>
        </w:rPr>
        <w:t>53:39  ji, maulana, agla sawal kolkata se aa bheja hai aa muhammad bilal shafi sahib ne, aur unhon ne</w:t>
      </w:r>
      <w:r>
        <w:br/>
      </w:r>
      <w:r>
        <w:rPr>
          <w:sz w:val="20"/>
        </w:rPr>
        <w:t>53:45  likha hai: "When spirituality is not leading us to worship of God, then where could the fault be?</w:t>
      </w:r>
      <w:r>
        <w:br/>
      </w:r>
      <w:r>
        <w:rPr>
          <w:sz w:val="20"/>
        </w:rPr>
        <w:t>53:51  What is your opinion on this, maulana sahib?</w:t>
      </w:r>
      <w:r>
        <w:br/>
      </w:r>
      <w:r>
        <w:rPr>
          <w:sz w:val="20"/>
        </w:rPr>
        <w:t>53:57  " ab yeh case ko le ke janna parega kaun sa case aap ke saamne hai.</w:t>
      </w:r>
      <w:r>
        <w:br/>
      </w:r>
      <w:r>
        <w:rPr>
          <w:sz w:val="20"/>
        </w:rPr>
        <w:t>54:04  kuch rare cases hain shayad yeh.</w:t>
      </w:r>
      <w:r>
        <w:br/>
      </w:r>
      <w:r>
        <w:rPr>
          <w:sz w:val="20"/>
        </w:rPr>
        <w:t>54:10  to case study karni paregi ke jis ki aap baat kar rahe hain, woh is ka mindset kya hai.</w:t>
      </w:r>
      <w:r>
        <w:br/>
      </w:r>
      <w:r>
        <w:rPr>
          <w:sz w:val="20"/>
        </w:rPr>
        <w:t>54:17  ji, is ke mutabiq us se baat kijiye aur kitabein dijiye.</w:t>
      </w:r>
      <w:r>
        <w:br/>
      </w:r>
      <w:r>
        <w:rPr>
          <w:sz w:val="20"/>
        </w:rPr>
        <w:t>54:23  ji, quran ka translation dijiye.</w:t>
      </w:r>
      <w:r>
        <w:br/>
      </w:r>
      <w:r>
        <w:rPr>
          <w:sz w:val="20"/>
        </w:rPr>
        <w:t>54:30  maulana, agla sawal lene se pehle ek comment parhna chahenge jo lahore se tariq badr sahib ne bheja hai.</w:t>
      </w:r>
    </w:p>
    <w:p>
      <w:pPr>
        <w:pStyle w:val="Heading2"/>
      </w:pPr>
      <w:r>
        <w:t>Missing Asr Prayer Due to Work</w:t>
      </w:r>
    </w:p>
    <w:p>
      <w:r>
        <w:rPr>
          <w:color w:val="666666"/>
          <w:sz w:val="18"/>
        </w:rPr>
        <w:t>How to Lead a Life of Fulfilment September 24, 2017 · 7m 18s · at 53:04 · https://youtu.be/WUoQOo2_zd8?t=3184</w:t>
      </w:r>
    </w:p>
    <w:p>
      <w:r>
        <w:rPr>
          <w:i/>
        </w:rPr>
        <w:t>“I work in Saudi Arabia as a mechanic. My duty time is such that the Asr prayer becomes qada (missed). I cannot offer it on duty. What should I do?”</w:t>
      </w:r>
    </w:p>
    <w:p>
      <w:r>
        <w:rPr>
          <w:sz w:val="20"/>
        </w:rPr>
        <w:t>53:04  molana agla sawal saudi arabia se farooq warsi sahib ne bheja hai unhon ne likha hai molana sahib</w:t>
      </w:r>
      <w:r>
        <w:br/>
      </w:r>
      <w:r>
        <w:rPr>
          <w:sz w:val="20"/>
        </w:rPr>
        <w:t>53:13  main saudi mein job karta hoon as a mechanic</w:t>
      </w:r>
      <w:r>
        <w:br/>
      </w:r>
      <w:r>
        <w:rPr>
          <w:sz w:val="20"/>
        </w:rPr>
        <w:t>53:18  mera duty time kuch aisa hai ke namaz asar qaza ho jati hai duty par ada nahi kar</w:t>
      </w:r>
      <w:r>
        <w:br/>
      </w:r>
      <w:r>
        <w:rPr>
          <w:sz w:val="20"/>
        </w:rPr>
        <w:t>53:25  sakta kyunke mechanic work bohat mushkil kaam hai aur ziyada safai wala kaam nahi hai to kya main</w:t>
      </w:r>
      <w:r>
        <w:br/>
      </w:r>
      <w:r>
        <w:rPr>
          <w:sz w:val="20"/>
        </w:rPr>
        <w:t>53:34  namaz jama kar ke parh sakta hoon zuhar ki aur asar ki ya phir asar ki qaza namaz</w:t>
      </w:r>
      <w:r>
        <w:br/>
      </w:r>
      <w:r>
        <w:rPr>
          <w:sz w:val="20"/>
        </w:rPr>
        <w:t>53:41  ada karna acha hai is ko wazeh karein dekhiye main aap ko</w:t>
      </w:r>
      <w:r>
        <w:br/>
      </w:r>
      <w:r>
        <w:rPr>
          <w:sz w:val="20"/>
        </w:rPr>
        <w:t>53:48  aman abu hanifa ka ek</w:t>
      </w:r>
      <w:r>
        <w:br/>
      </w:r>
      <w:r>
        <w:rPr>
          <w:sz w:val="20"/>
        </w:rPr>
        <w:t>53:50  qol batata hoon bohat hi bohat hi beauty full</w:t>
      </w:r>
      <w:r>
        <w:br/>
      </w:r>
      <w:r>
        <w:rPr>
          <w:sz w:val="20"/>
        </w:rPr>
        <w:t>53:55  elustration hai amaan abu hanifa se poocha gaya ke main</w:t>
      </w:r>
      <w:r>
        <w:br/>
      </w:r>
      <w:r>
        <w:rPr>
          <w:sz w:val="20"/>
        </w:rPr>
        <w:t>54:02  mujhe bhook lagi hai aur khana agaya</w:t>
      </w:r>
      <w:r>
        <w:br/>
      </w:r>
      <w:r>
        <w:rPr>
          <w:sz w:val="20"/>
        </w:rPr>
        <w:t>54:05  aur time namaz ka bhi time agaya</w:t>
      </w:r>
      <w:r>
        <w:br/>
      </w:r>
      <w:r>
        <w:rPr>
          <w:sz w:val="20"/>
        </w:rPr>
        <w:t>54:09  yani bhook bhi hai khana bhi hai lekin namaz ka bhi time hai to main kya karoon</w:t>
      </w:r>
      <w:r>
        <w:br/>
      </w:r>
      <w:r>
        <w:rPr>
          <w:sz w:val="20"/>
        </w:rPr>
        <w:t>54:17  to unhon ne itna acha jawab diya</w:t>
      </w:r>
      <w:r>
        <w:br/>
      </w:r>
      <w:r>
        <w:rPr>
          <w:sz w:val="20"/>
        </w:rPr>
        <w:t>54:22  ke main is ko pasand karoon ga ke main khana khaoon aur namaz ko yaad karoon namaz mere</w:t>
      </w:r>
      <w:r>
        <w:br/>
      </w:r>
      <w:r>
        <w:rPr>
          <w:sz w:val="20"/>
        </w:rPr>
        <w:t>54:29  dil mein rahe is ki bajaye ke main</w:t>
      </w:r>
      <w:r>
        <w:br/>
      </w:r>
      <w:r>
        <w:rPr>
          <w:sz w:val="20"/>
        </w:rPr>
        <w:t>54:34  namaz parhoon aur aur</w:t>
      </w:r>
      <w:r>
        <w:br/>
      </w:r>
      <w:r>
        <w:rPr>
          <w:sz w:val="20"/>
        </w:rPr>
        <w:t>54:35  khane ko yaad karoon mere dil mein khana khana ho kitni bari baat yeh hai namaz dil mein parh jati hai dil mein</w:t>
      </w:r>
      <w:r>
        <w:br/>
      </w:r>
      <w:r>
        <w:rPr>
          <w:sz w:val="20"/>
        </w:rPr>
        <w:t>54:48  to ap office mein hoon duty kar rahe hain aur time hoga namaz ka to imam abu hanifa</w:t>
      </w:r>
      <w:r>
        <w:br/>
      </w:r>
      <w:r>
        <w:rPr>
          <w:sz w:val="20"/>
        </w:rPr>
        <w:t>54:55  ke is qol ke mutabiq</w:t>
      </w:r>
      <w:r>
        <w:br/>
      </w:r>
      <w:r>
        <w:rPr>
          <w:sz w:val="20"/>
        </w:rPr>
        <w:t>54:57  ap apne office ka kaam kijiye aur dil mein namaz ko rakhiye</w:t>
      </w:r>
      <w:r>
        <w:br/>
      </w:r>
      <w:r>
        <w:rPr>
          <w:sz w:val="20"/>
        </w:rPr>
        <w:t>55:03  bataur ap kar rahe hain office ka kaam lekin ap ke dil mein namaz ki adat</w:t>
      </w:r>
      <w:r>
        <w:br/>
      </w:r>
      <w:r>
        <w:rPr>
          <w:sz w:val="20"/>
        </w:rPr>
        <w:t>55:11  to yeh zyada acha hai yani kitni bari baat kahi imam abu hanifa ne ke main</w:t>
      </w:r>
      <w:r>
        <w:br/>
      </w:r>
      <w:r>
        <w:rPr>
          <w:sz w:val="20"/>
        </w:rPr>
        <w:t>55:19  khana khaoon aur namaz mere dil mein basi ho woh woh mere liye acha hai is liye ke</w:t>
      </w:r>
      <w:r>
        <w:br/>
      </w:r>
      <w:r>
        <w:rPr>
          <w:sz w:val="20"/>
        </w:rPr>
        <w:t>55:24  main main aisa karoon ke main namaz parhoon aur khana mere dil mein basa hua ho</w:t>
      </w:r>
      <w:r>
        <w:br/>
      </w:r>
      <w:r>
        <w:rPr>
          <w:sz w:val="20"/>
        </w:rPr>
        <w:t>55:34  is</w:t>
      </w:r>
      <w:r>
        <w:br/>
      </w:r>
      <w:r>
        <w:rPr>
          <w:sz w:val="20"/>
        </w:rPr>
        <w:t>55:34  se acha jawab nahi ho sakta is ka aksar log yeh baat poochte hain aap bas yahi dekhte hain ke namaz ka time ho gaya</w:t>
      </w:r>
      <w:r>
        <w:br/>
      </w:r>
      <w:r>
        <w:rPr>
          <w:sz w:val="20"/>
        </w:rPr>
        <w:t>55:44  wisdom aap ne daryaft nahi ki namaz ki wisdom yeh koi baat hi nahi ke namaz ka time ho gaya agar yeh baat hoti to Imam Hanifa yeh kehte ke bhai time jab hoga to namaz parhna hai yeh nahi kaha unhonay to namaz log parhte hain lekin namaz ki wisdom se bekhabar hain bohat hi ajeeb baat hai</w:t>
      </w:r>
      <w:r>
        <w:br/>
      </w:r>
      <w:r>
        <w:rPr>
          <w:sz w:val="20"/>
        </w:rPr>
        <w:t>56:12  aik martaba mein kya hua ke mein amreeka mein tha to mujh ko logon ne juma ki namaz parhne ke liye keh diya</w:t>
      </w:r>
      <w:r>
        <w:br/>
      </w:r>
      <w:r>
        <w:rPr>
          <w:sz w:val="20"/>
        </w:rPr>
        <w:t>56:24  to mujhe pata nahi tha ke is ke riwaj kya hai to mein khutba diya aur shayad do minute pehle mera khutba khatam ho gaya to mein muhammad ke liye khara ho gaya</w:t>
      </w:r>
      <w:r>
        <w:br/>
      </w:r>
      <w:r>
        <w:rPr>
          <w:sz w:val="20"/>
        </w:rPr>
        <w:t>56:40  namaz parha hi main ne acha sahib kiya hua</w:t>
      </w:r>
      <w:r>
        <w:br/>
      </w:r>
      <w:r>
        <w:rPr>
          <w:sz w:val="20"/>
        </w:rPr>
        <w:t>56:44  namaz jab khatam hui na to aik sahib ne hangama kar diya</w:t>
      </w:r>
      <w:r>
        <w:br/>
      </w:r>
      <w:r>
        <w:rPr>
          <w:sz w:val="20"/>
        </w:rPr>
        <w:t>56:49  hangama kar diya</w:t>
      </w:r>
      <w:r>
        <w:br/>
      </w:r>
      <w:r>
        <w:rPr>
          <w:sz w:val="20"/>
        </w:rPr>
        <w:t>56:52  to main ne pata kiya bhai yeh kya hangama kar rahe hain yeh main ne in ka hangama</w:t>
      </w:r>
      <w:r>
        <w:br/>
      </w:r>
      <w:r>
        <w:rPr>
          <w:sz w:val="20"/>
        </w:rPr>
        <w:t>56:57  yeh tha ke woh kisi se office mein kaam karte the to ghari dekh kar wahan se chalte</w:t>
      </w:r>
      <w:r>
        <w:br/>
      </w:r>
      <w:r>
        <w:rPr>
          <w:sz w:val="20"/>
        </w:rPr>
        <w:t>57:01  the apni car par theek waqt par pohanchte the jab takbeer oola hone wali thi to har har</w:t>
      </w:r>
      <w:r>
        <w:br/>
      </w:r>
      <w:r>
        <w:rPr>
          <w:sz w:val="20"/>
        </w:rPr>
        <w:t>57:10  juma ko unhein takbeer oola mil jati thi</w:t>
      </w:r>
      <w:r>
        <w:br/>
      </w:r>
      <w:r>
        <w:rPr>
          <w:sz w:val="20"/>
        </w:rPr>
        <w:t>57:14  to is tarah ka hangama kar rahe hain</w:t>
      </w:r>
      <w:r>
        <w:br/>
      </w:r>
      <w:r>
        <w:rPr>
          <w:sz w:val="20"/>
        </w:rPr>
        <w:t>57:17  mein ne kaha ke unhein woh namaz parhte hain lekin namaz ke be adab pata hi nahin</w:t>
      </w:r>
      <w:r>
        <w:br/>
      </w:r>
      <w:r>
        <w:rPr>
          <w:sz w:val="20"/>
        </w:rPr>
        <w:t>57:24  dekhie yeh bhi namaz</w:t>
      </w:r>
      <w:r>
        <w:br/>
      </w:r>
      <w:r>
        <w:rPr>
          <w:sz w:val="20"/>
        </w:rPr>
        <w:t>57:26  hai ke ap ko yeh ehsas ho ke af woh aurat to meri takbeer poora fote ho gayi</w:t>
      </w:r>
      <w:r>
        <w:br/>
      </w:r>
      <w:r>
        <w:rPr>
          <w:sz w:val="20"/>
        </w:rPr>
        <w:t>57:33  yani repentance ziyada bari cheez hai ba muqabla is ke keo mein mein mein to kabhi meri namaz</w:t>
      </w:r>
      <w:r>
        <w:br/>
      </w:r>
      <w:r>
        <w:rPr>
          <w:sz w:val="20"/>
        </w:rPr>
        <w:t>57:42  woh kabhi takbeer ul fote fote nahin hoti Allah ko yeh yeh pasand nahin hai ke ap ke dil</w:t>
      </w:r>
      <w:r>
        <w:br/>
      </w:r>
      <w:r>
        <w:rPr>
          <w:sz w:val="20"/>
        </w:rPr>
        <w:t>57:48  mein yeh ho ke mein itna zabardast namazi hoon ke meri kabhi takbeer ul fote nahin hoti nahin tawazu</w:t>
      </w:r>
      <w:r>
        <w:br/>
      </w:r>
      <w:r>
        <w:rPr>
          <w:sz w:val="20"/>
        </w:rPr>
        <w:t>57:57  modesty yeh Allah ko ziyada pasand hai</w:t>
      </w:r>
      <w:r>
        <w:br/>
      </w:r>
      <w:r>
        <w:rPr>
          <w:sz w:val="20"/>
        </w:rPr>
        <w:t>58:03  isi liye hadith mein aata hai ke agar tum gunah na karo yani Allah ko pasand hai ke insan gunah kare aur aur is ke andar repentance aaye</w:t>
      </w:r>
      <w:r>
        <w:br/>
      </w:r>
      <w:r>
        <w:rPr>
          <w:sz w:val="20"/>
        </w:rPr>
        <w:t>58:20  to Allah farmata hai ke agar tum gunah na karo to Allah aik aur makhlooq paida karega</w:t>
      </w:r>
      <w:r>
        <w:br/>
      </w:r>
      <w:r>
        <w:rPr>
          <w:sz w:val="20"/>
        </w:rPr>
        <w:t>58:27  jo gunah kare aur toba kare yeh aik woh cheez nahin hai ke bara ap ko fakhr fakhr</w:t>
      </w:r>
      <w:r>
        <w:br/>
      </w:r>
      <w:r>
        <w:rPr>
          <w:sz w:val="20"/>
        </w:rPr>
        <w:t>58:33  ho ke meri</w:t>
      </w:r>
      <w:r>
        <w:br/>
      </w:r>
      <w:r>
        <w:rPr>
          <w:sz w:val="20"/>
        </w:rPr>
        <w:t>58:36  meri takbeer takbeer ul fote nahin hoti</w:t>
      </w:r>
      <w:r>
        <w:br/>
      </w:r>
      <w:r>
        <w:rPr>
          <w:sz w:val="20"/>
        </w:rPr>
        <w:t>58:41  is fakhr se ziyada Allah ko pasand hai modesty</w:t>
      </w:r>
      <w:r>
        <w:br/>
      </w:r>
      <w:r>
        <w:rPr>
          <w:sz w:val="20"/>
        </w:rPr>
        <w:t>58:46  iftikhar apna izzat</w:t>
      </w:r>
      <w:r>
        <w:br/>
      </w:r>
      <w:r>
        <w:rPr>
          <w:sz w:val="20"/>
        </w:rPr>
        <w:t>58:50  kya namaz parhte hain log mein to samajhta hoon ke namaz parhne wale jante hain nahin ke namaz</w:t>
      </w:r>
      <w:r>
        <w:br/>
      </w:r>
      <w:r>
        <w:rPr>
          <w:sz w:val="20"/>
        </w:rPr>
        <w:t>58:54  ki wisdom kya hai</w:t>
      </w:r>
      <w:r>
        <w:br/>
      </w:r>
      <w:r>
        <w:rPr>
          <w:sz w:val="20"/>
        </w:rPr>
        <w:t>58:57  isi ko namaz samajhte hain ke takbeer ul fote nahin hui</w:t>
      </w:r>
      <w:r>
        <w:br/>
      </w:r>
      <w:r>
        <w:rPr>
          <w:sz w:val="20"/>
        </w:rPr>
        <w:t>59:02  yeh namaz parhne wale jo hai jante hi nahin</w:t>
      </w:r>
      <w:r>
        <w:br/>
      </w:r>
      <w:r>
        <w:rPr>
          <w:sz w:val="20"/>
        </w:rPr>
        <w:t>59:05  ke kya cheez hai bari zyada bari cheez kya hai ke sahib mila woh ji parhiye tarjuma is ka tarjuma bhi parhiye arabi mein yeh hadith suniye wallazi nafsi bi yadihi lawlam tudniboo la rahim Allah bikum walaja bi qawmin yudhiboon fiyastaghfiroon Allah fiyaghfir lahum</w:t>
      </w:r>
      <w:r>
        <w:br/>
      </w:r>
      <w:r>
        <w:rPr>
          <w:sz w:val="20"/>
        </w:rPr>
        <w:t>59:31  sahih muslim hadith number 2749</w:t>
      </w:r>
      <w:r>
        <w:br/>
      </w:r>
      <w:r>
        <w:rPr>
          <w:sz w:val="20"/>
        </w:rPr>
        <w:t>59:37  is zaat ki qasam jis ke hath mein meri jaan hai agar tum gunah na karo to Allah</w:t>
      </w:r>
      <w:r>
        <w:br/>
      </w:r>
      <w:r>
        <w:rPr>
          <w:sz w:val="20"/>
        </w:rPr>
        <w:t>59:42  taala tum ko le jayega aur aik aisi qaum layega jo gunah karegi phir Allah</w:t>
      </w:r>
      <w:r>
        <w:br/>
      </w:r>
      <w:r>
        <w:rPr>
          <w:sz w:val="20"/>
        </w:rPr>
        <w:t>59:49  se woh maghfirat talab karegi aur Allah un ko maaf karega</w:t>
      </w:r>
      <w:r>
        <w:br/>
      </w:r>
      <w:r>
        <w:rPr>
          <w:sz w:val="20"/>
        </w:rPr>
        <w:t>59:56  to ap hazrat hazrat abu imam abu hanifa ke is qaul ko yaad rakhiye ke unhon ne kaha</w:t>
      </w:r>
      <w:r>
        <w:br/>
      </w:r>
      <w:r>
        <w:rPr>
          <w:sz w:val="20"/>
        </w:rPr>
        <w:t>1:00:03  tha ke mujhe yeh pasand hai ke mein</w:t>
      </w:r>
      <w:r>
        <w:br/>
      </w:r>
      <w:r>
        <w:rPr>
          <w:sz w:val="20"/>
        </w:rPr>
        <w:t>1:00:08  khana khaoon aur dil mein namaz yaad arhi ho bajaye is ke ke mein namaz parhoon aur dil</w:t>
      </w:r>
      <w:r>
        <w:br/>
      </w:r>
      <w:r>
        <w:rPr>
          <w:sz w:val="20"/>
        </w:rPr>
        <w:t>1:00:15  mein khana ki yaad arhi ho</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Seeking spiritual guidance</w:t>
      </w:r>
    </w:p>
    <w:p>
      <w:r>
        <w:rPr>
          <w:color w:val="666666"/>
          <w:sz w:val="18"/>
        </w:rPr>
        <w:t>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Dealing with Muslim apathy towards dawah</w:t>
      </w:r>
    </w:p>
    <w:p>
      <w:r>
        <w:rPr>
          <w:color w:val="666666"/>
          <w:sz w:val="18"/>
        </w:rPr>
        <w:t>Revival of Abrahamic Mission October 28, 2012 · 3m 23s · at 1:04:04 · https://youtu.be/9mV72V5gsqM?t=3844</w:t>
      </w:r>
    </w:p>
    <w:p>
      <w:r>
        <w:rPr>
          <w:i/>
        </w:rPr>
        <w:t>“When we explain to Muslims that dawah (calling to God) is a responsibility, it does not get any positive response. They say yes, it is good, but continue to do either their social or national work. When the task is so big and Muslims are not giving a positive response, what should we do?”</w:t>
      </w:r>
    </w:p>
    <w:p>
      <w:r>
        <w:rPr>
          <w:sz w:val="20"/>
        </w:rPr>
        <w:t>1:04:04  maulana, agla sawal dilli se hai miss naghma siddiqui</w:t>
      </w:r>
      <w:r>
        <w:br/>
      </w:r>
      <w:r>
        <w:rPr>
          <w:sz w:val="20"/>
        </w:rPr>
        <w:t>1:04:07  ka. unhon ne likha hai: "When we explain to Muslims that دعویٰ الا اللہ is the responsibility, it does not get any positive response.</w:t>
      </w:r>
      <w:r>
        <w:br/>
      </w:r>
      <w:r>
        <w:rPr>
          <w:sz w:val="20"/>
        </w:rPr>
        <w:t>1:04:18  They say yes, it is good, but continue to do either their social or milli work. Maulana, when the task is so big and Muslims are not giving a positive response, what should we do?"</w:t>
      </w:r>
      <w:r>
        <w:br/>
      </w:r>
      <w:r>
        <w:rPr>
          <w:sz w:val="20"/>
        </w:rPr>
        <w:t>1:04:33  dekhiye, social work, milli work, yeh to koi kaam nahi hai mere nazdeek, na islami aitbar se aur na aqal ke aitbar se.</w:t>
      </w:r>
      <w:r>
        <w:br/>
      </w:r>
      <w:r>
        <w:rPr>
          <w:sz w:val="20"/>
        </w:rPr>
        <w:t>1:04:47  is liye hamara islami aitbar se yeh hai ke rasool Allah ki zindagi mein hamein koi aisa namona nahi milta ke aap ne social work ya milli work kiya ho, aap ne sirf dawah work kiya.</w:t>
      </w:r>
      <w:r>
        <w:br/>
      </w:r>
      <w:r>
        <w:rPr>
          <w:sz w:val="20"/>
        </w:rPr>
        <w:t>1:05:02  is ke bare mein mein likh chuka hoon tafseel se, aap parh sakte hain ke rasool Allah ne kabhi bhi yeh kaam nahi kiya. Hatta ke aap ko yeh kaam karne ke liye kaha gaya, is tarah ka kaam, to aap ne kaha ke: "ma lahza boiz to aalaykum,</w:t>
      </w:r>
      <w:r>
        <w:br/>
      </w:r>
      <w:r>
        <w:rPr>
          <w:sz w:val="20"/>
        </w:rPr>
        <w:t>1:05:20  mein is ke liye nahi bheja gaya hoon. Yeh yeh mera kaam to dawat al Allah hai." Aql ka mamla yeh hai ke mein aqli tor par bhi is ko absurd samajhta hoon.</w:t>
      </w:r>
      <w:r>
        <w:br/>
      </w:r>
      <w:r>
        <w:rPr>
          <w:sz w:val="20"/>
        </w:rPr>
        <w:t>1:05:31  is</w:t>
      </w:r>
      <w:r>
        <w:br/>
      </w:r>
      <w:r>
        <w:rPr>
          <w:sz w:val="20"/>
        </w:rPr>
        <w:t>1:05:32  liye ke sab se bari cheez dekhiye, yeh nahi ke aap un ki help karein, sab se bari cheez aap ko incentive dein, challenge ko face karne ki taqat paida karein.</w:t>
      </w:r>
      <w:r>
        <w:br/>
      </w:r>
      <w:r>
        <w:rPr>
          <w:sz w:val="20"/>
        </w:rPr>
        <w:t>1:05:42  un ke andar aaj kal jo chala hua hai, muslim empowerment aur community empowerment, falan empowerment, yeh sab bilkul absurd mein samajhta hoon.</w:t>
      </w:r>
      <w:r>
        <w:br/>
      </w:r>
      <w:r>
        <w:rPr>
          <w:sz w:val="20"/>
        </w:rPr>
        <w:t>1:05:53  is ko</w:t>
      </w:r>
      <w:r>
        <w:br/>
      </w:r>
      <w:r>
        <w:rPr>
          <w:sz w:val="20"/>
        </w:rPr>
        <w:t>1:05:56  woh saare log jin ko kaha jata hai ke: "he was born with a silver spoon in his mouth", mere nazdeek woh sab se ziyada fail thay zindagi mein kyunke unhone challenge ko face nahi kiya.</w:t>
      </w:r>
      <w:r>
        <w:br/>
      </w:r>
      <w:r>
        <w:rPr>
          <w:sz w:val="20"/>
        </w:rPr>
        <w:t>1:06:09  un ka idhar personality nahi bani, un ka idhar incentive nahi ubhra. To mein is ko koi kaam nahi samajhta. Jo kaam ko aik hi kaam ko mein kaam samajhta hoon ke education, intehai aala mayar ki education,</w:t>
      </w:r>
      <w:r>
        <w:br/>
      </w:r>
      <w:r>
        <w:rPr>
          <w:sz w:val="20"/>
        </w:rPr>
        <w:t>1:06:24  abhi bhi hamare mulk mein aala mayar ki education nahi hai. Haalanke beshumar log social work kar rahe hain, milli work kar rahe hain, is mein arbon kharbon rupay kharch kar rahe hain.</w:t>
      </w:r>
      <w:r>
        <w:br/>
      </w:r>
      <w:r>
        <w:rPr>
          <w:sz w:val="20"/>
        </w:rPr>
        <w:t>1:06:33  yeh sab mere nazdeek bilkul bekar kaam hai. Islami aitbar se bhi, aqli aitbar se bhi, bohat aala darje ka school kholein, lakhon ki tadad mein saare mulk mein, sara paisa is mein laga dein,</w:t>
      </w:r>
      <w:r>
        <w:br/>
      </w:r>
      <w:r>
        <w:rPr>
          <w:sz w:val="20"/>
        </w:rPr>
        <w:t>1:06:48  yeh hai kaam.</w:t>
      </w:r>
      <w:r>
        <w:br/>
      </w:r>
      <w:r>
        <w:rPr>
          <w:sz w:val="20"/>
        </w:rPr>
        <w:t>1:06:50  abhi bhi aala darje ke school hamare mulk mein mojood nahi hain aur social work ki dhoom hai, milli work ki dhoom hai. To mein is mamle mein bohat hi sakht rai rakhta hoon.</w:t>
      </w:r>
      <w:r>
        <w:br/>
      </w:r>
      <w:r>
        <w:rPr>
          <w:sz w:val="20"/>
        </w:rPr>
        <w:t>1:07:04  un kaam ko mein kaam nahi samajhta. Mein aik kaam samajhta hoon ke is is baat ko ke insaan ka incentive jagaya jaye, motivate kiya jaye, aur doosri baat yeh ke bohat hi high standard ki education di jaye.</w:t>
      </w:r>
      <w:r>
        <w:br/>
      </w:r>
      <w:r>
        <w:rPr>
          <w:sz w:val="20"/>
        </w:rPr>
        <w:t>1:07:18  is ko</w:t>
      </w:r>
      <w:r>
        <w:br/>
      </w:r>
      <w:r>
        <w:rPr>
          <w:sz w:val="20"/>
        </w:rPr>
        <w:t>1:07:20  isi ko mein kaam samajhta hoon. Baqi sab leadership hai, leadership.</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Comment on namaz without concentration</w:t>
      </w:r>
    </w:p>
    <w:p>
      <w:r>
        <w:rPr>
          <w:color w:val="666666"/>
          <w:sz w:val="18"/>
        </w:rPr>
        <w:t>Three levels of Realization July 4, 2010 · 2m 23s · at 1:14:24 · https://youtu.be/NtCTVVov3Nw?t=4464</w:t>
      </w:r>
    </w:p>
    <w:p>
      <w:r>
        <w:rPr>
          <w:i/>
        </w:rPr>
        <w:t>“It is said that an alim was once asked: 'I try my best to put my heart and soul into namaz, however whenever I am offering namaz, my mind is full of all kinds of thoughts. My namaz is a mere ritual, my soul is not in the namaz.' The scholar replied: 'Praying namaz is obligatory, but praying with full concentration is not obligatory.' Maulana, what is your comment on this?”</w:t>
      </w:r>
    </w:p>
    <w:p>
      <w:r>
        <w:rPr>
          <w:sz w:val="20"/>
        </w:rPr>
        <w:t>1:14:24  maulana agla sawal kya hai mister mehfooz ne new dilli se</w:t>
      </w:r>
      <w:r>
        <w:br/>
      </w:r>
      <w:r>
        <w:rPr>
          <w:sz w:val="20"/>
        </w:rPr>
        <w:t>1:14:29  he is written ah it is said that an aalim was once asked i try my best to put my heart and soul into namaz however whenever i am offering namaz my mind is full of all kinds of thoughts my namaz is a mere ritual my soul is not in the namaz the scholar is said to have replied namaz parho farz hai</w:t>
      </w:r>
      <w:r>
        <w:br/>
      </w:r>
      <w:r>
        <w:rPr>
          <w:sz w:val="20"/>
        </w:rPr>
        <w:t>1:14:59  dil laga ke namaz parhna farz nahi maulana what is your comment on this dekhen mera comment yeh hai aik hai namaz aik hai pre namaz aik hai namaz aik hai pre namaz to namaz se pehle bhi aik namaz parhni parti hai</w:t>
      </w:r>
      <w:r>
        <w:br/>
      </w:r>
      <w:r>
        <w:rPr>
          <w:sz w:val="20"/>
        </w:rPr>
        <w:t>1:15:20  jise collegeon mein aik refreshing refreshing course hota hai</w:t>
      </w:r>
      <w:r>
        <w:br/>
      </w:r>
      <w:r>
        <w:rPr>
          <w:sz w:val="20"/>
        </w:rPr>
        <w:t>1:15:25  course se pehle refreshing course yani preparation course to namaz se pehle aap ki aik zindagi hoti hai aap active hotay hain aap bol baat karte hain aap study karte hain wahan par agar aap us spirit se jee rahe hain jo namaz wali spirit hai yeh spirit of namaz namaz se pehle agar paida kar rakhi hai aap ne tab namaz mein aap ke jaan aaye gi unhe nahi aaye gi</w:t>
      </w:r>
      <w:r>
        <w:br/>
      </w:r>
      <w:r>
        <w:rPr>
          <w:sz w:val="20"/>
        </w:rPr>
        <w:t>1:15:55  jo jawab unhon ne diya woh ho sakta hai juzwi taur par sahi ho lekin asal jo jawab yeh woh woh nahi hai asal jawab yeh hai ke namaz se pehle namaz parho</w:t>
      </w:r>
      <w:r>
        <w:br/>
      </w:r>
      <w:r>
        <w:rPr>
          <w:sz w:val="20"/>
        </w:rPr>
        <w:t>1:16:08  yani namaz se pehle apni zindagi ko namazi banao namaz se pehle apne dimagh ko namazi banao</w:t>
      </w:r>
      <w:r>
        <w:br/>
      </w:r>
      <w:r>
        <w:rPr>
          <w:sz w:val="20"/>
        </w:rPr>
        <w:t>1:16:15  namaz se pehle apni soch ko namazi banao</w:t>
      </w:r>
      <w:r>
        <w:br/>
      </w:r>
      <w:r>
        <w:rPr>
          <w:sz w:val="20"/>
        </w:rPr>
        <w:t>1:16:18  namaz se pehle khuda ke liye jeene wale bano</w:t>
      </w:r>
      <w:r>
        <w:br/>
      </w:r>
      <w:r>
        <w:rPr>
          <w:sz w:val="20"/>
        </w:rPr>
        <w:t>1:16:23  namaz se pehle khuda ke liye jhukne wale bano aise jab life hogi</w:t>
      </w:r>
      <w:r>
        <w:br/>
      </w:r>
      <w:r>
        <w:rPr>
          <w:sz w:val="20"/>
        </w:rPr>
        <w:t>1:16:28  to phir jab aadmi ja kar namaz mein khada hoga to uski woh phir woh ek dam</w:t>
      </w:r>
      <w:r>
        <w:br/>
      </w:r>
      <w:r>
        <w:rPr>
          <w:sz w:val="20"/>
        </w:rPr>
        <w:t>1:16:34  uski namaz</w:t>
      </w:r>
      <w:r>
        <w:br/>
      </w:r>
      <w:r>
        <w:rPr>
          <w:sz w:val="20"/>
        </w:rPr>
        <w:t>1:16:35  alag alag rang ki namaz hogi</w:t>
      </w:r>
      <w:r>
        <w:br/>
      </w:r>
      <w:r>
        <w:rPr>
          <w:sz w:val="20"/>
        </w:rPr>
        <w:t>1:16:39  yeh hai is ka sahi jawab</w:t>
      </w:r>
    </w:p>
    <w:p>
      <w:pPr>
        <w:pStyle w:val="Heading2"/>
      </w:pPr>
      <w:r>
        <w:t>Eliminating desires for simple living</w:t>
      </w:r>
    </w:p>
    <w:p>
      <w:r>
        <w:rPr>
          <w:color w:val="666666"/>
          <w:sz w:val="18"/>
        </w:rPr>
        <w:t>Realization of God in the Age of Science March 1, 2020 Maulana Wahiduddin Khan · 1m 52s · at 34:26 · https://youtu.be/duUnwicq5Yw?t=2066</w:t>
      </w:r>
    </w:p>
    <w:p>
      <w:r>
        <w:rPr>
          <w:i/>
        </w:rPr>
        <w:t>“I love your talk today. I believe the real problem of not being able to connect with God is due to having unlimited desires in ourselves. These desires keep distracting us from the remembrance of God. My question is: how can we eliminate these desires and come to the level of simple living?”</w:t>
      </w:r>
    </w:p>
    <w:p>
      <w:r>
        <w:rPr>
          <w:sz w:val="20"/>
        </w:rPr>
        <w:t>34:26  Maulana, sawal lena chahenge? aa yeh sawal bheja hai Lucknow se Mr. Gopal Krishan ne.</w:t>
      </w:r>
      <w:r>
        <w:br/>
      </w:r>
      <w:r>
        <w:rPr>
          <w:sz w:val="20"/>
        </w:rPr>
        <w:t>34:36  unhon ne likha hai: "Maulana sahib, i loved your talk today. i believe the real problem of not being able to connect with God is due to having unlimited desires in ourselves.</w:t>
      </w:r>
      <w:r>
        <w:br/>
      </w:r>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r>
        <w:br/>
      </w:r>
      <w:r>
        <w:rPr>
          <w:sz w:val="20"/>
        </w:rPr>
        <w:t>36:03  qamar shahid siddiqui sahib ne comment bheja hai. unho ne location nahi likhi hai. un ka comment hai: "we know the creator through his science.</w:t>
      </w:r>
      <w:r>
        <w:br/>
      </w:r>
      <w:r>
        <w:rPr>
          <w:sz w:val="20"/>
        </w:rPr>
        <w:t>36:12  the balance in universe cannot be made through several powers at a time.</w:t>
      </w:r>
    </w:p>
    <w:p>
      <w:pPr>
        <w:pStyle w:val="Heading2"/>
      </w:pPr>
      <w:r>
        <w:t>Quran distribution and a seeker's need</w:t>
      </w:r>
    </w:p>
    <w:p>
      <w:r>
        <w:rPr>
          <w:color w:val="666666"/>
          <w:sz w:val="18"/>
        </w:rPr>
        <w:t>Man and the Laws of Nature April 1, 2012 · 3m 04s · at 1:16:40 · https://youtu.be/coIrwYQgb6Y?t=4600</w:t>
      </w:r>
    </w:p>
    <w:p>
      <w:r>
        <w:rPr>
          <w:i/>
        </w:rPr>
        <w:t>“Today, I went to Nehru Park and distributed copies of the Quran. One gentleman responded: 'I have been waiting to read the Quran for the last ten years, but I could not find a copy.'”</w:t>
      </w:r>
    </w:p>
    <w:p>
      <w:r>
        <w:rPr>
          <w:sz w:val="20"/>
        </w:rPr>
        <w:t>1:16:40  bas apne liye aur sab ke liye yeh dua karta hoon ke Allah mujhe aapse zyada se zyada seekhne aur samajhne ka mauqa de." Maulana, agla sawal hai doctor farida khanam ka delhi se.</w:t>
      </w:r>
      <w:r>
        <w:br/>
      </w:r>
      <w:r>
        <w:rPr>
          <w:sz w:val="20"/>
        </w:rPr>
        <w:t>1:16:55  unhone likha hai: "today, i went to nehru park and distributed copies of the quran.</w:t>
      </w:r>
      <w:r>
        <w:br/>
      </w:r>
      <w:r>
        <w:rPr>
          <w:sz w:val="20"/>
        </w:rPr>
        <w:t>1:17:02  one gentleman responded in these words: 'i have been waiting to read the quran for the last ten years, but i could not find a copy.</w:t>
      </w:r>
      <w:r>
        <w:br/>
      </w:r>
      <w:r>
        <w:rPr>
          <w:sz w:val="20"/>
        </w:rPr>
        <w:t>1:17:13  now, i am eighty years old. i thank god for choosing me for this blessing.'</w:t>
      </w:r>
      <w:r>
        <w:br/>
      </w:r>
      <w:r>
        <w:rPr>
          <w:sz w:val="20"/>
        </w:rPr>
        <w:t>1:17:20  maulana, my question is that: 'i want to ask, why is it that muslims do not give quran to non muslims, while the prophet had expressly commanded them to convey the divine message to mankind?'" dekhiye,</w:t>
      </w:r>
      <w:r>
        <w:br/>
      </w:r>
      <w:r>
        <w:rPr>
          <w:sz w:val="20"/>
        </w:rPr>
        <w:t>1:17:36  shaitan jo hai, is ka sab se bara fitna kya hai? jab woh muqaddas ban kar aata hai, yeh deen ke naam par aata hai.</w:t>
      </w:r>
      <w:r>
        <w:br/>
      </w:r>
      <w:r>
        <w:rPr>
          <w:sz w:val="20"/>
        </w:rPr>
        <w:t>1:17:45  yeh ulma ne likha, aap is ki kitab parh lijiye, talbiyah se halabi, jo kitab hai ibn qaim ki, ke shaitan ka sab se bara fitna yeh hai ke woh islam ke naam par aap ko behkaye, deen ke naam par behkaye.</w:t>
      </w:r>
      <w:r>
        <w:br/>
      </w:r>
      <w:r>
        <w:rPr>
          <w:sz w:val="20"/>
        </w:rPr>
        <w:t>1:17:58  to shaitan ne bohat hi bara fitna chher rakha hai, jis mein hum is waqt mubtala hain, woh hai be-hurmati ka tasawwur ke quran ki be-hurmati hogi.</w:t>
      </w:r>
      <w:r>
        <w:br/>
      </w:r>
      <w:r>
        <w:rPr>
          <w:sz w:val="20"/>
        </w:rPr>
        <w:t>1:18:07  yeh to bilkul hai hi nahi ke na quran mein, na hadith mein, kyunke be-hurmati hogi, is liye in ko quran nahi detey.</w:t>
      </w:r>
      <w:r>
        <w:br/>
      </w:r>
      <w:r>
        <w:rPr>
          <w:sz w:val="20"/>
        </w:rPr>
        <w:t>1:18:14  yani yeh bilkul hi shaitani nazariya yeh hai ke quran ki ko be-hurmati se bachao, aur is ke liye in ko ghair muslimon ko na do.</w:t>
      </w:r>
      <w:r>
        <w:br/>
      </w:r>
      <w:r>
        <w:rPr>
          <w:sz w:val="20"/>
        </w:rPr>
        <w:t>1:18:24  mein is ko bilkul batil samajhta hoon, aik shaitani tareeqa samajhta hoon ke aap be-hurmati ke tasawwur se quran ko ghair muslimon tak na dein.</w:t>
      </w:r>
      <w:r>
        <w:br/>
      </w:r>
      <w:r>
        <w:rPr>
          <w:sz w:val="20"/>
        </w:rPr>
        <w:t>1:18:35  bilkul is se koi sarta sar be bes besles baat</w:t>
      </w:r>
      <w:r>
        <w:br/>
      </w:r>
      <w:r>
        <w:rPr>
          <w:sz w:val="20"/>
        </w:rPr>
        <w:t>1:18:39  hai. hamein chahiye ke quran yani achhe khoob phailayein. yani agar farz kiye koi hindu arabi janta hai, arabi mein dein to is mein koi be-hurmati nahi hai.</w:t>
      </w:r>
      <w:r>
        <w:br/>
      </w:r>
      <w:r>
        <w:rPr>
          <w:sz w:val="20"/>
        </w:rPr>
        <w:t>1:18:50  aisa nahi ke sirf translation mein kehta hoon, translation ke siwa jo arabi text hai, agar koi hindu arabi text parhna chahta hai, us ko bhi dijiye, koi be-hurmati nahi hai.</w:t>
      </w:r>
      <w:r>
        <w:br/>
      </w:r>
      <w:r>
        <w:rPr>
          <w:sz w:val="20"/>
        </w:rPr>
        <w:t>1:19:01  quran isi liye utra hai ke logon ko pohanchaya jaye, logon ko Allah ka jo jo creation plan hai, us se logon ko ba-khabar kiya jaye.</w:t>
      </w:r>
      <w:r>
        <w:br/>
      </w:r>
      <w:r>
        <w:rPr>
          <w:sz w:val="20"/>
        </w:rPr>
        <w:t>1:19:10  to is ko dena hi dena hai, hamein</w:t>
      </w:r>
      <w:r>
        <w:br/>
      </w:r>
      <w:r>
        <w:rPr>
          <w:sz w:val="20"/>
        </w:rPr>
        <w:t>1:19:12  koi condition nahi, koi be-hurmati nahi, koi koi is mein burai nahi. jo bhi chahe quran ko hasil karna, us ko dijiye, chahe translation dijiye, chahe text dijiye.</w:t>
      </w:r>
      <w:r>
        <w:br/>
      </w:r>
      <w:r>
        <w:rPr>
          <w:sz w:val="20"/>
        </w:rPr>
        <w:t>1:19:25  yeh be-hurmati ka tasawwur batil hai, yeh shaitani masla hai,</w:t>
      </w:r>
      <w:r>
        <w:br/>
      </w:r>
      <w:r>
        <w:rPr>
          <w:sz w:val="20"/>
        </w:rPr>
        <w:t>1:19:30  islam se is ka koi talluq nahi. isi isi isi tasawwur ne yeh kiya ke musalman apne gharon mein rakhe rehte hain, quran khud tilawat karte hain, aur woh non muslim tak is ko nahi pohanchate.</w:t>
      </w:r>
    </w:p>
    <w:p>
      <w:pPr>
        <w:pStyle w:val="Heading2"/>
      </w:pPr>
      <w:r>
        <w:t>Fate of those who never receive God's message</w:t>
      </w:r>
    </w:p>
    <w:p>
      <w:r>
        <w:rPr>
          <w:color w:val="666666"/>
          <w:sz w:val="18"/>
        </w:rPr>
        <w:t>Quran for All Mankind June 3, 2012 · 1m 30s · at 1:18:34 · https://youtu.be/Gp-53Zjugcg?t=4714</w:t>
      </w:r>
    </w:p>
    <w:p>
      <w:r>
        <w:rPr>
          <w:i/>
        </w:rPr>
        <w:t>“What will happen to those people who die before God's message reaches them?”</w:t>
      </w:r>
    </w:p>
    <w:p>
      <w:r>
        <w:rPr>
          <w:sz w:val="20"/>
        </w:rPr>
        <w:t>1:18:34  maulana, agla sawal ray pur se hai, mister adri sahib ka. unhon ne aapse poocha hai ke "what will happen to those people who die before god's message reaches them?" ek aalim se poocha gaya tha yeh sawal,</w:t>
      </w:r>
      <w:r>
        <w:br/>
      </w:r>
      <w:r>
        <w:rPr>
          <w:sz w:val="20"/>
        </w:rPr>
        <w:t>1:18:50  to unhon ne mukhtasar jawab yeh diya tha is ka ke "jaisi tabligh, waisa muhasba." jaisi tabligh, waisa muhasba, yani jitna is ko baat pohnchi hai, usi ke lehaz se is ki pakar hogi.</w:t>
      </w:r>
      <w:r>
        <w:br/>
      </w:r>
      <w:r>
        <w:rPr>
          <w:sz w:val="20"/>
        </w:rPr>
        <w:t>1:19:09  jitni baat pohnchi hai, us ko usi ke hisab se is ki pakar hogi.</w:t>
      </w:r>
      <w:r>
        <w:br/>
      </w:r>
      <w:r>
        <w:rPr>
          <w:sz w:val="20"/>
        </w:rPr>
        <w:t>1:19:15  to aadmi agar farz kiya kisi ko kuch nahi pohncha hai, to</w:t>
      </w:r>
      <w:r>
        <w:br/>
      </w:r>
      <w:r>
        <w:rPr>
          <w:sz w:val="20"/>
        </w:rPr>
        <w:t>1:19:22  pakar se bach jaye ga, lekin taraqqi nahi hasil kar sake ga woh. kyunke dekhen, dunya ke mamle mein to har aadmi taraqqi ki rootha hai.</w:t>
      </w:r>
      <w:r>
        <w:br/>
      </w:r>
      <w:r>
        <w:rPr>
          <w:sz w:val="20"/>
        </w:rPr>
        <w:t>1:19:31  har aadmi dor dhoop lagaye hue hai, har aadmi dor dhoop lagaye. koi aadmi mujhe ab tak nahi mila jo dunya ki taraqqi ke liye dor dhoop na kar raha ho.</w:t>
      </w:r>
      <w:r>
        <w:br/>
      </w:r>
      <w:r>
        <w:rPr>
          <w:sz w:val="20"/>
        </w:rPr>
        <w:t>1:19:40  yahan se wahan jana, wahan se wahan jana, yeh karna, woh karna.</w:t>
      </w:r>
      <w:r>
        <w:br/>
      </w:r>
      <w:r>
        <w:rPr>
          <w:sz w:val="20"/>
        </w:rPr>
        <w:t>1:19:44  to jab dunya ki taraqqi ke liye aadmi dhoom machaye hue hai, to aakhirat ke liye kyun woh, yani indifferent ho gaya? to is tarah ki baat se koi shakhs pakar se bach sakta hai, lekin is ko taraqqi mil jaye, aisa nahi hone, aisa nahi hone wala hai.</w:t>
      </w:r>
    </w:p>
    <w:p>
      <w:pPr>
        <w:pStyle w:val="Heading1"/>
      </w:pPr>
      <w:r>
        <w:t>In the lectures (20)</w:t>
      </w:r>
    </w:p>
    <w:p>
      <w:pPr>
        <w:pStyle w:val="Heading2"/>
      </w:pPr>
      <w:r>
        <w:t>The Importance of Dua December 15, 2006</w:t>
      </w:r>
    </w:p>
    <w:p>
      <w:r>
        <w:rPr>
          <w:color w:val="666666"/>
          <w:sz w:val="18"/>
        </w:rPr>
        <w:t>22:08 · https://youtu.be/u4cSEoh_mfY?t=1328</w:t>
      </w:r>
    </w:p>
    <w:p>
      <w:r>
        <w:rPr>
          <w:i/>
        </w:rPr>
        <w:t>“یہ دعا قبول نہیں ہو رہی ہے۔”</w:t>
      </w:r>
    </w:p>
    <w:p>
      <w:pPr>
        <w:pStyle w:val="Heading2"/>
      </w:pPr>
      <w:r>
        <w:t>Death and The Sense of Urgency September 15, 2018</w:t>
      </w:r>
    </w:p>
    <w:p>
      <w:r>
        <w:rPr>
          <w:color w:val="666666"/>
          <w:sz w:val="18"/>
        </w:rPr>
        <w:t>35:18 · https://youtu.be/XDP_1Q8dE18?t=2118</w:t>
      </w:r>
    </w:p>
    <w:p>
      <w:r>
        <w:rPr>
          <w:i/>
        </w:rPr>
        <w:t>“دعا کر رہا ہے لیکن یا تو قبول ہی نہیں ہوئی یا دیر میں ہوئی۔ تو ایسا کیوں؟ ایسا کیوں؟”</w:t>
      </w:r>
    </w:p>
    <w:p>
      <w:pPr>
        <w:pStyle w:val="Heading2"/>
      </w:pPr>
      <w:r>
        <w:t>Realisation of God December 13, 2015</w:t>
      </w:r>
    </w:p>
    <w:p>
      <w:r>
        <w:rPr>
          <w:color w:val="666666"/>
          <w:sz w:val="18"/>
        </w:rPr>
        <w:t>37:14 · https://youtu.be/88yxy1lk1GU?t=2234</w:t>
      </w:r>
    </w:p>
    <w:p>
      <w:r>
        <w:rPr>
          <w:i/>
        </w:rPr>
        <w:t>“جو اکثر مجھ سے لوگ پوچھتے ہیں دعا کے بارے میں۔ کہ دعا کیا ہے؟ ہم دعائیں کرتے رہتے ہیں، قبول نہیں ہوتی۔”</w:t>
      </w:r>
    </w:p>
    <w:p>
      <w:pPr>
        <w:pStyle w:val="Heading2"/>
      </w:pPr>
      <w:r>
        <w:t>The Importance of Dua December 15, 2006</w:t>
      </w:r>
    </w:p>
    <w:p>
      <w:r>
        <w:rPr>
          <w:color w:val="666666"/>
          <w:sz w:val="18"/>
        </w:rPr>
        <w:t>25:08 · https://youtu.be/u4cSEoh_mfY?t=1508</w:t>
      </w:r>
    </w:p>
    <w:p>
      <w:r>
        <w:rPr>
          <w:i/>
        </w:rPr>
        <w:t>“میں یہ سمجھتا تھا کہ میں finish ہو گیا۔ اور میں سمجھتا تھا کہ میری دعائیں جو ہیں، قبول نہیں ہوئیں۔”</w:t>
      </w:r>
    </w:p>
    <w:p>
      <w:pPr>
        <w:pStyle w:val="Heading2"/>
      </w:pPr>
      <w:r>
        <w:t>The Importance of Tadabbur in Islam I 5 Dec . 2010 - Maulana Wahiduddin Khan</w:t>
      </w:r>
    </w:p>
    <w:p>
      <w:r>
        <w:rPr>
          <w:color w:val="666666"/>
          <w:sz w:val="18"/>
        </w:rPr>
        <w:t>38:29 · https://youtu.be/bkIRUAI3v8M?t=2309</w:t>
      </w:r>
    </w:p>
    <w:p>
      <w:r>
        <w:rPr>
          <w:i/>
        </w:rPr>
        <w:t>“یہ دعا جو ہے وہ کارگر نہیں ہوئی۔”</w:t>
      </w:r>
    </w:p>
    <w:p>
      <w:pPr>
        <w:pStyle w:val="Heading2"/>
      </w:pPr>
      <w:r>
        <w:t>Realisation of God December 13, 2015</w:t>
      </w:r>
    </w:p>
    <w:p>
      <w:r>
        <w:rPr>
          <w:color w:val="666666"/>
          <w:sz w:val="18"/>
        </w:rPr>
        <w:t>16:01 · https://youtu.be/88yxy1lk1GU?t=961</w:t>
      </w:r>
    </w:p>
    <w:p>
      <w:r>
        <w:rPr>
          <w:i/>
        </w:rPr>
        <w:t>“یہاں میں ایک اور بات کرنا چاہتا ہوں کہ اکثر لوگ مجھ سے پوچھتے ہیں کہ ہم دعا کرتے ہیں، دعا پوری نہیں ہوتی۔”</w:t>
      </w:r>
    </w:p>
    <w:p>
      <w:pPr>
        <w:pStyle w:val="Heading2"/>
      </w:pPr>
      <w:r>
        <w:t>Dars-e-Quran, Chapter 2, Verses 67-73, May 6, 2018</w:t>
      </w:r>
    </w:p>
    <w:p>
      <w:r>
        <w:rPr>
          <w:color w:val="666666"/>
          <w:sz w:val="18"/>
        </w:rPr>
        <w:t>28:00 · https://youtu.be/JAsg4SpiVDU?t=1680</w:t>
      </w:r>
    </w:p>
    <w:p>
      <w:r>
        <w:rPr>
          <w:i/>
        </w:rPr>
        <w:t>“نکل کہاں گئی؟ یہ کہیے کہ دعا قبول نہیں ہو رہی۔”</w:t>
      </w:r>
    </w:p>
    <w:p>
      <w:pPr>
        <w:pStyle w:val="Heading2"/>
      </w:pPr>
      <w:r>
        <w:t>The Expression of Faith (Izhar e Deen) September 1, 2013</w:t>
      </w:r>
    </w:p>
    <w:p>
      <w:r>
        <w:rPr>
          <w:color w:val="666666"/>
          <w:sz w:val="18"/>
        </w:rPr>
        <w:t>46:36 · https://youtu.be/muBDJ8a_8-0?t=2796</w:t>
      </w:r>
    </w:p>
    <w:p>
      <w:r>
        <w:rPr>
          <w:i/>
        </w:rPr>
        <w:t>“ہے وہ میرے حد تک وہ دعا نہیں ہے۔”</w:t>
      </w:r>
    </w:p>
    <w:p>
      <w:pPr>
        <w:pStyle w:val="Heading2"/>
      </w:pPr>
      <w:r>
        <w:t>The Importance of Dua December 15, 2006</w:t>
      </w:r>
    </w:p>
    <w:p>
      <w:r>
        <w:rPr>
          <w:color w:val="666666"/>
          <w:sz w:val="18"/>
        </w:rPr>
        <w:t>32:30 · https://youtu.be/u4cSEoh_mfY?t=1950</w:t>
      </w:r>
    </w:p>
    <w:p>
      <w:r>
        <w:rPr>
          <w:i/>
        </w:rPr>
        <w:t>“یہ سچی دعا نہیں ہے۔”</w:t>
      </w:r>
    </w:p>
    <w:p>
      <w:pPr>
        <w:pStyle w:val="Heading2"/>
      </w:pPr>
      <w:r>
        <w:t>Divine Help September 22, 2015</w:t>
      </w:r>
    </w:p>
    <w:p>
      <w:r>
        <w:rPr>
          <w:color w:val="666666"/>
          <w:sz w:val="18"/>
        </w:rPr>
        <w:t>50:03 · https://youtu.be/sozrNCif0Gg?t=3003</w:t>
      </w:r>
    </w:p>
    <w:p>
      <w:r>
        <w:rPr>
          <w:i/>
        </w:rPr>
        <w:t>“میں ہرگز نہیں سمجھتا۔ کوئی رٹے ہوئے الفاظ دعا نہیں ہیں۔”</w:t>
      </w:r>
    </w:p>
    <w:p>
      <w:pPr>
        <w:pStyle w:val="Heading2"/>
      </w:pPr>
      <w:r>
        <w:t>Dars-e-Quran, Chapter 2, Verses 67-73, May 6, 2018</w:t>
      </w:r>
    </w:p>
    <w:p>
      <w:r>
        <w:rPr>
          <w:color w:val="666666"/>
          <w:sz w:val="18"/>
        </w:rPr>
        <w:t>30:15 · https://youtu.be/JAsg4SpiVDU?t=1815</w:t>
      </w:r>
    </w:p>
    <w:p>
      <w:r>
        <w:rPr>
          <w:i/>
        </w:rPr>
        <w:t>“بد دعائی تو ہو رہی ہے۔ تو کہا مسئلہ یہ ہے کہ دعا قبول نہیں ہو رہی۔”</w:t>
      </w:r>
    </w:p>
    <w:p>
      <w:pPr>
        <w:pStyle w:val="Heading2"/>
      </w:pPr>
      <w:r>
        <w:t>God and Man February 19, 2012</w:t>
      </w:r>
    </w:p>
    <w:p>
      <w:r>
        <w:rPr>
          <w:color w:val="666666"/>
          <w:sz w:val="18"/>
        </w:rPr>
        <w:t>39:54 · https://youtu.be/rL4g0LOU3wo?t=2394</w:t>
      </w:r>
    </w:p>
    <w:p>
      <w:r>
        <w:rPr>
          <w:i/>
        </w:rPr>
        <w:t>“ہم پکارنے لگتے ہیں۔ خدا میرے helplessness کی تلافی فرما۔”</w:t>
      </w:r>
    </w:p>
    <w:p>
      <w:pPr>
        <w:pStyle w:val="Heading2"/>
      </w:pPr>
      <w:r>
        <w:t>The Importance of Dua December 15, 2006</w:t>
      </w:r>
    </w:p>
    <w:p>
      <w:r>
        <w:rPr>
          <w:color w:val="666666"/>
          <w:sz w:val="18"/>
        </w:rPr>
        <w:t>21:59 · https://youtu.be/u4cSEoh_mfY?t=1319</w:t>
      </w:r>
    </w:p>
    <w:p>
      <w:r>
        <w:rPr>
          <w:i/>
        </w:rPr>
        <w:t>“ظاہر ہے کہ میں صبح شام یہ دعا کرتا تھا، لیکن لگتا تھا کہ یہ دعا قبول نہیں ہو رہی ہے۔”</w:t>
      </w:r>
    </w:p>
    <w:p>
      <w:pPr>
        <w:pStyle w:val="Heading2"/>
      </w:pPr>
      <w:r>
        <w:t>Age of Consumerism January 6, 2013</w:t>
      </w:r>
    </w:p>
    <w:p>
      <w:r>
        <w:rPr>
          <w:color w:val="666666"/>
          <w:sz w:val="18"/>
        </w:rPr>
        <w:t>44:23 · https://youtu.be/zJRZ1OKUhgA?t=2663</w:t>
      </w:r>
    </w:p>
    <w:p>
      <w:r>
        <w:rPr>
          <w:i/>
        </w:rPr>
        <w:t>“اللہ سے باتیں نہیں ہو رہی ہیں۔”</w:t>
      </w:r>
    </w:p>
    <w:p>
      <w:pPr>
        <w:pStyle w:val="Heading2"/>
      </w:pPr>
      <w:r>
        <w:t>Revival of Islam March 23, 2014</w:t>
      </w:r>
    </w:p>
    <w:p>
      <w:r>
        <w:rPr>
          <w:color w:val="666666"/>
          <w:sz w:val="18"/>
        </w:rPr>
        <w:t>31:17 · https://youtu.be/Wc4Vsc4u1JI?t=1877</w:t>
      </w:r>
    </w:p>
    <w:p>
      <w:r>
        <w:rPr>
          <w:i/>
        </w:rPr>
        <w:t>“کیوں؟ اللہ کی نصرت حاصل نہیں۔”</w:t>
      </w:r>
    </w:p>
    <w:p>
      <w:pPr>
        <w:pStyle w:val="Heading2"/>
      </w:pPr>
      <w:r>
        <w:t>Last Book 22 June, 2019 - Maulana Wahiduddin Khan</w:t>
      </w:r>
    </w:p>
    <w:p>
      <w:r>
        <w:rPr>
          <w:color w:val="666666"/>
          <w:sz w:val="18"/>
        </w:rPr>
        <w:t>5:31 · https://youtu.be/N9PYMdFvAIQ?t=331</w:t>
      </w:r>
    </w:p>
    <w:p>
      <w:r>
        <w:rPr>
          <w:i/>
        </w:rPr>
        <w:t>“अपनी एंबिशंस को पूरा ना कर सके।”</w:t>
      </w:r>
    </w:p>
    <w:p>
      <w:pPr>
        <w:pStyle w:val="Heading2"/>
      </w:pPr>
      <w:r>
        <w:t>Interaction with umries 24 july, 2019 - Maulana Wahiduddin Khan</w:t>
      </w:r>
    </w:p>
    <w:p>
      <w:r>
        <w:rPr>
          <w:color w:val="666666"/>
          <w:sz w:val="18"/>
        </w:rPr>
        <w:t>36:27 · https://youtu.be/8d1GN1f_oMs?t=2187</w:t>
      </w:r>
    </w:p>
    <w:p>
      <w:r>
        <w:rPr>
          <w:i/>
        </w:rPr>
        <w:t>“مجھے اس میں مجھے کچھ یعنی روحانیت محسوس نہیں ہوتی۔ تو نماز کیوں؟”</w:t>
      </w:r>
    </w:p>
    <w:p>
      <w:pPr>
        <w:pStyle w:val="Heading2"/>
      </w:pPr>
      <w:r>
        <w:t>Purpose of Human Life February 12, 2012 Maulana Wahiduddin Khan</w:t>
      </w:r>
    </w:p>
    <w:p>
      <w:r>
        <w:rPr>
          <w:color w:val="666666"/>
          <w:sz w:val="18"/>
        </w:rPr>
        <w:t>46:42 · https://youtu.be/gRupSXuak-w?t=2802</w:t>
      </w:r>
    </w:p>
    <w:p>
      <w:r>
        <w:rPr>
          <w:i/>
        </w:rPr>
        <w:t>“لوگوں کی تقریریں کر کر کے دعا خراب کر رہے ہیں۔ وہ باتیں ہیں جو آج کے انسان کو اپیل کریں، وہ نہ علماء کے پاس ہیں، نہ وہ ان کو بت”</w:t>
      </w:r>
    </w:p>
    <w:p>
      <w:pPr>
        <w:pStyle w:val="Heading2"/>
      </w:pPr>
      <w:r>
        <w:t>The Age of Deceiving Philosophies I 21 June 2009</w:t>
      </w:r>
    </w:p>
    <w:p>
      <w:r>
        <w:rPr>
          <w:color w:val="666666"/>
          <w:sz w:val="18"/>
        </w:rPr>
        <w:t>1:59:36 · https://youtu.be/RZCs_8AtCTM?t=7176</w:t>
      </w:r>
    </w:p>
    <w:p>
      <w:r>
        <w:rPr>
          <w:i/>
        </w:rPr>
        <w:t>“بس دعا ورک ہو گیا۔”</w:t>
      </w:r>
    </w:p>
    <w:p>
      <w:pPr>
        <w:pStyle w:val="Heading2"/>
      </w:pPr>
      <w:r>
        <w:t>Dars-e-Quran June 23, 2007</w:t>
      </w:r>
    </w:p>
    <w:p>
      <w:r>
        <w:rPr>
          <w:color w:val="666666"/>
          <w:sz w:val="18"/>
        </w:rPr>
        <w:t>41:11 · https://youtu.be/ajK0nNrp8n4?t=2471</w:t>
      </w:r>
    </w:p>
    <w:p>
      <w:r>
        <w:rPr>
          <w:i/>
        </w:rPr>
        <w:t>“تو پھر میری نماز نماز نہیں ہوگی۔”</w:t>
      </w:r>
    </w:p>
    <w:p>
      <w:pPr>
        <w:pStyle w:val="Heading1"/>
      </w:pPr>
      <w:r>
        <w:t>Clips (18)</w:t>
      </w:r>
    </w:p>
    <w:p>
      <w:pPr>
        <w:pStyle w:val="Heading2"/>
      </w:pPr>
      <w:r>
        <w:t>Losing followers after the Babri Masjid stance, reciting grief</w:t>
      </w:r>
    </w:p>
    <w:p>
      <w:r>
        <w:rPr>
          <w:color w:val="666666"/>
          <w:sz w:val="18"/>
        </w:rPr>
        <w:t>The Importance of Dua December 15, 2006 · 5m 21s · at 20:37 · https://youtu.be/u4cSEoh_mfY?t=1237</w:t>
      </w:r>
    </w:p>
    <w:p>
      <w:r>
        <w:rPr>
          <w:i/>
        </w:rPr>
        <w:t>“People left me, angry, after the Babri Masjid stance”</w:t>
      </w:r>
    </w:p>
    <w:p>
      <w:r>
        <w:rPr>
          <w:sz w:val="20"/>
        </w:rPr>
        <w:t>20:37  phir ek waqt aaya ke logon ne, bohat se logon ne mera saath chhod diya. Mujh se gussa ho gaye.</w:t>
      </w:r>
      <w:r>
        <w:br/>
      </w:r>
      <w:r>
        <w:rPr>
          <w:sz w:val="20"/>
        </w:rPr>
        <w:t>20:49  khaas tor par us waqt yeh hua jabke Babri Masjid, yaani 6 December 1992 ko jo Babri Masjid dhaai gayi, aur mein ne kaha ke Musalman is par koi protest na karein, sadkon par na aayein,</w:t>
      </w:r>
      <w:r>
        <w:br/>
      </w:r>
      <w:r>
        <w:rPr>
          <w:sz w:val="20"/>
        </w:rPr>
        <w:t>21:05  is maamle ko jalsa juloos ka masla na banayein, to ek taraf se log gussa aa gaye, ghusse mein aa gaye.</w:t>
      </w:r>
      <w:r>
        <w:br/>
      </w:r>
      <w:r>
        <w:rPr>
          <w:sz w:val="20"/>
        </w:rPr>
        <w:t>21:16  to kya hua ke bohat zabardast ek ek daur mera guzra hai chand saal ka, jabke mein lagta tha ke mein akela ho gaya hoon.</w:t>
      </w:r>
      <w:r>
        <w:br/>
      </w:r>
      <w:r>
        <w:rPr>
          <w:sz w:val="20"/>
        </w:rPr>
        <w:t>21:31  kuch log mar gaye the, kuch logon ne saath chhod diya tha, kuch gussa ho gaye the.</w:t>
      </w:r>
      <w:r>
        <w:br/>
      </w:r>
      <w:r>
        <w:rPr>
          <w:sz w:val="20"/>
        </w:rPr>
        <w:t>21:43  to yeh ek waqt mere upar guzra hai. Zaahir hai ke us waqt mein dua karta tha apne mission ke liye ke woh phir se zinda ho, phir se woh log, woh saathi mujhe mil jayein, aur phir se pehle ki tarah se yeh gaadi chal pade.</w:t>
      </w:r>
      <w:r>
        <w:br/>
      </w:r>
      <w:r>
        <w:rPr>
          <w:sz w:val="20"/>
        </w:rPr>
        <w:t>21:59  zaahir hai ke mein subah shaam yeh dua karta tha, lekin lagta tha ke yeh dua qabool nahi ho rahi hai.</w:t>
      </w:r>
      <w:r>
        <w:br/>
      </w:r>
      <w:r>
        <w:rPr>
          <w:sz w:val="20"/>
        </w:rPr>
        <w:t>22:08  yeh dua qabool nahi ho rahi hai.</w:t>
      </w:r>
      <w:r>
        <w:br/>
      </w:r>
      <w:r>
        <w:rPr>
          <w:sz w:val="20"/>
        </w:rPr>
        <w:t>22:13  kyunke jo log mujh se gussa ho gaye the, woh gussa hi rahe. Shayad un mein se koi aadmi phir lauta nahi.</w:t>
      </w:r>
      <w:r>
        <w:br/>
      </w:r>
      <w:r>
        <w:rPr>
          <w:sz w:val="20"/>
        </w:rPr>
        <w:t>22:21  ya to koi mar gaya, koi kahin chala gaya, koi kya hua, kya hua.</w:t>
      </w:r>
      <w:r>
        <w:br/>
      </w:r>
      <w:r>
        <w:rPr>
          <w:sz w:val="20"/>
        </w:rPr>
        <w:t>22:26  bohat hi achhe achhe zehan, bohat achhe achhe log mere saath akatha ho gaye the us waqt, aur sab ne saath chhod diya. Aur mein akela ho gaya.</w:t>
      </w:r>
      <w:r>
        <w:br/>
      </w:r>
      <w:r>
        <w:rPr>
          <w:sz w:val="20"/>
        </w:rPr>
        <w:t>22:36  is zamane mein mein kya karta tha, apni tanhai mein, apne akele mein ek nazm padha karta tha mein. Woh mein batana chahunga aap ko.</w:t>
      </w:r>
      <w:r>
        <w:br/>
      </w:r>
      <w:r>
        <w:rPr>
          <w:sz w:val="20"/>
        </w:rPr>
        <w:t>22:49  dekhiye, ek Irish poet hai, uska naam hai Thomas Moore. Thomas Moore, M O O R E.</w:t>
      </w:r>
      <w:r>
        <w:br/>
      </w:r>
      <w:r>
        <w:rPr>
          <w:sz w:val="20"/>
        </w:rPr>
        <w:t>23:00  uski maut hui hai 1852 mein. Yeh bohat hi well known Irish poet hai, Thomas Moore.</w:t>
      </w:r>
      <w:r>
        <w:br/>
      </w:r>
      <w:r>
        <w:rPr>
          <w:sz w:val="20"/>
        </w:rPr>
        <w:t>23:13  uski ek, uski ek nazm hai, uska naam hai "The</w:t>
      </w:r>
      <w:r>
        <w:br/>
      </w:r>
      <w:r>
        <w:rPr>
          <w:sz w:val="20"/>
        </w:rPr>
        <w:t>23:19  Last Rose of Summer". "The Last Rose of Summer". Is nazm ka</w:t>
      </w:r>
      <w:r>
        <w:br/>
      </w:r>
      <w:r>
        <w:rPr>
          <w:sz w:val="20"/>
        </w:rPr>
        <w:t>23:29  translation kiya tha ek ek Urdu shayar ne. To woh mein padha karta tha.</w:t>
      </w:r>
      <w:r>
        <w:br/>
      </w:r>
      <w:r>
        <w:rPr>
          <w:sz w:val="20"/>
        </w:rPr>
        <w:t>23:40  pehley aap sunein uski asal line ko. Aap zara yeh yeh padh kar suna dijiye, ghira hua hai jo. It is the last rose of summer, left blooming alone.</w:t>
      </w:r>
      <w:r>
        <w:br/>
      </w:r>
      <w:r>
        <w:rPr>
          <w:sz w:val="20"/>
        </w:rPr>
        <w:t>23:52  All her lovely companions are faded and gone. No flower of her kindred, no rosebud is nigh, to reflect back her blushes, to give side for side.</w:t>
      </w:r>
      <w:r>
        <w:br/>
      </w:r>
      <w:r>
        <w:rPr>
          <w:sz w:val="20"/>
        </w:rPr>
        <w:t>24:09  is ka jo Urdu translation tha, woh yeh tha</w:t>
      </w:r>
      <w:r>
        <w:br/>
      </w:r>
      <w:r>
        <w:rPr>
          <w:sz w:val="20"/>
        </w:rPr>
        <w:t>24:16  jo mein padha karta tha. Yeh khula hai khat mein bahaar par, jo chaman ka ghuncha aakhri hai.</w:t>
      </w:r>
      <w:r>
        <w:br/>
      </w:r>
      <w:r>
        <w:rPr>
          <w:sz w:val="20"/>
        </w:rPr>
        <w:t>24:27  ajeeb manzar be kasi, koi gham gusar na hum nashin.</w:t>
      </w:r>
      <w:r>
        <w:br/>
      </w:r>
      <w:r>
        <w:rPr>
          <w:sz w:val="20"/>
        </w:rPr>
        <w:t>24:35  jo khule the phool, woh jhad gaye.</w:t>
      </w:r>
      <w:r>
        <w:br/>
      </w:r>
      <w:r>
        <w:rPr>
          <w:sz w:val="20"/>
        </w:rPr>
        <w:t>24:40  jo khule the phool, woh jhad gaye. jo rafiq the, woh bichhad gaye.</w:t>
      </w:r>
      <w:r>
        <w:br/>
      </w:r>
      <w:r>
        <w:rPr>
          <w:sz w:val="20"/>
        </w:rPr>
        <w:t>24:48  gul na shagufta koi nahin, koi na shagufta kali nahin.</w:t>
      </w:r>
      <w:r>
        <w:br/>
      </w:r>
      <w:r>
        <w:rPr>
          <w:sz w:val="20"/>
        </w:rPr>
        <w:t>24:54  tu ajeeb dard se main is ko parha karta tha. aur main samajhta tha ke my role is over aur main finish ho gaya.</w:t>
      </w:r>
      <w:r>
        <w:br/>
      </w:r>
      <w:r>
        <w:rPr>
          <w:sz w:val="20"/>
        </w:rPr>
        <w:t>25:08  main yeh samajhta tha ke main finish ho gaya. aur main samajhta tha ke meri duaen jo hain, qubool nahin huien.</w:t>
      </w:r>
      <w:r>
        <w:br/>
      </w:r>
      <w:r>
        <w:rPr>
          <w:sz w:val="20"/>
        </w:rPr>
        <w:t>25:21  is dua mein jo log jante hain mujh ko, woh jante hain ke kaisa ajeeb daur tha mera. ke bilkul yahi jo is mein hai,</w:t>
      </w:r>
      <w:r>
        <w:br/>
      </w:r>
      <w:r>
        <w:rPr>
          <w:sz w:val="20"/>
        </w:rPr>
        <w:t>25:33  yeh khula hai khat mein bahaar par, jo chaman ka ghuncha aakhri hai. ajeeb manzar be kasi, koi gham gusar na hum nashin.</w:t>
      </w:r>
      <w:r>
        <w:br/>
      </w:r>
      <w:r>
        <w:rPr>
          <w:sz w:val="20"/>
        </w:rPr>
        <w:t>25:42  jo khule the phool, woh jhad gaye. jo rafiq the, woh bichhad gaye.</w:t>
      </w:r>
      <w:r>
        <w:br/>
      </w:r>
      <w:r>
        <w:rPr>
          <w:sz w:val="20"/>
        </w:rPr>
        <w:t>25:49  gul na shagufta koi nahin, koi na shagufta kali nahin.</w:t>
      </w:r>
      <w:r>
        <w:br/>
      </w:r>
      <w:r>
        <w:rPr>
          <w:sz w:val="20"/>
        </w:rPr>
        <w:t>25:56  lekin</w:t>
      </w:r>
    </w:p>
    <w:p>
      <w:pPr>
        <w:pStyle w:val="Heading2"/>
      </w:pPr>
      <w:r>
        <w:t>true faith as discovery, and the power of positive thinking</w:t>
      </w:r>
    </w:p>
    <w:p>
      <w:r>
        <w:rPr>
          <w:color w:val="666666"/>
          <w:sz w:val="18"/>
        </w:rPr>
        <w:t>Realisation of God December 13, 2015 · 5m 44s · at 34:46 · https://youtu.be/88yxy1lk1GU?t=2086</w:t>
      </w:r>
    </w:p>
    <w:p>
      <w:r>
        <w:rPr>
          <w:i/>
        </w:rPr>
        <w:t>“Faith in God is not the pronunciation of a formula”</w:t>
      </w:r>
    </w:p>
    <w:p>
      <w:r>
        <w:rPr>
          <w:sz w:val="20"/>
        </w:rPr>
        <w:t>34:46  to yaad rakhiye, Allah par iman, yeh kalma ke talaffuz ka naam iman nahi hai.</w:t>
      </w:r>
      <w:r>
        <w:br/>
      </w:r>
      <w:r>
        <w:rPr>
          <w:sz w:val="20"/>
        </w:rPr>
        <w:t>35:01  ke aap ne kuch alfaaz hain kalma ke, woh padh liye aap ne, bas aap ko iman hasil ho gaya. yeh iman ko address shift karna hai.</w:t>
      </w:r>
      <w:r>
        <w:br/>
      </w:r>
      <w:r>
        <w:rPr>
          <w:sz w:val="20"/>
        </w:rPr>
        <w:t>35:15  agar aap samjhein ke kalma ke jo alfaaz hain, la ilaha illallah muhammadur rasulullah, isko zaban sada kar diya to aap ko iman mil gaya.</w:t>
      </w:r>
      <w:r>
        <w:br/>
      </w:r>
      <w:r>
        <w:rPr>
          <w:sz w:val="20"/>
        </w:rPr>
        <w:t>35:27  to aap iman ko address shift kar rahe hain. yeh iman ki tazgeer hai.</w:t>
      </w:r>
      <w:r>
        <w:br/>
      </w:r>
      <w:r>
        <w:rPr>
          <w:sz w:val="20"/>
        </w:rPr>
        <w:t>35:36  yeh kalma ek ek discovery ka kalma hai. yeh eureka eureka jaisa mamla hai.</w:t>
      </w:r>
      <w:r>
        <w:br/>
      </w:r>
      <w:r>
        <w:rPr>
          <w:sz w:val="20"/>
        </w:rPr>
        <w:t>35:47  aap seeker bante hain, aap ghore fikr karte hain, duaen karte hain, study karte hain.</w:t>
      </w:r>
      <w:r>
        <w:br/>
      </w:r>
      <w:r>
        <w:rPr>
          <w:sz w:val="20"/>
        </w:rPr>
        <w:t>35:57  yahan tak ke aap ko ek cheez discover hoti hai. Allah, Allah aap ko discover hota hai. to aap kehte hain, kaha padhte hain ke eureka eureka, maine pa liya, maine pa liya.</w:t>
      </w:r>
      <w:r>
        <w:br/>
      </w:r>
      <w:r>
        <w:rPr>
          <w:sz w:val="20"/>
        </w:rPr>
        <w:t>36:12  yahi ek, yahi kalma hai.</w:t>
      </w:r>
      <w:r>
        <w:br/>
      </w:r>
      <w:r>
        <w:rPr>
          <w:sz w:val="20"/>
        </w:rPr>
        <w:t>36:18  kalma munh se kuch alfaaz ko ada karne ka naam nahi hai, balke dil ki pukaar ka naam hai.</w:t>
      </w:r>
      <w:r>
        <w:br/>
      </w:r>
      <w:r>
        <w:rPr>
          <w:sz w:val="20"/>
        </w:rPr>
        <w:t>36:31  dil ki pukaar ka naam hai.</w:t>
      </w:r>
      <w:r>
        <w:br/>
      </w:r>
      <w:r>
        <w:rPr>
          <w:sz w:val="20"/>
        </w:rPr>
        <w:t>36:35  jab kalma dil ki pukaar ki hesiyat se aap ko milega, tab yeh saari baatein aap ko haasil hongi.</w:t>
      </w:r>
      <w:r>
        <w:br/>
      </w:r>
      <w:r>
        <w:rPr>
          <w:sz w:val="20"/>
        </w:rPr>
        <w:t>36:46  phir sacha shukr, sacha hamd,</w:t>
      </w:r>
      <w:r>
        <w:br/>
      </w:r>
      <w:r>
        <w:rPr>
          <w:sz w:val="20"/>
        </w:rPr>
        <w:t>36:53  aur jo deen baatein hain imaan se mutalliq, woh sab aap ko haasil hongi.</w:t>
      </w:r>
      <w:r>
        <w:br/>
      </w:r>
      <w:r>
        <w:rPr>
          <w:sz w:val="20"/>
        </w:rPr>
        <w:t>37:09  to is waqt khaas taur par main jis par zor dena chahta hoon,</w:t>
      </w:r>
      <w:r>
        <w:br/>
      </w:r>
      <w:r>
        <w:rPr>
          <w:sz w:val="20"/>
        </w:rPr>
        <w:t>37:14  jo aksar mujh se log poochte hain dua ke baare mein. Ke dua kya hai? Hum duaen karte rehte hain, qabool nahi hoti.</w:t>
      </w:r>
      <w:r>
        <w:br/>
      </w:r>
      <w:r>
        <w:rPr>
          <w:sz w:val="20"/>
        </w:rPr>
        <w:t>37:25  to main apne mutale'a aur apne tajrube ki buniyad par yeh kehta hoon. Ke dua ko present ke aitbaar se judge mat kijiye.</w:t>
      </w:r>
      <w:r>
        <w:br/>
      </w:r>
      <w:r>
        <w:rPr>
          <w:sz w:val="20"/>
        </w:rPr>
        <w:t>37:35  future ke aitbaar se judge kijiye. Kyun ke dua karne wala ek insaan hota hai. Insaan ko sirf present ki khabar hoti hai.</w:t>
      </w:r>
      <w:r>
        <w:br/>
      </w:r>
      <w:r>
        <w:rPr>
          <w:sz w:val="20"/>
        </w:rPr>
        <w:t>37:46  iska mind present ko le kar sochta hai. Lekin jo dua ko qabool karne wala hai, woh to Khuda hai.</w:t>
      </w:r>
      <w:r>
        <w:br/>
      </w:r>
      <w:r>
        <w:rPr>
          <w:sz w:val="20"/>
        </w:rPr>
        <w:t>37:55  dua ki nazar future tak phaili hui hai.</w:t>
      </w:r>
      <w:r>
        <w:br/>
      </w:r>
      <w:r>
        <w:rPr>
          <w:sz w:val="20"/>
        </w:rPr>
        <w:t>38:01  to gaya ke maangne wala present ke aitbaar se maangta hai. Lekin dene wala is ko future ke aitbaar se deta hai.</w:t>
      </w:r>
      <w:r>
        <w:br/>
      </w:r>
      <w:r>
        <w:rPr>
          <w:sz w:val="20"/>
        </w:rPr>
        <w:t>38:14  is tarah agar aap sochen ke kabhi aap mayoosi ka shikar na hon. Kabhi aap ko tension, kabhi aap tension mein mubtala na hon.</w:t>
      </w:r>
      <w:r>
        <w:br/>
      </w:r>
      <w:r>
        <w:rPr>
          <w:sz w:val="20"/>
        </w:rPr>
        <w:t>38:27  hamesha aap ka hausla bana rahe. Aap ka shukr ka jazba aap ke andar baqi rahe.</w:t>
      </w:r>
      <w:r>
        <w:br/>
      </w:r>
      <w:r>
        <w:rPr>
          <w:sz w:val="20"/>
        </w:rPr>
        <w:t>38:39  aap ki negativity kabhi aap ki positivity kabhi khatm na ho.</w:t>
      </w:r>
      <w:r>
        <w:br/>
      </w:r>
      <w:r>
        <w:rPr>
          <w:sz w:val="20"/>
        </w:rPr>
        <w:t>38:47  aur is duniya mein yaad rakhiye,</w:t>
      </w:r>
      <w:r>
        <w:br/>
      </w:r>
      <w:r>
        <w:rPr>
          <w:sz w:val="20"/>
        </w:rPr>
        <w:t>38:52  sab se zaroori cheez hai ke aap ki positivity kabhi khatm na ho. Aap poore maanon mein, poore maanon mein ek positive thinker hon.</w:t>
      </w:r>
      <w:r>
        <w:br/>
      </w:r>
      <w:r>
        <w:rPr>
          <w:sz w:val="20"/>
        </w:rPr>
        <w:t>39:04  mere tajrube ke mutabiq, positive thinking crack crack crack saare mamlaat ko.</w:t>
      </w:r>
      <w:r>
        <w:br/>
      </w:r>
      <w:r>
        <w:rPr>
          <w:sz w:val="20"/>
        </w:rPr>
        <w:t>39:15  positive thinking, musbat soch krak hai saare mamlaat ko. Positive thinking hai to sab kuch hai.</w:t>
      </w:r>
      <w:r>
        <w:br/>
      </w:r>
      <w:r>
        <w:rPr>
          <w:sz w:val="20"/>
        </w:rPr>
        <w:t>39:27  positive thinking nahi to kuch bhi nahi.</w:t>
      </w:r>
      <w:r>
        <w:br/>
      </w:r>
      <w:r>
        <w:rPr>
          <w:sz w:val="20"/>
        </w:rPr>
        <w:t>39:34  main yeh samjha hoon ke jannat kya hai? Jannat positive thinkers ka ek colony hai.</w:t>
      </w:r>
      <w:r>
        <w:br/>
      </w:r>
      <w:r>
        <w:rPr>
          <w:sz w:val="20"/>
        </w:rPr>
        <w:t>39:43  jannat kya hai? Positive thinkers ki ek bohat hi refined colony. Jahan woh log basaye jayenge jinhon ne duniya ki zindagi mein yeh saboot diya.</w:t>
      </w:r>
      <w:r>
        <w:br/>
      </w:r>
      <w:r>
        <w:rPr>
          <w:sz w:val="20"/>
        </w:rPr>
        <w:t>39:56  ke woh negative halaat mein bhi positive thinker bane rahen.</w:t>
      </w:r>
      <w:r>
        <w:br/>
      </w:r>
      <w:r>
        <w:rPr>
          <w:sz w:val="20"/>
        </w:rPr>
        <w:t>40:05  kyun ke isi se aur saari cheezein paida hoti hain. Agar aap ke andar yeh yeh sifat hai ke negative halaat mein bhi aap ki positive thinking bhang na ho,</w:t>
      </w:r>
      <w:r>
        <w:br/>
      </w:r>
      <w:r>
        <w:rPr>
          <w:sz w:val="20"/>
        </w:rPr>
        <w:t>40:21  khatm na ho tab doosri tamam qualities aap ke andar aayengi yahi jar ki baat hai</w:t>
      </w:r>
    </w:p>
    <w:p>
      <w:pPr>
        <w:pStyle w:val="Heading2"/>
      </w:pPr>
      <w:r>
        <w:t>why unanswered prayers are actually stored and answered later</w:t>
      </w:r>
    </w:p>
    <w:p>
      <w:r>
        <w:rPr>
          <w:color w:val="666666"/>
          <w:sz w:val="18"/>
        </w:rPr>
        <w:t>Realisation of God December 13, 2015 · 5m 54s · at 16:01 · https://youtu.be/88yxy1lk1GU?t=961</w:t>
      </w:r>
    </w:p>
    <w:p>
      <w:r>
        <w:rPr>
          <w:i/>
        </w:rPr>
        <w:t>“People come to me disappointed that their prayers go unanswered”</w:t>
      </w:r>
    </w:p>
    <w:p>
      <w:r>
        <w:rPr>
          <w:sz w:val="20"/>
        </w:rPr>
        <w:t>16:01  yahan main ek aur baat karna chahta hoon ke aksar log mujh se poochte hain ke hum dua karte hain, dua poori nahi hoti.</w:t>
      </w:r>
      <w:r>
        <w:br/>
      </w:r>
      <w:r>
        <w:rPr>
          <w:sz w:val="20"/>
        </w:rPr>
        <w:t>16:12  to mayoosi mein pade hue the. main ne aise kai log mile mujhe ke woh mayoosi mein the ke dua karte hain, dua poori nahi hoti.</w:t>
      </w:r>
      <w:r>
        <w:br/>
      </w:r>
      <w:r>
        <w:rPr>
          <w:sz w:val="20"/>
        </w:rPr>
        <w:t>16:23  dekhiye, Allah ki sunnat ko samjhiye, sunnat ilahi ko samjhiye.</w:t>
      </w:r>
      <w:r>
        <w:br/>
      </w:r>
      <w:r>
        <w:rPr>
          <w:sz w:val="20"/>
        </w:rPr>
        <w:t>16:32  Allah ki sunnat yeh hai ke aap Allah se dua karen. to aap ne jo cheez mangi hai, kabhi woh cheez mil jay gi.</w:t>
      </w:r>
      <w:r>
        <w:br/>
      </w:r>
      <w:r>
        <w:rPr>
          <w:sz w:val="20"/>
        </w:rPr>
        <w:t>16:41  yeh khud hadees mein aaya hai.</w:t>
      </w:r>
      <w:r>
        <w:br/>
      </w:r>
      <w:r>
        <w:rPr>
          <w:sz w:val="20"/>
        </w:rPr>
        <w:t>16:44  hadees mein aaya hai ke kabhi aisa hota hai ke bande ne jo cheez mangi, wahi cheez us ko mil gayi. aur kabhi aisa hota hai ke bande ne jo cheez mangi, jo dua ki, woh dua us us ke liye zakhira kar di gayi, store kar di gayi.</w:t>
      </w:r>
      <w:r>
        <w:br/>
      </w:r>
      <w:r>
        <w:rPr>
          <w:sz w:val="20"/>
        </w:rPr>
        <w:t>17:02  aur kisi aur shakal mein us ko di gayi.</w:t>
      </w:r>
      <w:r>
        <w:br/>
      </w:r>
      <w:r>
        <w:rPr>
          <w:sz w:val="20"/>
        </w:rPr>
        <w:t>17:11  is ki main ek misaal deta hoon.</w:t>
      </w:r>
      <w:r>
        <w:br/>
      </w:r>
      <w:r>
        <w:rPr>
          <w:sz w:val="20"/>
        </w:rPr>
        <w:t>17:15  Rasool Allah ke zamane mein do ladaiyan huin. ek ko kehte hain Ghazwa e Badar, ek ko kehte hain Ghazwa e Uhud.</w:t>
      </w:r>
      <w:r>
        <w:br/>
      </w:r>
      <w:r>
        <w:rPr>
          <w:sz w:val="20"/>
        </w:rPr>
        <w:t>17:26  kitabon mein aata hai ke Badar ke mauqe par Rasool Allah ne bohat zyada dua ki, bohat zyada dua ki ke Khuda ya!</w:t>
      </w:r>
      <w:r>
        <w:br/>
      </w:r>
      <w:r>
        <w:rPr>
          <w:sz w:val="20"/>
        </w:rPr>
        <w:t>17:37  yeh jo tere bande yahan ekhatta hue hain, un ko madad farma.</w:t>
      </w:r>
      <w:r>
        <w:br/>
      </w:r>
      <w:r>
        <w:rPr>
          <w:sz w:val="20"/>
        </w:rPr>
        <w:t>17:45  to aap jante hain ke Ghazwa e Badar ke mauqe par Allah ki madad itni zyada aayi ke zabardast kamyabi hui. woh hatta ke farishte aa gaye Sahaba ki madad karne ke liye.</w:t>
      </w:r>
      <w:r>
        <w:br/>
      </w:r>
      <w:r>
        <w:rPr>
          <w:sz w:val="20"/>
        </w:rPr>
        <w:t>18:02  to Badar ke mauqe par Rasool Allah ko wahi cheez mili jis ke liye unhon ne dua ki thi, yaani fateh.</w:t>
      </w:r>
      <w:r>
        <w:br/>
      </w:r>
      <w:r>
        <w:rPr>
          <w:sz w:val="20"/>
        </w:rPr>
        <w:t>18:13  fatah!</w:t>
      </w:r>
      <w:r>
        <w:br/>
      </w:r>
      <w:r>
        <w:rPr>
          <w:sz w:val="20"/>
        </w:rPr>
        <w:t>18:16  ab dekhiye, uhud mein kya hua? uhud ke mauqe par bhi aap ne duaen keen. uhud ke mauqe par bhi, ghazwa uhud ke mauqe par bhi aap ne duaen keen.</w:t>
      </w:r>
      <w:r>
        <w:br/>
      </w:r>
      <w:r>
        <w:rPr>
          <w:sz w:val="20"/>
        </w:rPr>
        <w:t>18:27  lekin hua kya? aap jante hain ke taqreeban 70 sahaba is mein maare gae. aur zabardast defeat hui sahaba ko.</w:t>
      </w:r>
      <w:r>
        <w:br/>
      </w:r>
      <w:r>
        <w:rPr>
          <w:sz w:val="20"/>
        </w:rPr>
        <w:t>18:40  yani dua kya, is ke bawajood bazahir ulta ho gaya.</w:t>
      </w:r>
      <w:r>
        <w:br/>
      </w:r>
      <w:r>
        <w:rPr>
          <w:sz w:val="20"/>
        </w:rPr>
        <w:t>18:50  aisa nahin hua. woh zakhira kar di gai, rasool Allah ki woh dua zakhira kar di gai.</w:t>
      </w:r>
      <w:r>
        <w:br/>
      </w:r>
      <w:r>
        <w:rPr>
          <w:sz w:val="20"/>
        </w:rPr>
        <w:t>18:57  aur is ke baad woh fatah mubeen ki shakal mein zahir hui, yani hudaybiyah. yani uhud mein to fatah nahin hui.</w:t>
      </w:r>
      <w:r>
        <w:br/>
      </w:r>
      <w:r>
        <w:rPr>
          <w:sz w:val="20"/>
        </w:rPr>
        <w:t>19:09  is ke baad quran ki surah number 48 mein zikr hai hudaybiyah ka. aur wahan par yeh alfaaz aate hain ke inna fatahna laka fatah mubeen</w:t>
      </w:r>
      <w:r>
        <w:br/>
      </w:r>
      <w:r>
        <w:rPr>
          <w:sz w:val="20"/>
        </w:rPr>
        <w:t>19:25  yani hum ne tum ko open victory, khuli fatah de di. khuli fatah!</w:t>
      </w:r>
      <w:r>
        <w:br/>
      </w:r>
      <w:r>
        <w:rPr>
          <w:sz w:val="20"/>
        </w:rPr>
        <w:t>19:35  to yeh yeh wahi wahi baat hai ke dua ki uhud ke mauqe par woh zakhira ho gai aur phir woh zabardast fatah ke shakal mein mili aap ko.</w:t>
      </w:r>
      <w:r>
        <w:br/>
      </w:r>
      <w:r>
        <w:rPr>
          <w:sz w:val="20"/>
        </w:rPr>
        <w:t>19:48  aur woh kya tha? poora arab islamize ho gaya.</w:t>
      </w:r>
      <w:r>
        <w:br/>
      </w:r>
      <w:r>
        <w:rPr>
          <w:sz w:val="20"/>
        </w:rPr>
        <w:t>19:53  to hum aap duaen karte hain.</w:t>
      </w:r>
      <w:r>
        <w:br/>
      </w:r>
      <w:r>
        <w:rPr>
          <w:sz w:val="20"/>
        </w:rPr>
        <w:t>19:58  har aadmi dua karta hai.</w:t>
      </w:r>
      <w:r>
        <w:br/>
      </w:r>
      <w:r>
        <w:rPr>
          <w:sz w:val="20"/>
        </w:rPr>
        <w:t>20:02  to is ko janna chahiye ke dua to banda karega, lekin dua suni jaegi Allah ki sunnat ke mutabiq.</w:t>
      </w:r>
      <w:r>
        <w:br/>
      </w:r>
      <w:r>
        <w:rPr>
          <w:sz w:val="20"/>
        </w:rPr>
        <w:t>20:13  Allah ki sunnat yeh hai ke bande ki dua ko apne ilm ke mutabiq woh poora karta hai, na ke bande ke ilm ke mutabiq.</w:t>
      </w:r>
      <w:r>
        <w:br/>
      </w:r>
      <w:r>
        <w:rPr>
          <w:sz w:val="20"/>
        </w:rPr>
        <w:t>20:23  bande ka ilm jo hai, bohat mehdood hai.</w:t>
      </w:r>
      <w:r>
        <w:br/>
      </w:r>
      <w:r>
        <w:rPr>
          <w:sz w:val="20"/>
        </w:rPr>
        <w:t>20:28  bohat kam is ki samajh hai. isi samajh ke andar woh mangta hai. Allah ke ilm bohat zyada hai.</w:t>
      </w:r>
      <w:r>
        <w:br/>
      </w:r>
      <w:r>
        <w:rPr>
          <w:sz w:val="20"/>
        </w:rPr>
        <w:t>20:37  to agar Allah ko yeh maloom hai ke banda jo mang raha hai, is se zyada bari cheez is ko chahiye,</w:t>
      </w:r>
      <w:r>
        <w:br/>
      </w:r>
      <w:r>
        <w:rPr>
          <w:sz w:val="20"/>
        </w:rPr>
        <w:t>20:46  to Allah bande ki dua ke nateeje mein is ko woh bari cheez likh deta hai, jo usi waqt to nahin milti, lekin baad ko milti hai.</w:t>
      </w:r>
      <w:r>
        <w:br/>
      </w:r>
      <w:r>
        <w:rPr>
          <w:sz w:val="20"/>
        </w:rPr>
        <w:t>21:02  to dekhiye, Allah se ta'alluq, Allah se dua, yeh jo mu'amla hai,</w:t>
      </w:r>
      <w:r>
        <w:br/>
      </w:r>
      <w:r>
        <w:rPr>
          <w:sz w:val="20"/>
        </w:rPr>
        <w:t>21:11  is mein hamesha yaad rakhiye ke ek hai aap ki taraf se mu'amla, ek hai Allah ki taraf se mu'amla. to hum apne limited knowledge ki bina par ek rai bana lete hain ke aisa hona chahiye, waisa hona chahiye.</w:t>
      </w:r>
      <w:r>
        <w:br/>
      </w:r>
      <w:r>
        <w:rPr>
          <w:sz w:val="20"/>
        </w:rPr>
        <w:t>21:34  to aap duaen karte hain. agar aap ki niyat durust hai, agar aap sachche dil ke sath dua kar rahe hain, to zaroor qabool hogi.</w:t>
      </w:r>
      <w:r>
        <w:br/>
      </w:r>
      <w:r>
        <w:rPr>
          <w:sz w:val="20"/>
        </w:rPr>
        <w:t>21:42  woh zaroor qabool hogi. lekin qabool hone ka matlab yeh nahin hai ke isi waqt woh ho jae. kabhi is waqt ho jaegi, kabhi baad ko hogi.</w:t>
      </w:r>
    </w:p>
    <w:p>
      <w:pPr>
        <w:pStyle w:val="Heading2"/>
      </w:pPr>
      <w:r>
        <w:t>Slaughtering the blame culture</w:t>
      </w:r>
    </w:p>
    <w:p>
      <w:r>
        <w:rPr>
          <w:color w:val="666666"/>
          <w:sz w:val="18"/>
        </w:rPr>
        <w:t>Dars-e-Quran, Chapter 2, Verses 67-73, May 6, 2018 · 5m 48s · at 27:01 · https://youtu.be/JAsg4SpiVDU?t=1621</w:t>
      </w:r>
    </w:p>
    <w:p>
      <w:r>
        <w:rPr>
          <w:i/>
        </w:rPr>
        <w:t>“What happened there? The chief guest, a great scholar, gave a speech”</w:t>
      </w:r>
    </w:p>
    <w:p>
      <w:r>
        <w:rPr>
          <w:sz w:val="20"/>
        </w:rPr>
        <w:t>27:01  to yahi kaha unhon ne keh saray musalman zulm ka shikar hain, we are under siege ka mamla hai. to kya karna hai?</w:t>
      </w:r>
      <w:r>
        <w:br/>
      </w:r>
      <w:r>
        <w:rPr>
          <w:sz w:val="20"/>
        </w:rPr>
        <w:t>27:11  to unhon ne kaha ke maine bohat socha ke ghalati kahan hai? Where we missed the train?</w:t>
      </w:r>
      <w:r>
        <w:br/>
      </w:r>
      <w:r>
        <w:rPr>
          <w:sz w:val="20"/>
        </w:rPr>
        <w:t>27:21  to unhon ne kaha ke hum dua hum se nikal gayi hai, dua hum se nikal gayi hai. aap baghol ki jiye ke dua to sari dunya mein ho rahi hai, har masjid, har madrasa, har jalsa, har namaz, har jagah musalman bad dua kar rahe hain.</w:t>
      </w:r>
      <w:r>
        <w:br/>
      </w:r>
      <w:r>
        <w:rPr>
          <w:sz w:val="20"/>
        </w:rPr>
        <w:t>27:41  allah malik ul kufar!</w:t>
      </w:r>
      <w:r>
        <w:br/>
      </w:r>
      <w:r>
        <w:rPr>
          <w:sz w:val="20"/>
        </w:rPr>
        <w:t>27:48  yeh sare hi musalman one to all bad dua kar rahe hain mafroza zalimon ke khilaf. to dua nikal kahan gayi?</w:t>
      </w:r>
      <w:r>
        <w:br/>
      </w:r>
      <w:r>
        <w:rPr>
          <w:sz w:val="20"/>
        </w:rPr>
        <w:t>28:00  nikal kahan gayi? yeh kahiye ke dua qubool nahi ho rahi.</w:t>
      </w:r>
      <w:r>
        <w:br/>
      </w:r>
      <w:r>
        <w:rPr>
          <w:sz w:val="20"/>
        </w:rPr>
        <w:t>28:08  agarche sare hi dunya ke musalman bad dua mashgool hain zalimon ke khilaf, lekin qubool nahi ho rahi. to qubool kyun nahi ho rahi?</w:t>
      </w:r>
      <w:r>
        <w:br/>
      </w:r>
      <w:r>
        <w:rPr>
          <w:sz w:val="20"/>
        </w:rPr>
        <w:t>28:19  yeh waqt bad dua ka nahi hai, balke apni ghalati ko zibah karne ka mamla hai. yeh zibah khish ka mamla hai,</w:t>
      </w:r>
      <w:r>
        <w:br/>
      </w:r>
      <w:r>
        <w:rPr>
          <w:sz w:val="20"/>
        </w:rPr>
        <w:t>28:33  zibah khish, self slaughter. bad dua ka mamla hi nahi hai. main pehli bar jab gaya america mein to ek masjid mein le gaye mujhe namaz parhne ke liye,</w:t>
      </w:r>
      <w:r>
        <w:br/>
      </w:r>
      <w:r>
        <w:rPr>
          <w:sz w:val="20"/>
        </w:rPr>
        <w:t>28:50  fajr ki namaz. to wahan imam sahab bad dua kar rahe the. dili se gaya to yahan bhi bad dua, yani jahan bhi jao bad dua, bad dua, bad dua.</w:t>
      </w:r>
      <w:r>
        <w:br/>
      </w:r>
      <w:r>
        <w:rPr>
          <w:sz w:val="20"/>
        </w:rPr>
        <w:t>29:04  jise kehte hain yeh log qunoot nadila, qunoot nadila. maine top ke buzurgon ko suna hai apne kaanon se.</w:t>
      </w:r>
      <w:r>
        <w:br/>
      </w:r>
      <w:r>
        <w:rPr>
          <w:sz w:val="20"/>
        </w:rPr>
        <w:t>29:18  pehlay bohat ziyada tha jalsa, ab to main nahi jata. ek top ke buzurg ko maine apne kaanon se suna lucknow mein: "allah malik ul kufar al mushrikeen,</w:t>
      </w:r>
      <w:r>
        <w:br/>
      </w:r>
      <w:r>
        <w:rPr>
          <w:sz w:val="20"/>
        </w:rPr>
        <w:t>29:35  allah malik hum, allah damber diyar hu." yeh yeh ab sare lakhon lakh musalman "ameen, ameen, ameen" kar rahe hain.</w:t>
      </w:r>
      <w:r>
        <w:br/>
      </w:r>
      <w:r>
        <w:rPr>
          <w:sz w:val="20"/>
        </w:rPr>
        <w:t>29:46  yeh ek ek ek jalsay ki baat nahi hai, aise jalsay rozana hotay rehtay hain. yeh to maine apne apne apna tajurba bataya ke india ke sab se baray buzurg bad dua kar rahay hain aur lakhon ka majma "ameen, ameen" kar raha hai.</w:t>
      </w:r>
      <w:r>
        <w:br/>
      </w:r>
      <w:r>
        <w:rPr>
          <w:sz w:val="20"/>
        </w:rPr>
        <w:t>30:07  to yeh kahan ki bad dua nahi ho rahi? dua nikal gayi hai,</w:t>
      </w:r>
      <w:r>
        <w:br/>
      </w:r>
      <w:r>
        <w:rPr>
          <w:sz w:val="20"/>
        </w:rPr>
        <w:t>30:15  bad duai to ho rahi hai. to kaha masla yeh hai ke dua qubool nahi ho rahi.</w:t>
      </w:r>
      <w:r>
        <w:br/>
      </w:r>
      <w:r>
        <w:rPr>
          <w:sz w:val="20"/>
        </w:rPr>
        <w:t>30:27  to kyun qubool nahi ho rahi hai? waqt hai dajjal ko zibah karein, apnay apnay apni ghalati ko khatam karein aur bad dua karein doosray ke khilaf.</w:t>
      </w:r>
      <w:r>
        <w:br/>
      </w:r>
      <w:r>
        <w:rPr>
          <w:sz w:val="20"/>
        </w:rPr>
        <w:t>30:42  yani blame others ki mentality ko khatam karo, blame dai self ki soch ko ikhtiyar karo.</w:t>
      </w:r>
      <w:r>
        <w:br/>
      </w:r>
      <w:r>
        <w:rPr>
          <w:sz w:val="20"/>
        </w:rPr>
        <w:t>30:54  yahi zibah hai, zibah dajjal hi hai ke blame others ki mentality ko khatam karo aur blame dai self ki soch ko ikhtiyar karo.</w:t>
      </w:r>
      <w:r>
        <w:br/>
      </w:r>
      <w:r>
        <w:rPr>
          <w:sz w:val="20"/>
        </w:rPr>
        <w:t>31:09  phir sari duayein qubool hongi.</w:t>
      </w:r>
      <w:r>
        <w:br/>
      </w:r>
      <w:r>
        <w:rPr>
          <w:sz w:val="20"/>
        </w:rPr>
        <w:t>31:19  to aap hadith ko aur quran ki ayaton ko mila kar sochiye, jo hadith maine parhi aap ke samnay taakeed ki zaban mein,</w:t>
      </w:r>
      <w:r>
        <w:br/>
      </w:r>
      <w:r>
        <w:rPr>
          <w:sz w:val="20"/>
        </w:rPr>
        <w:t>31:34  isko parhiye jo taqreeban tamam kitabon mein aayi hai:</w:t>
      </w:r>
      <w:r>
        <w:br/>
      </w:r>
      <w:r>
        <w:rPr>
          <w:sz w:val="20"/>
        </w:rPr>
        <w:t>31:42  "zarat man kan qabakum".</w:t>
      </w:r>
      <w:r>
        <w:br/>
      </w:r>
      <w:r>
        <w:rPr>
          <w:sz w:val="20"/>
        </w:rPr>
        <w:t>31:50  aur phir yeh dekhiye ke sari dunya ke tamam ulama, tamam buzurg bad duayein kar rahay hain zalimon ke khilaf.</w:t>
      </w:r>
      <w:r>
        <w:br/>
      </w:r>
      <w:r>
        <w:rPr>
          <w:sz w:val="20"/>
        </w:rPr>
        <w:t>31:58  to zalimon ka zulm khatam kyun nahi hota?</w:t>
      </w:r>
      <w:r>
        <w:br/>
      </w:r>
      <w:r>
        <w:rPr>
          <w:sz w:val="20"/>
        </w:rPr>
        <w:t>32:04  islamophobia khatam kyun nahi hota?</w:t>
      </w:r>
      <w:r>
        <w:br/>
      </w:r>
      <w:r>
        <w:rPr>
          <w:sz w:val="20"/>
        </w:rPr>
        <w:t>32:10  to baat kya hai? baat yeh hai ke waqt to zibah ka hai aur aap dua kar rahe hain.</w:t>
      </w:r>
      <w:r>
        <w:br/>
      </w:r>
      <w:r>
        <w:rPr>
          <w:sz w:val="20"/>
        </w:rPr>
        <w:t>32:20  jab waqt zibah ka aa gaya ho to dua ka waqt khatm ho jata hai.</w:t>
      </w:r>
      <w:r>
        <w:br/>
      </w:r>
      <w:r>
        <w:rPr>
          <w:sz w:val="20"/>
        </w:rPr>
        <w:t>32:31  to apni mentality ko khatm karo, apni soch ko zibah karo.</w:t>
      </w:r>
      <w:r>
        <w:br/>
      </w:r>
      <w:r>
        <w:rPr>
          <w:sz w:val="20"/>
        </w:rPr>
        <w:t>32:40  doosron ko blame dene ka jo mizaj hai, us ko nikalo apne andar se.</w:t>
      </w:r>
    </w:p>
    <w:p>
      <w:pPr>
        <w:pStyle w:val="Heading2"/>
      </w:pPr>
      <w:r>
        <w:t>What a truly sincere prayer actually is</w:t>
      </w:r>
    </w:p>
    <w:p>
      <w:r>
        <w:rPr>
          <w:color w:val="666666"/>
          <w:sz w:val="18"/>
        </w:rPr>
        <w:t>The Expression of Faith (Izhar e Deen) September 1, 2013 · 2m 22s · at 46:13 · https://youtu.be/muBDJ8a_8-0?t=2773</w:t>
      </w:r>
    </w:p>
    <w:p>
      <w:r>
        <w:rPr>
          <w:i/>
        </w:rPr>
        <w:t>“Dua ke koi alfaz nahi hote, dil ki gehraiyon se nikalti hai”</w:t>
      </w:r>
    </w:p>
    <w:p>
      <w:r>
        <w:rPr>
          <w:sz w:val="20"/>
        </w:rPr>
        <w:t>46:13  baqi jo jis dua ko main janta hoon, woh dua ke koi alfaaz nahi hote. woh dua, woh dua aap ke dil ki gehraiyon se nikalti hai.</w:t>
      </w:r>
      <w:r>
        <w:br/>
      </w:r>
      <w:r>
        <w:rPr>
          <w:sz w:val="20"/>
        </w:rPr>
        <w:t>46:27  woh isi waqt is ke alfaaz bante hain jab ke aap ke andar is ki talab paida hoti hai. peshgi tor par aap ko ek lafz bata diya jaye, us ko dohraen aap.</w:t>
      </w:r>
      <w:r>
        <w:br/>
      </w:r>
      <w:r>
        <w:rPr>
          <w:sz w:val="20"/>
        </w:rPr>
        <w:t>46:36  hai woh mere had tak woh dua nahi hai.</w:t>
      </w:r>
      <w:r>
        <w:br/>
      </w:r>
      <w:r>
        <w:rPr>
          <w:sz w:val="20"/>
        </w:rPr>
        <w:t>46:41  dua darasal yeh hai ke aap Allah ko discover karen, akhirat ke bare mein sochen. aap ka consent jannat ban jaye.</w:t>
      </w:r>
      <w:r>
        <w:br/>
      </w:r>
      <w:r>
        <w:rPr>
          <w:sz w:val="20"/>
        </w:rPr>
        <w:t>46:53  aap ko woh cheez aaye, aap ke andar jis ko main kehta hoon "God oriented thinking".</w:t>
      </w:r>
      <w:r>
        <w:br/>
      </w:r>
      <w:r>
        <w:rPr>
          <w:sz w:val="20"/>
        </w:rPr>
        <w:t>47:00  to phir aap ke andar ek naya insaan emerge karta hai, naya insaan. aur woh jo naya insaan emerge karta hai, us ki zuban alag hoti hai, us ki us ki aankh alag hoti hai, us ki soch alag hoti hai.</w:t>
      </w:r>
      <w:r>
        <w:br/>
      </w:r>
      <w:r>
        <w:rPr>
          <w:sz w:val="20"/>
        </w:rPr>
        <w:t>47:15  phir us waqt duaen nikalti hain. aur wohi asli dua hai, wohi asli dua hai.</w:t>
      </w:r>
      <w:r>
        <w:br/>
      </w:r>
      <w:r>
        <w:rPr>
          <w:sz w:val="20"/>
        </w:rPr>
        <w:t>47:24  main aap ko dua ke kuch alfaaz bata doon, woh dohra den aap. to yeh asli dua nahi hai. agar aap ko aisi duaon ki zaroorat ho to aap kitab mein chhapi hui maujood hai, bazaar mein kharid lijiye.</w:t>
      </w:r>
      <w:r>
        <w:br/>
      </w:r>
      <w:r>
        <w:rPr>
          <w:sz w:val="20"/>
        </w:rPr>
        <w:t>47:36  main to aisi dua ka qael nahi hoon. mere had tak dua se se bhi pehle ek cheez hai: pre dua. pre dua ki jo condition hai, usay poori karta hai aadmi, tab us ko dua hasil hoti hai.</w:t>
      </w:r>
      <w:r>
        <w:br/>
      </w:r>
      <w:r>
        <w:rPr>
          <w:sz w:val="20"/>
        </w:rPr>
        <w:t>47:53  wohi hai ke aap apna study barhaen, Allah ke bare mein ghore o fikr karen, aur aap ke ek naya mind aap ke andar emerge kare.</w:t>
      </w:r>
      <w:r>
        <w:br/>
      </w:r>
      <w:r>
        <w:rPr>
          <w:sz w:val="20"/>
        </w:rPr>
        <w:t>48:07  ek nayi baseerat aap ke andar paida ho. us ko le kar phir aap ke dil mein ek tadap aaye gi. woh tadap jo hogi, woh khud hi alfaaz nikalna shuru ho jayenge.</w:t>
      </w:r>
      <w:r>
        <w:br/>
      </w:r>
      <w:r>
        <w:rPr>
          <w:sz w:val="20"/>
        </w:rPr>
        <w:t>48:21  kisi kisi guide ki zaroorat nahi hai. to sab se ahem baat hai ke aap apni study barhaen, apna mutala barhaen, apne andar tadabbur ka izafa karen.</w:t>
      </w:r>
    </w:p>
    <w:p>
      <w:pPr>
        <w:pStyle w:val="Heading2"/>
      </w:pPr>
      <w:r>
        <w:t>300 years of Muslim movements, zero results</w:t>
      </w:r>
    </w:p>
    <w:p>
      <w:r>
        <w:rPr>
          <w:color w:val="666666"/>
          <w:sz w:val="18"/>
        </w:rPr>
        <w:t>Revival of Islam March 23, 2014 · 50s · at 30:45 · https://youtu.be/Wc4Vsc4u1JI?t=1845</w:t>
      </w:r>
    </w:p>
    <w:p>
      <w:r>
        <w:rPr>
          <w:i/>
        </w:rPr>
        <w:t>“Three hundred years of movements, result: zero”</w:t>
      </w:r>
    </w:p>
    <w:p>
      <w:r>
        <w:rPr>
          <w:sz w:val="20"/>
        </w:rPr>
        <w:t>30:45  ab aap dekhiye, itne hangame teen sau saal mein musalmanon ne kiye hain aur nateeja zero, nateeja zero.</w:t>
      </w:r>
      <w:r>
        <w:br/>
      </w:r>
      <w:r>
        <w:rPr>
          <w:sz w:val="20"/>
        </w:rPr>
        <w:t>30:56  bari bari tehreekein uthai</w:t>
      </w:r>
      <w:r>
        <w:br/>
      </w:r>
      <w:r>
        <w:rPr>
          <w:sz w:val="20"/>
        </w:rPr>
        <w:t>30:58  gai'n hukoomat qaim karne ke liye, nizaam qaim karne ke liye, masjidain bharne ke liye aur jalsa jaloos ke hangamay karne ke liye.</w:t>
      </w:r>
      <w:r>
        <w:br/>
      </w:r>
      <w:r>
        <w:rPr>
          <w:sz w:val="20"/>
        </w:rPr>
        <w:t>31:08  beshumar tehreekein hain, beshumar tehreekein hain khilafat qaim karne ke liye lekin result kuch bhi nahi, result zero hai.</w:t>
      </w:r>
      <w:r>
        <w:br/>
      </w:r>
      <w:r>
        <w:rPr>
          <w:sz w:val="20"/>
        </w:rPr>
        <w:t>31:17  kyun? Allah ki nasrat hasil nahi.</w:t>
      </w:r>
      <w:r>
        <w:br/>
      </w:r>
      <w:r>
        <w:rPr>
          <w:sz w:val="20"/>
        </w:rPr>
        <w:t>31:21  Allah ki jo madad hai, woh aaye gi jab jab ke aap Rasool Allah ke pattern ko zinda karein. Rasool Allah ke pattern ko zinda karein, tab aaye gi madad.</w:t>
      </w:r>
    </w:p>
    <w:p>
      <w:pPr>
        <w:pStyle w:val="Heading2"/>
      </w:pPr>
      <w:r>
        <w:t>Poverty drives struggle and is positive</w:t>
      </w:r>
    </w:p>
    <w:p>
      <w:r>
        <w:rPr>
          <w:color w:val="666666"/>
          <w:sz w:val="18"/>
        </w:rPr>
        <w:t>Last Book 22 June, 2019 - Maulana Wahiduddin Khan · 2m 35s · at 5:03 · https://youtu.be/N9PYMdFvAIQ?t=303</w:t>
      </w:r>
    </w:p>
    <w:p>
      <w:r>
        <w:rPr>
          <w:i/>
        </w:rPr>
        <w:t>“Poverty is a nickname for a positive situation”</w:t>
      </w:r>
    </w:p>
    <w:p>
      <w:r>
        <w:rPr>
          <w:sz w:val="20"/>
        </w:rPr>
        <w:t>5:03  "how to end poverty." bas is par research karte rahe wo, aur bohat bare bare ohde mile unko. dekhiye, poverty ek nickname hai ek situation ka, ek positive situation ka. poverty kya cheez hai?</w:t>
      </w:r>
      <w:r>
        <w:br/>
      </w:r>
      <w:r>
        <w:rPr>
          <w:sz w:val="20"/>
        </w:rPr>
        <w:t>5:26  poverty hai ki zindagi mein aadmi</w:t>
      </w:r>
      <w:r>
        <w:br/>
      </w:r>
      <w:r>
        <w:rPr>
          <w:sz w:val="20"/>
        </w:rPr>
        <w:t>5:31  apni ambitions ko poora na kar sake.</w:t>
      </w:r>
      <w:r>
        <w:br/>
      </w:r>
      <w:r>
        <w:rPr>
          <w:sz w:val="20"/>
        </w:rPr>
        <w:t>5:37  aadmi ko zindagi mein discontent mein jeena pade.</w:t>
      </w:r>
      <w:r>
        <w:br/>
      </w:r>
      <w:r>
        <w:rPr>
          <w:sz w:val="20"/>
        </w:rPr>
        <w:t>5:45  discontent mein</w:t>
      </w:r>
      <w:r>
        <w:br/>
      </w:r>
      <w:r>
        <w:rPr>
          <w:sz w:val="20"/>
        </w:rPr>
        <w:t>5:50  ki, "main ye chahta tha, mujhe nahi mila, wo chahta tha, nahi mila." main to poverty means discontent mein jeena. poverty apne aap mein kuch nahi hai. to poverty jo hai,</w:t>
      </w:r>
      <w:r>
        <w:br/>
      </w:r>
      <w:r>
        <w:rPr>
          <w:sz w:val="20"/>
        </w:rPr>
        <w:t>6:11  ya discontent,</w:t>
      </w:r>
      <w:r>
        <w:br/>
      </w:r>
      <w:r>
        <w:rPr>
          <w:sz w:val="20"/>
        </w:rPr>
        <w:t>6:16  ye creator ka plan hai.</w:t>
      </w:r>
      <w:r>
        <w:br/>
      </w:r>
      <w:r>
        <w:rPr>
          <w:sz w:val="20"/>
        </w:rPr>
        <w:t>6:23  creator ka plan hai,</w:t>
      </w:r>
      <w:r>
        <w:br/>
      </w:r>
      <w:r>
        <w:rPr>
          <w:sz w:val="20"/>
        </w:rPr>
        <w:t>6:27  yaani na paane ke ehsaas mein jeena. main jo chahta paana chahta tha, wo main nahi pa saka. iske ehsaas mein jeena. to ye jo ehsaas hai,</w:t>
      </w:r>
      <w:r>
        <w:br/>
      </w:r>
      <w:r>
        <w:rPr>
          <w:sz w:val="20"/>
        </w:rPr>
        <w:t>6:41  ye aapko ubharta hai bar bar ki, "replanning karo, aur koshish karo, naye raaste dhoondho</w:t>
      </w:r>
      <w:r>
        <w:br/>
      </w:r>
      <w:r>
        <w:rPr>
          <w:sz w:val="20"/>
        </w:rPr>
        <w:t>6:54  taaki tum jo chahte ho aur nahi pa sake, usko pa pa lo." to poverty is is maane mein insaan ko</w:t>
      </w:r>
      <w:r>
        <w:br/>
      </w:r>
      <w:r>
        <w:rPr>
          <w:sz w:val="20"/>
        </w:rPr>
        <w:t>7:09  ek continuous struggle mein rakhti hai. agar poverty na ho, to dunya se struggle, struggle, struggle khatam ho jaye. jahad khatam ho jaye.</w:t>
      </w:r>
      <w:r>
        <w:br/>
      </w:r>
      <w:r>
        <w:rPr>
          <w:sz w:val="20"/>
        </w:rPr>
        <w:t>7:32  to poverty koi buri cheez nahi hai.</w:t>
      </w:r>
    </w:p>
    <w:p>
      <w:pPr>
        <w:pStyle w:val="Heading2"/>
      </w:pPr>
      <w:r>
        <w:t>practical dawa work through time management and pamphlet distribution</w:t>
      </w:r>
    </w:p>
    <w:p>
      <w:r>
        <w:rPr>
          <w:color w:val="666666"/>
          <w:sz w:val="18"/>
        </w:rPr>
        <w:t>The Age of Deceiving Philosophies I 21 June 2009 · 5m 20s · at 1:58:05 · https://youtu.be/RZCs_8AtCTM?t=7085</w:t>
      </w:r>
    </w:p>
    <w:p>
      <w:r>
        <w:rPr>
          <w:i/>
        </w:rPr>
        <w:t>“You have to learn the art of time management”</w:t>
      </w:r>
    </w:p>
    <w:p>
      <w:r>
        <w:rPr>
          <w:sz w:val="20"/>
        </w:rPr>
        <w:t>1:58:05  to basic cheez jo hai ke you have to learn the art of time management yeh asal cheez hai. doosri baat yeh hai ke aap samajhte hain ke dua koi professional, woh dawah koi professional cheez hai.</w:t>
      </w:r>
      <w:r>
        <w:br/>
      </w:r>
      <w:r>
        <w:rPr>
          <w:sz w:val="20"/>
        </w:rPr>
        <w:t>1:58:18  professional har waqt dua, woh har waqt dawah. dua work ek aisa kaam hai jo har waqt aap kar sakte hain.</w:t>
      </w:r>
      <w:r>
        <w:br/>
      </w:r>
      <w:r>
        <w:rPr>
          <w:sz w:val="20"/>
        </w:rPr>
        <w:t>1:58:28  woh kaise? apne pas ek pamphlet rakh li jiye. hamare chhote chhote, hamare chhote chhote pamphlet chhape hue hain, rakh li jiye.</w:t>
      </w:r>
      <w:r>
        <w:br/>
      </w:r>
      <w:r>
        <w:rPr>
          <w:sz w:val="20"/>
        </w:rPr>
        <w:t>1:58:35  koi milne ayega aap ko, us ko de di jiye. kahin gaye aap, wahan de di jiye. aap market mein gaye, aap bazaar gaye, aap kahin bhi gaye.</w:t>
      </w:r>
      <w:r>
        <w:br/>
      </w:r>
      <w:r>
        <w:rPr>
          <w:sz w:val="20"/>
        </w:rPr>
        <w:t>1:58:47  isi colony mein hum sochte the ke kaise dawah phailai jaye. to hamare ghar ki khawateen ne kya kiya? ghar ki jo aurtein kaam karti hain, un ko de diya.</w:t>
      </w:r>
      <w:r>
        <w:br/>
      </w:r>
      <w:r>
        <w:rPr>
          <w:sz w:val="20"/>
        </w:rPr>
        <w:t>1:58:57  woh ja ke ghar bant rahi hain. to ek mujhe ek nayi discovery ho gayi</w:t>
      </w:r>
      <w:r>
        <w:br/>
      </w:r>
      <w:r>
        <w:rPr>
          <w:sz w:val="20"/>
        </w:rPr>
        <w:t>1:59:01  ۔ discovery yeh ho gayi ke yeh jo kaam karti hain auratain, un mein jhijhak nahi hoti. jhijhak</w:t>
      </w:r>
      <w:r>
        <w:br/>
      </w:r>
      <w:r>
        <w:rPr>
          <w:sz w:val="20"/>
        </w:rPr>
        <w:t>1:59:09  aur jo safed posh log hotay hain, un mein jhijhak hoti hai. to woh aap beshak ja ke un ko de diya, un ko de diya, un ko diya, un ko de diya. to dua work kiya samajhte hain aap?</w:t>
      </w:r>
      <w:r>
        <w:br/>
      </w:r>
      <w:r>
        <w:rPr>
          <w:sz w:val="20"/>
        </w:rPr>
        <w:t>1:59:21  dua work kahin bhi kar sakte hain aap, kahin bhi.</w:t>
      </w:r>
      <w:r>
        <w:br/>
      </w:r>
      <w:r>
        <w:rPr>
          <w:sz w:val="20"/>
        </w:rPr>
        <w:t>1:59:25  aur jab sab cheez chhup ke aa chuki hai kitabon ki shakal mein, to aap bilkul aap apne pocket mein rakh lijiye, apne mez pe rakh lijiye, aur jis se mulaqat hogi, dete rahiye.</w:t>
      </w:r>
      <w:r>
        <w:br/>
      </w:r>
      <w:r>
        <w:rPr>
          <w:sz w:val="20"/>
        </w:rPr>
        <w:t>1:59:36  bas dua work ho gaya.</w:t>
      </w:r>
      <w:r>
        <w:br/>
      </w:r>
      <w:r>
        <w:rPr>
          <w:sz w:val="20"/>
        </w:rPr>
        <w:t>1:59:42  log samajhte hain ke dua work koi bohat hi, yaani koi mysterious cheez hai. mysterious cheez nahi hai.</w:t>
      </w:r>
      <w:r>
        <w:br/>
      </w:r>
      <w:r>
        <w:rPr>
          <w:sz w:val="20"/>
        </w:rPr>
        <w:t>1:59:50  yeh idea mujhe aap se bohat pehle, shayad ba-khatar 70 saal pehle ki baat hogi, ghaliban bohat pehle ki baat. mein Kerala gaya tha ek baar, bohat pehle, yaani azadi se pehle ki baat hai.</w:t>
      </w:r>
      <w:r>
        <w:br/>
      </w:r>
      <w:r>
        <w:rPr>
          <w:sz w:val="20"/>
        </w:rPr>
        <w:t>2:00:03  yeh azadi ko 60 baras ho gaye, yeh waqea azadi se pehle ka hai. to mein gaya Kerala train se safar kar ke, kisi station pe mein utra.</w:t>
      </w:r>
      <w:r>
        <w:br/>
      </w:r>
      <w:r>
        <w:rPr>
          <w:sz w:val="20"/>
        </w:rPr>
        <w:t>2:00:16  mujhe kisi town mein jana tha.</w:t>
      </w:r>
      <w:r>
        <w:br/>
      </w:r>
      <w:r>
        <w:rPr>
          <w:sz w:val="20"/>
        </w:rPr>
        <w:t>2:00:19  hamare baray bhai ka business tha, us business ke liye mujhe wahan bheja tha unhon ne. to mein jab station se utar ke chala to wahan par paidal jana tha, sawari waghera nahi thi.</w:t>
      </w:r>
      <w:r>
        <w:br/>
      </w:r>
      <w:r>
        <w:rPr>
          <w:sz w:val="20"/>
        </w:rPr>
        <w:t>2:00:28  aaj kal ki, aaj to sawari bohat zyada barh gayi hai. to ek customer mere sath, do hum log, do aadmi ho gaye.</w:t>
      </w:r>
      <w:r>
        <w:br/>
      </w:r>
      <w:r>
        <w:rPr>
          <w:sz w:val="20"/>
        </w:rPr>
        <w:t>2:00:38  to baat karte hue hum ja rahe thay. to</w:t>
      </w:r>
      <w:r>
        <w:br/>
      </w:r>
      <w:r>
        <w:rPr>
          <w:sz w:val="20"/>
        </w:rPr>
        <w:t>2:00:43  ek jagah aayi jahan ke road jo hai, idhar jati thi, idhar jati thi. to us ko idhar jana tha, mujhe idhar jana tha. to us ne apne bag mein se ek ek bohat hi beautiful chhupa hua woh nikala,</w:t>
      </w:r>
      <w:r>
        <w:br/>
      </w:r>
      <w:r>
        <w:rPr>
          <w:sz w:val="20"/>
        </w:rPr>
        <w:t>2:00:56  ek chhota sa leaflet mujhe de diya. de kar bhi chala gaya woh. us waqt mere idea thay, mere mind mein tha ke kitna acha tareeqa hai dawat ka</w:t>
      </w:r>
      <w:r>
        <w:br/>
      </w:r>
      <w:r>
        <w:rPr>
          <w:sz w:val="20"/>
        </w:rPr>
        <w:t>2:01:07  ke apne pocket mein, apne bag mein woh rakhe raho aur de do kisi ko. us waqt hamare paas leaflet nahi hua karte thay, booklet bhi nahi hotay thay, hamare paas digital nahi hua karta tha.</w:t>
      </w:r>
      <w:r>
        <w:br/>
      </w:r>
      <w:r>
        <w:rPr>
          <w:sz w:val="20"/>
        </w:rPr>
        <w:t>2:01:19  ab Khuda ki fazl se digital ban gaya hai aur bohat acha chhupa hua maujood hai. to bas aap rakhein apne sath, jo mile us ko dete rahiye, jo mile us ko dete rahiye.</w:t>
      </w:r>
      <w:r>
        <w:br/>
      </w:r>
      <w:r>
        <w:rPr>
          <w:sz w:val="20"/>
        </w:rPr>
        <w:t>2:01:29  matlab distributor ban jaiye, distributor. is se zyada asan kiya ho sakta hai? is se zyada asan to koi cheez nahi hai.</w:t>
      </w:r>
      <w:r>
        <w:br/>
      </w:r>
      <w:r>
        <w:rPr>
          <w:sz w:val="20"/>
        </w:rPr>
        <w:t>2:01:37  to dua work ko dekhiye, printing press ke zamanay mein jab koi aisa literature tayar ho chuka hai to dua work bilkul asan ho gaya hai.</w:t>
      </w:r>
      <w:r>
        <w:br/>
      </w:r>
      <w:r>
        <w:rPr>
          <w:sz w:val="20"/>
        </w:rPr>
        <w:t>2:01:47  kisi ke paas koi excuse nahi hai, koi excuse kisi ke paas nahi. no excuse what so ever. yeh mein apni, yaani mujhe is mein zara bhi shaq nahi ke aaj kisi bhi shakhs ke liye dua work karne ke liye koi excuse baqi nahi hai.</w:t>
      </w:r>
      <w:r>
        <w:br/>
      </w:r>
      <w:r>
        <w:rPr>
          <w:sz w:val="20"/>
        </w:rPr>
        <w:t>2:02:08  kyun ke communication hai, printing press hai, chhupa hua literature hai. to aap ko excuse kis baat ka? kis baat ka excuse bataiye?</w:t>
      </w:r>
      <w:r>
        <w:br/>
      </w:r>
      <w:r>
        <w:rPr>
          <w:sz w:val="20"/>
        </w:rPr>
        <w:t>2:02:21  hamara jo ladki, jo bilkul jahil hai, kuch bilkul illiterate hai, bilkul. to aap ne us ko kar diya ke ja ke woh banto, kitab hai usi colony mein.</w:t>
      </w:r>
      <w:r>
        <w:br/>
      </w:r>
      <w:r>
        <w:rPr>
          <w:sz w:val="20"/>
        </w:rPr>
        <w:t>2:02:35  to kal us ko dream aaya ke woh ek bagh mein hai jahan khoob har taraf woh hain, phal phal hain, do do tod rahi hai us us us us peed se, us peed se.</w:t>
      </w:r>
      <w:r>
        <w:br/>
      </w:r>
      <w:r>
        <w:rPr>
          <w:sz w:val="20"/>
        </w:rPr>
        <w:t>2:02:47  to is ka interpretation mein ne samjha ke ke yahi dua work jo kar rahi hai, wahi wahi hai ke ek bagh hai, yeh jis mein itnay saray ghar hain, har ghar mein ja ja ke woh distribute kar rahi hai dua o kitab.</w:t>
      </w:r>
      <w:r>
        <w:br/>
      </w:r>
      <w:r>
        <w:rPr>
          <w:sz w:val="20"/>
        </w:rPr>
        <w:t>2:03:00  to dawat ek bagh hai, dua work ek bagh</w:t>
      </w:r>
      <w:r>
        <w:br/>
      </w:r>
      <w:r>
        <w:rPr>
          <w:sz w:val="20"/>
        </w:rPr>
        <w:t>2:03:03  hai, bagh ke phalon ko chun lijiye. khula hua bagh hai, ek khula hua garden hai. bas mujhe yeh khwab is ka bohat pasand aaya, bohat acha laga mujhe ke dua work kiya hai ek khulay hue bagh mein.</w:t>
      </w:r>
      <w:r>
        <w:br/>
      </w:r>
      <w:r>
        <w:rPr>
          <w:sz w:val="20"/>
        </w:rPr>
        <w:t>2:03:17  ab aap hain, har taraf phaldar darakht hain, is is is darakht ka phal le lijiye, is darakht ka phal le lijie. simple si baat hai ke aap distributor ban jaiye.</w:t>
      </w:r>
    </w:p>
    <w:p>
      <w:pPr>
        <w:pStyle w:val="Heading2"/>
      </w:pPr>
      <w:r>
        <w:t>Distraction, patience, and simple living for a real prayer life</w:t>
      </w:r>
    </w:p>
    <w:p>
      <w:r>
        <w:rPr>
          <w:color w:val="666666"/>
          <w:sz w:val="18"/>
        </w:rPr>
        <w:t>Dars-e-Quran June 23, 2007 · 4m 24s · at 38:27 · https://youtu.be/ajK0nNrp8n4?t=2307</w:t>
      </w:r>
    </w:p>
    <w:p>
      <w:r>
        <w:rPr>
          <w:i/>
        </w:rPr>
        <w:t>“Sabr ke baghair aadmi sachi namaz nahi parh sakta”</w:t>
      </w:r>
    </w:p>
    <w:p>
      <w:r>
        <w:rPr>
          <w:sz w:val="20"/>
        </w:rPr>
        <w:t>38:27  iske baad jo sabr jo hai, "استعین بالصبر والصلاۃ" dekhen, sabr jo hai, sabr ke baghair aadmi sachi namaz nahin padh sakta.</w:t>
      </w:r>
      <w:r>
        <w:br/>
      </w:r>
      <w:r>
        <w:rPr>
          <w:sz w:val="20"/>
        </w:rPr>
        <w:t>38:41  sabr ke baghair aadmi sachi namaz nahin padh sakta. kyun? har waqt is duniya mein distraction hai, har waqt distraction se apne aap ko bachana zaroori hai taake concentration aap ka na hate,</w:t>
      </w:r>
      <w:r>
        <w:br/>
      </w:r>
      <w:r>
        <w:rPr>
          <w:sz w:val="20"/>
        </w:rPr>
        <w:t>39:03  aap ka jo target hai woh na hate.</w:t>
      </w:r>
      <w:r>
        <w:br/>
      </w:r>
      <w:r>
        <w:rPr>
          <w:sz w:val="20"/>
        </w:rPr>
        <w:t>39:08  to apni soch ko Khuda par baqi rakhna,</w:t>
      </w:r>
      <w:r>
        <w:br/>
      </w:r>
      <w:r>
        <w:rPr>
          <w:sz w:val="20"/>
        </w:rPr>
        <w:t>39:14  apni soch ko concentrate karna Khuda ke upar, yeh tab mumkin hota hai jab aap distraction se bachayein apne aap ko.</w:t>
      </w:r>
      <w:r>
        <w:br/>
      </w:r>
      <w:r>
        <w:rPr>
          <w:sz w:val="20"/>
        </w:rPr>
        <w:t>39:24  woh sari cheezein jin se mana kiya gaya hai Islam mein, woh sab kya hai? woh distraction hai, distraction hai.</w:t>
      </w:r>
      <w:r>
        <w:br/>
      </w:r>
      <w:r>
        <w:rPr>
          <w:sz w:val="20"/>
        </w:rPr>
        <w:t>39:32  woh distraction ki do shakalain hain:</w:t>
      </w:r>
      <w:r>
        <w:br/>
      </w:r>
      <w:r>
        <w:rPr>
          <w:sz w:val="20"/>
        </w:rPr>
        <w:t>39:37  ek woh jo cheezein bilkul haram hain, jaise sharab peena,</w:t>
      </w:r>
      <w:r>
        <w:br/>
      </w:r>
      <w:r>
        <w:rPr>
          <w:sz w:val="20"/>
        </w:rPr>
        <w:t>39:44  to kuch cheezein woh hain jo haram kar di gayi hain. to sharab kya hai? distract karti hai aap ko, aap ke mind ko hatati hai, mind ko doosri taraf le aati hai,</w:t>
      </w:r>
      <w:r>
        <w:br/>
      </w:r>
      <w:r>
        <w:rPr>
          <w:sz w:val="20"/>
        </w:rPr>
        <w:t>39:56  aap ki concentration ko disturb karti hai. lekin aur cheezein bhi isi darje mein hain jo haram to nahin hain, lekin woh distract karti hain, jaise khel kood hai aur entertainment culture hai.</w:t>
      </w:r>
      <w:r>
        <w:br/>
      </w:r>
      <w:r>
        <w:rPr>
          <w:sz w:val="20"/>
        </w:rPr>
        <w:t>40:17  aur aaj kal jo hai, outing aur shopping aur party, yeh sari cheezein distract karti hain aadmi ko.</w:t>
      </w:r>
      <w:r>
        <w:br/>
      </w:r>
      <w:r>
        <w:rPr>
          <w:sz w:val="20"/>
        </w:rPr>
        <w:t>40:27  isi liye kaha gaya hai ke saada zindagi ikhtiyar karo. Islam mein bahut zyada zor diya gaya hai saada zindagi par.</w:t>
      </w:r>
      <w:r>
        <w:br/>
      </w:r>
      <w:r>
        <w:rPr>
          <w:sz w:val="20"/>
        </w:rPr>
        <w:t>40:37  jab tak aap saada zindagi na ikhtiyar karein, har waqt distraction hota rahega.</w:t>
      </w:r>
      <w:r>
        <w:br/>
      </w:r>
      <w:r>
        <w:rPr>
          <w:sz w:val="20"/>
        </w:rPr>
        <w:t>40:45  saada zindagi ki zaroorat isi liye hai ke distraction se apne aap ko bachana. to iske liye sabr chahiye.</w:t>
      </w:r>
      <w:r>
        <w:br/>
      </w:r>
      <w:r>
        <w:rPr>
          <w:sz w:val="20"/>
        </w:rPr>
        <w:t>40:55  har waqt jo cheezein hoti hain, us ki taraf aap ka dil jana chahe ga. aap ko rokna pare ga yeh soch kar ke yeh sab distraction wali baatein hain, mera concentration hat jaye ga Khuda se,</w:t>
      </w:r>
      <w:r>
        <w:br/>
      </w:r>
      <w:r>
        <w:rPr>
          <w:sz w:val="20"/>
        </w:rPr>
        <w:t>41:11  to phir meri namaz namaz nahi hogi.</w:t>
      </w:r>
      <w:r>
        <w:br/>
      </w:r>
      <w:r>
        <w:rPr>
          <w:sz w:val="20"/>
        </w:rPr>
        <w:t>41:14  aik aisa aadmi jo rozana tarah tarah ki cheezon mein busy ho, har waqt is ka distraction hota rehta ho, to zahir hai ke is mein exchange nahi hogi,</w:t>
      </w:r>
      <w:r>
        <w:br/>
      </w:r>
      <w:r>
        <w:rPr>
          <w:sz w:val="20"/>
        </w:rPr>
        <w:t>41:31  concentration nahi hoga. to jab namaz ke liye khara hoga to ritual ke tor par namaz parh le ga, woh bas form ko dohra le ga.</w:t>
      </w:r>
      <w:r>
        <w:br/>
      </w:r>
      <w:r>
        <w:rPr>
          <w:sz w:val="20"/>
        </w:rPr>
        <w:t>41:39  woh</w:t>
      </w:r>
      <w:r>
        <w:br/>
      </w:r>
      <w:r>
        <w:rPr>
          <w:sz w:val="20"/>
        </w:rPr>
        <w:t>41:43  to sachi namaz parhne ke liye zaroori hai sabr. aur sabr kyun zaroori hai? ke sabr hi ki wajah se aap aisa hota hai ke aap apne aap ko distraction se bachate hain, distraction se bachate hain.</w:t>
      </w:r>
      <w:r>
        <w:br/>
      </w:r>
      <w:r>
        <w:rPr>
          <w:sz w:val="20"/>
        </w:rPr>
        <w:t>41:58  kyun ke aap ko shoq hoga ke chalo shopping karein, chalo outing karein, chalo partiyon mein chalein, chalo ho hawk karein, gasp culture chalaein.</w:t>
      </w:r>
      <w:r>
        <w:br/>
      </w:r>
      <w:r>
        <w:rPr>
          <w:sz w:val="20"/>
        </w:rPr>
        <w:t>42:10  yeh sab kya hai? distraction hai.</w:t>
      </w:r>
      <w:r>
        <w:br/>
      </w:r>
      <w:r>
        <w:rPr>
          <w:sz w:val="20"/>
        </w:rPr>
        <w:t>42:13  basic need ke siwa jo kuch bhi aadmi usool karta hai apne aap ko, woh sab distraction hota hai.</w:t>
      </w:r>
      <w:r>
        <w:br/>
      </w:r>
      <w:r>
        <w:rPr>
          <w:sz w:val="20"/>
        </w:rPr>
        <w:t>42:22  to aadmi ko do mein se aik ka choice hai: ya to apne aap ko distraction se bachaye taake woh sachi namaz parh sake, yaani Khuda se sacha contact ban sake is ka,</w:t>
      </w:r>
      <w:r>
        <w:br/>
      </w:r>
      <w:r>
        <w:rPr>
          <w:sz w:val="20"/>
        </w:rPr>
        <w:t>42:37  ya phir woh distraction mein para rahe, para rahe aur sirf ritual wali namaz parh sake, woh form wali namaz, aur Khuda se sacha contact is ka na baney.</w:t>
      </w:r>
    </w:p>
    <w:p>
      <w:pPr>
        <w:pStyle w:val="Heading2"/>
      </w:pPr>
      <w:r>
        <w:t>Hindu boy weeps for a Quran copy in Kashmir</w:t>
      </w:r>
    </w:p>
    <w:p>
      <w:r>
        <w:rPr>
          <w:color w:val="666666"/>
          <w:sz w:val="18"/>
        </w:rPr>
        <w:t>Divine Management in History April 7, 2013 · 2m 47s · at 34:50 · https://youtu.be/wcBzG56LuPY?t=2090</w:t>
      </w:r>
    </w:p>
    <w:p>
      <w:r>
        <w:rPr>
          <w:i/>
        </w:rPr>
        <w:t>“Do April ko ek waqia hua Kashmir mein”</w:t>
      </w:r>
    </w:p>
    <w:p>
      <w:r>
        <w:rPr>
          <w:sz w:val="20"/>
        </w:rPr>
        <w:t>34:50  abhi isi isi mahine mein ke yeh April ka mahina hai, to do April ko aik waqia hua Kashmir mein.</w:t>
      </w:r>
      <w:r>
        <w:br/>
      </w:r>
      <w:r>
        <w:rPr>
          <w:sz w:val="20"/>
        </w:rPr>
        <w:t>35:00  Kashmir mein aik garden hai, is ka naam hai "tulip garden". is mein khas tarah ke phool hain, to log bohat dekhnay ke liye atay hain is ko.</w:t>
      </w:r>
      <w:r>
        <w:br/>
      </w:r>
      <w:r>
        <w:rPr>
          <w:sz w:val="20"/>
        </w:rPr>
        <w:t>35:12  to Kashmir mein lag bhag se hamaray sathiyon ki aik team hai jo bohat hi regular tor par dua work karti hai, quran ka tarjuma aur doosri kitaben logon tak distribute karte hain.</w:t>
      </w:r>
      <w:r>
        <w:br/>
      </w:r>
      <w:r>
        <w:rPr>
          <w:sz w:val="20"/>
        </w:rPr>
        <w:t>35:29  woh</w:t>
      </w:r>
      <w:r>
        <w:br/>
      </w:r>
      <w:r>
        <w:rPr>
          <w:sz w:val="20"/>
        </w:rPr>
        <w:t>35:30  to hamaray kuch sathhi do April ko "tulip garden" gay. wahan par hindu log aaye hue thay, hindu siyah, hindu tourist, different state ke.</w:t>
      </w:r>
      <w:r>
        <w:br/>
      </w:r>
      <w:r>
        <w:rPr>
          <w:sz w:val="20"/>
        </w:rPr>
        <w:t>35:45  to aik group tha, us ko unhon ne quran diya.</w:t>
      </w:r>
      <w:r>
        <w:br/>
      </w:r>
      <w:r>
        <w:rPr>
          <w:sz w:val="20"/>
        </w:rPr>
        <w:t>35:51  un ke pas limited quantity thi, to quran khatam ho gaya. is mein aik taqreeban das saal ka bacha tha, us ko quran nahi mila.</w:t>
      </w:r>
      <w:r>
        <w:br/>
      </w:r>
      <w:r>
        <w:rPr>
          <w:sz w:val="20"/>
        </w:rPr>
        <w:t>36:01  to unhon ne dekha apni aankh se ke woh gate par khara hua ro raha hai. woh das saal ka bacha, hindu bacha.</w:t>
      </w:r>
      <w:r>
        <w:br/>
      </w:r>
      <w:r>
        <w:rPr>
          <w:sz w:val="20"/>
        </w:rPr>
        <w:t>36:12  yeh do April ka waqia hai.</w:t>
      </w:r>
      <w:r>
        <w:br/>
      </w:r>
      <w:r>
        <w:rPr>
          <w:sz w:val="20"/>
        </w:rPr>
        <w:t>36:16  jis ko is ko, jis ko kisi ko shakk ho to mein aap ko telephone number doon ga, aap confirm kar lijiyay. unhon ne dekha ke woh das saal ka bacha gate par khara hua ro raha hai.</w:t>
      </w:r>
      <w:r>
        <w:br/>
      </w:r>
      <w:r>
        <w:rPr>
          <w:sz w:val="20"/>
        </w:rPr>
        <w:t>36:32  to un ki apni party ke kisi ne poocha ke bhai tum ro kyun rahay ho? us ne rotay huay kaha ke mujh ko quran nahi mila,</w:t>
      </w:r>
      <w:r>
        <w:br/>
      </w:r>
      <w:r>
        <w:rPr>
          <w:sz w:val="20"/>
        </w:rPr>
        <w:t>36:45  mujh ko quran nahi mila.</w:t>
      </w:r>
      <w:r>
        <w:br/>
      </w:r>
      <w:r>
        <w:rPr>
          <w:sz w:val="20"/>
        </w:rPr>
        <w:t>36:51  jab yeh waqia mujhe maloom hua to mein ne socha ke poori insaniyat yahi keh rahi hai ke quran walon ne hum ko quran nahi diya.</w:t>
      </w:r>
      <w:r>
        <w:br/>
      </w:r>
      <w:r>
        <w:rPr>
          <w:sz w:val="20"/>
        </w:rPr>
        <w:t>37:02  woh bacha ro raha tha aur keh raha tha ke mujh ko quran nahi mila.</w:t>
      </w:r>
      <w:r>
        <w:br/>
      </w:r>
      <w:r>
        <w:rPr>
          <w:sz w:val="20"/>
        </w:rPr>
        <w:t>37:09  to phir woh log andar chalay gay aur exit se jahan se nikaltay thay, woh log to yeh chahtay thay ke is is is larkay ka pata lay len.</w:t>
      </w:r>
      <w:r>
        <w:br/>
      </w:r>
      <w:r>
        <w:rPr>
          <w:sz w:val="20"/>
        </w:rPr>
        <w:t>37:19  lekin phir woh aik exit par intazar karte rahay, woh mila mila nahi woh larka. to afsos karte rahay ke kash meray pas address hota to mein us ko quran by post bhej deta.</w:t>
      </w:r>
      <w:r>
        <w:br/>
      </w:r>
      <w:r>
        <w:rPr>
          <w:sz w:val="20"/>
        </w:rPr>
        <w:t>37:32  is mein dekhiye, bohat bara sabak hai.</w:t>
      </w:r>
    </w:p>
    <w:p>
      <w:pPr>
        <w:pStyle w:val="Heading2"/>
      </w:pPr>
      <w:r>
        <w:t>Tulip Garden story of Quran distribution</w:t>
      </w:r>
    </w:p>
    <w:p>
      <w:r>
        <w:rPr>
          <w:color w:val="666666"/>
          <w:sz w:val="18"/>
        </w:rPr>
        <w:t>Divine Management in History 7 April 2013 - Maulana Wahiduddin Khan · 2m 56s · at 34:33 · https://youtu.be/B-dCV7COXqY?t=2073</w:t>
      </w:r>
    </w:p>
    <w:p>
      <w:r>
        <w:rPr>
          <w:i/>
        </w:rPr>
        <w:t>“On April 2 in Kashmir, a boy cried for Quran.”</w:t>
      </w:r>
    </w:p>
    <w:p>
      <w:r>
        <w:rPr>
          <w:sz w:val="20"/>
        </w:rPr>
        <w:t>34:33  abhi isi isi mahine mein ke yeh April ka mahina hai to do April ko ek waqia hua Kashmir mein. Kashmir mein ek garden hai, is ka naam hai Tulip Garden.</w:t>
      </w:r>
      <w:r>
        <w:br/>
      </w:r>
      <w:r>
        <w:rPr>
          <w:sz w:val="20"/>
        </w:rPr>
        <w:t>34:49  is mein khas tarah ke phool hain to log bohat dekhne ke liye aate hain is ko.</w:t>
      </w:r>
      <w:r>
        <w:br/>
      </w:r>
      <w:r>
        <w:rPr>
          <w:sz w:val="20"/>
        </w:rPr>
        <w:t>34:55  to Kashmir mein lakh phool se hamare sathiyon ki ek team hai jo bohat hi regular tor par da'wa work karti hai.</w:t>
      </w:r>
      <w:r>
        <w:br/>
      </w:r>
      <w:r>
        <w:rPr>
          <w:sz w:val="20"/>
        </w:rPr>
        <w:t>35:08  Quran ka tarjuma aur doosri kitabein logon tak distribute karte hain wo.</w:t>
      </w:r>
      <w:r>
        <w:br/>
      </w:r>
      <w:r>
        <w:rPr>
          <w:sz w:val="20"/>
        </w:rPr>
        <w:t>35:14  to hamare kuch saathi do April ko Tulip Garden gaye. Wahan par Hindu log aaye hue the, Hindu siyah, Hindu tourist.</w:t>
      </w:r>
      <w:r>
        <w:br/>
      </w:r>
      <w:r>
        <w:rPr>
          <w:sz w:val="20"/>
        </w:rPr>
        <w:t>35:26  different state ke. to ek group tha, us ko unhon ne quran diya.</w:t>
      </w:r>
      <w:r>
        <w:br/>
      </w:r>
      <w:r>
        <w:rPr>
          <w:sz w:val="20"/>
        </w:rPr>
        <w:t>35:35  un ke paas limited quantity thi to quran khatm ho gaya. is mein ek taqreeban das saal ka bachcha tha, us ko quran nahin mila. to unhon ne dekha apni aankh se ke woh gate par khara hua ro raha hai.</w:t>
      </w:r>
      <w:r>
        <w:br/>
      </w:r>
      <w:r>
        <w:rPr>
          <w:sz w:val="20"/>
        </w:rPr>
        <w:t>35:51  woh das saal ka bachcha, hindu bachcha.</w:t>
      </w:r>
      <w:r>
        <w:br/>
      </w:r>
      <w:r>
        <w:rPr>
          <w:sz w:val="20"/>
        </w:rPr>
        <w:t>35:55  yeh do april ka waqia hai.</w:t>
      </w:r>
      <w:r>
        <w:br/>
      </w:r>
      <w:r>
        <w:rPr>
          <w:sz w:val="20"/>
        </w:rPr>
        <w:t>36:00  jis ko us ko jis ko kisi ko shakk ho to main aap ko telephone number doonga, aap confirm kar li jiye. unhon ne dekha ke woh das saal ka bachcha gate par khara hua ro raha hai.</w:t>
      </w:r>
      <w:r>
        <w:br/>
      </w:r>
      <w:r>
        <w:rPr>
          <w:sz w:val="20"/>
        </w:rPr>
        <w:t>36:15  to un ki apni party ke kisi ne poocha ke bhai tum ro kyun rahe ho?</w:t>
      </w:r>
      <w:r>
        <w:br/>
      </w:r>
      <w:r>
        <w:rPr>
          <w:sz w:val="20"/>
        </w:rPr>
        <w:t>36:21  us ne rote hue kaha ke mujh ko quran nahin mila.</w:t>
      </w:r>
      <w:r>
        <w:br/>
      </w:r>
      <w:r>
        <w:rPr>
          <w:sz w:val="20"/>
        </w:rPr>
        <w:t>36:28  mujh ko quran nahin mila.</w:t>
      </w:r>
      <w:r>
        <w:br/>
      </w:r>
      <w:r>
        <w:rPr>
          <w:sz w:val="20"/>
        </w:rPr>
        <w:t>36:35  jab yeh waqia mujhe maloom hua to main ne socha ke poori insaniyat yahi keh rahi hai ke quran walon ne hum ko quran nahin diya.</w:t>
      </w:r>
      <w:r>
        <w:br/>
      </w:r>
      <w:r>
        <w:rPr>
          <w:sz w:val="20"/>
        </w:rPr>
        <w:t>36:45  woh bachcha ro raha tha aur keh raha tha ke mujh ko quran nahin mila.</w:t>
      </w:r>
      <w:r>
        <w:br/>
      </w:r>
      <w:r>
        <w:rPr>
          <w:sz w:val="20"/>
        </w:rPr>
        <w:t>36:53  to phir woh log andar chale gaye aur exit se jahan se nikalte the woh log to yeh chahte the ke is is ladke ka pata le lein.</w:t>
      </w:r>
      <w:r>
        <w:br/>
      </w:r>
      <w:r>
        <w:rPr>
          <w:sz w:val="20"/>
        </w:rPr>
        <w:t>37:02  lekin phir woh ek exit par intezar karte rahe, woh mila mila nahin woh ladka.</w:t>
      </w:r>
      <w:r>
        <w:br/>
      </w:r>
      <w:r>
        <w:rPr>
          <w:sz w:val="20"/>
        </w:rPr>
        <w:t>37:09  to afsos karte rahe ke kaash mere paas address hota to main us ko quran by post bhej deta. is mein dekhiye bohat bara sabak hai.</w:t>
      </w:r>
      <w:r>
        <w:br/>
      </w:r>
      <w:r>
        <w:rPr>
          <w:sz w:val="20"/>
        </w:rPr>
        <w:t>37:21  is zamane mein kya hua ke logon ne fatwe diye ke jihad karo, ladai karo. aur doosra fatwa kya diya?</w:t>
      </w:r>
    </w:p>
    <w:p>
      <w:pPr>
        <w:pStyle w:val="Heading2"/>
      </w:pPr>
      <w:r>
        <w:t>Muslims must learn from warnings like Yathrib</w:t>
      </w:r>
    </w:p>
    <w:p>
      <w:r>
        <w:rPr>
          <w:color w:val="666666"/>
          <w:sz w:val="18"/>
        </w:rPr>
        <w:t>Natural Warning April 17, 2016 · 3m 18s · at 12:11 · https://youtu.be/fSNOpwgzcss?t=731</w:t>
      </w:r>
    </w:p>
    <w:p>
      <w:r>
        <w:rPr>
          <w:i/>
        </w:rPr>
        <w:t>“I believe this same event is happening to Muslims today.”</w:t>
      </w:r>
    </w:p>
    <w:p>
      <w:r>
        <w:rPr>
          <w:sz w:val="20"/>
        </w:rPr>
        <w:t>12:11  to main samajhta hoon keh maujoodah zamanay mein yahi waqea Musalmanon ke sath paish aa raha hai. yani boss bar bar aati hai Musalmanon ke oopar.</w:t>
      </w:r>
      <w:r>
        <w:br/>
      </w:r>
      <w:r>
        <w:rPr>
          <w:sz w:val="20"/>
        </w:rPr>
        <w:t>12:24  is taakeh woh soche, soche, soche. lekin abhi tak to kam az kam is ke asaar nahi hain keh woh soch rahe hain.</w:t>
      </w:r>
      <w:r>
        <w:br/>
      </w:r>
      <w:r>
        <w:rPr>
          <w:sz w:val="20"/>
        </w:rPr>
        <w:t>12:35  boss aa rahi hai lekin tazarrru nahi aa raha. woh kaise?</w:t>
      </w:r>
      <w:r>
        <w:br/>
      </w:r>
      <w:r>
        <w:rPr>
          <w:sz w:val="20"/>
        </w:rPr>
        <w:t>12:43  dekhein Musalmanon ne maujoodah zamanay mein jihad ke naam par ladaaiyan chhodin. colonialism ke khilaaf, Zionism ke khilaaf, Muslim conspirators, Muslim enemy ke khilaaf.</w:t>
      </w:r>
      <w:r>
        <w:br/>
      </w:r>
      <w:r>
        <w:rPr>
          <w:sz w:val="20"/>
        </w:rPr>
        <w:t>13:04  is tarah ki ladaaiyon mein taqreeban do sau saal beet gaye hain. do sau saal. yani Sultan Tipu lartay hue maaray gaye thay satrah sau nananway mein.</w:t>
      </w:r>
      <w:r>
        <w:br/>
      </w:r>
      <w:r>
        <w:rPr>
          <w:sz w:val="20"/>
        </w:rPr>
        <w:t>13:19  to muarikhin isi waqay ko shumar karte hain, beginning.</w:t>
      </w:r>
      <w:r>
        <w:br/>
      </w:r>
      <w:r>
        <w:rPr>
          <w:sz w:val="20"/>
        </w:rPr>
        <w:t>13:25  to ghore kijiye keh do saal ki, do sau saal ki khoni jang se Musalmanon ko kamilah haqeeqat yeh hai keh kuch bhi nahi mila siwaye tabaahi ke, siwaye tabaahi ke, siwaye tabaahi ke.</w:t>
      </w:r>
      <w:r>
        <w:br/>
      </w:r>
      <w:r>
        <w:rPr>
          <w:sz w:val="20"/>
        </w:rPr>
        <w:t>13:42  aap Musalmanon ki kisi majlis mein baithiye, Musalmanon ki kitaab parhiye, un ki magazine hain, un ke akhbar ko dekhiye. har jagah yahi bataya jata, bataya ja raha hoga keh Musalmanon par zulm ho raha hai, Musalmanon par zulm ho raha hai, Musalmanon par zulm ho raha hai.</w:t>
      </w:r>
      <w:r>
        <w:br/>
      </w:r>
      <w:r>
        <w:rPr>
          <w:sz w:val="20"/>
        </w:rPr>
        <w:t>13:57  yeh zulm kiya hai?</w:t>
      </w:r>
      <w:r>
        <w:br/>
      </w:r>
      <w:r>
        <w:rPr>
          <w:sz w:val="20"/>
        </w:rPr>
        <w:t>14:01  They are paying the price of their misplanning.</w:t>
      </w:r>
      <w:r>
        <w:br/>
      </w:r>
      <w:r>
        <w:rPr>
          <w:sz w:val="20"/>
        </w:rPr>
        <w:t>14:09  yani Khuda ki taraf se boss aa rahi hai, yani warning aa rahi hai. woh sochte nahi.</w:t>
      </w:r>
      <w:r>
        <w:br/>
      </w:r>
      <w:r>
        <w:rPr>
          <w:sz w:val="20"/>
        </w:rPr>
        <w:t>14:19  woh sochte nahi.</w:t>
      </w:r>
      <w:r>
        <w:br/>
      </w:r>
      <w:r>
        <w:rPr>
          <w:sz w:val="20"/>
        </w:rPr>
        <w:t>14:24  to shuru kiya tha unhon ne colonialism ke khilaf, phir zionism ke khilaf, phir muslim enemy ke khilaf, phir muslim conspirators ke khilaf.</w:t>
      </w:r>
      <w:r>
        <w:br/>
      </w:r>
      <w:r>
        <w:rPr>
          <w:sz w:val="20"/>
        </w:rPr>
        <w:t>14:37  is tarah ki ladaaiyan chalti rahin aur taqreeban do sau saal beet gae. Beshumar jaanen is mein halak huin, beshumar maal is mein tabah hua.</w:t>
      </w:r>
      <w:r>
        <w:br/>
      </w:r>
      <w:r>
        <w:rPr>
          <w:sz w:val="20"/>
        </w:rPr>
        <w:t>14:51  jo kuch tha musalmanon ke paas woh bhi khoya gaya.</w:t>
      </w:r>
      <w:r>
        <w:br/>
      </w:r>
      <w:r>
        <w:rPr>
          <w:sz w:val="20"/>
        </w:rPr>
        <w:t>14:58  to yeh nuqsan jo hai yeh yeh bomb hai, yeh nuqsan jo hai yeh yeh is khudaai saib hai jo musalmanon ke sar par gir raha hai. Saib ki baarish hai jo musalmanon ke sar par ho rahi hai.</w:t>
      </w:r>
      <w:r>
        <w:br/>
      </w:r>
      <w:r>
        <w:rPr>
          <w:sz w:val="20"/>
        </w:rPr>
        <w:t>15:12  ke socho, socho, socho.</w:t>
      </w:r>
      <w:r>
        <w:br/>
      </w:r>
      <w:r>
        <w:rPr>
          <w:sz w:val="20"/>
        </w:rPr>
        <w:t>15:18  to woh sochta kya hai? Woh sochta yeh hai ke wohi karo jo is se pehle Yarab ne kiya tha.</w:t>
      </w:r>
    </w:p>
    <w:p>
      <w:pPr>
        <w:pStyle w:val="Heading2"/>
      </w:pPr>
      <w:r>
        <w:t>The real diagnosis: intellectual dissatisfaction, not apostasy</w:t>
      </w:r>
    </w:p>
    <w:p>
      <w:r>
        <w:rPr>
          <w:color w:val="666666"/>
          <w:sz w:val="18"/>
        </w:rPr>
        <w:t>Is Islam in Danger, January 10, 2007 · 4m 28s · at 50:05 · https://youtu.be/1vrUjeA7508?t=3005</w:t>
      </w:r>
    </w:p>
    <w:p>
      <w:r>
        <w:rPr>
          <w:i/>
        </w:rPr>
        <w:t>“میں نے اس پر باقاعدہ تحقیق کی، اور یہ سمجھا کہ یہ کیا ہے”</w:t>
      </w:r>
    </w:p>
    <w:p>
      <w:r>
        <w:rPr>
          <w:sz w:val="20"/>
        </w:rPr>
        <w:t>50:05  main ne is par baqayda tehqeeq ki. aur yeh samajha. ke. yeh kya hai? yeh kya ya yeh kya cheez ko log irtidad keh rahe hain blasphemy keh rahe hain.</w:t>
      </w:r>
      <w:r>
        <w:br/>
      </w:r>
      <w:r>
        <w:rPr>
          <w:sz w:val="20"/>
        </w:rPr>
        <w:t>50:19  yeh kya cheez hai?</w:t>
      </w:r>
      <w:r>
        <w:br/>
      </w:r>
      <w:r>
        <w:rPr>
          <w:sz w:val="20"/>
        </w:rPr>
        <w:t>50:21  to main ne kya paya? main ne paya ke in ki tashkhees hi ghalat hai in logon ki. doctor rafiuddin ke bhi molana ali miyan ke bhi aur jitne logon ne is par likha sab ki.</w:t>
      </w:r>
      <w:r>
        <w:br/>
      </w:r>
      <w:r>
        <w:rPr>
          <w:sz w:val="20"/>
        </w:rPr>
        <w:t>50:36  woh kiya? yeh case intellectual blasphemy ka nahin hai. yeh hai. case intellectual discontentment ka dissatisfaction ka.</w:t>
      </w:r>
      <w:r>
        <w:br/>
      </w:r>
      <w:r>
        <w:rPr>
          <w:sz w:val="20"/>
        </w:rPr>
        <w:t>50:49  yani zehni adam itminan ka case hai yeh.</w:t>
      </w:r>
      <w:r>
        <w:br/>
      </w:r>
      <w:r>
        <w:rPr>
          <w:sz w:val="20"/>
        </w:rPr>
        <w:t>50:53  zehni irtidad ka case nahin hai balke zehni adam itminan ka case hai. aur wohi hai jo main ne arz kiya aap ko. ke aaj ki jo nasal hai.</w:t>
      </w:r>
      <w:r>
        <w:br/>
      </w:r>
      <w:r>
        <w:rPr>
          <w:sz w:val="20"/>
        </w:rPr>
        <w:t>51:03  jo school college university mein parh rahi hai. is ko jo islam mil raha hai woh kaun sa islam hai? islam ka muslim nazariya mil raha hai woh.</w:t>
      </w:r>
      <w:r>
        <w:br/>
      </w:r>
      <w:r>
        <w:rPr>
          <w:sz w:val="20"/>
        </w:rPr>
        <w:t>51:13  khud islam nahin mil raha hai.</w:t>
      </w:r>
      <w:r>
        <w:br/>
      </w:r>
      <w:r>
        <w:rPr>
          <w:sz w:val="20"/>
        </w:rPr>
        <w:t>51:16  islam ka muslim nazariya. is se woh. satisfaction nahin ho nahin mil raha is ko. is ka zehn ham-ahang nahin ho raha hai.</w:t>
      </w:r>
      <w:r>
        <w:br/>
      </w:r>
      <w:r>
        <w:rPr>
          <w:sz w:val="20"/>
        </w:rPr>
        <w:t>51:27  kyun ke sara jo adab hai. woh riwayati zaban mein likha gaya hai. sara ka sara. yani pre scientific ahad mein.</w:t>
      </w:r>
      <w:r>
        <w:br/>
      </w:r>
      <w:r>
        <w:rPr>
          <w:sz w:val="20"/>
        </w:rPr>
        <w:t>51:39  yeh sara adab jo banaya gaya hai yeh pre scientific ahad mein. ab hum post scientific ahad mein hain.</w:t>
      </w:r>
      <w:r>
        <w:br/>
      </w:r>
      <w:r>
        <w:rPr>
          <w:sz w:val="20"/>
        </w:rPr>
        <w:t>51:46  to jo muslim nasal hai aaj ki. woh jee rahi hai woh saans le rahi hai. post scientific ahad mein. aur jo adab jo hai jo is ko diya ja raha hai.</w:t>
      </w:r>
      <w:r>
        <w:br/>
      </w:r>
      <w:r>
        <w:rPr>
          <w:sz w:val="20"/>
        </w:rPr>
        <w:t>51:59  woh hai pre scientific ahad ka adab. to is ko mutmain nahin kar raha hai is ka zehn ham-ahang nahin ho raha hai.</w:t>
      </w:r>
      <w:r>
        <w:br/>
      </w:r>
      <w:r>
        <w:rPr>
          <w:sz w:val="20"/>
        </w:rPr>
        <w:t>52:08  yeh hai sara masla.</w:t>
      </w:r>
      <w:r>
        <w:br/>
      </w:r>
      <w:r>
        <w:rPr>
          <w:sz w:val="20"/>
        </w:rPr>
        <w:t>52:13  main kuch aise logon ko janta hoon isi din. jo. jinhon ne is ka saaf saaf is ko.</w:t>
      </w:r>
      <w:r>
        <w:br/>
      </w:r>
      <w:r>
        <w:rPr>
          <w:sz w:val="20"/>
        </w:rPr>
        <w:t>52:24  yani un ke mutale se main ne is baat ko saaf saaf samjha hai. to yeh masla jo tha. logon ne samajh liya ke yeh ke yeh.</w:t>
      </w:r>
      <w:r>
        <w:br/>
      </w:r>
      <w:r>
        <w:rPr>
          <w:sz w:val="20"/>
        </w:rPr>
        <w:t>52:36  masla hai irtidad ka yani zehni irtidad ka halanke masla tha zehni adam itminan ka.</w:t>
      </w:r>
      <w:r>
        <w:br/>
      </w:r>
      <w:r>
        <w:rPr>
          <w:sz w:val="20"/>
        </w:rPr>
        <w:t>52:43  to jab. aap tashkhees ghalat karein tashkhees aap ki ghalat ho. to ab aap ka ilaj bhi ghalat ho jayega. to har taraf bas shikayat hai ihtijaj hai cheekh pukar hai ke islam khatre mein islam khatre mein islam khatre mein.</w:t>
      </w:r>
      <w:r>
        <w:br/>
      </w:r>
      <w:r>
        <w:rPr>
          <w:sz w:val="20"/>
        </w:rPr>
        <w:t>52:59  lekin masla yeh tha ke adab jo hai aisa banaya jaye jo scientific daur mein logon ke zehn ko ham-ahang kare. yeh nahin kiya.</w:t>
      </w:r>
      <w:r>
        <w:br/>
      </w:r>
      <w:r>
        <w:rPr>
          <w:sz w:val="20"/>
        </w:rPr>
        <w:t>53:08  kya kiya bas islam khatre mein islam khatre mein bas yeh boli bolne lage.</w:t>
      </w:r>
      <w:r>
        <w:br/>
      </w:r>
      <w:r>
        <w:rPr>
          <w:sz w:val="20"/>
        </w:rPr>
        <w:t>53:15  to jo masla tha woh ihtijaj karne ke liye nahin tha woh shikayat karne ke liye nahin tha. is liye ke dunya is liye nahin tha ke aap dunya ko ailan karein dunya dushman ho gayi hai islam ki.</w:t>
      </w:r>
      <w:r>
        <w:br/>
      </w:r>
      <w:r>
        <w:rPr>
          <w:sz w:val="20"/>
        </w:rPr>
        <w:t>53:25  nahin hum nakaam ho gaye ke scientific daur mein. aaj ki zaban mein jadeed zaban mein hum islam ki taleemat ko pesh kar sake hain masla yahan tha.</w:t>
      </w:r>
      <w:r>
        <w:br/>
      </w:r>
      <w:r>
        <w:rPr>
          <w:sz w:val="20"/>
        </w:rPr>
        <w:t>53:39  masla yahan nahin tha ke doosre dushman ban gaye hain islam ke</w:t>
      </w:r>
      <w:r>
        <w:br/>
      </w:r>
      <w:r>
        <w:rPr>
          <w:sz w:val="20"/>
        </w:rPr>
        <w:t>53:42  . masla yeh tha ke hum yani muslim ulma yeh nakaam ho gaye ke jadeed jo zaban hai jadeed jo zaban hai jadeed jo.</w:t>
      </w:r>
      <w:r>
        <w:br/>
      </w:r>
      <w:r>
        <w:rPr>
          <w:sz w:val="20"/>
        </w:rPr>
        <w:t>53:52  jo sochne ka tareeqa hai is dhang par islam ko pesh karein hum taake aaj ki naslein jo hain unka zehan hamahang ho. yahan masla tha.</w:t>
      </w:r>
      <w:r>
        <w:br/>
      </w:r>
      <w:r>
        <w:rPr>
          <w:sz w:val="20"/>
        </w:rPr>
        <w:t>54:04  yeh main ne. is baat ko jaana aur phir main ne apne aap ko is raaste par lagaya.</w:t>
      </w:r>
    </w:p>
    <w:p>
      <w:pPr>
        <w:pStyle w:val="Heading2"/>
      </w:pPr>
      <w:r>
        <w:t>Prayer must be matched by real effort</w:t>
      </w:r>
    </w:p>
    <w:p>
      <w:r>
        <w:rPr>
          <w:color w:val="666666"/>
          <w:sz w:val="18"/>
        </w:rPr>
        <w:t>Dars-e-Quran June 29, 2007 · 2m 01s · at 43:08 · https://youtu.be/J6t7KRe6Hl8?t=2588</w:t>
      </w:r>
    </w:p>
    <w:p>
      <w:r>
        <w:rPr>
          <w:i/>
        </w:rPr>
        <w:t>“ایک آدمی ہے، وہ دوسرے کا مال ہڑپ کرنا چاہتا ہے”</w:t>
      </w:r>
    </w:p>
    <w:p>
      <w:r>
        <w:rPr>
          <w:sz w:val="20"/>
        </w:rPr>
        <w:t>43:08  jaise misaal ke taur par ek aadmi hai, woh doosre ka maal hadap karna chahta hai. ab woh dua kare ke khudaaya main is mein kamyab ho jaaun.</w:t>
      </w:r>
      <w:r>
        <w:br/>
      </w:r>
      <w:r>
        <w:rPr>
          <w:sz w:val="20"/>
        </w:rPr>
        <w:t>43:21  to aisi dua zahir hai ke qabool nahi hogi.</w:t>
      </w:r>
      <w:r>
        <w:br/>
      </w:r>
      <w:r>
        <w:rPr>
          <w:sz w:val="20"/>
        </w:rPr>
        <w:t>43:28  aap jab dua karein to us ke mutabiq amal karna zaroori hai.</w:t>
      </w:r>
      <w:r>
        <w:br/>
      </w:r>
      <w:r>
        <w:rPr>
          <w:sz w:val="20"/>
        </w:rPr>
        <w:t>43:36  jaise aap business karein, aap dua karein ke khudaaya mujhe business mein mujhe kamyabi milay. to zaroori hai ke aap us ke mutabiq amal karein. yaani aap mehnat karein, aap sahih planning karein.</w:t>
      </w:r>
      <w:r>
        <w:br/>
      </w:r>
      <w:r>
        <w:rPr>
          <w:sz w:val="20"/>
        </w:rPr>
        <w:t>43:51  aisa nahi ke aap planning na karein, mehnat na karein aur dua karein ke mera business kamyab ho jaaye. to aisi dua kabhi qabool nahi hogi.</w:t>
      </w:r>
      <w:r>
        <w:br/>
      </w:r>
      <w:r>
        <w:rPr>
          <w:sz w:val="20"/>
        </w:rPr>
        <w:t>44:01  jahan tak maine samjha hai, yeh 50-50 ka maamla hai.</w:t>
      </w:r>
      <w:r>
        <w:br/>
      </w:r>
      <w:r>
        <w:rPr>
          <w:sz w:val="20"/>
        </w:rPr>
        <w:t>44:09  yeh 50-50 ka maamla hai. yaani 50 feesad khuda ki madad aur 50 feesad insaan ka apna hissa. jab insaan apna hissa ada karta hai to khuda ki madad foran aati hai aur baqiya 50 feesad ko poora kar deti hai.</w:t>
      </w:r>
      <w:r>
        <w:br/>
      </w:r>
      <w:r>
        <w:rPr>
          <w:sz w:val="20"/>
        </w:rPr>
        <w:t>44:32  to dua mein ek baat yeh hui ke kisi waste ke baghair dua karna chahiye.</w:t>
      </w:r>
      <w:r>
        <w:br/>
      </w:r>
      <w:r>
        <w:rPr>
          <w:sz w:val="20"/>
        </w:rPr>
        <w:t>44:42  doosri baat yeh hui ke jab bhi aap dua karein to dua ke mutabiq amal zaroori hai.</w:t>
      </w:r>
      <w:r>
        <w:br/>
      </w:r>
      <w:r>
        <w:rPr>
          <w:sz w:val="20"/>
        </w:rPr>
        <w:t>44:53  dua ke mutabiq amal.</w:t>
      </w:r>
      <w:r>
        <w:br/>
      </w:r>
      <w:r>
        <w:rPr>
          <w:sz w:val="20"/>
        </w:rPr>
        <w:t>44:57  aisa nahi ke dua kuch hai aur amal kuch hai. to aisi dua zahir hai ke qabool nahi ho sakti.</w:t>
      </w:r>
    </w:p>
    <w:p>
      <w:pPr>
        <w:pStyle w:val="Heading2"/>
      </w:pPr>
      <w:r>
        <w:t>Criterion of true prayer: modesty</w:t>
      </w:r>
    </w:p>
    <w:p>
      <w:r>
        <w:rPr>
          <w:color w:val="666666"/>
          <w:sz w:val="18"/>
        </w:rPr>
        <w:t>On Salah (Prayer) (Part 2) 22 Jan 2006 - Maulana Wahiduddin Khan · 2m 54s · at 2:31 · https://youtu.be/NL9OG_8LJVk?t=151</w:t>
      </w:r>
    </w:p>
    <w:p>
      <w:r>
        <w:rPr>
          <w:i/>
        </w:rPr>
        <w:t>“This gives a criterion: how to judge the true spirit of prayer.”</w:t>
      </w:r>
    </w:p>
    <w:p>
      <w:r>
        <w:rPr>
          <w:sz w:val="20"/>
        </w:rPr>
        <w:t>2:31  is se hamein aik criterion mila. yani how to judge the true spirit of namaz۔</w:t>
      </w:r>
      <w:r>
        <w:br/>
      </w:r>
      <w:r>
        <w:rPr>
          <w:sz w:val="20"/>
        </w:rPr>
        <w:t>2:40  aik aadmi jo namaz parhta hai, aur aaj kal to karoron log namaz parh rahe hain, to jaisa ke maine aik hadith sunai aap ko ke kisi ki namaz ko dekh kar Prophet ne kaha:</w:t>
      </w:r>
      <w:r>
        <w:br/>
      </w:r>
      <w:r>
        <w:rPr>
          <w:sz w:val="20"/>
        </w:rPr>
        <w:t>2:54  "jao phir se namaz parho kyunke tum ne namaz nahi parhi"۔</w:t>
      </w:r>
      <w:r>
        <w:br/>
      </w:r>
      <w:r>
        <w:rPr>
          <w:sz w:val="20"/>
        </w:rPr>
        <w:t>3:04  to main aap ko aik criterion deta hoon, bohat hi clear cut criterion. woh kya?</w:t>
      </w:r>
      <w:r>
        <w:br/>
      </w:r>
      <w:r>
        <w:rPr>
          <w:sz w:val="20"/>
        </w:rPr>
        <w:t>3:13  ke yeh jo maine arz kiya ke "Allah o Akbar" ka matlab yeh hai ke "God is great and I am not great"۔</w:t>
      </w:r>
      <w:r>
        <w:br/>
      </w:r>
      <w:r>
        <w:rPr>
          <w:sz w:val="20"/>
        </w:rPr>
        <w:t>3:22  In other words, is ka matlab kya hai? Spirit of modesty. yani is namaz inculcate karti hai spirit of modesty ko۔</w:t>
      </w:r>
      <w:r>
        <w:br/>
      </w:r>
      <w:r>
        <w:rPr>
          <w:sz w:val="20"/>
        </w:rPr>
        <w:t>3:39  yani Khuda ko bara man kar apnay aap ko</w:t>
      </w:r>
      <w:r>
        <w:br/>
      </w:r>
      <w:r>
        <w:rPr>
          <w:sz w:val="20"/>
        </w:rPr>
        <w:t>3:42  chota bana lena. yeh hai criterion. koi bhi shakhs jo aap ko namaz parhta hua dikhai deta hai, to agar aap paayein ke sach much is ke andar modesty hai,</w:t>
      </w:r>
      <w:r>
        <w:br/>
      </w:r>
      <w:r>
        <w:rPr>
          <w:sz w:val="20"/>
        </w:rPr>
        <w:t>3:56  arrogance khatam ho gaya hai,</w:t>
      </w:r>
      <w:r>
        <w:br/>
      </w:r>
      <w:r>
        <w:rPr>
          <w:sz w:val="20"/>
        </w:rPr>
        <w:t>3:58  egoism nahi hai is ke andar, tab samjhiye ke is ne spirit wali namaz parhi. aur agar namaz parh kar bhi is ke andar arrogance hai, egoism hai, to usay keh dijiye ke "jao tum phir se namaz parho"۔</w:t>
      </w:r>
      <w:r>
        <w:br/>
      </w:r>
      <w:r>
        <w:rPr>
          <w:sz w:val="20"/>
        </w:rPr>
        <w:t>4:16  kyunke tum ne namaz nahi parhi۔</w:t>
      </w:r>
      <w:r>
        <w:br/>
      </w:r>
      <w:r>
        <w:rPr>
          <w:sz w:val="20"/>
        </w:rPr>
        <w:t>4:20  yani prophetic language mein aap yeh keh sakte hain. to namaz, ya salat, ya prayer, kisi aadmi ki, jo aadmi namaz parhta ho, us ko janchne ka jo criterion hai woh yeh hai</w:t>
      </w:r>
      <w:r>
        <w:br/>
      </w:r>
      <w:r>
        <w:rPr>
          <w:sz w:val="20"/>
        </w:rPr>
        <w:t>4:39  ke is ke andar modesty ki spirit aayi ho.</w:t>
      </w:r>
      <w:r>
        <w:br/>
      </w:r>
      <w:r>
        <w:rPr>
          <w:sz w:val="20"/>
        </w:rPr>
        <w:t>4:48  to maine arz kiya ke agar aap kisi namaz parhne wale ke andar modesty ki spirit na paayein, woh ladta jhaghata ho, ladte jhaghne ka matlab kya hai?</w:t>
      </w:r>
      <w:r>
        <w:br/>
      </w:r>
      <w:r>
        <w:rPr>
          <w:sz w:val="20"/>
        </w:rPr>
        <w:t>5:00  aik bhai egoist hona. sirf egoist log hi aap ladte jhaghate rehte hain.</w:t>
      </w:r>
      <w:r>
        <w:br/>
      </w:r>
      <w:r>
        <w:rPr>
          <w:sz w:val="20"/>
        </w:rPr>
        <w:t>5:08  Arrogance ka matlab kya hai? jo aadmi doosre ko acknowledge na kare, woh arrogant hota hai. to jo aadmi ke andar arrogance na jaye, egoism na jaye,</w:t>
      </w:r>
      <w:r>
        <w:br/>
      </w:r>
      <w:r>
        <w:rPr>
          <w:sz w:val="20"/>
        </w:rPr>
        <w:t>5:23  ladna jhaghna na jaye,</w:t>
      </w:r>
    </w:p>
    <w:p>
      <w:pPr>
        <w:pStyle w:val="Heading2"/>
      </w:pPr>
      <w:r>
        <w:t>Full case: prophets prayed in their mother tongues, not Arabic</w:t>
      </w:r>
    </w:p>
    <w:p>
      <w:r>
        <w:rPr>
          <w:color w:val="666666"/>
          <w:sz w:val="18"/>
        </w:rPr>
        <w:t>What is Dua (Only Lecture) April 26, 2009 Maulana Wahiduddin Khan · 4m 31s · at 15:52 · https://youtu.be/JxIR0o_C7GM?t=952</w:t>
      </w:r>
    </w:p>
    <w:p>
      <w:r>
        <w:rPr>
          <w:i/>
        </w:rPr>
        <w:t>“Paighambar ki dua bhi madri zabaan mein hoti thi”</w:t>
      </w:r>
    </w:p>
    <w:p>
      <w:r>
        <w:rPr>
          <w:sz w:val="20"/>
        </w:rPr>
        <w:t>15:52  dekhiye, main ek baat arz karoon. aam taur par log samajhte hain ke rasool ki jo duaen hain, us ko yaad kar lo to sab se bari dua wahi hai. ye bhi ek fallacy hai.</w:t>
      </w:r>
      <w:r>
        <w:br/>
      </w:r>
      <w:r>
        <w:rPr>
          <w:sz w:val="20"/>
        </w:rPr>
        <w:t>16:04  yani peghambar ki jo duaen hain,</w:t>
      </w:r>
      <w:r>
        <w:br/>
      </w:r>
      <w:r>
        <w:rPr>
          <w:sz w:val="20"/>
        </w:rPr>
        <w:t>16:09  un ko rat kar lo, us ko yaad karo, us ko kaho to wahi sab se bari dua hai.</w:t>
      </w:r>
      <w:r>
        <w:br/>
      </w:r>
      <w:r>
        <w:rPr>
          <w:sz w:val="20"/>
        </w:rPr>
        <w:t>16:14  dekhen, ye bohat bari fallacy hai.</w:t>
      </w:r>
      <w:r>
        <w:br/>
      </w:r>
      <w:r>
        <w:rPr>
          <w:sz w:val="20"/>
        </w:rPr>
        <w:t>16:18  peghambar ki dua bhi madri zaban mein hoti thi. ye kehna hai ke arabi zaban mein hoti thi, ye bhi baat ko na samajhna hai.</w:t>
      </w:r>
      <w:r>
        <w:br/>
      </w:r>
      <w:r>
        <w:rPr>
          <w:sz w:val="20"/>
        </w:rPr>
        <w:t>16:30  peghambar ki zaban jo hai, wo arabi zaban mein nahi hoti thi. in fact, ye apni mother tongue mein hoti thi.</w:t>
      </w:r>
      <w:r>
        <w:br/>
      </w:r>
      <w:r>
        <w:rPr>
          <w:sz w:val="20"/>
        </w:rPr>
        <w:t>16:42  is baat ko sochiye, aap</w:t>
      </w:r>
      <w:r>
        <w:br/>
      </w:r>
      <w:r>
        <w:rPr>
          <w:sz w:val="20"/>
        </w:rPr>
        <w:t>16:46  ye baat main is liye keh raha hoon ke rasool Allah ke bare mein to aap kahein ke aap arabi mein aap ne dua ki, arabi mein. lekin doosre peghambaron ko aap kya kahein ge?</w:t>
      </w:r>
      <w:r>
        <w:br/>
      </w:r>
      <w:r>
        <w:rPr>
          <w:sz w:val="20"/>
        </w:rPr>
        <w:t>16:58  kya doosre peghambar bhi arabi mein dua karte the? jabke quran mein saaf saaf hai ke "wa arsalna bi rasoolin min qaumin".</w:t>
      </w:r>
      <w:r>
        <w:br/>
      </w:r>
      <w:r>
        <w:rPr>
          <w:sz w:val="20"/>
        </w:rPr>
        <w:t>17:10  har qaum, jis qaum mein peghambar aata tha, usi qaum ki zaban, us ki zaban hoti thi.</w:t>
      </w:r>
      <w:r>
        <w:br/>
      </w:r>
      <w:r>
        <w:rPr>
          <w:sz w:val="20"/>
        </w:rPr>
        <w:t>17:17  to is ko chhod kar ke arabi mein dua kare ga peghambar?</w:t>
      </w:r>
      <w:r>
        <w:br/>
      </w:r>
      <w:r>
        <w:rPr>
          <w:sz w:val="20"/>
        </w:rPr>
        <w:t>17:23  har peghambar ki dua apni madri zaban mein hoti thi. rasool Allah ki zaban arabi thi, madri.</w:t>
      </w:r>
      <w:r>
        <w:br/>
      </w:r>
      <w:r>
        <w:rPr>
          <w:sz w:val="20"/>
        </w:rPr>
        <w:t>17:31  to aap arabi mein alfaaz nikle, aap ke munh se. doosre peghambaron ki jo zaban thi, us mein wo nikle. wo naqal hua quran mein, wo arabi mein.</w:t>
      </w:r>
      <w:r>
        <w:br/>
      </w:r>
      <w:r>
        <w:rPr>
          <w:sz w:val="20"/>
        </w:rPr>
        <w:t>17:42  misalan hazrat ibrahim ne farmaya ke "waiza maridtu fa huwa yashfeen".</w:t>
      </w:r>
      <w:r>
        <w:br/>
      </w:r>
      <w:r>
        <w:rPr>
          <w:sz w:val="20"/>
        </w:rPr>
        <w:t>17:50  jab mein beemar hota hoon to khuda mujhe shifa deta hai. kya aap samajhte hain ke yeh arabi lafz bole the hazrat ibrahim? kabhi nahin.</w:t>
      </w:r>
      <w:r>
        <w:br/>
      </w:r>
      <w:r>
        <w:rPr>
          <w:sz w:val="20"/>
        </w:rPr>
        <w:t>18:02  jo un ki zaban thi, woh us waqt us mein bole the. woh naqal hua hai quran mein, woh arabi zaban mein.</w:t>
      </w:r>
      <w:r>
        <w:br/>
      </w:r>
      <w:r>
        <w:rPr>
          <w:sz w:val="20"/>
        </w:rPr>
        <w:t>18:13  to yeh kuch log aisi taqreerein karte hain ke arabi mein jo peghambar ki zaban aayi hai, us ne khuda tak rasta bana diya hai.</w:t>
      </w:r>
      <w:r>
        <w:br/>
      </w:r>
      <w:r>
        <w:rPr>
          <w:sz w:val="20"/>
        </w:rPr>
        <w:t>18:23  bas isi ko dohrao aur bilkul isi pattern pe, isi track pe chalte chalte dua khuda tak pahunch jayegi. yeh sab bilkul bogus baatein hain.</w:t>
      </w:r>
      <w:r>
        <w:br/>
      </w:r>
      <w:r>
        <w:rPr>
          <w:sz w:val="20"/>
        </w:rPr>
        <w:t>18:35  koi shabd, koi lafz, koi rasta nahin banata, koi patri nahin banata.</w:t>
      </w:r>
      <w:r>
        <w:br/>
      </w:r>
      <w:r>
        <w:rPr>
          <w:sz w:val="20"/>
        </w:rPr>
        <w:t>18:43  bilkul anokhe qism ki gumrahiyan hum sab mein phaili hui hain. isi liye logon ko woh zaban, woh dua nahin kehne ki tofeeq milti jo dilon ko phaad deti hai, jis mein seenay mein se ek samandar ubal parta hai.</w:t>
      </w:r>
      <w:r>
        <w:br/>
      </w:r>
      <w:r>
        <w:rPr>
          <w:sz w:val="20"/>
        </w:rPr>
        <w:t>19:02  bas ratte hue alfaaz dohrate rehte hain. woh dua hi nahin hai, woh to computer, computer type ki dua hai. woh</w:t>
      </w:r>
      <w:r>
        <w:br/>
      </w:r>
      <w:r>
        <w:rPr>
          <w:sz w:val="20"/>
        </w:rPr>
        <w:t>19:15  har nabi ki zaban apni qaum ki zaban hoti thi. har nabi, har nabi ki madri zaban woh hoti thi jahan woh paida hua hai.</w:t>
      </w:r>
      <w:r>
        <w:br/>
      </w:r>
      <w:r>
        <w:rPr>
          <w:sz w:val="20"/>
        </w:rPr>
        <w:t>19:26  isi zaban mein woh bolta tha, isi zaban mein woh,</w:t>
      </w:r>
      <w:r>
        <w:br/>
      </w:r>
      <w:r>
        <w:rPr>
          <w:sz w:val="20"/>
        </w:rPr>
        <w:t>19:33  isi zaban mein woh dua karta tha.</w:t>
      </w:r>
      <w:r>
        <w:br/>
      </w:r>
      <w:r>
        <w:rPr>
          <w:sz w:val="20"/>
        </w:rPr>
        <w:t>19:45  yeh baat mein is liye keh raha hoon ke aam taur par log yeh samajhte hain ke dua kitaab le lete hain, bazaar se khareed lete hain, aur isi ko ratte rehte hain, ratte rehte hain, aur wohi dohrate rehte hain.</w:t>
      </w:r>
      <w:r>
        <w:br/>
      </w:r>
      <w:r>
        <w:rPr>
          <w:sz w:val="20"/>
        </w:rPr>
        <w:t>19:56  to unhein dua ka test hi nahin milta.</w:t>
      </w:r>
      <w:r>
        <w:br/>
      </w:r>
      <w:r>
        <w:rPr>
          <w:sz w:val="20"/>
        </w:rPr>
        <w:t>20:01  dua ka test nahin milta. woh khuda se nearness ka un ko experience nahin hota.</w:t>
      </w:r>
      <w:r>
        <w:br/>
      </w:r>
      <w:r>
        <w:rPr>
          <w:sz w:val="20"/>
        </w:rPr>
        <w:t>20:12  yeh ek technical dua hoti hai, computer type ki dua hoti hai, ek remote jaisa dua karo, woh dua hoti hai. yeh</w:t>
      </w:r>
    </w:p>
    <w:p>
      <w:pPr>
        <w:pStyle w:val="Heading2"/>
      </w:pPr>
      <w:r>
        <w:t>Leaving wife with lava and unconditional surrender</w:t>
      </w:r>
    </w:p>
    <w:p>
      <w:r>
        <w:rPr>
          <w:color w:val="666666"/>
          <w:sz w:val="18"/>
        </w:rPr>
        <w:t>Help of God 17 Aug, 2019 - Maulana Wahiduddin Khan · 5m 39s · at 22:05 · https://youtu.be/AByIK_dLe0Q?t=1325</w:t>
      </w:r>
    </w:p>
    <w:p>
      <w:r>
        <w:rPr>
          <w:i/>
        </w:rPr>
        <w:t>“To main mere bhai rehte the us waqt Satna mein”</w:t>
      </w:r>
    </w:p>
    <w:p>
      <w:r>
        <w:rPr>
          <w:sz w:val="20"/>
        </w:rPr>
        <w:t>22:05  doctor sahib hain? achha, yaad nahi hai. toh main mere bhai rehte the us waqt Satna Satna mein, aur main rehta tha Rampur mein.</w:t>
      </w:r>
      <w:r>
        <w:br/>
      </w:r>
      <w:r>
        <w:rPr>
          <w:sz w:val="20"/>
        </w:rPr>
        <w:t>22:21  toh kisi wajah se maine faisla kiya ke main mujhe yaad nahi ke ek mahina ya do mahine ke liye main apne bhai ke paas chala jaaun Satna, aur biwi ko wahin chhod kar ke meri biwi aur ghaliban sansein bhi, aur aur apa,</w:t>
      </w:r>
      <w:r>
        <w:br/>
      </w:r>
      <w:r>
        <w:rPr>
          <w:sz w:val="20"/>
        </w:rPr>
        <w:t>22:45  aur apa ki badi behan ko chhod kar ke, ek dum chhod kar ke, jabke hamara ghar bahut mamooli sa ghar tha wahan.</w:t>
      </w:r>
      <w:r>
        <w:br/>
      </w:r>
      <w:r>
        <w:rPr>
          <w:sz w:val="20"/>
        </w:rPr>
        <w:t>22:58  toh main chala gaya, aur jante hain ke kya kya main ne</w:t>
      </w:r>
      <w:r>
        <w:br/>
      </w:r>
      <w:r>
        <w:rPr>
          <w:sz w:val="20"/>
        </w:rPr>
        <w:t>23:04  biwi se kaha ke bhai dekho, main Allah ke kaam ke liye ja raha hoon, aur tum ko Allah ke upar chhod chhod raha hoon.</w:t>
      </w:r>
      <w:r>
        <w:br/>
      </w:r>
      <w:r>
        <w:rPr>
          <w:sz w:val="20"/>
        </w:rPr>
        <w:t>23:16  aur woh jo hota hai,</w:t>
      </w:r>
      <w:r>
        <w:br/>
      </w:r>
      <w:r>
        <w:rPr>
          <w:sz w:val="20"/>
        </w:rPr>
        <w:t>23:23  constant kehte hain, kya kehte hain? chokor sa hota hai. ji haan, toh is mein aam taur par mitti ka tel aata hai, jab khali hota hai toh dukandar baj deta hai.</w:t>
      </w:r>
      <w:r>
        <w:br/>
      </w:r>
      <w:r>
        <w:rPr>
          <w:sz w:val="20"/>
        </w:rPr>
        <w:t>23:36  toh aisa container mere paas tha, woh tin ka container hota tha. toh jante hain kya kiya?</w:t>
      </w:r>
      <w:r>
        <w:br/>
      </w:r>
      <w:r>
        <w:rPr>
          <w:sz w:val="20"/>
        </w:rPr>
        <w:t>23:48  yeh makka hai, us waqt makka, makka jante hain aap? ji kaun? bibi kaun? ji ji hain ji ji, iska bhuna hua dana, jo jis ko hum log laawa kehte hain,</w:t>
      </w:r>
      <w:r>
        <w:br/>
      </w:r>
      <w:r>
        <w:rPr>
          <w:sz w:val="20"/>
        </w:rPr>
        <w:t>24:05  hain ji, woh maine liya hai, ek poore container ke barabar bhar kar ke, is mein unko de diya ke dekho, yahi do kaam karna: ek toh dua padhta rehna, hasbunallahu wa la ilaha illa hu,</w:t>
      </w:r>
      <w:r>
        <w:br/>
      </w:r>
      <w:r>
        <w:rPr>
          <w:sz w:val="20"/>
        </w:rPr>
        <w:t>24:24  aur isi ko khate khate rehna. khane ke liye, khane ke, khane ke liye, woh makke ka laawa, rehne ke liye mamooli sa ghar toota phoota,</w:t>
      </w:r>
      <w:r>
        <w:br/>
      </w:r>
      <w:r>
        <w:rPr>
          <w:sz w:val="20"/>
        </w:rPr>
        <w:t>24:47  aur dua. is tarah maine unko chhod diya wahan.</w:t>
      </w:r>
      <w:r>
        <w:br/>
      </w:r>
      <w:r>
        <w:rPr>
          <w:sz w:val="20"/>
        </w:rPr>
        <w:t>24:55  phir jab main wapas aaya toh unki tabiyat kharab ho gayi thi, kyunke aap jante hain ke sirf laawa ka aadmi khaye,</w:t>
      </w:r>
      <w:r>
        <w:br/>
      </w:r>
      <w:r>
        <w:rPr>
          <w:sz w:val="20"/>
        </w:rPr>
        <w:t>25:10  na daal, na chawal, sirf laawa, sirf laawa, sirf laawa. hamari biwi jo thi, bahut hi zyada unke andar patience tha, had se zyada patience tha.</w:t>
      </w:r>
      <w:r>
        <w:br/>
      </w:r>
      <w:r>
        <w:rPr>
          <w:sz w:val="20"/>
        </w:rPr>
        <w:t>25:25  kabhi shikayat, kabhi zindagi mein unhone shikayat nahi kiya.</w:t>
      </w:r>
      <w:r>
        <w:br/>
      </w:r>
      <w:r>
        <w:rPr>
          <w:sz w:val="20"/>
        </w:rPr>
        <w:t>25:34  aisa hum ne kiya tha unke saath, phir biwi bimar hui hain. toh aap soch sakte hain ke kya jazbaat bhare honge, kya kya alfaaz bola hoga unki sehat ke liye.</w:t>
      </w:r>
      <w:r>
        <w:br/>
      </w:r>
      <w:r>
        <w:rPr>
          <w:sz w:val="20"/>
        </w:rPr>
        <w:t>25:48  yeh koi lift service ka mamla nahi hai. log lift service karte hain, kehte hain ke maine yeh kiya, maine woh kiya.</w:t>
      </w:r>
      <w:r>
        <w:br/>
      </w:r>
      <w:r>
        <w:rPr>
          <w:sz w:val="20"/>
        </w:rPr>
        <w:t>26:00  aaj tak mujhe yaad hai ke piya ja rahi thi America, un ke bundle mein ek packet tha Quran ka, us ko nikaal diya unhon ne. to kaha, phir bhi aap par Allah reham karega.</w:t>
      </w:r>
      <w:r>
        <w:br/>
      </w:r>
      <w:r>
        <w:rPr>
          <w:sz w:val="20"/>
        </w:rPr>
        <w:t>26:13  yeh saara samaan aap le gayeen aur Quran ka packet nikaal diya. main jab main ne khabar suni na to main bohat ro raha tha, bohat ro raha tha ke priya ne kya kiya, yeh kya kiya,</w:t>
      </w:r>
      <w:r>
        <w:br/>
      </w:r>
      <w:r>
        <w:rPr>
          <w:sz w:val="20"/>
        </w:rPr>
        <w:t>26:26  Quran ko nikaal diya, apne ko nikaal deti thi, woh apne ko nikaal deti hai, Quran ko nikaal diya.</w:t>
      </w:r>
      <w:r>
        <w:br/>
      </w:r>
      <w:r>
        <w:rPr>
          <w:sz w:val="20"/>
        </w:rPr>
        <w:t>26:36  to lift service se nahi kuch banta, yaad rakhiye.</w:t>
      </w:r>
      <w:r>
        <w:br/>
      </w:r>
      <w:r>
        <w:rPr>
          <w:sz w:val="20"/>
        </w:rPr>
        <w:t>26:44  agar us waqt yeh keh deti hain ke main to is Quran ko chhod nahi sakti, main to jaunga, jis ko chalna hai, chale, nahi chalna hai, na chale.</w:t>
      </w:r>
      <w:r>
        <w:br/>
      </w:r>
      <w:r>
        <w:rPr>
          <w:sz w:val="20"/>
        </w:rPr>
        <w:t>26:57  un ke paas is ka saath aur un ke log the, to kisi ne aitraaz kar diya hoga. to us waqt agar priya ne yeh keh diya hota ke mujhe to is packet ko le kar America jaana hai,</w:t>
      </w:r>
      <w:r>
        <w:br/>
      </w:r>
      <w:r>
        <w:rPr>
          <w:sz w:val="20"/>
        </w:rPr>
        <w:t>27:12  jo mere saath chale, woh chale, nahi chale to nahi chale, tab duaen qabool hoti hain, lift service se duaen nahi qabool hoti hain.</w:t>
      </w:r>
      <w:r>
        <w:br/>
      </w:r>
      <w:r>
        <w:rPr>
          <w:sz w:val="20"/>
        </w:rPr>
        <w:t>27:23  yaad rakhiye,</w:t>
      </w:r>
      <w:r>
        <w:br/>
      </w:r>
      <w:r>
        <w:rPr>
          <w:sz w:val="20"/>
        </w:rPr>
        <w:t>27:28  saare log lift service karte hain aur samajhte hain ke main ne to yeh kiya, main ne woh kiya. aap samjhe yeh case kya tha? nahi samjhe? ji Maulana, ek dam unconditional surrender to God hain, unconditional surrender to God.</w:t>
      </w:r>
    </w:p>
    <w:p>
      <w:pPr>
        <w:pStyle w:val="Heading2"/>
      </w:pPr>
      <w:r>
        <w:t>Prayer without spirit: hadiths on empty ritual and politics in mosques</w:t>
      </w:r>
    </w:p>
    <w:p>
      <w:r>
        <w:rPr>
          <w:color w:val="666666"/>
          <w:sz w:val="18"/>
        </w:rPr>
        <w:t>The Message of Eid Al- Adha November 6, 2011 - Maulana Wahiduddin Khan · 5m 49s · at 18:36 · https://youtu.be/jRx-8VFlR9Q?t=1116</w:t>
      </w:r>
    </w:p>
    <w:p>
      <w:r>
        <w:rPr>
          <w:i/>
        </w:rPr>
        <w:t>“Dekhiye, hadees mein aata hai: Sallu kama raaytumoonee”</w:t>
      </w:r>
    </w:p>
    <w:p>
      <w:r>
        <w:rPr>
          <w:sz w:val="20"/>
        </w:rPr>
        <w:t>18:36  dekhiye, hadith mein aata hai:</w:t>
      </w:r>
      <w:r>
        <w:br/>
      </w:r>
      <w:r>
        <w:rPr>
          <w:sz w:val="20"/>
        </w:rPr>
        <w:t>18:41  "sallo kama raiyatmani"۔ namaz is tarah parho jis tarah tum mujh ko namaz parhte hue dekhte ho.</w:t>
      </w:r>
      <w:r>
        <w:br/>
      </w:r>
      <w:r>
        <w:rPr>
          <w:sz w:val="20"/>
        </w:rPr>
        <w:t>18:53  ab ghor farmaiye ke rasool Allah ki namaz kya thi? woh sirf form nahi thi.</w:t>
      </w:r>
      <w:r>
        <w:br/>
      </w:r>
      <w:r>
        <w:rPr>
          <w:sz w:val="20"/>
        </w:rPr>
        <w:t>18:59  rasool Allah ki namaz mein khushu hota tha, khudu hota tha, ikhbat hoti thi, inabat hoti thi. yani rabbani spirit bharpoor taur par hoti thi.</w:t>
      </w:r>
      <w:r>
        <w:br/>
      </w:r>
      <w:r>
        <w:rPr>
          <w:sz w:val="20"/>
        </w:rPr>
        <w:t>19:14  to "sallo kama raiyatmani" ka matlab kya hua?</w:t>
      </w:r>
      <w:r>
        <w:br/>
      </w:r>
      <w:r>
        <w:rPr>
          <w:sz w:val="20"/>
        </w:rPr>
        <w:t>19:20  woh namaz parho jo rasool Allah namaz parhte the. yani form ke aitbar se bhi aur rabbani spirit ke aitbar se bhi.</w:t>
      </w:r>
      <w:r>
        <w:br/>
      </w:r>
      <w:r>
        <w:rPr>
          <w:sz w:val="20"/>
        </w:rPr>
        <w:t>19:29  tabhi to namaz hogi rasool Allah wali. agar aap alag kar dein, agar aap dealing kar dein dono baaton ko,</w:t>
      </w:r>
      <w:r>
        <w:br/>
      </w:r>
      <w:r>
        <w:rPr>
          <w:sz w:val="20"/>
        </w:rPr>
        <w:t>19:40  yani rabbani spirit ko to na lein, form ko le lein to yeh "sallo kama raiyatmani" par amal karna nahi hua.</w:t>
      </w:r>
      <w:r>
        <w:br/>
      </w:r>
      <w:r>
        <w:rPr>
          <w:sz w:val="20"/>
        </w:rPr>
        <w:t>19:53  ab ghor kijiye, sari duniya mein namazon ki dhoom hai. har duniya bhar mein mein ne dekha hai, aap ne dekha hai ke namazon ki dhoom hai.</w:t>
      </w:r>
      <w:r>
        <w:br/>
      </w:r>
      <w:r>
        <w:rPr>
          <w:sz w:val="20"/>
        </w:rPr>
        <w:t>20:06  lekin hadith mein jo kaha gaya tha, yeh sari namazein isi ka mazak hain.</w:t>
      </w:r>
      <w:r>
        <w:br/>
      </w:r>
      <w:r>
        <w:rPr>
          <w:sz w:val="20"/>
        </w:rPr>
        <w:t>20:13  "masajiduhum aamiratun wa hiya kharabun min al-huda"۔ hadith mein bataya gaya tha ek zamana aayega jab masjidien bhari hui hongi, masjidien bhari hongi lekin woh hidayat se khali hongi.</w:t>
      </w:r>
      <w:r>
        <w:br/>
      </w:r>
      <w:r>
        <w:rPr>
          <w:sz w:val="20"/>
        </w:rPr>
        <w:t>20:30  is ka matlab kya hai?</w:t>
      </w:r>
      <w:r>
        <w:br/>
      </w:r>
      <w:r>
        <w:rPr>
          <w:sz w:val="20"/>
        </w:rPr>
        <w:t>20:32  ke form wali namazon ki dhoom hogi lekin woh jo rabbani spirit wali baat hai, us se namazein khali hongi. to jis tarah science mein separation kar diya gaya quality ka quantity ke sath,</w:t>
      </w:r>
      <w:r>
        <w:br/>
      </w:r>
      <w:r>
        <w:rPr>
          <w:sz w:val="20"/>
        </w:rPr>
        <w:t>20:50  wohi yahan bhi hua hai. yani form aur spirit ko</w:t>
      </w:r>
      <w:r>
        <w:br/>
      </w:r>
      <w:r>
        <w:rPr>
          <w:sz w:val="20"/>
        </w:rPr>
        <w:t>20:59  to yeh kitni badi,</w:t>
      </w:r>
      <w:r>
        <w:br/>
      </w:r>
      <w:r>
        <w:rPr>
          <w:sz w:val="20"/>
        </w:rPr>
        <w:t>21:01  aap ghor kijiye, kitni badi mehroomi hai.</w:t>
      </w:r>
      <w:r>
        <w:br/>
      </w:r>
      <w:r>
        <w:rPr>
          <w:sz w:val="20"/>
        </w:rPr>
        <w:t>21:06  yani science mein jo separation hua, is separation se kya hua? insan ne makhlooq ko paya, khalique ko nahi paya. science ne bohat kuch diya insan ko lekin kya diya?</w:t>
      </w:r>
      <w:r>
        <w:br/>
      </w:r>
      <w:r>
        <w:rPr>
          <w:sz w:val="20"/>
        </w:rPr>
        <w:t>21:19  us ne makhlooq diya, khalique nahi diya. us ne</w:t>
      </w:r>
      <w:r>
        <w:br/>
      </w:r>
      <w:r>
        <w:rPr>
          <w:sz w:val="20"/>
        </w:rPr>
        <w:t>21:26  yani ek science keh di, aap ne telephone paya, car payi, hawai jahaz payi, machinein payin lekin in sab ka jo designer hai, in sab ka jo khalique hai, us ko nahi paya.</w:t>
      </w:r>
      <w:r>
        <w:br/>
      </w:r>
      <w:r>
        <w:rPr>
          <w:sz w:val="20"/>
        </w:rPr>
        <w:t>21:43  to aap ghor kijiye, wohi shakal mazhab mein bhi hai.</w:t>
      </w:r>
      <w:r>
        <w:br/>
      </w:r>
      <w:r>
        <w:rPr>
          <w:sz w:val="20"/>
        </w:rPr>
        <w:t>21:49  yani science mein dhoom hai makhlooq ki aur khalique absent hai. yahi hamari namazon ka, hamari ibadaton ka, hamare mazhabi aamal ka haal hai ke form ki dhoom hai aur spirit ghayab hai.</w:t>
      </w:r>
      <w:r>
        <w:br/>
      </w:r>
      <w:r>
        <w:rPr>
          <w:sz w:val="20"/>
        </w:rPr>
        <w:t>22:08  form ki dhoom hai, spirit ghayeb hai. Hadees mein aata hai ke "la salata liman lam yatkhash".</w:t>
      </w:r>
      <w:r>
        <w:br/>
      </w:r>
      <w:r>
        <w:rPr>
          <w:sz w:val="20"/>
        </w:rPr>
        <w:t>22:18  is ki namaz namaz nahi</w:t>
      </w:r>
      <w:r>
        <w:br/>
      </w:r>
      <w:r>
        <w:rPr>
          <w:sz w:val="20"/>
        </w:rPr>
        <w:t>22:22  jis ki namaz mein khushu na ho. To aap ghor kijiye, agar aap Rasool Allah ke amal se, Rasool Allah ke qaul se jaanchen apni namazon ko to kahan pe thehrenge?</w:t>
      </w:r>
      <w:r>
        <w:br/>
      </w:r>
      <w:r>
        <w:rPr>
          <w:sz w:val="20"/>
        </w:rPr>
        <w:t>22:36  aap no where honge.</w:t>
      </w:r>
      <w:r>
        <w:br/>
      </w:r>
      <w:r>
        <w:rPr>
          <w:sz w:val="20"/>
        </w:rPr>
        <w:t>22:43  to dugana namaz jo ada ki jati hai, us par khutba padha jata hai. Khutbe mein khutba kis liye hai? Khutba is liye hai ke aap ka imam apne zamane ko jaane,</w:t>
      </w:r>
      <w:r>
        <w:br/>
      </w:r>
      <w:r>
        <w:rPr>
          <w:sz w:val="20"/>
        </w:rPr>
        <w:t>22:58  us zamane ke lihaz se musalmanon ko rehnumai de.</w:t>
      </w:r>
      <w:r>
        <w:br/>
      </w:r>
      <w:r>
        <w:rPr>
          <w:sz w:val="20"/>
        </w:rPr>
        <w:t>23:02  political rehnumai nahi. Aaj kal masjidon mein dhoom machi hui hai, siyasi taqreeren hoti hain. Eid ke din bhi siyasi taqreeren hoti hain.</w:t>
      </w:r>
      <w:r>
        <w:br/>
      </w:r>
      <w:r>
        <w:rPr>
          <w:sz w:val="20"/>
        </w:rPr>
        <w:t>23:13  yeh sab bilkul be asal hai, yeh sab bilkul baseless hai, is ka Islam se koi talluq nahi.</w:t>
      </w:r>
      <w:r>
        <w:br/>
      </w:r>
      <w:r>
        <w:rPr>
          <w:sz w:val="20"/>
        </w:rPr>
        <w:t>23:21  masjiden political speeches ke liye nahi hain. Masjid ka matlab hai spiritual food dena, taqwa ki ghiza dena, spirit wali ibadat ka mizaj banana,</w:t>
      </w:r>
      <w:r>
        <w:br/>
      </w:r>
      <w:r>
        <w:rPr>
          <w:sz w:val="20"/>
        </w:rPr>
        <w:t>23:40  logon ke andar rabbaniyat lana, logon ke andar God oriented thinking, God oriented life ka mizaj paida karna.</w:t>
      </w:r>
      <w:r>
        <w:br/>
      </w:r>
      <w:r>
        <w:rPr>
          <w:sz w:val="20"/>
        </w:rPr>
        <w:t>23:51  yeh sab hai maqsad. Political masail, milli masail, qaumi masail, is ka koi talluq</w:t>
      </w:r>
      <w:r>
        <w:br/>
      </w:r>
      <w:r>
        <w:rPr>
          <w:sz w:val="20"/>
        </w:rPr>
        <w:t>24:00  is masjid se nahi hai. To</w:t>
      </w:r>
      <w:r>
        <w:br/>
      </w:r>
      <w:r>
        <w:rPr>
          <w:sz w:val="20"/>
        </w:rPr>
        <w:t>24:07  hamare haan</w:t>
      </w:r>
      <w:r>
        <w:br/>
      </w:r>
      <w:r>
        <w:rPr>
          <w:sz w:val="20"/>
        </w:rPr>
        <w:t>24:10  khutba to hota hai lekin woh khutba bhi bas ek likha likha hai, chupa hua hai, usi ko dohra diya. Waqt ke halaat kya hain, waqt ka taqaza kya hai, is se koi behs nahi.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