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Newton</w:t>
      </w:r>
    </w:p>
    <w:p>
      <w:r>
        <w:rPr>
          <w:sz w:val="18"/>
        </w:rPr>
        <w:t>Q&amp;A, lecture moments and clips · full transcripts with timestamps · exported 2026-09-21</w:t>
      </w:r>
    </w:p>
    <w:p>
      <w:pPr>
        <w:pStyle w:val="Heading1"/>
      </w:pPr>
      <w:r>
        <w:t>Maulana was asked (0)</w:t>
      </w:r>
    </w:p>
    <w:p>
      <w:pPr>
        <w:pStyle w:val="Heading1"/>
      </w:pPr>
      <w:r>
        <w:t>In the lectures (19)</w:t>
      </w:r>
    </w:p>
    <w:p>
      <w:pPr>
        <w:pStyle w:val="Heading2"/>
      </w:pPr>
      <w:r>
        <w:t>Lesson from History August 7, 2016</w:t>
      </w:r>
    </w:p>
    <w:p>
      <w:r>
        <w:rPr>
          <w:color w:val="666666"/>
          <w:sz w:val="18"/>
        </w:rPr>
        <w:t>0:14 · https://youtu.be/MVqLH4w7D48?t=14</w:t>
      </w:r>
    </w:p>
    <w:p>
      <w:r>
        <w:rPr>
          <w:i/>
        </w:rPr>
        <w:t>“بسم اللہ الرحمن الرحیم، وصلی اللہ علی النبی الکریم۔ رب اشرح لی صدری، ویسر لی امری، واحل العقدۃ من لسانی یفقہ قولی۔ دیکھیے، اللہ رب العالمین اس کائنات کا، اس دنیا کا صرف کریٹر نہیں ہے؛ وہ اس کو مسلسل طور پر مینج کر رہا ہے۔ اگر اللہ اس کو مینج نہ کرے تو سارا معاملہ بگڑ جائے۔ وَلَا ”</w:t>
      </w:r>
    </w:p>
    <w:p>
      <w:pPr>
        <w:pStyle w:val="Heading2"/>
      </w:pPr>
      <w:r>
        <w:t>Art of Thinking (In Conversation with Maulana) 05 8 07</w:t>
      </w:r>
    </w:p>
    <w:p>
      <w:r>
        <w:rPr>
          <w:color w:val="666666"/>
          <w:sz w:val="18"/>
        </w:rPr>
        <w:t>35:24 · https://youtu.be/cP0z8o_50Zc?t=2124</w:t>
      </w:r>
    </w:p>
    <w:p>
      <w:r>
        <w:rPr>
          <w:i/>
        </w:rPr>
        <w:t>“और निबाह होने के लिए जरूरी है कि दो डिफरेंट कल्चर में शादी आप करेंगे तो निबाह नहीं होगा। तो इस्लाम इस पर जोर देता है कि शादी में निबाह जरूरी है। मैं समझता हूँ कि यह है असल वजह। I don't know what is निबाह। This question is from Dr. Farida Khanam। Can anyone of us become an Einstei”</w:t>
      </w:r>
    </w:p>
    <w:p>
      <w:pPr>
        <w:pStyle w:val="Heading2"/>
      </w:pPr>
      <w:r>
        <w:t>Art of Thinking (In Conversation with Maulana) 05 8 07</w:t>
      </w:r>
    </w:p>
    <w:p>
      <w:r>
        <w:rPr>
          <w:color w:val="666666"/>
          <w:sz w:val="18"/>
        </w:rPr>
        <w:t>35:55 · https://youtu.be/cP0z8o_50Zc?t=2155</w:t>
      </w:r>
    </w:p>
    <w:p>
      <w:r>
        <w:rPr>
          <w:i/>
        </w:rPr>
        <w:t>“Certainly। लेकिन देखिए, Newton बनने का मतलब नहीं कि स्टार वॉर बनना। हर आदमी टॉप का स्टार वॉर नहीं बन सकता। यह मैं नहीं मानता। डिफरेंट फील्ड में वो Newton जैसा काम कर सकता है। हर आदमी की फील्ड अलग-अलग है। तो Newton, Einstein जो”</w:t>
      </w:r>
    </w:p>
    <w:p>
      <w:pPr>
        <w:pStyle w:val="Heading2"/>
      </w:pPr>
      <w:r>
        <w:t>Art of Thinking (In Conversation with Maulana) 05 8 07</w:t>
      </w:r>
    </w:p>
    <w:p>
      <w:r>
        <w:rPr>
          <w:color w:val="666666"/>
          <w:sz w:val="18"/>
        </w:rPr>
        <w:t>36:25 · https://youtu.be/cP0z8o_50Zc?t=2185</w:t>
      </w:r>
    </w:p>
    <w:p>
      <w:r>
        <w:rPr>
          <w:i/>
        </w:rPr>
        <w:t>“है, हर आदमी बन सकता है लेकिन अपने फील्ड में। अपने फील्ड में। मेरा अपना बाल यह मानना है कि किसी भी आदमी को खुदा ने डिप्राइव नहीं किया। हर आदमी को खुदा ने कोई बहुत स्पेशल सेग्रेसिटी दी है, स्पेशल सेग्रेसिटी। जैसे Newton था। Newton में क्या चीज़ थी स्पेशल सेग्रेसिटी? वो था बहुत ज़्य”</w:t>
      </w:r>
    </w:p>
    <w:p>
      <w:pPr>
        <w:pStyle w:val="Heading2"/>
      </w:pPr>
      <w:r>
        <w:t>Art of Thinking (In Conversation with Maulana) 05 8 07</w:t>
      </w:r>
    </w:p>
    <w:p>
      <w:r>
        <w:rPr>
          <w:color w:val="666666"/>
          <w:sz w:val="18"/>
        </w:rPr>
        <w:t>36:56 · https://youtu.be/cP0z8o_50Zc?t=2216</w:t>
      </w:r>
    </w:p>
    <w:p>
      <w:r>
        <w:rPr>
          <w:i/>
        </w:rPr>
        <w:t>“कंसंट्रेशन। तो Newton को कहा जाता था वूल गैदरर, कहा जाता था। वूल गैदरर। कि किसी चीज़ को बहुत ही ध्यान करके देखना। बहुत ही ज़्यादा ध्यान करके। उसी में एकदम गुम हो जाना। जैसे अर्जुन का किस्सा है कि वो को एक चिड़िया की बाईं आँख दिखाई दी थी सिर्फ। वो था कंसंट्रेशन। तो अगर Newton चला ”</w:t>
      </w:r>
    </w:p>
    <w:p>
      <w:pPr>
        <w:pStyle w:val="Heading2"/>
      </w:pPr>
      <w:r>
        <w:t>Art of Thinking (In Conversation with Maulana) 05 8 07</w:t>
      </w:r>
    </w:p>
    <w:p>
      <w:r>
        <w:rPr>
          <w:color w:val="666666"/>
          <w:sz w:val="18"/>
        </w:rPr>
        <w:t>38:27 · https://youtu.be/cP0z8o_50Zc?t=2307</w:t>
      </w:r>
    </w:p>
    <w:p>
      <w:r>
        <w:rPr>
          <w:i/>
        </w:rPr>
        <w:t>“खुद डिस्कवर करना चाहता है, कोई करता है कि मैं किस काम के लिए पैदा किया गया हूँ। जैसे। और कोई बाय चांस उस जगह पहुँच जाता है। बस दोनों में से कोई एक होना चाहिए। या तो आप बाय चांस वहाँ पहुँच जाएँ या आप डिस्कवरी करें। तो आप बिलाशुभ Newton बन सकते हैं। अपनी फील्ड में, मतलब अपनी फील्ड ”</w:t>
      </w:r>
    </w:p>
    <w:p>
      <w:pPr>
        <w:pStyle w:val="Heading2"/>
      </w:pPr>
      <w:r>
        <w:t>Art of Thinking (In Conversation with Maulana) 05 8 07</w:t>
      </w:r>
    </w:p>
    <w:p>
      <w:r>
        <w:rPr>
          <w:color w:val="666666"/>
          <w:sz w:val="18"/>
        </w:rPr>
        <w:t>39:27 · https://youtu.be/cP0z8o_50Zc?t=2367</w:t>
      </w:r>
    </w:p>
    <w:p>
      <w:r>
        <w:rPr>
          <w:i/>
        </w:rPr>
        <w:t>“दी करता था, तो मुझे खयाल आया कि मैं गालिब तो बन नहीं सकता। तो मैं शादी छोड़ दी। तो वो कहते थे कि घास काटने भी अगर टॉप पर पहुँच जाओ तो तुमने अपना मकसद हासिल कर लिया। तो मैं कहता हूँ घास काटने में भी कोई Newton बन सकता है? हर फील्ड में आदमी बन सकता है वो टॉप का आदमी जबकि वो उस चीज़”</w:t>
      </w:r>
    </w:p>
    <w:p>
      <w:pPr>
        <w:pStyle w:val="Heading2"/>
      </w:pPr>
      <w:r>
        <w:t>The Concept of Accountability in Islam (English) | June 21, 2007 | Maulana Wahiduddin Khan</w:t>
      </w:r>
    </w:p>
    <w:p>
      <w:r>
        <w:rPr>
          <w:color w:val="666666"/>
          <w:sz w:val="18"/>
        </w:rPr>
        <w:t>7:19 · https://youtu.be/g-GqrJp9iTY?t=439</w:t>
      </w:r>
    </w:p>
    <w:p>
      <w:r>
        <w:rPr>
          <w:i/>
        </w:rPr>
        <w:t>“when the present world was born. So our world has a beginning. Then it has an end. You know, Newton was the father of the modern science. He has calculated—after a long”</w:t>
      </w:r>
    </w:p>
    <w:p>
      <w:pPr>
        <w:pStyle w:val="Heading2"/>
      </w:pPr>
      <w:r>
        <w:t>The Concept of Accountability in Islam (English) | June 21, 2007 | Maulana Wahiduddin Khan</w:t>
      </w:r>
    </w:p>
    <w:p>
      <w:r>
        <w:rPr>
          <w:color w:val="666666"/>
          <w:sz w:val="18"/>
        </w:rPr>
        <w:t>8:21 · https://youtu.be/g-GqrJp9iTY?t=501</w:t>
      </w:r>
    </w:p>
    <w:p>
      <w:r>
        <w:rPr>
          <w:i/>
        </w:rPr>
        <w:t>“This was Newton's prediction according to his calculations. And the present global warming has only confirmed this calculation. It is very strange that Newton was born before three hundred years ago, but he was able to reach a very”</w:t>
      </w:r>
    </w:p>
    <w:p>
      <w:pPr>
        <w:pStyle w:val="Heading2"/>
      </w:pPr>
      <w:r>
        <w:t>Living with God | April 18, 2007 | Maulana Wahiduddin Khan</w:t>
      </w:r>
    </w:p>
    <w:p>
      <w:r>
        <w:rPr>
          <w:color w:val="666666"/>
          <w:sz w:val="18"/>
        </w:rPr>
        <w:t>52:24 · https://youtu.be/5C9rQDceRV4?t=3144</w:t>
      </w:r>
    </w:p>
    <w:p>
      <w:r>
        <w:rPr>
          <w:i/>
        </w:rPr>
        <w:t>“Then Newton discovered that there are four forces that basically rule the universe. Four forces, not many, not millions and billions. Only four forces govern the whole universe. But this was not the end of the research. After 300 years of research now we know that New”</w:t>
      </w:r>
    </w:p>
    <w:p>
      <w:pPr>
        <w:pStyle w:val="Heading2"/>
      </w:pPr>
      <w:r>
        <w:t>Power of Patience | June 16, 2010 | Maulana Wahiduddin Khan</w:t>
      </w:r>
    </w:p>
    <w:p>
      <w:r>
        <w:rPr>
          <w:color w:val="666666"/>
          <w:sz w:val="18"/>
        </w:rPr>
        <w:t>2:46 · https://youtu.be/FlWqljdLKHE?t=166</w:t>
      </w:r>
    </w:p>
    <w:p>
      <w:r>
        <w:rPr>
          <w:i/>
        </w:rPr>
        <w:t>“میں کچھ مثالیں دوں گا آپ کو کہ کس طرح success بڑی بڑی achievement صرف ان کو ہوئی ہے جنہوں نے صبر کا صبر کے ساتھ کام کیا۔ دیکھیں Newton کا نام بہت بڑا ہے۔ اس کی death ہوئی تھی سترہ سو ستائیس میں۔”</w:t>
      </w:r>
    </w:p>
    <w:p>
      <w:pPr>
        <w:pStyle w:val="Heading2"/>
      </w:pPr>
      <w:r>
        <w:t>Power of Patience | June 16, 2010 | Maulana Wahiduddin Khan</w:t>
      </w:r>
    </w:p>
    <w:p>
      <w:r>
        <w:rPr>
          <w:color w:val="666666"/>
          <w:sz w:val="18"/>
        </w:rPr>
        <w:t>4:48 · https://youtu.be/FlWqljdLKHE?t=288</w:t>
      </w:r>
    </w:p>
    <w:p>
      <w:r>
        <w:rPr>
          <w:i/>
        </w:rPr>
        <w:t>“مائیں جو ہیں یا باپ جو ہیں صبر نہیں کر پاتے۔ دوڑتے ہیں اس کو گود میں لے لیتے ہیں۔ تو کیا ہوا انہوں نے اس کو اس process کو stop کر دیا۔ Exercise کے process کو stop کر دیا۔ اس کو کمزور بنا دیا۔ تو صبر کو جہاں بھی آپ دیکھیں تو میں Newton کو کہہ رہا تھا کہ Newton جو ہے بعد کو اس نے پ”</w:t>
      </w:r>
    </w:p>
    <w:p>
      <w:pPr>
        <w:pStyle w:val="Heading2"/>
      </w:pPr>
      <w:r>
        <w:t>The Discovery of God IIC Prog (Maulana Talk) November 2, 2019</w:t>
      </w:r>
    </w:p>
    <w:p>
      <w:r>
        <w:rPr>
          <w:color w:val="666666"/>
          <w:sz w:val="18"/>
        </w:rPr>
        <w:t>5:00 · https://youtu.be/u24tYGW6tCM?t=300</w:t>
      </w:r>
    </w:p>
    <w:p>
      <w:r>
        <w:rPr>
          <w:i/>
        </w:rPr>
        <w:t>“تو that was apple shock for Newton یعنی نیوٹن سوچنے لگا کہ یہ یہ سیب جو ہے، میرے سر پر کیوں گرا؟”</w:t>
      </w:r>
    </w:p>
    <w:p>
      <w:pPr>
        <w:pStyle w:val="Heading2"/>
      </w:pPr>
      <w:r>
        <w:t>Islam Principles and Practice (English) September 8, 2007 Maulana Wahiduddin Khan</w:t>
      </w:r>
    </w:p>
    <w:p>
      <w:r>
        <w:rPr>
          <w:color w:val="666666"/>
          <w:sz w:val="18"/>
        </w:rPr>
        <w:t>8:14 · https://youtu.be/2wOdR0to6gs?t=494</w:t>
      </w:r>
    </w:p>
    <w:p>
      <w:r>
        <w:rPr>
          <w:i/>
        </w:rPr>
        <w:t>“You know, during Newton—Newton was the father of science, father of modern science—”</w:t>
      </w:r>
    </w:p>
    <w:p>
      <w:pPr>
        <w:pStyle w:val="Heading2"/>
      </w:pPr>
      <w:r>
        <w:t>In Conversation With Maulana Wahiduddin Khan (English) May 15, 2008</w:t>
      </w:r>
    </w:p>
    <w:p>
      <w:r>
        <w:rPr>
          <w:color w:val="666666"/>
          <w:sz w:val="18"/>
        </w:rPr>
        <w:t>2:36 · https://youtu.be/Yq3-vUwEu-w?t=156</w:t>
      </w:r>
    </w:p>
    <w:p>
      <w:r>
        <w:rPr>
          <w:i/>
        </w:rPr>
        <w:t>“A well-known example of this formula is that of Newton's. You know, Newton once saw an apple falling from a tree.”</w:t>
      </w:r>
    </w:p>
    <w:p>
      <w:pPr>
        <w:pStyle w:val="Heading2"/>
      </w:pPr>
      <w:r>
        <w:t>In Conversation With Maulana Wahiduddin Khan (English) May 15, 2008</w:t>
      </w:r>
    </w:p>
    <w:p>
      <w:r>
        <w:rPr>
          <w:color w:val="666666"/>
          <w:sz w:val="18"/>
        </w:rPr>
        <w:t>4:12 · https://youtu.be/Yq3-vUwEu-w?t=252</w:t>
      </w:r>
    </w:p>
    <w:p>
      <w:r>
        <w:rPr>
          <w:i/>
        </w:rPr>
        <w:t>“So Newton experimented several other events. Like, he saw that a ball”</w:t>
      </w:r>
    </w:p>
    <w:p>
      <w:pPr>
        <w:pStyle w:val="Heading2"/>
      </w:pPr>
      <w:r>
        <w:t>Understanding Islam (In Conversation with Maulana)</w:t>
      </w:r>
    </w:p>
    <w:p>
      <w:r>
        <w:rPr>
          <w:color w:val="666666"/>
          <w:sz w:val="18"/>
        </w:rPr>
        <w:t>15:34 · https://youtu.be/tLTRyW1qhRw?t=934</w:t>
      </w:r>
    </w:p>
    <w:p>
      <w:r>
        <w:rPr>
          <w:i/>
        </w:rPr>
        <w:t>“For example, before Newton, there were all those phenomenons there. All the apes were falling from trees to the earth”</w:t>
      </w:r>
    </w:p>
    <w:p>
      <w:pPr>
        <w:pStyle w:val="Heading2"/>
      </w:pPr>
      <w:r>
        <w:t>Understanding Islam (In Conversation with Maulana)</w:t>
      </w:r>
    </w:p>
    <w:p>
      <w:r>
        <w:rPr>
          <w:color w:val="666666"/>
          <w:sz w:val="18"/>
        </w:rPr>
        <w:t>15:47 · https://youtu.be/tLTRyW1qhRw?t=947</w:t>
      </w:r>
    </w:p>
    <w:p>
      <w:r>
        <w:rPr>
          <w:i/>
        </w:rPr>
        <w:t>“. But there was no Spirit of Inquiry. So they failed to discover the law of gravity. Newton was the first to inculcate the Spirit of Inquiry.”</w:t>
      </w:r>
    </w:p>
    <w:p>
      <w:pPr>
        <w:pStyle w:val="Heading2"/>
      </w:pPr>
      <w:r>
        <w:t>AL RISALA AUGUST 2017 AUDIO VERSION</w:t>
      </w:r>
    </w:p>
    <w:p>
      <w:r>
        <w:rPr>
          <w:color w:val="666666"/>
          <w:sz w:val="18"/>
        </w:rPr>
        <w:t>1:27:31 · https://youtu.be/bnYqzmsK1HI?t=5251</w:t>
      </w:r>
    </w:p>
    <w:p>
      <w:r>
        <w:rPr>
          <w:i/>
        </w:rPr>
        <w:t>“ان کے نام یہ ہیں: آئزک نیوٹن، چارلس ڈوون، سگمنٹ فرائیڈ، کارل مارکس۔ Isaac Newton: From Divine Interpretation to Mechanical Interpretation.”</w:t>
      </w:r>
    </w:p>
    <w:p>
      <w:pPr>
        <w:pStyle w:val="Heading1"/>
      </w:pPr>
      <w:r>
        <w:t>Clips (60)</w:t>
      </w:r>
    </w:p>
    <w:p>
      <w:pPr>
        <w:pStyle w:val="Heading2"/>
      </w:pPr>
      <w:r>
        <w:t>Newton and discovering your gift</w:t>
      </w:r>
    </w:p>
    <w:p>
      <w:r>
        <w:rPr>
          <w:color w:val="666666"/>
          <w:sz w:val="18"/>
        </w:rPr>
        <w:t>Art of Thinking (In Conversation with Maulana) 05 8 07 · 3m 02s · at 35:55 · https://youtu.be/cP0z8o_50Zc?t=2155</w:t>
      </w:r>
    </w:p>
    <w:p>
      <w:r>
        <w:rPr>
          <w:i/>
        </w:rPr>
        <w:t>“Newton doesn't mean Star Wars.”</w:t>
      </w:r>
    </w:p>
    <w:p>
      <w:r>
        <w:rPr>
          <w:sz w:val="20"/>
        </w:rPr>
        <w:t>35:55  certainly. lekin dekhiye, Newton banne ka matlab nahi ki star war banna. har aadmi top ka star war nahi ban sakta. yeh main nahi manta. different field mein wo Newton jaisa kaam kar sakta hai. har aadmi ki field alag alag hai. to Newton, Einstein jo</w:t>
      </w:r>
      <w:r>
        <w:br/>
      </w:r>
      <w:r>
        <w:rPr>
          <w:sz w:val="20"/>
        </w:rPr>
        <w:t>36:25  hai, har aadmi ban sakta hai lekin apne field mein.</w:t>
      </w:r>
      <w:r>
        <w:br/>
      </w:r>
      <w:r>
        <w:rPr>
          <w:sz w:val="20"/>
        </w:rPr>
        <w:t>36:30  apne field mein.</w:t>
      </w:r>
      <w:r>
        <w:br/>
      </w:r>
      <w:r>
        <w:rPr>
          <w:sz w:val="20"/>
        </w:rPr>
        <w:t>36:34  mera apna baal yeh manna hai ki kisi bhi aadmi ko Khuda ne deprive nahi kiya.</w:t>
      </w:r>
      <w:r>
        <w:br/>
      </w:r>
      <w:r>
        <w:rPr>
          <w:sz w:val="20"/>
        </w:rPr>
        <w:t>36:38  har aadmi ko Khuda ne koi bahut special sagacity di hai, special sagacity.</w:t>
      </w:r>
      <w:r>
        <w:br/>
      </w:r>
      <w:r>
        <w:rPr>
          <w:sz w:val="20"/>
        </w:rPr>
        <w:t>36:43  jaise Newton tha.</w:t>
      </w:r>
      <w:r>
        <w:br/>
      </w:r>
      <w:r>
        <w:rPr>
          <w:sz w:val="20"/>
        </w:rPr>
        <w:t>36:47  Newton mein kya cheez thi special sagacity?</w:t>
      </w:r>
      <w:r>
        <w:br/>
      </w:r>
      <w:r>
        <w:rPr>
          <w:sz w:val="20"/>
        </w:rPr>
        <w:t>36:52  wo tha bahut zyada concentration.</w:t>
      </w:r>
      <w:r>
        <w:br/>
      </w:r>
      <w:r>
        <w:rPr>
          <w:sz w:val="20"/>
        </w:rPr>
        <w:t>36:56  concentration.</w:t>
      </w:r>
      <w:r>
        <w:br/>
      </w:r>
      <w:r>
        <w:rPr>
          <w:sz w:val="20"/>
        </w:rPr>
        <w:t>37:00  to Newton ko kaha jata tha wool gatherer, kaha jata tha. wool gatherer.</w:t>
      </w:r>
      <w:r>
        <w:br/>
      </w:r>
      <w:r>
        <w:rPr>
          <w:sz w:val="20"/>
        </w:rPr>
        <w:t>37:04  ki kisi cheez ko bohat hi dhyan karke dekhna.</w:t>
      </w:r>
      <w:r>
        <w:br/>
      </w:r>
      <w:r>
        <w:rPr>
          <w:sz w:val="20"/>
        </w:rPr>
        <w:t>37:07  bohat hi zyada dhyan karke.</w:t>
      </w:r>
      <w:r>
        <w:br/>
      </w:r>
      <w:r>
        <w:rPr>
          <w:sz w:val="20"/>
        </w:rPr>
        <w:t>37:11  usi mein ekdum gum ho jana.</w:t>
      </w:r>
      <w:r>
        <w:br/>
      </w:r>
      <w:r>
        <w:rPr>
          <w:sz w:val="20"/>
        </w:rPr>
        <w:t>37:15  jaise Arjun ka qissa hai ki wo ko ek chidiya ki baain aankh dikhai di thi sirf.</w:t>
      </w:r>
      <w:r>
        <w:br/>
      </w:r>
      <w:r>
        <w:rPr>
          <w:sz w:val="20"/>
        </w:rPr>
        <w:t>37:19  wo tha concentration.</w:t>
      </w:r>
      <w:r>
        <w:br/>
      </w:r>
      <w:r>
        <w:rPr>
          <w:sz w:val="20"/>
        </w:rPr>
        <w:t>37:22  to agar Newton chala jata shadi karne mein, to wo iska koi kaam nahi tha concentration ka. ai</w:t>
      </w:r>
      <w:r>
        <w:br/>
      </w:r>
      <w:r>
        <w:rPr>
          <w:sz w:val="20"/>
        </w:rPr>
        <w:t>37:26  aisi field mein gaya wo jahan koi concentration ka waqai uska utilization tha uska.</w:t>
      </w:r>
      <w:r>
        <w:br/>
      </w:r>
      <w:r>
        <w:rPr>
          <w:sz w:val="20"/>
        </w:rPr>
        <w:t>37:31  to tarraqi ki usne.</w:t>
      </w:r>
      <w:r>
        <w:br/>
      </w:r>
      <w:r>
        <w:rPr>
          <w:sz w:val="20"/>
        </w:rPr>
        <w:t>37:36  agar wo shadi karta, sport mein chala jata, wo film mein chala jata, to usmein is is cheez</w:t>
      </w:r>
      <w:r>
        <w:br/>
      </w:r>
      <w:r>
        <w:rPr>
          <w:sz w:val="20"/>
        </w:rPr>
        <w:t>37:41  ka koi istemal nahi tha.</w:t>
      </w:r>
      <w:r>
        <w:br/>
      </w:r>
      <w:r>
        <w:rPr>
          <w:sz w:val="20"/>
        </w:rPr>
        <w:t>37:46  to aisa hai ki kabhi aisa hota hai ki aadmi by chance us us jagah pahunch jata hai.</w:t>
      </w:r>
      <w:r>
        <w:br/>
      </w:r>
      <w:r>
        <w:rPr>
          <w:sz w:val="20"/>
        </w:rPr>
        <w:t>37:51  jaise ki wo jo hai uska case,</w:t>
      </w:r>
      <w:r>
        <w:br/>
      </w:r>
      <w:r>
        <w:rPr>
          <w:sz w:val="20"/>
        </w:rPr>
        <w:t>37:57  wo Edison ka case.</w:t>
      </w:r>
      <w:r>
        <w:br/>
      </w:r>
      <w:r>
        <w:rPr>
          <w:sz w:val="20"/>
        </w:rPr>
        <w:t>38:00  Edison by chance pahunch gaya wahan.</w:t>
      </w:r>
      <w:r>
        <w:br/>
      </w:r>
      <w:r>
        <w:rPr>
          <w:sz w:val="20"/>
        </w:rPr>
        <w:t>38:03  usko school se nikal diya gaya tha.</w:t>
      </w:r>
      <w:r>
        <w:br/>
      </w:r>
      <w:r>
        <w:rPr>
          <w:sz w:val="20"/>
        </w:rPr>
        <w:t>38:07  usko pata nahi tha ki mere andar kya special sagacity hai.</w:t>
      </w:r>
      <w:r>
        <w:br/>
      </w:r>
      <w:r>
        <w:rPr>
          <w:sz w:val="20"/>
        </w:rPr>
        <w:t>38:10  बाय चांस वहाँ पहुँच गया कि invention की उसके अंदर क्वालिटी थी, invention।</w:t>
      </w:r>
      <w:r>
        <w:br/>
      </w:r>
      <w:r>
        <w:rPr>
          <w:sz w:val="20"/>
        </w:rPr>
        <w:t>38:13  ek hazar invention kar dale usne.</w:t>
      </w:r>
      <w:r>
        <w:br/>
      </w:r>
      <w:r>
        <w:rPr>
          <w:sz w:val="20"/>
        </w:rPr>
        <w:t>38:17  kyunki kisi scientist ne nahi kiye the.</w:t>
      </w:r>
      <w:r>
        <w:br/>
      </w:r>
      <w:r>
        <w:rPr>
          <w:sz w:val="20"/>
        </w:rPr>
        <w:t>38:20  to by chance wo wahan pahunch gaya.</w:t>
      </w:r>
      <w:r>
        <w:br/>
      </w:r>
      <w:r>
        <w:rPr>
          <w:sz w:val="20"/>
        </w:rPr>
        <w:t>38:24  और कोई जानता, कोई पहुँचता है by discovery. Through discovery.</w:t>
      </w:r>
      <w:r>
        <w:br/>
      </w:r>
      <w:r>
        <w:rPr>
          <w:sz w:val="20"/>
        </w:rPr>
        <w:t>38:27  khud discover karna chahta hai, koi karta hai ki main kis kaam ke liye paida kiya gaya hoon. jaise.</w:t>
      </w:r>
      <w:r>
        <w:br/>
      </w:r>
      <w:r>
        <w:rPr>
          <w:sz w:val="20"/>
        </w:rPr>
        <w:t>38:31  aur koi by chance us jagah pahunch jata hai.</w:t>
      </w:r>
      <w:r>
        <w:br/>
      </w:r>
      <w:r>
        <w:rPr>
          <w:sz w:val="20"/>
        </w:rPr>
        <w:t>38:36  bas dono mein se koi ek hona chahiye.</w:t>
      </w:r>
      <w:r>
        <w:br/>
      </w:r>
      <w:r>
        <w:rPr>
          <w:sz w:val="20"/>
        </w:rPr>
        <w:t>38:40  ya to aap by chance wahan pahunch jayen ya aap discovery karen.</w:t>
      </w:r>
      <w:r>
        <w:br/>
      </w:r>
      <w:r>
        <w:rPr>
          <w:sz w:val="20"/>
        </w:rPr>
        <w:t>38:44  to aap bilashubah Newton ban sakte hain.</w:t>
      </w:r>
      <w:r>
        <w:br/>
      </w:r>
      <w:r>
        <w:rPr>
          <w:sz w:val="20"/>
        </w:rPr>
        <w:t>38:49  apni field mein, matlab apni field mein, jis field ke liye khuda ne aap ko paida kiya hai.</w:t>
      </w:r>
      <w:r>
        <w:br/>
      </w:r>
      <w:r>
        <w:rPr>
          <w:sz w:val="20"/>
        </w:rPr>
        <w:t>38:53  us us field mein.</w:t>
      </w:r>
    </w:p>
    <w:p>
      <w:pPr>
        <w:pStyle w:val="Heading2"/>
      </w:pPr>
      <w:r>
        <w:t>Excel in whatever you do</w:t>
      </w:r>
    </w:p>
    <w:p>
      <w:r>
        <w:rPr>
          <w:color w:val="666666"/>
          <w:sz w:val="18"/>
        </w:rPr>
        <w:t>Art of Thinking (In Conversation with Maulana) 05 8 07 · 31s · at 39:27 · https://youtu.be/cP0z8o_50Zc?t=2367</w:t>
      </w:r>
    </w:p>
    <w:p>
      <w:r>
        <w:rPr>
          <w:i/>
        </w:rPr>
        <w:t>“Even mowing grass, if you reach the top.”</w:t>
      </w:r>
    </w:p>
    <w:p>
      <w:r>
        <w:rPr>
          <w:sz w:val="20"/>
        </w:rPr>
        <w:t>39:27  di karta tha, to mujhe khayal aaya ke main ghalib to ban nahin sakta.</w:t>
      </w:r>
      <w:r>
        <w:br/>
      </w:r>
      <w:r>
        <w:rPr>
          <w:sz w:val="20"/>
        </w:rPr>
        <w:t>39:32  to main shaadi chhod di.</w:t>
      </w:r>
      <w:r>
        <w:br/>
      </w:r>
      <w:r>
        <w:rPr>
          <w:sz w:val="20"/>
        </w:rPr>
        <w:t>39:38  to woh kehte the ke ghaas kaatne bhi agar top par pahunch jao to tum ne apna maqsad haasil kar liya.</w:t>
      </w:r>
      <w:r>
        <w:br/>
      </w:r>
      <w:r>
        <w:rPr>
          <w:sz w:val="20"/>
        </w:rPr>
        <w:t>39:43  تو میں کہتا ہوں گھاس کاٹنے میں بھی کوئی Newton بن سکتا ہے؟</w:t>
      </w:r>
      <w:r>
        <w:br/>
      </w:r>
      <w:r>
        <w:rPr>
          <w:sz w:val="20"/>
        </w:rPr>
        <w:t>39:48  har field mein aadmi ban sakta hai woh top ka aadmi jab ke woh us cheez ko pa le</w:t>
      </w:r>
      <w:r>
        <w:br/>
      </w:r>
      <w:r>
        <w:rPr>
          <w:sz w:val="20"/>
        </w:rPr>
        <w:t>39:53  ke khuda ne mujhe kis kaam ke liye banaya hai.</w:t>
      </w:r>
    </w:p>
    <w:p>
      <w:pPr>
        <w:pStyle w:val="Heading2"/>
      </w:pPr>
      <w:r>
        <w:t>Purpose of creation and the end of the world</w:t>
      </w:r>
    </w:p>
    <w:p>
      <w:r>
        <w:rPr>
          <w:color w:val="666666"/>
          <w:sz w:val="18"/>
        </w:rPr>
        <w:t>The Concept of Accountability in Islam (English) | June 21, 2007 | Maulana Wahiduddin Khan · 6m 06s · at 2:47 · https://youtu.be/g-GqrJp9iTY?t=167</w:t>
      </w:r>
    </w:p>
    <w:p>
      <w:r>
        <w:rPr>
          <w:i/>
        </w:rPr>
        <w:t>“Islamic belief, the world was created not as a cosmic drama”</w:t>
      </w:r>
    </w:p>
    <w:p>
      <w:r>
        <w:rPr>
          <w:sz w:val="20"/>
        </w:rPr>
        <w:t>2:47  Islamic belief, the world was created not as a cosmic drama.</w:t>
      </w:r>
      <w:r>
        <w:br/>
      </w:r>
      <w:r>
        <w:rPr>
          <w:sz w:val="20"/>
        </w:rPr>
        <w:t>2:54  It is not a cosmic drama.</w:t>
      </w:r>
      <w:r>
        <w:br/>
      </w:r>
      <w:r>
        <w:rPr>
          <w:sz w:val="20"/>
        </w:rPr>
        <w:t>3:02  It has a purpose. A purpose.</w:t>
      </w:r>
      <w:r>
        <w:br/>
      </w:r>
      <w:r>
        <w:rPr>
          <w:sz w:val="20"/>
        </w:rPr>
        <w:t>3:09  And purpose means that—and purpose is very much related with the concept</w:t>
      </w:r>
      <w:r>
        <w:br/>
      </w:r>
      <w:r>
        <w:rPr>
          <w:sz w:val="20"/>
        </w:rPr>
        <w:t>3:17  of accountability.</w:t>
      </w:r>
      <w:r>
        <w:br/>
      </w:r>
      <w:r>
        <w:rPr>
          <w:sz w:val="20"/>
        </w:rPr>
        <w:t>3:21  You know, there are several phases of the history of the universe, of the history of mankind.</w:t>
      </w:r>
      <w:r>
        <w:br/>
      </w:r>
      <w:r>
        <w:rPr>
          <w:sz w:val="20"/>
        </w:rPr>
        <w:t>3:25  First is the creation.</w:t>
      </w:r>
      <w:r>
        <w:br/>
      </w:r>
      <w:r>
        <w:rPr>
          <w:sz w:val="20"/>
        </w:rPr>
        <w:t>3:30  God created cosmos.</w:t>
      </w:r>
      <w:r>
        <w:br/>
      </w:r>
      <w:r>
        <w:rPr>
          <w:sz w:val="20"/>
        </w:rPr>
        <w:t>3:34  God created universe.</w:t>
      </w:r>
      <w:r>
        <w:br/>
      </w:r>
      <w:r>
        <w:rPr>
          <w:sz w:val="20"/>
        </w:rPr>
        <w:t>3:38  God created the present world.</w:t>
      </w:r>
      <w:r>
        <w:br/>
      </w:r>
      <w:r>
        <w:rPr>
          <w:sz w:val="20"/>
        </w:rPr>
        <w:t>3:42  Then God cre</w:t>
      </w:r>
      <w:r>
        <w:br/>
      </w:r>
      <w:r>
        <w:rPr>
          <w:sz w:val="20"/>
        </w:rPr>
        <w:t>3:47  ated man and settled him on this earth.</w:t>
      </w:r>
      <w:r>
        <w:br/>
      </w:r>
      <w:r>
        <w:rPr>
          <w:sz w:val="20"/>
        </w:rPr>
        <w:t>3:53  So creation was the first phase.</w:t>
      </w:r>
      <w:r>
        <w:br/>
      </w:r>
      <w:r>
        <w:rPr>
          <w:sz w:val="20"/>
        </w:rPr>
        <w:t>3:59  Creation was the first phase.</w:t>
      </w:r>
      <w:r>
        <w:br/>
      </w:r>
      <w:r>
        <w:rPr>
          <w:sz w:val="20"/>
        </w:rPr>
        <w:t>4:05  Then the second phase is that the present world—that is our planet Earth—was created by God.</w:t>
      </w:r>
      <w:r>
        <w:br/>
      </w:r>
      <w:r>
        <w:rPr>
          <w:sz w:val="20"/>
        </w:rPr>
        <w:t>4:11  It is a very unique type</w:t>
      </w:r>
      <w:r>
        <w:br/>
      </w:r>
      <w:r>
        <w:rPr>
          <w:sz w:val="20"/>
        </w:rPr>
        <w:t>4:17  of planet.</w:t>
      </w:r>
      <w:r>
        <w:br/>
      </w:r>
      <w:r>
        <w:rPr>
          <w:sz w:val="20"/>
        </w:rPr>
        <w:t>4:24  In the whole—in the vast universe—there is no other planet like our earth.</w:t>
      </w:r>
      <w:r>
        <w:br/>
      </w:r>
      <w:r>
        <w:rPr>
          <w:sz w:val="20"/>
        </w:rPr>
        <w:t>4:32  Our earth has a support system, a life support system.</w:t>
      </w:r>
      <w:r>
        <w:br/>
      </w:r>
      <w:r>
        <w:rPr>
          <w:sz w:val="20"/>
        </w:rPr>
        <w:t>4:39  This kind of planet is not—this kind of planet</w:t>
      </w:r>
      <w:r>
        <w:br/>
      </w:r>
      <w:r>
        <w:rPr>
          <w:sz w:val="20"/>
        </w:rPr>
        <w:t>4:47  is only one in the whole universe.</w:t>
      </w:r>
      <w:r>
        <w:br/>
      </w:r>
      <w:r>
        <w:rPr>
          <w:sz w:val="20"/>
        </w:rPr>
        <w:t>4:55  So God settled man on this planet.</w:t>
      </w:r>
      <w:r>
        <w:br/>
      </w:r>
      <w:r>
        <w:rPr>
          <w:sz w:val="20"/>
        </w:rPr>
        <w:t>5:02  This was not without purpose.</w:t>
      </w:r>
      <w:r>
        <w:br/>
      </w:r>
      <w:r>
        <w:rPr>
          <w:sz w:val="20"/>
        </w:rPr>
        <w:t>5:10  The purpose was that the present phase is the phase of preparation. Man is</w:t>
      </w:r>
      <w:r>
        <w:br/>
      </w:r>
      <w:r>
        <w:rPr>
          <w:sz w:val="20"/>
        </w:rPr>
        <w:t>5:17  given freedom.</w:t>
      </w:r>
      <w:r>
        <w:br/>
      </w:r>
      <w:r>
        <w:rPr>
          <w:sz w:val="20"/>
        </w:rPr>
        <w:t>5:23  Then man is blessed with freedom.</w:t>
      </w:r>
      <w:r>
        <w:br/>
      </w:r>
      <w:r>
        <w:rPr>
          <w:sz w:val="20"/>
        </w:rPr>
        <w:t>5:30  Now we are here on this planet to prepare ourselves.</w:t>
      </w:r>
      <w:r>
        <w:br/>
      </w:r>
      <w:r>
        <w:rPr>
          <w:sz w:val="20"/>
        </w:rPr>
        <w:t>5:36  Now what is preparation?</w:t>
      </w:r>
      <w:r>
        <w:br/>
      </w:r>
      <w:r>
        <w:rPr>
          <w:sz w:val="20"/>
        </w:rPr>
        <w:t>5:42  We have freedom.</w:t>
      </w:r>
      <w:r>
        <w:br/>
      </w:r>
      <w:r>
        <w:rPr>
          <w:sz w:val="20"/>
        </w:rPr>
        <w:t>5:48  So there are two options for us: either to misuse our freedom or to use it properly.</w:t>
      </w:r>
      <w:r>
        <w:br/>
      </w:r>
      <w:r>
        <w:rPr>
          <w:sz w:val="20"/>
        </w:rPr>
        <w:t>5:58  So those who misuse their freedom, they failed in the test.</w:t>
      </w:r>
      <w:r>
        <w:br/>
      </w:r>
      <w:r>
        <w:rPr>
          <w:sz w:val="20"/>
        </w:rPr>
        <w:t>6:08  And those who use this</w:t>
      </w:r>
      <w:r>
        <w:br/>
      </w:r>
      <w:r>
        <w:rPr>
          <w:sz w:val="20"/>
        </w:rPr>
        <w:t>6:18  freedom properly, they stood in the test.</w:t>
      </w:r>
      <w:r>
        <w:br/>
      </w:r>
      <w:r>
        <w:rPr>
          <w:sz w:val="20"/>
        </w:rPr>
        <w:t>6:24  Then there is an end.</w:t>
      </w:r>
      <w:r>
        <w:br/>
      </w:r>
      <w:r>
        <w:rPr>
          <w:sz w:val="20"/>
        </w:rPr>
        <w:t>6:30  The present world is not eternal.</w:t>
      </w:r>
      <w:r>
        <w:br/>
      </w:r>
      <w:r>
        <w:rPr>
          <w:sz w:val="20"/>
        </w:rPr>
        <w:t>6:36  Ancient philosophers were believing that our world is an eternal world.</w:t>
      </w:r>
      <w:r>
        <w:br/>
      </w:r>
      <w:r>
        <w:rPr>
          <w:sz w:val="20"/>
        </w:rPr>
        <w:t>6:42  Ancient philosophers were</w:t>
      </w:r>
      <w:r>
        <w:br/>
      </w:r>
      <w:r>
        <w:rPr>
          <w:sz w:val="20"/>
        </w:rPr>
        <w:t>6:48  believing that our world is an eternal world.</w:t>
      </w:r>
      <w:r>
        <w:br/>
      </w:r>
      <w:r>
        <w:rPr>
          <w:sz w:val="20"/>
        </w:rPr>
        <w:t>6:54  But the Big Bang theory has proved that there is a beginning of this world.</w:t>
      </w:r>
      <w:r>
        <w:br/>
      </w:r>
      <w:r>
        <w:rPr>
          <w:sz w:val="20"/>
        </w:rPr>
        <w:t>7:01  It is not eternal.</w:t>
      </w:r>
      <w:r>
        <w:br/>
      </w:r>
      <w:r>
        <w:rPr>
          <w:sz w:val="20"/>
        </w:rPr>
        <w:t>7:07  Our world is not from eternity.</w:t>
      </w:r>
      <w:r>
        <w:br/>
      </w:r>
      <w:r>
        <w:rPr>
          <w:sz w:val="20"/>
        </w:rPr>
        <w:t>7:13  It has a specific beginning, perhaps thirteen billions ago,</w:t>
      </w:r>
      <w:r>
        <w:br/>
      </w:r>
      <w:r>
        <w:rPr>
          <w:sz w:val="20"/>
        </w:rPr>
        <w:t>7:19  when the present world was born.</w:t>
      </w:r>
      <w:r>
        <w:br/>
      </w:r>
      <w:r>
        <w:rPr>
          <w:sz w:val="20"/>
        </w:rPr>
        <w:t>7:25  So our world has a beginning.</w:t>
      </w:r>
      <w:r>
        <w:br/>
      </w:r>
      <w:r>
        <w:rPr>
          <w:sz w:val="20"/>
        </w:rPr>
        <w:t>7:31  Then it has an end.</w:t>
      </w:r>
      <w:r>
        <w:br/>
      </w:r>
      <w:r>
        <w:rPr>
          <w:sz w:val="20"/>
        </w:rPr>
        <w:t>7:37  You know, Newton was the father of the modern science.</w:t>
      </w:r>
      <w:r>
        <w:br/>
      </w:r>
      <w:r>
        <w:rPr>
          <w:sz w:val="20"/>
        </w:rPr>
        <w:t>7:43  He has calculated—after a long</w:t>
      </w:r>
      <w:r>
        <w:br/>
      </w:r>
      <w:r>
        <w:rPr>
          <w:sz w:val="20"/>
        </w:rPr>
        <w:t>7:49  calculation, he declared that the present universe has an end.</w:t>
      </w:r>
      <w:r>
        <w:br/>
      </w:r>
      <w:r>
        <w:rPr>
          <w:sz w:val="20"/>
        </w:rPr>
        <w:t>8:05  And according to his calculation, this end was predetermined, and it was 2060.</w:t>
      </w:r>
      <w:r>
        <w:br/>
      </w:r>
      <w:r>
        <w:rPr>
          <w:sz w:val="20"/>
        </w:rPr>
        <w:t>8:21  This was Newton's prediction according to his calculations.</w:t>
      </w:r>
      <w:r>
        <w:br/>
      </w:r>
      <w:r>
        <w:rPr>
          <w:sz w:val="20"/>
        </w:rPr>
        <w:t>8:29  And the present global warming has only confirmed this calculation.</w:t>
      </w:r>
      <w:r>
        <w:br/>
      </w:r>
      <w:r>
        <w:rPr>
          <w:sz w:val="20"/>
        </w:rPr>
        <w:t>8:37  It is very strange that Newton was born before three hundred years ago, but he was able to</w:t>
      </w:r>
      <w:r>
        <w:br/>
      </w:r>
      <w:r>
        <w:rPr>
          <w:sz w:val="20"/>
        </w:rPr>
        <w:t>8:45  reach a very</w:t>
      </w:r>
    </w:p>
    <w:p>
      <w:pPr>
        <w:pStyle w:val="Heading2"/>
      </w:pPr>
      <w:r>
        <w:t>Scientific discoveries point to one God</w:t>
      </w:r>
    </w:p>
    <w:p>
      <w:r>
        <w:rPr>
          <w:color w:val="666666"/>
          <w:sz w:val="18"/>
        </w:rPr>
        <w:t>Living with God | April 18, 2007 | Maulana Wahiduddin Khan · 1m 30s · at 52:24 · https://youtu.be/5C9rQDceRV4?t=3144</w:t>
      </w:r>
    </w:p>
    <w:p>
      <w:r>
        <w:rPr>
          <w:i/>
        </w:rPr>
        <w:t>“Then Newton discovered that there are four forces”</w:t>
      </w:r>
    </w:p>
    <w:p>
      <w:r>
        <w:rPr>
          <w:sz w:val="20"/>
        </w:rPr>
        <w:t>52:24  Then Newton discovered that there are four forces that basically rule the universe.</w:t>
      </w:r>
      <w:r>
        <w:br/>
      </w:r>
      <w:r>
        <w:rPr>
          <w:sz w:val="20"/>
        </w:rPr>
        <w:t>52:30  Four forces, not many, not millions and billions.</w:t>
      </w:r>
      <w:r>
        <w:br/>
      </w:r>
      <w:r>
        <w:rPr>
          <w:sz w:val="20"/>
        </w:rPr>
        <w:t>52:36  Only four forces govern the whole universe.</w:t>
      </w:r>
      <w:r>
        <w:br/>
      </w:r>
      <w:r>
        <w:rPr>
          <w:sz w:val="20"/>
        </w:rPr>
        <w:t>52:42  But this was not the end of the research.</w:t>
      </w:r>
      <w:r>
        <w:br/>
      </w:r>
      <w:r>
        <w:rPr>
          <w:sz w:val="20"/>
        </w:rPr>
        <w:t>52:48  After 300 years of research now we know that New</w:t>
      </w:r>
      <w:r>
        <w:br/>
      </w:r>
      <w:r>
        <w:rPr>
          <w:sz w:val="20"/>
        </w:rPr>
        <w:t>52:54  ton's formula is discarded.</w:t>
      </w:r>
      <w:r>
        <w:br/>
      </w:r>
      <w:r>
        <w:rPr>
          <w:sz w:val="20"/>
        </w:rPr>
        <w:t>53:04  And now you know that a British scientist has discovered that a single force is mainly responsible to</w:t>
      </w:r>
      <w:r>
        <w:br/>
      </w:r>
      <w:r>
        <w:rPr>
          <w:sz w:val="20"/>
        </w:rPr>
        <w:t>53:14  rule the to control all the universe.</w:t>
      </w:r>
      <w:r>
        <w:br/>
      </w:r>
      <w:r>
        <w:rPr>
          <w:sz w:val="20"/>
        </w:rPr>
        <w:t>53:24  He has named it single string theory, single string, single string.</w:t>
      </w:r>
      <w:r>
        <w:br/>
      </w:r>
      <w:r>
        <w:rPr>
          <w:sz w:val="20"/>
        </w:rPr>
        <w:t>53:34  So now after a long, long study we came to know that God is only one.</w:t>
      </w:r>
      <w:r>
        <w:br/>
      </w:r>
      <w:r>
        <w:rPr>
          <w:sz w:val="20"/>
        </w:rPr>
        <w:t>53:44  This theory provides us a base, a base</w:t>
      </w:r>
    </w:p>
    <w:p>
      <w:pPr>
        <w:pStyle w:val="Heading2"/>
      </w:pPr>
      <w:r>
        <w:t>Newton's patience and concentration</w:t>
      </w:r>
    </w:p>
    <w:p>
      <w:r>
        <w:rPr>
          <w:color w:val="666666"/>
          <w:sz w:val="18"/>
        </w:rPr>
        <w:t>Power of Patience | June 16, 2010 | Maulana Wahiduddin Khan · 1m 31s · at 2:46 · https://youtu.be/FlWqljdLKHE?t=166</w:t>
      </w:r>
    </w:p>
    <w:p>
      <w:r>
        <w:rPr>
          <w:i/>
        </w:rPr>
        <w:t>“Newton was known for his patience and concentration.”</w:t>
      </w:r>
    </w:p>
    <w:p>
      <w:r>
        <w:rPr>
          <w:sz w:val="20"/>
        </w:rPr>
        <w:t>2:46  mein kuch misalein doon ga aap ko ke kis tarah success bari bari achievement sirf un ko hui</w:t>
      </w:r>
      <w:r>
        <w:br/>
      </w:r>
      <w:r>
        <w:rPr>
          <w:sz w:val="20"/>
        </w:rPr>
        <w:t>2:54  hai jinhon ne sabr ka sabr ke sath kaam kiya.</w:t>
      </w:r>
      <w:r>
        <w:br/>
      </w:r>
      <w:r>
        <w:rPr>
          <w:sz w:val="20"/>
        </w:rPr>
        <w:t>3:02  dekhen newton ka naam bohat bara hai.</w:t>
      </w:r>
      <w:r>
        <w:br/>
      </w:r>
      <w:r>
        <w:rPr>
          <w:sz w:val="20"/>
        </w:rPr>
        <w:t>3:09  is ki death hui thi satrah so satayees mein.</w:t>
      </w:r>
      <w:r>
        <w:br/>
      </w:r>
      <w:r>
        <w:rPr>
          <w:sz w:val="20"/>
        </w:rPr>
        <w:t>3:17  seventeen hundred twenty-seven mein.</w:t>
      </w:r>
      <w:r>
        <w:br/>
      </w:r>
      <w:r>
        <w:rPr>
          <w:sz w:val="20"/>
        </w:rPr>
        <w:t>3:22  wo founder of modern science mana jata hai.</w:t>
      </w:r>
      <w:r>
        <w:br/>
      </w:r>
      <w:r>
        <w:rPr>
          <w:sz w:val="20"/>
        </w:rPr>
        <w:t>3:27  to is ke baray mein kaha jata hai ke jab chota tha wo to idhar udhar chup chap</w:t>
      </w:r>
      <w:r>
        <w:br/>
      </w:r>
      <w:r>
        <w:rPr>
          <w:sz w:val="20"/>
        </w:rPr>
        <w:t>3:32  khara rehta tha. chup chap.</w:t>
      </w:r>
      <w:r>
        <w:br/>
      </w:r>
      <w:r>
        <w:rPr>
          <w:sz w:val="20"/>
        </w:rPr>
        <w:t>3:37  to is ko kaha jata tha wool gatherer. wool gatherer.</w:t>
      </w:r>
      <w:r>
        <w:br/>
      </w:r>
      <w:r>
        <w:rPr>
          <w:sz w:val="20"/>
        </w:rPr>
        <w:t>3:42  baad ko maloom hua ke is ke andar concentration ki bohat</w:t>
      </w:r>
      <w:r>
        <w:br/>
      </w:r>
      <w:r>
        <w:rPr>
          <w:sz w:val="20"/>
        </w:rPr>
        <w:t>3:47  zبردast taqat thi.</w:t>
      </w:r>
      <w:r>
        <w:br/>
      </w:r>
      <w:r>
        <w:rPr>
          <w:sz w:val="20"/>
        </w:rPr>
        <w:t>3:52  concentration yani kisi aik point par bohat ziyada sochna.</w:t>
      </w:r>
      <w:r>
        <w:br/>
      </w:r>
      <w:r>
        <w:rPr>
          <w:sz w:val="20"/>
        </w:rPr>
        <w:t>3:57  dekhen yeh sabr ke baghair nahi ho sakta.</w:t>
      </w:r>
      <w:r>
        <w:br/>
      </w:r>
      <w:r>
        <w:rPr>
          <w:sz w:val="20"/>
        </w:rPr>
        <w:t>4:02  aap aik so aik cheezon se sabr karte hain tab aap concentrate karte hain.</w:t>
      </w:r>
      <w:r>
        <w:br/>
      </w:r>
      <w:r>
        <w:rPr>
          <w:sz w:val="20"/>
        </w:rPr>
        <w:t>4:07  jaise aaj meri baat cheet hui aik aik lady se to unhon ne kaha ke mera bachcha jab</w:t>
      </w:r>
      <w:r>
        <w:br/>
      </w:r>
      <w:r>
        <w:rPr>
          <w:sz w:val="20"/>
        </w:rPr>
        <w:t>4:12  rota hai to mera dil tarap</w:t>
      </w:r>
    </w:p>
    <w:p>
      <w:pPr>
        <w:pStyle w:val="Heading2"/>
      </w:pPr>
      <w:r>
        <w:t>Newton's apple: the shock that revealed gravity</w:t>
      </w:r>
    </w:p>
    <w:p>
      <w:r>
        <w:rPr>
          <w:color w:val="666666"/>
          <w:sz w:val="18"/>
        </w:rPr>
        <w:t>The Discovery of God IIC Prog (Maulana Talk) November 2, 2019 · 2m 36s · at 4:24 · https://youtu.be/u24tYGW6tCM?t=264</w:t>
      </w:r>
    </w:p>
    <w:p>
      <w:r>
        <w:rPr>
          <w:i/>
        </w:rPr>
        <w:t>“تین سو سال پہلے نیوٹن اپنے گارڈن میں بیٹھا تھا”</w:t>
      </w:r>
    </w:p>
    <w:p>
      <w:r>
        <w:rPr>
          <w:sz w:val="20"/>
        </w:rPr>
        <w:t>4:24  misalan dekhein, teen sau saal pehle newton ka zamana tha, toh kaha jaata hai ke woh</w:t>
      </w:r>
      <w:r>
        <w:br/>
      </w:r>
      <w:r>
        <w:rPr>
          <w:sz w:val="20"/>
        </w:rPr>
        <w:t>4:37  apne garden mein baitha hua tha, ek saib ke saaye ke neeche.</w:t>
      </w:r>
      <w:r>
        <w:br/>
      </w:r>
      <w:r>
        <w:rPr>
          <w:sz w:val="20"/>
        </w:rPr>
        <w:t>4:49  toh upar se ek ek saib gira, woh by chance us ke sar par gira.</w:t>
      </w:r>
      <w:r>
        <w:br/>
      </w:r>
      <w:r>
        <w:rPr>
          <w:sz w:val="20"/>
        </w:rPr>
        <w:t>5:00  toh that was apple shock for Newton yaani newton sochne laga ke yeh yeh saib jo hai, mere sar par kyun gira?</w:t>
      </w:r>
      <w:r>
        <w:br/>
      </w:r>
      <w:r>
        <w:rPr>
          <w:sz w:val="20"/>
        </w:rPr>
        <w:t>5:19  toh that was a shock yaani creator ne dekha ke</w:t>
      </w:r>
      <w:r>
        <w:br/>
      </w:r>
      <w:r>
        <w:rPr>
          <w:sz w:val="20"/>
        </w:rPr>
        <w:t>5:31  million nahin, billion years guzar rahe hain aur insaan ek bohat bari reality se bekhabar hai, woh hai gravitation,</w:t>
      </w:r>
      <w:r>
        <w:br/>
      </w:r>
      <w:r>
        <w:rPr>
          <w:sz w:val="20"/>
        </w:rPr>
        <w:t>5:45  law of gravitation.</w:t>
      </w:r>
      <w:r>
        <w:br/>
      </w:r>
      <w:r>
        <w:rPr>
          <w:sz w:val="20"/>
        </w:rPr>
        <w:t>5:50  aap jante hain ke gravitation kehti hai wohi blessing hai. gravitation agar na ho toh hum aap yahan baith nahin sakte, kyunke buildingen darakht ke patte ki tarah uren gi,</w:t>
      </w:r>
      <w:r>
        <w:br/>
      </w:r>
      <w:r>
        <w:rPr>
          <w:sz w:val="20"/>
        </w:rPr>
        <w:t>6:10  stability khatam ho jayegi.</w:t>
      </w:r>
      <w:r>
        <w:br/>
      </w:r>
      <w:r>
        <w:rPr>
          <w:sz w:val="20"/>
        </w:rPr>
        <w:t>6:14  toh zameen par jo hum dekhte hain, stability woh sab ek blessing hai, grati ki shakal mein.</w:t>
      </w:r>
      <w:r>
        <w:br/>
      </w:r>
      <w:r>
        <w:rPr>
          <w:sz w:val="20"/>
        </w:rPr>
        <w:t>6:25  toh god ne dekha ke insaan itni bari cheez se bekhabar hai,</w:t>
      </w:r>
      <w:r>
        <w:br/>
      </w:r>
      <w:r>
        <w:rPr>
          <w:sz w:val="20"/>
        </w:rPr>
        <w:t>6:29  toh us ne kya kiya ke newton ke sar par saib gira.</w:t>
      </w:r>
      <w:r>
        <w:br/>
      </w:r>
      <w:r>
        <w:rPr>
          <w:sz w:val="20"/>
        </w:rPr>
        <w:t>6:40  that was</w:t>
      </w:r>
      <w:r>
        <w:br/>
      </w:r>
      <w:r>
        <w:rPr>
          <w:sz w:val="20"/>
        </w:rPr>
        <w:t>6:47  that was shocking reminder</w:t>
      </w:r>
      <w:r>
        <w:br/>
      </w:r>
      <w:r>
        <w:rPr>
          <w:sz w:val="20"/>
        </w:rPr>
        <w:t>6:53  apple shock, isi liye mein is ko kehta hoon apple shock.</w:t>
      </w:r>
    </w:p>
    <w:p>
      <w:pPr>
        <w:pStyle w:val="Heading2"/>
      </w:pPr>
      <w:r>
        <w:t>Scientific and rational case for the oneness of God</w:t>
      </w:r>
    </w:p>
    <w:p>
      <w:r>
        <w:rPr>
          <w:color w:val="666666"/>
          <w:sz w:val="18"/>
        </w:rPr>
        <w:t>Islam Principles and Practice (English) September 8, 2007 Maulana Wahiduddin Khan · 2m 30s · at 6:44 · https://youtu.be/2wOdR0to6gs?t=404</w:t>
      </w:r>
    </w:p>
    <w:p>
      <w:r>
        <w:rPr>
          <w:i/>
        </w:rPr>
        <w:t>“According to Quran, why is there only one God?”</w:t>
      </w:r>
    </w:p>
    <w:p>
      <w:r>
        <w:rPr>
          <w:sz w:val="20"/>
        </w:rPr>
        <w:t>6:44  This is the only difference. Jee. Maulana, according to Quran, there is the concept of one God</w:t>
      </w:r>
      <w:r>
        <w:br/>
      </w:r>
      <w:r>
        <w:rPr>
          <w:sz w:val="20"/>
        </w:rPr>
        <w:t>6:51  . Why does this concept of one God is being propounded? Why cant there be more than one God? It is irrational to believe that there are many gods.</w:t>
      </w:r>
      <w:r>
        <w:br/>
      </w:r>
      <w:r>
        <w:rPr>
          <w:sz w:val="20"/>
        </w:rPr>
        <w:t>7:06  Because if you study, if you observe the universe, the creation, you will find that there is a complete harmony in every part of the universe.</w:t>
      </w:r>
      <w:r>
        <w:br/>
      </w:r>
      <w:r>
        <w:rPr>
          <w:sz w:val="20"/>
        </w:rPr>
        <w:t>7:26  There are numerous objects, numerous items in this universe. Jee. But there is a complete harmony, complete unity.</w:t>
      </w:r>
      <w:r>
        <w:br/>
      </w:r>
      <w:r>
        <w:rPr>
          <w:sz w:val="20"/>
        </w:rPr>
        <w:t>7:37  There is no contradiction between one item and another item. So, this kind of harmony is possible only when God is one.</w:t>
      </w:r>
      <w:r>
        <w:br/>
      </w:r>
      <w:r>
        <w:rPr>
          <w:sz w:val="20"/>
        </w:rPr>
        <w:t>7:51  If there were</w:t>
      </w:r>
      <w:r>
        <w:br/>
      </w:r>
      <w:r>
        <w:rPr>
          <w:sz w:val="20"/>
        </w:rPr>
        <w:t>7:55  many gods, then this kind of harmony was not possible</w:t>
      </w:r>
      <w:r>
        <w:br/>
      </w:r>
      <w:r>
        <w:rPr>
          <w:sz w:val="20"/>
        </w:rPr>
        <w:t>8:02  . And now, you know, according to the scientific research, it is now a well-established fact.</w:t>
      </w:r>
      <w:r>
        <w:br/>
      </w:r>
      <w:r>
        <w:rPr>
          <w:sz w:val="20"/>
        </w:rPr>
        <w:t>8:14  You know, during Newton—Newton was the father of science, father of modern science—</w:t>
      </w:r>
      <w:r>
        <w:br/>
      </w:r>
      <w:r>
        <w:rPr>
          <w:sz w:val="20"/>
        </w:rPr>
        <w:t>8:23  scientific committees were believing in four forces that control the universe.</w:t>
      </w:r>
      <w:r>
        <w:br/>
      </w:r>
      <w:r>
        <w:rPr>
          <w:sz w:val="20"/>
        </w:rPr>
        <w:t>8:34  But now, Stephen Hawking, who is the greatest expert in theoretical science, he, according to his calculation and according to his research,</w:t>
      </w:r>
      <w:r>
        <w:br/>
      </w:r>
      <w:r>
        <w:rPr>
          <w:sz w:val="20"/>
        </w:rPr>
        <w:t>8:48  says that there is only one force that controls the whole universe. And he has named it as single-string theory.</w:t>
      </w:r>
      <w:r>
        <w:br/>
      </w:r>
      <w:r>
        <w:rPr>
          <w:sz w:val="20"/>
        </w:rPr>
        <w:t>9:01  So, single-string theory is completely in accordance with the tauheed. So, I think that it is completely a rational and scientific idea that God is one.</w:t>
      </w:r>
    </w:p>
    <w:p>
      <w:pPr>
        <w:pStyle w:val="Heading2"/>
      </w:pPr>
      <w:r>
        <w:t>the scientific method illustrated by Newton's apple</w:t>
      </w:r>
    </w:p>
    <w:p>
      <w:r>
        <w:rPr>
          <w:color w:val="666666"/>
          <w:sz w:val="18"/>
        </w:rPr>
        <w:t>In Conversation With Maulana Wahiduddin Khan (English) May 15, 2008 · 2m 52s · at 2:16 · https://youtu.be/Yq3-vUwEu-w?t=136</w:t>
      </w:r>
    </w:p>
    <w:p>
      <w:r>
        <w:rPr>
          <w:i/>
        </w:rPr>
        <w:t>“What is that scientific formula? Observation, hypothesis, verification.”</w:t>
      </w:r>
    </w:p>
    <w:p>
      <w:r>
        <w:rPr>
          <w:sz w:val="20"/>
        </w:rPr>
        <w:t>2:16  Now, what is that formula? What is that scientific formula? It is based on three principles: observation, hypothesis, verification.</w:t>
      </w:r>
      <w:r>
        <w:br/>
      </w:r>
      <w:r>
        <w:rPr>
          <w:sz w:val="20"/>
        </w:rPr>
        <w:t>2:30  Observation, hypothesis, verification.</w:t>
      </w:r>
      <w:r>
        <w:br/>
      </w:r>
      <w:r>
        <w:rPr>
          <w:sz w:val="20"/>
        </w:rPr>
        <w:t>2:36  A well-known example of this formula is that of Newton's. You know, Newton once saw an apple falling from a tree.</w:t>
      </w:r>
      <w:r>
        <w:br/>
      </w:r>
      <w:r>
        <w:rPr>
          <w:sz w:val="20"/>
        </w:rPr>
        <w:t>2:54  So he wanted to know why the apple fell</w:t>
      </w:r>
      <w:r>
        <w:br/>
      </w:r>
      <w:r>
        <w:rPr>
          <w:sz w:val="20"/>
        </w:rPr>
        <w:t>3:03  . There was another option that to go up. But instead of going up, the apple fell down.</w:t>
      </w:r>
      <w:r>
        <w:br/>
      </w:r>
      <w:r>
        <w:rPr>
          <w:sz w:val="20"/>
        </w:rPr>
        <w:t>3:14  Why?</w:t>
      </w:r>
      <w:r>
        <w:br/>
      </w:r>
      <w:r>
        <w:rPr>
          <w:sz w:val="20"/>
        </w:rPr>
        <w:t>3:16  So after contemplation, he formulated a hypothesis.</w:t>
      </w:r>
      <w:r>
        <w:br/>
      </w:r>
      <w:r>
        <w:rPr>
          <w:sz w:val="20"/>
        </w:rPr>
        <w:t>3:27  That is, our Earth has a gravitational pull. So due to this gravitational pull, the apple fell down.</w:t>
      </w:r>
      <w:r>
        <w:br/>
      </w:r>
      <w:r>
        <w:rPr>
          <w:sz w:val="20"/>
        </w:rPr>
        <w:t>3:40  Now, this was a hypothesis</w:t>
      </w:r>
      <w:r>
        <w:br/>
      </w:r>
      <w:r>
        <w:rPr>
          <w:sz w:val="20"/>
        </w:rPr>
        <w:t>3:44  after observation. First came observation. Then came hypothesis. Now, the third is verification.</w:t>
      </w:r>
      <w:r>
        <w:br/>
      </w:r>
      <w:r>
        <w:rPr>
          <w:sz w:val="20"/>
        </w:rPr>
        <w:t>3:56  Verification means all those relevant data, all those other relevant observations are just according to this formula or not.</w:t>
      </w:r>
      <w:r>
        <w:br/>
      </w:r>
      <w:r>
        <w:rPr>
          <w:sz w:val="20"/>
        </w:rPr>
        <w:t>4:12  So Newton experimented several other events. Like, he saw that a ball</w:t>
      </w:r>
      <w:r>
        <w:br/>
      </w:r>
      <w:r>
        <w:rPr>
          <w:sz w:val="20"/>
        </w:rPr>
        <w:t>4:26  was thrown up into the air. Then it came down. A stone was thrown up.</w:t>
      </w:r>
      <w:r>
        <w:br/>
      </w:r>
      <w:r>
        <w:rPr>
          <w:sz w:val="20"/>
        </w:rPr>
        <w:t>4:35  The stone also came down</w:t>
      </w:r>
      <w:r>
        <w:br/>
      </w:r>
      <w:r>
        <w:rPr>
          <w:sz w:val="20"/>
        </w:rPr>
        <w:t>4:38  . A bird dies in the air. Then it comes down. So all those relevant phenomena confirmed this idea that Earth has a gravitational pull.</w:t>
      </w:r>
      <w:r>
        <w:br/>
      </w:r>
      <w:r>
        <w:rPr>
          <w:sz w:val="20"/>
        </w:rPr>
        <w:t>4:53  So it was verified. So in this case, you can see that first was observation, then was hypothesis, and then was verification.</w:t>
      </w:r>
      <w:r>
        <w:br/>
      </w:r>
      <w:r>
        <w:rPr>
          <w:sz w:val="20"/>
        </w:rPr>
        <w:t>5:04  So after this verification, it became a fact.</w:t>
      </w:r>
    </w:p>
    <w:p>
      <w:pPr>
        <w:pStyle w:val="Heading2"/>
      </w:pPr>
      <w:r>
        <w:t>Man is an explanation-seeking animal</w:t>
      </w:r>
    </w:p>
    <w:p>
      <w:r>
        <w:rPr>
          <w:color w:val="666666"/>
          <w:sz w:val="18"/>
        </w:rPr>
        <w:t>In Search for Truth 18 May 2007 · 26s · at 43:33 · https://youtu.be/3Q4zw6202eM?t=2613</w:t>
      </w:r>
    </w:p>
    <w:p>
      <w:r>
        <w:rPr>
          <w:i/>
        </w:rPr>
        <w:t>“The question of truth is a universal question.”</w:t>
      </w:r>
    </w:p>
    <w:p>
      <w:r>
        <w:rPr>
          <w:sz w:val="20"/>
        </w:rPr>
        <w:t>43:33  The question of truth is a universal question. You know, man is an explanation-seeking animal.</w:t>
      </w:r>
      <w:r>
        <w:br/>
      </w:r>
      <w:r>
        <w:rPr>
          <w:sz w:val="20"/>
        </w:rPr>
        <w:t>43:44  It is said that man is an explanation-seeking animal. Man always wants to explain everything. The well-known historical example is that of Newton.</w:t>
      </w:r>
    </w:p>
    <w:p>
      <w:pPr>
        <w:pStyle w:val="Heading2"/>
      </w:pPr>
      <w:r>
        <w:t>Newton's law is for matter, not for people</w:t>
      </w:r>
    </w:p>
    <w:p>
      <w:r>
        <w:rPr>
          <w:color w:val="666666"/>
          <w:sz w:val="18"/>
        </w:rPr>
        <w:t>Collective Repentance 24th February 2013 · 2m 30s · at 1:18:00 · https://youtu.be/TNw6muKhfpU?t=4680</w:t>
      </w:r>
    </w:p>
    <w:p>
      <w:r>
        <w:rPr>
          <w:i/>
        </w:rPr>
        <w:t>“Dekhiye, yeh bahut badi fallacy hai iss question mein”</w:t>
      </w:r>
    </w:p>
    <w:p>
      <w:r>
        <w:rPr>
          <w:sz w:val="20"/>
        </w:rPr>
        <w:t>1:18:00  fallacy yeh hai ke newton ka jo law hai, woh matter ke liye hai, insaan ke liye nahi hai. kaisa ajeeb sawal kar dala aap ne! agar aap educated aadmi hain to kaisi education aap ki hui hai?</w:t>
      </w:r>
      <w:r>
        <w:br/>
      </w:r>
      <w:r>
        <w:rPr>
          <w:sz w:val="20"/>
        </w:rPr>
        <w:t>1:18:12  kya aap jante hain ke ke newton ka law matter ke liye hai, insaan ke liye nahi hai?</w:t>
      </w:r>
      <w:r>
        <w:br/>
      </w:r>
      <w:r>
        <w:rPr>
          <w:sz w:val="20"/>
        </w:rPr>
        <w:t>1:18:18  newton ka subject psychology nahi tha. to yeh yeh matter mein aisa hota hai. is qism ki baat insaan to azaad makhlooq hai, woh soch soch kar ke apne zehan banata hai.</w:t>
      </w:r>
      <w:r>
        <w:br/>
      </w:r>
      <w:r>
        <w:rPr>
          <w:sz w:val="20"/>
        </w:rPr>
        <w:t>1:18:33  woh negative ko positive mein convert kar sakta hai. hum to roz karte hain. aap newton ka law ko insaan par apply karna chahte hain? kaisi ajeeb kaam kar rahe hain aap !</w:t>
      </w:r>
      <w:r>
        <w:br/>
      </w:r>
      <w:r>
        <w:rPr>
          <w:sz w:val="20"/>
        </w:rPr>
        <w:t>1:18:47  yani har amal ka rad-e-amal hota hai. yeh matter, yeh matter ki duniya mein yeh yeh law chalta hai, insaan ki duniya mein nahi. insaan ki duniya mein nahi chalta hai. yeh insaan ki duniya ke law quran mein dekhiye hai:</w:t>
      </w:r>
      <w:r>
        <w:br/>
      </w:r>
      <w:r>
        <w:rPr>
          <w:sz w:val="20"/>
        </w:rPr>
        <w:t>1:19:05  "wa izama ghabu hum yaghfiroon". yeh quran ki ayat hai: "wa izama ghabu hum yaghfiroon"</w:t>
      </w:r>
      <w:r>
        <w:br/>
      </w:r>
      <w:r>
        <w:rPr>
          <w:sz w:val="20"/>
        </w:rPr>
        <w:t>1:19:14  . jab unhein ghussa aata hai to woh maaf kar dete hain. is ka matlab kya hai? ke momin ke andar ek mechanism hota hai. mechanism ko art of conversion janta hai. woh matter ke andar yeh mechanism nahi hota.</w:t>
      </w:r>
      <w:r>
        <w:br/>
      </w:r>
      <w:r>
        <w:rPr>
          <w:sz w:val="20"/>
        </w:rPr>
        <w:t>1:19:33  to art of conversion ek momin apne zehan ko is tarah develop karta hai ke us ke andar art of conversion ki salahiyat paida hoti hai.</w:t>
      </w:r>
      <w:r>
        <w:br/>
      </w:r>
      <w:r>
        <w:rPr>
          <w:sz w:val="20"/>
        </w:rPr>
        <w:t>1:19:43  woh is qabil ho jata hai ke woh ghussa ko forgive se badle, negative thought ko positive thought mein badle. yeh to insaan ki khusoosiyat hai.</w:t>
      </w:r>
      <w:r>
        <w:br/>
      </w:r>
      <w:r>
        <w:rPr>
          <w:sz w:val="20"/>
        </w:rPr>
        <w:t>1:19:52  isi liye to hai: "karamna bani adam". yani aap ne to insaan ko bohat chota kar diya, us ko matter ke level pe laya. aap insaan to matter se bohat buland hai. matter to uska matter to insaan ka subject hai.</w:t>
      </w:r>
      <w:r>
        <w:br/>
      </w:r>
      <w:r>
        <w:rPr>
          <w:sz w:val="20"/>
        </w:rPr>
        <w:t>1:20:07  matter se insaan ko kamal inha hai.</w:t>
      </w:r>
      <w:r>
        <w:br/>
      </w:r>
      <w:r>
        <w:rPr>
          <w:sz w:val="20"/>
        </w:rPr>
        <w:t>1:20:12  insaan kisi matter ka mamool nahi hai. apne zehan ko develop kijiye aur main samajhta hoon sab se bara joke ka woh lamha hota hai. joke ka lamha jab aap ek negative thought ko positive thought convert karein.</w:t>
      </w:r>
    </w:p>
    <w:p>
      <w:pPr>
        <w:pStyle w:val="Heading2"/>
      </w:pPr>
      <w:r>
        <w:t>Newton's falling apple sparking a discovery</w:t>
      </w:r>
    </w:p>
    <w:p>
      <w:r>
        <w:rPr>
          <w:color w:val="666666"/>
          <w:sz w:val="18"/>
        </w:rPr>
        <w:t>The Journey to Discover God January 17, 2010 · 25s · at 42:27 · https://youtu.be/gXSeKu2LJaE?t=2547</w:t>
      </w:r>
    </w:p>
    <w:p>
      <w:r>
        <w:rPr>
          <w:i/>
        </w:rPr>
        <w:t>“Newton ne dekha ke ek seb ped se gira”</w:t>
      </w:r>
    </w:p>
    <w:p>
      <w:r>
        <w:rPr>
          <w:sz w:val="20"/>
        </w:rPr>
        <w:t>42:27  iska process shuru hua. iski power insaan ne daryaft kiya.</w:t>
      </w:r>
      <w:r>
        <w:br/>
      </w:r>
      <w:r>
        <w:rPr>
          <w:sz w:val="20"/>
        </w:rPr>
        <w:t>42:32  phir aap dekhte hain ke Newton, mashhoor qissa hai ke Newton ne dekha ke woh peed ke upar se saib gira. to sochne laga ke phir neeche kyun aaya, upar kyun nahi gaya?</w:t>
      </w:r>
      <w:r>
        <w:br/>
      </w:r>
      <w:r>
        <w:rPr>
          <w:sz w:val="20"/>
        </w:rPr>
        <w:t>42:43  ab ek naya process shuru hua. aisa ek lamba process hai jiske jiska jisko hum kehte hain human civilization.</w:t>
      </w:r>
    </w:p>
    <w:p>
      <w:pPr>
        <w:pStyle w:val="Heading2"/>
      </w:pPr>
      <w:r>
        <w:t>Karl Marx's fatal error applying Newton to history</w:t>
      </w:r>
    </w:p>
    <w:p>
      <w:r>
        <w:rPr>
          <w:color w:val="666666"/>
          <w:sz w:val="18"/>
        </w:rPr>
        <w:t>Between Freedom and Determinism March 25, 2012 · 1m 53s · at 2:57 · https://youtu.be/ApNXrHJD9S4?t=177</w:t>
      </w:r>
    </w:p>
    <w:p>
      <w:r>
        <w:rPr>
          <w:i/>
        </w:rPr>
        <w:t>“Karl Marx once boldly claimed to have found history's key.”</w:t>
      </w:r>
    </w:p>
    <w:p>
      <w:r>
        <w:rPr>
          <w:sz w:val="20"/>
        </w:rPr>
        <w:t>2:57  dekhein, Carl Marx ne bahut dhumse yeh dawaykiyatha, usne aur uske siyasi Engels ne ke Carl Marx ne historical interpretation diyaftkarliya hai.</w:t>
      </w:r>
      <w:r>
        <w:br/>
      </w:r>
      <w:r>
        <w:rPr>
          <w:sz w:val="20"/>
        </w:rPr>
        <w:t>3:10  lekin galati kya hai uski? Newton ne material world ko explain karne ke liye jo principle qaim kiye the, cause and effect, usi ko apply kar diya usne insan ki history par.</w:t>
      </w:r>
      <w:r>
        <w:br/>
      </w:r>
      <w:r>
        <w:rPr>
          <w:sz w:val="20"/>
        </w:rPr>
        <w:t>3:29  bilkul yeh radicalsthayah. kyu? material world johai, usmein determinism ha.</w:t>
      </w:r>
      <w:r>
        <w:br/>
      </w:r>
      <w:r>
        <w:rPr>
          <w:sz w:val="20"/>
        </w:rPr>
        <w:t>3:42  materialworldmein chaheek zarra ho, chahe ek galaxy ho, law of nature se deviatkarnaskeliye mumkinnahin hai.</w:t>
      </w:r>
      <w:r>
        <w:br/>
      </w:r>
      <w:r>
        <w:rPr>
          <w:sz w:val="20"/>
        </w:rPr>
        <w:t>3:53  to wahan to aap ek interpretationdesaktehain, kyunke everything is predictable. materialworldmein jo khaasbaathai, woh ek everything is predictable.</w:t>
      </w:r>
      <w:r>
        <w:br/>
      </w:r>
      <w:r>
        <w:rPr>
          <w:sz w:val="20"/>
        </w:rPr>
        <w:t>4:08  lekin alexskierl ne sahi taurpar likha hai: "one comes to the human history, nothing is predictable."</w:t>
      </w:r>
      <w:r>
        <w:br/>
      </w:r>
      <w:r>
        <w:rPr>
          <w:sz w:val="20"/>
        </w:rPr>
        <w:t>4:22  insan ki tareekh mein koi cheez bhi aap predict nahin kar sakte, to interpretation kar denge aap. To Karl Marx ki ghalti hai ke usne Newton ke principle of interpretation ko apply kar diya human world par, jo bilkul hi jo kehte hain ikhtilaf mal farq,</w:t>
      </w:r>
      <w:r>
        <w:br/>
      </w:r>
      <w:r>
        <w:rPr>
          <w:sz w:val="20"/>
        </w:rPr>
        <w:t>4:45  to woh uski zindagi mein rduhogaya.</w:t>
      </w:r>
    </w:p>
    <w:p>
      <w:pPr>
        <w:pStyle w:val="Heading2"/>
      </w:pPr>
      <w:r>
        <w:t>Physics history from matter to energy to intelligent design</w:t>
      </w:r>
    </w:p>
    <w:p>
      <w:r>
        <w:rPr>
          <w:color w:val="666666"/>
          <w:sz w:val="18"/>
        </w:rPr>
        <w:t>Physical Science or Divine Science November 25, 2012 · 2m 54s · at 17:48 · https://youtu.be/BaWTblQLpE4?t=1068</w:t>
      </w:r>
    </w:p>
    <w:p>
      <w:r>
        <w:rPr>
          <w:i/>
        </w:rPr>
        <w:t>“Newton ke zamane mein matter tha universe ka building block”</w:t>
      </w:r>
    </w:p>
    <w:p>
      <w:r>
        <w:rPr>
          <w:sz w:val="20"/>
        </w:rPr>
        <w:t>17:48  chunancha dekhiye, Newton ke zamane mein yeh mana gaya tha ke matter jo hai, matter jo hai, universe ka building block hai.</w:t>
      </w:r>
      <w:r>
        <w:br/>
      </w:r>
      <w:r>
        <w:rPr>
          <w:sz w:val="20"/>
        </w:rPr>
        <w:t>18:00  us waqt bahut mechanical thinking thi scientists mein toh woh samajhte the ke</w:t>
      </w:r>
      <w:r>
        <w:br/>
      </w:r>
      <w:r>
        <w:rPr>
          <w:sz w:val="20"/>
        </w:rPr>
        <w:t>18:10  universe ka building block matter hai. lekin science mein hai toh tehqeeq hoti rehti hai. science koi aqeede ki kitaab nahi hoti, tehqeeq, tehqeeq, tehqeeq, tehqeeq.</w:t>
      </w:r>
      <w:r>
        <w:br/>
      </w:r>
      <w:r>
        <w:rPr>
          <w:sz w:val="20"/>
        </w:rPr>
        <w:t>18:22  chunancha baad ko Einstein ke zamane mein maloom hua ke nahi, matter nahi, energy building block hai universe ka.</w:t>
      </w:r>
      <w:r>
        <w:br/>
      </w:r>
      <w:r>
        <w:rPr>
          <w:sz w:val="20"/>
        </w:rPr>
        <w:t>18:33  kyunke matter jab split hua toh energy ban gaya. woh Newton ke zamane mein matter solid cheez tha, solid. lekin Einstein ka jab zamana aaya toh matter mein split hua, tab woh energy ban gaya.</w:t>
      </w:r>
      <w:r>
        <w:br/>
      </w:r>
      <w:r>
        <w:rPr>
          <w:sz w:val="20"/>
        </w:rPr>
        <w:t>18:51  to Newton ke toh Einstein ke zamane mein yeh maan liya gaya hai ke ke universe ka building block energy hai. lekin baat yahin nahi ruki, phir tehqeeq hoti rahi. yahan tak Fred Hoyle ka zamana aaya.</w:t>
      </w:r>
      <w:r>
        <w:br/>
      </w:r>
      <w:r>
        <w:rPr>
          <w:sz w:val="20"/>
        </w:rPr>
        <w:t>19:07  fareedhail ne ek kitab likhi, is ka naam hai "intelligence universe". ab yeh saabit ho gaya ke yeh rajeebh nahin, intelligence building bila keh universe ka.</w:t>
      </w:r>
      <w:r>
        <w:br/>
      </w:r>
      <w:r>
        <w:rPr>
          <w:sz w:val="20"/>
        </w:rPr>
        <w:t>19:20  kese ajeeb baat hai!</w:t>
      </w:r>
      <w:r>
        <w:br/>
      </w:r>
      <w:r>
        <w:rPr>
          <w:sz w:val="20"/>
        </w:rPr>
        <w:t>19:24  intelligence mani zehn, zehn building bila keh universe ka. mazeed tehqeeq hui, mazeed tehqeeq hui, yahan tak ke yeh baat scientifically proof ho gayi ke universe jo hai, is mein bohat intelligent design hai.</w:t>
      </w:r>
      <w:r>
        <w:br/>
      </w:r>
      <w:r>
        <w:rPr>
          <w:sz w:val="20"/>
        </w:rPr>
        <w:t>19:43  aaj yeh ek saabit shuda fact hai, scientifically. is par maine kai article likhe hain, aap parh sakte hain is ko mere magazine mein</w:t>
      </w:r>
      <w:r>
        <w:br/>
      </w:r>
      <w:r>
        <w:rPr>
          <w:sz w:val="20"/>
        </w:rPr>
        <w:t>19:53  ke universe jo hai, is ke andar bohat hi zyada intelligent design hai, yani zehn design, jehanat par mabni design.</w:t>
      </w:r>
      <w:r>
        <w:br/>
      </w:r>
      <w:r>
        <w:rPr>
          <w:sz w:val="20"/>
        </w:rPr>
        <w:t>20:06  ab kya baat reh gayi hai? mujhe bataiye, intelligent, intelligent design jo hai, it a town lead a name of god.</w:t>
      </w:r>
      <w:r>
        <w:br/>
      </w:r>
      <w:r>
        <w:rPr>
          <w:sz w:val="20"/>
        </w:rPr>
        <w:t>20:18  aap ghor kijiye, intelligent design ka lafz jo hai, is ka matlab kya hai? it a zana adar name of god.</w:t>
      </w:r>
      <w:r>
        <w:br/>
      </w:r>
      <w:r>
        <w:rPr>
          <w:sz w:val="20"/>
        </w:rPr>
        <w:t>20:28  to science jo hai, woh god ka naam nahin leti, woh creator ka naam nahin leti, lekin is ki tehqeeqat toh creation mein chal rahi hain. creation mein</w:t>
      </w:r>
    </w:p>
    <w:p>
      <w:pPr>
        <w:pStyle w:val="Heading2"/>
      </w:pPr>
      <w:r>
        <w:t>Science's history from Newton to Fred Hoyle proves God</w:t>
      </w:r>
    </w:p>
    <w:p>
      <w:r>
        <w:rPr>
          <w:color w:val="666666"/>
          <w:sz w:val="18"/>
        </w:rPr>
        <w:t>Physical Science or Divine Science November 25, 2012 · 5m 29s · at 16:11 · https://youtu.be/BaWTblQLpE4?t=971</w:t>
      </w:r>
    </w:p>
    <w:p>
      <w:r>
        <w:rPr>
          <w:i/>
        </w:rPr>
        <w:t>“Yunivers ka building block matter tha, phir energy, phir intelligence”</w:t>
      </w:r>
    </w:p>
    <w:p>
      <w:r>
        <w:rPr>
          <w:sz w:val="20"/>
        </w:rPr>
        <w:t>16:11  dekhiye, sabse pehle aap aqeeda Khuda ko lijiye kyunke isi par hamari base hai, existence of God par .</w:t>
      </w:r>
      <w:r>
        <w:br/>
      </w:r>
      <w:r>
        <w:rPr>
          <w:sz w:val="20"/>
        </w:rPr>
        <w:t>16:24  to yeh haqeeqat hai ke science ne pehli baar aqeeda Khuda ko khalis insani ilm ki satah par sabit shuda banaya.</w:t>
      </w:r>
      <w:r>
        <w:br/>
      </w:r>
      <w:r>
        <w:rPr>
          <w:sz w:val="20"/>
        </w:rPr>
        <w:t>16:35  bahut lambi tehqeeq is mein ki gayi .</w:t>
      </w:r>
      <w:r>
        <w:br/>
      </w:r>
      <w:r>
        <w:rPr>
          <w:sz w:val="20"/>
        </w:rPr>
        <w:t>16:39  is se pehle woh aqeeda tha, aqeeda yani matter of belief tha. un logon ne yani science ka mauzu kya hai?</w:t>
      </w:r>
      <w:r>
        <w:br/>
      </w:r>
      <w:r>
        <w:rPr>
          <w:sz w:val="20"/>
        </w:rPr>
        <w:t>16:51  creation mein ghaur karna. science ka mauzu creator nahi hai, lekin creation woh hai. jis cheez ko science nature kehti hai, woh kya hai ?</w:t>
      </w:r>
      <w:r>
        <w:br/>
      </w:r>
      <w:r>
        <w:rPr>
          <w:sz w:val="20"/>
        </w:rPr>
        <w:t>17:03  woh creation hai.</w:t>
      </w:r>
      <w:r>
        <w:br/>
      </w:r>
      <w:r>
        <w:rPr>
          <w:sz w:val="20"/>
        </w:rPr>
        <w:t>17:06  woh creation ka lafz nahi bolte, woh bol dete hain, lafz bolte hain nature ka, lekin nature ka lafz bolen tab bhi hai toh woh creation. to creation mein unhone discoveries ki,</w:t>
      </w:r>
      <w:r>
        <w:br/>
      </w:r>
      <w:r>
        <w:rPr>
          <w:sz w:val="20"/>
        </w:rPr>
        <w:t>17:21  creation mein unhone baaton ko explore kiya toh apne aap creator sabit ho gaya.</w:t>
      </w:r>
      <w:r>
        <w:br/>
      </w:r>
      <w:r>
        <w:rPr>
          <w:sz w:val="20"/>
        </w:rPr>
        <w:t>17:30  kyunke naam unhone diya nature mein discoveries toh log samjhe ke toh nature mein baatein ho rahi hain, woh hoti reh ti thi creation mein, takhleeq mein.</w:t>
      </w:r>
      <w:r>
        <w:br/>
      </w:r>
      <w:r>
        <w:rPr>
          <w:sz w:val="20"/>
        </w:rPr>
        <w:t>17:42  to takhleeq mein jab aap tehqeeq karenge toh khaliq apne aap sabit ho jayega.</w:t>
      </w:r>
      <w:r>
        <w:br/>
      </w:r>
      <w:r>
        <w:rPr>
          <w:sz w:val="20"/>
        </w:rPr>
        <w:t>17:48  chunancha dekhiye, Newton ke zamane mein yeh mana gaya tha ke matter jo hai, matter jo hai, universe ka building block hai.</w:t>
      </w:r>
      <w:r>
        <w:br/>
      </w:r>
      <w:r>
        <w:rPr>
          <w:sz w:val="20"/>
        </w:rPr>
        <w:t>18:00  us waqt bahut mechanical thinking thi scientists mein toh woh samajhte the ke</w:t>
      </w:r>
      <w:r>
        <w:br/>
      </w:r>
      <w:r>
        <w:rPr>
          <w:sz w:val="20"/>
        </w:rPr>
        <w:t>18:10  universe ka building block matter hai. lekin science mein hai toh tehqeeq hoti rehti hai. science koi aqeede ki kitaab nahi hoti, tehqeeq, tehqeeq, tehqeeq, tehqeeq.</w:t>
      </w:r>
      <w:r>
        <w:br/>
      </w:r>
      <w:r>
        <w:rPr>
          <w:sz w:val="20"/>
        </w:rPr>
        <w:t>18:22  chunancha baad ko Einstein ke zamane mein maloom hua ke nahi, matter nahi, energy building block hai universe ka.</w:t>
      </w:r>
      <w:r>
        <w:br/>
      </w:r>
      <w:r>
        <w:rPr>
          <w:sz w:val="20"/>
        </w:rPr>
        <w:t>18:33  kyunke matter jab split hua toh energy ban gaya. woh Newton ke zamane mein matter solid cheez tha, solid. lekin Einstein ka jab zamana aaya toh matter mein split hua, tab woh energy ban gaya.</w:t>
      </w:r>
      <w:r>
        <w:br/>
      </w:r>
      <w:r>
        <w:rPr>
          <w:sz w:val="20"/>
        </w:rPr>
        <w:t>18:51  to Newton ke toh Einstein ke zamane mein yeh maan liya gaya hai ke ke universe ka building block energy hai. lekin baat yahin nahi ruki, phir tehqeeq hoti rahi. yahan tak Fred Hoyle ka zamana aaya.</w:t>
      </w:r>
      <w:r>
        <w:br/>
      </w:r>
      <w:r>
        <w:rPr>
          <w:sz w:val="20"/>
        </w:rPr>
        <w:t>19:07  fareedhail ne ek kitab likhi, is ka naam hai "intelligence universe". ab yeh saabit ho gaya ke yeh rajeebh nahin, intelligence building bila keh universe ka.</w:t>
      </w:r>
      <w:r>
        <w:br/>
      </w:r>
      <w:r>
        <w:rPr>
          <w:sz w:val="20"/>
        </w:rPr>
        <w:t>19:20  kese ajeeb baat hai!</w:t>
      </w:r>
      <w:r>
        <w:br/>
      </w:r>
      <w:r>
        <w:rPr>
          <w:sz w:val="20"/>
        </w:rPr>
        <w:t>19:24  intelligence mani zehn, zehn building bila keh universe ka. mazeed tehqeeq hui, mazeed tehqeeq hui, yahan tak ke yeh baat scientifically proof ho gayi ke universe jo hai, is mein bohat intelligent design hai.</w:t>
      </w:r>
      <w:r>
        <w:br/>
      </w:r>
      <w:r>
        <w:rPr>
          <w:sz w:val="20"/>
        </w:rPr>
        <w:t>19:43  aaj yeh ek saabit shuda fact hai, scientifically. is par maine kai article likhe hain, aap parh sakte hain is ko mere magazine mein</w:t>
      </w:r>
      <w:r>
        <w:br/>
      </w:r>
      <w:r>
        <w:rPr>
          <w:sz w:val="20"/>
        </w:rPr>
        <w:t>19:53  ke universe jo hai, is ke andar bohat hi zyada intelligent design hai, yani zehn design, jehanat par mabni design.</w:t>
      </w:r>
      <w:r>
        <w:br/>
      </w:r>
      <w:r>
        <w:rPr>
          <w:sz w:val="20"/>
        </w:rPr>
        <w:t>20:06  ab kya baat reh gayi hai? mujhe bataiye, intelligent, intelligent design jo hai, it a town lead a name of god.</w:t>
      </w:r>
      <w:r>
        <w:br/>
      </w:r>
      <w:r>
        <w:rPr>
          <w:sz w:val="20"/>
        </w:rPr>
        <w:t>20:18  aap ghor kijiye, intelligent design ka lafz jo hai, is ka matlab kya hai? it a zana adar name of god.</w:t>
      </w:r>
      <w:r>
        <w:br/>
      </w:r>
      <w:r>
        <w:rPr>
          <w:sz w:val="20"/>
        </w:rPr>
        <w:t>20:28  to science jo hai, woh god ka naam nahin leti, woh creator ka naam nahin leti, lekin is ki tehqeeqat toh creation mein chal rahi hain. creation mein</w:t>
      </w:r>
      <w:r>
        <w:br/>
      </w:r>
      <w:r>
        <w:rPr>
          <w:sz w:val="20"/>
        </w:rPr>
        <w:t>20:43  jaise koi shakhs meri kitabon ko parhe, far</w:t>
      </w:r>
      <w:r>
        <w:br/>
      </w:r>
      <w:r>
        <w:rPr>
          <w:sz w:val="20"/>
        </w:rPr>
        <w:t>20:45  dijiyega, toh meri kitabon ko parhega toh is ko apne aap daryaft kar le ga. woh</w:t>
      </w:r>
      <w:r>
        <w:br/>
      </w:r>
      <w:r>
        <w:rPr>
          <w:sz w:val="20"/>
        </w:rPr>
        <w:t>20:52  meri kitabon ko agar parhe toh meri kitabon ko parhte parhte khud ba khud is ke asar ko daryaft kar le ga. woh toh science ne jab creation ko, agarche unhon ne naam diya nature ka, creation ka nahin,</w:t>
      </w:r>
      <w:r>
        <w:br/>
      </w:r>
      <w:r>
        <w:rPr>
          <w:sz w:val="20"/>
        </w:rPr>
        <w:t>21:06  lekin amalan toh yeh hi tha, yani practically woh creation mein study kar rahe thay, creation mein discoveries ho rahi theen un ki.</w:t>
      </w:r>
      <w:r>
        <w:br/>
      </w:r>
      <w:r>
        <w:rPr>
          <w:sz w:val="20"/>
        </w:rPr>
        <w:t>21:16  toh creation mein discover karte karte woh pahunch gaye kahan? creator tak pahunch gaye. toh agarche woh naam nahin lete, yeh kaam jo karna tha hamare ulama ko, ahle ilm ko, yeh toh phir saabit ho gaya hai. toh quran ki ayat jo hai, waqe ban gayi.</w:t>
      </w:r>
      <w:r>
        <w:br/>
      </w:r>
      <w:r>
        <w:rPr>
          <w:sz w:val="20"/>
        </w:rPr>
        <w:t>21:37  kese ajeeb baat thi!</w:t>
      </w:r>
    </w:p>
    <w:p>
      <w:pPr>
        <w:pStyle w:val="Heading2"/>
      </w:pPr>
      <w:r>
        <w:t>How quantum physics revived the design argument for God</w:t>
      </w:r>
    </w:p>
    <w:p>
      <w:r>
        <w:rPr>
          <w:color w:val="666666"/>
          <w:sz w:val="18"/>
        </w:rPr>
        <w:t>Religio- Secular History of Mankind July 9, 2006 · 2m 55s · at 1:43:06 · https://youtu.be/gyk_g1h-w34?t=6186</w:t>
      </w:r>
    </w:p>
    <w:p>
      <w:r>
        <w:rPr>
          <w:i/>
        </w:rPr>
        <w:t>“Newton ke zamane mein har cheez material thi”</w:t>
      </w:r>
    </w:p>
    <w:p>
      <w:r>
        <w:rPr>
          <w:sz w:val="20"/>
        </w:rPr>
        <w:t>1:43:06  is ka bohat bara faida ye hua mazhab mein aur islam mein ke ek ek nai logic duniya mein aai, jis jo jo logic aain hamare favor mein thi, aain hamare haq mein thi.</w:t>
      </w:r>
      <w:r>
        <w:br/>
      </w:r>
      <w:r>
        <w:rPr>
          <w:sz w:val="20"/>
        </w:rPr>
        <w:t>1:43:20  woh kaise</w:t>
      </w:r>
      <w:r>
        <w:br/>
      </w:r>
      <w:r>
        <w:rPr>
          <w:sz w:val="20"/>
        </w:rPr>
        <w:t>1:43:22  ? is se pehle dekhiye, khuda ko prove karne ke liye hamare paas jo jo logic thi, woh yeh, woh yeh, woh yeh thi ke ke jab ek ek duniya mein ek design hai to is ka ek designer hai,</w:t>
      </w:r>
      <w:r>
        <w:br/>
      </w:r>
      <w:r>
        <w:rPr>
          <w:sz w:val="20"/>
        </w:rPr>
        <w:t>1:43:40  design hai to designer hai. "where there is design, there is designer" yeh hai inferential argument.</w:t>
      </w:r>
      <w:r>
        <w:br/>
      </w:r>
      <w:r>
        <w:rPr>
          <w:sz w:val="20"/>
        </w:rPr>
        <w:t>1:43:47  to log kehte the, main bohat pehle ek martaba mila tha ek ek philosopher sahib se, to unhon ne kaha tha ke islam mein primary rationalism nahi hai, islam mein secondary rationalism hai.</w:t>
      </w:r>
      <w:r>
        <w:br/>
      </w:r>
      <w:r>
        <w:rPr>
          <w:sz w:val="20"/>
        </w:rPr>
        <w:t>1:44:03  matlab yeh ke inferential argument aap ke paas hota hai, direct argument aap ke paas nahi hota hai. lekin Einstein ke baad jo duniya bani hai, is mein yeh farq mit gaya.</w:t>
      </w:r>
      <w:r>
        <w:br/>
      </w:r>
      <w:r>
        <w:rPr>
          <w:sz w:val="20"/>
        </w:rPr>
        <w:t>1:44:16  ab inferential argument argument bhi itna hi valid hai jitna ke direct argument, kyunke aap ne jo duniya ab pata ki hai, Einstein aur doosre logon ne, woh woh duniya jahan imaginary waves hain, yani electron kya hai, woh imaginary wave hai aur kuch bhi nahi.</w:t>
      </w:r>
      <w:r>
        <w:br/>
      </w:r>
      <w:r>
        <w:rPr>
          <w:sz w:val="20"/>
        </w:rPr>
        <w:t>1:44:36  is par argument qaim karne ke liye aap ko siwaye inferential argument ka koi doosra zariya nahi hai.</w:t>
      </w:r>
      <w:r>
        <w:br/>
      </w:r>
      <w:r>
        <w:rPr>
          <w:sz w:val="20"/>
        </w:rPr>
        <w:t>1:44:43  woh argument jo pehle chalta tha, logical positivism ke zamane mein, woh ab invalid ho gaya. ab jo hai, woh hai. jo inference pe base karta hai to agar aap electronic waves ko prove karne ke liye inferential argument par ko istemal karte hain to yahi khuda ke wajood pe istemal yani karenge hum.</w:t>
      </w:r>
      <w:r>
        <w:br/>
      </w:r>
      <w:r>
        <w:rPr>
          <w:sz w:val="20"/>
        </w:rPr>
        <w:t>1:45:08  ab karna bhi valid ban jata hai</w:t>
      </w:r>
      <w:r>
        <w:br/>
      </w:r>
      <w:r>
        <w:rPr>
          <w:sz w:val="20"/>
        </w:rPr>
        <w:t>1:45:13  yani jo physics yani ab ab yeh jo material world bhi jo hai pehle jo tha woh ab woh nahi raha thos nahi raha woh ab waves ban gaya woh reduce ho kar ke is liye wahan par inferential argument zaroori ho gaya to jab inferential argument valid ho gaya to is se khuda ko prove karna bhi itna hi valid ho gaya jitna ke aur cheez ke liye tha pehle woh</w:t>
      </w:r>
      <w:r>
        <w:br/>
      </w:r>
      <w:r>
        <w:rPr>
          <w:sz w:val="20"/>
        </w:rPr>
        <w:t>1:45:41  isi liye Barter Order ne likha hai ke yeh jo yeh jo logic hai ke "where there is design, there is a designer" yeh apni nature mein ek scientific logic hai scientific argument hai to yeh tha Einstein ka karmana ab mein</w:t>
      </w:r>
    </w:p>
    <w:p>
      <w:pPr>
        <w:pStyle w:val="Heading2"/>
      </w:pPr>
      <w:r>
        <w:t>Einstein and Newton sacrificed everything to avoid distraction</w:t>
      </w:r>
    </w:p>
    <w:p>
      <w:r>
        <w:rPr>
          <w:color w:val="666666"/>
          <w:sz w:val="18"/>
        </w:rPr>
        <w:t>Right Thinking, February 10, 2008 · 1m 34s · at 1:18:41 · https://youtu.be/12Qqn67uhSU?t=4721</w:t>
      </w:r>
    </w:p>
    <w:p>
      <w:r>
        <w:rPr>
          <w:i/>
        </w:rPr>
        <w:t>“Aap yun sochiye ke jis ne bhi koi bada kaam kiya”</w:t>
      </w:r>
    </w:p>
    <w:p>
      <w:r>
        <w:rPr>
          <w:sz w:val="20"/>
        </w:rPr>
        <w:t>1:18:41  har distraction say apnay ko bachaya. unhon nay</w:t>
      </w:r>
      <w:r>
        <w:br/>
      </w:r>
      <w:r>
        <w:rPr>
          <w:sz w:val="20"/>
        </w:rPr>
        <w:t>1:18:46  ainstain ko kisi nay 5000 pound ka aik check diya to us check ko bookmark kay tor par laga diya, phir bhool gaya. woh koi kitab parh raha tha, ab aik aadmi aata hai, us ko 5000 ka pound ka check deta hai.</w:t>
      </w:r>
      <w:r>
        <w:br/>
      </w:r>
      <w:r>
        <w:rPr>
          <w:sz w:val="20"/>
        </w:rPr>
        <w:t>1:19:03  us waqt aik kitab parh raha tha, woh to us nay bookmark kay tor par is mein us check ko laga diya,</w:t>
      </w:r>
      <w:r>
        <w:br/>
      </w:r>
      <w:r>
        <w:rPr>
          <w:sz w:val="20"/>
        </w:rPr>
        <w:t>1:19:09  woh bhool gaya, us ka time bhi khatam ho gaya. to itna ziyada unhon nay sacrifice kiya, itna ziyada apnay ko distraction say bachaya.</w:t>
      </w:r>
      <w:r>
        <w:br/>
      </w:r>
      <w:r>
        <w:rPr>
          <w:sz w:val="20"/>
        </w:rPr>
        <w:t>1:19:20  ya newton nay dekhen, shadi nahi ki, koi uska friend nahi tha. shadi na karnay ka matlab hai kay us kay bohat say friend thay, aisa kuch bhi nahi.</w:t>
      </w:r>
      <w:r>
        <w:br/>
      </w:r>
      <w:r>
        <w:rPr>
          <w:sz w:val="20"/>
        </w:rPr>
        <w:t>1:19:29  us kay friend sirf us ki research thi, us ki books theen, us ki laboratory thi.</w:t>
      </w:r>
      <w:r>
        <w:br/>
      </w:r>
      <w:r>
        <w:rPr>
          <w:sz w:val="20"/>
        </w:rPr>
        <w:t>1:19:35  to aap yun sochiye kay jis nay bhi koi bara kaam kiya hai, woh kaisay kar paya hai? isi tarah kar paya hai kay us nay apnay ko distraction say bachaya.</w:t>
      </w:r>
      <w:r>
        <w:br/>
      </w:r>
      <w:r>
        <w:rPr>
          <w:sz w:val="20"/>
        </w:rPr>
        <w:t>1:19:45  ab hum har aadmi ko sochna hai kay main aik animal ki tarah marna chahta hoon ya aik insaan ki tarah marna chahta hoon. agar animal ki tarah marna hai to distraction mein paray rahiye, paray rahiye, paray rahiye, yahan tak kay mout aa jayegi.</w:t>
      </w:r>
      <w:r>
        <w:br/>
      </w:r>
      <w:r>
        <w:rPr>
          <w:sz w:val="20"/>
        </w:rPr>
        <w:t>1:20:02  lekan insaan kay hasiyat say marna hai, tab distraction say apnay ko bachana hoga, tabhi intellectual development hoga, warna nahi hoga.</w:t>
      </w:r>
    </w:p>
    <w:p>
      <w:pPr>
        <w:pStyle w:val="Heading2"/>
      </w:pPr>
      <w:r>
        <w:t>Newton's thumb argument for God's existence</w:t>
      </w:r>
    </w:p>
    <w:p>
      <w:r>
        <w:rPr>
          <w:color w:val="666666"/>
          <w:sz w:val="18"/>
        </w:rPr>
        <w:t>The Nigh of Destiny (Shab-e-Qadr) October 7, 2007 · 3m 31s · at 53:21 · https://youtu.be/SsDv69B_uDk?t=3201</w:t>
      </w:r>
    </w:p>
    <w:p>
      <w:r>
        <w:rPr>
          <w:i/>
        </w:rPr>
        <w:t>“Newton said the thumb alone proves there is a God”</w:t>
      </w:r>
    </w:p>
    <w:p>
      <w:r>
        <w:rPr>
          <w:sz w:val="20"/>
        </w:rPr>
        <w:t>53:21  ke duniya ke peeche ek intelligent mind hai kyunke itna zyada meaningful hai ek ek cheez itna zyada meaningful hai ek ek cheez abhi kal mein padha tha newton ka ek newton ne yeh kaha yeh mera jo angotha hai yeh bhi is baat ka proof hai ke koi creator hai aap zara sochiye ke yeh angotha jo hai is ka function kitna ajeeb o ghareeb hai</w:t>
      </w:r>
      <w:r>
        <w:br/>
      </w:r>
      <w:r>
        <w:rPr>
          <w:sz w:val="20"/>
        </w:rPr>
        <w:t>53:48  aap ka hath mein agar angotha na ho toh aap kuch nahi kar sakte kyunke mujh par yeh beeta hai mera angotha jo hai temporary taur par mein mein ne kho diya tha is ko is angothe ko right hand ke angothe ko temporary taur par mein ne kho diya tha wohi tarah ke tendon mera yeh mujhe yeh electric burn ka yeh hissa hua tha mere sath electric burn is ka jo tendon tha jal gaya tha</w:t>
      </w:r>
      <w:r>
        <w:br/>
      </w:r>
      <w:r>
        <w:rPr>
          <w:sz w:val="20"/>
        </w:rPr>
        <w:t>54:16  mera angotha bilkul kaam nahi karta tha yani angothe se mein jab pen pakadta tha pen toh gir jata tha woh pen gir jata tha us waqt ek surgeon jo mere mujhe dekhne kar rahe the woh aaye apna hath mujhe ab tak yaad hai ke aise dikhaya ke dekhein yeh angotha jo hai kya cheez hai yeh king hai yeh hath ka king hai angotha na ho toh aap kuch nahi kar sakte</w:t>
      </w:r>
      <w:r>
        <w:br/>
      </w:r>
      <w:r>
        <w:rPr>
          <w:sz w:val="20"/>
        </w:rPr>
        <w:t>54:44  toh kalma ne padha newton ka newton ne kaha ke yeh angotha jo hai yahi is baat ka proof hai ke zaroor koi khuda hai kaise design kiya is ne itni meaningful cheez</w:t>
      </w:r>
      <w:r>
        <w:br/>
      </w:r>
      <w:r>
        <w:rPr>
          <w:sz w:val="20"/>
        </w:rPr>
        <w:t>54:58  aap tajurba kijiye ke angothe ke baghair aap kisi cheez ko pakadne ki koshish kijiye aap kuch nahi pakad sakenge aap kuch nahi kar sakenge har kaam aap ke liye musibat ban jayega angothe ke baghair</w:t>
      </w:r>
      <w:r>
        <w:br/>
      </w:r>
      <w:r>
        <w:rPr>
          <w:sz w:val="20"/>
        </w:rPr>
        <w:t>55:14  is angothe ko aap thodi der ke liye yani is ka function rok dijiye aur phir aap char ungli se karne ki koshish kijiye itna yeh anokhi cheez hai yeh angotha toh chunke maine is kho diya tha kuch dinon ke liye shayad chhe mahine tak mera angotha jo hai woh function nahi karta tha kuch bhi nahi angothe se mein kar sakta tha phir maine dua kiya woh dua maine likhi hai woh sab detail apni kitab mein</w:t>
      </w:r>
      <w:r>
        <w:br/>
      </w:r>
      <w:r>
        <w:rPr>
          <w:sz w:val="20"/>
        </w:rPr>
        <w:t>55:43  toh angotha mera khuda phir waise hi kisi ho gaya toh mein janta hoon ke angothe ke baghair hath kya cheez hai kuch bhi nahi hai</w:t>
      </w:r>
      <w:r>
        <w:br/>
      </w:r>
      <w:r>
        <w:rPr>
          <w:sz w:val="20"/>
        </w:rPr>
        <w:t>55:53  toh abhi kal mein ne padha newton ka toh is ne kaha angotha hi is baat ka proof ke liye kafi hai ke is ka banane wala koi khuda hai koi intelligent mind hai kaise is ne socha ke angotha hona chahiye</w:t>
      </w:r>
      <w:r>
        <w:br/>
      </w:r>
      <w:r>
        <w:rPr>
          <w:sz w:val="20"/>
        </w:rPr>
        <w:t>56:07  toh</w:t>
      </w:r>
      <w:r>
        <w:br/>
      </w:r>
      <w:r>
        <w:rPr>
          <w:sz w:val="20"/>
        </w:rPr>
        <w:t>56:08  bada is mein aap dekhenge september ka jo mera issue hai</w:t>
      </w:r>
      <w:r>
        <w:br/>
      </w:r>
      <w:r>
        <w:rPr>
          <w:sz w:val="20"/>
        </w:rPr>
        <w:t>56:13  ke scientific community is par aap bilkul pakki ho chuki hai ke is universe ke peeche ek intelligent</w:t>
      </w:r>
      <w:r>
        <w:br/>
      </w:r>
      <w:r>
        <w:rPr>
          <w:sz w:val="20"/>
        </w:rPr>
        <w:t>56:20  intelligent mind hai is ke baghair hum is ko explain nahin kar sakte</w:t>
      </w:r>
      <w:r>
        <w:br/>
      </w:r>
      <w:r>
        <w:rPr>
          <w:sz w:val="20"/>
        </w:rPr>
        <w:t>56:26  ab yahan humein kya karna hai woh god ka naam nahin lete</w:t>
      </w:r>
      <w:r>
        <w:br/>
      </w:r>
      <w:r>
        <w:rPr>
          <w:sz w:val="20"/>
        </w:rPr>
        <w:t>56:31  humein athe hi karna hai god ka naam wahan shamil kar dein to aaj jo shab qadr mil</w:t>
      </w:r>
      <w:r>
        <w:br/>
      </w:r>
      <w:r>
        <w:rPr>
          <w:sz w:val="20"/>
        </w:rPr>
        <w:t>56:36  rahi hai aap ko</w:t>
      </w:r>
      <w:r>
        <w:br/>
      </w:r>
      <w:r>
        <w:rPr>
          <w:sz w:val="20"/>
        </w:rPr>
        <w:t>56:38  is mein sab se bari cheez nahi hai ke aap apne bete ke liye beta mangein apne liye ghar mangein apne liye job mangein mera beta jo hai chala jaye america mein wahan yeh mangein yeh sab bilkul third class ki cheezein hain</w:t>
      </w:r>
    </w:p>
    <w:p>
      <w:pPr>
        <w:pStyle w:val="Heading2"/>
      </w:pPr>
      <w:r>
        <w:t>Physics' single-force theory as new evidence for one God</w:t>
      </w:r>
    </w:p>
    <w:p>
      <w:r>
        <w:rPr>
          <w:color w:val="666666"/>
          <w:sz w:val="18"/>
        </w:rPr>
        <w:t>Final Role of Prophetic Mission June 1, 2008 · 1m 55s · at 34:32 · https://youtu.be/JDqiRm5Jbm8?t=2072</w:t>
      </w:r>
    </w:p>
    <w:p>
      <w:r>
        <w:rPr>
          <w:i/>
        </w:rPr>
        <w:t>“Newton said four forces; Hawking proved just one”</w:t>
      </w:r>
    </w:p>
    <w:p>
      <w:r>
        <w:rPr>
          <w:sz w:val="20"/>
        </w:rPr>
        <w:t>34:32  to Newton ke zamane mein yeh mana gaya tha ke four forces jo hain, woh control kar rahi hain. yeh bohat sare ko ghata ke unhone four banaya.</w:t>
      </w:r>
      <w:r>
        <w:br/>
      </w:r>
      <w:r>
        <w:rPr>
          <w:sz w:val="20"/>
        </w:rPr>
        <w:t>34:41  phir us ke baad aap ko maloom hai ke Dr. Abdus Salam ne aur ghataya us ko ke aur three tak laye. woh three forces hain. phir ab jo yeh jo theoretical science ka jo sab se bara professor hai, Stephen Hawking.</w:t>
      </w:r>
      <w:r>
        <w:br/>
      </w:r>
      <w:r>
        <w:rPr>
          <w:sz w:val="20"/>
        </w:rPr>
        <w:t>34:58  Stephen Hawking ke zamane mein theoretical science ka sab se bara aadmi mana jata hai. Stephen Hawking</w:t>
      </w:r>
      <w:r>
        <w:br/>
      </w:r>
      <w:r>
        <w:rPr>
          <w:sz w:val="20"/>
        </w:rPr>
        <w:t>35:05  us ne yeh prove kar diya hai ke ek hi force hai. is ko kehta hai ke single string theory. single string to pehle kai mante the log, phir char hua, phir teen hua.</w:t>
      </w:r>
      <w:r>
        <w:br/>
      </w:r>
      <w:r>
        <w:rPr>
          <w:sz w:val="20"/>
        </w:rPr>
        <w:t>35:19  ab single string, jis ka matlab hai ke yahan pe aap dekhiye ke tauheed ke liye background hasil ho gayi. jab kaha jata tha ke Khuda ek hai, Khaliq ek hai, creator ek hai,</w:t>
      </w:r>
      <w:r>
        <w:br/>
      </w:r>
      <w:r>
        <w:rPr>
          <w:sz w:val="20"/>
        </w:rPr>
        <w:t>35:31  to us waqt yeh cheez sirf claim thi. kyunke jis ko hum address kar rahe the, jo hamara audience tha, us ke paas koi mutually accepted ground maujood nahi hua karti thi.</w:t>
      </w:r>
      <w:r>
        <w:br/>
      </w:r>
      <w:r>
        <w:rPr>
          <w:sz w:val="20"/>
        </w:rPr>
        <w:t>35:44  ab jo hai, dono taraf woh ground maujood ho chuki hai. kyunke jab science ne yeh bata diya, scientific discoveries ne aur scientific research ne ke ek hi single force hai jo pure kainat ko control kar rahi hai,</w:t>
      </w:r>
      <w:r>
        <w:br/>
      </w:r>
      <w:r>
        <w:rPr>
          <w:sz w:val="20"/>
        </w:rPr>
        <w:t>36:00  to is ke maani hain ke ab probability toheed ke haq mein aa gayi. ab probability shirk ke haq mein nahin rahi. yaani shirk ke side mein ab probability nahin rahi.</w:t>
      </w:r>
      <w:r>
        <w:br/>
      </w:r>
      <w:r>
        <w:rPr>
          <w:sz w:val="20"/>
        </w:rPr>
        <w:t>36:13  probability ab toheed ke side mein aa gayi. isi ko main kehta hoon ke by laterally accepted ground. yeh pehle kabhi nahin hua tha, pehle kabhi bhi nahin hua tha.</w:t>
      </w:r>
      <w:r>
        <w:br/>
      </w:r>
      <w:r>
        <w:rPr>
          <w:sz w:val="20"/>
        </w:rPr>
        <w:t>36:25  yeh</w:t>
      </w:r>
    </w:p>
    <w:p>
      <w:pPr>
        <w:pStyle w:val="Heading2"/>
      </w:pPr>
      <w:r>
        <w:t>Newton's humility quote on the vastness of knowledge</w:t>
      </w:r>
    </w:p>
    <w:p>
      <w:r>
        <w:rPr>
          <w:color w:val="666666"/>
          <w:sz w:val="18"/>
        </w:rPr>
        <w:t>Ijtihad in Islam December 28, 2008 · 27s · at 1:34:19 · https://youtu.be/tQL9OXuyYFk?t=5659</w:t>
      </w:r>
    </w:p>
    <w:p>
      <w:r>
        <w:rPr>
          <w:i/>
        </w:rPr>
        <w:t>“Newton ne kaha: main us bacche ki manind hoon”</w:t>
      </w:r>
    </w:p>
    <w:p>
      <w:r>
        <w:rPr>
          <w:sz w:val="20"/>
        </w:rPr>
        <w:t>1:34:19  Newton ne kaha tha ke main kisi ne poocha Newton se ke tum ne bohat study ki hai, bohat jaana hai, batao apne bare mein.</w:t>
      </w:r>
      <w:r>
        <w:br/>
      </w:r>
      <w:r>
        <w:rPr>
          <w:sz w:val="20"/>
        </w:rPr>
        <w:t>1:34:29  to unhon ne kaha ke main is bachche ki maanind hoon jo samundar ke kinare woh ghogha sameit raha hai.</w:t>
      </w:r>
      <w:r>
        <w:br/>
      </w:r>
      <w:r>
        <w:rPr>
          <w:sz w:val="20"/>
        </w:rPr>
        <w:t>1:34:38  yaani universe of knowledge jo hai, bohat hi badi hai. to over confidence aap ko rok deta hai ke aap aur seekhein, aur seekhein, aur seekhein.</w:t>
      </w:r>
    </w:p>
    <w:p>
      <w:pPr>
        <w:pStyle w:val="Heading2"/>
      </w:pPr>
      <w:r>
        <w:t>Newton and Socrates on the limits of knowledge</w:t>
      </w:r>
    </w:p>
    <w:p>
      <w:r>
        <w:rPr>
          <w:color w:val="666666"/>
          <w:sz w:val="18"/>
        </w:rPr>
        <w:t>Islamic Outlook on Life August 26, 2007 · 54s · at 1:19:18 · https://youtu.be/QCAHPg3_G_M?t=4758</w:t>
      </w:r>
    </w:p>
    <w:p>
      <w:r>
        <w:rPr>
          <w:i/>
        </w:rPr>
        <w:t>“Newton ne kaha: ocean bahut bada hai, main to ek bachcha hoon”</w:t>
      </w:r>
    </w:p>
    <w:p>
      <w:r>
        <w:rPr>
          <w:sz w:val="20"/>
        </w:rPr>
        <w:t>1:19:18  Newton, aap jante hain, founder of modern science mana jata hai. Newton, Newton ko founder of modern science.</w:t>
      </w:r>
      <w:r>
        <w:br/>
      </w:r>
      <w:r>
        <w:rPr>
          <w:sz w:val="20"/>
        </w:rPr>
        <w:t>1:19:28  to aakhri zamanay mein is se poocha gaya ke aap bohat bohat aap ko discovery hui, yeh hua, woh hua, to bataiye apni uplabdhi kya hai aap ki? jante hain, is ne kya kaha?</w:t>
      </w:r>
      <w:r>
        <w:br/>
      </w:r>
      <w:r>
        <w:rPr>
          <w:sz w:val="20"/>
        </w:rPr>
        <w:t>1:19:39  is ne kaha ke mujhe to aisa lagta hai ke ocean bohat bara ocean hai, is ke kinare kuch woh hain, self ke kuch tukre hain, usi se ek chota bacha is se khelta hai, wahi mera haal hai.</w:t>
      </w:r>
      <w:r>
        <w:br/>
      </w:r>
      <w:r>
        <w:rPr>
          <w:sz w:val="20"/>
        </w:rPr>
        <w:t>1:19:54  Socrates jo itna bara woh tha, yani bohat bara mind tha, bohat bara philosopher tha, is se poocha gaya ke tum ne kya jana?</w:t>
      </w:r>
      <w:r>
        <w:br/>
      </w:r>
      <w:r>
        <w:rPr>
          <w:sz w:val="20"/>
        </w:rPr>
        <w:t>1:20:03  to is ne kaha ke yeh jana hai, kuch nahi jana, yeh jana hai, kuch nahi jana. yeh supposition hai.</w:t>
      </w:r>
    </w:p>
    <w:p>
      <w:pPr>
        <w:pStyle w:val="Heading2"/>
      </w:pPr>
      <w:r>
        <w:t>From matter to energy to consciousness: science's changing model</w:t>
      </w:r>
    </w:p>
    <w:p>
      <w:r>
        <w:rPr>
          <w:color w:val="666666"/>
          <w:sz w:val="18"/>
        </w:rPr>
        <w:t>The Oneness of God 19 July, 2009 · 4m 08s · at 34:47 · https://youtu.be/dAjxTrRiz0g?t=2087</w:t>
      </w:r>
    </w:p>
    <w:p>
      <w:r>
        <w:rPr>
          <w:i/>
        </w:rPr>
        <w:t>“Newton ne jo study ki, to Newton ne ye bataya ke matter is the building block of universe”</w:t>
      </w:r>
    </w:p>
    <w:p>
      <w:r>
        <w:rPr>
          <w:sz w:val="20"/>
        </w:rPr>
        <w:t>34:47  mujhe phir jo model hai, woh islam ka, toheed ka, quran ka. is model mein jo hai, haan ek mein model arz karoon, ek science ka model darmiyan mein ek science ka model aa</w:t>
      </w:r>
      <w:r>
        <w:br/>
      </w:r>
      <w:r>
        <w:rPr>
          <w:sz w:val="20"/>
        </w:rPr>
        <w:t>35:04  ya. to science jo hai, is ko mein arz karna chahoon ga ke science mein kya concept hai. modern science jo hai, is ka founder mana jata hai newton ko,</w:t>
      </w:r>
      <w:r>
        <w:br/>
      </w:r>
      <w:r>
        <w:rPr>
          <w:sz w:val="20"/>
        </w:rPr>
        <w:t>35:18  jo 400 saal pehle ka zamana hai is ka.</w:t>
      </w:r>
      <w:r>
        <w:br/>
      </w:r>
      <w:r>
        <w:rPr>
          <w:sz w:val="20"/>
        </w:rPr>
        <w:t>35:22  to newton ne jo study ki, to newton ne yeh bataya ke matter is the building block of universe.</w:t>
      </w:r>
      <w:r>
        <w:br/>
      </w:r>
      <w:r>
        <w:rPr>
          <w:sz w:val="20"/>
        </w:rPr>
        <w:t>35:37  yeh universe hai, jo duniya hai, jo kainaat hai, woh bani hai matter se, bas matter ke siwa kuch aur nahi hai wahan yahan par.</w:t>
      </w:r>
      <w:r>
        <w:br/>
      </w:r>
      <w:r>
        <w:rPr>
          <w:sz w:val="20"/>
        </w:rPr>
        <w:t>35:45  to newton ke zamane mein matter ko samjha jata tha ke wohi sab kuch hai. matter is the building block of universe.</w:t>
      </w:r>
      <w:r>
        <w:br/>
      </w:r>
      <w:r>
        <w:rPr>
          <w:sz w:val="20"/>
        </w:rPr>
        <w:t>36:01  lekin aap jante hain ke science mein research hoti rehti hai, barabar research hoti rehti hai. to kuch dino tak yeh chala, phir einstein ke zamane mein nayi cheezein discover huin,</w:t>
      </w:r>
      <w:r>
        <w:br/>
      </w:r>
      <w:r>
        <w:rPr>
          <w:sz w:val="20"/>
        </w:rPr>
        <w:t>36:14  yani twenty century ke first half mein. aap jante hain ke newton ka zamana jo hai, 400 saal pehle ka zamana hai aur aur aur einstein ka zamana jo hai,</w:t>
      </w:r>
      <w:r>
        <w:br/>
      </w:r>
      <w:r>
        <w:rPr>
          <w:sz w:val="20"/>
        </w:rPr>
        <w:t>36:28  twenty twenty century ka first half ka zamana hai. to einstein ne jo discovery ki, to matter jo hai, split ho gaya, matter toot ke energy ban gaya.</w:t>
      </w:r>
      <w:r>
        <w:br/>
      </w:r>
      <w:r>
        <w:rPr>
          <w:sz w:val="20"/>
        </w:rPr>
        <w:t>36:43  matter jo hai, woh energy mein convert ho gaya. to science, to to einstein ke zamane mein science mein yeh mana gaya ke energy is the building block of universe.</w:t>
      </w:r>
      <w:r>
        <w:br/>
      </w:r>
      <w:r>
        <w:rPr>
          <w:sz w:val="20"/>
        </w:rPr>
        <w:t>36:58  yani newton ke zamane mein mana jata tha ke matter is the building block of universe. in science, in einstein ke zamane mein yeh mana gaya ke energy is the building block of universe.</w:t>
      </w:r>
      <w:r>
        <w:br/>
      </w:r>
      <w:r>
        <w:rPr>
          <w:sz w:val="20"/>
        </w:rPr>
        <w:t>37:13  lekin abhi tak science khuda tak nahi pahunchi thi, khuda se qareeb to zaroor ho rahi thi, khuda tak pahunchi nahi thi. lekin ab jo hai, yani twenty century ke aakhir mein jo zamana aaya hai, bohat se scientist aise paida hue hain, jaise</w:t>
      </w:r>
      <w:r>
        <w:br/>
      </w:r>
      <w:r>
        <w:rPr>
          <w:sz w:val="20"/>
        </w:rPr>
        <w:t>37:32  jinho ne ek nayi cheez daryaft ki.</w:t>
      </w:r>
      <w:r>
        <w:br/>
      </w:r>
      <w:r>
        <w:rPr>
          <w:sz w:val="20"/>
        </w:rPr>
        <w:t>37:37  aur ab yeh mana jata hai ke consciousness is the building block of universe.</w:t>
      </w:r>
      <w:r>
        <w:br/>
      </w:r>
      <w:r>
        <w:rPr>
          <w:sz w:val="20"/>
        </w:rPr>
        <w:t>37:45  is mein david bohm ki kitab bohat mashhoor hai, ab woh is mein ke history ka champion samjha jata hai.</w:t>
      </w:r>
      <w:r>
        <w:br/>
      </w:r>
      <w:r>
        <w:rPr>
          <w:sz w:val="20"/>
        </w:rPr>
        <w:t>37:54  woh to ab jo maan liya gaya hai, ab twenty first century mein science mein, woh yeh hai ke consciousness is the building block of the universe.</w:t>
      </w:r>
      <w:r>
        <w:br/>
      </w:r>
      <w:r>
        <w:rPr>
          <w:sz w:val="20"/>
        </w:rPr>
        <w:t>38:04  ab yahan par dekhen to sirf naam ki baat reh gayi. is mazhab mein jis cheez ka naam khuda hai, science mein is ka naam consciousness hai.</w:t>
      </w:r>
      <w:r>
        <w:br/>
      </w:r>
      <w:r>
        <w:rPr>
          <w:sz w:val="20"/>
        </w:rPr>
        <w:t>38:14  itna hi farq hai, bas. to mein samajhta hoon ke science jo hai, poori tarah support kar rahi hai is concept ki, jis ko hum toheed ka concept kehte hain.</w:t>
      </w:r>
      <w:r>
        <w:br/>
      </w:r>
      <w:r>
        <w:rPr>
          <w:sz w:val="20"/>
        </w:rPr>
        <w:t>38:27  newton ke zamane mein aisa nahi tha, einstein ke zamane mein aisa nahi tha, lekin david bohm ke zamane mein, yani twenty first century mein, science poori tarah support de rahi hai toheed ke concept ki</w:t>
      </w:r>
      <w:r>
        <w:br/>
      </w:r>
      <w:r>
        <w:rPr>
          <w:sz w:val="20"/>
        </w:rPr>
        <w:t>38:40  ke khuda ek hai, woh shaoor hai, woh wajood hai, yani jis ko hum kehte hain personal god. is personal god ke liye science ki base hamein hasil ho chuki hai ab is zamane mein.</w:t>
      </w:r>
    </w:p>
    <w:p>
      <w:pPr>
        <w:pStyle w:val="Heading2"/>
      </w:pPr>
      <w:r>
        <w:t>Science's journey from matter to consciousness confirms one God</w:t>
      </w:r>
    </w:p>
    <w:p>
      <w:r>
        <w:rPr>
          <w:color w:val="666666"/>
          <w:sz w:val="18"/>
        </w:rPr>
        <w:t>The Oneness of God 19 July, 2009 · 5m 42s · at 34:47 · https://youtu.be/dAjxTrRiz0g?t=2087</w:t>
      </w:r>
    </w:p>
    <w:p>
      <w:r>
        <w:rPr>
          <w:i/>
        </w:rPr>
        <w:t>“Newton ne jo study ki, to Newton ne ye bataya ke matter is the building block of universe”</w:t>
      </w:r>
    </w:p>
    <w:p>
      <w:r>
        <w:rPr>
          <w:sz w:val="20"/>
        </w:rPr>
        <w:t>34:47  mujhe phir jo model hai, woh islam ka, toheed ka, quran ka. is model mein jo hai, haan ek mein model arz karoon, ek science ka model darmiyan mein ek science ka model aa</w:t>
      </w:r>
      <w:r>
        <w:br/>
      </w:r>
      <w:r>
        <w:rPr>
          <w:sz w:val="20"/>
        </w:rPr>
        <w:t>35:04  ya. to science jo hai, is ko mein arz karna chahoon ga ke science mein kya concept hai. modern science jo hai, is ka founder mana jata hai newton ko,</w:t>
      </w:r>
      <w:r>
        <w:br/>
      </w:r>
      <w:r>
        <w:rPr>
          <w:sz w:val="20"/>
        </w:rPr>
        <w:t>35:18  jo 400 saal pehle ka zamana hai is ka.</w:t>
      </w:r>
      <w:r>
        <w:br/>
      </w:r>
      <w:r>
        <w:rPr>
          <w:sz w:val="20"/>
        </w:rPr>
        <w:t>35:22  to newton ne jo study ki, to newton ne yeh bataya ke matter is the building block of universe.</w:t>
      </w:r>
      <w:r>
        <w:br/>
      </w:r>
      <w:r>
        <w:rPr>
          <w:sz w:val="20"/>
        </w:rPr>
        <w:t>35:37  yeh universe hai, jo duniya hai, jo kainaat hai, woh bani hai matter se, bas matter ke siwa kuch aur nahi hai wahan yahan par.</w:t>
      </w:r>
      <w:r>
        <w:br/>
      </w:r>
      <w:r>
        <w:rPr>
          <w:sz w:val="20"/>
        </w:rPr>
        <w:t>35:45  to newton ke zamane mein matter ko samjha jata tha ke wohi sab kuch hai. matter is the building block of universe.</w:t>
      </w:r>
      <w:r>
        <w:br/>
      </w:r>
      <w:r>
        <w:rPr>
          <w:sz w:val="20"/>
        </w:rPr>
        <w:t>36:01  lekin aap jante hain ke science mein research hoti rehti hai, barabar research hoti rehti hai. to kuch dino tak yeh chala, phir einstein ke zamane mein nayi cheezein discover huin,</w:t>
      </w:r>
      <w:r>
        <w:br/>
      </w:r>
      <w:r>
        <w:rPr>
          <w:sz w:val="20"/>
        </w:rPr>
        <w:t>36:14  yani twenty century ke first half mein. aap jante hain ke newton ka zamana jo hai, 400 saal pehle ka zamana hai aur aur aur einstein ka zamana jo hai,</w:t>
      </w:r>
      <w:r>
        <w:br/>
      </w:r>
      <w:r>
        <w:rPr>
          <w:sz w:val="20"/>
        </w:rPr>
        <w:t>36:28  twenty twenty century ka first half ka zamana hai. to einstein ne jo discovery ki, to matter jo hai, split ho gaya, matter toot ke energy ban gaya.</w:t>
      </w:r>
      <w:r>
        <w:br/>
      </w:r>
      <w:r>
        <w:rPr>
          <w:sz w:val="20"/>
        </w:rPr>
        <w:t>36:43  matter jo hai, woh energy mein convert ho gaya. to science, to to einstein ke zamane mein science mein yeh mana gaya ke energy is the building block of universe.</w:t>
      </w:r>
      <w:r>
        <w:br/>
      </w:r>
      <w:r>
        <w:rPr>
          <w:sz w:val="20"/>
        </w:rPr>
        <w:t>36:58  yani newton ke zamane mein mana jata tha ke matter is the building block of universe. in science, in einstein ke zamane mein yeh mana gaya ke energy is the building block of universe.</w:t>
      </w:r>
      <w:r>
        <w:br/>
      </w:r>
      <w:r>
        <w:rPr>
          <w:sz w:val="20"/>
        </w:rPr>
        <w:t>37:13  lekin abhi tak science khuda tak nahi pahunchi thi, khuda se qareeb to zaroor ho rahi thi, khuda tak pahunchi nahi thi. lekin ab jo hai, yani twenty century ke aakhir mein jo zamana aaya hai, bohat se scientist aise paida hue hain, jaise</w:t>
      </w:r>
      <w:r>
        <w:br/>
      </w:r>
      <w:r>
        <w:rPr>
          <w:sz w:val="20"/>
        </w:rPr>
        <w:t>37:32  jinho ne ek nayi cheez daryaft ki.</w:t>
      </w:r>
      <w:r>
        <w:br/>
      </w:r>
      <w:r>
        <w:rPr>
          <w:sz w:val="20"/>
        </w:rPr>
        <w:t>37:37  aur ab yeh mana jata hai ke consciousness is the building block of universe.</w:t>
      </w:r>
      <w:r>
        <w:br/>
      </w:r>
      <w:r>
        <w:rPr>
          <w:sz w:val="20"/>
        </w:rPr>
        <w:t>37:45  is mein david bohm ki kitab bohat mashhoor hai, ab woh is mein ke history ka champion samjha jata hai.</w:t>
      </w:r>
      <w:r>
        <w:br/>
      </w:r>
      <w:r>
        <w:rPr>
          <w:sz w:val="20"/>
        </w:rPr>
        <w:t>37:54  woh to ab jo maan liya gaya hai, ab twenty first century mein science mein, woh yeh hai ke consciousness is the building block of the universe.</w:t>
      </w:r>
      <w:r>
        <w:br/>
      </w:r>
      <w:r>
        <w:rPr>
          <w:sz w:val="20"/>
        </w:rPr>
        <w:t>38:04  ab yahan par dekhen to sirf naam ki baat reh gayi. is mazhab mein jis cheez ka naam khuda hai, science mein is ka naam consciousness hai.</w:t>
      </w:r>
      <w:r>
        <w:br/>
      </w:r>
      <w:r>
        <w:rPr>
          <w:sz w:val="20"/>
        </w:rPr>
        <w:t>38:14  itna hi farq hai, bas. to mein samajhta hoon ke science jo hai, poori tarah support kar rahi hai is concept ki, jis ko hum toheed ka concept kehte hain.</w:t>
      </w:r>
      <w:r>
        <w:br/>
      </w:r>
      <w:r>
        <w:rPr>
          <w:sz w:val="20"/>
        </w:rPr>
        <w:t>38:27  newton ke zamane mein aisa nahi tha, einstein ke zamane mein aisa nahi tha, lekin david bohm ke zamane mein, yani twenty first century mein, science poori tarah support de rahi hai toheed ke concept ki</w:t>
      </w:r>
      <w:r>
        <w:br/>
      </w:r>
      <w:r>
        <w:rPr>
          <w:sz w:val="20"/>
        </w:rPr>
        <w:t>38:40  ke khuda ek hai, woh shaoor hai, woh wajood hai, yani jis ko hum kehte hain personal god. is personal god ke liye science ki base hamein hasil ho chuki hai ab is zamane mein.</w:t>
      </w:r>
      <w:r>
        <w:br/>
      </w:r>
      <w:r>
        <w:rPr>
          <w:sz w:val="20"/>
        </w:rPr>
        <w:t>38:55  to mein yeh kahoon ga ke ab is ke aage jo hai, yani saiyanti discovery ke aage jo cheez hai, woh hai revelation. woh revelation ko aap quran ke zariye daryaft karte hain.</w:t>
      </w:r>
      <w:r>
        <w:br/>
      </w:r>
      <w:r>
        <w:rPr>
          <w:sz w:val="20"/>
        </w:rPr>
        <w:t>39:08  revelation ka jo mehfooz zakhira hai, woh hai quran. to agar aap quran ki study karen to aap poora quran kya hai?</w:t>
      </w:r>
      <w:r>
        <w:br/>
      </w:r>
      <w:r>
        <w:rPr>
          <w:sz w:val="20"/>
        </w:rPr>
        <w:t>39:23  poora jo hai, woh introduction god ka introduction isi ka naam hai quran. isi ka naam hai quran.</w:t>
      </w:r>
      <w:r>
        <w:br/>
      </w:r>
      <w:r>
        <w:rPr>
          <w:sz w:val="20"/>
        </w:rPr>
        <w:t>39:33  to mein samajhta hoon ke jo aadmi is mamle mein janna chahe, to woh apna safar shuru karega.</w:t>
      </w:r>
      <w:r>
        <w:br/>
      </w:r>
      <w:r>
        <w:rPr>
          <w:sz w:val="20"/>
        </w:rPr>
        <w:t>39:43  woh wahan se jab superstition hua karta tha, jab misalon mein baatein hua karti thi, phir woh philosophy tak pahunche ga, phir science tak pahunche ga, aur phir science tak pahunchne ke baad agla darwaza us ko dikhai de ga, wohi jis ko hum revelation kehte hain,</w:t>
      </w:r>
      <w:r>
        <w:br/>
      </w:r>
      <w:r>
        <w:rPr>
          <w:sz w:val="20"/>
        </w:rPr>
        <w:t>40:01  tauheed.</w:t>
      </w:r>
      <w:r>
        <w:br/>
      </w:r>
      <w:r>
        <w:rPr>
          <w:sz w:val="20"/>
        </w:rPr>
        <w:t>40:03  to yeh bara, yeh mera safar hai. mere safar ka aik aspect woh tha jis ko maine kaha psychological aspect.</w:t>
      </w:r>
      <w:r>
        <w:br/>
      </w:r>
      <w:r>
        <w:rPr>
          <w:sz w:val="20"/>
        </w:rPr>
        <w:t>40:12  doosra safar jo hai, woh scientific aspect keh sakte hain aap is ko. to Quran mein jo concept diya gaya hai Khuda ka, us ke lihaaz se main chand baatein arz karna chahunga.</w:t>
      </w:r>
    </w:p>
    <w:p>
      <w:pPr>
        <w:pStyle w:val="Heading2"/>
      </w:pPr>
      <w:r>
        <w:t>Young Newton was mocked as a 'lost boy'</w:t>
      </w:r>
    </w:p>
    <w:p>
      <w:r>
        <w:rPr>
          <w:color w:val="666666"/>
          <w:sz w:val="18"/>
        </w:rPr>
        <w:t>Man's Place in The Universe June 17, 2007 · 51s · at 1:14:11 · https://youtu.be/CND6qsCMZVU?t=4451</w:t>
      </w:r>
    </w:p>
    <w:p>
      <w:r>
        <w:rPr>
          <w:i/>
        </w:rPr>
        <w:t>“As a child, people called Newton a lost boy”</w:t>
      </w:r>
    </w:p>
    <w:p>
      <w:r>
        <w:rPr>
          <w:sz w:val="20"/>
        </w:rPr>
        <w:t>1:14:11  jaise Newton ke bare mein padha tha maine ki isko bachpan mein log bull gatherer kehte</w:t>
      </w:r>
      <w:r>
        <w:br/>
      </w:r>
      <w:r>
        <w:rPr>
          <w:sz w:val="20"/>
        </w:rPr>
        <w:t>1:14:17  the bull gatherer</w:t>
      </w:r>
      <w:r>
        <w:br/>
      </w:r>
      <w:r>
        <w:rPr>
          <w:sz w:val="20"/>
        </w:rPr>
        <w:t>1:14:20  bull gatherer ko English mein kehte hain khoya khoya aadmi</w:t>
      </w:r>
      <w:r>
        <w:br/>
      </w:r>
      <w:r>
        <w:rPr>
          <w:sz w:val="20"/>
        </w:rPr>
        <w:t>1:14:24  khoye aadmi ko jo ki khoya khoya rahe kam bole apna kahin kahin soch raha hai</w:t>
      </w:r>
      <w:r>
        <w:br/>
      </w:r>
      <w:r>
        <w:rPr>
          <w:sz w:val="20"/>
        </w:rPr>
        <w:t>1:14:31  to log samajhte the ki yeh ladka jo hai kuch kuch iske andar kuch kuch kami hai</w:t>
      </w:r>
      <w:r>
        <w:br/>
      </w:r>
      <w:r>
        <w:rPr>
          <w:sz w:val="20"/>
        </w:rPr>
        <w:t>1:14:36  iske andar</w:t>
      </w:r>
      <w:r>
        <w:br/>
      </w:r>
      <w:r>
        <w:rPr>
          <w:sz w:val="20"/>
        </w:rPr>
        <w:t>1:14:38  to bull gatherer negative sense mein bolte the negative sense mein</w:t>
      </w:r>
      <w:r>
        <w:br/>
      </w:r>
      <w:r>
        <w:rPr>
          <w:sz w:val="20"/>
        </w:rPr>
        <w:t>1:14:42  baad ko pata chala ke ke Newton ke andar kisi ek point par apne aap ko apni soch ko concentrate karne ki bohat ziyada quality thi us ke andar yeh us ki speciality thi kisi ek point par bohat ziyada concentrate kar sakta tha woh yeh us ki speciality thi</w:t>
      </w:r>
    </w:p>
    <w:p>
      <w:pPr>
        <w:pStyle w:val="Heading2"/>
      </w:pPr>
      <w:r>
        <w:t>Newton's rabbit-cage story shows his total focus</w:t>
      </w:r>
    </w:p>
    <w:p>
      <w:r>
        <w:rPr>
          <w:color w:val="666666"/>
          <w:sz w:val="18"/>
        </w:rPr>
        <w:t>Man's Place in The Universe June 17, 2007 · 58s · at 1:21:07 · https://youtu.be/CND6qsCMZVU?t=4867</w:t>
      </w:r>
    </w:p>
    <w:p>
      <w:r>
        <w:rPr>
          <w:i/>
        </w:rPr>
        <w:t>“He called a carpenter, said build me a cage”</w:t>
      </w:r>
    </w:p>
    <w:p>
      <w:r>
        <w:rPr>
          <w:sz w:val="20"/>
        </w:rPr>
        <w:t>1:21:07  to saari zindagi itna zyada us ne concentrate kiya ke siwaye solar system ke us ki zindagi koi cheez sochta nahi tha woh jaise mashhoor aik qissa hai ke us ne carpenter ko bulaya us ne kaha ke bhai aik woh aik cage bana do hamare haan do do rabbit hain do khargosh rabbit to aik chhota hai aik bada hai to unhone us se kaha ke aik is ka jo door banana hai aik door chhota banana hai aik bada banana hai</w:t>
      </w:r>
      <w:r>
        <w:br/>
      </w:r>
      <w:r>
        <w:rPr>
          <w:sz w:val="20"/>
        </w:rPr>
        <w:t>1:21:36  to us ne kaha ke chhota bada kyun kaha ke dekho hamare paas aik chhota rabbit hai aik bada hai to chhote wale ke liye chhota bade wale ke liye bada to us ne kaha ke sarkaar aik bada bada de ke us dono chale jayen</w:t>
      </w:r>
      <w:r>
        <w:br/>
      </w:r>
      <w:r>
        <w:rPr>
          <w:sz w:val="20"/>
        </w:rPr>
        <w:t>1:21:52  to yeh hai concentration itna zyada us ne apne aap ko concentrate kiya kab solar system ka expert bana woh to us ne price di us ki price</w:t>
      </w:r>
    </w:p>
    <w:p>
      <w:pPr>
        <w:pStyle w:val="Heading2"/>
      </w:pPr>
      <w:r>
        <w:t>Einstein and Newton thrilled by discovery</w:t>
      </w:r>
    </w:p>
    <w:p>
      <w:r>
        <w:rPr>
          <w:color w:val="666666"/>
          <w:sz w:val="18"/>
        </w:rPr>
        <w:t>The Message of The Quran (English) July 4, 2009 · 48s · at 17:41 · https://youtu.be/1DoXQna1vuY?t=1061</w:t>
      </w:r>
    </w:p>
    <w:p>
      <w:r>
        <w:rPr>
          <w:i/>
        </w:rPr>
        <w:t>“When Newton discovered the law of gravity, he was thrilled”</w:t>
      </w:r>
    </w:p>
    <w:p>
      <w:r>
        <w:rPr>
          <w:sz w:val="20"/>
        </w:rPr>
        <w:t>17:41  so was the case all those scientist. for example, when newton discovered the law of gravity,</w:t>
      </w:r>
      <w:r>
        <w:br/>
      </w:r>
      <w:r>
        <w:rPr>
          <w:sz w:val="20"/>
        </w:rPr>
        <w:t>17:56  so he was so thrill.</w:t>
      </w:r>
      <w:r>
        <w:br/>
      </w:r>
      <w:r>
        <w:rPr>
          <w:sz w:val="20"/>
        </w:rPr>
        <w:t>17:59  he became the, he became the founder of modern science. so was the case of einstein.</w:t>
      </w:r>
      <w:r>
        <w:br/>
      </w:r>
      <w:r>
        <w:rPr>
          <w:sz w:val="20"/>
        </w:rPr>
        <w:t>18:08  when einstein discovered that matter is convert, matter converted into energy, he was so thrill that azrael offered him presidentship, but he refused.</w:t>
      </w:r>
      <w:r>
        <w:br/>
      </w:r>
      <w:r>
        <w:rPr>
          <w:sz w:val="20"/>
        </w:rPr>
        <w:t>18:22  he said: "my liberty is better than the president house in israel."</w:t>
      </w:r>
    </w:p>
    <w:p>
      <w:pPr>
        <w:pStyle w:val="Heading2"/>
      </w:pPr>
      <w:r>
        <w:t>Newton and Einstein's total devotion to discovery</w:t>
      </w:r>
    </w:p>
    <w:p>
      <w:r>
        <w:rPr>
          <w:color w:val="666666"/>
          <w:sz w:val="18"/>
        </w:rPr>
        <w:t>Intellectual Poverty of Modern World December 17, 2006 · 2m 32s · at 1:04:18 · https://youtu.be/GdhR0DoI1Ys?t=3858</w:t>
      </w:r>
    </w:p>
    <w:p>
      <w:r>
        <w:rPr>
          <w:i/>
        </w:rPr>
        <w:t>“آپ جانتے ہیں کہ نیوٹن جو تھا نیوٹن نے شادی نہیں کی۔”</w:t>
      </w:r>
    </w:p>
    <w:p>
      <w:r>
        <w:rPr>
          <w:sz w:val="20"/>
        </w:rPr>
        <w:t>1:04:18  kuch rasoomat hain is ko kar lo to bas yeh Islam ho gaya. ke bhari cheez nahi dikhai par rahi hai. aap jante hain ke Newton jo tha Newton ne shadi nahi ki.</w:t>
      </w:r>
      <w:r>
        <w:br/>
      </w:r>
      <w:r>
        <w:rPr>
          <w:sz w:val="20"/>
        </w:rPr>
        <w:t>1:04:34  main sochta raha ke shadi kyun nahi ki us ne. kyunke woh jo cheez us ko mili thi jo falakiyat mein jo cheezain woh daryaft kar raha tha woh woh us ko bohat hi bari cheez dikhai parti thi.</w:t>
      </w:r>
      <w:r>
        <w:br/>
      </w:r>
      <w:r>
        <w:rPr>
          <w:sz w:val="20"/>
        </w:rPr>
        <w:t>1:04:47  har cheez se zyada. is ke bare mein kaha jata hai ke jo</w:t>
      </w:r>
      <w:r>
        <w:br/>
      </w:r>
      <w:r>
        <w:rPr>
          <w:sz w:val="20"/>
        </w:rPr>
        <w:t>1:04:56  khane ke waqt mein woh bhool jata tha ke khana ke waqt lunch ka ho gaya waqt dinner ka ho gaya.</w:t>
      </w:r>
      <w:r>
        <w:br/>
      </w:r>
      <w:r>
        <w:rPr>
          <w:sz w:val="20"/>
        </w:rPr>
        <w:t>1:05:04  to us ki behan thi jo bohat manti thi us ko to woh tray mein khana rakh kar ke lati aur dheere se woh us ki mez par rakh deti.</w:t>
      </w:r>
      <w:r>
        <w:br/>
      </w:r>
      <w:r>
        <w:rPr>
          <w:sz w:val="20"/>
        </w:rPr>
        <w:t>1:05:13  taake us ka tawajjuh na ho. aur phir kabhi woh kha leta. itna masroof tha to us ki jo daryaft ho rahi thi jo yani falakiyat ko tabdeel kar raha tha woh falakiyat mein to yeh yeh yeh daryaft itni bari thi us ke liye ke shadi wadi us ko mamooli cheez maloom hone lagi to shadi nahi ki us ne.</w:t>
      </w:r>
      <w:r>
        <w:br/>
      </w:r>
      <w:r>
        <w:rPr>
          <w:sz w:val="20"/>
        </w:rPr>
        <w:t>1:05:34  is tarah aap jante hain ke einstein jo hai jis ne jis ki general theory of relativity is ki bohat mashhoor hai. bohat bara zehn tha woh.</w:t>
      </w:r>
      <w:r>
        <w:br/>
      </w:r>
      <w:r>
        <w:rPr>
          <w:sz w:val="20"/>
        </w:rPr>
        <w:t>1:05:44  is ko israel ki pehle se woh pesh ki gayi. sadar banaya ja raha tha is ko. jab israel bana 1948 mein to einstein se kaha gaya ke ab aap pehle sadar baniye is ke.</w:t>
      </w:r>
      <w:r>
        <w:br/>
      </w:r>
      <w:r>
        <w:rPr>
          <w:sz w:val="20"/>
        </w:rPr>
        <w:t>1:05:58  is ne bilkul flatly refuse kar diya is ko.</w:t>
      </w:r>
      <w:r>
        <w:br/>
      </w:r>
      <w:r>
        <w:rPr>
          <w:sz w:val="20"/>
        </w:rPr>
        <w:t>1:06:02  kyun? is ko jo science mein jo jo is ko khushi mil rahi thi is ka is ke zehn ko jo ghiza mil raha tha is ke liye bilkul mamooli cheez thi sadar banna.</w:t>
      </w:r>
      <w:r>
        <w:br/>
      </w:r>
      <w:r>
        <w:rPr>
          <w:sz w:val="20"/>
        </w:rPr>
        <w:t>1:06:17  to un logon ne bare bare science dan jo thay un logon ne jo jo jo qurbaniyan kin jo jo is mamle ko waqf kiya is ki wajah se is science ko bohat bari cheez dikhai parti thi.</w:t>
      </w:r>
      <w:r>
        <w:br/>
      </w:r>
      <w:r>
        <w:rPr>
          <w:sz w:val="20"/>
        </w:rPr>
        <w:t>1:06:29  aaj jo mamla hai islam ka to logon ne islam ko aisa bana diya ke is ka aik kam shuda shakal tayyar kiya hai. kam shuda shakal. to kisi kisi kisi zaheen aadmi ko lagta nahi ke woh is mein apne ko shamil kare.</w:t>
      </w:r>
    </w:p>
    <w:p>
      <w:pPr>
        <w:pStyle w:val="Heading2"/>
      </w:pPr>
      <w:r>
        <w:t>What makes a great thinker: Newton's rabbit hutch</w:t>
      </w:r>
    </w:p>
    <w:p>
      <w:r>
        <w:rPr>
          <w:color w:val="666666"/>
          <w:sz w:val="18"/>
        </w:rPr>
        <w:t>Intellectual Poverty of Modern World December 17, 2006 · 2m 40s · at 1:53:05 · https://youtu.be/GdhR0DoI1Ys?t=6785</w:t>
      </w:r>
    </w:p>
    <w:p>
      <w:r>
        <w:rPr>
          <w:i/>
        </w:rPr>
        <w:t>“گریٹ تھنکر کوئی چانس تو بنتا نہیں۔”</w:t>
      </w:r>
    </w:p>
    <w:p>
      <w:r>
        <w:rPr>
          <w:sz w:val="20"/>
        </w:rPr>
        <w:t>1:53:05  yeh great thinker koi chance to banta nahin pehli baat yahi hai ke main chahoon ke main great thinker ban jaon yeh main us ko stepped baat samajhta hoon yeh sab yeh sab koi baat nahin hai koshish karte karte karte koi great thinker ban jata hai yeh baat yun hoti hai hamesha</w:t>
      </w:r>
      <w:r>
        <w:br/>
      </w:r>
      <w:r>
        <w:rPr>
          <w:sz w:val="20"/>
        </w:rPr>
        <w:t>1:53:24  to is ka yani wohi aadmi ban pata hai main yeh kahoon ga great thinker wo ban pata hai jo har doosri cheez ko secondary bana sake social obligation to mere nazdeek bilkul ek irrelevant hai us is sense mein kuch na had tak apna khana peena wo us ko bhool jata hai wo socha obligation to bohat bari baat hai great thinker banne ki price yeh hai ke har doosri cheez ko secondary bana sake aap yeh</w:t>
      </w:r>
      <w:r>
        <w:br/>
      </w:r>
      <w:r>
        <w:rPr>
          <w:sz w:val="20"/>
        </w:rPr>
        <w:t>1:53:50  haan tak ke apni kapra apna khana apna bistar sab secondary ban jaye aap ki itna zyada devote karen aap ko itna concentration aap ko ho jaye tab aisa hota hai jaise newton jo tha us ki bohat hi dilchasp interesting example hai yeh ke newton jo hai apne ko devote devote kiya hua tha poori tarah scientific study mein to us ne us ka wo rabbit pari hui thi khargosh ek chota tha ek bara tha</w:t>
      </w:r>
      <w:r>
        <w:br/>
      </w:r>
      <w:r>
        <w:rPr>
          <w:sz w:val="20"/>
        </w:rPr>
        <w:t>1:54:19  to is ne bulaya carpenter ko ke bhai ek bana do ek ek woh keej is mein do</w:t>
      </w:r>
      <w:r>
        <w:br/>
      </w:r>
      <w:r>
        <w:rPr>
          <w:sz w:val="20"/>
        </w:rPr>
        <w:t>1:54:26  hole banana ek chhota ek bada to is ne poocha ke woh yeh ek hi bana de do</w:t>
      </w:r>
      <w:r>
        <w:br/>
      </w:r>
      <w:r>
        <w:rPr>
          <w:sz w:val="20"/>
        </w:rPr>
        <w:t>1:54:31  do kis liye kya yeh ek chhote khargosh ke liye ek bade ke liye to unhon ne kaha</w:t>
      </w:r>
      <w:r>
        <w:br/>
      </w:r>
      <w:r>
        <w:rPr>
          <w:sz w:val="20"/>
        </w:rPr>
        <w:t>1:54:37  sarkar woh ek ek rahega use dono dono chale jayenge matlab ek bada rahega use</w:t>
      </w:r>
      <w:r>
        <w:br/>
      </w:r>
      <w:r>
        <w:rPr>
          <w:sz w:val="20"/>
        </w:rPr>
        <w:t>1:54:41  dono chale jayenge to newton nahin soch pane newton is ko soch nahin paya ke ek hole</w:t>
      </w:r>
      <w:r>
        <w:br/>
      </w:r>
      <w:r>
        <w:rPr>
          <w:sz w:val="20"/>
        </w:rPr>
        <w:t>1:54:47  dono ke liye kafi hai</w:t>
      </w:r>
      <w:r>
        <w:br/>
      </w:r>
      <w:r>
        <w:rPr>
          <w:sz w:val="20"/>
        </w:rPr>
        <w:t>1:54:49  yeh devotion ki wajah se aisa hua yani wo solar system ko soch pata tha aur jo ghar mein dor rahe the rabbit us ko nahin samajh pata tha wo to great thinker wo banta hai jo hundred percent apne ko devote kar sake us ka dedication bohat hi barh jaye concentration itna barh jaye itna barh jaye ke suraj dikhai de aur rabbit na dikhai de us ko</w:t>
      </w:r>
      <w:r>
        <w:br/>
      </w:r>
      <w:r>
        <w:rPr>
          <w:sz w:val="20"/>
        </w:rPr>
        <w:t>1:55:16  yeh ek hi ek hi condition hai aur yeh social obligation to kuch bhi nahin hai yeh to kuch bhi nothing mere nazdeek hai.</w:t>
      </w:r>
    </w:p>
    <w:p>
      <w:pPr>
        <w:pStyle w:val="Heading2"/>
      </w:pPr>
      <w:r>
        <w:t>Newton's absent-mindedness and the rabbit cage</w:t>
      </w:r>
    </w:p>
    <w:p>
      <w:r>
        <w:rPr>
          <w:color w:val="666666"/>
          <w:sz w:val="18"/>
        </w:rPr>
        <w:t>The Final Call November 18, 2007 · 2m 19s · at 20:47 · https://youtu.be/uTjzhO-nhUc?t=1247</w:t>
      </w:r>
    </w:p>
    <w:p>
      <w:r>
        <w:rPr>
          <w:i/>
        </w:rPr>
        <w:t>“Newton forgot lunch, dinner — even to eat at all.”</w:t>
      </w:r>
    </w:p>
    <w:p>
      <w:r>
        <w:rPr>
          <w:sz w:val="20"/>
        </w:rPr>
        <w:t>20:47  to newton jo hai, uska haal yeh tha. usko yaad nahi rehta tha ke lunch ka time aa gaya aur dinner ka time aa gaya.</w:t>
      </w:r>
      <w:r>
        <w:br/>
      </w:r>
      <w:r>
        <w:rPr>
          <w:sz w:val="20"/>
        </w:rPr>
        <w:t>20:58  ek mez thi uski, ek table. us mein papers bikhre hue rehte thay. raat din isi mein laga rehta tha woh. to uski behan thi, usne marriage bhi nahi kiya, shadi bhi nahi ki.</w:t>
      </w:r>
      <w:r>
        <w:br/>
      </w:r>
      <w:r>
        <w:rPr>
          <w:sz w:val="20"/>
        </w:rPr>
        <w:t>21:10  us us ka devotion itna bara hua tha ke usne shadi nahi ki. usne koi, koi beta na, beti na, biwi.</w:t>
      </w:r>
      <w:r>
        <w:br/>
      </w:r>
      <w:r>
        <w:rPr>
          <w:sz w:val="20"/>
        </w:rPr>
        <w:t>21:18  to ek behan thi, woh bohat samajhdar, samajhdar thi. to jab time hota tha khane ka to bohat hi ahista se, chupke se aati aur tray mein khana rakh jati.</w:t>
      </w:r>
      <w:r>
        <w:br/>
      </w:r>
      <w:r>
        <w:rPr>
          <w:sz w:val="20"/>
        </w:rPr>
        <w:t>21:31  uski mez par, ek kinare. aur kai baar phir bhi bhool jata tha woh ke khaya. bohat bhook lagti thi, lagti thi, kha leta tha.</w:t>
      </w:r>
      <w:r>
        <w:br/>
      </w:r>
      <w:r>
        <w:rPr>
          <w:sz w:val="20"/>
        </w:rPr>
        <w:t>21:42  yani usko sudh nahi rahi apne peene ki, sudh nahi rahi apne khane ki.</w:t>
      </w:r>
      <w:r>
        <w:br/>
      </w:r>
      <w:r>
        <w:rPr>
          <w:sz w:val="20"/>
        </w:rPr>
        <w:t>21:47  tab woh science ke in cheezon ko discover kar saka ke woh father of modern science bana. woh</w:t>
      </w:r>
      <w:r>
        <w:br/>
      </w:r>
      <w:r>
        <w:rPr>
          <w:sz w:val="20"/>
        </w:rPr>
        <w:t>21:55  uske haan kuch khargosh paye hue thay, khargosh yani rabbit, rabbit. to ek, ek bara khargosh tha, ek bachha tha uska chhota.</w:t>
      </w:r>
      <w:r>
        <w:br/>
      </w:r>
      <w:r>
        <w:rPr>
          <w:sz w:val="20"/>
        </w:rPr>
        <w:t>22:07  to carpenter se usne kaha ke inke liye woh bana do, cage bana do, cage. to us mein do door banana hai, ek door chhota, ek door bara.</w:t>
      </w:r>
      <w:r>
        <w:br/>
      </w:r>
      <w:r>
        <w:rPr>
          <w:sz w:val="20"/>
        </w:rPr>
        <w:t>22:21  to carpenter ne poocha ke sarkaar, yeh do door kis liye? ke dekho, hamara ek, ek rabbit chhota, ek bara hai. to bara wala jo hai, woh bare se jaane ke liye aur chhota door jo hai, woh chhota chala jayega.</w:t>
      </w:r>
      <w:r>
        <w:br/>
      </w:r>
      <w:r>
        <w:rPr>
          <w:sz w:val="20"/>
        </w:rPr>
        <w:t>22:38  to usne kaha ke sarkaar, hum ek hi bana dete hain bara, us se dono chale jayenge. itni baat nahi samajh saka newton, itni simple si baat newton nahi samajh saka.</w:t>
      </w:r>
      <w:r>
        <w:br/>
      </w:r>
      <w:r>
        <w:rPr>
          <w:sz w:val="20"/>
        </w:rPr>
        <w:t>22:52  yeh tha concentration, yeh tha devotion. jab aadmi apne aap ko itna zyada devote karta hai, tab ja kar usko kisi baat ki discovery hoti hai.</w:t>
      </w:r>
    </w:p>
    <w:p>
      <w:pPr>
        <w:pStyle w:val="Heading2"/>
      </w:pPr>
      <w:r>
        <w:t>Newton, devotion, and why not everyone can concentrate</w:t>
      </w:r>
    </w:p>
    <w:p>
      <w:r>
        <w:rPr>
          <w:color w:val="666666"/>
          <w:sz w:val="18"/>
        </w:rPr>
        <w:t>The Final Call November 18, 2007 · 5m 07s · at 19:26 · https://youtu.be/uTjzhO-nhUc?t=1166</w:t>
      </w:r>
    </w:p>
    <w:p>
      <w:r>
        <w:rPr>
          <w:i/>
        </w:rPr>
        <w:t>“Newton is called the father of modern science — how?”</w:t>
      </w:r>
    </w:p>
    <w:p>
      <w:r>
        <w:rPr>
          <w:sz w:val="20"/>
        </w:rPr>
        <w:t>19:26  newton jo hai, father of modern science mana jata hai.</w:t>
      </w:r>
      <w:r>
        <w:br/>
      </w:r>
      <w:r>
        <w:rPr>
          <w:sz w:val="20"/>
        </w:rPr>
        <w:t>19:30  newton jo hai, father of modern science mana jata hai. woh kaise hua? woh hua through concentration.</w:t>
      </w:r>
      <w:r>
        <w:br/>
      </w:r>
      <w:r>
        <w:rPr>
          <w:sz w:val="20"/>
        </w:rPr>
        <w:t>19:42  concentration yani sari zindagi, sari raat, sara din woh science, science ke issues jo hain, scientific issues, us par concentrate kiya rehta tha.</w:t>
      </w:r>
      <w:r>
        <w:br/>
      </w:r>
      <w:r>
        <w:rPr>
          <w:sz w:val="20"/>
        </w:rPr>
        <w:t>19:52  har doosri baat woh bhool chuki thi. us ki, us ko kuch pata nahi tha doosri baaton ka. woh kaise? jaise</w:t>
      </w:r>
      <w:r>
        <w:br/>
      </w:r>
      <w:r>
        <w:rPr>
          <w:sz w:val="20"/>
        </w:rPr>
        <w:t>19:59  khana hai. har aadmi aap dekhte hain, khoob khane ke liye daud raha hai. jis ko dekhein, khane par daud raha hai. kha raha hai, pi raha hai, kha raha hai, pi raha hai.</w:t>
      </w:r>
      <w:r>
        <w:br/>
      </w:r>
      <w:r>
        <w:rPr>
          <w:sz w:val="20"/>
        </w:rPr>
        <w:t>20:09  alexander the great jo itna bara king tha, alexander the great, jante hain kya hua? maut kaisi us ki hui? us ne victory ka adjustment manaya.</w:t>
      </w:r>
      <w:r>
        <w:br/>
      </w:r>
      <w:r>
        <w:rPr>
          <w:sz w:val="20"/>
        </w:rPr>
        <w:t>20:23  ek function man</w:t>
      </w:r>
      <w:r>
        <w:br/>
      </w:r>
      <w:r>
        <w:rPr>
          <w:sz w:val="20"/>
        </w:rPr>
        <w:t>20:25  aya. us ne koi victory us ko hui thi. aur sari raat woh khoob sharab peeta raha, khoob khata raha.</w:t>
      </w:r>
      <w:r>
        <w:br/>
      </w:r>
      <w:r>
        <w:rPr>
          <w:sz w:val="20"/>
        </w:rPr>
        <w:t>20:33  kya hua? us ko over eating kar baitha woh. ke bohat zyada sharab pi li, bohat zyada kha liya. agle din bimar pad gaya. koi dawa kaam nahi kare, mar gaya.</w:t>
      </w:r>
      <w:r>
        <w:br/>
      </w:r>
      <w:r>
        <w:rPr>
          <w:sz w:val="20"/>
        </w:rPr>
        <w:t>20:43  isi mein yeh hai insaan ka haal.</w:t>
      </w:r>
      <w:r>
        <w:br/>
      </w:r>
      <w:r>
        <w:rPr>
          <w:sz w:val="20"/>
        </w:rPr>
        <w:t>20:47  to newton jo hai, uska haal yeh tha. usko yaad nahi rehta tha ke lunch ka time aa gaya aur dinner ka time aa gaya.</w:t>
      </w:r>
      <w:r>
        <w:br/>
      </w:r>
      <w:r>
        <w:rPr>
          <w:sz w:val="20"/>
        </w:rPr>
        <w:t>20:58  ek mez thi uski, ek table. us mein papers bikhre hue rehte thay. raat din isi mein laga rehta tha woh. to uski behan thi, usne marriage bhi nahi kiya, shadi bhi nahi ki.</w:t>
      </w:r>
      <w:r>
        <w:br/>
      </w:r>
      <w:r>
        <w:rPr>
          <w:sz w:val="20"/>
        </w:rPr>
        <w:t>21:10  us us ka devotion itna bara hua tha ke usne shadi nahi ki. usne koi, koi beta na, beti na, biwi.</w:t>
      </w:r>
      <w:r>
        <w:br/>
      </w:r>
      <w:r>
        <w:rPr>
          <w:sz w:val="20"/>
        </w:rPr>
        <w:t>21:18  to ek behan thi, woh bohat samajhdar, samajhdar thi. to jab time hota tha khane ka to bohat hi ahista se, chupke se aati aur tray mein khana rakh jati.</w:t>
      </w:r>
      <w:r>
        <w:br/>
      </w:r>
      <w:r>
        <w:rPr>
          <w:sz w:val="20"/>
        </w:rPr>
        <w:t>21:31  uski mez par, ek kinare. aur kai baar phir bhi bhool jata tha woh ke khaya. bohat bhook lagti thi, lagti thi, kha leta tha.</w:t>
      </w:r>
      <w:r>
        <w:br/>
      </w:r>
      <w:r>
        <w:rPr>
          <w:sz w:val="20"/>
        </w:rPr>
        <w:t>21:42  yani usko sudh nahi rahi apne peene ki, sudh nahi rahi apne khane ki.</w:t>
      </w:r>
      <w:r>
        <w:br/>
      </w:r>
      <w:r>
        <w:rPr>
          <w:sz w:val="20"/>
        </w:rPr>
        <w:t>21:47  tab woh science ke in cheezon ko discover kar saka ke woh father of modern science bana. woh</w:t>
      </w:r>
      <w:r>
        <w:br/>
      </w:r>
      <w:r>
        <w:rPr>
          <w:sz w:val="20"/>
        </w:rPr>
        <w:t>21:55  uske haan kuch khargosh paye hue thay, khargosh yani rabbit, rabbit. to ek, ek bara khargosh tha, ek bachha tha uska chhota.</w:t>
      </w:r>
      <w:r>
        <w:br/>
      </w:r>
      <w:r>
        <w:rPr>
          <w:sz w:val="20"/>
        </w:rPr>
        <w:t>22:07  to carpenter se usne kaha ke inke liye woh bana do, cage bana do, cage. to us mein do door banana hai, ek door chhota, ek door bara.</w:t>
      </w:r>
      <w:r>
        <w:br/>
      </w:r>
      <w:r>
        <w:rPr>
          <w:sz w:val="20"/>
        </w:rPr>
        <w:t>22:21  to carpenter ne poocha ke sarkaar, yeh do door kis liye? ke dekho, hamara ek, ek rabbit chhota, ek bara hai. to bara wala jo hai, woh bare se jaane ke liye aur chhota door jo hai, woh chhota chala jayega.</w:t>
      </w:r>
      <w:r>
        <w:br/>
      </w:r>
      <w:r>
        <w:rPr>
          <w:sz w:val="20"/>
        </w:rPr>
        <w:t>22:38  to usne kaha ke sarkaar, hum ek hi bana dete hain bara, us se dono chale jayenge. itni baat nahi samajh saka newton, itni simple si baat newton nahi samajh saka.</w:t>
      </w:r>
      <w:r>
        <w:br/>
      </w:r>
      <w:r>
        <w:rPr>
          <w:sz w:val="20"/>
        </w:rPr>
        <w:t>22:52  yeh tha concentration, yeh tha devotion. jab aadmi apne aap ko itna zyada devote karta hai, tab ja kar usko kisi baat ki discovery hoti hai.</w:t>
      </w:r>
      <w:r>
        <w:br/>
      </w:r>
      <w:r>
        <w:rPr>
          <w:sz w:val="20"/>
        </w:rPr>
        <w:t>23:06  to Khuda kisi kisi ko newton banata hai, kisi kisi ko guru banata hai, kisi kisi ko mujaddid banata hai. agar aisa na ho to dunya ka sab karobar thap.</w:t>
      </w:r>
      <w:r>
        <w:br/>
      </w:r>
      <w:r>
        <w:rPr>
          <w:sz w:val="20"/>
        </w:rPr>
        <w:t>23:20  kyun ke sab log agar newton jaise ho jayen, aap sochiye to kya hoga? agriculture band, horticulture band, industry band, bazaar band, koi nahi milega.</w:t>
      </w:r>
      <w:r>
        <w:br/>
      </w:r>
      <w:r>
        <w:rPr>
          <w:sz w:val="20"/>
        </w:rPr>
        <w:t>23:34  driver nahi milega.</w:t>
      </w:r>
      <w:r>
        <w:br/>
      </w:r>
      <w:r>
        <w:rPr>
          <w:sz w:val="20"/>
        </w:rPr>
        <w:t>23:35  ga. driver agar soche science ke cheezon ko to takra dega, kahin ja kar ke.</w:t>
      </w:r>
      <w:r>
        <w:br/>
      </w:r>
      <w:r>
        <w:rPr>
          <w:sz w:val="20"/>
        </w:rPr>
        <w:t>23:41  taxi, taxi driver nahi milenge. taxi driver ko concentrate karna parta hai apne samne ke road par. agar uska dhyan idhar udhar chala jaye, newton ke tareeqe se, ke solar system par sochne lage, woh kya hoga?</w:t>
      </w:r>
      <w:r>
        <w:br/>
      </w:r>
      <w:r>
        <w:rPr>
          <w:sz w:val="20"/>
        </w:rPr>
        <w:t>23:57  accident hoga.</w:t>
      </w:r>
      <w:r>
        <w:br/>
      </w:r>
      <w:r>
        <w:rPr>
          <w:sz w:val="20"/>
        </w:rPr>
        <w:t>24:00  to dekhiye, yeh kaam jo hai, ke koi bara scientist, koi bara guru, koi bara leader, sacha leader, sacha, aaj kal jo leader jo hain, woh to, woh to exploiters, exploiter hain, sab ke sab.</w:t>
      </w:r>
      <w:r>
        <w:br/>
      </w:r>
      <w:r>
        <w:rPr>
          <w:sz w:val="20"/>
        </w:rPr>
        <w:t>24:15  usko banne ke liye ek insaan ko apne aap ko hundred percent devote karna parta hai kisi cheez mein, concentrate karna parta hai,</w:t>
      </w:r>
      <w:r>
        <w:br/>
      </w:r>
      <w:r>
        <w:rPr>
          <w:sz w:val="20"/>
        </w:rPr>
        <w:t>24:24  yahan tak ke sab kuch bhool jaye. tab ja kar yeh possible hota hai.</w:t>
      </w:r>
    </w:p>
    <w:p>
      <w:pPr>
        <w:pStyle w:val="Heading2"/>
      </w:pPr>
      <w:r>
        <w:t>Nature doesn't explain itself — it still needs a creator</w:t>
      </w:r>
    </w:p>
    <w:p>
      <w:r>
        <w:rPr>
          <w:color w:val="666666"/>
          <w:sz w:val="18"/>
        </w:rPr>
        <w:t>God Particle July 8, 2012 · 4m 30s · at 31:51 · https://youtu.be/30Ulu10c2nA?t=1911</w:t>
      </w:r>
    </w:p>
    <w:p>
      <w:r>
        <w:rPr>
          <w:i/>
        </w:rPr>
        <w:t>“I wrote in my book 'God Arises' about Newton's era”</w:t>
      </w:r>
    </w:p>
    <w:p>
      <w:r>
        <w:rPr>
          <w:sz w:val="20"/>
        </w:rPr>
        <w:t>31:51  is aik baat mein yaad dilaun jo mein ne apni kitaab mein likhi hai "God Arises" mein ke jab Newton ke zamanay mein jab woh daryaft hua ke duniya mein principle of causation hai, yaani cause and effect ka usool hai,</w:t>
      </w:r>
      <w:r>
        <w:br/>
      </w:r>
      <w:r>
        <w:rPr>
          <w:sz w:val="20"/>
        </w:rPr>
        <w:t>32:09  aik cause hota hai, phir us ka effect hota hai. tamam cheezein jo duniya mein hain, woh sab principle of causation se chal rahi hain, control ho rahi hain.</w:t>
      </w:r>
      <w:r>
        <w:br/>
      </w:r>
      <w:r>
        <w:rPr>
          <w:sz w:val="20"/>
        </w:rPr>
        <w:t>32:23  to us waqt yeh kaha gaya hai ke ab khuda ki zaroorat nahi hai, ab khuda ki zaroorat nahi. hum ne maloom kar liya ke cheezein kaise bani</w:t>
      </w:r>
      <w:r>
        <w:br/>
      </w:r>
      <w:r>
        <w:rPr>
          <w:sz w:val="20"/>
        </w:rPr>
        <w:t>32:32  ti hain. to us waqt kaha gaya tha ke jab apni daryaft kar liya, law of nature jo hai, woh cheezon ko shape deta hai, to ab khuda ki kya zaroorat hai?</w:t>
      </w:r>
      <w:r>
        <w:br/>
      </w:r>
      <w:r>
        <w:rPr>
          <w:sz w:val="20"/>
        </w:rPr>
        <w:t>32:41  khuda ki koi zaroorat nahi hai. yaani Newton ke baad jo daryaften huien, us se maloom hua ke jis ko hum nature kehte hain, fitrat, saari cheezein, yaani science ki zubaan mein jo kuch bhi hai, woh sab nature hai.</w:t>
      </w:r>
      <w:r>
        <w:br/>
      </w:r>
      <w:r>
        <w:rPr>
          <w:sz w:val="20"/>
        </w:rPr>
        <w:t>32:56  chahe insaan ho, chahe ghaas ho, chahe</w:t>
      </w:r>
      <w:r>
        <w:br/>
      </w:r>
      <w:r>
        <w:rPr>
          <w:sz w:val="20"/>
        </w:rPr>
        <w:t>33:02  sitare hon, sayare hon, sab nature hain. to agar yeh nature jo hai, cause and effect ke usool ke tehat bani hai,</w:t>
      </w:r>
      <w:r>
        <w:br/>
      </w:r>
      <w:r>
        <w:rPr>
          <w:sz w:val="20"/>
        </w:rPr>
        <w:t>33:13  to phir khuda ki kya zaroorat hai? koi cause and effect ko samjha ke hi khuda, yaani ab khuda ke manne ki zaroorat nahi hai.</w:t>
      </w:r>
      <w:r>
        <w:br/>
      </w:r>
      <w:r>
        <w:rPr>
          <w:sz w:val="20"/>
        </w:rPr>
        <w:t>33:27  halan ke yeh yeh galat fehmi thi. kyun ke sawal ab bhi baqi tha ke khud nature ko, khud nature ke course ko, khud law of causation ko kis ne wajood diya?</w:t>
      </w:r>
      <w:r>
        <w:br/>
      </w:r>
      <w:r>
        <w:rPr>
          <w:sz w:val="20"/>
        </w:rPr>
        <w:t>33:38  woh kaise wajood aaya?</w:t>
      </w:r>
      <w:r>
        <w:br/>
      </w:r>
      <w:r>
        <w:rPr>
          <w:sz w:val="20"/>
        </w:rPr>
        <w:t>33:42  yeh cheez sawal phir hi baqi tha. to unhon ne yeh kaha tha ke "if events are due to natural causes, they're not due to supernatural causes.</w:t>
      </w:r>
      <w:r>
        <w:br/>
      </w:r>
      <w:r>
        <w:rPr>
          <w:sz w:val="20"/>
        </w:rPr>
        <w:t>33:55  if events are due to natural causes, they're not due to supernatural causes." to mein ne likha tha apni kitaab mein ke "nature does not explain, she is she itself is in need of explanation." nature explain nahi karti, balkay dobara is sawal hai ke nature ko kis ne takhleeq kiya?</w:t>
      </w:r>
      <w:r>
        <w:br/>
      </w:r>
      <w:r>
        <w:rPr>
          <w:sz w:val="20"/>
        </w:rPr>
        <w:t>34:17  dobara yeh sawal hai. wahi haal wahan aik muamla yahan hai ke Higgs Boson explain nahi karta, yaani full stop nahi lag jata yahan par.</w:t>
      </w:r>
      <w:r>
        <w:br/>
      </w:r>
      <w:r>
        <w:rPr>
          <w:sz w:val="20"/>
        </w:rPr>
        <w:t>34:28  ab sawal yeh hai ke khud Higgs Boson ko kis ne takhleeq kiya? yaani aisa ajeeb o ghareeb particle jo agarchay unstable hai, aisa ajeeb o ghareeb particle ke woh tamam particle ko mass de deta hai.</w:t>
      </w:r>
      <w:r>
        <w:br/>
      </w:r>
      <w:r>
        <w:rPr>
          <w:sz w:val="20"/>
        </w:rPr>
        <w:t>34:44  yeh kaisi ajeeb baat hai?</w:t>
      </w:r>
      <w:r>
        <w:br/>
      </w:r>
      <w:r>
        <w:rPr>
          <w:sz w:val="20"/>
        </w:rPr>
        <w:t>34:47  jo particle mein mass nahi tha, yeh us ko mass deta hai aur phir saari kainat wajood mein aati hai. chahe pani ho, chahe mountain ho, chahe insaan ho, chahe darakht ho, sab wajood mein aate hain.</w:t>
      </w:r>
      <w:r>
        <w:br/>
      </w:r>
      <w:r>
        <w:rPr>
          <w:sz w:val="20"/>
        </w:rPr>
        <w:t>34:59  to woh, woh, woh jo miraculous particle, woh khud kaise wajood mein aa gaya? to sawal to phir hi baqi hai.</w:t>
      </w:r>
      <w:r>
        <w:br/>
      </w:r>
      <w:r>
        <w:rPr>
          <w:sz w:val="20"/>
        </w:rPr>
        <w:t>35:09  to jab tak aap yeh na manen ke aik khuda hai jis ne big bang mein explosion kiya, aik khuda hai jis ne cosmic ball ko banaya, aik khuda hai jis ne particles ko mass diya,</w:t>
      </w:r>
      <w:r>
        <w:br/>
      </w:r>
      <w:r>
        <w:rPr>
          <w:sz w:val="20"/>
        </w:rPr>
        <w:t>35:27  to phir bhi sawal baqi rahe ga. sawal wahin ka wahin baqi rahe ga. kyun ke aap jo jo cheez, jo cheez aap ne daryaft ki hai, woh wahan, wahan, wahan full stop nahi lag jata</w:t>
      </w:r>
      <w:r>
        <w:br/>
      </w:r>
      <w:r>
        <w:rPr>
          <w:sz w:val="20"/>
        </w:rPr>
        <w:t>35:38  ۔ is ke baad yeh sawal baqi rehta hai. to mein yeh kahunga ke yeh yaani hamein apne mutale ko abhi aage le chalna hai.</w:t>
      </w:r>
      <w:r>
        <w:br/>
      </w:r>
      <w:r>
        <w:rPr>
          <w:sz w:val="20"/>
        </w:rPr>
        <w:t>35:53  mushkil yeh hai ke is mamle mein jo jo kaam jo log kar rahe hain, woh woh hain jo Khuda ko hadaf kar ke kaam kar rahe hain.</w:t>
      </w:r>
      <w:r>
        <w:br/>
      </w:r>
      <w:r>
        <w:rPr>
          <w:sz w:val="20"/>
        </w:rPr>
        <w:t>36:02  research jo kar rahe hain, jo log aur jo Khuda ko manane wale log hain, un ka is mein koi hissa nahin.</w:t>
      </w:r>
      <w:r>
        <w:br/>
      </w:r>
      <w:r>
        <w:rPr>
          <w:sz w:val="20"/>
        </w:rPr>
        <w:t>36:09  woh to apne ibadat khano mein ya apne madarson mein masroof hain. unhein pata bhi nahin ke kya nature hai, kya nature ke qawaneen hain.</w:t>
      </w:r>
    </w:p>
    <w:p>
      <w:pPr>
        <w:pStyle w:val="Heading2"/>
      </w:pPr>
      <w:r>
        <w:t>Newton's obsessive focus as a parable for discovering God</w:t>
      </w:r>
    </w:p>
    <w:p>
      <w:r>
        <w:rPr>
          <w:color w:val="666666"/>
          <w:sz w:val="18"/>
        </w:rPr>
        <w:t>Love of God, May 03, 2009 · 3m 54s · at 41:00 · https://youtu.be/wGde_cOIw9Q?t=2460</w:t>
      </w:r>
    </w:p>
    <w:p>
      <w:r>
        <w:rPr>
          <w:i/>
        </w:rPr>
        <w:t>“Newton ke paas itna time nahi hota tha khana khane ka”</w:t>
      </w:r>
    </w:p>
    <w:p>
      <w:r>
        <w:rPr>
          <w:sz w:val="20"/>
        </w:rPr>
        <w:t>41:00  tab aap ko Khuda ki daryaft hoti hai. jis tarah ek scientist, aap jante hain ke science raat, scientist raat din sochta hai, sochta hai, sochta hai, bas apne dimagh ko woh har waqt kaam mein lagaye rehta hai. bas kisi cheez ki shiddat hai, usko nahi.</w:t>
      </w:r>
      <w:r>
        <w:br/>
      </w:r>
      <w:r>
        <w:rPr>
          <w:sz w:val="20"/>
        </w:rPr>
        <w:t>41:19  jaisay Newton tha, Newton ke baray mein mein ne parha, uske paas itna time nahi hota tha ke kitchen mein ja kar woh kahay ke mujhe bhook lagi, khana do. usko itna time nahi tha uske paas.</w:t>
      </w:r>
      <w:r>
        <w:br/>
      </w:r>
      <w:r>
        <w:rPr>
          <w:sz w:val="20"/>
        </w:rPr>
        <w:t>41:31  yeh uski behan thi, Newton ne shadi nahi ki thi. yani itna ziyada woh apne is mein mashgool rehta tha ke usko woh shadi nahi ki.</w:t>
      </w:r>
      <w:r>
        <w:br/>
      </w:r>
      <w:r>
        <w:rPr>
          <w:sz w:val="20"/>
        </w:rPr>
        <w:t>41:42  usne uski ek behan thi, boht hi samajhdar behan thi.</w:t>
      </w:r>
      <w:r>
        <w:br/>
      </w:r>
      <w:r>
        <w:rPr>
          <w:sz w:val="20"/>
        </w:rPr>
        <w:t>41:50  jab time hota to tray mein khana le kar jati, boht ahistagi se uski meza par rakh deti thi ke koi disturb na ho.</w:t>
      </w:r>
      <w:r>
        <w:br/>
      </w:r>
      <w:r>
        <w:rPr>
          <w:sz w:val="20"/>
        </w:rPr>
        <w:t>42:01  lekin Newton ka haal yeh tha ke lunch aksar woh dinner ke waqt khana parta tha. usko</w:t>
      </w:r>
      <w:r>
        <w:br/>
      </w:r>
      <w:r>
        <w:rPr>
          <w:sz w:val="20"/>
        </w:rPr>
        <w:t>42:10  dopahar ka khana sham ko khana parta tha. usko koi hosh nahi, usko yaad nahi hota tha.</w:t>
      </w:r>
      <w:r>
        <w:br/>
      </w:r>
      <w:r>
        <w:rPr>
          <w:sz w:val="20"/>
        </w:rPr>
        <w:t>42:17  woh behan jo thi, bechari, boht hi khamoshi ke sath aati uske kamray mein aur khana rakh deti uski meza par. ek kinare tezi se le jati woh ke koi aisa disturbance na ho.</w:t>
      </w:r>
      <w:r>
        <w:br/>
      </w:r>
      <w:r>
        <w:rPr>
          <w:sz w:val="20"/>
        </w:rPr>
        <w:t>42:31  lekin usko to pata hi nahi hai Newton ko ke khana rakh gaya hai.</w:t>
      </w:r>
      <w:r>
        <w:br/>
      </w:r>
      <w:r>
        <w:rPr>
          <w:sz w:val="20"/>
        </w:rPr>
        <w:t>42:37  yahan tak ke jab boht dair ho jati, tab usko boht ziyada bhook lagti. tab usko samajh mein aata to kha leta woh.</w:t>
      </w:r>
      <w:r>
        <w:br/>
      </w:r>
      <w:r>
        <w:rPr>
          <w:sz w:val="20"/>
        </w:rPr>
        <w:t>42:48  itna sochta tha woh, itna sochta tha ke usko woh log deewar kaha jatay tha. woh deewar kehte hain jo gum rahe apne aap mein, kisi cheez ki khabar hi usko na ho.</w:t>
      </w:r>
      <w:r>
        <w:br/>
      </w:r>
      <w:r>
        <w:rPr>
          <w:sz w:val="20"/>
        </w:rPr>
        <w:t>43:00  to bachpan se uska yeh mizaj tha, woh deewar.</w:t>
      </w:r>
      <w:r>
        <w:br/>
      </w:r>
      <w:r>
        <w:rPr>
          <w:sz w:val="20"/>
        </w:rPr>
        <w:t>43:06  baad ko pata chala ke uske andar boht ziyada yeh thi apne aap ko kisi ek cheez pe focus karne ki, concentrate karne ki. to Newton aisa insan tha jo founder of modern science bana.</w:t>
      </w:r>
      <w:r>
        <w:br/>
      </w:r>
      <w:r>
        <w:rPr>
          <w:sz w:val="20"/>
        </w:rPr>
        <w:t>43:21  to Newton ko kya cheez daryaft karni thi? boht choti si cheez daryaft karni thi. yani creation ka ek chota sa hissa. koi aap ko to creator ko daryaft karna hai.</w:t>
      </w:r>
      <w:r>
        <w:br/>
      </w:r>
      <w:r>
        <w:rPr>
          <w:sz w:val="20"/>
        </w:rPr>
        <w:t>43:32  creator ko</w:t>
      </w:r>
      <w:r>
        <w:br/>
      </w:r>
      <w:r>
        <w:rPr>
          <w:sz w:val="20"/>
        </w:rPr>
        <w:t>43:37  Newton se poocha gaya ke tum ne kya jana? to usne kaha ke mera haal aisa hi hai jaisay ke samandar ke kinare kuch ghonghe hain, kuch seep hain.</w:t>
      </w:r>
      <w:r>
        <w:br/>
      </w:r>
      <w:r>
        <w:rPr>
          <w:sz w:val="20"/>
        </w:rPr>
        <w:t>43:47  mein wahan bachon ki manind khel raha hoon sepiyon se. woh itni bar jaan paye uske kainat ke baray mein to itni bari kainat, itna bara universe, itna bara nature, uska jo creator hai, ab woh scientist hai jisko woh creator ko daryaft karna hai.</w:t>
      </w:r>
      <w:r>
        <w:br/>
      </w:r>
      <w:r>
        <w:rPr>
          <w:sz w:val="20"/>
        </w:rPr>
        <w:t>44:06  to discovery of creation mein usko ek chota sa itna hissa mila jab woh deewar ban gaya. aap ko to khud creator ko discover karna hai.</w:t>
      </w:r>
      <w:r>
        <w:br/>
      </w:r>
      <w:r>
        <w:rPr>
          <w:sz w:val="20"/>
        </w:rPr>
        <w:t>44:18  kya aap samajhte hain ke aisa ho jayega? jab aap usko apna, uska solid concentration banayenge, jab isi par aap yeh thinking process ko chalayenge, isi ko apna focus karenge,</w:t>
      </w:r>
      <w:r>
        <w:br/>
      </w:r>
      <w:r>
        <w:rPr>
          <w:sz w:val="20"/>
        </w:rPr>
        <w:t>44:32  aap ka sara center wohi ban jayega. aur tab aap ko khud bhi nahi ho sakta hai. woh to Khuda ki tofeeq hogi,</w:t>
      </w:r>
      <w:r>
        <w:br/>
      </w:r>
      <w:r>
        <w:rPr>
          <w:sz w:val="20"/>
        </w:rPr>
        <w:t>44:43  Khuda ki tofeeq hogi jis se aap daryaft kar payenge.</w:t>
      </w:r>
    </w:p>
    <w:p>
      <w:pPr>
        <w:pStyle w:val="Heading2"/>
      </w:pPr>
      <w:r>
        <w:t>Newton and Darwin were hijacked to manufacture atheism</w:t>
      </w:r>
    </w:p>
    <w:p>
      <w:r>
        <w:rPr>
          <w:color w:val="666666"/>
          <w:sz w:val="18"/>
        </w:rPr>
        <w:t>Problems of Misunderstanding May 10, 2009 · 5m 41s · at 21:52 · https://youtu.be/j3LgYzAfM5U?t=1312</w:t>
      </w:r>
    </w:p>
    <w:p>
      <w:r>
        <w:rPr>
          <w:i/>
        </w:rPr>
        <w:t>“Neither Newton nor Darwin ever denied the existence of God”</w:t>
      </w:r>
    </w:p>
    <w:p>
      <w:r>
        <w:rPr>
          <w:sz w:val="20"/>
        </w:rPr>
        <w:t>21:52  main aap ko do example deta hoon: newton aur aur aur darwin jo top ke scientist jinhon ne ki poori poori civilization pe asar dala.</w:t>
      </w:r>
      <w:r>
        <w:br/>
      </w:r>
      <w:r>
        <w:rPr>
          <w:sz w:val="20"/>
        </w:rPr>
        <w:t>22:09  newton ki death hui thi 1727 mein, yeh 1727.</w:t>
      </w:r>
      <w:r>
        <w:br/>
      </w:r>
      <w:r>
        <w:rPr>
          <w:sz w:val="20"/>
        </w:rPr>
        <w:t>22:19  is ke 80 years ke baad, 80 saal ke baad paida hua charles darwin. dono britishz the. newton physicist tha aur darwin naturalist tha.</w:t>
      </w:r>
      <w:r>
        <w:br/>
      </w:r>
      <w:r>
        <w:rPr>
          <w:sz w:val="20"/>
        </w:rPr>
        <w:t>22:34  dono top ke scientist the. newton se newton ko kaha jata hai ke father of modern science hai. woh is se ek naya, woh chala ek nayi nayi daryaft.</w:t>
      </w:r>
      <w:r>
        <w:br/>
      </w:r>
      <w:r>
        <w:rPr>
          <w:sz w:val="20"/>
        </w:rPr>
        <w:t>22:49  newton se pehle duniya mein kya tha? superstition. har taraf superstition. yeh jo baatein ho rahi hain hamare is paas, jise barish ho rahi hai, suraj nikal raha hai, chand chamak raha hai, darya beh rahi hai,</w:t>
      </w:r>
      <w:r>
        <w:br/>
      </w:r>
      <w:r>
        <w:rPr>
          <w:sz w:val="20"/>
        </w:rPr>
        <w:t>23:03  galla ug raha hai kheton se, un sab ko kya samajhte the? un sab ko superstitions, yani kisi na kisi superstitions jore hue the.</w:t>
      </w:r>
      <w:r>
        <w:br/>
      </w:r>
      <w:r>
        <w:rPr>
          <w:sz w:val="20"/>
        </w:rPr>
        <w:t>23:16  woh</w:t>
      </w:r>
      <w:r>
        <w:br/>
      </w:r>
      <w:r>
        <w:rPr>
          <w:sz w:val="20"/>
        </w:rPr>
        <w:t>23:18  har jagah superstition, har jagah superstition, yani mysterious way mein is ko explain karte the, kisi na kisi superstitions jor kar ke.</w:t>
      </w:r>
      <w:r>
        <w:br/>
      </w:r>
      <w:r>
        <w:rPr>
          <w:sz w:val="20"/>
        </w:rPr>
        <w:t>23:31  newton ne jo ek naya darwaza khola scientific discovery ka, wahan se insan ko pata chala ke har waqeye ke peechay ek cause hota hai, cause and effect, cause and effect.</w:t>
      </w:r>
      <w:r>
        <w:br/>
      </w:r>
      <w:r>
        <w:rPr>
          <w:sz w:val="20"/>
        </w:rPr>
        <w:t>23:46  to science mein is ko kaha gaya principle of causation. principle of causation. yani har event ke pehle ek ka ek cause hota hai, cause and effect se duniya chal rahi hai.</w:t>
      </w:r>
      <w:r>
        <w:br/>
      </w:r>
      <w:r>
        <w:rPr>
          <w:sz w:val="20"/>
        </w:rPr>
        <w:t>23:59  to yeh yeh kya tha? yeh yeh jo physical world mein jo procedure hai, is ko bataya unhon ne, jo process hai, is ko bataya unhon ne ke physical world mein cause and effect se waqeyat ho rahe hain.</w:t>
      </w:r>
      <w:r>
        <w:br/>
      </w:r>
      <w:r>
        <w:rPr>
          <w:sz w:val="20"/>
        </w:rPr>
        <w:t>24:12  lekin atheist ne is ko hijack kar liya.</w:t>
      </w:r>
      <w:r>
        <w:br/>
      </w:r>
      <w:r>
        <w:rPr>
          <w:sz w:val="20"/>
        </w:rPr>
        <w:t>24:16  unhon ne kya kaha?</w:t>
      </w:r>
      <w:r>
        <w:br/>
      </w:r>
      <w:r>
        <w:rPr>
          <w:sz w:val="20"/>
        </w:rPr>
        <w:t>24:20  unhon ne kaha ke yani science, kisi scientist ne yeh baat nahi ki thi. unhon ne sirf itna kaha ke jo events hotay hain, un ke peechay aik cause hota hai.</w:t>
      </w:r>
      <w:r>
        <w:br/>
      </w:r>
      <w:r>
        <w:rPr>
          <w:sz w:val="20"/>
        </w:rPr>
        <w:t>24:32  bas to yeh aik process hai Khuda ka ke har event ke peechay aik cause. to</w:t>
      </w:r>
      <w:r>
        <w:br/>
      </w:r>
      <w:r>
        <w:rPr>
          <w:sz w:val="20"/>
        </w:rPr>
        <w:t>24:41  jo yeh thay humanist thay ya atheist jo thay, unhon ne is ko hijack kar liya. unhon ne kya kaha? "if events are due to natural causes, that are not due to supernatural causes." dekhen, yeh kisi bhi scientist ne nahi kaha tha.</w:t>
      </w:r>
      <w:r>
        <w:br/>
      </w:r>
      <w:r>
        <w:rPr>
          <w:sz w:val="20"/>
        </w:rPr>
        <w:t>24:55  yeh</w:t>
      </w:r>
      <w:r>
        <w:br/>
      </w:r>
      <w:r>
        <w:rPr>
          <w:sz w:val="20"/>
        </w:rPr>
        <w:t>24:58  yeh kisi scientist ne yeh baat nahi ki thi ke "if events are due to natural causes, that are not due to supernatural causes." aur phir science ko istemal kiya gaya atheism ke liye.</w:t>
      </w:r>
      <w:r>
        <w:br/>
      </w:r>
      <w:r>
        <w:rPr>
          <w:sz w:val="20"/>
        </w:rPr>
        <w:t>25:12  khud scientiston ne kabhi bhi yeh nahi kaha tha ke Khuda nahi hai, kyunke jis physical world ko woh study karte hain, us mein to har taraf harmony hai, har taraf meaning full activities hain,</w:t>
      </w:r>
      <w:r>
        <w:br/>
      </w:r>
      <w:r>
        <w:rPr>
          <w:sz w:val="20"/>
        </w:rPr>
        <w:t>25:28  har taraf zero defect industry hai, aik kamal darjay ki unity hai, har taraf, har taraf, har taraf aik sense of wah paida hota hai us ko dekh kar.</w:t>
      </w:r>
      <w:r>
        <w:br/>
      </w:r>
      <w:r>
        <w:rPr>
          <w:sz w:val="20"/>
        </w:rPr>
        <w:t>25:40  to scientist mante thay ke is ke peechay koi na koi power hai, koi intelligent power, koi controller hai is ke peechay. lekin jo atheist thay, unhon ne hijack kar ke kaha ke "if events are due to natural causes, that are not due to supernatural causes." is ke responsible scientist nahi hain,</w:t>
      </w:r>
      <w:r>
        <w:br/>
      </w:r>
      <w:r>
        <w:rPr>
          <w:sz w:val="20"/>
        </w:rPr>
        <w:t>26:00  is ke responsible doosre log hain,</w:t>
      </w:r>
      <w:r>
        <w:br/>
      </w:r>
      <w:r>
        <w:rPr>
          <w:sz w:val="20"/>
        </w:rPr>
        <w:t>26:05  jaisay Huxley, Bertand Russell waghera, John Stuart Mill waghera. yeh mamla Darwin ka hai.</w:t>
      </w:r>
      <w:r>
        <w:br/>
      </w:r>
      <w:r>
        <w:rPr>
          <w:sz w:val="20"/>
        </w:rPr>
        <w:t>26:15  dekhiye, Darwin khud munkir Khuda nahi tha. yaad rakhiye, agarchay aaj sab se ziyada istemal kiya jata hai evolution theory ko inkar Khuda ke liye, lekin Darwin aisa nahi tha.</w:t>
      </w:r>
      <w:r>
        <w:br/>
      </w:r>
      <w:r>
        <w:rPr>
          <w:sz w:val="20"/>
        </w:rPr>
        <w:t>26:28  jo aisa kahe, woh janta nahi hai kuch baaton ko.</w:t>
      </w:r>
      <w:r>
        <w:br/>
      </w:r>
      <w:r>
        <w:rPr>
          <w:sz w:val="20"/>
        </w:rPr>
        <w:t>26:32  is ki kitaab aap parh lijiye: "The Origin of Species". "The Origin of Species". more than once us ne Khuda ka is mein refer kiya hai.</w:t>
      </w:r>
      <w:r>
        <w:br/>
      </w:r>
      <w:r>
        <w:rPr>
          <w:sz w:val="20"/>
        </w:rPr>
        <w:t>26:41  woh kya kehta hai ke Khuda ne aik process chalaya, aik process ko originate kiya, aur phir saaray species duniya mein samne aa gayen, saaray anwaa-e-hayat samne aa gayen.</w:t>
      </w:r>
      <w:r>
        <w:br/>
      </w:r>
      <w:r>
        <w:rPr>
          <w:sz w:val="20"/>
        </w:rPr>
        <w:t>26:57  to yeh jo natural process hai, jo natural selection hai, aur jo survival, survival of the fittest hai, us ke nazdeek yeh Khuda ka process hai, nature ka process hai.</w:t>
      </w:r>
      <w:r>
        <w:br/>
      </w:r>
      <w:r>
        <w:rPr>
          <w:sz w:val="20"/>
        </w:rPr>
        <w:t>27:12  aisa nahi hai ke bas blind, blind forces, yani blind interplay hai, kuch kisi material, material cheezon ka, aur phir cheezen wajood mein aa rahi hain.</w:t>
      </w:r>
      <w:r>
        <w:br/>
      </w:r>
      <w:r>
        <w:rPr>
          <w:sz w:val="20"/>
        </w:rPr>
        <w:t>27:24  to na to Newton ya doosre scientist Khuda ke munkir thay, aur na Darwin Khuda ka munkir tha. lekin hijack kiya kis ne?</w:t>
      </w:r>
    </w:p>
    <w:p>
      <w:pPr>
        <w:pStyle w:val="Heading2"/>
      </w:pPr>
      <w:r>
        <w:t>science's shift from matter to energy to intelligence</w:t>
      </w:r>
    </w:p>
    <w:p>
      <w:r>
        <w:rPr>
          <w:color w:val="666666"/>
          <w:sz w:val="18"/>
        </w:rPr>
        <w:t>Journey of History December 23, 2012 · 2m 25s · at 24:50 · https://youtu.be/bvjWl3U3Dmw?t=1490</w:t>
      </w:r>
    </w:p>
    <w:p>
      <w:r>
        <w:rPr>
          <w:i/>
        </w:rPr>
        <w:t>“Ilmi mutaala ka founder bataya jata hai Galileo aur Newton”</w:t>
      </w:r>
    </w:p>
    <w:p>
      <w:r>
        <w:rPr>
          <w:sz w:val="20"/>
        </w:rPr>
        <w:t>24:50  jo ilmi mutala shuru hua is ka founder bataya jata hai Galileo aur Newton.</w:t>
      </w:r>
      <w:r>
        <w:br/>
      </w:r>
      <w:r>
        <w:rPr>
          <w:sz w:val="20"/>
        </w:rPr>
        <w:t>24:59  is zamane mein ilmi mutala shuru hua.</w:t>
      </w:r>
      <w:r>
        <w:br/>
      </w:r>
      <w:r>
        <w:rPr>
          <w:sz w:val="20"/>
        </w:rPr>
        <w:t>25:03  to shuru zamane mein yani Newton ke zamane mein yeh samjha gaya ke kainat jo hai aik mechanical machine hai. jaise aik machine hai is ko aap chala dein chalti rahe gi.</w:t>
      </w:r>
      <w:r>
        <w:br/>
      </w:r>
      <w:r>
        <w:rPr>
          <w:sz w:val="20"/>
        </w:rPr>
        <w:t>25:15  is par aql nahi hai, is ke paas thought nahi hai.</w:t>
      </w:r>
      <w:r>
        <w:br/>
      </w:r>
      <w:r>
        <w:rPr>
          <w:sz w:val="20"/>
        </w:rPr>
        <w:t>25:20  to kainat poori ki poori aik mechanical machine hai.</w:t>
      </w:r>
      <w:r>
        <w:br/>
      </w:r>
      <w:r>
        <w:rPr>
          <w:sz w:val="20"/>
        </w:rPr>
        <w:t>25:27  ga kainat ka jo base hai matter hai.</w:t>
      </w:r>
      <w:r>
        <w:br/>
      </w:r>
      <w:r>
        <w:rPr>
          <w:sz w:val="20"/>
        </w:rPr>
        <w:t>25:34  lekin</w:t>
      </w:r>
      <w:r>
        <w:br/>
      </w:r>
      <w:r>
        <w:rPr>
          <w:sz w:val="20"/>
        </w:rPr>
        <w:t>25:37  yeh jo theory thi woh damage ho rahi thi yahan tak ke Einstein ke zamane mein bilkul khatm ho gayi. kyunke aap jante hain ke Einstein ka jo discoveries thi is ne sabit kiya ke matter nahi balkeh energy jo hai kainat ki base hai.</w:t>
      </w:r>
      <w:r>
        <w:br/>
      </w:r>
      <w:r>
        <w:rPr>
          <w:sz w:val="20"/>
        </w:rPr>
        <w:t>25:59  yani building block kainat ka pehle jo samjha gaya tha ke matter hai to Einstein ne jo discovery ki is se sabit hua ke building block universe ka matter nahi hai, energy hai.</w:t>
      </w:r>
      <w:r>
        <w:br/>
      </w:r>
      <w:r>
        <w:rPr>
          <w:sz w:val="20"/>
        </w:rPr>
        <w:t>26:13  to woh damage hoga woh. phir abhi bhi safar jari raha.</w:t>
      </w:r>
      <w:r>
        <w:br/>
      </w:r>
      <w:r>
        <w:rPr>
          <w:sz w:val="20"/>
        </w:rPr>
        <w:t>26:21  aagay freid hail aur doosre jo scientist paida hue unhon ne dikhaya ke energy nahi balkeh intelligent jo hai intelligence building block hai.</w:t>
      </w:r>
      <w:r>
        <w:br/>
      </w:r>
      <w:r>
        <w:rPr>
          <w:sz w:val="20"/>
        </w:rPr>
        <w:t>26:33  yani universe ke peechay intelligence hai, zehanat. Kaisi ajeeb baat hai.</w:t>
      </w:r>
      <w:r>
        <w:br/>
      </w:r>
      <w:r>
        <w:rPr>
          <w:sz w:val="20"/>
        </w:rPr>
        <w:t>26:42  yani matter se aagay barh kar meters ke baad meters se safar shuru kar ke pohancha energy tak, energy se pohanch kar pohancha intelligence tak.</w:t>
      </w:r>
      <w:r>
        <w:br/>
      </w:r>
      <w:r>
        <w:rPr>
          <w:sz w:val="20"/>
        </w:rPr>
        <w:t>26:56  to ab yeh mana ja raha hai scientific community mein ke yeh is dunya ke peechay intelligence hai.</w:t>
      </w:r>
      <w:r>
        <w:br/>
      </w:r>
      <w:r>
        <w:rPr>
          <w:sz w:val="20"/>
        </w:rPr>
        <w:t>27:06  yeh intelligent universe hai yeh. Mechanical universe nahi hai. Intelligent universe hai.</w:t>
      </w:r>
    </w:p>
    <w:p>
      <w:pPr>
        <w:pStyle w:val="Heading2"/>
      </w:pPr>
      <w:r>
        <w:t>science's journey from matter to energy to a master computer</w:t>
      </w:r>
    </w:p>
    <w:p>
      <w:r>
        <w:rPr>
          <w:color w:val="666666"/>
          <w:sz w:val="18"/>
        </w:rPr>
        <w:t>Journey of History December 23, 2012 · 5m 39s · at 24:50 · https://youtu.be/bvjWl3U3Dmw?t=1490</w:t>
      </w:r>
    </w:p>
    <w:p>
      <w:r>
        <w:rPr>
          <w:i/>
        </w:rPr>
        <w:t>“Duniya ke baare mein ilmi mutaala ka founder Galileo aur Newton bataye jate hain”</w:t>
      </w:r>
    </w:p>
    <w:p>
      <w:r>
        <w:rPr>
          <w:sz w:val="20"/>
        </w:rPr>
        <w:t>24:50  jo ilmi mutala shuru hua is ka founder bataya jata hai Galileo aur Newton.</w:t>
      </w:r>
      <w:r>
        <w:br/>
      </w:r>
      <w:r>
        <w:rPr>
          <w:sz w:val="20"/>
        </w:rPr>
        <w:t>24:59  is zamane mein ilmi mutala shuru hua.</w:t>
      </w:r>
      <w:r>
        <w:br/>
      </w:r>
      <w:r>
        <w:rPr>
          <w:sz w:val="20"/>
        </w:rPr>
        <w:t>25:03  to shuru zamane mein yani Newton ke zamane mein yeh samjha gaya ke kainat jo hai aik mechanical machine hai. jaise aik machine hai is ko aap chala dein chalti rahe gi.</w:t>
      </w:r>
      <w:r>
        <w:br/>
      </w:r>
      <w:r>
        <w:rPr>
          <w:sz w:val="20"/>
        </w:rPr>
        <w:t>25:15  is par aql nahi hai, is ke paas thought nahi hai.</w:t>
      </w:r>
      <w:r>
        <w:br/>
      </w:r>
      <w:r>
        <w:rPr>
          <w:sz w:val="20"/>
        </w:rPr>
        <w:t>25:20  to kainat poori ki poori aik mechanical machine hai.</w:t>
      </w:r>
      <w:r>
        <w:br/>
      </w:r>
      <w:r>
        <w:rPr>
          <w:sz w:val="20"/>
        </w:rPr>
        <w:t>25:27  ga kainat ka jo base hai matter hai.</w:t>
      </w:r>
      <w:r>
        <w:br/>
      </w:r>
      <w:r>
        <w:rPr>
          <w:sz w:val="20"/>
        </w:rPr>
        <w:t>25:34  lekin</w:t>
      </w:r>
      <w:r>
        <w:br/>
      </w:r>
      <w:r>
        <w:rPr>
          <w:sz w:val="20"/>
        </w:rPr>
        <w:t>25:37  yeh jo theory thi woh damage ho rahi thi yahan tak ke Einstein ke zamane mein bilkul khatm ho gayi. kyunke aap jante hain ke Einstein ka jo discoveries thi is ne sabit kiya ke matter nahi balkeh energy jo hai kainat ki base hai.</w:t>
      </w:r>
      <w:r>
        <w:br/>
      </w:r>
      <w:r>
        <w:rPr>
          <w:sz w:val="20"/>
        </w:rPr>
        <w:t>25:59  yani building block kainat ka pehle jo samjha gaya tha ke matter hai to Einstein ne jo discovery ki is se sabit hua ke building block universe ka matter nahi hai, energy hai.</w:t>
      </w:r>
      <w:r>
        <w:br/>
      </w:r>
      <w:r>
        <w:rPr>
          <w:sz w:val="20"/>
        </w:rPr>
        <w:t>26:13  to woh damage hoga woh. phir abhi bhi safar jari raha.</w:t>
      </w:r>
      <w:r>
        <w:br/>
      </w:r>
      <w:r>
        <w:rPr>
          <w:sz w:val="20"/>
        </w:rPr>
        <w:t>26:21  aagay freid hail aur doosre jo scientist paida hue unhon ne dikhaya ke energy nahi balkeh intelligent jo hai intelligence building block hai.</w:t>
      </w:r>
      <w:r>
        <w:br/>
      </w:r>
      <w:r>
        <w:rPr>
          <w:sz w:val="20"/>
        </w:rPr>
        <w:t>26:33  yani universe ke peechay intelligence hai, zehanat. Kaisi ajeeb baat hai.</w:t>
      </w:r>
      <w:r>
        <w:br/>
      </w:r>
      <w:r>
        <w:rPr>
          <w:sz w:val="20"/>
        </w:rPr>
        <w:t>26:42  yani matter se aagay barh kar meters ke baad meters se safar shuru kar ke pohancha energy tak, energy se pohanch kar pohancha intelligence tak.</w:t>
      </w:r>
      <w:r>
        <w:br/>
      </w:r>
      <w:r>
        <w:rPr>
          <w:sz w:val="20"/>
        </w:rPr>
        <w:t>26:56  to ab yeh mana ja raha hai scientific community mein ke yeh is dunya ke peechay intelligence hai.</w:t>
      </w:r>
      <w:r>
        <w:br/>
      </w:r>
      <w:r>
        <w:rPr>
          <w:sz w:val="20"/>
        </w:rPr>
        <w:t>27:06  yeh intelligent universe hai yeh. Mechanical universe nahi hai. Intelligent universe hai.</w:t>
      </w:r>
      <w:r>
        <w:br/>
      </w:r>
      <w:r>
        <w:rPr>
          <w:sz w:val="20"/>
        </w:rPr>
        <w:t>27:15  ab jo recently yeh jo tehqeeqat hoti rehti hain to abhi recently jo aik aik university of washington mein jo research hui hai mere paas mere saamne mere paas yeh angrezi akhbar hai 17 december ka, december 17 ka.</w:t>
      </w:r>
      <w:r>
        <w:br/>
      </w:r>
      <w:r>
        <w:rPr>
          <w:sz w:val="20"/>
        </w:rPr>
        <w:t>27:34  is ki dekhen is ki jo heading hai master computer controls controls universe.</w:t>
      </w:r>
      <w:r>
        <w:br/>
      </w:r>
      <w:r>
        <w:rPr>
          <w:sz w:val="20"/>
        </w:rPr>
        <w:t>27:44  master computer controls universe. Yeh university of washington ke jo science dan hain unhon ne research kiya hai.</w:t>
      </w:r>
      <w:r>
        <w:br/>
      </w:r>
      <w:r>
        <w:rPr>
          <w:sz w:val="20"/>
        </w:rPr>
        <w:t>27:56  in ki research chhapi hai scientific general mein. Is ki report akhbar mein aayi hai.</w:t>
      </w:r>
      <w:r>
        <w:br/>
      </w:r>
      <w:r>
        <w:rPr>
          <w:sz w:val="20"/>
        </w:rPr>
        <w:t>28:02  in ka kehna hai ke itna zyada complex hai mamla universe ka. Itna zyada is ke andar energence hai.</w:t>
      </w:r>
      <w:r>
        <w:br/>
      </w:r>
      <w:r>
        <w:rPr>
          <w:sz w:val="20"/>
        </w:rPr>
        <w:t>28:11  itna zabardast control hai. Itna zabardast discipline hai</w:t>
      </w:r>
      <w:r>
        <w:br/>
      </w:r>
      <w:r>
        <w:rPr>
          <w:sz w:val="20"/>
        </w:rPr>
        <w:t>28:18  ke aap ko explain nahi hota ke is ke baghair ke mana jaye ke koi bohat hi super computer hai. Koi bohat hi super control computer hai jo is ko poori tarah pe control mein liye hue hai.</w:t>
      </w:r>
      <w:r>
        <w:br/>
      </w:r>
      <w:r>
        <w:rPr>
          <w:sz w:val="20"/>
        </w:rPr>
        <w:t>28:32  to in ke yeh in ka manna hai ke master master computer controls universe. Yeh master computer kya hai?</w:t>
      </w:r>
      <w:r>
        <w:br/>
      </w:r>
      <w:r>
        <w:rPr>
          <w:sz w:val="20"/>
        </w:rPr>
        <w:t>28:45  yani master computer jo hai sirf aik lafz ki baat hai. Is ka matlab hai divine computer. Kyun ke computer jo mechanical computer hota hai woh to kuch bhi nahi kar sakta.</w:t>
      </w:r>
      <w:r>
        <w:br/>
      </w:r>
      <w:r>
        <w:rPr>
          <w:sz w:val="20"/>
        </w:rPr>
        <w:t>28:59  aap jante hain ke insan jo ise feed karta hai usi ko batata hai aap computer.</w:t>
      </w:r>
      <w:r>
        <w:br/>
      </w:r>
      <w:r>
        <w:rPr>
          <w:sz w:val="20"/>
        </w:rPr>
        <w:t>29:08  jaise mein bol raha hoon to mein apne aap bol raha hoon to is tarah nahi bolta computer. Computer feed kiya jata hai usi ko repeat karta hai. Computer sirf repeat karta hai.</w:t>
      </w:r>
      <w:r>
        <w:br/>
      </w:r>
      <w:r>
        <w:rPr>
          <w:sz w:val="20"/>
        </w:rPr>
        <w:t>29:19  create nahi karta woh. Mere jaisa aik insan to create karta hai.</w:t>
      </w:r>
      <w:r>
        <w:br/>
      </w:r>
      <w:r>
        <w:rPr>
          <w:sz w:val="20"/>
        </w:rPr>
        <w:t>29:25  bohat se log galat fehmi mein hain ke computer ko create bhi karta hai. Yeh yeh galat baat hai, jhooti baat hai yeh. Jis tarah se mein soch kar bol raha hoon ya koi bhi insan soch kar bolta hai, creative thought ko batata hai to koi computer aisa nahi kar sakta.</w:t>
      </w:r>
      <w:r>
        <w:br/>
      </w:r>
      <w:r>
        <w:rPr>
          <w:sz w:val="20"/>
        </w:rPr>
        <w:t>29:44  computer ab jo aap feed kar dete hain feed kar usi ko repeat karta hai computer. Analysis karta hai, bohat se bohat analysis karta hai.</w:t>
      </w:r>
      <w:r>
        <w:br/>
      </w:r>
      <w:r>
        <w:rPr>
          <w:sz w:val="20"/>
        </w:rPr>
        <w:t>29:53  to master computer ko jab tak aap aik aur mani denge ke divine computer tab ja kar yeh mamla explain hoga.</w:t>
      </w:r>
      <w:r>
        <w:br/>
      </w:r>
      <w:r>
        <w:rPr>
          <w:sz w:val="20"/>
        </w:rPr>
        <w:t>30:08  to jab insan ne yeh kaha ke kainat ka building block matter hai woh baat chali nahi. Phir kaha ke kainat ka building block energy hai woh baat chali nahi.</w:t>
      </w:r>
      <w:r>
        <w:br/>
      </w:r>
      <w:r>
        <w:rPr>
          <w:sz w:val="20"/>
        </w:rPr>
        <w:t>30:20  phir kaha ke kainat ka building block energence hai woh bhi nahi chala. Ab kya keh raha hai kainat ka building block jo hai woh kya hai? Aik master computer.</w:t>
      </w:r>
    </w:p>
    <w:p>
      <w:pPr>
        <w:pStyle w:val="Heading2"/>
      </w:pPr>
      <w:r>
        <w:t>The four pillars of modern Western thought</w:t>
      </w:r>
    </w:p>
    <w:p>
      <w:r>
        <w:rPr>
          <w:color w:val="666666"/>
          <w:sz w:val="18"/>
        </w:rPr>
        <w:t>Pillars of Western Thought October 6, 2013 · 2m 26s · at 3:18 · https://youtu.be/o4WfPvju5_M?t=198</w:t>
      </w:r>
    </w:p>
    <w:p>
      <w:r>
        <w:rPr>
          <w:i/>
        </w:rPr>
        <w:t>“Western thought stands on four pillars: Newton, Darwin, Marx, Freud”</w:t>
      </w:r>
    </w:p>
    <w:p>
      <w:r>
        <w:rPr>
          <w:sz w:val="20"/>
        </w:rPr>
        <w:t>3:18  jo moajza jo maghrib hai, us ke char basic sutoon hain, pillars hain.</w:t>
      </w:r>
      <w:r>
        <w:br/>
      </w:r>
      <w:r>
        <w:rPr>
          <w:sz w:val="20"/>
        </w:rPr>
        <w:t>3:28  pillars. woh hain newton, isaac newton, charles darwin, karl marx, aur sigmund freud.</w:t>
      </w:r>
      <w:r>
        <w:br/>
      </w:r>
      <w:r>
        <w:rPr>
          <w:sz w:val="20"/>
        </w:rPr>
        <w:t>3:43  in charon ke khayalat unniswin sadi mein phailay, nineteen century mein. jab ke trace ka zamana aa chuka tha.</w:t>
      </w:r>
      <w:r>
        <w:br/>
      </w:r>
      <w:r>
        <w:rPr>
          <w:sz w:val="20"/>
        </w:rPr>
        <w:t>3:53  dekhiye, kisi bhi khayal ko phailne ke liye trace zaroori hai.</w:t>
      </w:r>
      <w:r>
        <w:br/>
      </w:r>
      <w:r>
        <w:rPr>
          <w:sz w:val="20"/>
        </w:rPr>
        <w:t>3:59  is tarah ka ek waqea hua tha dasveen sadi isvi mein ke khan al-safa iraq mein bani thi, ek khan al-safa, woh bhi isi tarah ki ek ek tanzeem thi, jo secret tanzeem thi.</w:t>
      </w:r>
      <w:r>
        <w:br/>
      </w:r>
      <w:r>
        <w:rPr>
          <w:sz w:val="20"/>
        </w:rPr>
        <w:t>4:19  to woh phaili nahi, woh kyunke woh printing press ka zamana nahi tha, woh</w:t>
      </w:r>
      <w:r>
        <w:br/>
      </w:r>
      <w:r>
        <w:rPr>
          <w:sz w:val="20"/>
        </w:rPr>
        <w:t>4:23  mahdood daira mein rahi, aur phir woh ab woh us ki kitabein jo hain, kisi kisi kisi kutub khane mein milein gi aap ko, aur kahin nahi milein gi.</w:t>
      </w:r>
      <w:r>
        <w:br/>
      </w:r>
      <w:r>
        <w:rPr>
          <w:sz w:val="20"/>
        </w:rPr>
        <w:t>4:35  rasail is khawar al-safa jo hain, woh hum ne parha tha madrasay ke zamane mein. lekin us ki hesiyat kya hai? printing press ka zamana in ko nahi mila, is liye woh khatam ho gaye.</w:t>
      </w:r>
      <w:r>
        <w:br/>
      </w:r>
      <w:r>
        <w:rPr>
          <w:sz w:val="20"/>
        </w:rPr>
        <w:t>4:48  to yeh jo chaar pillars hain, in ke baray mein arz karna chahta hoon ke unhone kuch ideology dunya ko di, aisi ideology jo attract karti thi insan ke zehn ko.</w:t>
      </w:r>
      <w:r>
        <w:br/>
      </w:r>
      <w:r>
        <w:rPr>
          <w:sz w:val="20"/>
        </w:rPr>
        <w:t>4:59  is ka matlab mein nahi keh raha hoon ke un ki ideology sahi thi. sahi nahi hai. lekin us andaaz se unhone pesh kiya ke woh logon ko attract kar rahi thi.</w:t>
      </w:r>
      <w:r>
        <w:br/>
      </w:r>
      <w:r>
        <w:rPr>
          <w:sz w:val="20"/>
        </w:rPr>
        <w:t>5:11  dekhiye, Isaac Newton jo hai, us ne kya kiya?</w:t>
      </w:r>
      <w:r>
        <w:br/>
      </w:r>
      <w:r>
        <w:rPr>
          <w:sz w:val="20"/>
        </w:rPr>
        <w:t>5:18  us ne kainat ka ek mechanical interpretation diya dunya ko. mechanical interpretation. to insan hamesha se chahta tha explain karna.</w:t>
      </w:r>
      <w:r>
        <w:br/>
      </w:r>
      <w:r>
        <w:rPr>
          <w:sz w:val="20"/>
        </w:rPr>
        <w:t>5:30  log intezar mein thay koi explanation milay. to Newton ka jo explanation tha, ab is mein mechanical tha, aur woh bohat hi adhura tha, lekin bohat us ko qabooliyat hasil hui.</w:t>
      </w:r>
    </w:p>
    <w:p>
      <w:pPr>
        <w:pStyle w:val="Heading2"/>
      </w:pPr>
      <w:r>
        <w:t>Western thinkers Newton, Darwin, Marx, Freud died frustrated</w:t>
      </w:r>
    </w:p>
    <w:p>
      <w:r>
        <w:rPr>
          <w:color w:val="666666"/>
          <w:sz w:val="18"/>
        </w:rPr>
        <w:t>Pillars of Western Thought October 6, 2013 · 39s · at 42:55 · https://youtu.be/o4WfPvju5_M?t=2575</w:t>
      </w:r>
    </w:p>
    <w:p>
      <w:r>
        <w:rPr>
          <w:i/>
        </w:rPr>
        <w:t>“Newton died in frustration. So did Darwin, Marx, and Freud”</w:t>
      </w:r>
    </w:p>
    <w:p>
      <w:r>
        <w:rPr>
          <w:sz w:val="20"/>
        </w:rPr>
        <w:t>42:55  mere apne tajrube ke mutabiq jitne bhi musallahin hain, chahe koi bhi ho, woh in sab ka khatma frustration par hota hai.</w:t>
      </w:r>
      <w:r>
        <w:br/>
      </w:r>
      <w:r>
        <w:rPr>
          <w:sz w:val="20"/>
        </w:rPr>
        <w:t>43:08  newton frustration mein mara, darwin frustration mein mara, karl marx frustration mein mara, freud frustration mein mara. Kyun?</w:t>
      </w:r>
      <w:r>
        <w:br/>
      </w:r>
      <w:r>
        <w:rPr>
          <w:sz w:val="20"/>
        </w:rPr>
        <w:t>43:18  shuru shuru mein to unhon ne samjha tha ke yeh main ne ek ek saheeh ideology daryaft kar</w:t>
      </w:r>
      <w:r>
        <w:br/>
      </w:r>
      <w:r>
        <w:rPr>
          <w:sz w:val="20"/>
        </w:rPr>
        <w:t>43:23  li hai, lekin baat ko dheere dheere un ko khola gaya to saheeh nahi tha. Yeh to false ideology thi. To sab baraste hain frustration mein.</w:t>
      </w:r>
    </w:p>
    <w:p>
      <w:pPr>
        <w:pStyle w:val="Heading2"/>
      </w:pPr>
      <w:r>
        <w:t>Newton's orphaned childhood and unlocked potential</w:t>
      </w:r>
    </w:p>
    <w:p>
      <w:r>
        <w:rPr>
          <w:color w:val="666666"/>
          <w:sz w:val="18"/>
        </w:rPr>
        <w:t>What is Right Thinking June 23, 2024 · 2m 11s · at 24:21 · https://youtu.be/ZOxcATnAqNs?t=1461</w:t>
      </w:r>
    </w:p>
    <w:p>
      <w:r>
        <w:rPr>
          <w:i/>
        </w:rPr>
        <w:t>“Newton just before three months of his birth, his father died”</w:t>
      </w:r>
    </w:p>
    <w:p>
      <w:r>
        <w:rPr>
          <w:sz w:val="20"/>
        </w:rPr>
        <w:t>24:21  hum log sab newton ko jante hain as a british physicist and mathematician and we know him, the world knows him as a successful scientific person who discovered the laws of motion. but people do not know what went into the making of this great newton. in fact, agar aap unke childhood days ke baare mein padhe to it was not a very happy childhood as his biographer wrote.</w:t>
      </w:r>
      <w:r>
        <w:br/>
      </w:r>
      <w:r>
        <w:rPr>
          <w:sz w:val="20"/>
        </w:rPr>
        <w:t>24:48  newton just before three months of his birth, his father died and his mother remarried. so he was like an orphan and typically agar koi aisa orphan ki aap story sunenge to woh excuses dega ki i didn't have a happy childhood and that's why i did not succeed in life. but newton ke saath ekdam opposite hua.</w:t>
      </w:r>
      <w:r>
        <w:br/>
      </w:r>
      <w:r>
        <w:rPr>
          <w:sz w:val="20"/>
        </w:rPr>
        <w:t>25:10  Newton began to spend solitary moments and people thought that he's become absent minded, he's a wool gatherer</w:t>
      </w:r>
      <w:r>
        <w:br/>
      </w:r>
      <w:r>
        <w:rPr>
          <w:sz w:val="20"/>
        </w:rPr>
        <w:t>25:16  kyunki father nahin hai, mother ne dobara shaadi kar li hai.</w:t>
      </w:r>
      <w:r>
        <w:br/>
      </w:r>
      <w:r>
        <w:rPr>
          <w:sz w:val="20"/>
        </w:rPr>
        <w:t>25:22  But it so happened that Newton was converting his disadvantage into advantage.</w:t>
      </w:r>
      <w:r>
        <w:br/>
      </w:r>
      <w:r>
        <w:rPr>
          <w:sz w:val="20"/>
        </w:rPr>
        <w:t>25:28  He was intensifying his thinking capacity and as a result he became a great scientist.</w:t>
      </w:r>
      <w:r>
        <w:br/>
      </w:r>
      <w:r>
        <w:rPr>
          <w:sz w:val="20"/>
        </w:rPr>
        <w:t>25:34  He was able to, discover the laws of motion as I just mentioned.</w:t>
      </w:r>
      <w:r>
        <w:br/>
      </w:r>
      <w:r>
        <w:rPr>
          <w:sz w:val="20"/>
        </w:rPr>
        <w:t>25:41  to ek cheez jo demonstrate karti hai newton ki life se ki har insaan ke andar ek bahut hi unlimited potential hai and that unlimited potential can only be unfolded jaise farida aapne bataya through positive thinking. aapki ek journey hai. ab agar aap complaints mein rahenge, frustration mein rahenge, negative thinking mein rahenge, to aap usko aap apne potential ko unfold nahi kar payenge.</w:t>
      </w:r>
      <w:r>
        <w:br/>
      </w:r>
      <w:r>
        <w:rPr>
          <w:sz w:val="20"/>
        </w:rPr>
        <w:t>26:07  to yeh bada achha aapka example newton ki early life samay milta hai ki kis tarah despite unfavorable situation he was able to become so hugely successful. aapka ek aur cheez isi ko aage badhate hue mera agla sawal bhi yahi hai ki aksar log binary thinking mein fans jate hain, black and white kind of a thinking.</w:t>
      </w:r>
      <w:r>
        <w:br/>
      </w:r>
      <w:r>
        <w:rPr>
          <w:sz w:val="20"/>
        </w:rPr>
        <w:t>26:32  they do not pay attention to the nuances or the complexities or the spectrum of possibilities that a situation present. and log jo hain wo dichotomous thinking mein hamesha rehte hain. to aap yeh kya hai dichotomous thinking? aur kis tarah se hamein isko deal karna chahiye? iske baare mein bhi aap bataiye.</w:t>
      </w:r>
    </w:p>
    <w:p>
      <w:pPr>
        <w:pStyle w:val="Heading2"/>
      </w:pPr>
      <w:r>
        <w:t>Newton discovered gravity but missed its Creator</w:t>
      </w:r>
    </w:p>
    <w:p>
      <w:r>
        <w:rPr>
          <w:color w:val="666666"/>
          <w:sz w:val="18"/>
        </w:rPr>
        <w:t>The Importance of Intellectual Awakening September 30, 2007 · 1m 59s · at 4:58 · https://youtu.be/foRHHjBDbYI?t=298</w:t>
      </w:r>
    </w:p>
    <w:p>
      <w:r>
        <w:rPr>
          <w:i/>
        </w:rPr>
        <w:t>“Isaac Newton ek apple garden mein tha”</w:t>
      </w:r>
    </w:p>
    <w:p>
      <w:r>
        <w:rPr>
          <w:sz w:val="20"/>
        </w:rPr>
        <w:t>4:58  main apni jo spiritual tree hai hamare haan, us ke neeche baitha hua tha.</w:t>
      </w:r>
      <w:r>
        <w:br/>
      </w:r>
      <w:r>
        <w:rPr>
          <w:sz w:val="20"/>
        </w:rPr>
        <w:t>5:05  achanak mere dhyan mein aya ke saare teen sau saal pehle, Isaac Newton,</w:t>
      </w:r>
      <w:r>
        <w:br/>
      </w:r>
      <w:r>
        <w:rPr>
          <w:sz w:val="20"/>
        </w:rPr>
        <w:t>5:18  ek apple garden mein tha, to us ke samne</w:t>
      </w:r>
      <w:r>
        <w:br/>
      </w:r>
      <w:r>
        <w:rPr>
          <w:sz w:val="20"/>
        </w:rPr>
        <w:t>5:28  ek apple oper se toot kar gira. girta rehta hai.</w:t>
      </w:r>
      <w:r>
        <w:br/>
      </w:r>
      <w:r>
        <w:rPr>
          <w:sz w:val="20"/>
        </w:rPr>
        <w:t>5:35  to us ne socha ke ye apple oper se neeche kiya aya? to sochte sochte wo yahan tak pohancha ke hamari jo zameen hai, jo earth hai, us ke andar gravity hai.</w:t>
      </w:r>
      <w:r>
        <w:br/>
      </w:r>
      <w:r>
        <w:rPr>
          <w:sz w:val="20"/>
        </w:rPr>
        <w:t>5:49  gravitational pull hai. is ki wajah se aisa hua ke apple toot kar oper nahi gaya, neeche aa gaya.</w:t>
      </w:r>
      <w:r>
        <w:br/>
      </w:r>
      <w:r>
        <w:rPr>
          <w:sz w:val="20"/>
        </w:rPr>
        <w:t>6:02  lekin ye ye half truth hai jis ko Newton ne daryaft kiya. half truth. is liye ke doosra question se juda hua hai</w:t>
      </w:r>
      <w:r>
        <w:br/>
      </w:r>
      <w:r>
        <w:rPr>
          <w:sz w:val="20"/>
        </w:rPr>
        <w:t>6:15  keh kis ne yeh sab kiya? kis ne create kiya? kis ne peR ko banaya? is tarah banaya keh is mein phal nikle?</w:t>
      </w:r>
      <w:r>
        <w:br/>
      </w:r>
      <w:r>
        <w:rPr>
          <w:sz w:val="20"/>
        </w:rPr>
        <w:t>6:28  yeh sab kis ne kiya? to</w:t>
      </w:r>
      <w:r>
        <w:br/>
      </w:r>
      <w:r>
        <w:rPr>
          <w:sz w:val="20"/>
        </w:rPr>
        <w:t>6:32  yeh is soch ko, is is aspect ko alag kar ke is ne socha. to sirf woh gravity ko daryaft kar saka, bas.</w:t>
      </w:r>
      <w:r>
        <w:br/>
      </w:r>
      <w:r>
        <w:rPr>
          <w:sz w:val="20"/>
        </w:rPr>
        <w:t>6:42  creator of gravity ko woh discover na kar saka. main chahta hoon keh yeh science, log, kai log samajhte hain keh science jo hai koi Khuda ke inkar par mabni hai.</w:t>
      </w:r>
    </w:p>
    <w:p>
      <w:pPr>
        <w:pStyle w:val="Heading2"/>
      </w:pPr>
      <w:r>
        <w:t>entropy science: from predicted cold death to heat death</w:t>
      </w:r>
    </w:p>
    <w:p>
      <w:r>
        <w:rPr>
          <w:color w:val="666666"/>
          <w:sz w:val="18"/>
        </w:rPr>
        <w:t>Thought of The Day February 08, 2009 · 2m 40s · at 6:25 · https://youtu.be/tn8PNm6y2mg?t=385</w:t>
      </w:r>
    </w:p>
    <w:p>
      <w:r>
        <w:rPr>
          <w:i/>
        </w:rPr>
        <w:t>“Newton ke zamane mein law of entropy discover hua tha”</w:t>
      </w:r>
    </w:p>
    <w:p>
      <w:r>
        <w:rPr>
          <w:sz w:val="20"/>
        </w:rPr>
        <w:t>6:25  dekhein, is se pehle science mein newton ke zamane mein law of entropy discover hua. law of entropy jo tha, is ka matlab yeh tha ke dunya dheere dheere thandi ho jayegi,</w:t>
      </w:r>
      <w:r>
        <w:br/>
      </w:r>
      <w:r>
        <w:rPr>
          <w:sz w:val="20"/>
        </w:rPr>
        <w:t>6:44  heat nahi rahegi. jaise hamara sun hai, dheere dheere woh apni temperature kam ho raha hai, kam ho raha hai, kam ho raha hai.</w:t>
      </w:r>
      <w:r>
        <w:br/>
      </w:r>
      <w:r>
        <w:rPr>
          <w:sz w:val="20"/>
        </w:rPr>
        <w:t>6:53  to death to bohat pehle janta tha insaan, lekin us waqt samajhte thay ke yeh cold death hogi. newton ke zamane mein yeh samjha jata tha ke death to aanay wali hai,</w:t>
      </w:r>
      <w:r>
        <w:br/>
      </w:r>
      <w:r>
        <w:rPr>
          <w:sz w:val="20"/>
        </w:rPr>
        <w:t>7:07  lekin woh cold death hogi. yaani dunya thandi ho jayegi, thandi ho jayegi, thandi ho jayegi. to ab zindagi nahi rahegi, khatam, sab kuch khatam ho jayega.</w:t>
      </w:r>
      <w:r>
        <w:br/>
      </w:r>
      <w:r>
        <w:rPr>
          <w:sz w:val="20"/>
        </w:rPr>
        <w:t>7:18  to newton ke zamane mein law of entropy ki discovery ke baad scientist logon ne yeh samjha tha ke cold death aanay wali hai, aur bohat der, abhi bohat door hai woh.</w:t>
      </w:r>
      <w:r>
        <w:br/>
      </w:r>
      <w:r>
        <w:rPr>
          <w:sz w:val="20"/>
        </w:rPr>
        <w:t>7:33  lekin ab aap dekhein, yeh jo global warming hai, is ne mamle ko badal diya.</w:t>
      </w:r>
      <w:r>
        <w:br/>
      </w:r>
      <w:r>
        <w:rPr>
          <w:sz w:val="20"/>
        </w:rPr>
        <w:t>7:44  ab hamare haan kya hai?</w:t>
      </w:r>
      <w:r>
        <w:br/>
      </w:r>
      <w:r>
        <w:rPr>
          <w:sz w:val="20"/>
        </w:rPr>
        <w:t>7:48  barh rahi hai temperature, barh raha hai. yeh jo aag lag rahi hai idhar udhar, isi ki wajah se lag rahi hai aag ke atmosphere mein garmi barh gayi hai. aag kyun lag rahi hai?</w:t>
      </w:r>
      <w:r>
        <w:br/>
      </w:r>
      <w:r>
        <w:rPr>
          <w:sz w:val="20"/>
        </w:rPr>
        <w:t>8:01  jagah jagah aag lag rahi hai. aap jante hain, is se pehle california mein aag lagi, bohat dinon se chalti rahi. woh ab australia mein lagi hai, idhar udhar. to temperature barh gaya atmosphere ka, is wajah se aag bohat aasani se aag lag jati hai.</w:t>
      </w:r>
      <w:r>
        <w:br/>
      </w:r>
      <w:r>
        <w:rPr>
          <w:sz w:val="20"/>
        </w:rPr>
        <w:t>8:15  lag jati hai to phir bujhti nahin.</w:t>
      </w:r>
      <w:r>
        <w:br/>
      </w:r>
      <w:r>
        <w:rPr>
          <w:sz w:val="20"/>
        </w:rPr>
        <w:t>8:20  to science dan pehle yeh samajhte the newton ke zamane mein aur is ke baad tak ke duniya hamesha ke liye to nahin hai, lekin is ko hogi cold death.</w:t>
      </w:r>
      <w:r>
        <w:br/>
      </w:r>
      <w:r>
        <w:rPr>
          <w:sz w:val="20"/>
        </w:rPr>
        <w:t>8:35  thandi ho kar khatm ho jayegi, energy nahin rahegi, heat nahin rahegi, garmi nahin rahegi. lekin ab maloom hua ke woh heat death hai, yani garmi ki sabab se duniya khatm ho rahi hai.</w:t>
      </w:r>
      <w:r>
        <w:br/>
      </w:r>
      <w:r>
        <w:rPr>
          <w:sz w:val="20"/>
        </w:rPr>
        <w:t>8:51  to yeh sirf religious prediction nahin hai, yeh scientific fact hai. end of history jo hai, philosophy mein bhi ek chapter, ek ek chapter aata hai, end of history.</w:t>
      </w:r>
    </w:p>
    <w:p>
      <w:pPr>
        <w:pStyle w:val="Heading2"/>
      </w:pPr>
      <w:r>
        <w:t>Newton discovered gravity through deep, focused thinking</w:t>
      </w:r>
    </w:p>
    <w:p>
      <w:r>
        <w:rPr>
          <w:color w:val="666666"/>
          <w:sz w:val="18"/>
        </w:rPr>
        <w:t>The Art of Thinking January 28, 2024 · 1m 49s · at 7:21 · https://youtu.be/lpUsTrs0ulo?t=441</w:t>
      </w:r>
    </w:p>
    <w:p>
      <w:r>
        <w:rPr>
          <w:i/>
        </w:rPr>
        <w:t>“Newton was called a 'wool-gatherer' for always thinking”</w:t>
      </w:r>
    </w:p>
    <w:p>
      <w:r>
        <w:rPr>
          <w:sz w:val="20"/>
        </w:rPr>
        <w:t>7:21  to is potential ko hamein actualize karna hai, aur woh thinking ke hi zariye hoga. main sirf ek do misaal aap logon ko samne rakhti hoon ke jaise Newton ne gravity, gravitational pull ko discover kiya,</w:t>
      </w:r>
      <w:r>
        <w:br/>
      </w:r>
      <w:r>
        <w:rPr>
          <w:sz w:val="20"/>
        </w:rPr>
        <w:t>7:38  jab ke hazaron baras se log dekh rahe the ke koi bhi cheez oopar se girti hai to neeche aati hai, oopar nahi chali jati.</w:t>
      </w:r>
      <w:r>
        <w:br/>
      </w:r>
      <w:r>
        <w:rPr>
          <w:sz w:val="20"/>
        </w:rPr>
        <w:t>7:47  phal girta hai to neeche girta hai, oopar nahi chala jata. lekin koi sochta nahi tha. We take everything for grant</w:t>
      </w:r>
      <w:r>
        <w:br/>
      </w:r>
      <w:r>
        <w:rPr>
          <w:sz w:val="20"/>
        </w:rPr>
        <w:t>7:56  ed to koi sochta nahi tha. to itni bari haqiqat samajh mein nahi aayi ke hamare jo sare planets hain, sari jo bodies hain, woh is mein gravity hai, wahi ek doosre ko apne مدار par rakhe hue hain.</w:t>
      </w:r>
      <w:r>
        <w:br/>
      </w:r>
      <w:r>
        <w:rPr>
          <w:sz w:val="20"/>
        </w:rPr>
        <w:t>8:13  to Newton jo hai, woh bohat zyada gehrai se sochta tha. to isi liye us ko wool gather kaha jane lag</w:t>
      </w:r>
      <w:r>
        <w:br/>
      </w:r>
      <w:r>
        <w:rPr>
          <w:sz w:val="20"/>
        </w:rPr>
        <w:t>8:21  a tha. wool gather kehte hain us shakhs ko jo absent minded hota hai. to aise logon ko koi ahmiyat nahi deta.</w:t>
      </w:r>
      <w:r>
        <w:br/>
      </w:r>
      <w:r>
        <w:rPr>
          <w:sz w:val="20"/>
        </w:rPr>
        <w:t>8:30  samajhte hain yeh bekar aadmi hai, us ko kuch karna nahi hai, to yeh baitha hai khali idhar udhar. bas woh baitha nahi rehta tha, woh soch raha hota tha. to kyun ke jo bohat zyada mind focused jab tak hum nahi karein ge, to jab tak us ko baatein samajh mein gehrai se koi cheez aa nahi</w:t>
      </w:r>
      <w:r>
        <w:br/>
      </w:r>
      <w:r>
        <w:rPr>
          <w:sz w:val="20"/>
        </w:rPr>
        <w:t>8:49  sakti. to jab us ne dekha seb ko ke seb oopar se gira phal mein, peir mein se, to woh neeche gir gaya.</w:t>
      </w:r>
      <w:r>
        <w:br/>
      </w:r>
      <w:r>
        <w:rPr>
          <w:sz w:val="20"/>
        </w:rPr>
        <w:t>8:58  to woh is par bhi sochne lag gaya ke yeh neeche kyun gira, ooper kyun nahi chala gaya. phir us ko itni gehri haqeeqat samajh mein aayi ke gravitational pull ki.</w:t>
      </w:r>
    </w:p>
    <w:p>
      <w:pPr>
        <w:pStyle w:val="Heading2"/>
      </w:pPr>
      <w:r>
        <w:t>Hidden treasure hadith: quantum physics, paradise's price, Newton's apple</w:t>
      </w:r>
    </w:p>
    <w:p>
      <w:r>
        <w:rPr>
          <w:color w:val="666666"/>
          <w:sz w:val="18"/>
        </w:rPr>
        <w:t>The Discovery of God IIC Prog (Maulana Talk) November 2, 2019 · 5m 58s · at 1:02 · https://youtu.be/u24tYGW6tCM?t=62</w:t>
      </w:r>
    </w:p>
    <w:p>
      <w:r>
        <w:rPr>
          <w:i/>
        </w:rPr>
        <w:t>“کنت کنزم مخفیہ — I was a hidden treasure, said God”</w:t>
      </w:r>
    </w:p>
    <w:p>
      <w:r>
        <w:rPr>
          <w:sz w:val="20"/>
        </w:rPr>
        <w:t>1:02  kuntu kanzam makhfiya fa anwartu an araf, fa khalaqtul khalq yani God ne kaha ke mein ek hidden treasure tha,</w:t>
      </w:r>
      <w:r>
        <w:br/>
      </w:r>
      <w:r>
        <w:rPr>
          <w:sz w:val="20"/>
        </w:rPr>
        <w:t>1:22  phir mein ne chaha ke</w:t>
      </w:r>
      <w:r>
        <w:br/>
      </w:r>
      <w:r>
        <w:rPr>
          <w:sz w:val="20"/>
        </w:rPr>
        <w:t>1:26  ke mein log is ko jaanein,</w:t>
      </w:r>
      <w:r>
        <w:br/>
      </w:r>
      <w:r>
        <w:rPr>
          <w:sz w:val="20"/>
        </w:rPr>
        <w:t>1:36  to mein ne creation ko paida kiya.</w:t>
      </w:r>
      <w:r>
        <w:br/>
      </w:r>
      <w:r>
        <w:rPr>
          <w:sz w:val="20"/>
        </w:rPr>
        <w:t>1:44  is hadith ko samajhne ke liye aap ko ek baat mein arz karunga ke</w:t>
      </w:r>
      <w:r>
        <w:br/>
      </w:r>
      <w:r>
        <w:rPr>
          <w:sz w:val="20"/>
        </w:rPr>
        <w:t>1:53  log yeh</w:t>
      </w:r>
      <w:r>
        <w:br/>
      </w:r>
      <w:r>
        <w:rPr>
          <w:sz w:val="20"/>
        </w:rPr>
        <w:t>1:56  poochte hain ke God agar hai to woh dikhai kyun nahi deta?</w:t>
      </w:r>
      <w:r>
        <w:br/>
      </w:r>
      <w:r>
        <w:rPr>
          <w:sz w:val="20"/>
        </w:rPr>
        <w:t>2:05  to yeh myth quantum physics ne tod diya hai, kyunke myth ne, kyunke quantum physics se sabit hua hai ke ek cheez apna existence rakhti hai, lekin woh dikhai nahi deti.</w:t>
      </w:r>
      <w:r>
        <w:br/>
      </w:r>
      <w:r>
        <w:rPr>
          <w:sz w:val="20"/>
        </w:rPr>
        <w:t>2:25  yeh bohat ajeeb baat hai.</w:t>
      </w:r>
      <w:r>
        <w:br/>
      </w:r>
      <w:r>
        <w:rPr>
          <w:sz w:val="20"/>
        </w:rPr>
        <w:t>2:30  to yeh jo hai ke mein ne chaha ke log mujhe jaanein,</w:t>
      </w:r>
      <w:r>
        <w:br/>
      </w:r>
      <w:r>
        <w:rPr>
          <w:sz w:val="20"/>
        </w:rPr>
        <w:t>2:42  yani hidden hone ke bawajood,</w:t>
      </w:r>
      <w:r>
        <w:br/>
      </w:r>
      <w:r>
        <w:rPr>
          <w:sz w:val="20"/>
        </w:rPr>
        <w:t>2:47  to mein ne is pe bohat socha ke aisa kyun hai ke creator ne apne ko chupa kar rakha hai.</w:t>
      </w:r>
      <w:r>
        <w:br/>
      </w:r>
      <w:r>
        <w:rPr>
          <w:sz w:val="20"/>
        </w:rPr>
        <w:t>2:55  is ki wajah yeh hai ke creator ko</w:t>
      </w:r>
      <w:r>
        <w:br/>
      </w:r>
      <w:r>
        <w:rPr>
          <w:sz w:val="20"/>
        </w:rPr>
        <w:t>3:02  manna ya is ko discover karna ek bohat bada reward hai. Is is ka woh reward hai paradise, eternal paradise.</w:t>
      </w:r>
      <w:r>
        <w:br/>
      </w:r>
      <w:r>
        <w:rPr>
          <w:sz w:val="20"/>
        </w:rPr>
        <w:t>3:18  to God ne paradise ki price yeh rakhi ke dekhe baghair aadmi God ko, yani creator of paradise ko, discover kare.</w:t>
      </w:r>
      <w:r>
        <w:br/>
      </w:r>
      <w:r>
        <w:rPr>
          <w:sz w:val="20"/>
        </w:rPr>
        <w:t>3:39  to is hidden treasure, is hidden treasure ko, is hidden khazane ko dekh, discover karna yahi paradise ki price hai.</w:t>
      </w:r>
      <w:r>
        <w:br/>
      </w:r>
      <w:r>
        <w:rPr>
          <w:sz w:val="20"/>
        </w:rPr>
        <w:t>3:57  to mein yeh arz karna chahunga ke God ne jo method rakha hai, method woh hai,</w:t>
      </w:r>
      <w:r>
        <w:br/>
      </w:r>
      <w:r>
        <w:rPr>
          <w:sz w:val="20"/>
        </w:rPr>
        <w:t>4:14  woh hai shauq. har cheez mein shauq se cheezein jaani jaati hain.</w:t>
      </w:r>
      <w:r>
        <w:br/>
      </w:r>
      <w:r>
        <w:rPr>
          <w:sz w:val="20"/>
        </w:rPr>
        <w:t>4:24  misalan dekhein, teen sau saal pehle newton ka zamana tha, toh kaha jaata hai ke woh</w:t>
      </w:r>
      <w:r>
        <w:br/>
      </w:r>
      <w:r>
        <w:rPr>
          <w:sz w:val="20"/>
        </w:rPr>
        <w:t>4:37  apne garden mein baitha hua tha, ek saib ke saaye ke neeche.</w:t>
      </w:r>
      <w:r>
        <w:br/>
      </w:r>
      <w:r>
        <w:rPr>
          <w:sz w:val="20"/>
        </w:rPr>
        <w:t>4:49  toh upar se ek ek saib gira, woh by chance us ke sar par gira.</w:t>
      </w:r>
      <w:r>
        <w:br/>
      </w:r>
      <w:r>
        <w:rPr>
          <w:sz w:val="20"/>
        </w:rPr>
        <w:t>5:00  toh that was apple shock for Newton yaani newton sochne laga ke yeh yeh saib jo hai, mere sar par kyun gira?</w:t>
      </w:r>
      <w:r>
        <w:br/>
      </w:r>
      <w:r>
        <w:rPr>
          <w:sz w:val="20"/>
        </w:rPr>
        <w:t>5:19  toh that was a shock yaani creator ne dekha ke</w:t>
      </w:r>
      <w:r>
        <w:br/>
      </w:r>
      <w:r>
        <w:rPr>
          <w:sz w:val="20"/>
        </w:rPr>
        <w:t>5:31  million nahin, billion years guzar rahe hain aur insaan ek bohat bari reality se bekhabar hai, woh hai gravitation,</w:t>
      </w:r>
      <w:r>
        <w:br/>
      </w:r>
      <w:r>
        <w:rPr>
          <w:sz w:val="20"/>
        </w:rPr>
        <w:t>5:45  law of gravitation.</w:t>
      </w:r>
      <w:r>
        <w:br/>
      </w:r>
      <w:r>
        <w:rPr>
          <w:sz w:val="20"/>
        </w:rPr>
        <w:t>5:50  aap jante hain ke gravitation kehti hai wohi blessing hai. gravitation agar na ho toh hum aap yahan baith nahin sakte, kyunke buildingen darakht ke patte ki tarah uren gi,</w:t>
      </w:r>
      <w:r>
        <w:br/>
      </w:r>
      <w:r>
        <w:rPr>
          <w:sz w:val="20"/>
        </w:rPr>
        <w:t>6:10  stability khatam ho jayegi.</w:t>
      </w:r>
      <w:r>
        <w:br/>
      </w:r>
      <w:r>
        <w:rPr>
          <w:sz w:val="20"/>
        </w:rPr>
        <w:t>6:14  toh zameen par jo hum dekhte hain, stability woh sab ek blessing hai, grati ki shakal mein.</w:t>
      </w:r>
      <w:r>
        <w:br/>
      </w:r>
      <w:r>
        <w:rPr>
          <w:sz w:val="20"/>
        </w:rPr>
        <w:t>6:25  toh god ne dekha ke insaan itni bari cheez se bekhabar hai,</w:t>
      </w:r>
      <w:r>
        <w:br/>
      </w:r>
      <w:r>
        <w:rPr>
          <w:sz w:val="20"/>
        </w:rPr>
        <w:t>6:29  toh us ne kya kiya ke newton ke sar par saib gira.</w:t>
      </w:r>
      <w:r>
        <w:br/>
      </w:r>
      <w:r>
        <w:rPr>
          <w:sz w:val="20"/>
        </w:rPr>
        <w:t>6:40  that was</w:t>
      </w:r>
      <w:r>
        <w:br/>
      </w:r>
      <w:r>
        <w:rPr>
          <w:sz w:val="20"/>
        </w:rPr>
        <w:t>6:47  that was shocking reminder</w:t>
      </w:r>
      <w:r>
        <w:br/>
      </w:r>
      <w:r>
        <w:rPr>
          <w:sz w:val="20"/>
        </w:rPr>
        <w:t>6:53  apple shock, isi liye mein is ko kehta hoon apple shock.</w:t>
      </w:r>
    </w:p>
    <w:p>
      <w:pPr>
        <w:pStyle w:val="Heading2"/>
      </w:pPr>
      <w:r>
        <w:t>Isaac Newton's solitude unlocked his genius</w:t>
      </w:r>
    </w:p>
    <w:p>
      <w:r>
        <w:rPr>
          <w:color w:val="666666"/>
          <w:sz w:val="18"/>
        </w:rPr>
        <w:t>Creation Plan of God (English) June 30, 2024 Dr. Rajat Malhotra · 1m 52s · at 45:50 · https://youtu.be/w1muAtEno7E?t=2750</w:t>
      </w:r>
    </w:p>
    <w:p>
      <w:r>
        <w:rPr>
          <w:i/>
        </w:rPr>
        <w:t>“We all know Sir Isaac Newton, the British mathematician”</w:t>
      </w:r>
    </w:p>
    <w:p>
      <w:r>
        <w:rPr>
          <w:sz w:val="20"/>
        </w:rPr>
        <w:t>45:50  We all know, Sir Isaac Newton, the British mathematician and physician. He was a great scientist who discovered the laws of motion. But do you know what went into the making of Newton? We all know what Newton is. But before Newton was born, three months before his birth, his father passed away, his mother remarried, and Newton had a childhood deprived of parental love.</w:t>
      </w:r>
      <w:r>
        <w:br/>
      </w:r>
      <w:r>
        <w:rPr>
          <w:sz w:val="20"/>
        </w:rPr>
        <w:t>46:20  He began to spend solitary time. People thought that, you know, he's become a wool gatherer. Newton has become absent minded. That's what his biographer wrote that people thought. So, apparently, what was the drawback of Newton? He turned it into an advantage. He began to intensify his thinking capacity, and he he discovered the laws of motion.</w:t>
      </w:r>
      <w:r>
        <w:br/>
      </w:r>
      <w:r>
        <w:rPr>
          <w:sz w:val="20"/>
        </w:rPr>
        <w:t>46:45  So Newton example gives us, you know, a demonstration that human mind is has unlimited, potential and we have to basically, not get disheartened. There are many people, many success stories where you find that people who face adversity but they did not allow, to be disheartened. And, it so happens that, you know, we face untoward, situations. People are born in orphanage.</w:t>
      </w:r>
      <w:r>
        <w:br/>
      </w:r>
      <w:r>
        <w:rPr>
          <w:sz w:val="20"/>
        </w:rPr>
        <w:t>47:14  They have incomplete education. They face material losses, they do not get job of their liking. But people who do not give up, they do not lose the courage and continue to make hard efforts are the one who become super achievers. And that is why, you know, you should, when you face stress, you have to tell yourself that, I'm not going to make stress my master.</w:t>
      </w:r>
      <w:r>
        <w:br/>
      </w:r>
      <w:r>
        <w:rPr>
          <w:sz w:val="20"/>
        </w:rPr>
        <w:t>47:42  I'm going to make stress as my servant. And this is, you know, very important to understand. Today we we see that there are many centers that have sprung up all over the world in the name of managing stress. They just give some temporary relief. But then when you face a real life situation, it's, back to, you know, square one. And, by the way, do you know stress is, the third biggest killer after cancer and, heart attacks?</w:t>
      </w:r>
    </w:p>
    <w:p>
      <w:pPr>
        <w:pStyle w:val="Heading2"/>
      </w:pPr>
      <w:r>
        <w:t>Newton, Einstein, and not fearing new knowledge</w:t>
      </w:r>
    </w:p>
    <w:p>
      <w:r>
        <w:rPr>
          <w:color w:val="666666"/>
          <w:sz w:val="18"/>
        </w:rPr>
        <w:t>In Conversation with Mohammad Asad Pervez March 27, 2022 · 53s · at 27:11 · https://youtu.be/usQU5XmtkX0?t=1631</w:t>
      </w:r>
    </w:p>
    <w:p>
      <w:r>
        <w:rPr>
          <w:i/>
        </w:rPr>
        <w:t>“Newtonian physics got us to the moon in '69”</w:t>
      </w:r>
    </w:p>
    <w:p>
      <w:r>
        <w:rPr>
          <w:sz w:val="20"/>
        </w:rPr>
        <w:t>27:11  Now, Newtonian physics was all we needed to land on the moon in '69. But Albert Einstein disproved everything Newton said, you know, back in the 40s. That doesn't discredit Newton. It just means that we just it doesn't demerit Newton for his works, everyone now accept Albert Einstein. Then Heisenberg comes up with his uncertainty principle, and then you just switch to the uncertainty principle.</w:t>
      </w:r>
      <w:r>
        <w:br/>
      </w:r>
      <w:r>
        <w:rPr>
          <w:sz w:val="20"/>
        </w:rPr>
        <w:t>27:35  You don't hold on to an idea of, well, how can you disagree with Newton or Einstein or those before you. So the same thing was happened to me when I grew up, you know, hearing all these other different scholars and different people. And then when Monana came up with something that addressed my mind further, it switched. You know, I was very, I was ease, you know, I was easy, it was easy for me to accept it.</w:t>
      </w:r>
      <w:r>
        <w:br/>
      </w:r>
      <w:r>
        <w:rPr>
          <w:sz w:val="20"/>
        </w:rPr>
        <w:t>28:04  So when Mulana made this something I thought of a weakness in me into a strength, I realized that there is no, you know, ideal Muslim or an ideal human being that, ok, if you want to, if you want to contribute toward Islam or towards God's work, you know, you have to know Arabic and then Urdu and then, you know, you need to memorize like 10 juz of the Quran or something. No, you just, God has made everyone different.</w:t>
      </w:r>
    </w:p>
    <w:p>
      <w:pPr>
        <w:pStyle w:val="Heading2"/>
      </w:pPr>
      <w:r>
        <w:t>Newton's secret was the power of patient thought</w:t>
      </w:r>
    </w:p>
    <w:p>
      <w:r>
        <w:rPr>
          <w:color w:val="666666"/>
          <w:sz w:val="18"/>
        </w:rPr>
        <w:t>Interaction Session with Prof. Farida Khanam May 16, 2022 · 36s · at 39:39 · https://youtu.be/eEfmoB2bwBM?t=2379</w:t>
      </w:r>
    </w:p>
    <w:p>
      <w:r>
        <w:rPr>
          <w:i/>
        </w:rPr>
        <w:t>“Newton ne kaha: I have no special sagacity but the power of patient thought”</w:t>
      </w:r>
    </w:p>
    <w:p>
      <w:r>
        <w:rPr>
          <w:sz w:val="20"/>
        </w:rPr>
        <w:t>39:39  to isi baat ko, jo hai newton ne ek baar kaha newton ne jo itni bade bade discoveries ki us par usne kisi se poocha ki aapke andar koi khaas baat ho to bataein. to usne kaha ki i have no special sagacity but the power of patient thought.</w:t>
      </w:r>
      <w:r>
        <w:br/>
      </w:r>
      <w:r>
        <w:rPr>
          <w:sz w:val="20"/>
        </w:rPr>
        <w:t>39:58  to yahi jo patient thought hai na, yahi ek religious man ko quran par karna hai, khuda par karna hai aur tamaam jo spiritual aur religious baatein hain unko us par karna hai. da'wah work par karna hai.</w:t>
      </w:r>
      <w:r>
        <w:br/>
      </w:r>
      <w:r>
        <w:rPr>
          <w:sz w:val="20"/>
        </w:rPr>
        <w:t>40:15  tab hame discoveries hongi, spiritual discoveries hongi aur hame khuda ki madad se hame woh spiritual connection khuda se qaayam hoga jo ki ultimate hai jo ki hum hum jiske liye hame poori koshish karni chahiye. ji, aap aapne bilkul sahi kaha.</w:t>
      </w:r>
    </w:p>
    <w:p>
      <w:pPr>
        <w:pStyle w:val="Heading2"/>
      </w:pPr>
      <w:r>
        <w:t>Newton's apple sparks the birth of rational inquiry</w:t>
      </w:r>
    </w:p>
    <w:p>
      <w:r>
        <w:rPr>
          <w:color w:val="666666"/>
          <w:sz w:val="18"/>
        </w:rPr>
        <w:t>Religious Extremism and Rational Extremism November 27, 2005 Maulana Wahiduddin Khan · 1m 42s · at 8:52 · https://youtu.be/o-EF-I_SE_M?t=532</w:t>
      </w:r>
    </w:p>
    <w:p>
      <w:r>
        <w:rPr>
          <w:i/>
        </w:rPr>
        <w:t>“Newton ne dekha apple ko upar se zameen par girte hue”</w:t>
      </w:r>
    </w:p>
    <w:p>
      <w:r>
        <w:rPr>
          <w:sz w:val="20"/>
        </w:rPr>
        <w:t>8:52  woh phir shuru hui scientific inquiry jis ki ek mashhoor misaal di jati hai ke Newton ne dekha apple ko upar se zameen par gira to hazaron saal se apple zameen par girta tha.</w:t>
      </w:r>
      <w:r>
        <w:br/>
      </w:r>
      <w:r>
        <w:rPr>
          <w:sz w:val="20"/>
        </w:rPr>
        <w:t>9:10  sauce har cheez girti thi upar se neeche to log us ko for granted le lete the ke aisa to hota hi hai, aisa to hota hi rehta hai.</w:t>
      </w:r>
      <w:r>
        <w:br/>
      </w:r>
      <w:r>
        <w:rPr>
          <w:sz w:val="20"/>
        </w:rPr>
        <w:t>9:23  jis ko kehte hain for granted le lena. to pehli baar Europe mein kuch log aise paida hue, maslan Newton, jis ne yeh us ko question banaya ke kyun upar se neeche gira saib, neeche se upar kyun nahin chala gaya?</w:t>
      </w:r>
      <w:r>
        <w:br/>
      </w:r>
      <w:r>
        <w:rPr>
          <w:sz w:val="20"/>
        </w:rPr>
        <w:t>9:44  neeche. yaani yeh yeh sawal hazaron saal kabhi kiya nahin gaya tha ke saib jo hai jab peed se toota to upar kyun nahin chala gaya?</w:t>
      </w:r>
      <w:r>
        <w:br/>
      </w:r>
      <w:r>
        <w:rPr>
          <w:sz w:val="20"/>
        </w:rPr>
        <w:t>9:55  woh neeche kyun aa gaya?</w:t>
      </w:r>
      <w:r>
        <w:br/>
      </w:r>
      <w:r>
        <w:rPr>
          <w:sz w:val="20"/>
        </w:rPr>
        <w:t>10:01  us ko kehte hain spirit of inquiry. spirit of inquiry jo hai woh pehle kabhi maujood nahin thi. agar rahi hogi to kuch thore se logon ke beech mein, aam taur par nahin thi.</w:t>
      </w:r>
      <w:r>
        <w:br/>
      </w:r>
      <w:r>
        <w:rPr>
          <w:sz w:val="20"/>
        </w:rPr>
        <w:t>10:15  yeh pehli baar western Europe mein yeh cheez ubhri. to pehle kuch chand cheezon pe ubhri, physical cheezon par, phir dheere dheere har cheez mein phail gayi.</w:t>
      </w:r>
      <w:r>
        <w:br/>
      </w:r>
      <w:r>
        <w:rPr>
          <w:sz w:val="20"/>
        </w:rPr>
        <w:t>10:31  to us ko kehte hain rational inquiry.</w:t>
      </w:r>
    </w:p>
    <w:p>
      <w:pPr>
        <w:pStyle w:val="Heading2"/>
      </w:pPr>
      <w:r>
        <w:t>Newton's secret: only the power of patient thought</w:t>
      </w:r>
    </w:p>
    <w:p>
      <w:r>
        <w:rPr>
          <w:color w:val="666666"/>
          <w:sz w:val="18"/>
        </w:rPr>
        <w:t>Power of Peace June 6, 2010 Maulana Wahiduddin Khan · 39s · at 5:07 · https://youtu.be/QNnouRoYI38?t=307</w:t>
      </w:r>
    </w:p>
    <w:p>
      <w:r>
        <w:rPr>
          <w:i/>
        </w:rPr>
        <w:t>“I have no special sagacity, only patient thought”</w:t>
      </w:r>
    </w:p>
    <w:p>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Newton's patience and concentration built modern science</w:t>
      </w:r>
    </w:p>
    <w:p>
      <w:r>
        <w:rPr>
          <w:color w:val="666666"/>
          <w:sz w:val="18"/>
        </w:rPr>
        <w:t>Power of Peace June 6, 2010 Maulana Wahiduddin Khan · 2m 40s · at 3:06 · https://youtu.be/QNnouRoYI38?t=186</w:t>
      </w:r>
    </w:p>
    <w:p>
      <w:r>
        <w:rPr>
          <w:i/>
        </w:rPr>
        <w:t>“Newton ka naam bahut bara hai”</w:t>
      </w:r>
    </w:p>
    <w:p>
      <w:r>
        <w:rPr>
          <w:sz w:val="20"/>
        </w:rPr>
        <w:t>3:06  dekhein, newton ka naam bohat bara hai.</w:t>
      </w:r>
      <w:r>
        <w:br/>
      </w:r>
      <w:r>
        <w:rPr>
          <w:sz w:val="20"/>
        </w:rPr>
        <w:t>3:12  is ki death hui thi 1727 mein. 1727 mein. woh founder of modern science mana jata hai.</w:t>
      </w:r>
      <w:r>
        <w:br/>
      </w:r>
      <w:r>
        <w:rPr>
          <w:sz w:val="20"/>
        </w:rPr>
        <w:t>3:26  to is ke baray mein kaha jata hai ke jab chota tha woh, idhar udhar chup chap khara rehta tha. chup chap. to us ko kaha jata tha "wool gatherer".</w:t>
      </w:r>
      <w:r>
        <w:br/>
      </w:r>
      <w:r>
        <w:rPr>
          <w:sz w:val="20"/>
        </w:rPr>
        <w:t>3:40  "Wool gatherer".</w:t>
      </w:r>
      <w:r>
        <w:br/>
      </w:r>
      <w:r>
        <w:rPr>
          <w:sz w:val="20"/>
        </w:rPr>
        <w:t>3:43  baad ko maloom hua ke is ke andar concentration ki bohat zabardast taqat thi. Concentration. yani kisi aik point par bohat ziyada sochna.</w:t>
      </w:r>
      <w:r>
        <w:br/>
      </w:r>
      <w:r>
        <w:rPr>
          <w:sz w:val="20"/>
        </w:rPr>
        <w:t>3:58  dekhein, yeh sabr ke baghair nahi ho sakta. aap aik so aik cheezon se sabr karte hain, tab aap concentrate karte hain.</w:t>
      </w:r>
      <w:r>
        <w:br/>
      </w:r>
      <w:r>
        <w:rPr>
          <w:sz w:val="20"/>
        </w:rPr>
        <w:t>4:09  jaise aaj meri baat cheet hui aik aik lady se,</w:t>
      </w:r>
      <w:r>
        <w:br/>
      </w:r>
      <w:r>
        <w:rPr>
          <w:sz w:val="20"/>
        </w:rPr>
        <w:t>4:13  to unho ne kaha ke mera bachcha jab rota hai to mera dil tarpne lagta hai. maine kaha ke agar bachche ke rone par aap sabr karein to aap bohat bara faida milega aap ko.</w:t>
      </w:r>
      <w:r>
        <w:br/>
      </w:r>
      <w:r>
        <w:rPr>
          <w:sz w:val="20"/>
        </w:rPr>
        <w:t>4:26  bachcha jab rota hai to nature us ki exercise karwati hai. bachcha daur to sakta nahi, to wohi exercise us ki—rone se sara exercise hoti hai—yeh jo hai na, yeh sab.</w:t>
      </w:r>
      <w:r>
        <w:br/>
      </w:r>
      <w:r>
        <w:rPr>
          <w:sz w:val="20"/>
        </w:rPr>
        <w:t>4:38  haath paon maarta hai.</w:t>
      </w:r>
      <w:r>
        <w:br/>
      </w:r>
      <w:r>
        <w:rPr>
          <w:sz w:val="20"/>
        </w:rPr>
        <w:t>4:42  to bachche ka rona bachche ki exercise hai. ab chunke maein jo hain ya baap jo hain, sabr nahi kar paate, daurte hain us ko god mein le lete hain.</w:t>
      </w:r>
      <w:r>
        <w:br/>
      </w:r>
      <w:r>
        <w:rPr>
          <w:sz w:val="20"/>
        </w:rPr>
        <w:t>4:54  kya hua? unho ne us ko—us process ko—stop kar diya. Exercise ke process ko stop kar diya.</w:t>
      </w:r>
      <w:r>
        <w:br/>
      </w:r>
      <w:r>
        <w:rPr>
          <w:sz w:val="20"/>
        </w:rPr>
        <w:t>5:04  us ko kamzor bana diya.</w:t>
      </w:r>
      <w:r>
        <w:br/>
      </w:r>
      <w:r>
        <w:rPr>
          <w:sz w:val="20"/>
        </w:rPr>
        <w:t>5:07  to sabr ko jahan bhi aap dekhein, to mein newton ko keh raha tha ke newton jo hai, baad ko us ne poocha gaya tha, us ne kaha ke "I have no special sagacity; only the power of patient thought".</w:t>
      </w:r>
      <w:r>
        <w:br/>
      </w:r>
      <w:r>
        <w:rPr>
          <w:sz w:val="20"/>
        </w:rPr>
        <w:t>5:23  yani mere andar koi alag dhang ki liyaqat nahi hai, special qism ki. aik hi cheez mere andar hai ke bohat ziyada patiently sochna.</w:t>
      </w:r>
      <w:r>
        <w:br/>
      </w:r>
      <w:r>
        <w:rPr>
          <w:sz w:val="20"/>
        </w:rPr>
        <w:t>5:36  kisi aik cheez par focus kar ke patiently sochna, yeh meri taqat hai. is se woh founder of modern science ban gaya.</w:t>
      </w:r>
    </w:p>
    <w:p>
      <w:pPr>
        <w:pStyle w:val="Heading2"/>
      </w:pPr>
      <w:r>
        <w:t>Matter to energy to intelligence: universe's real building block</w:t>
      </w:r>
    </w:p>
    <w:p>
      <w:r>
        <w:rPr>
          <w:color w:val="666666"/>
          <w:sz w:val="18"/>
        </w:rPr>
        <w:t>Physical Science or Divine Science I 25th Nov, 2012 - Maulana Wahiduddin Khan · 2m 50s · at 17:38 · https://youtu.be/NfJRGRN6OhE?t=1058</w:t>
      </w:r>
    </w:p>
    <w:p>
      <w:r>
        <w:rPr>
          <w:i/>
        </w:rPr>
        <w:t>“Newton ke zamane mein maana gaya tha matter building block hai”</w:t>
      </w:r>
    </w:p>
    <w:p>
      <w:r>
        <w:rPr>
          <w:sz w:val="20"/>
        </w:rPr>
        <w:t>17:38  woh hoti ho rahi thi creation mein, takhleeq mein. to takhleeq mein jab aap tehqeeq karenge to khaliq apne aap sabit ho jayega. chunancha dekhiye, newton ke zamane mein yeh mana gaya tha ke matter jo hai, matter jo hai,</w:t>
      </w:r>
      <w:r>
        <w:br/>
      </w:r>
      <w:r>
        <w:rPr>
          <w:sz w:val="20"/>
        </w:rPr>
        <w:t>17:57  universe ka building block hai. us waqt bohat mechanical thinking thi science daanon mein. to woh samajhte the ke</w:t>
      </w:r>
      <w:r>
        <w:br/>
      </w:r>
      <w:r>
        <w:rPr>
          <w:sz w:val="20"/>
        </w:rPr>
        <w:t>18:10  universe ka building block matter hai. lekin science mein hai to tehqeeq hoti rehti hai. science koi aqeeday ki kitaab nahi hoti, tehqeeq, tehqeeq, tehqeeq, tehqeeq.</w:t>
      </w:r>
      <w:r>
        <w:br/>
      </w:r>
      <w:r>
        <w:rPr>
          <w:sz w:val="20"/>
        </w:rPr>
        <w:t>18:22  chunancha baad ko einstein ke zamane mein maloom hua ke nahi,</w:t>
      </w:r>
      <w:r>
        <w:br/>
      </w:r>
      <w:r>
        <w:rPr>
          <w:sz w:val="20"/>
        </w:rPr>
        <w:t>18:27  matter nahi, energy building block hai universe ka. kyunke matter jab split hua to energy ban gaya.</w:t>
      </w:r>
      <w:r>
        <w:br/>
      </w:r>
      <w:r>
        <w:rPr>
          <w:sz w:val="20"/>
        </w:rPr>
        <w:t>18:35  woh newton ke zamane mein matter solid cheez tha, solid. lekin</w:t>
      </w:r>
      <w:r>
        <w:br/>
      </w:r>
      <w:r>
        <w:rPr>
          <w:sz w:val="20"/>
        </w:rPr>
        <w:t>18:44  einstein ka jab zamana aaya to matter mein split hua, tab woh energy ban gaya. to newton ke to einstein ke zamane mein yeh maan liya gaya hai ke ke universe ka building block energy hai.</w:t>
      </w:r>
      <w:r>
        <w:br/>
      </w:r>
      <w:r>
        <w:rPr>
          <w:sz w:val="20"/>
        </w:rPr>
        <w:t>19:00  lekin baat yahin nahi ruki, phir tehqeeq hoti rahi. yahan tak fred hoyle ka zamana aaya. fred hoyle ne</w:t>
      </w:r>
      <w:r>
        <w:br/>
      </w:r>
      <w:r>
        <w:rPr>
          <w:sz w:val="20"/>
        </w:rPr>
        <w:t>19:09  ek kitaab likhi, uska naam hai "intelligent universe". ab yeh sabit ho gaya ke energy bhi nahi, intelligence building block hai universe ka.</w:t>
      </w:r>
      <w:r>
        <w:br/>
      </w:r>
      <w:r>
        <w:rPr>
          <w:sz w:val="20"/>
        </w:rPr>
        <w:t>19:20  kaisi ajeeb baat hai!</w:t>
      </w:r>
      <w:r>
        <w:br/>
      </w:r>
      <w:r>
        <w:rPr>
          <w:sz w:val="20"/>
        </w:rPr>
        <w:t>19:24  intelligence yani zehan, zehan building block hai universe ka. mazeed tehqeeq hui, mazeed tehqeeq hui, yahan tak ke yeh baat scientifically proof ho gayi ke universe jo hai, is mein bohat intelligent design hai.</w:t>
      </w:r>
      <w:r>
        <w:br/>
      </w:r>
      <w:r>
        <w:rPr>
          <w:sz w:val="20"/>
        </w:rPr>
        <w:t>19:42  aaj yeh ek sabit shuda fact hai, scientifically. is par maine kai article likhe hain, aap parh sakte hain is ko mere magazine mein ke universe jo hai, is ke andar bohat hi zyada intelligent design hai,</w:t>
      </w:r>
      <w:r>
        <w:br/>
      </w:r>
      <w:r>
        <w:rPr>
          <w:sz w:val="20"/>
        </w:rPr>
        <w:t>19:59  yani zaheen design, jahant par mabni design. ab kya baat reh gayi? mujhe bataiye, in intelligent, in intelligent design jo hai,</w:t>
      </w:r>
      <w:r>
        <w:br/>
      </w:r>
      <w:r>
        <w:rPr>
          <w:sz w:val="20"/>
        </w:rPr>
        <w:t>20:13  it was only the other name of god.</w:t>
      </w:r>
      <w:r>
        <w:br/>
      </w:r>
      <w:r>
        <w:rPr>
          <w:sz w:val="20"/>
        </w:rPr>
        <w:t>20:17  aap ghor kijiye, intelligent design ka lafz jo hai, is ka matlab kya hai? it is another name of god.</w:t>
      </w:r>
    </w:p>
    <w:p>
      <w:pPr>
        <w:pStyle w:val="Heading2"/>
      </w:pPr>
      <w:r>
        <w:t>How science's search inside creation led back to the Creator</w:t>
      </w:r>
    </w:p>
    <w:p>
      <w:r>
        <w:rPr>
          <w:color w:val="666666"/>
          <w:sz w:val="18"/>
        </w:rPr>
        <w:t>Physical Science or Divine Science I 25th Nov, 2012 - Maulana Wahiduddin Khan · 4m 02s · at 17:38 · https://youtu.be/NfJRGRN6OhE?t=1058</w:t>
      </w:r>
    </w:p>
    <w:p>
      <w:r>
        <w:rPr>
          <w:i/>
        </w:rPr>
        <w:t>“Newton ke zamane mein maana gaya tha ke matter”</w:t>
      </w:r>
    </w:p>
    <w:p>
      <w:r>
        <w:rPr>
          <w:sz w:val="20"/>
        </w:rPr>
        <w:t>17:38  woh hoti ho rahi thi creation mein, takhleeq mein. to takhleeq mein jab aap tehqeeq karenge to khaliq apne aap sabit ho jayega. chunancha dekhiye, newton ke zamane mein yeh mana gaya tha ke matter jo hai, matter jo hai,</w:t>
      </w:r>
      <w:r>
        <w:br/>
      </w:r>
      <w:r>
        <w:rPr>
          <w:sz w:val="20"/>
        </w:rPr>
        <w:t>17:57  universe ka building block hai. us waqt bohat mechanical thinking thi science daanon mein. to woh samajhte the ke</w:t>
      </w:r>
      <w:r>
        <w:br/>
      </w:r>
      <w:r>
        <w:rPr>
          <w:sz w:val="20"/>
        </w:rPr>
        <w:t>18:10  universe ka building block matter hai. lekin science mein hai to tehqeeq hoti rehti hai. science koi aqeeday ki kitaab nahi hoti, tehqeeq, tehqeeq, tehqeeq, tehqeeq.</w:t>
      </w:r>
      <w:r>
        <w:br/>
      </w:r>
      <w:r>
        <w:rPr>
          <w:sz w:val="20"/>
        </w:rPr>
        <w:t>18:22  chunancha baad ko einstein ke zamane mein maloom hua ke nahi,</w:t>
      </w:r>
      <w:r>
        <w:br/>
      </w:r>
      <w:r>
        <w:rPr>
          <w:sz w:val="20"/>
        </w:rPr>
        <w:t>18:27  matter nahi, energy building block hai universe ka. kyunke matter jab split hua to energy ban gaya.</w:t>
      </w:r>
      <w:r>
        <w:br/>
      </w:r>
      <w:r>
        <w:rPr>
          <w:sz w:val="20"/>
        </w:rPr>
        <w:t>18:35  woh newton ke zamane mein matter solid cheez tha, solid. lekin</w:t>
      </w:r>
      <w:r>
        <w:br/>
      </w:r>
      <w:r>
        <w:rPr>
          <w:sz w:val="20"/>
        </w:rPr>
        <w:t>18:44  einstein ka jab zamana aaya to matter mein split hua, tab woh energy ban gaya. to newton ke to einstein ke zamane mein yeh maan liya gaya hai ke ke universe ka building block energy hai.</w:t>
      </w:r>
      <w:r>
        <w:br/>
      </w:r>
      <w:r>
        <w:rPr>
          <w:sz w:val="20"/>
        </w:rPr>
        <w:t>19:00  lekin baat yahin nahi ruki, phir tehqeeq hoti rahi. yahan tak fred hoyle ka zamana aaya. fred hoyle ne</w:t>
      </w:r>
      <w:r>
        <w:br/>
      </w:r>
      <w:r>
        <w:rPr>
          <w:sz w:val="20"/>
        </w:rPr>
        <w:t>19:09  ek kitaab likhi, uska naam hai "intelligent universe". ab yeh sabit ho gaya ke energy bhi nahi, intelligence building block hai universe ka.</w:t>
      </w:r>
      <w:r>
        <w:br/>
      </w:r>
      <w:r>
        <w:rPr>
          <w:sz w:val="20"/>
        </w:rPr>
        <w:t>19:20  kaisi ajeeb baat hai!</w:t>
      </w:r>
      <w:r>
        <w:br/>
      </w:r>
      <w:r>
        <w:rPr>
          <w:sz w:val="20"/>
        </w:rPr>
        <w:t>19:24  intelligence yani zehan, zehan building block hai universe ka. mazeed tehqeeq hui, mazeed tehqeeq hui, yahan tak ke yeh baat scientifically proof ho gayi ke universe jo hai, is mein bohat intelligent design hai.</w:t>
      </w:r>
      <w:r>
        <w:br/>
      </w:r>
      <w:r>
        <w:rPr>
          <w:sz w:val="20"/>
        </w:rPr>
        <w:t>19:42  aaj yeh ek sabit shuda fact hai, scientifically. is par maine kai article likhe hain, aap parh sakte hain is ko mere magazine mein ke universe jo hai, is ke andar bohat hi zyada intelligent design hai,</w:t>
      </w:r>
      <w:r>
        <w:br/>
      </w:r>
      <w:r>
        <w:rPr>
          <w:sz w:val="20"/>
        </w:rPr>
        <w:t>19:59  yani zaheen design, jahant par mabni design. ab kya baat reh gayi? mujhe bataiye, in intelligent, in intelligent design jo hai,</w:t>
      </w:r>
      <w:r>
        <w:br/>
      </w:r>
      <w:r>
        <w:rPr>
          <w:sz w:val="20"/>
        </w:rPr>
        <w:t>20:13  it was only the other name of god.</w:t>
      </w:r>
      <w:r>
        <w:br/>
      </w:r>
      <w:r>
        <w:rPr>
          <w:sz w:val="20"/>
        </w:rPr>
        <w:t>20:17  aap ghor kijiye, intelligent design ka lafz jo hai, is ka matlab kya hai? it is another name of god.</w:t>
      </w:r>
      <w:r>
        <w:br/>
      </w:r>
      <w:r>
        <w:rPr>
          <w:sz w:val="20"/>
        </w:rPr>
        <w:t>20:28  to science jo hai, woh god ka naam nahi leti, woh creator ka naam nahi leti. lekin is ki tehqeeqat to creation mein chal rahi hain.</w:t>
      </w:r>
      <w:r>
        <w:br/>
      </w:r>
      <w:r>
        <w:rPr>
          <w:sz w:val="20"/>
        </w:rPr>
        <w:t>20:38  creation mein</w:t>
      </w:r>
      <w:r>
        <w:br/>
      </w:r>
      <w:r>
        <w:rPr>
          <w:sz w:val="20"/>
        </w:rPr>
        <w:t>20:42  jaise koi shakhs meri kitabon ko parhe, farz kijiye, to meri kitabon ko parhega to us ko apne aap daryaft kar lega. woh</w:t>
      </w:r>
      <w:r>
        <w:br/>
      </w:r>
      <w:r>
        <w:rPr>
          <w:sz w:val="20"/>
        </w:rPr>
        <w:t>20:51  meri kitabon ko agar parhe to meri kitabon ko parhte parhte khud ba khud us ke author ko daryaft kar lega. woh to science ne jab creation ko, agarche unhon ne naam diya nature ka, creation ka nahi,</w:t>
      </w:r>
      <w:r>
        <w:br/>
      </w:r>
      <w:r>
        <w:rPr>
          <w:sz w:val="20"/>
        </w:rPr>
        <w:t>21:06  lekin amalan to yahi tha, yani practically woh creation mein</w:t>
      </w:r>
      <w:r>
        <w:br/>
      </w:r>
      <w:r>
        <w:rPr>
          <w:sz w:val="20"/>
        </w:rPr>
        <w:t>21:10  study kar rahe the. creation mein discoveries ho rahi thin un ki, to creation mein discovery karte karte woh pahunch gaye kahan?</w:t>
      </w:r>
      <w:r>
        <w:br/>
      </w:r>
      <w:r>
        <w:rPr>
          <w:sz w:val="20"/>
        </w:rPr>
        <w:t>21:20  creator tak pahunch gaye. to agarche woh naam nahi lete, yeh kaam jo karna tha hamare ulama ko, ahle ilm ko, yeh to phir sabit ho gaya hai.</w:t>
      </w:r>
      <w:r>
        <w:br/>
      </w:r>
      <w:r>
        <w:rPr>
          <w:sz w:val="20"/>
        </w:rPr>
        <w:t>21:29  yeh to</w:t>
      </w:r>
      <w:r>
        <w:br/>
      </w:r>
      <w:r>
        <w:rPr>
          <w:sz w:val="20"/>
        </w:rPr>
        <w:t>21:31  quran ki ek ayat jo hai, waqea ban gai.</w:t>
      </w:r>
      <w:r>
        <w:br/>
      </w:r>
      <w:r>
        <w:rPr>
          <w:sz w:val="20"/>
        </w:rPr>
        <w:t>21:37  kisi ajib baat thi!</w:t>
      </w:r>
    </w:p>
    <w:p>
      <w:pPr>
        <w:pStyle w:val="Heading2"/>
      </w:pPr>
      <w:r>
        <w:t>Silence leads to deep thinking</w:t>
      </w:r>
    </w:p>
    <w:p>
      <w:r>
        <w:rPr>
          <w:color w:val="666666"/>
          <w:sz w:val="18"/>
        </w:rPr>
        <w:t>The Value of Silence | April 21, 2018 · 2m 04s · at 12:03 · https://youtu.be/eVOJ7dheeB8?t=723</w:t>
      </w:r>
    </w:p>
    <w:p>
      <w:r>
        <w:rPr>
          <w:i/>
        </w:rPr>
        <w:t>“Newton was mostly silent, he thought a lot”</w:t>
      </w:r>
    </w:p>
    <w:p>
      <w:r>
        <w:rPr>
          <w:sz w:val="20"/>
        </w:rPr>
        <w:t>12:03  aap jantay hain ke newton jo mashhoor scientist tha, woh ziyada tar chup rehta tha, bolta kam tha</w:t>
      </w:r>
      <w:r>
        <w:br/>
      </w:r>
      <w:r>
        <w:rPr>
          <w:sz w:val="20"/>
        </w:rPr>
        <w:t>12:13  kyunke woh sochta tha.</w:t>
      </w:r>
      <w:r>
        <w:br/>
      </w:r>
      <w:r>
        <w:rPr>
          <w:sz w:val="20"/>
        </w:rPr>
        <w:t>12:23  mere sath aisa hua ke main jab main chhota tha, shayad paanch saal ka ya chhay saal ka, to</w:t>
      </w:r>
      <w:r>
        <w:br/>
      </w:r>
      <w:r>
        <w:rPr>
          <w:sz w:val="20"/>
        </w:rPr>
        <w:t>12:33  mere baap ki death ho gayi.</w:t>
      </w:r>
      <w:r>
        <w:br/>
      </w:r>
      <w:r>
        <w:rPr>
          <w:sz w:val="20"/>
        </w:rPr>
        <w:t>12:39  to baap se bohat ziyada main favourite tha, bohat ziyada, aur aur kisi se nahi tha, sirf sirf</w:t>
      </w:r>
      <w:r>
        <w:br/>
      </w:r>
      <w:r>
        <w:rPr>
          <w:sz w:val="20"/>
        </w:rPr>
        <w:t>12:45  baap se tha.</w:t>
      </w:r>
      <w:r>
        <w:br/>
      </w:r>
      <w:r>
        <w:rPr>
          <w:sz w:val="20"/>
        </w:rPr>
        <w:t>12:51  to un ke un ki un ki death ke baad aisa hoga ke main duniya mein akela ho</w:t>
      </w:r>
      <w:r>
        <w:br/>
      </w:r>
      <w:r>
        <w:rPr>
          <w:sz w:val="20"/>
        </w:rPr>
        <w:t>12:57  gaya hoon, halankay meri maan thi, mere aur log thay, lekin</w:t>
      </w:r>
      <w:r>
        <w:br/>
      </w:r>
      <w:r>
        <w:rPr>
          <w:sz w:val="20"/>
        </w:rPr>
        <w:t>13:03  itna ziyada main apne baap se close ho gaya tha, close ke jab woh nahi rahay to meri</w:t>
      </w:r>
      <w:r>
        <w:br/>
      </w:r>
      <w:r>
        <w:rPr>
          <w:sz w:val="20"/>
        </w:rPr>
        <w:t>13:11  maan batati thi ke yeh din un ki death hui hai, isi din se main chup ho gaya</w:t>
      </w:r>
      <w:r>
        <w:br/>
      </w:r>
      <w:r>
        <w:rPr>
          <w:sz w:val="20"/>
        </w:rPr>
        <w:t>13:18  ke ab duniya mein mere koi raah nahi.</w:t>
      </w:r>
      <w:r>
        <w:br/>
      </w:r>
      <w:r>
        <w:rPr>
          <w:sz w:val="20"/>
        </w:rPr>
        <w:t>13:26  lekin phir kuch aur waqiaat huay aur mera sochna,</w:t>
      </w:r>
      <w:r>
        <w:br/>
      </w:r>
      <w:r>
        <w:rPr>
          <w:sz w:val="20"/>
        </w:rPr>
        <w:t>13:34  main chup rehna sochna ban gaya, main chup rehna sochna ban gaya.</w:t>
      </w:r>
      <w:r>
        <w:br/>
      </w:r>
      <w:r>
        <w:rPr>
          <w:sz w:val="20"/>
        </w:rPr>
        <w:t>13:51  islam mein to chup ka roza nahi hai, lekin is se pehlay shariaton mein chup ka roza hua karta tha.</w:t>
      </w:r>
    </w:p>
    <w:p>
      <w:pPr>
        <w:pStyle w:val="Heading2"/>
      </w:pPr>
      <w:r>
        <w:t>Prophetic tradition of silent contemplation</w:t>
      </w:r>
    </w:p>
    <w:p>
      <w:r>
        <w:rPr>
          <w:color w:val="666666"/>
          <w:sz w:val="18"/>
        </w:rPr>
        <w:t>The Value of Silence | April 21, 2018 · 4m 41s · at 12:03 · https://youtu.be/eVOJ7dheeB8?t=723</w:t>
      </w:r>
    </w:p>
    <w:p>
      <w:r>
        <w:rPr>
          <w:i/>
        </w:rPr>
        <w:t>“Newton was mostly silent, he thought a lot”</w:t>
      </w:r>
    </w:p>
    <w:p>
      <w:r>
        <w:rPr>
          <w:sz w:val="20"/>
        </w:rPr>
        <w:t>12:03  aap jantay hain ke newton jo mashhoor scientist tha, woh ziyada tar chup rehta tha, bolta kam tha</w:t>
      </w:r>
      <w:r>
        <w:br/>
      </w:r>
      <w:r>
        <w:rPr>
          <w:sz w:val="20"/>
        </w:rPr>
        <w:t>12:13  kyunke woh sochta tha.</w:t>
      </w:r>
      <w:r>
        <w:br/>
      </w:r>
      <w:r>
        <w:rPr>
          <w:sz w:val="20"/>
        </w:rPr>
        <w:t>12:23  mere sath aisa hua ke main jab main chhota tha, shayad paanch saal ka ya chhay saal ka, to</w:t>
      </w:r>
      <w:r>
        <w:br/>
      </w:r>
      <w:r>
        <w:rPr>
          <w:sz w:val="20"/>
        </w:rPr>
        <w:t>12:33  mere baap ki death ho gayi.</w:t>
      </w:r>
      <w:r>
        <w:br/>
      </w:r>
      <w:r>
        <w:rPr>
          <w:sz w:val="20"/>
        </w:rPr>
        <w:t>12:39  to baap se bohat ziyada main favourite tha, bohat ziyada, aur aur kisi se nahi tha, sirf sirf</w:t>
      </w:r>
      <w:r>
        <w:br/>
      </w:r>
      <w:r>
        <w:rPr>
          <w:sz w:val="20"/>
        </w:rPr>
        <w:t>12:45  baap se tha.</w:t>
      </w:r>
      <w:r>
        <w:br/>
      </w:r>
      <w:r>
        <w:rPr>
          <w:sz w:val="20"/>
        </w:rPr>
        <w:t>12:51  to un ke un ki un ki death ke baad aisa hoga ke main duniya mein akela ho</w:t>
      </w:r>
      <w:r>
        <w:br/>
      </w:r>
      <w:r>
        <w:rPr>
          <w:sz w:val="20"/>
        </w:rPr>
        <w:t>12:57  gaya hoon, halankay meri maan thi, mere aur log thay, lekin</w:t>
      </w:r>
      <w:r>
        <w:br/>
      </w:r>
      <w:r>
        <w:rPr>
          <w:sz w:val="20"/>
        </w:rPr>
        <w:t>13:03  itna ziyada main apne baap se close ho gaya tha, close ke jab woh nahi rahay to meri</w:t>
      </w:r>
      <w:r>
        <w:br/>
      </w:r>
      <w:r>
        <w:rPr>
          <w:sz w:val="20"/>
        </w:rPr>
        <w:t>13:11  maan batati thi ke yeh din un ki death hui hai, isi din se main chup ho gaya</w:t>
      </w:r>
      <w:r>
        <w:br/>
      </w:r>
      <w:r>
        <w:rPr>
          <w:sz w:val="20"/>
        </w:rPr>
        <w:t>13:18  ke ab duniya mein mere koi raah nahi.</w:t>
      </w:r>
      <w:r>
        <w:br/>
      </w:r>
      <w:r>
        <w:rPr>
          <w:sz w:val="20"/>
        </w:rPr>
        <w:t>13:26  lekin phir kuch aur waqiaat huay aur mera sochna,</w:t>
      </w:r>
      <w:r>
        <w:br/>
      </w:r>
      <w:r>
        <w:rPr>
          <w:sz w:val="20"/>
        </w:rPr>
        <w:t>13:34  main chup rehna sochna ban gaya, main chup rehna sochna ban gaya.</w:t>
      </w:r>
      <w:r>
        <w:br/>
      </w:r>
      <w:r>
        <w:rPr>
          <w:sz w:val="20"/>
        </w:rPr>
        <w:t>13:51  islam mein to chup ka roza nahi hai, lekin is se pehlay shariaton mein chup ka roza hua karta tha.</w:t>
      </w:r>
      <w:r>
        <w:br/>
      </w:r>
      <w:r>
        <w:rPr>
          <w:sz w:val="20"/>
        </w:rPr>
        <w:t>14:07  Jaisa ke Quran mein Hazrat Ibrahim ko maloom aya hai ke "nazart ur rehman sumaa" ji yeh ayat padhiye, "wa qooli inni nazart ur rehman sumaa". Tarjuma padhiye aur kehna ke maine aaj</w:t>
      </w:r>
      <w:r>
        <w:br/>
      </w:r>
      <w:r>
        <w:rPr>
          <w:sz w:val="20"/>
        </w:rPr>
        <w:t>14:37  rehman ke liye rozay ki niyat ki hai, to aaj main insaan se baat nahi karunga.</w:t>
      </w:r>
      <w:r>
        <w:br/>
      </w:r>
      <w:r>
        <w:rPr>
          <w:sz w:val="20"/>
        </w:rPr>
        <w:t>14:46  yeh yeh chup ka roza tha hazrat ibrahim, hazrat maryam jo theen, un ke liye chup ka roza tha.</w:t>
      </w:r>
      <w:r>
        <w:br/>
      </w:r>
      <w:r>
        <w:rPr>
          <w:sz w:val="20"/>
        </w:rPr>
        <w:t>14:54  to islam mein to chup ka roza nahi hai, lekin pichlay shariaton mein tha chup chup ka roza.</w:t>
      </w:r>
      <w:r>
        <w:br/>
      </w:r>
      <w:r>
        <w:rPr>
          <w:sz w:val="20"/>
        </w:rPr>
        <w:t>15:02  to yeh jo</w:t>
      </w:r>
      <w:r>
        <w:br/>
      </w:r>
      <w:r>
        <w:rPr>
          <w:sz w:val="20"/>
        </w:rPr>
        <w:t>15:10  chup hona hai, is chup yeh chup hona nahi hai, chup ho kar sochna hai, chup ho kar</w:t>
      </w:r>
      <w:r>
        <w:br/>
      </w:r>
      <w:r>
        <w:rPr>
          <w:sz w:val="20"/>
        </w:rPr>
        <w:t>15:20  apnay aap se bolna hai, chup ho kar allah ko yaad karna hai.</w:t>
      </w:r>
      <w:r>
        <w:br/>
      </w:r>
      <w:r>
        <w:rPr>
          <w:sz w:val="20"/>
        </w:rPr>
        <w:t>15:31  to main chahta hoon ke aap log is art ko bhi seekhein,</w:t>
      </w:r>
      <w:r>
        <w:br/>
      </w:r>
      <w:r>
        <w:rPr>
          <w:sz w:val="20"/>
        </w:rPr>
        <w:t>15:42  chup reh kar sochna, chup ho kar Allah ko yaad karna, chup ho kar Quran ke bare mein ghor karna. To main dua karta hoon aap sab logon ke liye ke aap ke andar ke aap chup ki value ko samjhein, jo Hazrat Ibrahim, Hazrat Ibrahim, Hazrat Hazrat Maryam se aap ko mushabihat ho j</w:t>
      </w:r>
      <w:r>
        <w:br/>
      </w:r>
      <w:r>
        <w:rPr>
          <w:sz w:val="20"/>
        </w:rPr>
        <w:t>16:12  aayegi.</w:t>
      </w:r>
      <w:r>
        <w:br/>
      </w:r>
      <w:r>
        <w:rPr>
          <w:sz w:val="20"/>
        </w:rPr>
        <w:t>16:18  hazrat maryam aur hazrat zakariya do ka zikr ke woh chup ho gaye the.</w:t>
      </w:r>
      <w:r>
        <w:br/>
      </w:r>
      <w:r>
        <w:rPr>
          <w:sz w:val="20"/>
        </w:rPr>
        <w:t>16:25  to yeh paighambaron ki sunnat hai.</w:t>
      </w:r>
      <w:r>
        <w:br/>
      </w:r>
      <w:r>
        <w:rPr>
          <w:sz w:val="20"/>
        </w:rPr>
        <w:t>16:31  to mein dua karta hoon ke allah taala aap ko tofeeq de ke hum zyada se zyada allah</w:t>
      </w:r>
      <w:r>
        <w:br/>
      </w:r>
      <w:r>
        <w:rPr>
          <w:sz w:val="20"/>
        </w:rPr>
        <w:t>16:38  se talluq qaim karna seekhein,</w:t>
      </w:r>
    </w:p>
    <w:p>
      <w:pPr>
        <w:pStyle w:val="Heading2"/>
      </w:pPr>
      <w:r>
        <w:t>Maulana describes his contemplative nature</w:t>
      </w:r>
    </w:p>
    <w:p>
      <w:r>
        <w:rPr>
          <w:color w:val="666666"/>
          <w:sz w:val="18"/>
        </w:rPr>
        <w:t>Message on Eid Al-Adha October 27, 2012 · 1m 36s · at 5:31 · https://youtu.be/eGzAlyVEafc?t=331</w:t>
      </w:r>
    </w:p>
    <w:p>
      <w:r>
        <w:rPr>
          <w:i/>
        </w:rPr>
        <w:t>“Mera mind bachpan se Newton type tha”</w:t>
      </w:r>
    </w:p>
    <w:p>
      <w:r>
        <w:rPr>
          <w:sz w:val="20"/>
        </w:rPr>
        <w:t>5:31  main apne bare mein arz karoon ke main bachpan se mera jo mind tha wo newton type ka tha.</w:t>
      </w:r>
      <w:r>
        <w:br/>
      </w:r>
      <w:r>
        <w:rPr>
          <w:sz w:val="20"/>
        </w:rPr>
        <w:t>5:43  newton ke bare mein kaha jata hai ke wo us ko wool gatherer kaha jata hai. wool gatherer ka matlab hota hai absent mind,</w:t>
      </w:r>
      <w:r>
        <w:br/>
      </w:r>
      <w:r>
        <w:rPr>
          <w:sz w:val="20"/>
        </w:rPr>
        <w:t>5:57  yani khoya khoya aadmi jo hote hain, khoye khoye, un ko kehte hain wool gatherer ya absent mind. to main aisa hi tha, chup chap sochta rehta tha,</w:t>
      </w:r>
      <w:r>
        <w:br/>
      </w:r>
      <w:r>
        <w:rPr>
          <w:sz w:val="20"/>
        </w:rPr>
        <w:t>6:10  bolta kam tha. ek baar main arab gaya to wahan par ek shakhs se baat karte hue unhone kaha ke aap bahut chup rehte hain, kya baat hai?</w:t>
      </w:r>
      <w:r>
        <w:br/>
      </w:r>
      <w:r>
        <w:rPr>
          <w:sz w:val="20"/>
        </w:rPr>
        <w:t>6:24  kyunke conference waghera mein bhi bohat kam bolta hoon mein. to maine kaha ana rajulun uhibbu al-uzla mein ek tanhai pasand aadmi hoon.</w:t>
      </w:r>
      <w:r>
        <w:br/>
      </w:r>
      <w:r>
        <w:rPr>
          <w:sz w:val="20"/>
        </w:rPr>
        <w:t>6:39  ek martaba ek conference mein mein chup tha to kisi ne kaha ke aap bolte nahin. to maine kaha i am trying to be a good listener to us type ka aadmi mein hoon,</w:t>
      </w:r>
      <w:r>
        <w:br/>
      </w:r>
      <w:r>
        <w:rPr>
          <w:sz w:val="20"/>
        </w:rPr>
        <w:t>6:52  bolna kam, sochna zyada. to isi apne mizaj ke tehat mein is ayat ke bare mein sochta raha aur apne mind mein, mera mind isko process karta raha.</w:t>
      </w:r>
    </w:p>
    <w:p>
      <w:pPr>
        <w:pStyle w:val="Heading2"/>
      </w:pPr>
      <w:r>
        <w:t>From Newton's matter to consciousness bang</w:t>
      </w:r>
    </w:p>
    <w:p>
      <w:r>
        <w:rPr>
          <w:color w:val="666666"/>
          <w:sz w:val="18"/>
        </w:rPr>
        <w:t>Three Periods of History May 17, 2009 Maulana Wahiduddin Khan · 6m 06s · at 28:28 · https://youtu.be/iNS-3Yo58Gk?t=1708</w:t>
      </w:r>
    </w:p>
    <w:p>
      <w:r>
        <w:rPr>
          <w:i/>
        </w:rPr>
        <w:t>“Newton ko mana jata hai ke woh modern science ka father hai”</w:t>
      </w:r>
    </w:p>
    <w:p>
      <w:r>
        <w:rPr>
          <w:sz w:val="20"/>
        </w:rPr>
        <w:t>28:28  ab mein aata hoon yahan ke scientific framework jab paida hua to kya hua? dekhiye, newton ko maana jata hai ke woh modern science ka father, father of modern science hai.</w:t>
      </w:r>
      <w:r>
        <w:br/>
      </w:r>
      <w:r>
        <w:rPr>
          <w:sz w:val="20"/>
        </w:rPr>
        <w:t>28:42  newton jo hai, woh father of modern science hai. newton ne kya bataya? 400 saal pehle ka zamana hai newton ka.</w:t>
      </w:r>
      <w:r>
        <w:br/>
      </w:r>
      <w:r>
        <w:rPr>
          <w:sz w:val="20"/>
        </w:rPr>
        <w:t>28:53  newton ki death hui thi 1727 mein, yani 1727 ke death hui hai 1727 mein, yani 400 saal pehle ka zamana hai newton ka.</w:t>
      </w:r>
      <w:r>
        <w:br/>
      </w:r>
      <w:r>
        <w:rPr>
          <w:sz w:val="20"/>
        </w:rPr>
        <w:t>29:07  us waqt us ne kya bataya? us ne bataya ke matter is the building block of of universe.</w:t>
      </w:r>
      <w:r>
        <w:br/>
      </w:r>
      <w:r>
        <w:rPr>
          <w:sz w:val="20"/>
        </w:rPr>
        <w:t>29:19  matter is the building block of universe.</w:t>
      </w:r>
      <w:r>
        <w:br/>
      </w:r>
      <w:r>
        <w:rPr>
          <w:sz w:val="20"/>
        </w:rPr>
        <w:t>29:22  yeh newton ne kaha. yani science se science shuru hoti hai. jab science enter hui study mein to pehli discovery jo hui, pehli discovery newton ke zariye se,</w:t>
      </w:r>
      <w:r>
        <w:br/>
      </w:r>
      <w:r>
        <w:rPr>
          <w:sz w:val="20"/>
        </w:rPr>
        <w:t>29:37  us waqt us ne bataya duniya ko, yeh khabar di ke matter is the building block of universe. yeh sab kuch matter se bana hai, sab kuch matter se bana hai, sab kuch matter se bana hai.</w:t>
      </w:r>
      <w:r>
        <w:br/>
      </w:r>
      <w:r>
        <w:rPr>
          <w:sz w:val="20"/>
        </w:rPr>
        <w:t>29:51  isi se atheism nikla. yani atheism jo thay, atheist jo thay, unhone hijack kar liya is nazariye ko. atheist were hijacker.</w:t>
      </w:r>
      <w:r>
        <w:br/>
      </w:r>
      <w:r>
        <w:rPr>
          <w:sz w:val="20"/>
        </w:rPr>
        <w:t>30:03  yani science ne atheism nahi paida kiya, kuch atheist thay, unhone hijack kar ke is ko istemal kiya aur kaha ke ke phir to khuda ki zaroorat hi nahi hai, sab kuch matter se ho raha hai.</w:t>
      </w:r>
      <w:r>
        <w:br/>
      </w:r>
      <w:r>
        <w:rPr>
          <w:sz w:val="20"/>
        </w:rPr>
        <w:t>30:18  lekin</w:t>
      </w:r>
      <w:r>
        <w:br/>
      </w:r>
      <w:r>
        <w:rPr>
          <w:sz w:val="20"/>
        </w:rPr>
        <w:t>30:19  history aaj ruki nahi, history aage badhi. yahan tak ke dekhiye, einstein paida hua. einstein paida hua.</w:t>
      </w:r>
      <w:r>
        <w:br/>
      </w:r>
      <w:r>
        <w:rPr>
          <w:sz w:val="20"/>
        </w:rPr>
        <w:t>30:28  einstein ki death hui hai 1955 mein, yani mere zamane mein. newton to mere is se pehle ka aadmi hai, 1727 mein woh mar chuka tha, woh lekin einstein to mere zamane mein mara hai 1955 mein,</w:t>
      </w:r>
      <w:r>
        <w:br/>
      </w:r>
      <w:r>
        <w:rPr>
          <w:sz w:val="20"/>
        </w:rPr>
        <w:t>30:48  jab ke mein adha akbar mein tha. to einstein ne history ko aage badhaya, history of thought ko aage badhaya.</w:t>
      </w:r>
      <w:r>
        <w:br/>
      </w:r>
      <w:r>
        <w:rPr>
          <w:sz w:val="20"/>
        </w:rPr>
        <w:t>30:57  us ne kaha ke energy is the building block of universe. ke matter nahi balkeh energy, kyunke aap jante hain ke us ne bataya ke convertible hai, major aur energy dono.</w:t>
      </w:r>
      <w:r>
        <w:br/>
      </w:r>
      <w:r>
        <w:rPr>
          <w:sz w:val="20"/>
        </w:rPr>
        <w:t>31:10  matter ko energy mein convert kar diye, energy ko matter mein convert kar diye.</w:t>
      </w:r>
      <w:r>
        <w:br/>
      </w:r>
      <w:r>
        <w:rPr>
          <w:sz w:val="20"/>
        </w:rPr>
        <w:t>31:16  to einstein ne yeh bataya ke energy is the building block of nature. ab history of thought aik qadam aage badhi, aik qadam aage badhi.</w:t>
      </w:r>
      <w:r>
        <w:br/>
      </w:r>
      <w:r>
        <w:rPr>
          <w:sz w:val="20"/>
        </w:rPr>
        <w:t>31:29  yeh mein bata raha hoon aap ko kis tarah se Allah taala ne insani history ko pressure period se nikal kar ke scientific period mein dakhil kiya, aur phir scientific period mein kis tarah se history of thought ka safar aage aage barha.</w:t>
      </w:r>
      <w:r>
        <w:br/>
      </w:r>
      <w:r>
        <w:rPr>
          <w:sz w:val="20"/>
        </w:rPr>
        <w:t>31:44  to yeh doosra qadam tha. teesra qadam abhi baqi tha, jo ab ab samne aaya hai. America mein ek bohat bara scientist paida hua, uska naam hai David Bohm, BOHM.</w:t>
      </w:r>
      <w:r>
        <w:br/>
      </w:r>
      <w:r>
        <w:rPr>
          <w:sz w:val="20"/>
        </w:rPr>
        <w:t>32:00  David Bohm yeh top ka scientist hai. is ne kaha ke is ne ek aur qadam aage barhaya ke consciousness is the building block of universe.</w:t>
      </w:r>
      <w:r>
        <w:br/>
      </w:r>
      <w:r>
        <w:rPr>
          <w:sz w:val="20"/>
        </w:rPr>
        <w:t>32:15  shaoor jo hai, woh hai, woh hai sab kuch. bohat hi anokhi baat hai yeh.</w:t>
      </w:r>
      <w:r>
        <w:br/>
      </w:r>
      <w:r>
        <w:rPr>
          <w:sz w:val="20"/>
        </w:rPr>
        <w:t>32:25  pehlay kaha gaya tha ke matter building block hai, phir kaha gaya ke nahi, energy building block hai. ab kya hai?</w:t>
      </w:r>
      <w:r>
        <w:br/>
      </w:r>
      <w:r>
        <w:rPr>
          <w:sz w:val="20"/>
        </w:rPr>
        <w:t>32:34  jo jo latest position hai, latest position science ki,</w:t>
      </w:r>
      <w:r>
        <w:br/>
      </w:r>
      <w:r>
        <w:rPr>
          <w:sz w:val="20"/>
        </w:rPr>
        <w:t>32:40  David Bohm ka ki death hui hai 1992 mein, yaani mere zamanay mein. ek scientist mujh se pehlay paida hua, do scientist mere zamanay mein paida hue.</w:t>
      </w:r>
      <w:r>
        <w:br/>
      </w:r>
      <w:r>
        <w:rPr>
          <w:sz w:val="20"/>
        </w:rPr>
        <w:t>32:52  aur ajeeb baat hai ke dono Yahudi itna bara kaam Yahudi mind ne kiya hai. yaad rakhiye,</w:t>
      </w:r>
      <w:r>
        <w:br/>
      </w:r>
      <w:r>
        <w:rPr>
          <w:sz w:val="20"/>
        </w:rPr>
        <w:t>33:01  Newton jo hai, Christian tha. Newton to Christian tha, lekin Einstein Yahudi tha, aur David Bohm bhi Yahudi tha.</w:t>
      </w:r>
      <w:r>
        <w:br/>
      </w:r>
      <w:r>
        <w:rPr>
          <w:sz w:val="20"/>
        </w:rPr>
        <w:t>33:13  bohat hi bara kaam hai jo Yahudi mind ne anjam diya hai ke history ko, history of thought ko, matter ke shiknjay se nikal kar ke woh shaoor tak unhon ne pohanchaya.</w:t>
      </w:r>
      <w:r>
        <w:br/>
      </w:r>
      <w:r>
        <w:rPr>
          <w:sz w:val="20"/>
        </w:rPr>
        <w:t>33:29  ab shaoor ke baad kya hai?</w:t>
      </w:r>
      <w:r>
        <w:br/>
      </w:r>
      <w:r>
        <w:rPr>
          <w:sz w:val="20"/>
        </w:rPr>
        <w:t>33:31  ek aur scientist ne is ko aur ziyada clear kiya ke conscious being ka word use kiya is ne. David Bohm ne to kaha tha ke consciousness is the building block of of the universe.</w:t>
      </w:r>
      <w:r>
        <w:br/>
      </w:r>
      <w:r>
        <w:rPr>
          <w:sz w:val="20"/>
        </w:rPr>
        <w:t>33:46  doosray scientist ne aage qadam barha kar yeh keh diya ke conscious being hai universe ke peechay. yeh jo universe hai, yeh jo kainat hai, yeh duniya hamari hai,</w:t>
      </w:r>
      <w:r>
        <w:br/>
      </w:r>
      <w:r>
        <w:rPr>
          <w:sz w:val="20"/>
        </w:rPr>
        <w:t>33:59  is ke peechay conscious being hai, yaani ek shoori wajood. ek shoori wajood, yaani is ka matlab kya hua?</w:t>
      </w:r>
      <w:r>
        <w:br/>
      </w:r>
      <w:r>
        <w:rPr>
          <w:sz w:val="20"/>
        </w:rPr>
        <w:t>34:08  Khuda ka naam na le kar Khuda ka iqrar. bhai, shoori wajood jo hai, woh kya hai? Khudai to hai.</w:t>
      </w:r>
      <w:r>
        <w:br/>
      </w:r>
      <w:r>
        <w:rPr>
          <w:sz w:val="20"/>
        </w:rPr>
        <w:t>34:17  jab aap yeh maan lein ke is cosmos ko, is is universe ko, is world ko, stars aur planets ko, is life ko, is sari cheezon ko create karne wala ek conscious being hai,</w:t>
      </w:r>
    </w:p>
    <w:p>
      <w:pPr>
        <w:pStyle w:val="Heading2"/>
      </w:pPr>
      <w:r>
        <w:t>Avoid distraction to develop concentration</w:t>
      </w:r>
    </w:p>
    <w:p>
      <w:r>
        <w:rPr>
          <w:color w:val="666666"/>
          <w:sz w:val="18"/>
        </w:rPr>
        <w:t>The Road to Paradise December 30, 2012 Maulana Wahiduddin Khan · 2m 17s · at 26:55 · https://youtu.be/vUiaPsYF4Tk?t=1615</w:t>
      </w:r>
    </w:p>
    <w:p>
      <w:r>
        <w:rPr>
          <w:i/>
        </w:rPr>
        <w:t>“Newton was called a wool gatherer”</w:t>
      </w:r>
    </w:p>
    <w:p>
      <w:r>
        <w:rPr>
          <w:sz w:val="20"/>
        </w:rPr>
        <w:t>26:55  Newton jo bohat hi bara scientist mana jata hai, ke is ke bare mein jab woh chota tha to us ko kaha jata tha wool gatherer. wool gatherer kehte hain khoya hua aadmi.</w:t>
      </w:r>
      <w:r>
        <w:br/>
      </w:r>
      <w:r>
        <w:rPr>
          <w:sz w:val="20"/>
        </w:rPr>
        <w:t>27:07  apni soch mein khoya hua. us ko na aage ki khabar, na peechay ki khabar.</w:t>
      </w:r>
      <w:r>
        <w:br/>
      </w:r>
      <w:r>
        <w:rPr>
          <w:sz w:val="20"/>
        </w:rPr>
        <w:t>27:15  is ke bare mein kaha jata hai ke woh apne ek table par kaam karta tha, us ne shadi nahin ki thi, isi liye shadi ko woh distrection samajhta tha.</w:t>
      </w:r>
      <w:r>
        <w:br/>
      </w:r>
      <w:r>
        <w:rPr>
          <w:sz w:val="20"/>
        </w:rPr>
        <w:t>27:26  to is ki behan thi, khane ke waqt behan khana la kar ke mez par rakh deti thi. lekin woh aksar aisa hota tha ke waqt par nahin khata tha woh.</w:t>
      </w:r>
      <w:r>
        <w:br/>
      </w:r>
      <w:r>
        <w:rPr>
          <w:sz w:val="20"/>
        </w:rPr>
        <w:t>27:39  dopahar ka khana sham ko khata tha woh, kyunke woh to masroof hai. to distrection se jab apne aap ko akhirat tak bachaya Newton ne, tab woh itna bara scientist bana.</w:t>
      </w:r>
      <w:r>
        <w:br/>
      </w:r>
      <w:r>
        <w:rPr>
          <w:sz w:val="20"/>
        </w:rPr>
        <w:t>27:52  to aap ko yahi cheez aur bhi zyada karna hai, aur bhi zyada karna hai, aur bhi zyada karna hai. kyunke scientist to ek kuch law of nature ko janne ki koshish karta hai,</w:t>
      </w:r>
      <w:r>
        <w:br/>
      </w:r>
      <w:r>
        <w:rPr>
          <w:sz w:val="20"/>
        </w:rPr>
        <w:t>28:07  aap to creator ko janne ki koshish kar rahe hain. creator, jis se aati hai bari duniya banai.</w:t>
      </w:r>
      <w:r>
        <w:br/>
      </w:r>
      <w:r>
        <w:rPr>
          <w:sz w:val="20"/>
        </w:rPr>
        <w:t>28:14  to creator ko discover karne ke liye aap ko bohat zyada apne aap ko bachana hai distrection se.</w:t>
      </w:r>
      <w:r>
        <w:br/>
      </w:r>
      <w:r>
        <w:rPr>
          <w:sz w:val="20"/>
        </w:rPr>
        <w:t>28:25  bohat zyada bachana hai distrection se. apne andar concentration lana hai, apni soch ko bilkul, yaani jis ko kehte hain focus thinking lana hai apne andar.</w:t>
      </w:r>
      <w:r>
        <w:br/>
      </w:r>
      <w:r>
        <w:rPr>
          <w:sz w:val="20"/>
        </w:rPr>
        <w:t>28:39  har cheez se apne aap ko bacha kar ke ek focus par concentrate karna hai. tab ja kar aap daryaft kar paenge Allah taala ko.</w:t>
      </w:r>
      <w:r>
        <w:br/>
      </w:r>
      <w:r>
        <w:rPr>
          <w:sz w:val="20"/>
        </w:rPr>
        <w:t>28:51  to yeh kya hai? yeh sab sabr ka mamla hai.</w:t>
      </w:r>
      <w:r>
        <w:br/>
      </w:r>
      <w:r>
        <w:rPr>
          <w:sz w:val="20"/>
        </w:rPr>
        <w:t>28:56  har qadam par aap ko sabr karna parta hai, tab aap ke andar woh personality banti hai jis ko kehte hain jannati personality.</w:t>
      </w:r>
      <w:r>
        <w:br/>
      </w:r>
      <w:r>
        <w:rPr>
          <w:sz w:val="20"/>
        </w:rPr>
        <w:t>29:06  har qadam par.</w:t>
      </w:r>
    </w:p>
    <w:p>
      <w:pPr>
        <w:pStyle w:val="Heading2"/>
      </w:pPr>
      <w:r>
        <w:t>Newton's apple and gravity discovery</w:t>
      </w:r>
    </w:p>
    <w:p>
      <w:r>
        <w:rPr>
          <w:color w:val="666666"/>
          <w:sz w:val="18"/>
        </w:rPr>
        <w:t>A Special Day 28 April 2018 - Maulana Wahiduddin Khan · 47s · at 3:35 · https://youtu.be/MXrnOFgmAM4?t=215</w:t>
      </w:r>
    </w:p>
    <w:p>
      <w:r>
        <w:rPr>
          <w:i/>
        </w:rPr>
        <w:t>“Toh ek seb toota upar se”</w:t>
      </w:r>
    </w:p>
    <w:p>
      <w:r>
        <w:rPr>
          <w:sz w:val="20"/>
        </w:rPr>
        <w:t>3:35  yani is sir ko hit kiya is ne. hit karne ka matlab kya tha? aay bewaqoof insaan, to apne creator ki itni bari blessing se abhi tak bekhabar hai?</w:t>
      </w:r>
      <w:r>
        <w:br/>
      </w:r>
      <w:r>
        <w:rPr>
          <w:sz w:val="20"/>
        </w:rPr>
        <w:t>3:52  to that was apple shock.</w:t>
      </w:r>
      <w:r>
        <w:br/>
      </w:r>
      <w:r>
        <w:rPr>
          <w:sz w:val="20"/>
        </w:rPr>
        <w:t>3:56  apple shock tha woh. is ke baad insaan ne, yani Newton ne, sochna shuru kiya. sochna shuru kiya.</w:t>
      </w:r>
      <w:r>
        <w:br/>
      </w:r>
      <w:r>
        <w:rPr>
          <w:sz w:val="20"/>
        </w:rPr>
        <w:t>4:06  aur sochte sochte us ne</w:t>
      </w:r>
      <w:r>
        <w:br/>
      </w:r>
      <w:r>
        <w:rPr>
          <w:sz w:val="20"/>
        </w:rPr>
        <w:t>4:11  jana ke zameen ke andar gravitational field hai. tab se insaan ne jana hai itni bari blessing ko jo Allah rab ul alameen ne di.</w:t>
      </w:r>
    </w:p>
    <w:p>
      <w:pPr>
        <w:pStyle w:val="Heading2"/>
      </w:pPr>
      <w:r>
        <w:t>Newton's apple story and its lesson</w:t>
      </w:r>
    </w:p>
    <w:p>
      <w:r>
        <w:rPr>
          <w:color w:val="666666"/>
          <w:sz w:val="18"/>
        </w:rPr>
        <w:t>A Special Day 28 April 2018 - Maulana Wahiduddin Khan · 2m 42s · at 1:40 · https://youtu.be/MXrnOFgmAM4?t=100</w:t>
      </w:r>
    </w:p>
    <w:p>
      <w:r>
        <w:rPr>
          <w:i/>
        </w:rPr>
        <w:t>“Newton ka ek qissa bataya jata hai”</w:t>
      </w:r>
    </w:p>
    <w:p>
      <w:r>
        <w:rPr>
          <w:sz w:val="20"/>
        </w:rPr>
        <w:t>1:40  Newton ka ek qissa bataya jata hai ke Newton se pehle duniya Allah ki ek bohat hi badi blessing ko janti nahi thi.</w:t>
      </w:r>
      <w:r>
        <w:br/>
      </w:r>
      <w:r>
        <w:rPr>
          <w:sz w:val="20"/>
        </w:rPr>
        <w:t>1:55  woh hai Earth ke andar gravitational pull hona, gravity.</w:t>
      </w:r>
      <w:r>
        <w:br/>
      </w:r>
      <w:r>
        <w:rPr>
          <w:sz w:val="20"/>
        </w:rPr>
        <w:t>2:02  zameen ke andar jo gravity hai, us ko hazaron hazar saal se insan janta nahi tha. Halanke yeh Allah ki bohat hi badi blessing hai, kyunke agar yeh gravity na ho to kuch bhi na ho.</w:t>
      </w:r>
      <w:r>
        <w:br/>
      </w:r>
      <w:r>
        <w:rPr>
          <w:sz w:val="20"/>
        </w:rPr>
        <w:t>2:19  zameen par anaaj paida ho, na saare basayein, na hum chal phir saken. Hum log jo hain patte ke orhenge.</w:t>
      </w:r>
      <w:r>
        <w:br/>
      </w:r>
      <w:r>
        <w:rPr>
          <w:sz w:val="20"/>
        </w:rPr>
        <w:t>2:30  saara tamaddun, saara civilization, sari activities, sab band ho jayen.</w:t>
      </w:r>
      <w:r>
        <w:br/>
      </w:r>
      <w:r>
        <w:rPr>
          <w:sz w:val="20"/>
        </w:rPr>
        <w:t>2:39  aap ki carain jo darti hain, woh nahi darr sakain. woh gravity jo pakri hui hai, sab ko pakri hui hai, isi se sab ho raha hai. to insaan par Allah taala ne bees baar blessing ki thi, is mein se aik bohat bari blessing yeh thi</w:t>
      </w:r>
      <w:r>
        <w:br/>
      </w:r>
      <w:r>
        <w:rPr>
          <w:sz w:val="20"/>
        </w:rPr>
        <w:t>2:57  gravitational field zameen ke andar. to insaan bekhabar tha is se. to Newton ka aik bagh tha us ke family ka, saib ka,</w:t>
      </w:r>
      <w:r>
        <w:br/>
      </w:r>
      <w:r>
        <w:rPr>
          <w:sz w:val="20"/>
        </w:rPr>
        <w:t>3:12  to woh is mein baitha hua tha.</w:t>
      </w:r>
      <w:r>
        <w:br/>
      </w:r>
      <w:r>
        <w:rPr>
          <w:sz w:val="20"/>
        </w:rPr>
        <w:t>3:15  wahan jaya karta tha woh. aik din aise jagah baitha tha woh ke woh us ke ooper saib ka peir tha. to aik saib toota ooper se aur theek us ke sir par aa ke gira.</w:t>
      </w:r>
      <w:r>
        <w:br/>
      </w:r>
      <w:r>
        <w:rPr>
          <w:sz w:val="20"/>
        </w:rPr>
        <w:t>3:35  yani is sir ko hit kiya is ne. hit karne ka matlab kya tha? aay bewaqoof insaan, to apne creator ki itni bari blessing se abhi tak bekhabar hai?</w:t>
      </w:r>
      <w:r>
        <w:br/>
      </w:r>
      <w:r>
        <w:rPr>
          <w:sz w:val="20"/>
        </w:rPr>
        <w:t>3:52  to that was apple shock.</w:t>
      </w:r>
      <w:r>
        <w:br/>
      </w:r>
      <w:r>
        <w:rPr>
          <w:sz w:val="20"/>
        </w:rPr>
        <w:t>3:56  apple shock tha woh. is ke baad insaan ne, yani Newton ne, sochna shuru kiya. sochna shuru kiya.</w:t>
      </w:r>
      <w:r>
        <w:br/>
      </w:r>
      <w:r>
        <w:rPr>
          <w:sz w:val="20"/>
        </w:rPr>
        <w:t>4:06  aur sochte sochte us ne</w:t>
      </w:r>
      <w:r>
        <w:br/>
      </w:r>
      <w:r>
        <w:rPr>
          <w:sz w:val="20"/>
        </w:rPr>
        <w:t>4:11  jana ke zameen ke andar gravitational field hai. tab se insaan ne jana hai itni bari blessing ko jo Allah rab ul alameen ne di.</w:t>
      </w:r>
    </w:p>
    <w:p>
      <w:pPr>
        <w:pStyle w:val="Heading2"/>
      </w:pPr>
      <w:r>
        <w:t>From Newton to teleconference fulfillment</w:t>
      </w:r>
    </w:p>
    <w:p>
      <w:r>
        <w:rPr>
          <w:color w:val="666666"/>
          <w:sz w:val="18"/>
        </w:rPr>
        <w:t>A Special Day 28 April 2018 - Maulana Wahiduddin Khan · 5m 52s · at 1:40 · https://youtu.be/MXrnOFgmAM4?t=100</w:t>
      </w:r>
    </w:p>
    <w:p>
      <w:r>
        <w:rPr>
          <w:i/>
        </w:rPr>
        <w:t>“Newton ka ek qissa bataya jata hai”</w:t>
      </w:r>
    </w:p>
    <w:p>
      <w:r>
        <w:rPr>
          <w:sz w:val="20"/>
        </w:rPr>
        <w:t>1:40  Newton ka ek qissa bataya jata hai ke Newton se pehle duniya Allah ki ek bohat hi badi blessing ko janti nahi thi.</w:t>
      </w:r>
      <w:r>
        <w:br/>
      </w:r>
      <w:r>
        <w:rPr>
          <w:sz w:val="20"/>
        </w:rPr>
        <w:t>1:55  woh hai Earth ke andar gravitational pull hona, gravity.</w:t>
      </w:r>
      <w:r>
        <w:br/>
      </w:r>
      <w:r>
        <w:rPr>
          <w:sz w:val="20"/>
        </w:rPr>
        <w:t>2:02  zameen ke andar jo gravity hai, us ko hazaron hazar saal se insan janta nahi tha. Halanke yeh Allah ki bohat hi badi blessing hai, kyunke agar yeh gravity na ho to kuch bhi na ho.</w:t>
      </w:r>
      <w:r>
        <w:br/>
      </w:r>
      <w:r>
        <w:rPr>
          <w:sz w:val="20"/>
        </w:rPr>
        <w:t>2:19  zameen par anaaj paida ho, na saare basayein, na hum chal phir saken. Hum log jo hain patte ke orhenge.</w:t>
      </w:r>
      <w:r>
        <w:br/>
      </w:r>
      <w:r>
        <w:rPr>
          <w:sz w:val="20"/>
        </w:rPr>
        <w:t>2:30  saara tamaddun, saara civilization, sari activities, sab band ho jayen.</w:t>
      </w:r>
      <w:r>
        <w:br/>
      </w:r>
      <w:r>
        <w:rPr>
          <w:sz w:val="20"/>
        </w:rPr>
        <w:t>2:39  aap ki carain jo darti hain, woh nahi darr sakain. woh gravity jo pakri hui hai, sab ko pakri hui hai, isi se sab ho raha hai. to insaan par Allah taala ne bees baar blessing ki thi, is mein se aik bohat bari blessing yeh thi</w:t>
      </w:r>
      <w:r>
        <w:br/>
      </w:r>
      <w:r>
        <w:rPr>
          <w:sz w:val="20"/>
        </w:rPr>
        <w:t>2:57  gravitational field zameen ke andar. to insaan bekhabar tha is se. to Newton ka aik bagh tha us ke family ka, saib ka,</w:t>
      </w:r>
      <w:r>
        <w:br/>
      </w:r>
      <w:r>
        <w:rPr>
          <w:sz w:val="20"/>
        </w:rPr>
        <w:t>3:12  to woh is mein baitha hua tha.</w:t>
      </w:r>
      <w:r>
        <w:br/>
      </w:r>
      <w:r>
        <w:rPr>
          <w:sz w:val="20"/>
        </w:rPr>
        <w:t>3:15  wahan jaya karta tha woh. aik din aise jagah baitha tha woh ke woh us ke ooper saib ka peir tha. to aik saib toota ooper se aur theek us ke sir par aa ke gira.</w:t>
      </w:r>
      <w:r>
        <w:br/>
      </w:r>
      <w:r>
        <w:rPr>
          <w:sz w:val="20"/>
        </w:rPr>
        <w:t>3:35  yani is sir ko hit kiya is ne. hit karne ka matlab kya tha? aay bewaqoof insaan, to apne creator ki itni bari blessing se abhi tak bekhabar hai?</w:t>
      </w:r>
      <w:r>
        <w:br/>
      </w:r>
      <w:r>
        <w:rPr>
          <w:sz w:val="20"/>
        </w:rPr>
        <w:t>3:52  to that was apple shock.</w:t>
      </w:r>
      <w:r>
        <w:br/>
      </w:r>
      <w:r>
        <w:rPr>
          <w:sz w:val="20"/>
        </w:rPr>
        <w:t>3:56  apple shock tha woh. is ke baad insaan ne, yani Newton ne, sochna shuru kiya. sochna shuru kiya.</w:t>
      </w:r>
      <w:r>
        <w:br/>
      </w:r>
      <w:r>
        <w:rPr>
          <w:sz w:val="20"/>
        </w:rPr>
        <w:t>4:06  aur sochte sochte us ne</w:t>
      </w:r>
      <w:r>
        <w:br/>
      </w:r>
      <w:r>
        <w:rPr>
          <w:sz w:val="20"/>
        </w:rPr>
        <w:t>4:11  jana ke zameen ke andar gravitational field hai. tab se insaan ne jana hai itni bari blessing ko jo Allah rab ul alameen ne di.</w:t>
      </w:r>
      <w:r>
        <w:br/>
      </w:r>
      <w:r>
        <w:rPr>
          <w:sz w:val="20"/>
        </w:rPr>
        <w:t>4:23  to hamare mission mein jo log yahan hain baithe hain, sab ke per koi na koi apple shock hua hai.</w:t>
      </w:r>
      <w:r>
        <w:br/>
      </w:r>
      <w:r>
        <w:rPr>
          <w:sz w:val="20"/>
        </w:rPr>
        <w:t>4:29  sab yahan hain warna na hotay.</w:t>
      </w:r>
      <w:r>
        <w:br/>
      </w:r>
      <w:r>
        <w:rPr>
          <w:sz w:val="20"/>
        </w:rPr>
        <w:t>4:34  jo log bhi yahan par hain, sab par koi na koi apple shock ka experience hua hai. aap sochiye, tab yahan aap hain.</w:t>
      </w:r>
      <w:r>
        <w:br/>
      </w:r>
      <w:r>
        <w:rPr>
          <w:sz w:val="20"/>
        </w:rPr>
        <w:t>4:47  recently do waqay ko mein zikr karoon in mein se. aik to Mr. Shoaib yeh ja rahe thay haan kaam se,</w:t>
      </w:r>
      <w:r>
        <w:br/>
      </w:r>
      <w:r>
        <w:rPr>
          <w:sz w:val="20"/>
        </w:rPr>
        <w:t>4:57  to un par aik saib gira. airport pohanch kar ke un ko lotna para. taake aaj ka jo yeh bohat hi special day hai, woh is mein shareek ho jayain.</w:t>
      </w:r>
      <w:r>
        <w:br/>
      </w:r>
      <w:r>
        <w:rPr>
          <w:sz w:val="20"/>
        </w:rPr>
        <w:t>5:12  is se pehle apple shock hua tha</w:t>
      </w:r>
      <w:r>
        <w:br/>
      </w:r>
      <w:r>
        <w:rPr>
          <w:sz w:val="20"/>
        </w:rPr>
        <w:t>5:15  ke Priya mili. aap jante hain ke Priya hum se bhag chuki thi. lekin Allah taala ne un ke sir par aik saib mara.</w:t>
      </w:r>
      <w:r>
        <w:br/>
      </w:r>
      <w:r>
        <w:rPr>
          <w:sz w:val="20"/>
        </w:rPr>
        <w:t>5:28  bhag ke kahan ja rahi hogi? bhag ke kahan jaogi?</w:t>
      </w:r>
      <w:r>
        <w:br/>
      </w:r>
      <w:r>
        <w:rPr>
          <w:sz w:val="20"/>
        </w:rPr>
        <w:t>5:35  to woh loti woh. aur itne shandar tareeqay se loti hain ke pehle se bhi zyada taluq un ka ho gaya Mr. se. aise sab ka haal hai.</w:t>
      </w:r>
      <w:r>
        <w:br/>
      </w:r>
      <w:r>
        <w:rPr>
          <w:sz w:val="20"/>
        </w:rPr>
        <w:t>5:48  to dekhiye aaj ka din special kyun batata hoon mein?</w:t>
      </w:r>
      <w:r>
        <w:br/>
      </w:r>
      <w:r>
        <w:rPr>
          <w:sz w:val="20"/>
        </w:rPr>
        <w:t>5:57  bohat pehle ki baat hai, mein</w:t>
      </w:r>
      <w:r>
        <w:br/>
      </w:r>
      <w:r>
        <w:rPr>
          <w:sz w:val="20"/>
        </w:rPr>
        <w:t>6:03  Times of India ke aik program mein mujhe shareek kiya gaya. woh tha jis ko kehte hain teleconferencing.</w:t>
      </w:r>
      <w:r>
        <w:br/>
      </w:r>
      <w:r>
        <w:rPr>
          <w:sz w:val="20"/>
        </w:rPr>
        <w:t>6:13  yehin Delhi mein un ke office mein tha, Times of India ke office mein. teleconferencing wahan mujhe bulaya gaya tha.</w:t>
      </w:r>
      <w:r>
        <w:br/>
      </w:r>
      <w:r>
        <w:rPr>
          <w:sz w:val="20"/>
        </w:rPr>
        <w:t>6:22  to is mein kai top ke log thay Mr. mein. CC se aur bhi kai log. to doosre maqam par, doosre saare log thay.</w:t>
      </w:r>
      <w:r>
        <w:br/>
      </w:r>
      <w:r>
        <w:rPr>
          <w:sz w:val="20"/>
        </w:rPr>
        <w:t>6:34  mein akela hi tha office mein aur log bahar bhag rahe thay.</w:t>
      </w:r>
      <w:r>
        <w:br/>
      </w:r>
      <w:r>
        <w:rPr>
          <w:sz w:val="20"/>
        </w:rPr>
        <w:t>6:40  to teleconferencing hui. hum logon ne apne apne maqam se bola aur wahan sab ko hamari di. to yeh bohat pehle ki baat hai.</w:t>
      </w:r>
      <w:r>
        <w:br/>
      </w:r>
      <w:r>
        <w:rPr>
          <w:sz w:val="20"/>
        </w:rPr>
        <w:t>6:53  mere dil mein aaya ke kaash Allah taala</w:t>
      </w:r>
      <w:r>
        <w:br/>
      </w:r>
      <w:r>
        <w:rPr>
          <w:sz w:val="20"/>
        </w:rPr>
        <w:t>6:58  hum ko bhi aur hamare mission ko bhi itna phailaye ke hamare bhi teleconferencing ho.</w:t>
      </w:r>
      <w:r>
        <w:br/>
      </w:r>
      <w:r>
        <w:rPr>
          <w:sz w:val="20"/>
        </w:rPr>
        <w:t>7:10  yani is waqt yeh anokhi aur anoni, ek na hone wali baat thi jab yeh hua tha. Yani hum hum jo hai sapne bhi nahi de sakte the ke hamari teleconferencing hogi.</w:t>
      </w:r>
      <w:r>
        <w:br/>
      </w:r>
      <w:r>
        <w:rPr>
          <w:sz w:val="20"/>
        </w:rPr>
        <w:t>7:24  lekin theek aaj hi ke din America mein teleconferencing hui hai aur is ka report un ke paas aayi hai.</w:t>
      </w:r>
    </w:p>
    <w:p>
      <w:pPr>
        <w:pStyle w:val="Heading2"/>
      </w:pPr>
      <w:r>
        <w:t>Newton's law applies to matter not humans</w:t>
      </w:r>
    </w:p>
    <w:p>
      <w:r>
        <w:rPr>
          <w:color w:val="666666"/>
          <w:sz w:val="18"/>
        </w:rPr>
        <w:t>Collective Repentance I Feb 24, 2013 Maulana Wahiduddin Khan · 1m 11s · at 1:22:10 · https://youtu.be/lkkolxAL38c?t=4930</w:t>
      </w:r>
    </w:p>
    <w:p>
      <w:r>
        <w:rPr>
          <w:i/>
        </w:rPr>
        <w:t>“Yeh bahut badi firasi hai is sawaal mein”</w:t>
      </w:r>
    </w:p>
    <w:p>
      <w:r>
        <w:rPr>
          <w:sz w:val="20"/>
        </w:rPr>
        <w:t>1:22:10  By all means, I am in favor of engaging with normal citizens of the Western country for dawah work." Dekhen, yeh bohat bari fallacy hai is question mein.</w:t>
      </w:r>
      <w:r>
        <w:br/>
      </w:r>
      <w:r>
        <w:rPr>
          <w:sz w:val="20"/>
        </w:rPr>
        <w:t>1:22:23  Fallacy yeh hai ke Newton ka jo law hai, woh matter ke liye hai, insaan ke liye nahi hai.</w:t>
      </w:r>
      <w:r>
        <w:br/>
      </w:r>
      <w:r>
        <w:rPr>
          <w:sz w:val="20"/>
        </w:rPr>
        <w:t>1:22:28  Kaisa ajeeb sawal kar raha hoon!</w:t>
      </w:r>
      <w:r>
        <w:br/>
      </w:r>
      <w:r>
        <w:rPr>
          <w:sz w:val="20"/>
        </w:rPr>
        <w:t>1:22:32  Agar aap educated aadmi hain to kaisi education aati hogi? Kya aap jante hain ke ke Newton ka law matter ke liye hai, insaan ke liye nahi hai? Newton ka subject psychology nahi tha.</w:t>
      </w:r>
      <w:r>
        <w:br/>
      </w:r>
      <w:r>
        <w:rPr>
          <w:sz w:val="20"/>
        </w:rPr>
        <w:t>1:22:46  yeh yeh meter mein aisa hota hai. Is qism ki</w:t>
      </w:r>
      <w:r>
        <w:br/>
      </w:r>
      <w:r>
        <w:rPr>
          <w:sz w:val="20"/>
        </w:rPr>
        <w:t>1:22:50  baat insaan to azaad makhlooq hai, is ko soch soch kar ke apne zehn banata hai. Woh negativity ko positivity convert kar sakta hai.</w:t>
      </w:r>
      <w:r>
        <w:br/>
      </w:r>
      <w:r>
        <w:rPr>
          <w:sz w:val="20"/>
        </w:rPr>
        <w:t>1:23:00  Hum to roz karte hain. Aap Newton ka law ka insaan ko apply karna chahte hain? Kaise ajeeb kaam kar rahe hain aap?</w:t>
      </w:r>
      <w:r>
        <w:br/>
      </w:r>
      <w:r>
        <w:rPr>
          <w:sz w:val="20"/>
        </w:rPr>
        <w:t>1:23:10  Yaani har amal ka radd-e-amal hota hai. Yeh meter, yeh meter ki duniya mein yeh yeh law chalta hai, insaan ki duniya mein nahi. Insaan ki duniya mein nahi chalta hai.</w:t>
      </w:r>
    </w:p>
    <w:p>
      <w:pPr>
        <w:pStyle w:val="Heading2"/>
      </w:pPr>
      <w:r>
        <w:t>Matter as building block of universe</w:t>
      </w:r>
    </w:p>
    <w:p>
      <w:r>
        <w:rPr>
          <w:color w:val="666666"/>
          <w:sz w:val="18"/>
        </w:rPr>
        <w:t>Three Periods of History 17 May 2009 - Maulana Wahiduddin Khan · 40s · at 30:33 · https://youtu.be/vBp-ZxDDl6Y?t=1833</w:t>
      </w:r>
    </w:p>
    <w:p>
      <w:r>
        <w:rPr>
          <w:i/>
        </w:rPr>
        <w:t>“Newton jo hai, woh father of modern science hai”</w:t>
      </w:r>
    </w:p>
    <w:p>
      <w:r>
        <w:rPr>
          <w:sz w:val="20"/>
        </w:rPr>
        <w:t>30:33  newton ne kya bataya? 400 saal pehle ka zamana hai newton ka. newton ki death hui thi 1727 mein, yani 1727 ki death hui hai 1727 mein, yani 400 saal pehle ka zamana hai newton ka.</w:t>
      </w:r>
      <w:r>
        <w:br/>
      </w:r>
      <w:r>
        <w:rPr>
          <w:sz w:val="20"/>
        </w:rPr>
        <w:t>30:54  us waqt is ne kya bataya? is ne bataya ke matter is the building block of of universe.</w:t>
      </w:r>
      <w:r>
        <w:br/>
      </w:r>
      <w:r>
        <w:rPr>
          <w:sz w:val="20"/>
        </w:rPr>
        <w:t>31:07  matter is the building block of universe. yeh newton ne kaha,</w:t>
      </w:r>
    </w:p>
    <w:p>
      <w:pPr>
        <w:pStyle w:val="Heading2"/>
      </w:pPr>
      <w:r>
        <w:t>From matter to energy building block</w:t>
      </w:r>
    </w:p>
    <w:p>
      <w:r>
        <w:rPr>
          <w:color w:val="666666"/>
          <w:sz w:val="18"/>
        </w:rPr>
        <w:t>Three Periods of History 17 May 2009 - Maulana Wahiduddin Khan · 3m 00s · at 30:28 · https://youtu.be/vBp-ZxDDl6Y?t=1828</w:t>
      </w:r>
    </w:p>
    <w:p>
      <w:r>
        <w:rPr>
          <w:i/>
        </w:rPr>
        <w:t>“Newton jo hai, woh father of modern science hai”</w:t>
      </w:r>
    </w:p>
    <w:p>
      <w:r>
        <w:rPr>
          <w:sz w:val="20"/>
        </w:rPr>
        <w:t>30:28  newton jo hai, woh father of modern science hai.</w:t>
      </w:r>
      <w:r>
        <w:br/>
      </w:r>
      <w:r>
        <w:rPr>
          <w:sz w:val="20"/>
        </w:rPr>
        <w:t>30:33  newton ne kya bataya? 400 saal pehle ka zamana hai newton ka. newton ki death hui thi 1727 mein, yani 1727 ki death hui hai 1727 mein, yani 400 saal pehle ka zamana hai newton ka.</w:t>
      </w:r>
      <w:r>
        <w:br/>
      </w:r>
      <w:r>
        <w:rPr>
          <w:sz w:val="20"/>
        </w:rPr>
        <w:t>30:54  us waqt is ne kya bataya? is ne bataya ke matter is the building block of of universe.</w:t>
      </w:r>
      <w:r>
        <w:br/>
      </w:r>
      <w:r>
        <w:rPr>
          <w:sz w:val="20"/>
        </w:rPr>
        <w:t>31:07  matter is the building block of universe. yeh newton ne kaha,</w:t>
      </w:r>
      <w:r>
        <w:br/>
      </w:r>
      <w:r>
        <w:rPr>
          <w:sz w:val="20"/>
        </w:rPr>
        <w:t>31:13  yani science se science shuru hoti hai. jab science enter hui study mein to pehli discovery jo hui, pehli discovery newton ke zariye se, us waqt is ne bataya duniya ko, yeh khabar di</w:t>
      </w:r>
      <w:r>
        <w:br/>
      </w:r>
      <w:r>
        <w:rPr>
          <w:sz w:val="20"/>
        </w:rPr>
        <w:t>31:30  ke matter is the building block of universe. yeh sab kuch matter se bana hai, sab kuch matter se bana hai, sab kuch matter se bana hai. isi se atheism nikla, yani atheism jo thay, atheist jo thay, unhone hijack kar liya is nazariye ko.</w:t>
      </w:r>
      <w:r>
        <w:br/>
      </w:r>
      <w:r>
        <w:rPr>
          <w:sz w:val="20"/>
        </w:rPr>
        <w:t>31:48  atheist were hijacker, yani science ne atheism nahi paida kiya, kuch atheist thay, unhone hijack kar ke is ko istemal kiya aur kaha ke ke phir toh khuda ki zaroorat hi nahi hai, sab kuch matter se ho raha hai.</w:t>
      </w:r>
      <w:r>
        <w:br/>
      </w:r>
      <w:r>
        <w:rPr>
          <w:sz w:val="20"/>
        </w:rPr>
        <w:t>32:09  lekin history aaj ruki nahi, history aage badhi yahan tak ke dekhiye, einstein paida hua. einstein paida hua, einstein ki death hui hai 1955 mein,</w:t>
      </w:r>
      <w:r>
        <w:br/>
      </w:r>
      <w:r>
        <w:rPr>
          <w:sz w:val="20"/>
        </w:rPr>
        <w:t>32:24  yani mere zamane mein.</w:t>
      </w:r>
      <w:r>
        <w:br/>
      </w:r>
      <w:r>
        <w:rPr>
          <w:sz w:val="20"/>
        </w:rPr>
        <w:t>32:27  newton toh mere is se pehle ka aadmi hai, 1727 mein woh mar chuka tha, woh lekin einstein toh mere zamane mein mara hai 1955 mein, jab ke mein adhuk badh mein tha.</w:t>
      </w:r>
      <w:r>
        <w:br/>
      </w:r>
      <w:r>
        <w:rPr>
          <w:sz w:val="20"/>
        </w:rPr>
        <w:t>32:44  to ainstain ne history ko aagay barhaya, history of thought ko aagay barhaya.</w:t>
      </w:r>
      <w:r>
        <w:br/>
      </w:r>
      <w:r>
        <w:rPr>
          <w:sz w:val="20"/>
        </w:rPr>
        <w:t>32:49  is ne kaha ke energy is the building block of universe, ke matter nahi balkeh energy, kyunke aap jante hain ke is ne bataya hai ke convertable hai, matter aur energy dono.</w:t>
      </w:r>
      <w:r>
        <w:br/>
      </w:r>
      <w:r>
        <w:rPr>
          <w:sz w:val="20"/>
        </w:rPr>
        <w:t>33:02  matter ko energy mein convert kar dijiye, energy ko matter mein convert kar dijiye.</w:t>
      </w:r>
      <w:r>
        <w:br/>
      </w:r>
      <w:r>
        <w:rPr>
          <w:sz w:val="20"/>
        </w:rPr>
        <w:t>33:09  to Einstein ne yeh bataya ke energy is the building block of nature. ab history of thought ek qadam aagay barhi, ek qadam aagay barhi.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