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People criticise me</w:t>
      </w:r>
    </w:p>
    <w:p>
      <w:r>
        <w:rPr>
          <w:sz w:val="18"/>
        </w:rPr>
        <w:t>Q&amp;A, lecture moments and clips · full transcripts with timestamps · exported 2026-09-21</w:t>
      </w:r>
    </w:p>
    <w:p>
      <w:pPr>
        <w:pStyle w:val="Heading1"/>
      </w:pPr>
      <w:r>
        <w:t>Maulana was asked (30)</w:t>
      </w:r>
    </w:p>
    <w:p>
      <w:pPr>
        <w:pStyle w:val="Heading2"/>
      </w:pPr>
      <w:r>
        <w:t>Why people miss good intentions behind criticism</w:t>
      </w:r>
    </w:p>
    <w:p>
      <w:r>
        <w:rPr>
          <w:color w:val="666666"/>
          <w:sz w:val="18"/>
        </w:rPr>
        <w:t>Lessons and Experiences May 22, 2011 Maulana Wahiduddin Khan · 23m 53s · at 59:46 · https://youtu.be/j4Qx-MsDQWc?t=3586</w:t>
      </w:r>
    </w:p>
    <w:p>
      <w:r>
        <w:rPr>
          <w:i/>
        </w:rPr>
        <w:t>“Why do people not understand the good intentions behind speaking against their favor?”</w:t>
      </w:r>
    </w:p>
    <w:p>
      <w:r>
        <w:rPr>
          <w:sz w:val="20"/>
        </w:rPr>
        <w:t>59:46  Maulana yeh sawal aaya hai Ms Aarti Bhardwaj ka Delhi se. Unhon ne likha hai Maulana sahib why people do not understand the good intentions behind speaking against their favor.</w:t>
      </w:r>
      <w:r>
        <w:br/>
      </w:r>
      <w:r>
        <w:rPr>
          <w:sz w:val="20"/>
        </w:rPr>
        <w:t>1:00:03  Is ke bare mein batayein. Dekhiye yeh to aaj isi par maine kaha ke logon ki thinking jo hai woh develop nahi hoti hai.</w:t>
      </w:r>
      <w:r>
        <w:br/>
      </w:r>
      <w:r>
        <w:rPr>
          <w:sz w:val="20"/>
        </w:rPr>
        <w:t>1:00:15  Conditioned hote hain. Yani apne weakness ko jante nahi. Jaise maine khud apne bare mein kaha ke main apni is weakness ko nahi janta tha ke mujhe dawa kis tarah se khai jati hai woh janta nahi tha main.</w:t>
      </w:r>
      <w:r>
        <w:br/>
      </w:r>
      <w:r>
        <w:rPr>
          <w:sz w:val="20"/>
        </w:rPr>
        <w:t>1:00:36  Yeh mujhe yahi saada si baat hai bilkul saada si ke capsule munh mein aap dalein to kis tarah se is ko gale se utarein yeh janta nahi tha main.</w:t>
      </w:r>
      <w:r>
        <w:br/>
      </w:r>
      <w:r>
        <w:rPr>
          <w:sz w:val="20"/>
        </w:rPr>
        <w:t>1:00:46  To choti si baat mein jab itna aadmi conditioning ho jata hai to badi badi baaton mein kyun nahi hoga? To kisi insan ko bhi aap blame na dijiye.</w:t>
      </w:r>
      <w:r>
        <w:br/>
      </w:r>
      <w:r>
        <w:rPr>
          <w:sz w:val="20"/>
        </w:rPr>
        <w:t>1:01:00  Hamesha yeh sochiye ke is ki jo conditioning hai is ko kaise toda jaye. Is ko kaise de-condition kiya jaye.</w:t>
      </w:r>
      <w:r>
        <w:br/>
      </w:r>
      <w:r>
        <w:rPr>
          <w:sz w:val="20"/>
        </w:rPr>
        <w:t>1:01:10  Mujhe to bar bar tajurba yeh hua hai ke sara mamla hota hai conditioning ka.</w:t>
      </w:r>
      <w:r>
        <w:br/>
      </w:r>
      <w:r>
        <w:rPr>
          <w:sz w:val="20"/>
        </w:rPr>
        <w:t>1:01:16  Har aadmi kisi na kisi cheez mein conditioned rehta hai. Apne ghar mein apne mahol mein apne paros mein apne mulk mein.</w:t>
      </w:r>
      <w:r>
        <w:br/>
      </w:r>
      <w:r>
        <w:rPr>
          <w:sz w:val="20"/>
        </w:rPr>
        <w:t>1:01:27  Is conditioning ki wajah se is ki baaton ko samajh mein nahi aati.</w:t>
      </w:r>
      <w:r>
        <w:br/>
      </w:r>
      <w:r>
        <w:rPr>
          <w:sz w:val="20"/>
        </w:rPr>
        <w:t>1:01:33  To jab tak isi conditioning ko aap todein nahi</w:t>
      </w:r>
      <w:r>
        <w:br/>
      </w:r>
      <w:r>
        <w:rPr>
          <w:sz w:val="20"/>
        </w:rPr>
        <w:t>1:01:42  tab tak aap</w:t>
      </w:r>
      <w:r>
        <w:br/>
      </w:r>
      <w:r>
        <w:rPr>
          <w:sz w:val="20"/>
        </w:rPr>
        <w:t>1:01:46  is ko samjha nahi sakte.</w:t>
      </w:r>
      <w:r>
        <w:br/>
      </w:r>
      <w:r>
        <w:rPr>
          <w:sz w:val="20"/>
        </w:rPr>
        <w:t>1:01:55  To conditioning itni zyada yani</w:t>
      </w:r>
      <w:r>
        <w:br/>
      </w:r>
      <w:r>
        <w:rPr>
          <w:sz w:val="20"/>
        </w:rPr>
        <w:t>1:02:02  har aadmi ko ek condition ke case hai. Main samajhta hoon ke koi aadmi bhi aisa nahi hai jo conditioning conditioning case na ho.</w:t>
      </w:r>
      <w:r>
        <w:br/>
      </w:r>
      <w:r>
        <w:rPr>
          <w:sz w:val="20"/>
        </w:rPr>
        <w:t>1:02:13  To zindagi ka main samajhta hoon ke har aadmi yani condition ho hi jata hai. Mistake condition ho hi jata hai har aadmi.</w:t>
      </w:r>
      <w:r>
        <w:br/>
      </w:r>
      <w:r>
        <w:rPr>
          <w:sz w:val="20"/>
        </w:rPr>
        <w:t>1:02:22  To zindagi ki jo beginning hai yani zindagi ka jo starting point hai woh yahi hai ke aap ne apne ko de-condition karein.</w:t>
      </w:r>
      <w:r>
        <w:br/>
      </w:r>
      <w:r>
        <w:rPr>
          <w:sz w:val="20"/>
        </w:rPr>
        <w:t>1:02:31  Yani before de-conditioning your personality there is no beginning.</w:t>
      </w:r>
      <w:r>
        <w:br/>
      </w:r>
      <w:r>
        <w:rPr>
          <w:sz w:val="20"/>
        </w:rPr>
        <w:t>1:02:40  Yeh har aadmi mein main samajhta hoon ke is mein koi exception nahi hai.</w:t>
      </w:r>
      <w:r>
        <w:br/>
      </w:r>
      <w:r>
        <w:rPr>
          <w:sz w:val="20"/>
        </w:rPr>
        <w:t>1:02:45  To jis aadmi ko aap payein ke aisa hai to yeh sochiye ke is ki conditioning ko toda kaise jaye. Aur jaise hi aadmi ki condition ٹوٹتی hai woh aadmi samajh leta hai baat ko.</w:t>
      </w:r>
      <w:r>
        <w:br/>
      </w:r>
      <w:r>
        <w:rPr>
          <w:sz w:val="20"/>
        </w:rPr>
        <w:t>1:03:00  Mujhe to bar bar tajurba is ka hua. Yani yeh na samjhiye ke woh yani jaan boojh kar aisa kar raha hai.</w:t>
      </w:r>
      <w:r>
        <w:br/>
      </w:r>
      <w:r>
        <w:rPr>
          <w:sz w:val="20"/>
        </w:rPr>
        <w:t>1:03:09  Conditioning conditioning ki wajah se woh yani unaware hai apne khud apne weakness se.</w:t>
      </w:r>
      <w:r>
        <w:br/>
      </w:r>
      <w:r>
        <w:rPr>
          <w:sz w:val="20"/>
        </w:rPr>
        <w:t>1:03:19  To main yahi kahunga ke bajaye is aadmi ko blame dene ke aap sirf yeh kijiye ke yeh pata kijiye ke kaise is ki conditioning hui hai.</w:t>
      </w:r>
      <w:r>
        <w:br/>
      </w:r>
      <w:r>
        <w:rPr>
          <w:sz w:val="20"/>
        </w:rPr>
        <w:t>1:03:31  Is condition ko kaise toda ja sakta hai. Study karwayein aap is ko baat cheet karein is ko aap is ko koi nayi baat is ko samjhayein.</w:t>
      </w:r>
      <w:r>
        <w:br/>
      </w:r>
      <w:r>
        <w:rPr>
          <w:sz w:val="20"/>
        </w:rPr>
        <w:t>1:03:40  to hamare haan to yani bohat misalein hain sankron sankron misalein hain ke jab jab conditioning toot gayi aadmi ki to usi baat ko samajhne laga jo us ke pehle to samajh nahi pata tha wo.</w:t>
      </w:r>
      <w:r>
        <w:br/>
      </w:r>
      <w:r>
        <w:rPr>
          <w:sz w:val="20"/>
        </w:rPr>
        <w:t>1:03:57  to hum mein se har shakhs jo chahta hai logon ko theek karna us ko yeh jaanna chahiye ke us ke kaam ki jo beginning hai wo de-conditioning se hogi.</w:t>
      </w:r>
      <w:r>
        <w:br/>
      </w:r>
      <w:r>
        <w:rPr>
          <w:sz w:val="20"/>
        </w:rPr>
        <w:t>1:04:11  us ke baghair nahi ho sakti hai.</w:t>
      </w:r>
      <w:r>
        <w:br/>
      </w:r>
      <w:r>
        <w:rPr>
          <w:sz w:val="20"/>
        </w:rPr>
        <w:t>1:04:16  Miss Naghma Siddiqui ne Dilli se likha hai can you give a suggestion on how we can change our addiction؟</w:t>
      </w:r>
      <w:r>
        <w:br/>
      </w:r>
      <w:r>
        <w:rPr>
          <w:sz w:val="20"/>
        </w:rPr>
        <w:t>1:04:31  Big suggestion to</w:t>
      </w:r>
      <w:r>
        <w:br/>
      </w:r>
      <w:r>
        <w:rPr>
          <w:sz w:val="20"/>
        </w:rPr>
        <w:t>1:04:34  yahi hai ke khud sochiye aur doosra aadmi jab aap ko kuch bataye to us par dhyan dijiye.</w:t>
      </w:r>
      <w:r>
        <w:br/>
      </w:r>
      <w:r>
        <w:rPr>
          <w:sz w:val="20"/>
        </w:rPr>
        <w:t>1:04:43  us ko brush aside mat kijiye aksar aisa hota hai ke doosra aadmi jab aap ko dhyan dilata hai to aap us ko brush aside kar dete hain.</w:t>
      </w:r>
      <w:r>
        <w:br/>
      </w:r>
      <w:r>
        <w:rPr>
          <w:sz w:val="20"/>
        </w:rPr>
        <w:t>1:04:58  to aur koi tareeqa koi is mein koi koi bohat hi koi aur technical tareeqa to mein dene wala hoon is ka.</w:t>
      </w:r>
      <w:r>
        <w:br/>
      </w:r>
      <w:r>
        <w:rPr>
          <w:sz w:val="20"/>
        </w:rPr>
        <w:t>1:05:09  yeh hai ke aap introspection karein sochein apne bare mein aur is baat ko maan lein ke kai baatein aisi ho sakti hain jo hamare andar ho weakness hum jante bhi nahi ho ke wo weakness hai.</w:t>
      </w:r>
      <w:r>
        <w:br/>
      </w:r>
      <w:r>
        <w:rPr>
          <w:sz w:val="20"/>
        </w:rPr>
        <w:t>1:05:22  isi liye maine apni misaal de di khud apni misaal ke mere andar yeh weakness thi ke main pani peeta tha to sahi tareeqe se nahi peeta tha is liye dawa mere gale mein phans jati thi.</w:t>
      </w:r>
      <w:r>
        <w:br/>
      </w:r>
      <w:r>
        <w:rPr>
          <w:sz w:val="20"/>
        </w:rPr>
        <w:t>1:05:36  lekin main mujhe mujhe is ka is ka pata nahi tha mujhe aaj mein dekhiye hota kya hai is isi misaal se batata hoon aap ko ke aadmi kisi obsession mein pad jata hai obsession jaise mujhe obsession kiya tha</w:t>
      </w:r>
      <w:r>
        <w:br/>
      </w:r>
      <w:r>
        <w:rPr>
          <w:sz w:val="20"/>
        </w:rPr>
        <w:t>1:05:52  ke peghambar ne kaha ke pani thoda thoda kar ke piyo pani thoda thoda kar ke piyo lekin every rule has its exceptions.</w:t>
      </w:r>
      <w:r>
        <w:br/>
      </w:r>
      <w:r>
        <w:rPr>
          <w:sz w:val="20"/>
        </w:rPr>
        <w:t>1:06:02  is hadees mein hamein yeh sochna chahiye ke every rule has its exceptions koi bhi baat ho to us pe exception hota hai to aam halat mein to theek hai thoda thoda kar ke piyo.</w:t>
      </w:r>
      <w:r>
        <w:br/>
      </w:r>
      <w:r>
        <w:rPr>
          <w:sz w:val="20"/>
        </w:rPr>
        <w:t>1:06:11  lekin aap jab dawa le rahe hain capsule to aap ko poora ghont lena parega tabhi wo utre gi nahi to nahi utre gi ab yeh sochne se baatein maloom hoti hain.</w:t>
      </w:r>
      <w:r>
        <w:br/>
      </w:r>
      <w:r>
        <w:rPr>
          <w:sz w:val="20"/>
        </w:rPr>
        <w:t>1:06:22  jo bohat acha tha ke maine yeh adat banai ke pani thoda thoda kar ke piyo lekin isi ke sath mujhe yeh bhi janna chahiye ke every rule has its exceptions.</w:t>
      </w:r>
      <w:r>
        <w:br/>
      </w:r>
      <w:r>
        <w:rPr>
          <w:sz w:val="20"/>
        </w:rPr>
        <w:t>1:06:35  to jab dawa ka ek capsule wo mun mein dala aap ne to wo wo exception ka case ban gaya ab aap ko pani peene se zyada mun mein lena chahiye taake utar utar jayega yeh sab.</w:t>
      </w:r>
      <w:r>
        <w:br/>
      </w:r>
      <w:r>
        <w:rPr>
          <w:sz w:val="20"/>
        </w:rPr>
        <w:t>1:06:46  to</w:t>
      </w:r>
      <w:r>
        <w:br/>
      </w:r>
      <w:r>
        <w:rPr>
          <w:sz w:val="20"/>
        </w:rPr>
        <w:t>1:06:47  yahi hai ek hi process hai wo hai sochna sochna sochna sochna aur us ke liye tayyar rehna ke jaise hi mujhe pata chale apni weakness ka jaldi sambhal loon is ko mein.</w:t>
      </w:r>
      <w:r>
        <w:br/>
      </w:r>
      <w:r>
        <w:rPr>
          <w:sz w:val="20"/>
        </w:rPr>
        <w:t>1:07:00  phir mein der na karoon yahi baat meri samajh mein aati hai.</w:t>
      </w:r>
      <w:r>
        <w:br/>
      </w:r>
      <w:r>
        <w:rPr>
          <w:sz w:val="20"/>
        </w:rPr>
        <w:t>1:07:10  Miss Aisha ne Dilli se likha hai Maulana today you emphasized on art of thinking that is development of thinking power my question is is there any formula on how to develop the thinking power please comment</w:t>
      </w:r>
      <w:r>
        <w:br/>
      </w:r>
      <w:r>
        <w:rPr>
          <w:sz w:val="20"/>
        </w:rPr>
        <w:t>1:07:33  nahi is ka koi technical formula to hai nahi</w:t>
      </w:r>
      <w:r>
        <w:br/>
      </w:r>
      <w:r>
        <w:rPr>
          <w:sz w:val="20"/>
        </w:rPr>
        <w:t>1:07:40  koi bhi technical formula nahi hai</w:t>
      </w:r>
      <w:r>
        <w:br/>
      </w:r>
      <w:r>
        <w:rPr>
          <w:sz w:val="20"/>
        </w:rPr>
        <w:t>1:07:45  aap study karein</w:t>
      </w:r>
      <w:r>
        <w:br/>
      </w:r>
      <w:r>
        <w:rPr>
          <w:sz w:val="20"/>
        </w:rPr>
        <w:t>1:07:49  cheezon ko observe karein gehrai ke sath logon ki baaton ko sunein jaise misaal ke tor par dekhiye maine aksar logon ko paya hai ke jab wo kisi doosre ke paas sun rahe hote hain to wo poora nahi sun rahe hote tab bhi wo un ka apna mind ka jo hai mechanism chalta rehta hai</w:t>
      </w:r>
      <w:r>
        <w:br/>
      </w:r>
      <w:r>
        <w:rPr>
          <w:sz w:val="20"/>
        </w:rPr>
        <w:t>1:08:08  yani ek point hai jis pe discussion ho raha hai ab doosra aadmi ek us ko apne dhang se bata raha hai to mera mind jo hai usi chalta rahega apne apne khayalon par jaise hi wo khatam karega main phir aaghal doonga wo jo mere mind mein tha</w:t>
      </w:r>
      <w:r>
        <w:br/>
      </w:r>
      <w:r>
        <w:rPr>
          <w:sz w:val="20"/>
        </w:rPr>
        <w:t>1:08:26  to mein Allah ke fazl se mere andar yeh baat Allah taala ne maine rakhi hai ke mein impetive mind ho ke sunta hoon doosre ki baat hoti hai der ke liye apne mind ko ek dum kh</w:t>
      </w:r>
      <w:r>
        <w:br/>
      </w:r>
      <w:r>
        <w:rPr>
          <w:sz w:val="20"/>
        </w:rPr>
        <w:t>1:08:37  ali kar leta hoon isi ko sunta hoon jo keh raha hai kehne wala</w:t>
      </w:r>
      <w:r>
        <w:br/>
      </w:r>
      <w:r>
        <w:rPr>
          <w:sz w:val="20"/>
        </w:rPr>
        <w:t>1:08:43  to art of thinking jo hai woh uska koi technical tareeka nahi hai aap aap sochein uske liye tayyar rahein ke jaise hi meri ghalti batai jayegi maan lunga usko sab se zyada crucial baat jo hai woh hai apni ghalti ko ko maan lena</w:t>
      </w:r>
      <w:r>
        <w:br/>
      </w:r>
      <w:r>
        <w:rPr>
          <w:sz w:val="20"/>
        </w:rPr>
        <w:t>1:09:08  jaldi se aap keh sakte hain ke i was wrong i was wrong mein batata hoon sab se bari jo rukawat hai thinking power ko develop karne mein woh yahi hai ke logon ke andar yeh yeh yaani woh nahi hota woh dar nahi karte karte uske liye ke woh keh dein ke i was wrong darte hain ke mein aisa keh doon to mein kuch chhota ho jaunga</w:t>
      </w:r>
      <w:r>
        <w:br/>
      </w:r>
      <w:r>
        <w:rPr>
          <w:sz w:val="20"/>
        </w:rPr>
        <w:t>1:09:34  to ya to woh deny karte rehte hain maante hi nahi ya dil mein dil mein maan lete hain seedhe se kahiye jaise hi aap kahein ke i was wrong waise aap ke mind mein ek naya development aa jayega</w:t>
      </w:r>
      <w:r>
        <w:br/>
      </w:r>
      <w:r>
        <w:rPr>
          <w:sz w:val="20"/>
        </w:rPr>
        <w:t>1:09:48  to mein yahi kahunga ke study kijiye cheezon ko bohat gehrai ke sath dekhiye distraction se apne aap ko bachaiye aur uske liye tayyar rahein ke jaise hi bataya jaye aap ki kisi weakness ko jaldi se keh dijiye ke waqai yeh ghalti thi mere mere dil thi i was wrong</w:t>
      </w:r>
      <w:r>
        <w:br/>
      </w:r>
      <w:r>
        <w:rPr>
          <w:sz w:val="20"/>
        </w:rPr>
        <w:t>1:10:09  to yeh koi yaani koi uska koi short course nahi hai yeh to life life long process ek hai zindagi bhar aap ko sochna hai zindagi bhar apni thinking ko develop karna hai aakhir waqt tak yeh chalta rehta hai mera tajurba to yahi hai</w:t>
      </w:r>
      <w:r>
        <w:br/>
      </w:r>
      <w:r>
        <w:rPr>
          <w:sz w:val="20"/>
        </w:rPr>
        <w:t>1:10:34  mister surya mukharji ne dilli se likha hai</w:t>
      </w:r>
      <w:r>
        <w:br/>
      </w:r>
      <w:r>
        <w:rPr>
          <w:sz w:val="20"/>
        </w:rPr>
        <w:t>1:10:38  maulana ji should be adjust ourselves despite of being on theright track and compromising the very ideals with those who live by no ideals haan dekhiye yeh yeh har aadmi ka problem hota hai jo bhi aadmi society mein reh raha hai uska</w:t>
      </w:r>
      <w:r>
        <w:br/>
      </w:r>
      <w:r>
        <w:rPr>
          <w:sz w:val="20"/>
        </w:rPr>
        <w:t>1:11:00  to mein to dekhiye compromise ko manta hoon compromise ko adjustment ko manta hoon mein lekin woh compromise yaani mein mera formula kyun hai apne kisi interest ke liye nahi hai</w:t>
      </w:r>
      <w:r>
        <w:br/>
      </w:r>
      <w:r>
        <w:rPr>
          <w:sz w:val="20"/>
        </w:rPr>
        <w:t>1:11:23  sirf is liye ke mera formula yeh hai ke doosra aadmi agar aap ko chahta dikhai parta hai ke woh right track se hta hua hai to aap uske yaani uske blushar baniye aur sachai ke sath usko samjhane ki koshish kijiye agar woh maan leta hai to bari achi baat hai agar nahi maan manta hai to aap wahin par peeche hatt jaiye reset ki</w:t>
      </w:r>
      <w:r>
        <w:br/>
      </w:r>
      <w:r>
        <w:rPr>
          <w:sz w:val="20"/>
        </w:rPr>
        <w:t>1:11:52  jiye reset reset kijiye kyun kyun phir aap time waste karenge</w:t>
      </w:r>
      <w:r>
        <w:br/>
      </w:r>
      <w:r>
        <w:rPr>
          <w:sz w:val="20"/>
        </w:rPr>
        <w:t>1:12:04  to save your time to save your energy you have to reset you have to adjust you have to make compromise</w:t>
      </w:r>
      <w:r>
        <w:br/>
      </w:r>
      <w:r>
        <w:rPr>
          <w:sz w:val="20"/>
        </w:rPr>
        <w:t>1:12:16  mein usko cowardice nahi samajhta ya usko mein unprincipled behaviour nahi samajhta compromise ko</w:t>
      </w:r>
      <w:r>
        <w:br/>
      </w:r>
      <w:r>
        <w:rPr>
          <w:sz w:val="20"/>
        </w:rPr>
        <w:t>1:12:27  to dekhiye do cheezein alag alag hain ek yeh hai ke aap koi ghalt faida uthana chahte hain koi ghalt faide ke liye aap kisi se compromise karein woh to ek alag cheez</w:t>
      </w:r>
      <w:r>
        <w:br/>
      </w:r>
      <w:r>
        <w:rPr>
          <w:sz w:val="20"/>
        </w:rPr>
        <w:t>1:12:42  hai usko to koi bhi nahi kahega yeh theek kaam hai yaani apne ek ghalt faide ke liye ya koi aap se ghalt faida lena chahta hai maslan ek aadmi officer hai uske paas ek aadmi aata hai ke mera falan kaam kar do aur woh ghalt kaam hota hai paisa deta hai usko paisa de kar ke usko kehta hai ke paisa lo abhi yeh kaam kar do woh paisa le kar ke woh officer kaam kar deta hai</w:t>
      </w:r>
      <w:r>
        <w:br/>
      </w:r>
      <w:r>
        <w:rPr>
          <w:sz w:val="20"/>
        </w:rPr>
        <w:t>1:13:12  to yeh jo compromise kiya is officer ne yeh to bohat ghalt baat hai to interest ke liye compromise karna yeh to bilashuba ghalt hai interest ke liye compromise karna ghalt hai principle ke liye compromise karna bilkul sahi hai</w:t>
      </w:r>
      <w:r>
        <w:br/>
      </w:r>
      <w:r>
        <w:rPr>
          <w:sz w:val="20"/>
        </w:rPr>
        <w:t>1:13:32  principle ke principle ke liye compromise karna bilkul sahi hai</w:t>
      </w:r>
      <w:r>
        <w:br/>
      </w:r>
      <w:r>
        <w:rPr>
          <w:sz w:val="20"/>
        </w:rPr>
        <w:t>1:13:38  to do alag alag tareeke yaani do alag alag qism ke compromise hain</w:t>
      </w:r>
      <w:r>
        <w:br/>
      </w:r>
      <w:r>
        <w:rPr>
          <w:sz w:val="20"/>
        </w:rPr>
        <w:t>1:13:48  to mera tajurba yahi hai ke interest ke liye compromise karna is se aap ke andar weak personality banti hai weak personality lekin principle ke liye compromise jab aap karein to aap ko opportunity milti hai woh aap ko opportunity deta hai aap</w:t>
      </w:r>
      <w:r>
        <w:br/>
      </w:r>
      <w:r>
        <w:rPr>
          <w:sz w:val="20"/>
        </w:rPr>
        <w:t>1:14:09  ko aap ka rasta rukta nahi yeh yeh yeh jo qism hai compromise karne ki woh to must hai kyunke iske baghair aap koi bara kaam kar nahi sakte</w:t>
      </w:r>
      <w:r>
        <w:br/>
      </w:r>
      <w:r>
        <w:rPr>
          <w:sz w:val="20"/>
        </w:rPr>
        <w:t>1:14:24  maulana zikwan nadvi ne dilli se likha hai british scientist stephen hawking had said in his interview that paradise and after life is nothing but a fairy story</w:t>
      </w:r>
      <w:r>
        <w:br/>
      </w:r>
      <w:r>
        <w:rPr>
          <w:sz w:val="20"/>
        </w:rPr>
        <w:t>1:14:39  what is your comment on this haan dekhiye maine padha tha times of India mein to us waqt maine padhne ke baad maine kaha tha ke yeh scientist ki zuban se ek unscientific comment hai</w:t>
      </w:r>
      <w:r>
        <w:br/>
      </w:r>
      <w:r>
        <w:rPr>
          <w:sz w:val="20"/>
        </w:rPr>
        <w:t>1:15:00  dekhiye ek</w:t>
      </w:r>
      <w:r>
        <w:br/>
      </w:r>
      <w:r>
        <w:rPr>
          <w:sz w:val="20"/>
        </w:rPr>
        <w:t>1:15:05  scientific stand kya hai</w:t>
      </w:r>
      <w:r>
        <w:br/>
      </w:r>
      <w:r>
        <w:rPr>
          <w:sz w:val="20"/>
        </w:rPr>
        <w:t>1:15:09  science yeh kehti hai ke jo cheez observation mein aaye wahi reality hai jo na observation hai to woh reality nahi hai yani is is sense mein nahi ke woh wajood nahi reality ka is sense mein ke hum is ke baray mein kuch kehne ki position mein nahi hain</w:t>
      </w:r>
      <w:r>
        <w:br/>
      </w:r>
      <w:r>
        <w:rPr>
          <w:sz w:val="20"/>
        </w:rPr>
        <w:t>1:15:31  yani jo aaj cheez aap ke telescope mein aati hai jo jo microscope ke ke zariye dikhai padti hai to woh to hum ne dekh liya to is ko to hum maan lenge jo cheez telescope aur microscope ke range mein nahi aati hai is ke baray mein hum kuch kehne ki position mein nahi hain yeh hai stand scientist ka</w:t>
      </w:r>
      <w:r>
        <w:br/>
      </w:r>
      <w:r>
        <w:rPr>
          <w:sz w:val="20"/>
        </w:rPr>
        <w:t>1:15:55  lekin unhon ne ek statement de diya</w:t>
      </w:r>
      <w:r>
        <w:br/>
      </w:r>
      <w:r>
        <w:rPr>
          <w:sz w:val="20"/>
        </w:rPr>
        <w:t>1:16:00  jabke jo recent research hui hai cosmos ki to yeh maan liya gaya hai ke cosmos ka sirf five percent hissa woh hai jo hum dekh paate hain 95 percent hissa woh hai jo hum dekh hi nahi sakte to aisi halat mein aap dekhiye ke science scientiston ko kya karna chahiye</w:t>
      </w:r>
      <w:r>
        <w:br/>
      </w:r>
      <w:r>
        <w:rPr>
          <w:sz w:val="20"/>
        </w:rPr>
        <w:t>1:16:23  science danon ko yeh karna chahiye ke according to the physical laws</w:t>
      </w:r>
      <w:r>
        <w:br/>
      </w:r>
      <w:r>
        <w:rPr>
          <w:sz w:val="20"/>
        </w:rPr>
        <w:t>1:16:33  perhaps there is no existence of paradise yani probably kehna chahiye is ko probably there is no physical existence of paradise probably kyunke humein pata nahi hai lekin yeh keh dena ke paradise koi exist karti nahi hai aap kaise keh sakte hain yani kis knowledge ke base par kahenge aap</w:t>
      </w:r>
      <w:r>
        <w:br/>
      </w:r>
      <w:r>
        <w:rPr>
          <w:sz w:val="20"/>
        </w:rPr>
        <w:t>1:16:58  kis knowledge jo aap khud aap ka jo science hai wahi batati hai ke five percent ke siwa jo duniya hai woh humein is ki khabar hi nahi hai is ki</w:t>
      </w:r>
      <w:r>
        <w:br/>
      </w:r>
      <w:r>
        <w:rPr>
          <w:sz w:val="20"/>
        </w:rPr>
        <w:t>1:17:14  is ki khabar nahi hai hum ko kyunke aap jante hain ke insaan ne jo banai hai telescope ya hamari aankh se hum light ho tab dekh paate hain light na hote hain nahi dekh paate aap</w:t>
      </w:r>
      <w:r>
        <w:br/>
      </w:r>
      <w:r>
        <w:rPr>
          <w:sz w:val="20"/>
        </w:rPr>
        <w:t>1:17:30  to universe mein dekhiye yeh discovery hui hai ke bara hissa dark matters ka hai dark matters ka matlab yeh nahi ke woh dark hain woh bhi bright hain jis jis se doosre star bright hote hain lekin un ka strong strong hai un ka ke woh apne apne light ko bhi kheenche hue hain light ko nikalne nahi dete itna strong hai</w:t>
      </w:r>
      <w:r>
        <w:br/>
      </w:r>
      <w:r>
        <w:rPr>
          <w:sz w:val="20"/>
        </w:rPr>
        <w:t>1:17:58  woh yeh suraj ki light hum par aati hai kyunke suraj apni light ko rok nahi roke hue nahi hai lekin woh jo hain woh itna strong hain ke apni light ko rok lete hain to hamare aur un ke beech mein roshni nahi hai hum dekh nahi paate na aankh se dekhenge na telescope se to jab science khud yeh manti hai ke aap zariye boli nahi hai bara hissa kainaat ka to aap kaise keh sakte hain</w:t>
      </w:r>
      <w:r>
        <w:br/>
      </w:r>
      <w:r>
        <w:rPr>
          <w:sz w:val="20"/>
        </w:rPr>
        <w:t>1:18:27  to woh sirf yeh keh sakte hain ke probably there is no physical existence of paradise bas yahi scientific statement hai baqi yeh kehna hai ke yeh pariyon ki kahaniyan hain aur yeh aisa kuch hai nahi kahin to aap kis ilm ke base par kehte hain kis ilm ke base par</w:t>
      </w:r>
      <w:r>
        <w:br/>
      </w:r>
      <w:r>
        <w:rPr>
          <w:sz w:val="20"/>
        </w:rPr>
        <w:t>1:18:51  to bas mein ne parha tha is ko woh yahi baat mein ne is ko kahi thi ke yeh ek scientist ki zuban se ek un scientific statement hai</w:t>
      </w:r>
      <w:r>
        <w:br/>
      </w:r>
      <w:r>
        <w:rPr>
          <w:sz w:val="20"/>
        </w:rPr>
        <w:t>1:19:03  Mr Abdul Rehman ne Delhi se likha hai Maulana sahib whatever is granted to us in this world is for the test then what is meant by be hisab rizq that Allah provides for whoever He wills</w:t>
      </w:r>
      <w:r>
        <w:br/>
      </w:r>
      <w:r>
        <w:rPr>
          <w:sz w:val="20"/>
        </w:rPr>
        <w:t>1:19:21  dekhiye aap be hisab ka matlab yeh nahi hai yani absolute sense mein nahi hai yani khud rizq ki nisbat se nahi hai woh hamare amal ki nisbat se hai woh yani hum ne amal kiya ho one percent to Khuda hundred percent de sakta hai is ka yani is ka ajar</w:t>
      </w:r>
      <w:r>
        <w:br/>
      </w:r>
      <w:r>
        <w:rPr>
          <w:sz w:val="20"/>
        </w:rPr>
        <w:t>1:19:51  yeh matlab nahi ke yani khud rizq jo hai jo sari duniya mein jo sari kainaat mein jo rizq hai woh sab ko aadil deta hai is ke upar yeh matlab is ka nahi hai</w:t>
      </w:r>
      <w:r>
        <w:br/>
      </w:r>
      <w:r>
        <w:rPr>
          <w:sz w:val="20"/>
        </w:rPr>
        <w:t>1:20:05  is ka matlab yeh hai ke jo jo jo insaan ne ek amal kiya hai to agarche woh thoda ho lekin is ke andar qualitatively itni zyada important hota hai woh ke is ka yani in terms of quantity is ko bohat de deta hai amal to thoda hai lekin in terms of quality is ke andar bohat bari koi cheez hai</w:t>
      </w:r>
      <w:r>
        <w:br/>
      </w:r>
      <w:r>
        <w:rPr>
          <w:sz w:val="20"/>
        </w:rPr>
        <w:t>1:20:31  to Khuda is ki quality ko dekhte hue bohat bari quantity mein ajar de deta hai to is ko absolute absolute sense mein mat lijiye koi bhi cheez dekhen absolute sense mein nahi hoti hai</w:t>
      </w:r>
      <w:r>
        <w:br/>
      </w:r>
      <w:r>
        <w:rPr>
          <w:sz w:val="20"/>
        </w:rPr>
        <w:t>1:20:47  Dr Farida Khanam ne Delhi se likha hai a scholar once observed people are lost in trivialities not attuned to the challenging issues of the time</w:t>
      </w:r>
      <w:r>
        <w:br/>
      </w:r>
      <w:r>
        <w:rPr>
          <w:sz w:val="20"/>
        </w:rPr>
        <w:t>1:21:00  what is your comment on this</w:t>
      </w:r>
      <w:r>
        <w:br/>
      </w:r>
      <w:r>
        <w:rPr>
          <w:sz w:val="20"/>
        </w:rPr>
        <w:t>1:21:07  yeh to bohat sahi hai aaj bhi sahi hai pehle bhi sahi tha choti cheezon mein log phanse rehte hain choti cheezon mein ab bari jo cheez hai is mein nahi phanstey misaal ke taur par dekhiye musalman 50 baras se reservation reservation mein phanse gaye hain hum ko reservation do</w:t>
      </w:r>
      <w:r>
        <w:br/>
      </w:r>
      <w:r>
        <w:rPr>
          <w:sz w:val="20"/>
        </w:rPr>
        <w:t>1:21:27  ye bahut hi mamooli cheez hai baal farz reservation de bhi diya jaye to us se community ko taraqqi</w:t>
      </w:r>
      <w:r>
        <w:br/>
      </w:r>
      <w:r>
        <w:rPr>
          <w:sz w:val="20"/>
        </w:rPr>
        <w:t>1:21:32  nahi hone wali hai</w:t>
      </w:r>
      <w:r>
        <w:br/>
      </w:r>
      <w:r>
        <w:rPr>
          <w:sz w:val="20"/>
        </w:rPr>
        <w:t>1:21:36  taraqqi hogi hard work se mehnat se is par zor dena chahiye sare leader bolte hain ab to</w:t>
      </w:r>
      <w:r>
        <w:br/>
      </w:r>
      <w:r>
        <w:rPr>
          <w:sz w:val="20"/>
        </w:rPr>
        <w:t>1:21:43  aj kal boli kam ho gayi hai 1947 ke baad main ne dekha ke sab ye boli bolte</w:t>
      </w:r>
      <w:r>
        <w:br/>
      </w:r>
      <w:r>
        <w:rPr>
          <w:sz w:val="20"/>
        </w:rPr>
        <w:t>1:21:48  the reservation do reservation do reservation do mujh ko chhod kar ke main kabhi bhi reservation ki himayat</w:t>
      </w:r>
      <w:r>
        <w:br/>
      </w:r>
      <w:r>
        <w:rPr>
          <w:sz w:val="20"/>
        </w:rPr>
        <w:t>1:21:53  nahi ki main ne</w:t>
      </w:r>
      <w:r>
        <w:br/>
      </w:r>
      <w:r>
        <w:rPr>
          <w:sz w:val="20"/>
        </w:rPr>
        <w:t>1:21:57  reservation se kuch bhi bas hal nahi hone wala na to milega aur mil jaye tab bhi kuch hone wala nahi hai community ko community ko jagaiye is ke andar spirit paida kijiye hard work ki mehnat karne ki to isi yeh hai ek ek travel cheez ko itna badhana chadhana reservation ko mein travel samajhta hoon mamooli cheez badhana chadhana badhana chadhana is ko itna zyada</w:t>
      </w:r>
      <w:r>
        <w:br/>
      </w:r>
      <w:r>
        <w:rPr>
          <w:sz w:val="20"/>
        </w:rPr>
        <w:t>1:22:24  aisi discrimination hai</w:t>
      </w:r>
      <w:r>
        <w:br/>
      </w:r>
      <w:r>
        <w:rPr>
          <w:sz w:val="20"/>
        </w:rPr>
        <w:t>1:22:26  sare log discrimination ki boli bolte hain koi ek waqia le lein kahin isi ko generalize karenge aur bas dekho discrimination hota hai dekho imtiyaz hota hai yeh bhi wahi hai mein ne dekhi choti si baat ko badhana chadh raha hoon aur bohat sari bari baton ko chhod dena</w:t>
      </w:r>
      <w:r>
        <w:br/>
      </w:r>
      <w:r>
        <w:rPr>
          <w:sz w:val="20"/>
        </w:rPr>
        <w:t>1:22:46  to mein ne paya ke beshtar log jo hain beshtar log jo hain travel matters mein phanse rehte hain aur bari bari baatein jo hain is mein na sochte na apne ko is mein involve karte yeh aam mizaj pata nahi kyun hai lekin hai yahi mizaj hamare mission mein hum yeh koshish karte hain ke yeh mizaj khatm ho travel cheezon ko focus mein na lein balke focus mein na bari bari cheezon ko</w:t>
      </w:r>
      <w:r>
        <w:br/>
      </w:r>
      <w:r>
        <w:rPr>
          <w:sz w:val="20"/>
        </w:rPr>
        <w:t>1:23:14  hamare mission mein Allah inshallah isi ki koshish ki jati hai Maulana der az a comment wich is kam bi for i move on to da next question i read the comment it is kam from miss shahida zaman delhi she is written Maulana sahib i am deeply touch by your discourses and speeches i very much appreciated the article on Islam in today times of India</w:t>
      </w:r>
    </w:p>
    <w:p>
      <w:pPr>
        <w:pStyle w:val="Heading2"/>
      </w:pPr>
      <w:r>
        <w:t>Dealing with criticism and mockery</w:t>
      </w:r>
    </w:p>
    <w:p>
      <w:r>
        <w:rPr>
          <w:color w:val="666666"/>
          <w:sz w:val="18"/>
        </w:rPr>
        <w:t>Importance of Peace August 17, 2014 · 3m 42s · at 41:04 · https://youtu.be/ifxSwh2Jckw?t=2464</w:t>
      </w:r>
    </w:p>
    <w:p>
      <w:r>
        <w:rPr>
          <w:i/>
        </w:rPr>
        <w:t>“People's negative criticism or mockery of me is very painful. What is the way to avoid this pain? Can we ignore it and continue our work? But in this path we have to suffer these pains repeatedly. Is it possible that we develop ourselves to such an extent that no one's rudeness has any effect on us?”</w:t>
      </w:r>
    </w:p>
    <w:p>
      <w:r>
        <w:rPr>
          <w:sz w:val="20"/>
        </w:rPr>
        <w:t>41:04  maulana, yeh sawal aaya hai shahnawaz zafar sahab ka, dilli se, aur unhon ne likha hai ke logon ka apne upar negative tanqeed ya mazak bohat hi takleef deh hota hai.</w:t>
      </w:r>
      <w:r>
        <w:br/>
      </w:r>
      <w:r>
        <w:rPr>
          <w:sz w:val="20"/>
        </w:rPr>
        <w:t>41:19  is takleef se bachne ka kya rasta hai? kya hum ise ignore kar ke apna kaam karte rahen? lekin is raste mein bar bar humein in takleefon se dochar hona parta hai.</w:t>
      </w:r>
      <w:r>
        <w:br/>
      </w:r>
      <w:r>
        <w:rPr>
          <w:sz w:val="20"/>
        </w:rPr>
        <w:t>41:33  kya aisa mumkin hai ke hum itne develop ho jayen ke kisi ki badtameezi ka hamare upar koi asar na ho?</w:t>
      </w:r>
      <w:r>
        <w:br/>
      </w:r>
      <w:r>
        <w:rPr>
          <w:sz w:val="20"/>
        </w:rPr>
        <w:t>41:44  dekhen, islam ka jo principle hai is mamle mein ke jo critique hai, jo tanqeed kar raha hai, us ko chahiye ke woh allegation ki zuban na bole, ilzam tarashi ki zuban na bole.</w:t>
      </w:r>
      <w:r>
        <w:br/>
      </w:r>
      <w:r>
        <w:rPr>
          <w:sz w:val="20"/>
        </w:rPr>
        <w:t>42:04  balkeh facts ko le kar ke comment de apna. yani sabit shuda fact, aisa fact jo dono fareeq ke darmiyan tasleem shuda ho, us ko le kar ke bole woh.</w:t>
      </w:r>
      <w:r>
        <w:br/>
      </w:r>
      <w:r>
        <w:rPr>
          <w:sz w:val="20"/>
        </w:rPr>
        <w:t>42:22  aur niyat par hamla karna, aib lagana, yeh islam mein haram hai. lekin ab dunya mein jab hota hai to ab sawal yeh hai ke woh aadmi kya kare jis ki tanqeed ki gayi hai?</w:t>
      </w:r>
      <w:r>
        <w:br/>
      </w:r>
      <w:r>
        <w:rPr>
          <w:sz w:val="20"/>
        </w:rPr>
        <w:t>42:37  yeh usool to hum dunya ko bata sakte hain ke bhai aisa karo. kuch log manenge, kuch log na manenge. ab is is insan ke liye kya hai jo jis par criticize kiya gaya hai?</w:t>
      </w:r>
      <w:r>
        <w:br/>
      </w:r>
      <w:r>
        <w:rPr>
          <w:sz w:val="20"/>
        </w:rPr>
        <w:t>42:51  to us ke liye tareeqa islam mein yeh bataya gaya hai ke aap bajaye is ke ke aap provoke hon, ghussa ho jayen, react karen, aap sirf yeh kijiye ke dekhen ke us ne jo baat kahi hai, us mein kuch sachai hai.</w:t>
      </w:r>
      <w:r>
        <w:br/>
      </w:r>
      <w:r>
        <w:rPr>
          <w:sz w:val="20"/>
        </w:rPr>
        <w:t>43:11  agar sachai hai to us ko seriously lijiye aur apni islaah kar lijiye.</w:t>
      </w:r>
      <w:r>
        <w:br/>
      </w:r>
      <w:r>
        <w:rPr>
          <w:sz w:val="20"/>
        </w:rPr>
        <w:t>43:20  agar sachai nahi hai, woh allegation hai to phir aaraaz kijiye, avoid kijiye. uljhiye mat.</w:t>
      </w:r>
      <w:r>
        <w:br/>
      </w:r>
      <w:r>
        <w:rPr>
          <w:sz w:val="20"/>
        </w:rPr>
        <w:t>43:32  yani agar is ne jo baat kahi hai, woh yani is qabil hai ke aap is ko manen, apni ghalti ki islaah karen to aap zaroor is ko maniye aur is ki islaah kar lijie apni ghalti ki.</w:t>
      </w:r>
      <w:r>
        <w:br/>
      </w:r>
      <w:r>
        <w:rPr>
          <w:sz w:val="20"/>
        </w:rPr>
        <w:t>43:50  agar aap dekhte hain ke is ne to ek jhoota ilzaam laga rakha hai ke woh character assassination kar raha hai to character assassination to islam mein haraam hai.</w:t>
      </w:r>
      <w:r>
        <w:br/>
      </w:r>
      <w:r>
        <w:rPr>
          <w:sz w:val="20"/>
        </w:rPr>
        <w:t>44:03  lekin aap agar provoke hon, aap react karen to aap ka waqt zaya hota hai.</w:t>
      </w:r>
      <w:r>
        <w:br/>
      </w:r>
      <w:r>
        <w:rPr>
          <w:sz w:val="20"/>
        </w:rPr>
        <w:t>44:11  to is ko main kehta hoon ke</w:t>
      </w:r>
      <w:r>
        <w:br/>
      </w:r>
      <w:r>
        <w:rPr>
          <w:sz w:val="20"/>
        </w:rPr>
        <w:t>44:15  by time strategy, B-U-Y, by time strategy. yani jab aap aaraaz karte hain, jab chup ho jate hain to aap time avail karte hain.</w:t>
      </w:r>
      <w:r>
        <w:br/>
      </w:r>
      <w:r>
        <w:rPr>
          <w:sz w:val="20"/>
        </w:rPr>
        <w:t>44:30  aur jab ulajh jate hain to aap ka time waste hota hai.</w:t>
      </w:r>
      <w:r>
        <w:br/>
      </w:r>
      <w:r>
        <w:rPr>
          <w:sz w:val="20"/>
        </w:rPr>
        <w:t>44:37  to ya to apni islaah kar lijie ya phir by time strategy ko apnaie.</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Finding one's negative points</w:t>
      </w:r>
    </w:p>
    <w:p>
      <w:r>
        <w:rPr>
          <w:color w:val="666666"/>
          <w:sz w:val="18"/>
        </w:rPr>
        <w:t>Quran for All Mankind June 3, 2012 · 1m 08s · at 1:17:26 · https://youtu.be/Gp-53Zjugcg?t=4646</w:t>
      </w:r>
    </w:p>
    <w:p>
      <w:r>
        <w:rPr>
          <w:i/>
        </w:rPr>
        <w:t>“How can we find our negative point?”</w:t>
      </w:r>
    </w:p>
    <w:p>
      <w:r>
        <w:rPr>
          <w:sz w:val="20"/>
        </w:rPr>
        <w:t>1:17:26  Maulana, agla sawal Dilli se hai, Miss Sati Mala</w:t>
      </w:r>
      <w:r>
        <w:br/>
      </w:r>
      <w:r>
        <w:rPr>
          <w:sz w:val="20"/>
        </w:rPr>
        <w:t>1:17:29  Vetra ka. unhon ne aap se poocha hai ke "how can we find our negative point?" is ke baray mein batayen.</w:t>
      </w:r>
      <w:r>
        <w:br/>
      </w:r>
      <w:r>
        <w:rPr>
          <w:sz w:val="20"/>
        </w:rPr>
        <w:t>1:17:42  dekhen, kabhi kabhi to negative point jo hai, clear hota hai, hum pakad lete hain. to kabhi us par sochna padta hai.</w:t>
      </w:r>
      <w:r>
        <w:br/>
      </w:r>
      <w:r>
        <w:rPr>
          <w:sz w:val="20"/>
        </w:rPr>
        <w:t>1:17:53  introspection jo kehte hain, muhasiba ke jo obvious na ho, to us ka janne ka tareeqa hai, wahi muhasiba, introspection.</w:t>
      </w:r>
      <w:r>
        <w:br/>
      </w:r>
      <w:r>
        <w:rPr>
          <w:sz w:val="20"/>
        </w:rPr>
        <w:t>1:18:06  to yeh agar aadmi sach much chahta ho ke mujhe pata ho jaye apni negative baaton ka, to namumkin hai ke use is ki negative baatein chupi rahen.</w:t>
      </w:r>
      <w:r>
        <w:br/>
      </w:r>
      <w:r>
        <w:rPr>
          <w:sz w:val="20"/>
        </w:rPr>
        <w:t>1:18:17  woh zaroor jaan lega, zaroor jaan lega.</w:t>
      </w:r>
      <w:r>
        <w:br/>
      </w:r>
      <w:r>
        <w:rPr>
          <w:sz w:val="20"/>
        </w:rPr>
        <w:t>1:18:23  agar obvious ho to foran jaan lega, nahi to soch kar jaan lega. woh agar sincere ho is mamle mein to.</w:t>
      </w:r>
    </w:p>
    <w:p>
      <w:pPr>
        <w:pStyle w:val="Heading2"/>
      </w:pPr>
      <w:r>
        <w:t>How to correct people's focus on the source?</w:t>
      </w:r>
    </w:p>
    <w:p>
      <w:r>
        <w:rPr>
          <w:color w:val="666666"/>
          <w:sz w:val="18"/>
        </w:rPr>
        <w:t>Journey of History December 23, 2012 · 1m 33s · at 1:24:00 · https://youtu.be/bvjWl3U3Dmw?t=5040</w:t>
      </w:r>
    </w:p>
    <w:p>
      <w:r>
        <w:rPr>
          <w:i/>
        </w:rPr>
        <w:t>“Generally, the temperament of people is that when they are told something about themselves that is correctable, instead of focusing on the actual issue, they start focusing on who told you this. How can this temperament be corrected?”</w:t>
      </w:r>
    </w:p>
    <w:p>
      <w:r>
        <w:rPr>
          <w:sz w:val="20"/>
        </w:rPr>
        <w:t>1:24:00  maulana, yeh sawal Delhi se hai Mr. Anas ka. unhon ne likha hai: "aam taur par logon ka mizaj yeh hai ke un ke bare mein jab koi aisi baat batai jaye jo qabil-e-islaah ho to woh asal baat par focus karne ke bajaye us baat par focus karne lagte hain ke yeh baat kis ne aap ko batai.</w:t>
      </w:r>
      <w:r>
        <w:br/>
      </w:r>
      <w:r>
        <w:rPr>
          <w:sz w:val="20"/>
        </w:rPr>
        <w:t>1:24:23  is mizaj ko kaise durust kiya jaye?"</w:t>
      </w:r>
      <w:r>
        <w:br/>
      </w:r>
      <w:r>
        <w:rPr>
          <w:sz w:val="20"/>
        </w:rPr>
        <w:t>1:24:28  yeh durust karne ka hamare bas mein nahi hai. humein hamare bas mein sirf yeh hai ke hum logon ko batayein. durust karna to yeh paighambar ke bas mein bhi nahi tha.</w:t>
      </w:r>
      <w:r>
        <w:br/>
      </w:r>
      <w:r>
        <w:rPr>
          <w:sz w:val="20"/>
        </w:rPr>
        <w:t>1:24:41  aap logon ko bataiye ke yeh yeh soch jo hai yeh bohat hi buri soch hai, munafiqana soch hai. sawal yeh nahi ke kis ne kaha.</w:t>
      </w:r>
      <w:r>
        <w:br/>
      </w:r>
      <w:r>
        <w:rPr>
          <w:sz w:val="20"/>
        </w:rPr>
        <w:t>1:24:50  sawaal yeh hai ke kya aisa hai</w:t>
      </w:r>
      <w:r>
        <w:br/>
      </w:r>
      <w:r>
        <w:rPr>
          <w:sz w:val="20"/>
        </w:rPr>
        <w:t>1:24:53  ? yaani mere andar agar ek kamzori hai us ki koi shakhs nishandahi karta hai to mujhe yeh nahi poochna chahiye kis ne bataya.</w:t>
      </w:r>
      <w:r>
        <w:br/>
      </w:r>
      <w:r>
        <w:rPr>
          <w:sz w:val="20"/>
        </w:rPr>
        <w:t>1:25:03  mujhe sochna chahiye kya waqatan aisa hai to mein apni islaah karoon. to is maamle mein aap ki zimmedari durust karne ki nahi hai. aap ki zimmedari hai batane ki ke aisa soch, aisi soch jo hai yeh munaafiqat hai.</w:t>
      </w:r>
      <w:r>
        <w:br/>
      </w:r>
      <w:r>
        <w:rPr>
          <w:sz w:val="20"/>
        </w:rPr>
        <w:t>1:25:18  munaafiqat bohat bara Allah ke nazdeek bohat buri cheez hai.</w:t>
      </w:r>
      <w:r>
        <w:br/>
      </w:r>
      <w:r>
        <w:rPr>
          <w:sz w:val="20"/>
        </w:rPr>
        <w:t>1:25:22  yeh bataiye logon ko ke yeh tarz fikr jo hai yeh munafiqana tarz fikr hai. yeh soch munafiqana soch hai. yeh bataiye logon ko.</w:t>
      </w:r>
    </w:p>
    <w:p>
      <w:pPr>
        <w:pStyle w:val="Heading2"/>
      </w:pPr>
      <w:r>
        <w:t>Admitting Mistakes Before the Opposite Party</w:t>
      </w:r>
    </w:p>
    <w:p>
      <w:r>
        <w:rPr>
          <w:color w:val="666666"/>
          <w:sz w:val="18"/>
        </w:rPr>
        <w:t>Dars-e-Quran, Chapter 2, Verse 37 | January  07, 2018 · 1m 54s · at 52:33 · https://youtu.be/ao6Cr57KuEM?t=3153</w:t>
      </w:r>
    </w:p>
    <w:p>
      <w:r>
        <w:rPr>
          <w:i/>
        </w:rPr>
        <w:t>“Moulana, many people feel that admitting one mistake would make them smaller in front of the opposite party. This may make the opposite party misuse the situation to his or her advantage.”</w:t>
      </w:r>
    </w:p>
    <w:p>
      <w:r>
        <w:rPr>
          <w:sz w:val="20"/>
        </w:rPr>
        <w:t>52:33  maulana, agla sawal bheja hai tahir saeed sahib ne lucknow se, unhon ne likha hai: "maulana, many people</w:t>
      </w:r>
      <w:r>
        <w:br/>
      </w:r>
      <w:r>
        <w:rPr>
          <w:sz w:val="20"/>
        </w:rPr>
        <w:t>52:43  feel that admitting one's mistake would make them smaller in front of the opposite party. This may</w:t>
      </w:r>
      <w:r>
        <w:br/>
      </w:r>
      <w:r>
        <w:rPr>
          <w:sz w:val="20"/>
        </w:rPr>
        <w:t>52:53  make the opposite party misuse the situation to his or her advantage.</w:t>
      </w:r>
      <w:r>
        <w:br/>
      </w:r>
      <w:r>
        <w:rPr>
          <w:sz w:val="20"/>
        </w:rPr>
        <w:t>53:00  so is it not better that we say i was wrong in our heart and then do not</w:t>
      </w:r>
      <w:r>
        <w:br/>
      </w:r>
      <w:r>
        <w:rPr>
          <w:sz w:val="20"/>
        </w:rPr>
        <w:t>53:06  repeat the mistake ever? if we say i was wrong aloud, then the opposite party may exploit the</w:t>
      </w:r>
      <w:r>
        <w:br/>
      </w:r>
      <w:r>
        <w:rPr>
          <w:sz w:val="20"/>
        </w:rPr>
        <w:t>53:12  situation." nahi, bilkul yeh bilkul khali baat hai.</w:t>
      </w:r>
      <w:r>
        <w:br/>
      </w:r>
      <w:r>
        <w:rPr>
          <w:sz w:val="20"/>
        </w:rPr>
        <w:t>53:19  puri history mein aisa kabhi hua nahi.</w:t>
      </w:r>
      <w:r>
        <w:br/>
      </w:r>
      <w:r>
        <w:rPr>
          <w:sz w:val="20"/>
        </w:rPr>
        <w:t>53:25  dekhiye, yahan log apni woe ko jante hain, yeh woe ki language hai jo aap bol rahe hain,</w:t>
      </w:r>
      <w:r>
        <w:br/>
      </w:r>
      <w:r>
        <w:rPr>
          <w:sz w:val="20"/>
        </w:rPr>
        <w:t>53:31  aur law of nature ko nahi jante.</w:t>
      </w:r>
      <w:r>
        <w:br/>
      </w:r>
      <w:r>
        <w:rPr>
          <w:sz w:val="20"/>
        </w:rPr>
        <w:t>53:37  law of nature jo hai, us ke andar ek cheez hai jis ko kehte hain conscious.</w:t>
      </w:r>
      <w:r>
        <w:br/>
      </w:r>
      <w:r>
        <w:rPr>
          <w:sz w:val="20"/>
        </w:rPr>
        <w:t>53:43  insan ka personality ka ek bohat hi important part hai conscious.</w:t>
      </w:r>
      <w:r>
        <w:br/>
      </w:r>
      <w:r>
        <w:rPr>
          <w:sz w:val="20"/>
        </w:rPr>
        <w:t>53:49  تو جیسے ہی فریق دوسری پارٹی یہ کہہ دے: "I was wrong</w:t>
      </w:r>
      <w:r>
        <w:br/>
      </w:r>
      <w:r>
        <w:rPr>
          <w:sz w:val="20"/>
        </w:rPr>
        <w:t>53:55  ", to conscious ko moqa mil jata hai kaam karne ka.</w:t>
      </w:r>
      <w:r>
        <w:br/>
      </w:r>
      <w:r>
        <w:rPr>
          <w:sz w:val="20"/>
        </w:rPr>
        <w:t>54:01  yani conscious jaag parta hai, aur jab conscious jaag pare to us ke baad submission ata hai, modesty</w:t>
      </w:r>
      <w:r>
        <w:br/>
      </w:r>
      <w:r>
        <w:rPr>
          <w:sz w:val="20"/>
        </w:rPr>
        <w:t>54:06  aati hai, acknowledge karna aata hai.</w:t>
      </w:r>
      <w:r>
        <w:br/>
      </w:r>
      <w:r>
        <w:rPr>
          <w:sz w:val="20"/>
        </w:rPr>
        <w:t>54:11  yeh to law of nature hai.</w:t>
      </w:r>
      <w:r>
        <w:br/>
      </w:r>
      <w:r>
        <w:rPr>
          <w:sz w:val="20"/>
        </w:rPr>
        <w:t>54:17  jo log nahi jante is ko, woh aisi baatein karte hain.</w:t>
      </w:r>
      <w:r>
        <w:br/>
      </w:r>
      <w:r>
        <w:rPr>
          <w:sz w:val="20"/>
        </w:rPr>
        <w:t>54:22  law of nature supreme hai, hamari will supreme nahi hai.</w:t>
      </w:r>
    </w:p>
    <w:p>
      <w:pPr>
        <w:pStyle w:val="Heading2"/>
      </w:pPr>
      <w:r>
        <w:t>Dealing with perceived unprofessional behavior</w:t>
      </w:r>
    </w:p>
    <w:p>
      <w:r>
        <w:rPr>
          <w:color w:val="666666"/>
          <w:sz w:val="18"/>
        </w:rPr>
        <w:t>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Problem with baseless claims about Maulana</w:t>
      </w:r>
    </w:p>
    <w:p>
      <w:r>
        <w:rPr>
          <w:color w:val="666666"/>
          <w:sz w:val="18"/>
        </w:rPr>
        <w:t>Lessons and Experiences May 22, 2011 Maulana Wahiduddin Khan · 15m 50s · at 1:23:40 · https://youtu.be/j4Qx-MsDQWc?t=5020</w:t>
      </w:r>
    </w:p>
    <w:p>
      <w:r>
        <w:rPr>
          <w:i/>
        </w:rPr>
        <w:t>“A new booklet has been printed about you, claiming that you have made some claim. Despite reading the booklet and your books many times, I could not find any such claim. What is the problem of those who write and speak such baseless things?”</w:t>
      </w:r>
    </w:p>
    <w:p>
      <w:r>
        <w:rPr>
          <w:sz w:val="20"/>
        </w:rPr>
        <w:t>1:23:40  i suggest such article should frequently appear in the paper agla sawal hai mister amanullah ka delhi se unhon ne likha hai aap ke bare mein ek naya booklet chapa hai is mein bataya gaya hai ke aap ne koi daway kar diya hai magar booklet ko kai bar parhne ke bawajood mein is mein ya aap ki kitabon mein aisa koi daway pane mein nakam raha</w:t>
      </w:r>
      <w:r>
        <w:br/>
      </w:r>
      <w:r>
        <w:rPr>
          <w:sz w:val="20"/>
        </w:rPr>
        <w:t>1:24:07  is tarah ki be daleel baatein likhne aur bolne walon ki problem kya hai</w:t>
      </w:r>
      <w:r>
        <w:br/>
      </w:r>
      <w:r>
        <w:rPr>
          <w:sz w:val="20"/>
        </w:rPr>
        <w:t>1:24:15  problem yeh hai ke woh maaf kijiyega shaitan ko follow karte hain woh</w:t>
      </w:r>
      <w:r>
        <w:br/>
      </w:r>
      <w:r>
        <w:rPr>
          <w:sz w:val="20"/>
        </w:rPr>
        <w:t>1:24:22  yeh shaitan ka tareeqa hai ke yani doosre ko blame dena bila daleel jaise dekhiye Allah taala ne insan ko paida kiya to us waqt do aur makhlooq thin</w:t>
      </w:r>
      <w:r>
        <w:br/>
      </w:r>
      <w:r>
        <w:rPr>
          <w:sz w:val="20"/>
        </w:rPr>
        <w:t>1:24:37  yani jinat aur malaika to Allah taala ne sab se kaha ke Adam ke aage jhuk jao to malaika to jhuk gaye aur jinat nahi jhuke jin ka sardar tha Iblees</w:t>
      </w:r>
      <w:r>
        <w:br/>
      </w:r>
      <w:r>
        <w:rPr>
          <w:sz w:val="20"/>
        </w:rPr>
        <w:t>1:24:54  to Allah taala ne us ko woh kar diya yani us pe laanat kar di rehmat se laanat hua to woh rehmat se door kar diya to us waqt shaitan ne kya kaha tha</w:t>
      </w:r>
      <w:r>
        <w:br/>
      </w:r>
      <w:r>
        <w:rPr>
          <w:sz w:val="20"/>
        </w:rPr>
        <w:t>1:25:05  rab bima aghwayni</w:t>
      </w:r>
      <w:r>
        <w:br/>
      </w:r>
      <w:r>
        <w:rPr>
          <w:sz w:val="20"/>
        </w:rPr>
        <w:t>1:25:10  yani naoozubillah naoozubillah naoozubillah us ne Allah taala ko naoozubillah conspirator keh diya</w:t>
      </w:r>
      <w:r>
        <w:br/>
      </w:r>
      <w:r>
        <w:rPr>
          <w:sz w:val="20"/>
        </w:rPr>
        <w:t>1:25:19  to admi jo hai yeh yeh yeh shaitan sab ko shakata hai yeh boli bolne ke liye ke daleel ki zuban mein tum koi proof na kar sakte ho to bohat asan hai ilzaam ki zuban bolo</w:t>
      </w:r>
      <w:r>
        <w:br/>
      </w:r>
      <w:r>
        <w:rPr>
          <w:sz w:val="20"/>
        </w:rPr>
        <w:t>1:25:36  yani shaitan jo tha daleel ki zuban mein reason ki zuban mein Khuda ko nahi naoozubillah keh sakta hai ghalati ki hai Khuda ne to kya kiya us ne ilzaam ki zuban bola woh yeh ilzaam ki zuban hai rab aghwat yeh ilzaam ki zuban hai yeh</w:t>
      </w:r>
      <w:r>
        <w:br/>
      </w:r>
      <w:r>
        <w:rPr>
          <w:sz w:val="20"/>
        </w:rPr>
        <w:t>1:25:54  to dekhiye admi ko kya chahiye ke agar woh daleel ki zuban mein apna jo stand hai us ko proof nahi kar sakta to us ko maan lena chahiye ke bhai mere paas koi daleel hai nahi lekin kya karta hai admi ke daleel ke maidan mein apne ko khali pa kar ke woh kya karta hai ilzaam ki allegation ki boli bolne lagta hai character assassination karne lagta hai aib lagane lagta hai</w:t>
      </w:r>
      <w:r>
        <w:br/>
      </w:r>
      <w:r>
        <w:rPr>
          <w:sz w:val="20"/>
        </w:rPr>
        <w:t>1:26:24  yeh yeh shaitan ki pairwi hai ke jahan tumhare paas daleel na ho to ilzaam lagao yani shaitan ke paas yani Iblees ke paas Allah ke khilaf koi daleel nahi thi to us ne ilzaam laga diya rab aghwayni to ne mujhe bhaga diya</w:t>
      </w:r>
      <w:r>
        <w:br/>
      </w:r>
      <w:r>
        <w:rPr>
          <w:sz w:val="20"/>
        </w:rPr>
        <w:t>1:26:44  to yeh jo log aisa karein unhein darna chahiye ke kahin woh kis category mein apne aap ko shamil kar rahe hain kis category mein behal hamare hamare saathi hain in ko bohat zyada is se bachna chahiye in ko yeh karna chahiye ke mun kan ahadees mein aata hai ke mun kan yoom billahi wal yoom al akhir fal ya khair wal thobut</w:t>
      </w:r>
      <w:r>
        <w:br/>
      </w:r>
      <w:r>
        <w:rPr>
          <w:sz w:val="20"/>
        </w:rPr>
        <w:t>1:27:08  jo Allah par aur aakhirat par yaqeen rakhta ho us ko yeh chahiye ke agar us ke paas koi thos baat hai to kahe nahi to chup rahe matlab daleel ho to bole nahi to chup rahe yeh woh log hain ke daleel to hai nahi hamare kisi ek sentence bhi nahi nikal sake woh jis mein ke daway ki zuban istemal ki</w:t>
      </w:r>
      <w:r>
        <w:br/>
      </w:r>
      <w:r>
        <w:rPr>
          <w:sz w:val="20"/>
        </w:rPr>
        <w:t>1:27:32  gayi ho ek bhi single sentence nahi</w:t>
      </w:r>
      <w:r>
        <w:br/>
      </w:r>
      <w:r>
        <w:rPr>
          <w:sz w:val="20"/>
        </w:rPr>
        <w:t>1:27:35  to chup hona chahiye tha ke bhai is mein daawa to kuch hai nahi</w:t>
      </w:r>
      <w:r>
        <w:br/>
      </w:r>
      <w:r>
        <w:rPr>
          <w:sz w:val="20"/>
        </w:rPr>
        <w:t>1:27:40  ek masle ko explain karna yeh koi bhi kar sakta hai</w:t>
      </w:r>
      <w:r>
        <w:br/>
      </w:r>
      <w:r>
        <w:rPr>
          <w:sz w:val="20"/>
        </w:rPr>
        <w:t>1:27:45  ek masle ko explain karna koi bhi kar sakta hai misaal ke taur par hajj ko lijiye koi</w:t>
      </w:r>
      <w:r>
        <w:br/>
      </w:r>
      <w:r>
        <w:rPr>
          <w:sz w:val="20"/>
        </w:rPr>
        <w:t>1:27:50  bhi shakhs kar sakta hai aisa ke hajj ko bataye ke hajj kya cheez hai hajj mabroor kya</w:t>
      </w:r>
      <w:r>
        <w:br/>
      </w:r>
      <w:r>
        <w:rPr>
          <w:sz w:val="20"/>
        </w:rPr>
        <w:t>1:27:56  hota hai hajj mabroor kehte hain jis ko ke Allah taala ne qabool kar liya ho aisa hajj</w:t>
      </w:r>
      <w:r>
        <w:br/>
      </w:r>
      <w:r>
        <w:rPr>
          <w:sz w:val="20"/>
        </w:rPr>
        <w:t>1:28:02  us ko kehte hain hajj mabroor to hajj mabroor ko explain karne ke liye aap likh sakte hain</w:t>
      </w:r>
      <w:r>
        <w:br/>
      </w:r>
      <w:r>
        <w:rPr>
          <w:sz w:val="20"/>
        </w:rPr>
        <w:t>1:28:08  ke yeh daawa kare ke main woh shakhs hoon jis ka hajj mabroor hajj hai kya daawa karne</w:t>
      </w:r>
      <w:r>
        <w:br/>
      </w:r>
      <w:r>
        <w:rPr>
          <w:sz w:val="20"/>
        </w:rPr>
        <w:t>1:28:13  ka haq nahi hai aap ko</w:t>
      </w:r>
      <w:r>
        <w:br/>
      </w:r>
      <w:r>
        <w:rPr>
          <w:sz w:val="20"/>
        </w:rPr>
        <w:t>1:28:15  to there is difference between the two</w:t>
      </w:r>
      <w:r>
        <w:br/>
      </w:r>
      <w:r>
        <w:rPr>
          <w:sz w:val="20"/>
        </w:rPr>
        <w:t>1:28:19  aap ko bilashuba yeh right hai ke aap yeh bataye ke what is hajj mabroor</w:t>
      </w:r>
      <w:r>
        <w:br/>
      </w:r>
      <w:r>
        <w:rPr>
          <w:sz w:val="20"/>
        </w:rPr>
        <w:t>1:28:25  aap ko yeh haq nahi hai ke aap kahein ke mera hajj hajj mabroor tha yeh daawa ho</w:t>
      </w:r>
      <w:r>
        <w:br/>
      </w:r>
      <w:r>
        <w:rPr>
          <w:sz w:val="20"/>
        </w:rPr>
        <w:t>1:28:30  jayega</w:t>
      </w:r>
      <w:r>
        <w:br/>
      </w:r>
      <w:r>
        <w:rPr>
          <w:sz w:val="20"/>
        </w:rPr>
        <w:t>1:28:32  to jab meri tehreeron mein kahin bhi daway ki zuban nahi hai to aap ko kahan kahin kehne ka ke mein daway kar raha hoon mein ek cheez explain kar raha hoon explain karne ka right har ek ko hota hai kisi bhi shakhs ko yeh right hai ke explain kare kisi baat ko jo Quran o Hadees mein aayi hai to un hazrat ko chahiye ke woh jab padha unhon ne aur dekha ke is mein daway ki zuban nahi hai to chup rehte hain woh</w:t>
      </w:r>
      <w:r>
        <w:br/>
      </w:r>
      <w:r>
        <w:rPr>
          <w:sz w:val="20"/>
        </w:rPr>
        <w:t>1:29:02  lekin chup rehne ke bajaye unhon ne kya kiya ke ilzaam ki zuban bolne lage allegation lagane lage to yeh bohat hi khatarnak baat hai kyunke yeh naoozubillah yeh shaitan ke tareeqe ki pairwi hai to admi ko aise admi ko darna chahiye ke woh kis category mein Allah taala ke haan woh likha jayega aisa admi bohat darna chahiye</w:t>
      </w:r>
      <w:r>
        <w:br/>
      </w:r>
      <w:r>
        <w:rPr>
          <w:sz w:val="20"/>
        </w:rPr>
        <w:t>1:29:28  miss aparajita verma ne delhi se likha hai Maulana ji how to differentiate between the relevant and the irrelevant sometimes what appears relevant now becomes irrelevant in the long run also what is relevant to me may not be relevant to other or vice versa whom should be listen to Maulana ji please solve this dilemma</w:t>
      </w:r>
      <w:r>
        <w:br/>
      </w:r>
      <w:r>
        <w:rPr>
          <w:sz w:val="20"/>
        </w:rPr>
        <w:t>1:29:57  bhai dekhiye yeh itna difficult question hai poori history ka sab se difficult question hai yeh poori history ka sab se zyada difficult question hai yeh</w:t>
      </w:r>
      <w:r>
        <w:br/>
      </w:r>
      <w:r>
        <w:rPr>
          <w:sz w:val="20"/>
        </w:rPr>
        <w:t>1:30:17  mein ne bohat padha hai bohat padha hai bohat padha hai is is ke baad mein aisa keh raha hoon</w:t>
      </w:r>
      <w:r>
        <w:br/>
      </w:r>
      <w:r>
        <w:rPr>
          <w:sz w:val="20"/>
        </w:rPr>
        <w:t>1:30:22  ek sahib the justice qazi woh high court ke judge the woh justice MM qazi to woh bombay mein hote the ab un ka intaqal ho gaya to woh hamari kitabein bohat padhte the sari kitabein hamari padhi hui thin to ek martaba mein wahan bombay mein gaya to wahan par abhi ghar unhon ne thahraya tha hum us ko</w:t>
      </w:r>
      <w:r>
        <w:br/>
      </w:r>
      <w:r>
        <w:rPr>
          <w:sz w:val="20"/>
        </w:rPr>
        <w:t>1:30:48  to unhon ne kaha ke aap kitabein mein ne padhi hain aap ki baatein suni hain aap ke andar relevant aur irrelevant ka jo acute sense hai woh mein ne aaj tak kisi mein paya nahi</w:t>
      </w:r>
      <w:r>
        <w:br/>
      </w:r>
      <w:r>
        <w:rPr>
          <w:sz w:val="20"/>
        </w:rPr>
        <w:t>1:31:06  yeh yeh taqreeban yeh mein ne is time chhapa tha un ka yeh baat ke aap ke andar relevant aur irrelevant ka jo acute sense hai woh mein ne kisi ke andar nahi paya</w:t>
      </w:r>
      <w:r>
        <w:br/>
      </w:r>
      <w:r>
        <w:rPr>
          <w:sz w:val="20"/>
        </w:rPr>
        <w:t>1:31:16  yeh to bohat hi mushkil sawal hai</w:t>
      </w:r>
      <w:r>
        <w:br/>
      </w:r>
      <w:r>
        <w:rPr>
          <w:sz w:val="20"/>
        </w:rPr>
        <w:t>1:31:21  yeh to i started of plato mein nahi jate the ke dono ki taraf farq kaise karen aur na koi janta mein samajhta hoon ke poori history khali hai aise insan se mujhe Allah taala ne tofeeq di hai</w:t>
      </w:r>
      <w:r>
        <w:br/>
      </w:r>
      <w:r>
        <w:rPr>
          <w:sz w:val="20"/>
        </w:rPr>
        <w:t>1:31:37  Allah ke fazal se mein relevant irrelevant ka farq samajh pata hoon lekin mujhe to koi aur doosra nazar hi nahi aya ke jo farq sab samajh sake isi logon ka confusion rehta hai ab sawal yeh hai ke aisa yani aisa mind kaise banaya jaye</w:t>
      </w:r>
      <w:r>
        <w:br/>
      </w:r>
      <w:r>
        <w:rPr>
          <w:sz w:val="20"/>
        </w:rPr>
        <w:t>1:32:00  aisa byte kaise banaya jaye yeh is se bhi zyada mushkil sawal hai</w:t>
      </w:r>
      <w:r>
        <w:br/>
      </w:r>
      <w:r>
        <w:rPr>
          <w:sz w:val="20"/>
        </w:rPr>
        <w:t>1:32:07  apne tajurbe ke bare mein mein keh sakta hoon jo mera jo ek tajurba hai ke mujhe do cheezon se faida hua hai</w:t>
      </w:r>
      <w:r>
        <w:br/>
      </w:r>
      <w:r>
        <w:rPr>
          <w:sz w:val="20"/>
        </w:rPr>
        <w:t>1:32:23  do cheezon se faida hua mujhe ek yeh hai ke sari zindagi maine parha itna itna parha itna parha ke mein aaj tak apne ko student samajhta hoon student</w:t>
      </w:r>
      <w:r>
        <w:br/>
      </w:r>
      <w:r>
        <w:rPr>
          <w:sz w:val="20"/>
        </w:rPr>
        <w:t>1:32:36  mein jab adab board pe tha aur mera haal yeh tha ke ghar se nikalta tha to mere hath mein kitab hoti thi zyada tar paidal chalta tha mein to road par chal raha hoon woh hath mein kitab yeh parh raha hoon to meri maan kehti thi ke yeh aadmi jo hai kahin na kahin road par marega matlab accident ho jayega woh marega road par kyunke chalte hue kitab parhna jo hai woh bohat hi risky baat hai</w:t>
      </w:r>
      <w:r>
        <w:br/>
      </w:r>
      <w:r>
        <w:rPr>
          <w:sz w:val="20"/>
        </w:rPr>
        <w:t>1:33:04  to ek to maine sari zindagi parhne mein guzari parhne mein parhne mein parhne mein aur doosri baat yeh hai</w:t>
      </w:r>
      <w:r>
        <w:br/>
      </w:r>
      <w:r>
        <w:rPr>
          <w:sz w:val="20"/>
        </w:rPr>
        <w:t>1:33:15  dua Allah se dua dekhen mera jo aqeeda Allah ka hai Khuda ka Khuda ko mein ek ek ek zinda hasti samajhta hoon jaise hum aap ek zinda hasti hain yani meri taraf se Khuda kahin maujood hai</w:t>
      </w:r>
      <w:r>
        <w:br/>
      </w:r>
      <w:r>
        <w:rPr>
          <w:sz w:val="20"/>
        </w:rPr>
        <w:t>1:33:31  ek living being ke taur par ek person ke taur par mere andar jo mind hai to Khuda kehte hain super mind hai</w:t>
      </w:r>
      <w:r>
        <w:br/>
      </w:r>
      <w:r>
        <w:rPr>
          <w:sz w:val="20"/>
        </w:rPr>
        <w:t>1:33:44  is ke maani kya</w:t>
      </w:r>
      <w:r>
        <w:br/>
      </w:r>
      <w:r>
        <w:rPr>
          <w:sz w:val="20"/>
        </w:rPr>
        <w:t>1:33:45  hain ek bohat hi yeh yeh meri taqat ka raaz yahi hai ke mein Khuda ko ek living ek living par hasti ke taur par maine daryaft kiya hai ke meri tarah ka meri tarah ka mera hi ka ek greater form hai mera aur yeh Bukhari mein hadith hai ke in Allah khalaq khalaq Allah Adam ala suratuhu</w:t>
      </w:r>
      <w:r>
        <w:br/>
      </w:r>
      <w:r>
        <w:rPr>
          <w:sz w:val="20"/>
        </w:rPr>
        <w:t>1:34:12  insan ke andar jo salahiyaten hain minor scale par wahi Khuda ke andar greater scale par hain</w:t>
      </w:r>
      <w:r>
        <w:br/>
      </w:r>
      <w:r>
        <w:rPr>
          <w:sz w:val="20"/>
        </w:rPr>
        <w:t>1:34:21  to mujhe yaqeen hai ke mein jab bhi Allah ko dua karoon to mera Allah se contact qaim ho jata hai aur mujhe lagta hai ke mujhe koi inspiration aa raha hai yani idhar se mein mang raha hoon aur idhar se pa raha hoon</w:t>
      </w:r>
      <w:r>
        <w:br/>
      </w:r>
      <w:r>
        <w:rPr>
          <w:sz w:val="20"/>
        </w:rPr>
        <w:t>1:34:40  to ek hai ke maine bohat zyada parha doosri jagah maine bohat zyada duaen ki</w:t>
      </w:r>
      <w:r>
        <w:br/>
      </w:r>
      <w:r>
        <w:rPr>
          <w:sz w:val="20"/>
        </w:rPr>
        <w:t>1:34:46  dua karte karte mein aap soch nahi sakte ke mein kaisi duaen karta hoon kya kya duaen karta hoon</w:t>
      </w:r>
      <w:r>
        <w:br/>
      </w:r>
      <w:r>
        <w:rPr>
          <w:sz w:val="20"/>
        </w:rPr>
        <w:t>1:34:59  is ko aap soch nahi sakte kyunke log duaon mein jeena jante nahi aur Khuda ke bare mein dekhen jo monistic concept hai Khuda ka us ko mein us ke bare mein yahi maine kehna hai ke monistic concept Khuda ka jo hai us mein aap aap ko connection kahan se ayega us mein to aap akele ho jate hain yani Khuda jo hai koi zinda hasti nahi Khuda se aap contact nahi ho sakta</w:t>
      </w:r>
      <w:r>
        <w:br/>
      </w:r>
      <w:r>
        <w:rPr>
          <w:sz w:val="20"/>
        </w:rPr>
        <w:t>1:35:29  Khuda to ek aap ke liye ek sirf ek ek supposition hai ke zare zare mein Khuda hai aap contact kaise karen is se contact jab karwayenge jab Khuda ek person ho</w:t>
      </w:r>
      <w:r>
        <w:br/>
      </w:r>
      <w:r>
        <w:rPr>
          <w:sz w:val="20"/>
        </w:rPr>
        <w:t>1:35:43  to jo log Khuda ko as a person nahi mante woh bohat bari mahroomi mein hain woh un ka woh dunya mein loneliness loneliness mein jeete hain akele pan mein jeete hain</w:t>
      </w:r>
      <w:r>
        <w:br/>
      </w:r>
      <w:r>
        <w:rPr>
          <w:sz w:val="20"/>
        </w:rPr>
        <w:t>1:35:58  un ka contact Khuda se nahi hota Khuda se un ka whisper nahi hota Khuda se un ki baaten nahi hoti mein keh sakta hoon ke mein Khuda se yani rozana mein Khuda se contact mein rehta hoon Khuda se mangta hoon Khuda to apni taraf se mere paas aata hai</w:t>
      </w:r>
      <w:r>
        <w:br/>
      </w:r>
      <w:r>
        <w:rPr>
          <w:sz w:val="20"/>
        </w:rPr>
        <w:t>1:36:21  dekhen Islam mein yeh mana gaya hai ke ek hai revelation ek hai inspiration</w:t>
      </w:r>
      <w:r>
        <w:br/>
      </w:r>
      <w:r>
        <w:rPr>
          <w:sz w:val="20"/>
        </w:rPr>
        <w:t>1:36:28  Islam mein mana gaya hai ke revelation jo hai woh sirf peghamabar ko hota hai lekin inspiration kisi ko bhi ho sakta hai kisi ko bhi ho sakta hai jo apne aap ko purify kare jo sach much hi Allah se mange jo sach much hi Khuda se contact banaye apna sach much hi banaye</w:t>
      </w:r>
      <w:r>
        <w:br/>
      </w:r>
      <w:r>
        <w:rPr>
          <w:sz w:val="20"/>
        </w:rPr>
        <w:t>1:36:56  to mera to daily ka ek tajurba hai ke mujhe nai nai baaten maloom hoti hain nai nai baaten woh kaise dua ke through nai nai baaten dua ke through maloom hoti hain</w:t>
      </w:r>
      <w:r>
        <w:br/>
      </w:r>
      <w:r>
        <w:rPr>
          <w:sz w:val="20"/>
        </w:rPr>
        <w:t>1:37:12  aap meri kitaben parhiye aur doosron ki kitaben parhiye aap to meri baaten mein nai baaten bhari hui hongi mein rawaiytee baaten nahi karta</w:t>
      </w:r>
      <w:r>
        <w:br/>
      </w:r>
      <w:r>
        <w:rPr>
          <w:sz w:val="20"/>
        </w:rPr>
        <w:t>1:37:25  bohat zyada creativity payenge meri meri kitab ke andar aap woh kaisa hota hai woh isi tarah se hota hai dekhen study aap ko prepared mind banati hai study agar na ho to inspiration bhi aap ko faida nahi dega study aap ko prepared mind banati hai aur phir dua se aap ko inspiration aata hai</w:t>
      </w:r>
      <w:r>
        <w:br/>
      </w:r>
      <w:r>
        <w:rPr>
          <w:sz w:val="20"/>
        </w:rPr>
        <w:t>1:37:47  phir woh salahiyat paida hoti hai ke aap relevant aur irrelevant mein aap farq kar saken yeh bohat hi mushkil hai bohat hi mushkil hai ke kon sa relevant point hai kon sa irrelevant point hai sab is mein phanse rehte hain sab phanse rehte hain isi mein</w:t>
      </w:r>
      <w:r>
        <w:br/>
      </w:r>
      <w:r>
        <w:rPr>
          <w:sz w:val="20"/>
        </w:rPr>
        <w:t>1:38:10  to yeh bohat bari kisi ki khush qismati hai ke woh is is farq ko jaan jaye ki</w:t>
      </w:r>
      <w:r>
        <w:br/>
      </w:r>
      <w:r>
        <w:rPr>
          <w:sz w:val="20"/>
        </w:rPr>
        <w:t>1:38:18  unke isi mein aa ke wisdom sari chupi hui hai sara wisdom jo hai woh isi mein hai sara wisdom isi mein hai</w:t>
      </w:r>
      <w:r>
        <w:br/>
      </w:r>
      <w:r>
        <w:rPr>
          <w:sz w:val="20"/>
        </w:rPr>
        <w:t>1:38:29  jo bari bari baatein hain jo bari bari hikmatein hain woh sab isi mein chupi hui hain</w:t>
      </w:r>
      <w:r>
        <w:br/>
      </w:r>
      <w:r>
        <w:rPr>
          <w:sz w:val="20"/>
        </w:rPr>
        <w:t>1:38:39  meri kitab mein to sach mein to sab isi poori sari kitabein isi subject pe hoti hain</w:t>
      </w:r>
      <w:r>
        <w:br/>
      </w:r>
      <w:r>
        <w:rPr>
          <w:sz w:val="20"/>
        </w:rPr>
        <w:t>1:38:46  jo log parhte hain baqayda woh jante hain</w:t>
      </w:r>
      <w:r>
        <w:br/>
      </w:r>
      <w:r>
        <w:rPr>
          <w:sz w:val="20"/>
        </w:rPr>
        <w:t>1:38:52  ke sari baatein jo isi isi is subject pe hoti hain</w:t>
      </w:r>
      <w:r>
        <w:br/>
      </w:r>
      <w:r>
        <w:rPr>
          <w:sz w:val="20"/>
        </w:rPr>
        <w:t>1:39:01  to khair is ke baray mein main apna personal tajurba to zaroor bata sakta hoon lekin mere paas koi aisa method nahi hai jo main kisi ko kahoon ke yeh method dohrao to aisa ho jayega</w:t>
      </w:r>
      <w:r>
        <w:br/>
      </w:r>
      <w:r>
        <w:rPr>
          <w:sz w:val="20"/>
        </w:rPr>
        <w:t>1:39:19  sirf apna personal experience bata sakta hoon</w:t>
      </w:r>
      <w:r>
        <w:br/>
      </w:r>
      <w:r>
        <w:rPr>
          <w:sz w:val="20"/>
        </w:rPr>
        <w:t>1:39:25  is mamle mein</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Double standard towards wife and mother</w:t>
      </w:r>
    </w:p>
    <w:p>
      <w:r>
        <w:rPr>
          <w:color w:val="666666"/>
          <w:sz w:val="18"/>
        </w:rPr>
        <w:t>Roza and Quran July 18, 2010 · 1m 53s · at 1:15:56 · https://youtu.be/TSjqSQEb0EQ?t=4556</w:t>
      </w:r>
    </w:p>
    <w:p>
      <w:r>
        <w:rPr>
          <w:i/>
        </w:rPr>
        <w:t>“I have often heard people criticizing their wives, but when it comes to their mother, they see her as the best woman. Why does a man have this dual thinking towards women?”</w:t>
      </w:r>
    </w:p>
    <w:p>
      <w:r>
        <w:rPr>
          <w:sz w:val="20"/>
        </w:rPr>
        <w:t>1:15:56  Maulana, agla sawal Mr Nafeez Shiraz ka, Delhi se hain. unhon ne likha hai ke maine aksar logon ko apni biwi ki buraiyan karte suna hai.</w:t>
      </w:r>
      <w:r>
        <w:br/>
      </w:r>
      <w:r>
        <w:rPr>
          <w:sz w:val="20"/>
        </w:rPr>
        <w:t>1:16:07  kehte hain, "meri biwi mein falan kharabi hai, falan aib hai, is mein yeh baat achi nahi, woh baat achi nahi." magar jab baat aati hai us ki maa ki to use apni maa duniya ki sab se achi aurat nazar aati hai.</w:t>
      </w:r>
      <w:r>
        <w:br/>
      </w:r>
      <w:r>
        <w:rPr>
          <w:sz w:val="20"/>
        </w:rPr>
        <w:t>1:16:22  jabke us ki maa bhi ek aurat hai aur biwi bhi ek aurat hai. aurat ke liye mard ki yeh do tarah ki soch kyun hai?</w:t>
      </w:r>
      <w:r>
        <w:br/>
      </w:r>
      <w:r>
        <w:rPr>
          <w:sz w:val="20"/>
        </w:rPr>
        <w:t>1:16:31  jab aurat maa ke roop mein hai to use achi, use is mein achaiyan hi achaiyan nazar aati hain. aur jab aurat biwi ke roop mein hai to use is mein khamiyan hi khamiyan nazar aati hain.</w:t>
      </w:r>
      <w:r>
        <w:br/>
      </w:r>
      <w:r>
        <w:rPr>
          <w:sz w:val="20"/>
        </w:rPr>
        <w:t>1:16:43  Maulana, is ko bataein, aisa kyun hai? main to dono gunah samajhta hoon. maa ki tareefein karna bhi gunah hai aur biwi ki burai karna bhi gunah hai.</w:t>
      </w:r>
      <w:r>
        <w:br/>
      </w:r>
      <w:r>
        <w:rPr>
          <w:sz w:val="20"/>
        </w:rPr>
        <w:t>1:16:52  main dono ke ek sath gunah samajhta hoon. main bohat sakht is mamle mein hoon.</w:t>
      </w:r>
      <w:r>
        <w:br/>
      </w:r>
      <w:r>
        <w:rPr>
          <w:sz w:val="20"/>
        </w:rPr>
        <w:t>1:16:59  bohat sakht is mamle mein hoon. na maa ki achai bayan karo, na biwi ki burai bayan karo.</w:t>
      </w:r>
      <w:r>
        <w:br/>
      </w:r>
      <w:r>
        <w:rPr>
          <w:sz w:val="20"/>
        </w:rPr>
        <w:t>1:17:09  aur dono ko main gunah samajhta hoon. aur Allah taala ke sakht pakad hogi in logon ki nate ke upar samajhta hoon. yeh zuban ka galat istemal hai.</w:t>
      </w:r>
      <w:r>
        <w:br/>
      </w:r>
      <w:r>
        <w:rPr>
          <w:sz w:val="20"/>
        </w:rPr>
        <w:t>1:17:20  aur main samajhta hoon ke yeh yeh jo hamare desh mein jo riwaj hai, woh riwaj se aa</w:t>
      </w:r>
      <w:r>
        <w:br/>
      </w:r>
      <w:r>
        <w:rPr>
          <w:sz w:val="20"/>
        </w:rPr>
        <w:t>1:17:28  ya hai. yeh yani hamare desh mein is ka riwaj hai. yani maa ko yani devta ka darja diya jata hai.</w:t>
      </w:r>
      <w:r>
        <w:br/>
      </w:r>
      <w:r>
        <w:rPr>
          <w:sz w:val="20"/>
        </w:rPr>
        <w:t>1:17:37  yahan tak mein samajhta hoon. isi zamane mein yeh aaya hai. warna yeh baat jo doosre mulkon mein nahin hai. yeh sirf isi isi ilaqe mein hai. yeh</w:t>
      </w:r>
    </w:p>
    <w:p>
      <w:pPr>
        <w:pStyle w:val="Heading2"/>
      </w:pPr>
      <w:r>
        <w:t>Living in complaint culture because of high ego</w:t>
      </w:r>
    </w:p>
    <w:p>
      <w:r>
        <w:rPr>
          <w:color w:val="666666"/>
          <w:sz w:val="18"/>
        </w:rPr>
        <w:t>God in the Age of Science January 08, 2017 · 2m 34s · at 1:16:40 · https://youtu.be/au1bRdQDZ0U?t=4600</w:t>
      </w:r>
    </w:p>
    <w:p>
      <w:r>
        <w:rPr>
          <w:i/>
        </w:rPr>
        <w:t>“People usually live in complaint culture because people have high ego, so not to complain means to manage one's ego but...”</w:t>
      </w:r>
    </w:p>
    <w:p>
      <w:r>
        <w:rPr>
          <w:sz w:val="20"/>
        </w:rPr>
        <w:t>1:16:40  question bheja hai riyaz ahmed sahib ne kashmir se molana is se pehle ek aur sawal lena chahenge</w:t>
      </w:r>
      <w:r>
        <w:br/>
      </w:r>
      <w:r>
        <w:rPr>
          <w:sz w:val="20"/>
        </w:rPr>
        <w:t>1:16:48  ge jo furqan sahib ne bheja hai mumbai se unho ne likha hai molana sahib people usually live</w:t>
      </w:r>
      <w:r>
        <w:br/>
      </w:r>
      <w:r>
        <w:rPr>
          <w:sz w:val="20"/>
        </w:rPr>
        <w:t>1:16:56  in complaint culture because people have high ego so not to complain means to manage ones ego but</w:t>
      </w:r>
      <w:r>
        <w:br/>
      </w:r>
      <w:r>
        <w:rPr>
          <w:sz w:val="20"/>
        </w:rPr>
        <w:t>1:17:03  this is not an easy task please tell us how we can manage our ego issues dekhen ego</w:t>
      </w:r>
      <w:r>
        <w:br/>
      </w:r>
      <w:r>
        <w:rPr>
          <w:sz w:val="20"/>
        </w:rPr>
        <w:t>1:17:11  jo hai ego kya hai ego jo hai allah ki ki daryaft na hone ka naam hai ye</w:t>
      </w:r>
      <w:r>
        <w:br/>
      </w:r>
      <w:r>
        <w:rPr>
          <w:sz w:val="20"/>
        </w:rPr>
        <w:t>1:17:19  jitne ego phanse rehte hain wo sab unho ne allah ko daryaft nahi ki yani allah ki azmat</w:t>
      </w:r>
      <w:r>
        <w:br/>
      </w:r>
      <w:r>
        <w:rPr>
          <w:sz w:val="20"/>
        </w:rPr>
        <w:t>1:17:26  ko ap daryaft kar len to ap ka ego to nothing ho jayega agar ap allah ki</w:t>
      </w:r>
      <w:r>
        <w:br/>
      </w:r>
      <w:r>
        <w:rPr>
          <w:sz w:val="20"/>
        </w:rPr>
        <w:t>1:17:34  azmat ko daryaft kar len to ap ka ego nothing ho jayega main ek martaba ek ek</w:t>
      </w:r>
      <w:r>
        <w:br/>
      </w:r>
      <w:r>
        <w:rPr>
          <w:sz w:val="20"/>
        </w:rPr>
        <w:t>1:17:42  ek badshah ke darbar mein mujhe ittefaq hua tha baithne ka to wahan sab log the aur badshah</w:t>
      </w:r>
      <w:r>
        <w:br/>
      </w:r>
      <w:r>
        <w:rPr>
          <w:sz w:val="20"/>
        </w:rPr>
        <w:t>1:17:50  a kar baitha to itna zyada log apne ko sambhal ke rakhte the ke kapre ka yani zara</w:t>
      </w:r>
      <w:r>
        <w:br/>
      </w:r>
      <w:r>
        <w:rPr>
          <w:sz w:val="20"/>
        </w:rPr>
        <w:t>1:17:57  si awaz agar bhi nahi chahte the ke kapra hatane se awaz paida ho ek dam statue bane</w:t>
      </w:r>
      <w:r>
        <w:br/>
      </w:r>
      <w:r>
        <w:rPr>
          <w:sz w:val="20"/>
        </w:rPr>
        <w:t>1:18:05  hue admi baitha hua tha jo wahan log the bilkul statue bane hue baithe the hatta ke main</w:t>
      </w:r>
      <w:r>
        <w:br/>
      </w:r>
      <w:r>
        <w:rPr>
          <w:sz w:val="20"/>
        </w:rPr>
        <w:t>1:18:13  main ne karwat lena chaha to mana kiya mujh ko karwat badlijiye karwat lene se awaz paida hogi</w:t>
      </w:r>
      <w:r>
        <w:br/>
      </w:r>
      <w:r>
        <w:rPr>
          <w:sz w:val="20"/>
        </w:rPr>
        <w:t>1:18:20  to bataiye badshah ki haqeeqat kya hai badshah ke samne ho kar ke ap itna zyada theek thak</w:t>
      </w:r>
      <w:r>
        <w:br/>
      </w:r>
      <w:r>
        <w:rPr>
          <w:sz w:val="20"/>
        </w:rPr>
        <w:t>1:18:28  ho jate hain to agar mehsoos karen ke main allah rab ul alameen ke darbar mein hoon to kitna</w:t>
      </w:r>
      <w:r>
        <w:br/>
      </w:r>
      <w:r>
        <w:rPr>
          <w:sz w:val="20"/>
        </w:rPr>
        <w:t>1:18:36  theek ho jayenge to jo ego mein jeeta hai wo to qabil nafrat hai wo insan kyunke</w:t>
      </w:r>
      <w:r>
        <w:br/>
      </w:r>
      <w:r>
        <w:rPr>
          <w:sz w:val="20"/>
        </w:rPr>
        <w:t>1:18:44  allah ki azmat ko janta nahi wo yani jahan barhai sirf allah ko hasil ho wahan ap ego</w:t>
      </w:r>
      <w:r>
        <w:br/>
      </w:r>
      <w:r>
        <w:rPr>
          <w:sz w:val="20"/>
        </w:rPr>
        <w:t>1:18:51  dikhayen to is se zyada yani aham maqam baat kya ho sakti hai to sara mamla ye hua</w:t>
      </w:r>
      <w:r>
        <w:br/>
      </w:r>
      <w:r>
        <w:rPr>
          <w:sz w:val="20"/>
        </w:rPr>
        <w:t>1:18:59  hai ke logon ne allah ko daryaft nahi kiya wo islam ko bator culture liye hue hain bator</w:t>
      </w:r>
      <w:r>
        <w:br/>
      </w:r>
      <w:r>
        <w:rPr>
          <w:sz w:val="20"/>
        </w:rPr>
        <w:t>1:19:07  marifat nahi liye hue hain ek hai marifat wala islam marifat wala islam aur ek culture wala islam</w:t>
      </w:r>
    </w:p>
    <w:p>
      <w:pPr>
        <w:pStyle w:val="Heading2"/>
      </w:pPr>
      <w:r>
        <w:t>Overcoming Natural Weakness of Complaining</w:t>
      </w:r>
    </w:p>
    <w:p>
      <w:r>
        <w:rPr>
          <w:color w:val="666666"/>
          <w:sz w:val="18"/>
        </w:rPr>
        <w:t>The Importance of Team Work February 5, 2012 · 2m 46s · at 1:02:34 · https://youtu.be/qBbwznqIqVw?t=3754</w:t>
      </w:r>
    </w:p>
    <w:p>
      <w:r>
        <w:rPr>
          <w:i/>
        </w:rPr>
        <w:t>“There is a natural weakness in humans: when someone hurts them, they become complaining and negative, but this is a killer for a paradise-worthy personality. How can this natural weakness be overcome?”</w:t>
      </w:r>
    </w:p>
    <w:p>
      <w:r>
        <w:rPr>
          <w:sz w:val="20"/>
        </w:rPr>
        <w:t>1:02:34  Maulana, yeh sawal aaya hai Karachi Pakistan se Mr Abdul Lateef ka. unhon ne likha hai: "insan ke sath ek fitri kamzori mojood hai ke use jab kisi se takleef pohanchti hai to woh shikayati aur negative ban jata hai,</w:t>
      </w:r>
      <w:r>
        <w:br/>
      </w:r>
      <w:r>
        <w:rPr>
          <w:sz w:val="20"/>
        </w:rPr>
        <w:t>1:02:53  lekin yeh majaz jannati shakhsiyat ke liye killer hai. Maulana sahib, is fitri kamzori par kis tarah qabu paya jaye?"</w:t>
      </w:r>
      <w:r>
        <w:br/>
      </w:r>
      <w:r>
        <w:rPr>
          <w:sz w:val="20"/>
        </w:rPr>
        <w:t>1:03:05  yeh fitri kamzori ki baat nahi hai, yeh shaitani kamzori ki baat hai.</w:t>
      </w:r>
      <w:r>
        <w:br/>
      </w:r>
      <w:r>
        <w:rPr>
          <w:sz w:val="20"/>
        </w:rPr>
        <w:t>1:03:11  agar fitri kamzori ho to yahi kamzori kya ho jaye gi? apne beta beti ke liye nahi hoti? agar yeh cheez fitrat mein shamil hai to bete beta beti ke muamle mein aisa kyun nahi hota?</w:t>
      </w:r>
      <w:r>
        <w:br/>
      </w:r>
      <w:r>
        <w:rPr>
          <w:sz w:val="20"/>
        </w:rPr>
        <w:t>1:03:28  aaj hi mujhe telephone aaya tha ek sahib ka,</w:t>
      </w:r>
      <w:r>
        <w:br/>
      </w:r>
      <w:r>
        <w:rPr>
          <w:sz w:val="20"/>
        </w:rPr>
        <w:t>1:03:31  unhon ne bataya ke ek sahib thay, un ka apne bete se shikayat thi, panch saal se, panch saal se bete se un se bohat shikayaten chal rahi theen.</w:t>
      </w:r>
      <w:r>
        <w:br/>
      </w:r>
      <w:r>
        <w:rPr>
          <w:sz w:val="20"/>
        </w:rPr>
        <w:t>1:03:44  phir hamare ek saathi hain, unhon ne samjhaya bete ko ke ja kar muafi mango. to us ne ja kar ke muafi mangi apne maa baap se.</w:t>
      </w:r>
      <w:r>
        <w:br/>
      </w:r>
      <w:r>
        <w:rPr>
          <w:sz w:val="20"/>
        </w:rPr>
        <w:t>1:03:55  isi waqt kya hua ke baap aur maa dono ronay lagay, aur baap ne bete ko galay laga liya ke sab baat khatam.</w:t>
      </w:r>
      <w:r>
        <w:br/>
      </w:r>
      <w:r>
        <w:rPr>
          <w:sz w:val="20"/>
        </w:rPr>
        <w:t>1:04:06  fitri kamzori woh kahi jaye gi jo apne beta beti ke muamle mein bhi zahir ho, nahi ho jaye to woh shaitani kamzori kahi jaye gi.</w:t>
      </w:r>
      <w:r>
        <w:br/>
      </w:r>
      <w:r>
        <w:rPr>
          <w:sz w:val="20"/>
        </w:rPr>
        <w:t>1:04:16  yani shaitani kamzori ko ek khoobsurat naam dena hai. yeh</w:t>
      </w:r>
      <w:r>
        <w:br/>
      </w:r>
      <w:r>
        <w:rPr>
          <w:sz w:val="20"/>
        </w:rPr>
        <w:t>1:04:21  shaitani kamzori ka matlab hai ke aadmi shaitan ke hamlay ka shikar hua, shaitan ke hamlay ka shikar hua, aur wajah kya bata raha hai?</w:t>
      </w:r>
      <w:r>
        <w:br/>
      </w:r>
      <w:r>
        <w:rPr>
          <w:sz w:val="20"/>
        </w:rPr>
        <w:t>1:04:34  fitri kamzori, Khuda pe daal raha hai. woh fitri kamzori fitrat kis ne paida ki hai? fitrat ke paida karne wala kaun hai? yani ke Khuda hai.</w:t>
      </w:r>
      <w:r>
        <w:br/>
      </w:r>
      <w:r>
        <w:rPr>
          <w:sz w:val="20"/>
        </w:rPr>
        <w:t>1:04:47  to amalan to yeh hua ke aadmi shaitan ke hamlay ka shikar hua, aur uska</w:t>
      </w:r>
      <w:r>
        <w:br/>
      </w:r>
      <w:r>
        <w:rPr>
          <w:sz w:val="20"/>
        </w:rPr>
        <w:t>1:04:57  uska ilzam kis par de raha hai? Khuda par de raha hai, naoozubillah. yeh sab baaten sada nahi hain. yeh sab waqt aye ga maut ke baad, akhirat mein, hashar ke maidan mein, jab un ka tajziya kiya jaye.</w:t>
      </w:r>
      <w:r>
        <w:br/>
      </w:r>
      <w:r>
        <w:rPr>
          <w:sz w:val="20"/>
        </w:rPr>
        <w:t>1:05:09  yeh koi sada baat nahi hai.</w:t>
      </w:r>
      <w:r>
        <w:br/>
      </w:r>
      <w:r>
        <w:rPr>
          <w:sz w:val="20"/>
        </w:rPr>
        <w:t>1:05:14  bohat hi zyada serious baat hai, bohat zyada sangin baat hai.</w:t>
      </w:r>
    </w:p>
    <w:p>
      <w:pPr>
        <w:pStyle w:val="Heading2"/>
      </w:pPr>
      <w:r>
        <w:t>Developing humility when criticizing others</w:t>
      </w:r>
    </w:p>
    <w:p>
      <w:r>
        <w:rPr>
          <w:color w:val="666666"/>
          <w:sz w:val="18"/>
        </w:rPr>
        <w:t>Q&amp;A 04 Mar 2012 Maulana Wahiduddin Khan · 44s · at 50:48 · https://youtu.be/txRmutuvWQI?t=3048</w:t>
      </w:r>
    </w:p>
    <w:p>
      <w:r>
        <w:rPr>
          <w:i/>
        </w:rPr>
        <w:t>“Considering oneself as nothing while criticizing others is mentally difficult. How can one develop this quality?”</w:t>
      </w:r>
    </w:p>
    <w:p>
      <w:r>
        <w:rPr>
          <w:sz w:val="20"/>
        </w:rPr>
        <w:t>50:48  maulana, un ka aik aur sawal hai. unhon ne poocha hai ke doosron ko tanqeed karte waqt khud ko nathing samajhna zehni taur par aik mushkil kaam hai.</w:t>
      </w:r>
      <w:r>
        <w:br/>
      </w:r>
      <w:r>
        <w:rPr>
          <w:sz w:val="20"/>
        </w:rPr>
        <w:t>50:59  is cheez ko apne andar kaise paida kiya jaye?</w:t>
      </w:r>
      <w:r>
        <w:br/>
      </w:r>
      <w:r>
        <w:rPr>
          <w:sz w:val="20"/>
        </w:rPr>
        <w:t>51:03  mushkil kuch bhi nahi hai. Allah se dua ki jiye. Hazrat Masih se ne kisi se is tarah ki baat ki to us ne kaha ke yeh to bohat mushkil kaam hai.</w:t>
      </w:r>
      <w:r>
        <w:br/>
      </w:r>
      <w:r>
        <w:rPr>
          <w:sz w:val="20"/>
        </w:rPr>
        <w:t>51:15  to Hazrat Masih ne kaha ke insan ke liye mushkil hai, lekin Allah ke liye to kuch bhi mushkil nahi. matlab Allah se pao, Allah se mango to mil jayega.</w:t>
      </w:r>
      <w:r>
        <w:br/>
      </w:r>
      <w:r>
        <w:rPr>
          <w:sz w:val="20"/>
        </w:rPr>
        <w:t>51:26  Allah se mango, Allah to tum ko is ki tofeeq de dega.</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Atheist's claim of relative morality</w:t>
      </w:r>
    </w:p>
    <w:p>
      <w:r>
        <w:rPr>
          <w:color w:val="666666"/>
          <w:sz w:val="18"/>
        </w:rPr>
        <w:t>On Atheism | May 22, 2016 · 1m 04s · at 55:06 · https://youtu.be/tzJmfYnSleo?t=3306</w:t>
      </w:r>
    </w:p>
    <w:p>
      <w:r>
        <w:rPr>
          <w:i/>
        </w:rPr>
        <w:t>“An atheist friend told me that what is right for you is wrong for me and what is wrong for me is right for you. Please comment.”</w:t>
      </w:r>
    </w:p>
    <w:p>
      <w:r>
        <w:rPr>
          <w:sz w:val="20"/>
        </w:rPr>
        <w:t>55:06  maulana agla sawal lete hain jo kolhapur se aya hai</w:t>
      </w:r>
      <w:r>
        <w:br/>
      </w:r>
      <w:r>
        <w:rPr>
          <w:sz w:val="20"/>
        </w:rPr>
        <w:t>55:10  zaid sahib ka aur unho ne likha hai an atheist friend told me that what is right for</w:t>
      </w:r>
      <w:r>
        <w:br/>
      </w:r>
      <w:r>
        <w:rPr>
          <w:sz w:val="20"/>
        </w:rPr>
        <w:t>55:15  You is wrong for me and what is wrong for me is right for you.</w:t>
      </w:r>
      <w:r>
        <w:br/>
      </w:r>
      <w:r>
        <w:rPr>
          <w:sz w:val="20"/>
        </w:rPr>
        <w:t>55:20  Right and wrong cannot be decided by religion as I don't believe in God.</w:t>
      </w:r>
      <w:r>
        <w:br/>
      </w:r>
      <w:r>
        <w:rPr>
          <w:sz w:val="20"/>
        </w:rPr>
        <w:t>55:25  for me law of the land is inf.</w:t>
      </w:r>
      <w:r>
        <w:br/>
      </w:r>
      <w:r>
        <w:rPr>
          <w:sz w:val="20"/>
        </w:rPr>
        <w:t>55:30  maulana sahib how should we respond to such people? bhai is se misal to puchi nahi aap ne.</w:t>
      </w:r>
      <w:r>
        <w:br/>
      </w:r>
      <w:r>
        <w:rPr>
          <w:sz w:val="20"/>
        </w:rPr>
        <w:t>55:35  yeh to ab</w:t>
      </w:r>
      <w:r>
        <w:br/>
      </w:r>
      <w:r>
        <w:rPr>
          <w:sz w:val="20"/>
        </w:rPr>
        <w:t>55:40  strict question hai.</w:t>
      </w:r>
      <w:r>
        <w:br/>
      </w:r>
      <w:r>
        <w:rPr>
          <w:sz w:val="20"/>
        </w:rPr>
        <w:t>55:44  koi aadmi bhi jo aap se abstract sawal kare to sab se pehle us ko kahein ke specific</w:t>
      </w:r>
      <w:r>
        <w:br/>
      </w:r>
      <w:r>
        <w:rPr>
          <w:sz w:val="20"/>
        </w:rPr>
        <w:t>55:48  tor par batao.</w:t>
      </w:r>
      <w:r>
        <w:br/>
      </w:r>
      <w:r>
        <w:rPr>
          <w:sz w:val="20"/>
        </w:rPr>
        <w:t>55:53  matlab ab abstract baat ka koi jawab nahi hota.</w:t>
      </w:r>
      <w:r>
        <w:br/>
      </w:r>
      <w:r>
        <w:rPr>
          <w:sz w:val="20"/>
        </w:rPr>
        <w:t>55:57  kyun rang hai? kyun right hai? bataein woh.</w:t>
      </w:r>
      <w:r>
        <w:br/>
      </w:r>
      <w:r>
        <w:rPr>
          <w:sz w:val="20"/>
        </w:rPr>
        <w:t>56:01  woh is misal ko dein ke falan baat jo hai to wali right hai, meri rang hai.</w:t>
      </w:r>
      <w:r>
        <w:br/>
      </w:r>
      <w:r>
        <w:rPr>
          <w:sz w:val="20"/>
        </w:rPr>
        <w:t>56:05  is is tum tab mein is ko analysis karunga inshallah. maulana agla</w:t>
      </w:r>
    </w:p>
    <w:p>
      <w:pPr>
        <w:pStyle w:val="Heading2"/>
      </w:pPr>
      <w:r>
        <w:t>Response to student rejecting God's test</w:t>
      </w:r>
    </w:p>
    <w:p>
      <w:r>
        <w:rPr>
          <w:color w:val="666666"/>
          <w:sz w:val="18"/>
        </w:rPr>
        <w:t>Revival of Muslim Ummah, February 4, 2013 · 1m 49s · at 58:52 · https://youtu.be/xB3MfWhLHoM?t=3532</w:t>
      </w:r>
    </w:p>
    <w:p>
      <w:r>
        <w:rPr>
          <w:i/>
        </w:rPr>
        <w:t>“This week during our dawah in the university campus, I was explaining the creation plan of God to a student. After a long discussion on various topics, she said: 'I don't like such God who creates me in this imperfect world and then tests me. It's so mean, I don't need such God.' Maulana, I want to know what is your comment on this?”</w:t>
      </w:r>
    </w:p>
    <w:p>
      <w:r>
        <w:rPr>
          <w:sz w:val="20"/>
        </w:rPr>
        <w:t>58:52  to maine yeh sawal Canada se aya hai Abu Hassan sahib ka. unhon ne likha hai: "Maulana sahib, das week during our daawa in the university campus, I was explaining the creation plan of God to a student.</w:t>
      </w:r>
      <w:r>
        <w:br/>
      </w:r>
      <w:r>
        <w:rPr>
          <w:sz w:val="20"/>
        </w:rPr>
        <w:t>59:10  after a long discussion in various topics, she said: 'I don't like such God who creates me in this imperfect world and then tests me.</w:t>
      </w:r>
      <w:r>
        <w:br/>
      </w:r>
      <w:r>
        <w:rPr>
          <w:sz w:val="20"/>
        </w:rPr>
        <w:t>59:23  it's so mean, I don't need such God.' Maulana sahib, I want to know what is your comment on this?</w:t>
      </w:r>
      <w:r>
        <w:br/>
      </w:r>
      <w:r>
        <w:rPr>
          <w:sz w:val="20"/>
        </w:rPr>
        <w:t>59:32  how can we address such a such a question?"</w:t>
      </w:r>
      <w:r>
        <w:br/>
      </w:r>
      <w:r>
        <w:rPr>
          <w:sz w:val="20"/>
        </w:rPr>
        <w:t>59:37  dekhein, log jo hain conditioned ho gaye hain immediate ko le kar sochne ke, immediate ko le kar sochne ke conditioned ho gaye hain.</w:t>
      </w:r>
      <w:r>
        <w:br/>
      </w:r>
      <w:r>
        <w:rPr>
          <w:sz w:val="20"/>
        </w:rPr>
        <w:t>59:49  to zahir hai ke itni jaldi woh apne zehan nahi badal sakte. to aap koshish karte rahein aur apni apni koshish ko jari rakhein.</w:t>
      </w:r>
      <w:r>
        <w:br/>
      </w:r>
      <w:r>
        <w:rPr>
          <w:sz w:val="20"/>
        </w:rPr>
        <w:t>1:00:06  inhi mein se aise log milenge jo aap ko positive response denge.</w:t>
      </w:r>
      <w:r>
        <w:br/>
      </w:r>
      <w:r>
        <w:rPr>
          <w:sz w:val="20"/>
        </w:rPr>
        <w:t>1:00:13  kisi ek, kisi ek waqeye ko aap generalize na karein. aisa nahi ke sab log aise hi honge, doosre qism ke log bhi honge.</w:t>
      </w:r>
      <w:r>
        <w:br/>
      </w:r>
      <w:r>
        <w:rPr>
          <w:sz w:val="20"/>
        </w:rPr>
        <w:t>1:00:23  to main yahi kahunga ke logon ki conditioning ko todne mein bohat time lagta hai. to aap ko thoda patience dikhana padega aur bohat hi, yani long term patience ko apne daawa par chalana padega.</w:t>
      </w:r>
      <w:r>
        <w:br/>
      </w:r>
      <w:r>
        <w:rPr>
          <w:sz w:val="20"/>
        </w:rPr>
        <w:t>1:00:40  Maulana, un ka ek aur</w:t>
      </w:r>
    </w:p>
    <w:p>
      <w:pPr>
        <w:pStyle w:val="Heading2"/>
      </w:pPr>
      <w:r>
        <w:t>How to respond when treated badly</w:t>
      </w:r>
    </w:p>
    <w:p>
      <w:r>
        <w:rPr>
          <w:color w:val="666666"/>
          <w:sz w:val="18"/>
        </w:rPr>
        <w:t>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Why blame Muslims and praise non-Muslims</w:t>
      </w:r>
    </w:p>
    <w:p>
      <w:r>
        <w:rPr>
          <w:color w:val="666666"/>
          <w:sz w:val="18"/>
        </w:rPr>
        <w:t>Dars-e-Quran, Chapter 2, Verses 55-57 | March 25, 2018 · 1m 12s · at 54:21 · https://youtu.be/2MykDXfNV_w?t=3261</w:t>
      </w:r>
    </w:p>
    <w:p>
      <w:r>
        <w:rPr>
          <w:i/>
        </w:rPr>
        <w:t>“You are always hammering Muslims in general and praising non-Muslims like Americans, Europeans, Hindus, etc.”</w:t>
      </w:r>
    </w:p>
    <w:p>
      <w:r>
        <w:rPr>
          <w:sz w:val="20"/>
        </w:rPr>
        <w:t>54:21  Maulana, agla sawal Imran sahib ne kiya hai Kuwait se.</w:t>
      </w:r>
      <w:r>
        <w:br/>
      </w:r>
      <w:r>
        <w:rPr>
          <w:sz w:val="20"/>
        </w:rPr>
        <w:t>54:27  unhone likha hai:</w:t>
      </w:r>
      <w:r>
        <w:br/>
      </w:r>
      <w:r>
        <w:rPr>
          <w:sz w:val="20"/>
        </w:rPr>
        <w:t>54:33  "Maulana, you are always hammering Muslims in general and praise non-Muslims like Americans, Europeans, Hindus, etc.</w:t>
      </w:r>
      <w:r>
        <w:br/>
      </w:r>
      <w:r>
        <w:rPr>
          <w:sz w:val="20"/>
        </w:rPr>
        <w:t>54:41  This gives a feeling to many Muslim leaders and people that you are anti-Muslim.</w:t>
      </w:r>
      <w:r>
        <w:br/>
      </w:r>
      <w:r>
        <w:rPr>
          <w:sz w:val="20"/>
        </w:rPr>
        <w:t>54:49  What is the reality? And also please tell whether you are at all hopeful about Muslims in</w:t>
      </w:r>
      <w:r>
        <w:br/>
      </w:r>
      <w:r>
        <w:rPr>
          <w:sz w:val="20"/>
        </w:rPr>
        <w:t>54:56  future?" Dekhiye, yeh baat toh ilzaam hai. Islam</w:t>
      </w:r>
      <w:r>
        <w:br/>
      </w:r>
      <w:r>
        <w:rPr>
          <w:sz w:val="20"/>
        </w:rPr>
        <w:t>55:04  mujhe misaal dijiye ke kab main un ki tareef karta hoon aur Musalmanon ko condemn karta hoon? kab aisa karta hoon? main to naseehat karta hoon, naseehat aur tajziya karta hoon. main jo baat bhi karta hoon, woh analysis hoti hai, woh naseehat hoti hai. yeh galat hai, mere bare mein ilzam hai, jhootha ilzam ke main Musalmanon ki negative boli bolta hoon aur European ke maaf</w:t>
      </w:r>
    </w:p>
    <w:p>
      <w:pPr>
        <w:pStyle w:val="Heading2"/>
      </w:pPr>
      <w:r>
        <w:t>People who don't desire heaven or hell</w:t>
      </w:r>
    </w:p>
    <w:p>
      <w:r>
        <w:rPr>
          <w:color w:val="666666"/>
          <w:sz w:val="18"/>
        </w:rPr>
        <w:t>Importance of Creative Thinking December 11, 2011 · 2m 35s · at 1:02:57 · https://youtu.be/jfML9Arb0S4?t=3777</w:t>
      </w:r>
    </w:p>
    <w:p>
      <w:r>
        <w:rPr>
          <w:i/>
        </w:rPr>
        <w:t>“In your many speeches, you have mentioned that this world is like an examination hall. This life is a test on the basis of which we will be awarded heaven or hell. But there are many people who do not desire either of them. They don't want to undergo this test. For them, life is forced upon them.”</w:t>
      </w:r>
    </w:p>
    <w:p>
      <w:r>
        <w:rPr>
          <w:sz w:val="20"/>
        </w:rPr>
        <w:t>1:02:57  maulana, agla sawal aaya hai mrs sadia anjum ka dilli se. unhon ne likha hai: "maulana, in your many speeches, you have mentioned that this world is like an examination hall.</w:t>
      </w:r>
      <w:r>
        <w:br/>
      </w:r>
      <w:r>
        <w:rPr>
          <w:sz w:val="20"/>
        </w:rPr>
        <w:t>1:03:11  this life is a test on the basis of which we will be awarded heaven or hell.</w:t>
      </w:r>
      <w:r>
        <w:br/>
      </w:r>
      <w:r>
        <w:rPr>
          <w:sz w:val="20"/>
        </w:rPr>
        <w:t>1:03:18  but there are many people who do not desire either of them. they don't want to undergo this test. for them, life is forced on them.</w:t>
      </w:r>
      <w:r>
        <w:br/>
      </w:r>
      <w:r>
        <w:rPr>
          <w:sz w:val="20"/>
        </w:rPr>
        <w:t>1:03:29  as a result, their performances under this forced circumstance do suffer. they fail to do good deeds, noble work, whole heartedly,</w:t>
      </w:r>
      <w:r>
        <w:br/>
      </w:r>
      <w:r>
        <w:rPr>
          <w:sz w:val="20"/>
        </w:rPr>
        <w:t>1:03:41  since they are not giving this test, or their consent like other normal exams. hence, the instances of isolation, suicides, depression.</w:t>
      </w:r>
      <w:r>
        <w:br/>
      </w:r>
      <w:r>
        <w:rPr>
          <w:sz w:val="20"/>
        </w:rPr>
        <w:t>1:03:54  so please explain that why this forced exam? why not only those people should be tested who want to be part of it?"</w:t>
      </w:r>
      <w:r>
        <w:br/>
      </w:r>
      <w:r>
        <w:rPr>
          <w:sz w:val="20"/>
        </w:rPr>
        <w:t>1:04:05  dekhen, yeh yani sara mamla angle of vision ka hota hai. kis rukh se cheezon ko aap dekhen? yani jaise aap agar yeh sochen ke Allah taala ne hum ko paida kiya aur bohat aik short period hota hai dunya mein, pachas saath saal ka,</w:t>
      </w:r>
      <w:r>
        <w:br/>
      </w:r>
      <w:r>
        <w:rPr>
          <w:sz w:val="20"/>
        </w:rPr>
        <w:t>1:04:26  is mein hum agar acha insan apne ko sabit karen to eternal paradise milti hai. to aap yani aap ke andar jo soch ke positive soch aaye gi ke Allah taala ne kehte hain bari rehmat ki mujhe,</w:t>
      </w:r>
      <w:r>
        <w:br/>
      </w:r>
      <w:r>
        <w:rPr>
          <w:sz w:val="20"/>
        </w:rPr>
        <w:t>1:04:42  yeh soch ka farq hai. asal mein main samajhta hoon ke creation plan ko le kar sochna, agar hum creation plan ko le kar agar hum sochen to dunya humein bohat bari rehmat dikhai pare gi, bohat bari rehmat</w:t>
      </w:r>
      <w:r>
        <w:br/>
      </w:r>
      <w:r>
        <w:rPr>
          <w:sz w:val="20"/>
        </w:rPr>
        <w:t>1:04:57  ke aik aik short, aik thore kuch barson mein hum hum apne aap ko yani acha insan pesh kar saken Allah ke ke hukum ke mutabiq.</w:t>
      </w:r>
      <w:r>
        <w:br/>
      </w:r>
      <w:r>
        <w:rPr>
          <w:sz w:val="20"/>
        </w:rPr>
        <w:t>1:05:12  to eternal paradise milti hai,</w:t>
      </w:r>
      <w:r>
        <w:br/>
      </w:r>
      <w:r>
        <w:rPr>
          <w:sz w:val="20"/>
        </w:rPr>
        <w:t>1:05:15  yeh to yani bohat hi bari rehmat hai. is ko shikayat ke roop mein lena sirf yani is liye ke aap is ko galat angle se dekh raha hai aadmi.</w:t>
      </w:r>
    </w:p>
    <w:p>
      <w:pPr>
        <w:pStyle w:val="Heading2"/>
      </w:pPr>
      <w:r>
        <w:t>Approach to soften Muslims' hearts</w:t>
      </w:r>
    </w:p>
    <w:p>
      <w:r>
        <w:rPr>
          <w:color w:val="666666"/>
          <w:sz w:val="18"/>
        </w:rPr>
        <w:t>Realistic Approach March 30, 2014 Maulana Wahiduddin Khan · 1m 06s · at 1:03:47 · https://youtu.be/K36UonBsGlA?t=3827</w:t>
      </w:r>
    </w:p>
    <w:p>
      <w:r>
        <w:rPr>
          <w:i/>
        </w:rPr>
        <w:t>“Muslims today get offended whenever we discuss anything with them. Please advise us as to what our approach should be so that their hearts soften up towards our criticism.”</w:t>
      </w:r>
    </w:p>
    <w:p>
      <w:r>
        <w:rPr>
          <w:sz w:val="20"/>
        </w:rPr>
        <w:t>1:03:47  maulana, agla sawal kiya hai ajmer se doctor safeena tabassum ne. unhon ne likha hai: "moulana sahib, muslims today get offended whenever we discuss anything with them.</w:t>
      </w:r>
      <w:r>
        <w:br/>
      </w:r>
      <w:r>
        <w:rPr>
          <w:sz w:val="20"/>
        </w:rPr>
        <w:t>1:03:59  please advise us as to what our approach should be so that their hearts soften up towards our criticism." dekhiye, yeh to tareekh hai ke aadmi ghussa ho jata hai.</w:t>
      </w:r>
      <w:r>
        <w:br/>
      </w:r>
      <w:r>
        <w:rPr>
          <w:sz w:val="20"/>
        </w:rPr>
        <w:t>1:04:13  rasool allah sallallahu alaihi wasallam ne makkah mein jab dawah shuru ki to log ghussa ho gaye. aur itna zyada mukhalif yeh hai ke rasool allah ko makkah chhodna pada.</w:t>
      </w:r>
      <w:r>
        <w:br/>
      </w:r>
      <w:r>
        <w:rPr>
          <w:sz w:val="20"/>
        </w:rPr>
        <w:t>1:04:23  lekin phir waqt aaya ke sare log islam ke fold mein aa gaye. to kaam jari rakhiye. dua karte rahiye.</w:t>
      </w:r>
      <w:r>
        <w:br/>
      </w:r>
      <w:r>
        <w:rPr>
          <w:sz w:val="20"/>
        </w:rPr>
        <w:t>1:04:32  hikmat ke sath aur sabr ke sath dawat ka kaam kijie. yahi tareeqa pehle bhi tha, yahi tareeqa aaj bhi hai.</w:t>
      </w:r>
      <w:r>
        <w:br/>
      </w:r>
      <w:r>
        <w:rPr>
          <w:sz w:val="20"/>
        </w:rPr>
        <w:t>1:04:41  koi doosra tareeqa koi nahi hai. na pehle koi doosra tareeqa mumkin tha, na aaj mumkin hai.</w:t>
      </w:r>
    </w:p>
    <w:p>
      <w:pPr>
        <w:pStyle w:val="Heading2"/>
      </w:pPr>
      <w:r>
        <w:t>Time management in today's busy life</w:t>
      </w:r>
    </w:p>
    <w:p>
      <w:r>
        <w:rPr>
          <w:color w:val="666666"/>
          <w:sz w:val="18"/>
        </w:rPr>
        <w:t>Dars-e-Quran, Chapter 38, V. 29 (Contemplation on the Quran) | October 7, 2018 · 2m 30s · at 1:17:10 · https://youtu.be/bF57J8TD8no?t=4630</w:t>
      </w:r>
    </w:p>
    <w:p>
      <w:r>
        <w:rPr>
          <w:i/>
        </w:rPr>
        <w:t>“In today's busy life, time management is a big issue. We always have excuses. What is your advice?”</w:t>
      </w:r>
    </w:p>
    <w:p>
      <w:r>
        <w:rPr>
          <w:sz w:val="20"/>
        </w:rPr>
        <w:t>1:17:10  maulana rawalpindi pakistan se wajid sahab ne sawal bheja hai.</w:t>
      </w:r>
      <w:r>
        <w:br/>
      </w:r>
      <w:r>
        <w:rPr>
          <w:sz w:val="20"/>
        </w:rPr>
        <w:t>1:17:16  انہوں نے لکھا ہے: "مولانا، in today's busy life, time management is the big issue.</w:t>
      </w:r>
      <w:r>
        <w:br/>
      </w:r>
      <w:r>
        <w:rPr>
          <w:sz w:val="20"/>
        </w:rPr>
        <w:t>1:17:22  we always have excuses.</w:t>
      </w:r>
      <w:r>
        <w:br/>
      </w:r>
      <w:r>
        <w:rPr>
          <w:sz w:val="20"/>
        </w:rPr>
        <w:t>1:17:28  how can we overcome this attitude?" yeh kuch nahi, main is ko nahi manta.</w:t>
      </w:r>
      <w:r>
        <w:br/>
      </w:r>
      <w:r>
        <w:rPr>
          <w:sz w:val="20"/>
        </w:rPr>
        <w:t>1:17:34  jab hum parhte the bachpan mein urdu reader, us waqt hum ne parha</w:t>
      </w:r>
      <w:r>
        <w:br/>
      </w:r>
      <w:r>
        <w:rPr>
          <w:sz w:val="20"/>
        </w:rPr>
        <w:t>1:17:40  tha: "waqt mein tangi farakhi dono hain, jaise rubber khenchne se barhti hai, chhod jati hai sikar." to</w:t>
      </w:r>
      <w:r>
        <w:br/>
      </w:r>
      <w:r>
        <w:rPr>
          <w:sz w:val="20"/>
        </w:rPr>
        <w:t>1:17:46  time aap ke hath mein hai, manage kijie.</w:t>
      </w:r>
      <w:r>
        <w:br/>
      </w:r>
      <w:r>
        <w:rPr>
          <w:sz w:val="20"/>
        </w:rPr>
        <w:t>1:17:52  اصل چیز ہے مینج کرنا، اصل چیز ہے you to learn the art of management.</w:t>
      </w:r>
      <w:r>
        <w:br/>
      </w:r>
      <w:r>
        <w:rPr>
          <w:sz w:val="20"/>
        </w:rPr>
        <w:t>1:17:58  time sab ke paas hota hai, yaad rakhiye.</w:t>
      </w:r>
      <w:r>
        <w:br/>
      </w:r>
      <w:r>
        <w:rPr>
          <w:sz w:val="20"/>
        </w:rPr>
        <w:t>1:18:04  aap ghor kijiye to aap ko maloom hoga ke</w:t>
      </w:r>
      <w:r>
        <w:br/>
      </w:r>
      <w:r>
        <w:rPr>
          <w:sz w:val="20"/>
        </w:rPr>
        <w:t>1:18:10  time sab ke paas hota hai.</w:t>
      </w:r>
      <w:r>
        <w:br/>
      </w:r>
      <w:r>
        <w:rPr>
          <w:sz w:val="20"/>
        </w:rPr>
        <w:t>1:18:15  جو چیز like کرتی ہے، وہ art of management ہے۔</w:t>
      </w:r>
      <w:r>
        <w:br/>
      </w:r>
      <w:r>
        <w:rPr>
          <w:sz w:val="20"/>
        </w:rPr>
        <w:t>1:18:20  yeh poore yaqeen ke sath mein keh sakta hoon ke time sab ke paas hai.</w:t>
      </w:r>
      <w:r>
        <w:br/>
      </w:r>
      <w:r>
        <w:rPr>
          <w:sz w:val="20"/>
        </w:rPr>
        <w:t>1:18:25  جو چیز like کر رہی ہے، وہ ہے Art of Management.</w:t>
      </w:r>
      <w:r>
        <w:br/>
      </w:r>
      <w:r>
        <w:rPr>
          <w:sz w:val="20"/>
        </w:rPr>
        <w:t>1:18:30  muhammad yaqoob umri sahib ne comment bheja hai.</w:t>
      </w:r>
      <w:r>
        <w:br/>
      </w:r>
      <w:r>
        <w:rPr>
          <w:sz w:val="20"/>
        </w:rPr>
        <w:t>1:18:35  انہوں نے لکھا ہے: "The key to understanding Quran is only spirit of inquiry." مولانا، it is a great wisdom. جزاک</w:t>
      </w:r>
      <w:r>
        <w:br/>
      </w:r>
      <w:r>
        <w:rPr>
          <w:sz w:val="20"/>
        </w:rPr>
        <w:t>1:18:40  allah, masha allah. okay, we will end the session now. thank you.</w:t>
      </w:r>
    </w:p>
    <w:p>
      <w:pPr>
        <w:pStyle w:val="Heading2"/>
      </w:pPr>
      <w:r>
        <w:t>Response to propaganda about Christianity work</w:t>
      </w:r>
    </w:p>
    <w:p>
      <w:r>
        <w:rPr>
          <w:color w:val="666666"/>
          <w:sz w:val="18"/>
        </w:rPr>
        <w:t>God in the Age of Science January 08, 2017 · 2m 10s · at 1:00:52 · https://youtu.be/au1bRdQDZ0U?t=3652</w:t>
      </w:r>
    </w:p>
    <w:p>
      <w:r>
        <w:rPr>
          <w:i/>
        </w:rPr>
        <w:t>“Maulana, there is propaganda against you that you work for Christianity. What do you say about this?”</w:t>
      </w:r>
    </w:p>
    <w:p>
      <w:r>
        <w:rPr>
          <w:sz w:val="20"/>
        </w:rPr>
        <w:t>1:00:52  ga woh yeh mera formula hai ji Maulana agla sawal kashmir se bheja hai shaukat mir sahib ne</w:t>
      </w:r>
      <w:r>
        <w:br/>
      </w:r>
      <w:r>
        <w:rPr>
          <w:sz w:val="20"/>
        </w:rPr>
        <w:t>1:01:00  aur unhon ne likha hai Maulana sahib aap ke khilaf yeh propaganda hai ke aap christianity ke liye</w:t>
      </w:r>
      <w:r>
        <w:br/>
      </w:r>
      <w:r>
        <w:rPr>
          <w:sz w:val="20"/>
        </w:rPr>
        <w:t>1:01:07  kaam karte hain is ke bare mein aap kya kahenge.</w:t>
      </w:r>
      <w:r>
        <w:br/>
      </w:r>
      <w:r>
        <w:rPr>
          <w:sz w:val="20"/>
        </w:rPr>
        <w:t>1:01:15  batao koi event do suboot do jhoota to jhoot to lagate hain Allah ke par bhi laga diya</w:t>
      </w:r>
      <w:r>
        <w:br/>
      </w:r>
      <w:r>
        <w:rPr>
          <w:sz w:val="20"/>
        </w:rPr>
        <w:t>1:01:22  jhoot shaitan ne Allah par jhoot laga diya rab bima aghwathni shaitan ne kaha tha Allah taala se</w:t>
      </w:r>
      <w:r>
        <w:br/>
      </w:r>
      <w:r>
        <w:rPr>
          <w:sz w:val="20"/>
        </w:rPr>
        <w:t>1:01:30  direct rab bima aghwathni yeh jhoota ilzaam laga diya Allah par to jhoote ilzaam ki to koi had</w:t>
      </w:r>
      <w:r>
        <w:br/>
      </w:r>
      <w:r>
        <w:rPr>
          <w:sz w:val="20"/>
        </w:rPr>
        <w:t>1:01:38  nahi hai rasool Allah par laga diya jhoota ilzaam aya hazrat aisha par laga diya jhoota jhoota ilzaam</w:t>
      </w:r>
      <w:r>
        <w:br/>
      </w:r>
      <w:r>
        <w:rPr>
          <w:sz w:val="20"/>
        </w:rPr>
        <w:t>1:01:45  Allah par lagaya hazrat aisha par lagaya rasool Allah par lagaya to un se pucho un se puchein</w:t>
      </w:r>
      <w:r>
        <w:br/>
      </w:r>
      <w:r>
        <w:rPr>
          <w:sz w:val="20"/>
        </w:rPr>
        <w:t>1:01:53  ke kya tumhare paas daleel hai daleel batao koi daleel batao nahi to tum shaitan ke bhai ho</w:t>
      </w:r>
      <w:r>
        <w:br/>
      </w:r>
      <w:r>
        <w:rPr>
          <w:sz w:val="20"/>
        </w:rPr>
        <w:t>1:02:01  jo daleel ke baghair kisi pe ilzaam lagaye jaye woh to shaitan ka bhai hai mein itni sari</w:t>
      </w:r>
      <w:r>
        <w:br/>
      </w:r>
      <w:r>
        <w:rPr>
          <w:sz w:val="20"/>
        </w:rPr>
        <w:t>1:02:09  kitabein hain itne article hain itni speeches hain un ko padhiye aur is mein kuch mila to bataiye</w:t>
      </w:r>
      <w:r>
        <w:br/>
      </w:r>
      <w:r>
        <w:rPr>
          <w:sz w:val="20"/>
        </w:rPr>
        <w:t>1:02:16  yaad rakhiye mera sirf do cheezein hain mera concern quran aur hadith bas aur kuch nahi aur mein</w:t>
      </w:r>
      <w:r>
        <w:br/>
      </w:r>
      <w:r>
        <w:rPr>
          <w:sz w:val="20"/>
        </w:rPr>
        <w:t>1:02:24  kuch nahi jaanta quran aur hadith se mujhe aap galat sabit karein to kijiye nahi to Allah ke</w:t>
      </w:r>
      <w:r>
        <w:br/>
      </w:r>
      <w:r>
        <w:rPr>
          <w:sz w:val="20"/>
        </w:rPr>
        <w:t>1:02:32  aap jhoote qarar paayenge meri kisi bhi cheez ko aap judge kar sakte hain quran se aur</w:t>
      </w:r>
      <w:r>
        <w:br/>
      </w:r>
      <w:r>
        <w:rPr>
          <w:sz w:val="20"/>
        </w:rPr>
        <w:t>1:02:39  hadith se kisi aur se aap karenge to aap Allah ke haan jhoote qarar paayenge aur</w:t>
      </w:r>
      <w:r>
        <w:br/>
      </w:r>
      <w:r>
        <w:rPr>
          <w:sz w:val="20"/>
        </w:rPr>
        <w:t>1:02:47  jhoote logon ke liye yaad rakhiye jahannam hai saada baat nahi hai yeh meri kisi baat jo mera</w:t>
      </w:r>
      <w:r>
        <w:br/>
      </w:r>
      <w:r>
        <w:rPr>
          <w:sz w:val="20"/>
        </w:rPr>
        <w:t>1:02:55  mukhalif ho woh meri baat ko quran o hadith se galat sabit kare nahi karega aisa to</w:t>
      </w:r>
    </w:p>
    <w:p>
      <w:pPr>
        <w:pStyle w:val="Heading2"/>
      </w:pPr>
      <w:r>
        <w:t>Handling hurt sentiments and reactions</w:t>
      </w:r>
    </w:p>
    <w:p>
      <w:r>
        <w:rPr>
          <w:color w:val="666666"/>
          <w:sz w:val="18"/>
        </w:rPr>
        <w:t>The Secular Contribution of Islam | April 16, 2017 · 1m 13s · at 49:59 · https://youtu.be/QV_HIq7KeaY?t=2999</w:t>
      </w:r>
    </w:p>
    <w:p>
      <w:r>
        <w:rPr>
          <w:i/>
        </w:rPr>
        <w:t>“Molana sahib, people have an element of sentiment. Once that sentiment gets hurt, we tend to react.”</w:t>
      </w:r>
    </w:p>
    <w:p>
      <w:r>
        <w:rPr>
          <w:sz w:val="20"/>
        </w:rPr>
        <w:t>49:59  ji maulana, agla sawal Srinagar se aamir mori sahab ne bheja hai, unhon ne aap se poocha</w:t>
      </w:r>
      <w:r>
        <w:br/>
      </w:r>
      <w:r>
        <w:rPr>
          <w:sz w:val="20"/>
        </w:rPr>
        <w:t>50:06  hai: maulana sahab, people have an element of sentiment.</w:t>
      </w:r>
      <w:r>
        <w:br/>
      </w:r>
      <w:r>
        <w:rPr>
          <w:sz w:val="20"/>
        </w:rPr>
        <w:t>50:12  Once that sentiment gets hurt, we tend to react.</w:t>
      </w:r>
      <w:r>
        <w:br/>
      </w:r>
      <w:r>
        <w:rPr>
          <w:sz w:val="20"/>
        </w:rPr>
        <w:t>50:18  How can we manage these sentiments? Please give us your guidance.</w:t>
      </w:r>
      <w:r>
        <w:br/>
      </w:r>
      <w:r>
        <w:rPr>
          <w:sz w:val="20"/>
        </w:rPr>
        <w:t>50:24  dekhiye, sentiment kya cheez hai? Sentiment naam hai shaitan ke</w:t>
      </w:r>
      <w:r>
        <w:br/>
      </w:r>
      <w:r>
        <w:rPr>
          <w:sz w:val="20"/>
        </w:rPr>
        <w:t>50:30  activation ka.</w:t>
      </w:r>
      <w:r>
        <w:br/>
      </w:r>
      <w:r>
        <w:rPr>
          <w:sz w:val="20"/>
        </w:rPr>
        <w:t>50:36  insaan ke andar ek cheez hai, us ko shaitan activate karta hai, to woh emotion ban jata hai.</w:t>
      </w:r>
      <w:r>
        <w:br/>
      </w:r>
      <w:r>
        <w:rPr>
          <w:sz w:val="20"/>
        </w:rPr>
        <w:t>50:42  woh is waqt insaan shaitan ke, yaani shaitan ke asar mein aa jata hai.</w:t>
      </w:r>
      <w:r>
        <w:br/>
      </w:r>
      <w:r>
        <w:rPr>
          <w:sz w:val="20"/>
        </w:rPr>
        <w:t>50:49  to emotion ko le kar ke aadmi soche aur iqdam kare, to woh to us se shaitan ko follow kiya.</w:t>
      </w:r>
      <w:r>
        <w:br/>
      </w:r>
      <w:r>
        <w:rPr>
          <w:sz w:val="20"/>
        </w:rPr>
        <w:t>50:55  us ne use toba karna chahiye,</w:t>
      </w:r>
      <w:r>
        <w:br/>
      </w:r>
      <w:r>
        <w:rPr>
          <w:sz w:val="20"/>
        </w:rPr>
        <w:t>51:01  use toba karna chahiye.</w:t>
      </w:r>
      <w:r>
        <w:br/>
      </w:r>
      <w:r>
        <w:rPr>
          <w:sz w:val="20"/>
        </w:rPr>
        <w:t>51:07  yeh mein keh sakta hoon.</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Why negative leadership is popular</w:t>
      </w:r>
    </w:p>
    <w:p>
      <w:r>
        <w:rPr>
          <w:color w:val="666666"/>
          <w:sz w:val="18"/>
        </w:rPr>
        <w:t>Opportunities of the Modern Age | March 05, 2017 · 3m 37s · at 46:42 · https://youtu.be/Cv8QEwvQ_fY?t=2802</w:t>
      </w:r>
    </w:p>
    <w:p>
      <w:r>
        <w:rPr>
          <w:i/>
        </w:rPr>
        <w:t>“Maulana, why does negative leadership become popular and why are those who give positive guidelines not popular? What is the reason for this?”</w:t>
      </w:r>
    </w:p>
    <w:p>
      <w:r>
        <w:rPr>
          <w:sz w:val="20"/>
        </w:rPr>
        <w:t>46:42  sawal aa jo aaya hai aa woh Chennai se Maulana Iqbal Umri ne likha hai.</w:t>
      </w:r>
      <w:r>
        <w:br/>
      </w:r>
      <w:r>
        <w:rPr>
          <w:sz w:val="20"/>
        </w:rPr>
        <w:t>46:49  unhon ne likha hai ke: "Maulana negative leadership kyun popular ho jati hai aur positive guidelines dene</w:t>
      </w:r>
      <w:r>
        <w:br/>
      </w:r>
      <w:r>
        <w:rPr>
          <w:sz w:val="20"/>
        </w:rPr>
        <w:t>46:57  walay kyun maqbool nahi hotay? is ki kya wajah hai?" bhai main samajhta hoon yahan tak ke deep</w:t>
      </w:r>
      <w:r>
        <w:br/>
      </w:r>
      <w:r>
        <w:rPr>
          <w:sz w:val="20"/>
        </w:rPr>
        <w:t>47:04  Thinking لوگوں کو ادھر ہے نہیں super super super super super super super super thinking ہے۔</w:t>
      </w:r>
      <w:r>
        <w:br/>
      </w:r>
      <w:r>
        <w:rPr>
          <w:sz w:val="20"/>
        </w:rPr>
        <w:t>47:12  jahan tak main samajhta hoon yahi wajah hai.</w:t>
      </w:r>
      <w:r>
        <w:br/>
      </w:r>
      <w:r>
        <w:rPr>
          <w:sz w:val="20"/>
        </w:rPr>
        <w:t>47:18  is in ke in ke andar deep thinking paida kijiye.</w:t>
      </w:r>
      <w:r>
        <w:br/>
      </w:r>
      <w:r>
        <w:rPr>
          <w:sz w:val="20"/>
        </w:rPr>
        <w:t>47:24  mera tajruba yeh hai ke bohat se log aisay mujhe milay jo is qism ki soch mein mubtala</w:t>
      </w:r>
      <w:r>
        <w:br/>
      </w:r>
      <w:r>
        <w:rPr>
          <w:sz w:val="20"/>
        </w:rPr>
        <w:t>47:31  the lekin un ke andar gehrai ke saath jab baatein batai hain maine to badal gaye woh.</w:t>
      </w:r>
      <w:r>
        <w:br/>
      </w:r>
      <w:r>
        <w:rPr>
          <w:sz w:val="20"/>
        </w:rPr>
        <w:t>47:37  to halaat ko yani beshtar log yeh karte hain ke woh</w:t>
      </w:r>
      <w:r>
        <w:br/>
      </w:r>
      <w:r>
        <w:rPr>
          <w:sz w:val="20"/>
        </w:rPr>
        <w:t>47:43  face value par lete hain cheezon ko. Face value par deep mein ja kar samajhte nahi baaton ko. To hamara mission jo hai yeh hai ke logon ko is qabil banana ke woh face value par cheezon ko na lein balkeh deep mein ja kar samjhein baaton ko. Misaal ke taur par dekhiye aksar log kehte hain ke zulm ho raha hai Falasteen mein zulm ho raha hai Kashmir mein. Woh zulm</w:t>
      </w:r>
      <w:r>
        <w:br/>
      </w:r>
      <w:r>
        <w:rPr>
          <w:sz w:val="20"/>
        </w:rPr>
        <w:t>48:13  zulm nahi hai woh retaliation hai.</w:t>
      </w:r>
      <w:r>
        <w:br/>
      </w:r>
      <w:r>
        <w:rPr>
          <w:sz w:val="20"/>
        </w:rPr>
        <w:t>48:17  मतलब जुल्म कहना यह super super super super super super super super super super super super super</w:t>
      </w:r>
      <w:r>
        <w:br/>
      </w:r>
      <w:r>
        <w:rPr>
          <w:sz w:val="20"/>
        </w:rPr>
        <w:t>48:22  super super super super super super super.</w:t>
      </w:r>
      <w:r>
        <w:br/>
      </w:r>
      <w:r>
        <w:rPr>
          <w:sz w:val="20"/>
        </w:rPr>
        <w:t>48:26  retaliation karna wisdom hai.</w:t>
      </w:r>
      <w:r>
        <w:br/>
      </w:r>
      <w:r>
        <w:rPr>
          <w:sz w:val="20"/>
        </w:rPr>
        <w:t>48:31  yani Falasteen mein Kashmir mein hota kya hai woh woh martay hain pathar to woh martay hain bomb gun.</w:t>
      </w:r>
      <w:r>
        <w:br/>
      </w:r>
      <w:r>
        <w:rPr>
          <w:sz w:val="20"/>
        </w:rPr>
        <w:t>48:35  that is retaliation woh zulm nahi hai.</w:t>
      </w:r>
      <w:r>
        <w:br/>
      </w:r>
      <w:r>
        <w:rPr>
          <w:sz w:val="20"/>
        </w:rPr>
        <w:t>48:39  to main poore yaqeen ke saath keh sakta hoon ke Falasteen ya Kashmir mein</w:t>
      </w:r>
      <w:r>
        <w:br/>
      </w:r>
      <w:r>
        <w:rPr>
          <w:sz w:val="20"/>
        </w:rPr>
        <w:t>48:44  jo kehte hain agar zulm ho raha hai woh halki rehti hai zulm nahi hai.</w:t>
      </w:r>
      <w:r>
        <w:br/>
      </w:r>
      <w:r>
        <w:rPr>
          <w:sz w:val="20"/>
        </w:rPr>
        <w:t>48:50  that is retaliation retaliation to hoga jab aap pathar maren ge to idhar se</w:t>
      </w:r>
      <w:r>
        <w:br/>
      </w:r>
      <w:r>
        <w:rPr>
          <w:sz w:val="20"/>
        </w:rPr>
        <w:t>48:56  bhi pathar aye ga bomb aye ga aap gun chalayen ge to idhar se bhi gun aye gi</w:t>
      </w:r>
      <w:r>
        <w:br/>
      </w:r>
      <w:r>
        <w:rPr>
          <w:sz w:val="20"/>
        </w:rPr>
        <w:t>49:02  goli aye gi yeh to hoga yeh koi rok nahi sakta re teliation ko koi rok nahi</w:t>
      </w:r>
      <w:r>
        <w:br/>
      </w:r>
      <w:r>
        <w:rPr>
          <w:sz w:val="20"/>
        </w:rPr>
        <w:t>49:08  sakta isi liye aik sahabi ne bohat sahih kaha tha ke: "</w:t>
      </w:r>
      <w:r>
        <w:br/>
      </w:r>
      <w:r>
        <w:rPr>
          <w:sz w:val="20"/>
        </w:rPr>
        <w:t>49:14  man la yarza bil qaleel mimma yati fis safar yarza bil kaseer" ke aap pathar maren ge to woh bom</w:t>
      </w:r>
      <w:r>
        <w:br/>
      </w:r>
      <w:r>
        <w:rPr>
          <w:sz w:val="20"/>
        </w:rPr>
        <w:t>49:18  مارے گا تو یہ super super super super super super super super super.</w:t>
      </w:r>
      <w:r>
        <w:br/>
      </w:r>
      <w:r>
        <w:rPr>
          <w:sz w:val="20"/>
        </w:rPr>
        <w:t>49:22  تو یہ super super super super super super super super super super.</w:t>
      </w:r>
      <w:r>
        <w:br/>
      </w:r>
      <w:r>
        <w:rPr>
          <w:sz w:val="20"/>
        </w:rPr>
        <w:t>49:25  تو یہ super super super super super super super super super.</w:t>
      </w:r>
      <w:r>
        <w:br/>
      </w:r>
      <w:r>
        <w:rPr>
          <w:sz w:val="20"/>
        </w:rPr>
        <w:t>49:29  is wajah se log samajhte hain ke zulm ho raha hai zulm nahi ho raha woh re telie</w:t>
      </w:r>
      <w:r>
        <w:br/>
      </w:r>
      <w:r>
        <w:rPr>
          <w:sz w:val="20"/>
        </w:rPr>
        <w:t>49:33  et kar rahe hain.</w:t>
      </w:r>
      <w:r>
        <w:br/>
      </w:r>
      <w:r>
        <w:rPr>
          <w:sz w:val="20"/>
        </w:rPr>
        <w:t>49:37  quran mein aik surah hai is ka naam hai al shura al shura is ki ayat 41 aap parhiye sari</w:t>
      </w:r>
      <w:r>
        <w:br/>
      </w:r>
      <w:r>
        <w:rPr>
          <w:sz w:val="20"/>
        </w:rPr>
        <w:t>49:40  tafsilan parh daliye</w:t>
      </w:r>
      <w:r>
        <w:br/>
      </w:r>
      <w:r>
        <w:rPr>
          <w:sz w:val="20"/>
        </w:rPr>
        <w:t>49:44  al shura 41 is mein quran ne re teliation ko bura nahi kaha to har jagah aap aap</w:t>
      </w:r>
      <w:r>
        <w:br/>
      </w:r>
      <w:r>
        <w:rPr>
          <w:sz w:val="20"/>
        </w:rPr>
        <w:t>49:51  aap pathar marte hain idhar se bom aata hai to kehte hain zulm ho raha hai zulm ho</w:t>
      </w:r>
      <w:r>
        <w:br/>
      </w:r>
      <w:r>
        <w:rPr>
          <w:sz w:val="20"/>
        </w:rPr>
        <w:t>49:58  raha hai yeh zulm nahi hai woh re teliation hai aap apne pathar ko band kijiye tab</w:t>
      </w:r>
      <w:r>
        <w:br/>
      </w:r>
      <w:r>
        <w:rPr>
          <w:sz w:val="20"/>
        </w:rPr>
        <w:t>50:05  woh ho jaye ga sahih ho jaye ga to yeh sab kis liye ke log cheezon ko dekhte</w:t>
      </w:r>
      <w:r>
        <w:br/>
      </w:r>
      <w:r>
        <w:rPr>
          <w:sz w:val="20"/>
        </w:rPr>
        <w:t>50:12  hain face value par gehrai mein ja kar ghor nahi karte</w:t>
      </w:r>
    </w:p>
    <w:p>
      <w:pPr>
        <w:pStyle w:val="Heading2"/>
      </w:pPr>
      <w:r>
        <w:t>Is helplessness positive or negative?</w:t>
      </w:r>
    </w:p>
    <w:p>
      <w:r>
        <w:rPr>
          <w:color w:val="666666"/>
          <w:sz w:val="18"/>
        </w:rPr>
        <w:t>Revival of Islam March 23, 2014 · 2m 33s · at 45:32 · https://youtu.be/Wc4Vsc4u1JI?t=2732</w:t>
      </w:r>
    </w:p>
    <w:p>
      <w:r>
        <w:rPr>
          <w:i/>
        </w:rPr>
        <w:t>“I have been feeling helpless for a few days. Is this a positive feeling or a negative one?”</w:t>
      </w:r>
    </w:p>
    <w:p>
      <w:r>
        <w:rPr>
          <w:sz w:val="20"/>
        </w:rPr>
        <w:t>45:32  maulana, yeh sawal aaya hai miss naghma siddiqui ka, dilli se. Unhon ne likha hai: "I have been feeling helpless for a few days.</w:t>
      </w:r>
      <w:r>
        <w:br/>
      </w:r>
      <w:r>
        <w:rPr>
          <w:sz w:val="20"/>
        </w:rPr>
        <w:t>45:43  is this a positive feeling or a negative one?" dekhiye, helplessness ko arabi mein kaha jata hai "ajz". "ajz".</w:t>
      </w:r>
      <w:r>
        <w:br/>
      </w:r>
      <w:r>
        <w:rPr>
          <w:sz w:val="20"/>
        </w:rPr>
        <w:t>45:56  "ajz" jo hai, main samajhta hoon ke sab se bari positive quality hai.</w:t>
      </w:r>
      <w:r>
        <w:br/>
      </w:r>
      <w:r>
        <w:rPr>
          <w:sz w:val="20"/>
        </w:rPr>
        <w:t>46:02  yeh one person bhi negative nahi hai.</w:t>
      </w:r>
      <w:r>
        <w:br/>
      </w:r>
      <w:r>
        <w:rPr>
          <w:sz w:val="20"/>
        </w:rPr>
        <w:t>46:08  kyunke</w:t>
      </w:r>
      <w:r>
        <w:br/>
      </w:r>
      <w:r>
        <w:rPr>
          <w:sz w:val="20"/>
        </w:rPr>
        <w:t>46:12  reality kya hai? Reality yeh hai ke Allah all powerful hai, hum all powerless hain.</w:t>
      </w:r>
      <w:r>
        <w:br/>
      </w:r>
      <w:r>
        <w:rPr>
          <w:sz w:val="20"/>
        </w:rPr>
        <w:t>46:23  Allah qadir-e-mutlaq hai, hum ajiz-e-mutlaq hain.</w:t>
      </w:r>
      <w:r>
        <w:br/>
      </w:r>
      <w:r>
        <w:rPr>
          <w:sz w:val="20"/>
        </w:rPr>
        <w:t>46:30  to Allah ko jab hum discover karte hain to hum qadir-e-mutlaq ko discover karte hain. All powerful ko. Ab doosri jo discovery hai, woh insaan ki discovery hai.</w:t>
      </w:r>
      <w:r>
        <w:br/>
      </w:r>
      <w:r>
        <w:rPr>
          <w:sz w:val="20"/>
        </w:rPr>
        <w:t>46:45  to jab hum insaan ko discover karte hain to hum all powerless ko discover karte hain. Yahi to do cheezen hain. To Allah ki discovery akhirat tak positive hai.</w:t>
      </w:r>
      <w:r>
        <w:br/>
      </w:r>
      <w:r>
        <w:rPr>
          <w:sz w:val="20"/>
        </w:rPr>
        <w:t>46:55  to insaan ki discovery bhi akhirat tak positive hai.</w:t>
      </w:r>
      <w:r>
        <w:br/>
      </w:r>
      <w:r>
        <w:rPr>
          <w:sz w:val="20"/>
        </w:rPr>
        <w:t>47:01  in mein se dono aqsam taur par positive hain, in mein se koi negative nahi hai. Kyunke Allah se jo aap ka jo ta'alluq hai, us ko jab daryaft karte hain, tabhi to Allah ki nasrat aaye gi aap ko.</w:t>
      </w:r>
      <w:r>
        <w:br/>
      </w:r>
      <w:r>
        <w:rPr>
          <w:sz w:val="20"/>
        </w:rPr>
        <w:t>47:17  jo relationship hai aap ka Allah se, jab us ko daryaft karein ge, tabhi to aap ka Allah se ta'alluq qaim hoga. Tabhi to Allah ki rehmat mile gi aap ko.</w:t>
      </w:r>
      <w:r>
        <w:br/>
      </w:r>
      <w:r>
        <w:rPr>
          <w:sz w:val="20"/>
        </w:rPr>
        <w:t>47:31  to main samajhta hoon ke "ajz" jo hai, "ajz" ain, jeem, zer, "ajz" bilashuba sab se bari positive quality hai.</w:t>
      </w:r>
      <w:r>
        <w:br/>
      </w:r>
      <w:r>
        <w:rPr>
          <w:sz w:val="20"/>
        </w:rPr>
        <w:t>47:44  balke main kahun ga sab se bari positive daryaft hai.</w:t>
      </w:r>
      <w:r>
        <w:br/>
      </w:r>
      <w:r>
        <w:rPr>
          <w:sz w:val="20"/>
        </w:rPr>
        <w:t>47:49  Allah ko daryaft karna jis tarah ek ek positive daryaft hai, usi tarah apne ajz ko daryaft karna bhi ek positive daryaft hai. Is mein negativity ka koi sawal nahi.</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1"/>
      </w:pPr>
      <w:r>
        <w:t>In the lectures (16)</w:t>
      </w:r>
    </w:p>
    <w:p>
      <w:pPr>
        <w:pStyle w:val="Heading2"/>
      </w:pPr>
      <w:r>
        <w:t>Islamization of Muslims January 10, 2010 Maulana Wahiduddin Khan</w:t>
      </w:r>
    </w:p>
    <w:p>
      <w:r>
        <w:rPr>
          <w:color w:val="666666"/>
          <w:sz w:val="18"/>
        </w:rPr>
        <w:t>1:39:29 · https://youtu.be/bjCT5yer37Q?t=5969</w:t>
      </w:r>
    </w:p>
    <w:p>
      <w:r>
        <w:rPr>
          <w:i/>
        </w:rPr>
        <w:t>“They are offended at being criticized۔”</w:t>
      </w:r>
    </w:p>
    <w:p>
      <w:pPr>
        <w:pStyle w:val="Heading2"/>
      </w:pPr>
      <w:r>
        <w:t>Living in a World of Competition I 24 Oct. 2010 - Maulana Wahiduddin Khan</w:t>
      </w:r>
    </w:p>
    <w:p>
      <w:r>
        <w:rPr>
          <w:color w:val="666666"/>
          <w:sz w:val="18"/>
        </w:rPr>
        <w:t>16:01 · https://youtu.be/2XgV28_3yug?t=961</w:t>
      </w:r>
    </w:p>
    <w:p>
      <w:r>
        <w:rPr>
          <w:i/>
        </w:rPr>
        <w:t>“اب یہ میں نے کہا تو مجھ کو لوگ برا بھلا کہہ رہے ہیں۔”</w:t>
      </w:r>
    </w:p>
    <w:p>
      <w:pPr>
        <w:pStyle w:val="Heading2"/>
      </w:pPr>
      <w:r>
        <w:t>Quran A Dictionary of Truth (English) May 02, 2007 Maulana Wahiduddin Khan</w:t>
      </w:r>
    </w:p>
    <w:p>
      <w:r>
        <w:rPr>
          <w:color w:val="666666"/>
          <w:sz w:val="18"/>
        </w:rPr>
        <w:t>47:49 · https://youtu.be/plsYgl_xxbY?t=2869</w:t>
      </w:r>
    </w:p>
    <w:p>
      <w:r>
        <w:rPr>
          <w:i/>
        </w:rPr>
        <w:t>“everyone has some complaints”</w:t>
      </w:r>
    </w:p>
    <w:p>
      <w:pPr>
        <w:pStyle w:val="Heading2"/>
      </w:pPr>
      <w:r>
        <w:t>Al-RISALA NOV, 2017</w:t>
      </w:r>
    </w:p>
    <w:p>
      <w:r>
        <w:rPr>
          <w:color w:val="666666"/>
          <w:sz w:val="18"/>
        </w:rPr>
        <w:t>40:05 · https://youtu.be/PvVV-FJAYDg?t=2405</w:t>
      </w:r>
    </w:p>
    <w:p>
      <w:r>
        <w:rPr>
          <w:i/>
        </w:rPr>
        <w:t>“وہ یہ سمجھ لیتے ہیں کہ میرے ساتھ امتیازی سلوک، یعنی ڈسکریمینیشن کا معاملہ کیا گیا۔ میرے اوپر تنقید کی گئی۔”</w:t>
      </w:r>
    </w:p>
    <w:p>
      <w:pPr>
        <w:pStyle w:val="Heading2"/>
      </w:pPr>
      <w:r>
        <w:t>What is Akhirat March 12, 2006 Maulana Wahiduddin Khan</w:t>
      </w:r>
    </w:p>
    <w:p>
      <w:r>
        <w:rPr>
          <w:color w:val="666666"/>
          <w:sz w:val="18"/>
        </w:rPr>
        <w:t>12:55 · https://youtu.be/F41-6s4TdW0?t=775</w:t>
      </w:r>
    </w:p>
    <w:p>
      <w:r>
        <w:rPr>
          <w:i/>
        </w:rPr>
        <w:t>“اگرچہ لوگوں کے کانٹے مجھے چبھتے ہیں۔”</w:t>
      </w:r>
    </w:p>
    <w:p>
      <w:pPr>
        <w:pStyle w:val="Heading2"/>
      </w:pPr>
      <w:r>
        <w:t>Muslim Militancy July 8, 2007</w:t>
      </w:r>
    </w:p>
    <w:p>
      <w:r>
        <w:rPr>
          <w:color w:val="666666"/>
          <w:sz w:val="18"/>
        </w:rPr>
        <w:t>1:06:40 · https://youtu.be/mfIIEFQDOtg?t=4000</w:t>
      </w:r>
    </w:p>
    <w:p>
      <w:r>
        <w:rPr>
          <w:i/>
        </w:rPr>
        <w:t>“جیسے میں نے ایک صاحب کو، ان کی کسی بات پر ٹوکا، ان کی کسی بات پر میں نے criticize کیا۔ تو وہ کیا کہتے ہیں؟”</w:t>
      </w:r>
    </w:p>
    <w:p>
      <w:pPr>
        <w:pStyle w:val="Heading2"/>
      </w:pPr>
      <w:r>
        <w:t>Islam A Religion of Peace January 7, 2010 Maulana Wahiduddin Khan</w:t>
      </w:r>
    </w:p>
    <w:p>
      <w:r>
        <w:rPr>
          <w:color w:val="666666"/>
          <w:sz w:val="18"/>
        </w:rPr>
        <w:t>50:00 · https://youtu.be/L3qaWEfRY6o?t=3000</w:t>
      </w:r>
    </w:p>
    <w:p>
      <w:r>
        <w:rPr>
          <w:i/>
        </w:rPr>
        <w:t>“Simply they blame, they blame, they complain, they protest.”</w:t>
      </w:r>
    </w:p>
    <w:p>
      <w:pPr>
        <w:pStyle w:val="Heading2"/>
      </w:pPr>
      <w:r>
        <w:t>Islma A Religion of Peace (English) January 7, 2010</w:t>
      </w:r>
    </w:p>
    <w:p>
      <w:r>
        <w:rPr>
          <w:color w:val="666666"/>
          <w:sz w:val="18"/>
        </w:rPr>
        <w:t>49:40 · https://youtu.be/YKg_GJj8Hvg?t=2980</w:t>
      </w:r>
    </w:p>
    <w:p>
      <w:r>
        <w:rPr>
          <w:i/>
        </w:rPr>
        <w:t>“Simply, they blame, they blame, they complain, they protest.”</w:t>
      </w:r>
    </w:p>
    <w:p>
      <w:pPr>
        <w:pStyle w:val="Heading2"/>
      </w:pPr>
      <w:r>
        <w:t>Political Interpretation of Islam January 26, 2014</w:t>
      </w:r>
    </w:p>
    <w:p>
      <w:r>
        <w:rPr>
          <w:color w:val="666666"/>
          <w:sz w:val="18"/>
        </w:rPr>
        <w:t>29:37 · https://youtu.be/hXKqLTQcOzw?t=1777</w:t>
      </w:r>
    </w:p>
    <w:p>
      <w:r>
        <w:rPr>
          <w:i/>
        </w:rPr>
        <w:t>“وہ سمجھتے ہیں کہ ہمیں انسیٹ کر رہے ہیں۔”</w:t>
      </w:r>
    </w:p>
    <w:p>
      <w:pPr>
        <w:pStyle w:val="Heading2"/>
      </w:pPr>
      <w:r>
        <w:t>Nature of Modern Problem 12 July 2009 - Maulana Wahiduddin Khan</w:t>
      </w:r>
    </w:p>
    <w:p>
      <w:r>
        <w:rPr>
          <w:color w:val="666666"/>
          <w:sz w:val="18"/>
        </w:rPr>
        <w:t>9:29 · https://youtu.be/JULJoDRvUNU?t=569</w:t>
      </w:r>
    </w:p>
    <w:p>
      <w:r>
        <w:rPr>
          <w:i/>
        </w:rPr>
        <w:t>“یہ لوگ ان ان باتوں کو بہت انڈر ایسٹیمیٹ کر رہے ہیں۔ میں سمجھتا ہوں کہ یہ باتیں”</w:t>
      </w:r>
    </w:p>
    <w:p>
      <w:pPr>
        <w:pStyle w:val="Heading2"/>
      </w:pPr>
      <w:r>
        <w:t>Deedar-e-Ilahi Glimpse of God 7 March 7, 2020 Maulana Wahiduddin Khan</w:t>
      </w:r>
    </w:p>
    <w:p>
      <w:r>
        <w:rPr>
          <w:color w:val="666666"/>
          <w:sz w:val="18"/>
        </w:rPr>
        <w:t>41:12 · https://youtu.be/_4BDzVwFIz0?t=2472</w:t>
      </w:r>
    </w:p>
    <w:p>
      <w:r>
        <w:rPr>
          <w:i/>
        </w:rPr>
        <w:t>“آپ دیکھو، آپ دیکھو، criticize”</w:t>
      </w:r>
    </w:p>
    <w:p>
      <w:pPr>
        <w:pStyle w:val="Heading2"/>
      </w:pPr>
      <w:r>
        <w:t>Why Have Muslims Turned Violent December 14, 2008</w:t>
      </w:r>
    </w:p>
    <w:p>
      <w:r>
        <w:rPr>
          <w:color w:val="666666"/>
          <w:sz w:val="18"/>
        </w:rPr>
        <w:t>1:11:23 · https://youtu.be/TYLK8Jwz8EE?t=4283</w:t>
      </w:r>
    </w:p>
    <w:p>
      <w:r>
        <w:rPr>
          <w:i/>
        </w:rPr>
        <w:t>“لوگوں نے یہ غلط مسئلہ ہے۔”</w:t>
      </w:r>
    </w:p>
    <w:p>
      <w:pPr>
        <w:pStyle w:val="Heading2"/>
      </w:pPr>
      <w:r>
        <w:t>Ikhwan-e-Rasool March 24, 2012 Maulana Wahiduddin Khan</w:t>
      </w:r>
    </w:p>
    <w:p>
      <w:r>
        <w:rPr>
          <w:color w:val="666666"/>
          <w:sz w:val="18"/>
        </w:rPr>
        <w:t>7:19 · https://youtu.be/tu2SSg6Ykmg?t=439</w:t>
      </w:r>
    </w:p>
    <w:p>
      <w:r>
        <w:rPr>
          <w:i/>
        </w:rPr>
        <w:t>“اس پر بہت واہ واہ آرائی ہوئی میرے خلاف۔ کچھ لوگوں نے کہا کہ آدمی بوڑھا ہو گیا ہے، کچھ بھی بولتا ہے۔”</w:t>
      </w:r>
    </w:p>
    <w:p>
      <w:pPr>
        <w:pStyle w:val="Heading2"/>
      </w:pPr>
      <w:r>
        <w:t>Stress and Spirituality January 1, 2012</w:t>
      </w:r>
    </w:p>
    <w:p>
      <w:r>
        <w:rPr>
          <w:color w:val="666666"/>
          <w:sz w:val="18"/>
        </w:rPr>
        <w:t>44:23 · https://youtu.be/TPhXL9-g6ME?t=2663</w:t>
      </w:r>
    </w:p>
    <w:p>
      <w:r>
        <w:rPr>
          <w:i/>
        </w:rPr>
        <w:t>“شکایت کی باتیں ہو رہی تھیں۔”</w:t>
      </w:r>
    </w:p>
    <w:p>
      <w:pPr>
        <w:pStyle w:val="Heading2"/>
      </w:pPr>
      <w:r>
        <w:t>What is Dua April 26, 2009</w:t>
      </w:r>
    </w:p>
    <w:p>
      <w:r>
        <w:rPr>
          <w:color w:val="666666"/>
          <w:sz w:val="18"/>
        </w:rPr>
        <w:t>1:41:43 · https://youtu.be/ROQR2zNew1I?t=6103</w:t>
      </w:r>
    </w:p>
    <w:p>
      <w:r>
        <w:rPr>
          <w:i/>
        </w:rPr>
        <w:t>“پھر بھی شکایتیں ہیں”</w:t>
      </w:r>
    </w:p>
    <w:p>
      <w:pPr>
        <w:pStyle w:val="Heading2"/>
      </w:pPr>
      <w:r>
        <w:t>Shukr Acknowledgment of God's Blessings April 21, 2020</w:t>
      </w:r>
    </w:p>
    <w:p>
      <w:r>
        <w:rPr>
          <w:color w:val="666666"/>
          <w:sz w:val="18"/>
        </w:rPr>
        <w:t>8:06 · https://youtu.be/3iGMucsQXNk?t=486</w:t>
      </w:r>
    </w:p>
    <w:p>
      <w:r>
        <w:rPr>
          <w:i/>
        </w:rPr>
        <w:t>“تو میں دیکھتا ہوں کہ لوگ، لوگ جو ہیں، بہت سی گستاخانہ طور پر اس کے”</w:t>
      </w:r>
    </w:p>
    <w:p>
      <w:pPr>
        <w:pStyle w:val="Heading1"/>
      </w:pPr>
      <w:r>
        <w:t>Clips (6)</w:t>
      </w:r>
    </w:p>
    <w:p>
      <w:pPr>
        <w:pStyle w:val="Heading2"/>
      </w:pPr>
      <w:r>
        <w:t>Secret of Paradise: no malice in heart</w:t>
      </w:r>
    </w:p>
    <w:p>
      <w:r>
        <w:rPr>
          <w:color w:val="666666"/>
          <w:sz w:val="18"/>
        </w:rPr>
        <w:t>What is Akhirat March 12, 2006 Maulana Wahiduddin Khan · 2m 54s · at 10:42 · https://youtu.be/F41-6s4TdW0?t=642</w:t>
      </w:r>
    </w:p>
    <w:p>
      <w:r>
        <w:rPr>
          <w:i/>
        </w:rPr>
        <w:t>“Phir us ne kaha ke lekin mere andar ek baat hai”</w:t>
      </w:r>
    </w:p>
    <w:p>
      <w:r>
        <w:rPr>
          <w:sz w:val="20"/>
        </w:rPr>
        <w:t>10:42  phir us ne kaha ke lekin mere andar aik baat hai.</w:t>
      </w:r>
      <w:r>
        <w:br/>
      </w:r>
      <w:r>
        <w:rPr>
          <w:sz w:val="20"/>
        </w:rPr>
        <w:t>10:49  woh kya? la ajad fi qalbi ghussa li ahad.</w:t>
      </w:r>
      <w:r>
        <w:br/>
      </w:r>
      <w:r>
        <w:rPr>
          <w:sz w:val="20"/>
        </w:rPr>
        <w:t>10:57  la ajad fi qalbi ghussa li ahad. yaani mein kisi ke liye, kisi ke liye mere dil mein malith nahi hota.</w:t>
      </w:r>
      <w:r>
        <w:br/>
      </w:r>
      <w:r>
        <w:rPr>
          <w:sz w:val="20"/>
        </w:rPr>
        <w:t>11:17  mere dil mein kisi ke liye malith nahi aata. yeh kaha us ne. dekhiye yahan bhi aik cheez samajh mein aayi hai.</w:t>
      </w:r>
      <w:r>
        <w:br/>
      </w:r>
      <w:r>
        <w:rPr>
          <w:sz w:val="20"/>
        </w:rPr>
        <w:t>11:29  koi bhi cheez dekhiye boli jaye to kuch cheezein samajh mein aati hain. yahan bhi aik cheez samajh mein aayi hai. woh kya?</w:t>
      </w:r>
      <w:r>
        <w:br/>
      </w:r>
      <w:r>
        <w:rPr>
          <w:sz w:val="20"/>
        </w:rPr>
        <w:t>11:40  woh rehta tha isi duniya mein jis ko quran mein asal safreen kaha gaya hai. nichla tareen darja. woh kahin paradise mein nahi rehta tha woh.</w:t>
      </w:r>
      <w:r>
        <w:br/>
      </w:r>
      <w:r>
        <w:rPr>
          <w:sz w:val="20"/>
        </w:rPr>
        <w:t>11:51  woh kahin buniyad mein nahi rehta tha woh. isi duniya mein. jahan har waqt manfi khayalat paish aate hain, har taraf khayalat hain, jahan har taraf proovictivity soorat haal hai, har taraf ghussa hai,</w:t>
      </w:r>
      <w:r>
        <w:br/>
      </w:r>
      <w:r>
        <w:rPr>
          <w:sz w:val="20"/>
        </w:rPr>
        <w:t>12:09  isi duniya mein woh rehta tha. jab tak aap is baat ko shamil na karein, aap samajh nahi sakte ke is ki maani kya hai.</w:t>
      </w:r>
      <w:r>
        <w:br/>
      </w:r>
      <w:r>
        <w:rPr>
          <w:sz w:val="20"/>
        </w:rPr>
        <w:t>12:19  la ajad fi qalbi ghussa li ahad. is ko shamil kar ke jab sochenge, lineon ke sath darmiyan mein bhi shamil karna padega.</w:t>
      </w:r>
      <w:r>
        <w:br/>
      </w:r>
      <w:r>
        <w:rPr>
          <w:sz w:val="20"/>
        </w:rPr>
        <w:t>12:30  har line mein darmiyan mein kuch cheezein hoti hain. to darmiyan mein ko milakar jab aap sochenge to kya matlab banega is ka?</w:t>
      </w:r>
      <w:r>
        <w:br/>
      </w:r>
      <w:r>
        <w:rPr>
          <w:sz w:val="20"/>
        </w:rPr>
        <w:t>12:41  agarche log mujh ko provok karte hain. agarche log mujhe mere sath ishtial angizi karte hain. agarche logon se mujhe takleef puhanchti hai.</w:t>
      </w:r>
      <w:r>
        <w:br/>
      </w:r>
      <w:r>
        <w:rPr>
          <w:sz w:val="20"/>
        </w:rPr>
        <w:t>12:55  agarche logon ke kaante mujhe chubhte hain.</w:t>
      </w:r>
      <w:r>
        <w:br/>
      </w:r>
      <w:r>
        <w:rPr>
          <w:sz w:val="20"/>
        </w:rPr>
        <w:t>13:01  agarche wahi afsosnak tajurba mujhe hota hai jo doosron ko hota hai. lekin mein apni musbatti ko barqarar rakhta hoon.</w:t>
      </w:r>
      <w:r>
        <w:br/>
      </w:r>
      <w:r>
        <w:rPr>
          <w:sz w:val="20"/>
        </w:rPr>
        <w:t>13:14  malith aata hai to mein us ko phailata rehta hoon. taake meri musbatti baqi rahe.</w:t>
      </w:r>
      <w:r>
        <w:br/>
      </w:r>
      <w:r>
        <w:rPr>
          <w:sz w:val="20"/>
        </w:rPr>
        <w:t>13:25  yaani mein hamesha apni musbatti barqarar rakhta hoon. by phailane se in manfi tajurbaat ko.</w:t>
      </w:r>
    </w:p>
    <w:p>
      <w:pPr>
        <w:pStyle w:val="Heading2"/>
      </w:pPr>
      <w:r>
        <w:t>Gandhian philosophy was never truly applied</w:t>
      </w:r>
    </w:p>
    <w:p>
      <w:r>
        <w:rPr>
          <w:color w:val="666666"/>
          <w:sz w:val="18"/>
        </w:rPr>
        <w:t>Islma A Religion of Peace (English) January 7, 2010 · 46s · at 49:06 · https://youtu.be/YKg_GJj8Hvg?t=2946</w:t>
      </w:r>
    </w:p>
    <w:p>
      <w:r>
        <w:rPr>
          <w:i/>
        </w:rPr>
        <w:t>“The ideology of Mahatma Gandhi was never repeated”</w:t>
      </w:r>
    </w:p>
    <w:p>
      <w:r>
        <w:rPr>
          <w:sz w:val="20"/>
        </w:rPr>
        <w:t>49:06  Because it's not the way that you speak; it is so beautiful and true, and I want more people to understand it.</w:t>
      </w:r>
      <w:r>
        <w:br/>
      </w:r>
      <w:r>
        <w:rPr>
          <w:sz w:val="20"/>
        </w:rPr>
        <w:t>49:13  Did I—was I clear? I would say that the ideology of Mahaatma Gandhi was not repeated, neither in this country, nor in any other country.</w:t>
      </w:r>
      <w:r>
        <w:br/>
      </w:r>
      <w:r>
        <w:rPr>
          <w:sz w:val="20"/>
        </w:rPr>
        <w:t>49:28  People blame the USA, but no one was able to apply the Gandhian philosophy in this regard.</w:t>
      </w:r>
      <w:r>
        <w:br/>
      </w:r>
      <w:r>
        <w:rPr>
          <w:sz w:val="20"/>
        </w:rPr>
        <w:t>49:37  I don't know any person.</w:t>
      </w:r>
      <w:r>
        <w:br/>
      </w:r>
      <w:r>
        <w:rPr>
          <w:sz w:val="20"/>
        </w:rPr>
        <w:t>49:40  Simply, they blame, they blame, they complain, they protest.</w:t>
      </w:r>
      <w:r>
        <w:br/>
      </w:r>
      <w:r>
        <w:rPr>
          <w:sz w:val="20"/>
        </w:rPr>
        <w:t>49:47  They never tried to</w:t>
      </w:r>
    </w:p>
    <w:p>
      <w:pPr>
        <w:pStyle w:val="Heading2"/>
      </w:pPr>
      <w:r>
        <w:t>History of extremism's rise and the Muslim world split in two</w:t>
      </w:r>
    </w:p>
    <w:p>
      <w:r>
        <w:rPr>
          <w:color w:val="666666"/>
          <w:sz w:val="18"/>
        </w:rPr>
        <w:t>Political Interpretation of Islam January 26, 2014 · 5m 37s · at 26:27 · https://youtu.be/hXKqLTQcOzw?t=1587</w:t>
      </w:r>
    </w:p>
    <w:p>
      <w:r>
        <w:rPr>
          <w:i/>
        </w:rPr>
        <w:t>“Early thinkers believed Islam had to be imposed by force”</w:t>
      </w:r>
    </w:p>
    <w:p>
      <w:r>
        <w:rPr>
          <w:sz w:val="20"/>
        </w:rPr>
        <w:t>26:27  to hua yeh dekhiye ke pehle sochne walon ne yeh socha ke hamein islam ko naafiz karna hai. implement karna hai.</w:t>
      </w:r>
      <w:r>
        <w:br/>
      </w:r>
      <w:r>
        <w:rPr>
          <w:sz w:val="20"/>
        </w:rPr>
        <w:t>26:40  isi tarah se hum artist ko islamize karna hai, society ko islamize karna hai. international life ko islamize karna hai.</w:t>
      </w:r>
      <w:r>
        <w:br/>
      </w:r>
      <w:r>
        <w:rPr>
          <w:sz w:val="20"/>
        </w:rPr>
        <w:t>26:49  yeh aaya.</w:t>
      </w:r>
      <w:r>
        <w:br/>
      </w:r>
      <w:r>
        <w:rPr>
          <w:sz w:val="20"/>
        </w:rPr>
        <w:t>26:53  to pehle to unhon ne peaceful tareeqe se is ko dissiminate karna shuru kiya. lekin jab unhon ne dekha ke peaceful dissimination se kuch nahi ho raha hai, to unhon ne kya kiya?</w:t>
      </w:r>
      <w:r>
        <w:br/>
      </w:r>
      <w:r>
        <w:rPr>
          <w:sz w:val="20"/>
        </w:rPr>
        <w:t>27:08  ek woh jump lagai. election mein hissa liya unhon ne. election mein baar baar hissa liya. mukhtalif countries, muslim muslim mulkon</w:t>
      </w:r>
      <w:r>
        <w:br/>
      </w:r>
      <w:r>
        <w:rPr>
          <w:sz w:val="20"/>
        </w:rPr>
        <w:t>27:19  Mien. Har jagah woh haare. Kahin bhi woh jeet nahi sake. Har Muslim country mein unhon ne is ka tajurba kiya.</w:t>
      </w:r>
      <w:r>
        <w:br/>
      </w:r>
      <w:r>
        <w:rPr>
          <w:sz w:val="20"/>
        </w:rPr>
        <w:t>27:30  Ke election ke zariye se woh qabza karein political power ko.</w:t>
      </w:r>
      <w:r>
        <w:br/>
      </w:r>
      <w:r>
        <w:rPr>
          <w:sz w:val="20"/>
        </w:rPr>
        <w:t>27:36  Achha, jab is mein woh un ko haar hui to unhon ne kiya kiya? Protest ka tareeqa ikhtiyar kiya. Street activism.</w:t>
      </w:r>
      <w:r>
        <w:br/>
      </w:r>
      <w:r>
        <w:rPr>
          <w:sz w:val="20"/>
        </w:rPr>
        <w:t>27:47  Yaani election activism ke bajaye ab un ka tareeqa hua street activism. Juloos juloos nikalna aur protest karna, naara lagana, yeh sab.</w:t>
      </w:r>
      <w:r>
        <w:br/>
      </w:r>
      <w:r>
        <w:rPr>
          <w:sz w:val="20"/>
        </w:rPr>
        <w:t>28:01  Is ne bhi work nahi kiya. Yahan bhi unhon ne dekha ke hum apne goal ko achieve nahi kar pa rahe hain. To phir ek aur marhala aaya.</w:t>
      </w:r>
      <w:r>
        <w:br/>
      </w:r>
      <w:r>
        <w:rPr>
          <w:sz w:val="20"/>
        </w:rPr>
        <w:t>28:12  Unhon ne violence shuru kar diya.</w:t>
      </w:r>
      <w:r>
        <w:br/>
      </w:r>
      <w:r>
        <w:rPr>
          <w:sz w:val="20"/>
        </w:rPr>
        <w:t>28:15  Violence. Idhar udhar bomb maarna. Yaani jo political installations theen, jo ya army ko jo jaghein theen, wahan bomb maarna.</w:t>
      </w:r>
      <w:r>
        <w:br/>
      </w:r>
      <w:r>
        <w:rPr>
          <w:sz w:val="20"/>
        </w:rPr>
        <w:t>28:29  Is se bhi nahi kaam chala to suicide bombing shuru kar di. Yeh sab jab ho gaya to jo log rule kar rahe the, jo hakim the, woh direct aa gaye un ko kill karne ke liye.</w:t>
      </w:r>
      <w:r>
        <w:br/>
      </w:r>
      <w:r>
        <w:rPr>
          <w:sz w:val="20"/>
        </w:rPr>
        <w:t>28:43  Ab killing ho rahi hai. Jaisa ke maine arz kiya ke Egypt mein Jamal Abdul Nasser ke zamane se yeh kaam shuru hua.</w:t>
      </w:r>
      <w:r>
        <w:br/>
      </w:r>
      <w:r>
        <w:rPr>
          <w:sz w:val="20"/>
        </w:rPr>
        <w:t>28:52  Lekin har mulk, har Muslim mulk mein ho raha hai yeh. Har Muslim mulk mein yeh ho raha hai ke wahan yeh religious extremist hain, jo apne ko Islamist kehte hain,</w:t>
      </w:r>
      <w:r>
        <w:br/>
      </w:r>
      <w:r>
        <w:rPr>
          <w:sz w:val="20"/>
        </w:rPr>
        <w:t>29:06  Jinhon ne Islam ko follow karne wala deen ke bajaye implement karne wala deen bana rakha hai.</w:t>
      </w:r>
      <w:r>
        <w:br/>
      </w:r>
      <w:r>
        <w:rPr>
          <w:sz w:val="20"/>
        </w:rPr>
        <w:t>29:13  Woh kehte hain hum society ko, mein society ko Islamize karunga. Political rule ko Islamize karunga.</w:t>
      </w:r>
      <w:r>
        <w:br/>
      </w:r>
      <w:r>
        <w:rPr>
          <w:sz w:val="20"/>
        </w:rPr>
        <w:t>29:24  Saare system ko Islamize karunga. To jab aisa woh kehte hain to zahir hai ke jo log qabz mein hain, jo rule kar rahe hain, jin ke hath mein power hai, un par zad padti hai.</w:t>
      </w:r>
      <w:r>
        <w:br/>
      </w:r>
      <w:r>
        <w:rPr>
          <w:sz w:val="20"/>
        </w:rPr>
        <w:t>29:37  Woh samajhte hain ke humein incite kar rahe hain.</w:t>
      </w:r>
      <w:r>
        <w:br/>
      </w:r>
      <w:r>
        <w:rPr>
          <w:sz w:val="20"/>
        </w:rPr>
        <w:t>29:42  Woh samajhte hain ke humein, hamara, hum ko khatam kar rahe hain yeh. To woh direct aa jate hain ladne ke liye. Yeh soorat-e-haal poori Muslim dunya mein jaari hai.</w:t>
      </w:r>
      <w:r>
        <w:br/>
      </w:r>
      <w:r>
        <w:rPr>
          <w:sz w:val="20"/>
        </w:rPr>
        <w:t>29:55  Yaani jahan thori bohat azadi thi, wahan to khule taur par ho raha hai yeh. Lekin jin Muslim mulkon mein, jaise Arab countries mein, dictatorship hai, wahan bhi yeh sab ho raha hai.</w:t>
      </w:r>
      <w:r>
        <w:br/>
      </w:r>
      <w:r>
        <w:rPr>
          <w:sz w:val="20"/>
        </w:rPr>
        <w:t>30:08  Wahan sab verso activities jaari hain.</w:t>
      </w:r>
      <w:r>
        <w:br/>
      </w:r>
      <w:r>
        <w:rPr>
          <w:sz w:val="20"/>
        </w:rPr>
        <w:t>30:12  Underground ho kar ke log kaam kar rahe hain. To poori Muslim dunya is waqt kehna chahiye ke ek volcano par hai. Poori Muslim dunya.</w:t>
      </w:r>
      <w:r>
        <w:br/>
      </w:r>
      <w:r>
        <w:rPr>
          <w:sz w:val="20"/>
        </w:rPr>
        <w:t>30:26  Poori Muslim dunya ek is waqt ek volcano par hai. Aur yeh volcano bana hai isi political interpretation ke zariye se.</w:t>
      </w:r>
      <w:r>
        <w:br/>
      </w:r>
      <w:r>
        <w:rPr>
          <w:sz w:val="20"/>
        </w:rPr>
        <w:t>30:36  Aur sab se zyada jo Rasool Allah Salallahu Alaihi Wasallam ne bura kaam bataya tha, yaani kufr bataya tha is ko. La tarju ba'da kuffara yadrib ba'dukum riqaba ba'din.</w:t>
      </w:r>
      <w:r>
        <w:br/>
      </w:r>
      <w:r>
        <w:rPr>
          <w:sz w:val="20"/>
        </w:rPr>
        <w:t>30:48  Is ko kufr bataya tha, yaani aapas mein ladna. To political interpretation jo hai, is ne kiya kiya ke poori dunya mein Musalmanon ko do tabqon mein bant diya.</w:t>
      </w:r>
      <w:r>
        <w:br/>
      </w:r>
      <w:r>
        <w:rPr>
          <w:sz w:val="20"/>
        </w:rPr>
        <w:t>31:01  Poori Muslim dunya mein.</w:t>
      </w:r>
      <w:r>
        <w:br/>
      </w:r>
      <w:r>
        <w:rPr>
          <w:sz w:val="20"/>
        </w:rPr>
        <w:t>31:04  Yaani ek taraf woh log hain jo rulers hain, jin ke hath mein hukoomat hai, ya woh log jo un ko support de rahe hain, un ki himayat karte hain.</w:t>
      </w:r>
      <w:r>
        <w:br/>
      </w:r>
      <w:r>
        <w:rPr>
          <w:sz w:val="20"/>
        </w:rPr>
        <w:t>31:16  Doosri taraf woh log hain jo kehte hain ke yeh sab galat hain, yeh dushmanon ke agent hain, yeh Islam ko chahte hain ke na aaye.</w:t>
      </w:r>
      <w:r>
        <w:br/>
      </w:r>
      <w:r>
        <w:rPr>
          <w:sz w:val="20"/>
        </w:rPr>
        <w:t>31:29  To yeh doosra group hai.</w:t>
      </w:r>
      <w:r>
        <w:br/>
      </w:r>
      <w:r>
        <w:rPr>
          <w:sz w:val="20"/>
        </w:rPr>
        <w:t>31:33  to is tareeqay say poori muslim dunya mein do group ban gaye hain. is mein kisi aik bhi mulk ka istasna nahi hai.</w:t>
      </w:r>
      <w:r>
        <w:br/>
      </w:r>
      <w:r>
        <w:rPr>
          <w:sz w:val="20"/>
        </w:rPr>
        <w:t>31:43  is ka aik exception nahi hai. do group ban kar aapas mein woh kaam kar rahay hain jis ko hadith mein sab say bura kaam bataya gaya hai, yani kufr.</w:t>
      </w:r>
      <w:r>
        <w:br/>
      </w:r>
      <w:r>
        <w:rPr>
          <w:sz w:val="20"/>
        </w:rPr>
        <w:t>31:53  aapas mein maarna aik doosray ko.</w:t>
      </w:r>
      <w:r>
        <w:br/>
      </w:r>
      <w:r>
        <w:rPr>
          <w:sz w:val="20"/>
        </w:rPr>
        <w:t>31:56  yani hate karna bhi kufr hai, maarna bhi kufr hai, qatal karna bhi kufr hai. aapas mein. lekin yahi sab ho raha hai.</w:t>
      </w:r>
    </w:p>
    <w:p>
      <w:pPr>
        <w:pStyle w:val="Heading2"/>
      </w:pPr>
      <w:r>
        <w:t>Modern problems are beginning of the end</w:t>
      </w:r>
    </w:p>
    <w:p>
      <w:r>
        <w:rPr>
          <w:color w:val="666666"/>
          <w:sz w:val="18"/>
        </w:rPr>
        <w:t>Nature of Modern Problem 12 July 2009 - Maulana Wahiduddin Khan · 1m 08s · at 9:01 · https://youtu.be/JULJoDRvUNU?t=541</w:t>
      </w:r>
    </w:p>
    <w:p>
      <w:r>
        <w:rPr>
          <w:i/>
        </w:rPr>
        <w:t>“Aaj kal jo problem hai, usko log underestimate kar rahe hain.”</w:t>
      </w:r>
    </w:p>
    <w:p>
      <w:r>
        <w:rPr>
          <w:sz w:val="20"/>
        </w:rPr>
        <w:t>9:01  jaise pollution, water pollution, air pollution,</w:t>
      </w:r>
      <w:r>
        <w:br/>
      </w:r>
      <w:r>
        <w:rPr>
          <w:sz w:val="20"/>
        </w:rPr>
        <w:t>9:10  har taraf pollution hai. green house gases hain,</w:t>
      </w:r>
      <w:r>
        <w:br/>
      </w:r>
      <w:r>
        <w:rPr>
          <w:sz w:val="20"/>
        </w:rPr>
        <w:t>9:19  carbon emission ka masla hai, jis ke liye brics ka aap jante hain ke wahan par meeting hui italy mein.</w:t>
      </w:r>
      <w:r>
        <w:br/>
      </w:r>
      <w:r>
        <w:rPr>
          <w:sz w:val="20"/>
        </w:rPr>
        <w:t>9:29  yeh log in in baton ko bohat under estimate kar rahe hain. mein samajhta hoon ke yeh baatein</w:t>
      </w:r>
      <w:r>
        <w:br/>
      </w:r>
      <w:r>
        <w:rPr>
          <w:sz w:val="20"/>
        </w:rPr>
        <w:t>9:38  woh nahi jo yeh samajh rahe hain. yeh log, yeh beginning of the end hai.</w:t>
      </w:r>
      <w:r>
        <w:br/>
      </w:r>
      <w:r>
        <w:rPr>
          <w:sz w:val="20"/>
        </w:rPr>
        <w:t>9:45  us ko samjhiye, yeh khuda ki taraf se hai. aur kaun kaun hai jo khuda ke process ko rok sake? kis ke paas the power hai?</w:t>
      </w:r>
      <w:r>
        <w:br/>
      </w:r>
      <w:r>
        <w:rPr>
          <w:sz w:val="20"/>
        </w:rPr>
        <w:t>9:58  na super power ke paas yeh power hai, na kisi aur ke paas</w:t>
      </w:r>
      <w:r>
        <w:br/>
      </w:r>
      <w:r>
        <w:rPr>
          <w:sz w:val="20"/>
        </w:rPr>
        <w:t>10:03  ke woh khuda ke process ko rok sake.</w:t>
      </w:r>
    </w:p>
    <w:p>
      <w:pPr>
        <w:pStyle w:val="Heading2"/>
      </w:pPr>
      <w:r>
        <w:t>air-conditioned tension inside versus peace under a tree</w:t>
      </w:r>
    </w:p>
    <w:p>
      <w:r>
        <w:rPr>
          <w:color w:val="666666"/>
          <w:sz w:val="18"/>
        </w:rPr>
        <w:t>Stress and Spirituality January 1, 2012 · 2m 10s · at 42:59 · https://youtu.be/TPhXL9-g6ME?t=2579</w:t>
      </w:r>
    </w:p>
    <w:p>
      <w:r>
        <w:rPr>
          <w:i/>
        </w:rPr>
        <w:t>“Inside the mansion was all complaints; outside under a tree, peace”</w:t>
      </w:r>
    </w:p>
    <w:p>
      <w:r>
        <w:rPr>
          <w:sz w:val="20"/>
        </w:rPr>
        <w:t>42:59  main ek bar to aap mein America gaya to wahan ek doctor sahab ke haan main tha achara shishir kumar ke zamane ki baat hai.</w:t>
      </w:r>
      <w:r>
        <w:br/>
      </w:r>
      <w:r>
        <w:rPr>
          <w:sz w:val="20"/>
        </w:rPr>
        <w:t>43:10  woh woh bhi thay hum dono gaye thay America. to achara shishir kumar jo thay un ke woh un ke disciple thay woh woh to apne ghar mein unhone hum logon ka lunch rakha</w:t>
      </w:r>
      <w:r>
        <w:br/>
      </w:r>
      <w:r>
        <w:rPr>
          <w:sz w:val="20"/>
        </w:rPr>
        <w:t>43:27  tha. to wahan hum log gaye aur bhi do char aadmi thay hamare sath thay. to bohat hi bara ghar tha. aur poora ghar fully air condition tha.</w:t>
      </w:r>
      <w:r>
        <w:br/>
      </w:r>
      <w:r>
        <w:rPr>
          <w:sz w:val="20"/>
        </w:rPr>
        <w:t>43:40  har taraf bohat sug barg ki sari سفارش deewaren sab cheez. lekin ghar mein jo baatein ho rahi theen wahi tension ki baatein. wahi shikayat ki baatein.</w:t>
      </w:r>
      <w:r>
        <w:br/>
      </w:r>
      <w:r>
        <w:rPr>
          <w:sz w:val="20"/>
        </w:rPr>
        <w:t>43:50  ke America mein yeh kharabi hai, America mein woh kharabi hai. yeh sab baatein wahan ho rahi theen.</w:t>
      </w:r>
      <w:r>
        <w:br/>
      </w:r>
      <w:r>
        <w:rPr>
          <w:sz w:val="20"/>
        </w:rPr>
        <w:t>43:56  achha ghar itna bara tha ke is ke bahar ek bohat achhe qism ka lawn tha, darakht thay is mein. to main un ki baatein sun sun kar itna pareshan main hua ke main bahar aa gaya.</w:t>
      </w:r>
      <w:r>
        <w:br/>
      </w:r>
      <w:r>
        <w:rPr>
          <w:sz w:val="20"/>
        </w:rPr>
        <w:t>44:09  aur ek darakht ke neeche baith gaya. ab wahan itna suhana sama tha. yani is ghar ke andar yani tension ki baatein ho rahi theen.</w:t>
      </w:r>
      <w:r>
        <w:br/>
      </w:r>
      <w:r>
        <w:rPr>
          <w:sz w:val="20"/>
        </w:rPr>
        <w:t>44:23  shikayat ki baatein ho rahi theen.</w:t>
      </w:r>
      <w:r>
        <w:br/>
      </w:r>
      <w:r>
        <w:rPr>
          <w:sz w:val="20"/>
        </w:rPr>
        <w:t>44:25  ab bahar darakhton ki dunya mein aur fully fiza mein wahan ek dam ek wasee dunya thi jahan tension ka koi sawal, tension, complaint ka koi saman nahi tha.</w:t>
      </w:r>
      <w:r>
        <w:br/>
      </w:r>
      <w:r>
        <w:rPr>
          <w:sz w:val="20"/>
        </w:rPr>
        <w:t>44:40  kuch kuch bhi sawal nahi tha wahan. to is waqt mujhe samajh aayi ke log man made boundaries mein jeete hain jo ke limited hain.</w:t>
      </w:r>
      <w:r>
        <w:br/>
      </w:r>
      <w:r>
        <w:rPr>
          <w:sz w:val="20"/>
        </w:rPr>
        <w:t>44:49  aur god made boundaries mein jeena nahi seekha unhon ne. jo ke unlimited hain.</w:t>
      </w:r>
      <w:r>
        <w:br/>
      </w:r>
      <w:r>
        <w:rPr>
          <w:sz w:val="20"/>
        </w:rPr>
        <w:t>44:55  yeh hai raaz. to main samajhta hoon ke jo aadmi chahta hai ke tension free rahe us ko us ki ideology daryaft karni chahiye.</w:t>
      </w:r>
    </w:p>
    <w:p>
      <w:pPr>
        <w:pStyle w:val="Heading2"/>
      </w:pPr>
      <w:r>
        <w:t>Rethinking, airplane seat story, real acknowledgement of blessings</w:t>
      </w:r>
    </w:p>
    <w:p>
      <w:r>
        <w:rPr>
          <w:color w:val="666666"/>
          <w:sz w:val="18"/>
        </w:rPr>
        <w:t>Shukr Acknowledgment of God's Blessings April 21, 2020 · 2m 17s · at 6:27 · https://youtu.be/3iGMucsQXNk?t=387</w:t>
      </w:r>
    </w:p>
    <w:p>
      <w:r>
        <w:rPr>
          <w:i/>
        </w:rPr>
        <w:t>“Aap logon ko rethinking paida kijiye apne andar”</w:t>
      </w:r>
    </w:p>
    <w:p>
      <w:r>
        <w:rPr>
          <w:sz w:val="20"/>
        </w:rPr>
        <w:t>6:27  to mein aap logon ko yeh kahoon ga ke aap log</w:t>
      </w:r>
      <w:r>
        <w:br/>
      </w:r>
      <w:r>
        <w:rPr>
          <w:sz w:val="20"/>
        </w:rPr>
        <w:t>6:37  rethinking paida kijiye apne andar, rethinking. phir se sochna.</w:t>
      </w:r>
      <w:r>
        <w:br/>
      </w:r>
      <w:r>
        <w:rPr>
          <w:sz w:val="20"/>
        </w:rPr>
        <w:t>6:48  mislan aik martaba mein hua jahaz mein safar kar raha tha,</w:t>
      </w:r>
      <w:r>
        <w:br/>
      </w:r>
      <w:r>
        <w:rPr>
          <w:sz w:val="20"/>
        </w:rPr>
        <w:t>6:55  baith kar first class ka tha, to first class ke aik passenger jahaz mein jab baithe to bara shor o ghul karna shuru kiya unhon ne, kyunke un ki seat jo thi asal, us seat mein koi doosra baith gaya tha.</w:t>
      </w:r>
      <w:r>
        <w:br/>
      </w:r>
      <w:r>
        <w:rPr>
          <w:sz w:val="20"/>
        </w:rPr>
        <w:t>7:15  to aap sochen log</w:t>
      </w:r>
      <w:r>
        <w:br/>
      </w:r>
      <w:r>
        <w:rPr>
          <w:sz w:val="20"/>
        </w:rPr>
        <w:t>7:20  ke itni lambi muddat se hum Allah ki nematton se faida utha rahe hain lekin true sense mein kabhi hum ne iqrar hi nahi kiya.</w:t>
      </w:r>
      <w:r>
        <w:br/>
      </w:r>
      <w:r>
        <w:rPr>
          <w:sz w:val="20"/>
        </w:rPr>
        <w:t>7:33  agar log true sense mein, true sense mein shukr karen, yani acknowledge karen to mujhe yaqeen hai ke yeh halaat bohat jaldi idhar badal jayenge,</w:t>
      </w:r>
      <w:r>
        <w:br/>
      </w:r>
      <w:r>
        <w:rPr>
          <w:sz w:val="20"/>
        </w:rPr>
        <w:t>7:50  bohat jaldi badal jayenge.</w:t>
      </w:r>
      <w:r>
        <w:br/>
      </w:r>
      <w:r>
        <w:rPr>
          <w:sz w:val="20"/>
        </w:rPr>
        <w:t>7:54  kyunke yeh to warning hai, yaad dehani hai.</w:t>
      </w:r>
      <w:r>
        <w:br/>
      </w:r>
      <w:r>
        <w:rPr>
          <w:sz w:val="20"/>
        </w:rPr>
        <w:t>8:06  to mein dekhta hoon ke log, log jo hain, bohat si gustakhana tor par is ke</w:t>
      </w:r>
      <w:r>
        <w:br/>
      </w:r>
      <w:r>
        <w:rPr>
          <w:sz w:val="20"/>
        </w:rPr>
        <w:t>8:19  asbab batate hain, yeh sab woh sab. mein samajhta hoon ke asal sabab yeh hai ke insaan ne khaliq ki nematton ko khoob khoob istemal kiya lekin us ko iqrar hi nahi kiya, etiraf nahi kiya,</w:t>
      </w:r>
      <w:r>
        <w:br/>
      </w:r>
      <w:r>
        <w:rPr>
          <w:sz w:val="20"/>
        </w:rPr>
        <w:t>8:38  us ka shukr nahi ada kiya.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