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Pharaoh</w:t>
      </w:r>
    </w:p>
    <w:p>
      <w:r>
        <w:rPr>
          <w:sz w:val="18"/>
        </w:rPr>
        <w:t>Q&amp;A, lecture moments and clips · full transcripts with timestamps · exported 2026-09-21</w:t>
      </w:r>
    </w:p>
    <w:p>
      <w:pPr>
        <w:pStyle w:val="Heading1"/>
      </w:pPr>
      <w:r>
        <w:t>Maulana was asked (0)</w:t>
      </w:r>
    </w:p>
    <w:p>
      <w:pPr>
        <w:pStyle w:val="Heading1"/>
      </w:pPr>
      <w:r>
        <w:t>In the lectures (20)</w:t>
      </w:r>
    </w:p>
    <w:p>
      <w:pPr>
        <w:pStyle w:val="Heading2"/>
      </w:pPr>
      <w:r>
        <w:t>Prophetic Models in Quran (English) - Part II March 05, 2007 Maulana Wahiduddin Khan</w:t>
      </w:r>
    </w:p>
    <w:p>
      <w:r>
        <w:rPr>
          <w:color w:val="666666"/>
          <w:sz w:val="18"/>
        </w:rPr>
        <w:t>17:30 · https://youtu.be/uk0vwl6YNcA?t=1050</w:t>
      </w:r>
    </w:p>
    <w:p>
      <w:r>
        <w:rPr>
          <w:i/>
        </w:rPr>
        <w:t>“So this means Prophet Joseph gives us a formula. Avoid political confrontation and avail the opportunities in other fields, in fields other than politics. Avoid political confrontation and avail the opportunities present in other field, in field other than politics. This is very,”</w:t>
      </w:r>
    </w:p>
    <w:p>
      <w:pPr>
        <w:pStyle w:val="Heading2"/>
      </w:pPr>
      <w:r>
        <w:t>Prophetic Models in Quran (English) - Part II March 05, 2007 Maulana Wahiduddin Khan</w:t>
      </w:r>
    </w:p>
    <w:p>
      <w:r>
        <w:rPr>
          <w:color w:val="666666"/>
          <w:sz w:val="18"/>
        </w:rPr>
        <w:t>19:27 · https://youtu.be/uk0vwl6YNcA?t=1167</w:t>
      </w:r>
    </w:p>
    <w:p>
      <w:r>
        <w:rPr>
          <w:i/>
        </w:rPr>
        <w:t>“and he was a Mushrik king. So he addressed to Pharaoh. There is a very well-known story that happened in Egypt at that time. So after a long confrontation, what happened,”</w:t>
      </w:r>
    </w:p>
    <w:p>
      <w:pPr>
        <w:pStyle w:val="Heading2"/>
      </w:pPr>
      <w:r>
        <w:t>Prophetic Models in Quran (English) - Part II March 05, 2007 Maulana Wahiduddin Khan</w:t>
      </w:r>
    </w:p>
    <w:p>
      <w:r>
        <w:rPr>
          <w:color w:val="666666"/>
          <w:sz w:val="18"/>
        </w:rPr>
        <w:t>20:40 · https://youtu.be/uk0vwl6YNcA?t=1240</w:t>
      </w:r>
    </w:p>
    <w:p>
      <w:r>
        <w:rPr>
          <w:i/>
        </w:rPr>
        <w:t>“Prophet Moses wanted to cross the one horn of Red Sea. And during that crossing, Pharaoh, the king of Egypt, with his army reached over there. And he also wanted to cross that, that horn of Red Sea. But God decided for him to, to be, to destroy, to destroy the Pharaoh, destroy Ph”</w:t>
      </w:r>
    </w:p>
    <w:p>
      <w:pPr>
        <w:pStyle w:val="Heading2"/>
      </w:pPr>
      <w:r>
        <w:t>Prophetic Models in Quran (English) - Part II March 05, 2007 Maulana Wahiduddin Khan</w:t>
      </w:r>
    </w:p>
    <w:p>
      <w:r>
        <w:rPr>
          <w:color w:val="666666"/>
          <w:sz w:val="18"/>
        </w:rPr>
        <w:t>26:47 · https://youtu.be/uk0vwl6YNcA?t=1607</w:t>
      </w:r>
    </w:p>
    <w:p>
      <w:r>
        <w:rPr>
          <w:i/>
        </w:rPr>
        <w:t>“. So he started his dawah mission between the, between the two group at the same time. He never said that first of all we have to, first of all we have to bring about reform among Banu Israel. Then after some time we will go to Coptic people and, and call them the religion of God”</w:t>
      </w:r>
    </w:p>
    <w:p>
      <w:pPr>
        <w:pStyle w:val="Heading2"/>
      </w:pPr>
      <w:r>
        <w:t>Religion in The Age Of Science I 29th Sep.07</w:t>
      </w:r>
    </w:p>
    <w:p>
      <w:r>
        <w:rPr>
          <w:color w:val="666666"/>
          <w:sz w:val="18"/>
        </w:rPr>
        <w:t>6:27 · https://youtu.be/nN2u0Zmkl-U?t=387</w:t>
      </w:r>
    </w:p>
    <w:p>
      <w:r>
        <w:rPr>
          <w:i/>
        </w:rPr>
        <w:t>“یعنی وہ سب کچھ جو اس وقت یا اس سے پہلے صرف اسپیکولیشن کے base پر چل رہا تھا، وہ سائنس کے base پر prove ہو جائے گا۔ جیسا کہ میں example دیتا ہوں آپ کو۔ قرآن میں ہے کہ جب توحید کا، توحید کی تھیوری پیش کی گئی، یعنی oneness of God، تو اس وقت کا جو mindset تھا، اس وقت جو انسان کی cond”</w:t>
      </w:r>
    </w:p>
    <w:p>
      <w:pPr>
        <w:pStyle w:val="Heading2"/>
      </w:pPr>
      <w:r>
        <w:t>What is Dua I 26th Apr '09 U</w:t>
      </w:r>
    </w:p>
    <w:p>
      <w:r>
        <w:rPr>
          <w:color w:val="666666"/>
          <w:sz w:val="18"/>
        </w:rPr>
        <w:t>24:18 · https://youtu.be/zirBex4iGd8?t=1458</w:t>
      </w:r>
    </w:p>
    <w:p>
      <w:r>
        <w:rPr>
          <w:i/>
        </w:rPr>
        <w:t>“۔ چیپٹر 28 میں۔ چیپٹر نمبر 28۔ اس پیڑ کے نیچے بیٹھ کر یہ دعا نکلتی ہے ان کی۔ رَبِّ إِنِّي لَمَا أَنْزَلْتَ عَلَيَّ مِنْ خَيْرٍ فَقِيرٍ ۔ خدایا تو نے جو بھلائی میرے لیے اتاری ہو، میں اس کا محتاج ہوں۔ میں نے اس وقت سوچا کہ اس کا background کیا ہوگا۔ وہ پیڑ ان کے لیے point of refere”</w:t>
      </w:r>
    </w:p>
    <w:p>
      <w:pPr>
        <w:pStyle w:val="Heading2"/>
      </w:pPr>
      <w:r>
        <w:t>The Age of Deceiving Philosophies I 21 June '09 U</w:t>
      </w:r>
    </w:p>
    <w:p>
      <w:r>
        <w:rPr>
          <w:color w:val="666666"/>
          <w:sz w:val="18"/>
        </w:rPr>
        <w:t>0:21 · https://youtu.be/6z-4sNHT1Uk?t=21</w:t>
      </w:r>
    </w:p>
    <w:p>
      <w:r>
        <w:rPr>
          <w:i/>
        </w:rPr>
        <w:t>“بسم اللہ الرحمن الرحیم، وصلی اللہ علی النبی الکریم۔ رب اشرح لی صدری، ویسر لی امری، واحل العقدۃ من لسانی یفقہ قولی۔ آج کا ٹاپک ہے: ایج آف ڈیسیونگ فلاسفیز، مغالطہ آمیز فلسفوں کا دور۔ حدیث میں بہت سی حدیثیں آئیں ہیں جو بتاتی ہیں کہ قیامت سے پہلے جو زمانہ ہوگا، اس میں بہت سے بگاڑ آئی”</w:t>
      </w:r>
    </w:p>
    <w:p>
      <w:pPr>
        <w:pStyle w:val="Heading2"/>
      </w:pPr>
      <w:r>
        <w:t>The Right Path May 24, 2015 Maulana Wahiduddin Khan</w:t>
      </w:r>
    </w:p>
    <w:p>
      <w:r>
        <w:rPr>
          <w:color w:val="666666"/>
          <w:sz w:val="18"/>
        </w:rPr>
        <w:t>59:17 · https://youtu.be/BYPgvndFDA8?t=3557</w:t>
      </w:r>
    </w:p>
    <w:p>
      <w:r>
        <w:rPr>
          <w:i/>
        </w:rPr>
        <w:t>“؟ واٹ از یور ایڈوائس ان دس؟ یعنی صبر کب تک؟ دیکھیے، قرآن میں ہے کہ قرآن میں ہے کہ جنت صبر والوں کے لیے ہے۔ جو صبر کرے گا، اس کے لیے جنت ہے۔ یہ قرآن کی ایک آیت ہے۔ تو جنت تو ایٹرنل مقام ہے، ابدی جگہ ہے۔ تو کیا آپ ساری عمر صبر کریں گے؟ تبھی تو ایٹرنل جنت ملے گی۔ وقتی اگر آپ صبر کری”</w:t>
      </w:r>
    </w:p>
    <w:p>
      <w:pPr>
        <w:pStyle w:val="Heading2"/>
      </w:pPr>
      <w:r>
        <w:t>The Right Path May 24, 2015 Maulana Wahiduddin Khan</w:t>
      </w:r>
    </w:p>
    <w:p>
      <w:r>
        <w:rPr>
          <w:color w:val="666666"/>
          <w:sz w:val="18"/>
        </w:rPr>
        <w:t>1:02:23 · https://youtu.be/BYPgvndFDA8?t=3743</w:t>
      </w:r>
    </w:p>
    <w:p>
      <w:r>
        <w:rPr>
          <w:i/>
        </w:rPr>
        <w:t>“اٹ واز فرعون ہو سیڈ ٹو موسی دیٹ ہی وانٹس ٹو انسیٹ ہم اینڈ ہز کلین۔ موسی واز اونلی دیر فار پیس فل دعوی ایز اپرووڈ بائے اللہ۔"”</w:t>
      </w:r>
    </w:p>
    <w:p>
      <w:pPr>
        <w:pStyle w:val="Heading2"/>
      </w:pPr>
      <w:r>
        <w:t>B'nai B'birth International Programme October 20, 2015</w:t>
      </w:r>
    </w:p>
    <w:p>
      <w:r>
        <w:rPr>
          <w:color w:val="666666"/>
          <w:sz w:val="18"/>
        </w:rPr>
        <w:t>22:42 · https://youtu.be/1WtsK3mrkEQ?t=1362</w:t>
      </w:r>
    </w:p>
    <w:p>
      <w:r>
        <w:rPr>
          <w:i/>
        </w:rPr>
        <w:t>“اف پیس۔ تھینک یو۔ یو نائٹ، اٹس اٹس انٹرسٹنگ ٹو شیئر ود ال اف یو دیٹ وین ایور ہی گیوز ا ٹاک، دیر ار مور دین تھاؤزنڈ اپلوڈڈ ان ہز ویب سائٹ۔ اینڈ یو کڈ سی دیر ار سیٹل ان انگلش السو۔ سو وین ایور ہی گوز، وین ایور ہی بیگنز ہز ٹاک، ہی بیگنز ہز ٹاک ود پریئر دیٹ موزز میڈ ٹو گاڈ۔ اینڈ اٹ ہ”</w:t>
      </w:r>
    </w:p>
    <w:p>
      <w:pPr>
        <w:pStyle w:val="Heading2"/>
      </w:pPr>
      <w:r>
        <w:t>Dars-e-Quran, Ch. 2 Verse 50-52 |  March 11, 2018</w:t>
      </w:r>
    </w:p>
    <w:p>
      <w:r>
        <w:rPr>
          <w:color w:val="666666"/>
          <w:sz w:val="18"/>
        </w:rPr>
        <w:t>6:47 · https://youtu.be/ShSyMy4LPfc?t=407</w:t>
      </w:r>
    </w:p>
    <w:p>
      <w:r>
        <w:rPr>
          <w:i/>
        </w:rPr>
        <w:t>“رق کیا گیا ایک بہت بڑا واقعہ تھا یہ۔ بہت بڑا واقعہ۔ وہ بھی ایک historical shock تھا۔ وہ دعوت تھی کہ re-planning کرو۔ Re-planning کرو۔ Re-planning کرو۔ اس زمانے میں دنیا despotic king کے دور میں تھی۔ Pharaoh جو تھا Pharaoh فرعون وہ ایک desp”</w:t>
      </w:r>
    </w:p>
    <w:p>
      <w:pPr>
        <w:pStyle w:val="Heading2"/>
      </w:pPr>
      <w:r>
        <w:t>Living with God | April 18, 2007 | Maulana Wahiduddin Khan</w:t>
      </w:r>
    </w:p>
    <w:p>
      <w:r>
        <w:rPr>
          <w:color w:val="666666"/>
          <w:sz w:val="18"/>
        </w:rPr>
        <w:t>30:38 · https://youtu.be/5C9rQDceRV4?t=1838</w:t>
      </w:r>
    </w:p>
    <w:p>
      <w:r>
        <w:rPr>
          <w:i/>
        </w:rPr>
        <w:t>“a superman you are able to live in the presence of God. You are able to live in the neighborhood of God, neighborhood of God. Because there is a verse in the Quran that the wife of the Pharaoh, the wife of Pharaoh accepted Moses'”</w:t>
      </w:r>
    </w:p>
    <w:p>
      <w:pPr>
        <w:pStyle w:val="Heading2"/>
      </w:pPr>
      <w:r>
        <w:t>Living with God | April 18, 2007 | Maulana Wahiduddin Khan</w:t>
      </w:r>
    </w:p>
    <w:p>
      <w:r>
        <w:rPr>
          <w:color w:val="666666"/>
          <w:sz w:val="18"/>
        </w:rPr>
        <w:t>31:08 · https://youtu.be/5C9rQDceRV4?t=1868</w:t>
      </w:r>
    </w:p>
    <w:p>
      <w:r>
        <w:rPr>
          <w:i/>
        </w:rPr>
        <w:t>“religion. And then Pharaoh, Pharaoh was the king of Egypt also. He was the husband of that lady. Her name was Asiya. So Asiya accepted the religion of Moses. So Pharaoh became angry. He said, "I will kill you.”</w:t>
      </w:r>
    </w:p>
    <w:p>
      <w:pPr>
        <w:pStyle w:val="Heading2"/>
      </w:pPr>
      <w:r>
        <w:t>A Brief Survey of Islamic History (Eng) February 15, 2007</w:t>
      </w:r>
    </w:p>
    <w:p>
      <w:r>
        <w:rPr>
          <w:color w:val="666666"/>
          <w:sz w:val="18"/>
        </w:rPr>
        <w:t>27:35 · https://youtu.be/MdRtdA99UlA?t=1655</w:t>
      </w:r>
    </w:p>
    <w:p>
      <w:r>
        <w:rPr>
          <w:i/>
        </w:rPr>
        <w:t>“At that time, there was the rule of a king, Pharaoh.”</w:t>
      </w:r>
    </w:p>
    <w:p>
      <w:pPr>
        <w:pStyle w:val="Heading2"/>
      </w:pPr>
      <w:r>
        <w:t>A Brief Survey of Islamic History (Eng) February 15, 2007</w:t>
      </w:r>
    </w:p>
    <w:p>
      <w:r>
        <w:rPr>
          <w:color w:val="666666"/>
          <w:sz w:val="18"/>
        </w:rPr>
        <w:t>29:34 · https://youtu.be/MdRtdA99UlA?t=1774</w:t>
      </w:r>
    </w:p>
    <w:p>
      <w:r>
        <w:rPr>
          <w:i/>
        </w:rPr>
        <w:t>“on the line, on this line that at one side, he addressed Pharaoh. He addressed the Coptic people who were mushrik.”</w:t>
      </w:r>
    </w:p>
    <w:p>
      <w:pPr>
        <w:pStyle w:val="Heading2"/>
      </w:pPr>
      <w:r>
        <w:t>Peace and Violence in Islam July 27, 2008</w:t>
      </w:r>
    </w:p>
    <w:p>
      <w:r>
        <w:rPr>
          <w:color w:val="666666"/>
          <w:sz w:val="18"/>
        </w:rPr>
        <w:t>1:07:42 · https://youtu.be/B_61iaC_2dQ?t=4062</w:t>
      </w:r>
    </w:p>
    <w:p>
      <w:r>
        <w:rPr>
          <w:i/>
        </w:rPr>
        <w:t>“This question is from Ms. Sadia. What was that Prophet Moses had said which led Pharaoh to say that Moses wanted to take away his land?”</w:t>
      </w:r>
    </w:p>
    <w:p>
      <w:pPr>
        <w:pStyle w:val="Heading2"/>
      </w:pPr>
      <w:r>
        <w:t>The Right Path May 24, 2015</w:t>
      </w:r>
    </w:p>
    <w:p>
      <w:r>
        <w:rPr>
          <w:color w:val="666666"/>
          <w:sz w:val="18"/>
        </w:rPr>
        <w:t>1:02:31 · https://youtu.be/XrsNdAp9PJA?t=3751</w:t>
      </w:r>
    </w:p>
    <w:p>
      <w:r>
        <w:rPr>
          <w:i/>
        </w:rPr>
        <w:t>“مولانا، یہ ایک کمنٹ ہے محمد عامر صدیقی صاحب کا نوئیڈا سے۔ He has quoted an example from Quran. It was not Musa who wanted to take away political power from Pharaoh.”</w:t>
      </w:r>
    </w:p>
    <w:p>
      <w:pPr>
        <w:pStyle w:val="Heading2"/>
      </w:pPr>
      <w:r>
        <w:t>The Right Path May 24, 2015</w:t>
      </w:r>
    </w:p>
    <w:p>
      <w:r>
        <w:rPr>
          <w:color w:val="666666"/>
          <w:sz w:val="18"/>
        </w:rPr>
        <w:t>1:02:48 · https://youtu.be/XrsNdAp9PJA?t=3768</w:t>
      </w:r>
    </w:p>
    <w:p>
      <w:r>
        <w:rPr>
          <w:i/>
        </w:rPr>
        <w:t>“It was Pharaoh who said to Musa that he wants to unseat him and his clan”</w:t>
      </w:r>
    </w:p>
    <w:p>
      <w:pPr>
        <w:pStyle w:val="Heading2"/>
      </w:pPr>
      <w:r>
        <w:t>The Importance of Dua December 15, 2006</w:t>
      </w:r>
    </w:p>
    <w:p>
      <w:r>
        <w:rPr>
          <w:color w:val="666666"/>
          <w:sz w:val="18"/>
        </w:rPr>
        <w:t>5:45 · https://youtu.be/u4cSEoh_mfY?t=345</w:t>
      </w:r>
    </w:p>
    <w:p>
      <w:r>
        <w:rPr>
          <w:i/>
        </w:rPr>
        <w:t>“تو اس کا جست یہ ہے کہ ایسے حالات پیدا ہوئے کہ حضرت موسیٰ بچپن ہی میں وہاں کے جو کنگ تھا، Pharaoh، اس کے پیلس میں پہنچ گئے۔”</w:t>
      </w:r>
    </w:p>
    <w:p>
      <w:pPr>
        <w:pStyle w:val="Heading2"/>
      </w:pPr>
      <w:r>
        <w:t>B'nai B'rith International Programme October 20, 2015</w:t>
      </w:r>
    </w:p>
    <w:p>
      <w:r>
        <w:rPr>
          <w:color w:val="666666"/>
          <w:sz w:val="18"/>
        </w:rPr>
        <w:t>23:38 · https://youtu.be/3iuM_AF6RLM?t=1418</w:t>
      </w:r>
    </w:p>
    <w:p>
      <w:r>
        <w:rPr>
          <w:i/>
        </w:rPr>
        <w:t>“y." So Moses made this prayer to God before he was sent to Pharaoh to convey the word of God. And Mawlana instructed all the CPS members globally to, you know, do this prayer whenever we go and we talk.”</w:t>
      </w:r>
    </w:p>
    <w:p>
      <w:pPr>
        <w:pStyle w:val="Heading1"/>
      </w:pPr>
      <w:r>
        <w:t>Clips (60)</w:t>
      </w:r>
    </w:p>
    <w:p>
      <w:pPr>
        <w:pStyle w:val="Heading2"/>
      </w:pPr>
      <w:r>
        <w:t>Prophet Yusuf: avoid political confrontation, avail opportunities</w:t>
      </w:r>
    </w:p>
    <w:p>
      <w:r>
        <w:rPr>
          <w:color w:val="666666"/>
          <w:sz w:val="18"/>
        </w:rPr>
        <w:t>Prophetic Models in Quran (English) - Part II March 05, 2007 Maulana Wahiduddin Khan · 8m 20s · at 11:07 · https://youtu.be/uk0vwl6YNcA?t=667</w:t>
      </w:r>
    </w:p>
    <w:p>
      <w:r>
        <w:rPr>
          <w:i/>
        </w:rPr>
        <w:t>“Prophet Yusuf is called in biblical literature as Joseph.”</w:t>
      </w:r>
    </w:p>
    <w:p>
      <w:r>
        <w:rPr>
          <w:sz w:val="20"/>
        </w:rPr>
        <w:t>11:07  Prophet Yusuf is called in Biblical literature as Joseph.</w:t>
      </w:r>
      <w:r>
        <w:br/>
      </w:r>
      <w:r>
        <w:rPr>
          <w:sz w:val="20"/>
        </w:rPr>
        <w:t>11:14  So Prophet Yusuf was sent to Egypt.</w:t>
      </w:r>
      <w:r>
        <w:br/>
      </w:r>
      <w:r>
        <w:rPr>
          <w:sz w:val="20"/>
        </w:rPr>
        <w:t>11:22  At that time, there was a Mushrik ruler.</w:t>
      </w:r>
      <w:r>
        <w:br/>
      </w:r>
      <w:r>
        <w:rPr>
          <w:sz w:val="20"/>
        </w:rPr>
        <w:t>11:30  There was a king whose religion was Shirk.</w:t>
      </w:r>
      <w:r>
        <w:br/>
      </w:r>
      <w:r>
        <w:rPr>
          <w:sz w:val="20"/>
        </w:rPr>
        <w:t>11:38  He was a patron of Mushrik culture. But what happened? This king was impressed by the personality of Prophet Joseph.</w:t>
      </w:r>
      <w:r>
        <w:br/>
      </w:r>
      <w:r>
        <w:rPr>
          <w:sz w:val="20"/>
        </w:rPr>
        <w:t>11:59  And he offered an office in his government.</w:t>
      </w:r>
      <w:r>
        <w:br/>
      </w:r>
      <w:r>
        <w:rPr>
          <w:sz w:val="20"/>
        </w:rPr>
        <w:t>12:07  That was like a Ministry of Food.</w:t>
      </w:r>
      <w:r>
        <w:br/>
      </w:r>
      <w:r>
        <w:rPr>
          <w:sz w:val="20"/>
        </w:rPr>
        <w:t>12:15  So Prophet Joseph, Prophet Yusuf accepted this offer.</w:t>
      </w:r>
      <w:r>
        <w:br/>
      </w:r>
      <w:r>
        <w:rPr>
          <w:sz w:val="20"/>
        </w:rPr>
        <w:t>12:23  He accepted this offer.</w:t>
      </w:r>
      <w:r>
        <w:br/>
      </w:r>
      <w:r>
        <w:rPr>
          <w:sz w:val="20"/>
        </w:rPr>
        <w:t>12:31  He accepted food Ministry under the rule of a Mushrik king.</w:t>
      </w:r>
      <w:r>
        <w:br/>
      </w:r>
      <w:r>
        <w:rPr>
          <w:sz w:val="20"/>
        </w:rPr>
        <w:t>12:39  Then what happened?</w:t>
      </w:r>
      <w:r>
        <w:br/>
      </w:r>
      <w:r>
        <w:rPr>
          <w:sz w:val="20"/>
        </w:rPr>
        <w:t>12:47  Acceptance of this offer means he adjusted with the Mushrik king. He tried to avoid confrontation with that Mushrik king. And then what happened?</w:t>
      </w:r>
      <w:r>
        <w:br/>
      </w:r>
      <w:r>
        <w:rPr>
          <w:sz w:val="20"/>
        </w:rPr>
        <w:t>13:06  When he avoided the confrontation, he was able to avail the opportunities of Dava. So Prophet Yusuf organized Dawa work. One example of his Dawa is mentioned in the Quran in Chapter Yusuf.</w:t>
      </w:r>
      <w:r>
        <w:br/>
      </w:r>
      <w:r>
        <w:rPr>
          <w:sz w:val="20"/>
        </w:rPr>
        <w:t>13:34  Very beautiful sermon of Dava.</w:t>
      </w:r>
      <w:r>
        <w:br/>
      </w:r>
      <w:r>
        <w:rPr>
          <w:sz w:val="20"/>
        </w:rPr>
        <w:t>13:45  And also he was able to settle Banu Israel in Egypt.</w:t>
      </w:r>
      <w:r>
        <w:br/>
      </w:r>
      <w:r>
        <w:rPr>
          <w:sz w:val="20"/>
        </w:rPr>
        <w:t>13:56  At that time, his father Yaqub and his sons, they were Banu Israel.</w:t>
      </w:r>
      <w:r>
        <w:br/>
      </w:r>
      <w:r>
        <w:rPr>
          <w:sz w:val="20"/>
        </w:rPr>
        <w:t>14:07  They were belonging to Banu Israel.</w:t>
      </w:r>
      <w:r>
        <w:br/>
      </w:r>
      <w:r>
        <w:rPr>
          <w:sz w:val="20"/>
        </w:rPr>
        <w:t>14:19  So he was able to settle his family or Banu Israel in Egypt.</w:t>
      </w:r>
      <w:r>
        <w:br/>
      </w:r>
      <w:r>
        <w:rPr>
          <w:sz w:val="20"/>
        </w:rPr>
        <w:t>14:30  They settled in Egypt and remained up to several hundred years.</w:t>
      </w:r>
      <w:r>
        <w:br/>
      </w:r>
      <w:r>
        <w:rPr>
          <w:sz w:val="20"/>
        </w:rPr>
        <w:t>14:41  So when he adopted the principle of avoidance against the Mushrik rule, he was able to avail the opportunities.</w:t>
      </w:r>
      <w:r>
        <w:br/>
      </w:r>
      <w:r>
        <w:rPr>
          <w:sz w:val="20"/>
        </w:rPr>
        <w:t>14:53  Opportunities of Dava.</w:t>
      </w:r>
      <w:r>
        <w:br/>
      </w:r>
      <w:r>
        <w:rPr>
          <w:sz w:val="20"/>
        </w:rPr>
        <w:t>15:00  And also he was able to settle Banu Israel in Egypt.</w:t>
      </w:r>
      <w:r>
        <w:br/>
      </w:r>
      <w:r>
        <w:rPr>
          <w:sz w:val="20"/>
        </w:rPr>
        <w:t>15:07  So this is a very, very important Prophet Yusuf model gives us a very important lesson.</w:t>
      </w:r>
      <w:r>
        <w:br/>
      </w:r>
      <w:r>
        <w:rPr>
          <w:sz w:val="20"/>
        </w:rPr>
        <w:t>15:15  That if you find yourself in a situation where the ruler is Mushrik or according to modern time,</w:t>
      </w:r>
      <w:r>
        <w:br/>
      </w:r>
      <w:r>
        <w:rPr>
          <w:sz w:val="20"/>
        </w:rPr>
        <w:t>15:22  the ruler is secular.</w:t>
      </w:r>
      <w:r>
        <w:br/>
      </w:r>
      <w:r>
        <w:rPr>
          <w:sz w:val="20"/>
        </w:rPr>
        <w:t>15:30  In modern according to the modern time, we can say that if the ruler is secular, then don't</w:t>
      </w:r>
      <w:r>
        <w:br/>
      </w:r>
      <w:r>
        <w:rPr>
          <w:sz w:val="20"/>
        </w:rPr>
        <w:t>15:36  go to confrontation.</w:t>
      </w:r>
      <w:r>
        <w:br/>
      </w:r>
      <w:r>
        <w:rPr>
          <w:sz w:val="20"/>
        </w:rPr>
        <w:t>15:42  Don't try to change his rule.</w:t>
      </w:r>
      <w:r>
        <w:br/>
      </w:r>
      <w:r>
        <w:rPr>
          <w:sz w:val="20"/>
        </w:rPr>
        <w:t>15:48  Don't try to change his secular rule.</w:t>
      </w:r>
      <w:r>
        <w:br/>
      </w:r>
      <w:r>
        <w:rPr>
          <w:sz w:val="20"/>
        </w:rPr>
        <w:t>15:54  But try to find the opportunities.</w:t>
      </w:r>
      <w:r>
        <w:br/>
      </w:r>
      <w:r>
        <w:rPr>
          <w:sz w:val="20"/>
        </w:rPr>
        <w:t>16:01  You will find that there are opportunities in terms of Dava. There are opportunities in terms of education. There are opportunities in terms of economic progress. There are opportunities in terms of social reform. So this is the model of Prophet Joseph, Prophet Yusuf.</w:t>
      </w:r>
      <w:r>
        <w:br/>
      </w:r>
      <w:r>
        <w:rPr>
          <w:sz w:val="20"/>
        </w:rPr>
        <w:t>16:24  It is very, very important that if you find yourself in an environment, in a country where where</w:t>
      </w:r>
      <w:r>
        <w:br/>
      </w:r>
      <w:r>
        <w:rPr>
          <w:sz w:val="20"/>
        </w:rPr>
        <w:t>16:30  there are rulers who are secular, accept their rule.</w:t>
      </w:r>
      <w:r>
        <w:br/>
      </w:r>
      <w:r>
        <w:rPr>
          <w:sz w:val="20"/>
        </w:rPr>
        <w:t>16:36  Don't try to change their rule.</w:t>
      </w:r>
      <w:r>
        <w:br/>
      </w:r>
      <w:r>
        <w:rPr>
          <w:sz w:val="20"/>
        </w:rPr>
        <w:t>16:43  Don't go to confrontation.</w:t>
      </w:r>
      <w:r>
        <w:br/>
      </w:r>
      <w:r>
        <w:rPr>
          <w:sz w:val="20"/>
        </w:rPr>
        <w:t>16:49  Don't organize opposition to that secular rule.</w:t>
      </w:r>
      <w:r>
        <w:br/>
      </w:r>
      <w:r>
        <w:rPr>
          <w:sz w:val="20"/>
        </w:rPr>
        <w:t>16:55  But avail the opportunities.</w:t>
      </w:r>
      <w:r>
        <w:br/>
      </w:r>
      <w:r>
        <w:rPr>
          <w:sz w:val="20"/>
        </w:rPr>
        <w:t>17:02  And then if you adopt this principle, you will find that everywhere there are opportunities. Just like Prophet Joseph's period. And now in our age, there are so many opportunities open to all.</w:t>
      </w:r>
      <w:r>
        <w:br/>
      </w:r>
      <w:r>
        <w:rPr>
          <w:sz w:val="20"/>
        </w:rPr>
        <w:t>17:30  So this means Prophet Joseph gives us a formula: avoid political confrontation and avail the opportunities in other</w:t>
      </w:r>
      <w:r>
        <w:br/>
      </w:r>
      <w:r>
        <w:rPr>
          <w:sz w:val="20"/>
        </w:rPr>
        <w:t>17:40  fields, in fields other than politics.</w:t>
      </w:r>
      <w:r>
        <w:br/>
      </w:r>
      <w:r>
        <w:rPr>
          <w:sz w:val="20"/>
        </w:rPr>
        <w:t>17:51  Avoid political confrontation and avail the opportunities present in other fields, in fields other than politics.</w:t>
      </w:r>
      <w:r>
        <w:br/>
      </w:r>
      <w:r>
        <w:rPr>
          <w:sz w:val="20"/>
        </w:rPr>
        <w:t>18:01  This is a very, very important model.</w:t>
      </w:r>
      <w:r>
        <w:br/>
      </w:r>
      <w:r>
        <w:rPr>
          <w:sz w:val="20"/>
        </w:rPr>
        <w:t>18:12  Very, very important lesson.</w:t>
      </w:r>
      <w:r>
        <w:br/>
      </w:r>
      <w:r>
        <w:rPr>
          <w:sz w:val="20"/>
        </w:rPr>
        <w:t>18:23  We have to adopt this model according to our situation.</w:t>
      </w:r>
      <w:r>
        <w:br/>
      </w:r>
      <w:r>
        <w:rPr>
          <w:sz w:val="20"/>
        </w:rPr>
        <w:t>18:33  Then let us take the example of Musa.</w:t>
      </w:r>
      <w:r>
        <w:br/>
      </w:r>
      <w:r>
        <w:rPr>
          <w:sz w:val="20"/>
        </w:rPr>
        <w:t>18:44  He is called Moses.</w:t>
      </w:r>
      <w:r>
        <w:br/>
      </w:r>
      <w:r>
        <w:rPr>
          <w:sz w:val="20"/>
        </w:rPr>
        <w:t>18:55  Here also the life of Prophet Moses provides us some very important lessons.</w:t>
      </w:r>
      <w:r>
        <w:br/>
      </w:r>
      <w:r>
        <w:rPr>
          <w:sz w:val="20"/>
        </w:rPr>
        <w:t>19:05  For example, Prophet Moses was sent to the people of Egypt.</w:t>
      </w:r>
      <w:r>
        <w:br/>
      </w:r>
      <w:r>
        <w:rPr>
          <w:sz w:val="20"/>
        </w:rPr>
        <w:t>19:16  At that time, the ruler was Pharaoh.</w:t>
      </w:r>
      <w:r>
        <w:br/>
      </w:r>
      <w:r>
        <w:rPr>
          <w:sz w:val="20"/>
        </w:rPr>
        <w:t>19:27  And he was a Mushrik king.</w:t>
      </w:r>
    </w:p>
    <w:p>
      <w:pPr>
        <w:pStyle w:val="Heading2"/>
      </w:pPr>
      <w:r>
        <w:t>Prophet Moses: leave Egypt, train people in desert</w:t>
      </w:r>
    </w:p>
    <w:p>
      <w:r>
        <w:rPr>
          <w:color w:val="666666"/>
          <w:sz w:val="18"/>
        </w:rPr>
        <w:t>Prophetic Models in Quran (English) - Part II March 05, 2007 Maulana Wahiduddin Khan · 8m 03s · at 20:03 · https://youtu.be/uk0vwl6YNcA?t=1203</w:t>
      </w:r>
    </w:p>
    <w:p>
      <w:r>
        <w:rPr>
          <w:i/>
        </w:rPr>
        <w:t>“Everyone knows that Prophet Moses left Egypt.”</w:t>
      </w:r>
    </w:p>
    <w:p>
      <w:r>
        <w:rPr>
          <w:sz w:val="20"/>
        </w:rPr>
        <w:t>20:03  Everyone knows that Prophet Moses left Egypt.</w:t>
      </w:r>
      <w:r>
        <w:br/>
      </w:r>
      <w:r>
        <w:rPr>
          <w:sz w:val="20"/>
        </w:rPr>
        <w:t>20:12  Prophet Moses planned to leave Egypt with his people, Banu Israel.</w:t>
      </w:r>
      <w:r>
        <w:br/>
      </w:r>
      <w:r>
        <w:rPr>
          <w:sz w:val="20"/>
        </w:rPr>
        <w:t>20:21  Their number was at that time in lakes.</w:t>
      </w:r>
      <w:r>
        <w:br/>
      </w:r>
      <w:r>
        <w:rPr>
          <w:sz w:val="20"/>
        </w:rPr>
        <w:t>20:30  But what happened?</w:t>
      </w:r>
      <w:r>
        <w:br/>
      </w:r>
      <w:r>
        <w:rPr>
          <w:sz w:val="20"/>
        </w:rPr>
        <w:t>20:40  Prophet Moses wanted to cross one horn of the Red Sea.</w:t>
      </w:r>
      <w:r>
        <w:br/>
      </w:r>
      <w:r>
        <w:rPr>
          <w:sz w:val="20"/>
        </w:rPr>
        <w:t>20:51  And during that crossing, Pharaoh, the King of Egypt, with his army, reached over there.</w:t>
      </w:r>
      <w:r>
        <w:br/>
      </w:r>
      <w:r>
        <w:rPr>
          <w:sz w:val="20"/>
        </w:rPr>
        <w:t>21:02  And he also wanted to cross that horn of the Red Sea.</w:t>
      </w:r>
      <w:r>
        <w:br/>
      </w:r>
      <w:r>
        <w:rPr>
          <w:sz w:val="20"/>
        </w:rPr>
        <w:t>21:14  But God decided for him to destroy Pharaoh with all his army.</w:t>
      </w:r>
      <w:r>
        <w:br/>
      </w:r>
      <w:r>
        <w:rPr>
          <w:sz w:val="20"/>
        </w:rPr>
        <w:t>21:25  So Prophet Moses and Banu Israel were rescued.</w:t>
      </w:r>
      <w:r>
        <w:br/>
      </w:r>
      <w:r>
        <w:rPr>
          <w:sz w:val="20"/>
        </w:rPr>
        <w:t>21:36  But King Pharaoh and his army were destroyed completely.</w:t>
      </w:r>
      <w:r>
        <w:br/>
      </w:r>
      <w:r>
        <w:rPr>
          <w:sz w:val="20"/>
        </w:rPr>
        <w:t>21:48  So now the field was open in Egypt for Moses.</w:t>
      </w:r>
      <w:r>
        <w:br/>
      </w:r>
      <w:r>
        <w:rPr>
          <w:sz w:val="20"/>
        </w:rPr>
        <w:t>21:59  There were no restrictions, no resistance.</w:t>
      </w:r>
      <w:r>
        <w:br/>
      </w:r>
      <w:r>
        <w:rPr>
          <w:sz w:val="20"/>
        </w:rPr>
        <w:t>22:11  For him, there was no resistance in Egypt. So if he wanted, it was possible for him to return to Egypt and establish his own government.</w:t>
      </w:r>
      <w:r>
        <w:br/>
      </w:r>
      <w:r>
        <w:rPr>
          <w:sz w:val="20"/>
        </w:rPr>
        <w:t>22:34  It was quite possible for Moses to return to Egypt and establish his rule in Egypt. But he decided to go to the desert, Sinai. Why?</w:t>
      </w:r>
      <w:r>
        <w:br/>
      </w:r>
      <w:r>
        <w:rPr>
          <w:sz w:val="20"/>
        </w:rPr>
        <w:t>23:01  This model gives us a very important lesson.</w:t>
      </w:r>
      <w:r>
        <w:br/>
      </w:r>
      <w:r>
        <w:rPr>
          <w:sz w:val="20"/>
        </w:rPr>
        <w:t>23:09  Because at that time, Banu Israel, or children of Israel, were not able to rule.</w:t>
      </w:r>
      <w:r>
        <w:br/>
      </w:r>
      <w:r>
        <w:rPr>
          <w:sz w:val="20"/>
        </w:rPr>
        <w:t>23:18  They were degenerated people at that time.</w:t>
      </w:r>
      <w:r>
        <w:br/>
      </w:r>
      <w:r>
        <w:rPr>
          <w:sz w:val="20"/>
        </w:rPr>
        <w:t>23:27  Banu Israel of that time were degenerated people.</w:t>
      </w:r>
      <w:r>
        <w:br/>
      </w:r>
      <w:r>
        <w:rPr>
          <w:sz w:val="20"/>
        </w:rPr>
        <w:t>23:36  So they were not able to rule a country.</w:t>
      </w:r>
      <w:r>
        <w:br/>
      </w:r>
      <w:r>
        <w:rPr>
          <w:sz w:val="20"/>
        </w:rPr>
        <w:t>23:47  Among them, there were all kinds of corruptions, even idol worshiping.</w:t>
      </w:r>
      <w:r>
        <w:br/>
      </w:r>
      <w:r>
        <w:rPr>
          <w:sz w:val="20"/>
        </w:rPr>
        <w:t>23:58  So Prophet Moses decided to settle them in the desert of Sinai, just like Abraham.</w:t>
      </w:r>
      <w:r>
        <w:br/>
      </w:r>
      <w:r>
        <w:rPr>
          <w:sz w:val="20"/>
        </w:rPr>
        <w:t>24:09  To educate them in this place.</w:t>
      </w:r>
      <w:r>
        <w:br/>
      </w:r>
      <w:r>
        <w:rPr>
          <w:sz w:val="20"/>
        </w:rPr>
        <w:t>24:17  To educate them, to train them, to reform them.</w:t>
      </w:r>
      <w:r>
        <w:br/>
      </w:r>
      <w:r>
        <w:rPr>
          <w:sz w:val="20"/>
        </w:rPr>
        <w:t>24:25  So this model gives us an example.</w:t>
      </w:r>
      <w:r>
        <w:br/>
      </w:r>
      <w:r>
        <w:rPr>
          <w:sz w:val="20"/>
        </w:rPr>
        <w:t>24:33  That if your people are not prepared, don't try to capture any country.</w:t>
      </w:r>
      <w:r>
        <w:br/>
      </w:r>
      <w:r>
        <w:rPr>
          <w:sz w:val="20"/>
        </w:rPr>
        <w:t>24:41  Don't try to capture a political system.</w:t>
      </w:r>
      <w:r>
        <w:br/>
      </w:r>
      <w:r>
        <w:rPr>
          <w:sz w:val="20"/>
        </w:rPr>
        <w:t>24:49  Because it requires a prepared group to rule in a better way.</w:t>
      </w:r>
      <w:r>
        <w:br/>
      </w:r>
      <w:r>
        <w:rPr>
          <w:sz w:val="20"/>
        </w:rPr>
        <w:t>24:57  If you have no group, no prepared group who are competent to rule, don't try to capture a land.</w:t>
      </w:r>
      <w:r>
        <w:br/>
      </w:r>
      <w:r>
        <w:rPr>
          <w:sz w:val="20"/>
        </w:rPr>
        <w:t>25:05  Don't try to capture a political leadership. Because it will yield no result. It is not going to yield any result.</w:t>
      </w:r>
      <w:r>
        <w:br/>
      </w:r>
      <w:r>
        <w:rPr>
          <w:sz w:val="20"/>
        </w:rPr>
        <w:t>25:23  So Prophet Moses, it was quite possible for him to return to Egypt and establish his rule.</w:t>
      </w:r>
      <w:r>
        <w:br/>
      </w:r>
      <w:r>
        <w:rPr>
          <w:sz w:val="20"/>
        </w:rPr>
        <w:t>25:30  But he went to Sinai.</w:t>
      </w:r>
      <w:r>
        <w:br/>
      </w:r>
      <w:r>
        <w:rPr>
          <w:sz w:val="20"/>
        </w:rPr>
        <w:t>25:38  That was the desert.</w:t>
      </w:r>
      <w:r>
        <w:br/>
      </w:r>
      <w:r>
        <w:rPr>
          <w:sz w:val="20"/>
        </w:rPr>
        <w:t>25:45  That was at that time, that was desert.</w:t>
      </w:r>
      <w:r>
        <w:br/>
      </w:r>
      <w:r>
        <w:rPr>
          <w:sz w:val="20"/>
        </w:rPr>
        <w:t>25:53  He adopted this desert to train his people, to reform his people, to revive his people, to educate his people.</w:t>
      </w:r>
      <w:r>
        <w:br/>
      </w:r>
      <w:r>
        <w:rPr>
          <w:sz w:val="20"/>
        </w:rPr>
        <w:t>26:01  This was the first for him.</w:t>
      </w:r>
      <w:r>
        <w:br/>
      </w:r>
      <w:r>
        <w:rPr>
          <w:sz w:val="20"/>
        </w:rPr>
        <w:t>26:10  So this is the model of Prophet Moses.</w:t>
      </w:r>
      <w:r>
        <w:br/>
      </w:r>
      <w:r>
        <w:rPr>
          <w:sz w:val="20"/>
        </w:rPr>
        <w:t>26:19  Then there is another aspect of Prophet Moses.</w:t>
      </w:r>
      <w:r>
        <w:br/>
      </w:r>
      <w:r>
        <w:rPr>
          <w:sz w:val="20"/>
        </w:rPr>
        <w:t>26:28  At that time, when he began his work in Egypt, there were two different groups: Coptic and Banu Israel.</w:t>
      </w:r>
      <w:r>
        <w:br/>
      </w:r>
      <w:r>
        <w:rPr>
          <w:sz w:val="20"/>
        </w:rPr>
        <w:t>26:37  So Coptic were non-Muslim and Banu Israel were Muslim.</w:t>
      </w:r>
      <w:r>
        <w:br/>
      </w:r>
      <w:r>
        <w:rPr>
          <w:sz w:val="20"/>
        </w:rPr>
        <w:t>26:47  So he started his Dawa mission between the two groups at the same time.</w:t>
      </w:r>
      <w:r>
        <w:br/>
      </w:r>
      <w:r>
        <w:rPr>
          <w:sz w:val="20"/>
        </w:rPr>
        <w:t>26:56  He never said that, "First of all, we have to bring about reform among Banu Israel.</w:t>
      </w:r>
      <w:r>
        <w:br/>
      </w:r>
      <w:r>
        <w:rPr>
          <w:sz w:val="20"/>
        </w:rPr>
        <w:t>27:06  Then after some time, we will go to Coptic people and call them the religion of God." At</w:t>
      </w:r>
      <w:r>
        <w:br/>
      </w:r>
      <w:r>
        <w:rPr>
          <w:sz w:val="20"/>
        </w:rPr>
        <w:t>27:16  the same time, he started both the tasks at the same time.</w:t>
      </w:r>
      <w:r>
        <w:br/>
      </w:r>
      <w:r>
        <w:rPr>
          <w:sz w:val="20"/>
        </w:rPr>
        <w:t>27:26  He started training and educating Banu Israel.</w:t>
      </w:r>
      <w:r>
        <w:br/>
      </w:r>
      <w:r>
        <w:rPr>
          <w:sz w:val="20"/>
        </w:rPr>
        <w:t>27:36  And at the same time, he addressed Coptic people and Pharaoh, who was the leader of the Coptic people.</w:t>
      </w:r>
      <w:r>
        <w:br/>
      </w:r>
      <w:r>
        <w:rPr>
          <w:sz w:val="20"/>
        </w:rPr>
        <w:t>27:46  So here is a very, very important model. That if we find ourselves in a situation where Muslim and non-Muslim both are living, so we have to do our work on both people.</w:t>
      </w:r>
      <w:r>
        <w:br/>
      </w:r>
      <w:r>
        <w:rPr>
          <w:sz w:val="20"/>
        </w:rPr>
        <w:t>28:06  We have to do Dawa work among non-Muslims and we have to do Islami work among Muslims at the same time. So it is very important. Then let us take the model of Jesus Christ.</w:t>
      </w:r>
    </w:p>
    <w:p>
      <w:pPr>
        <w:pStyle w:val="Heading2"/>
      </w:pPr>
      <w:r>
        <w:t>Patience leads to eternal paradise</w:t>
      </w:r>
    </w:p>
    <w:p>
      <w:r>
        <w:rPr>
          <w:color w:val="666666"/>
          <w:sz w:val="18"/>
        </w:rPr>
        <w:t>The Right Path May 24, 2015 Maulana Wahiduddin Khan · 3m 06s · at 59:17 · https://youtu.be/BYPgvndFDA8?t=3557</w:t>
      </w:r>
    </w:p>
    <w:p>
      <w:r>
        <w:rPr>
          <w:i/>
        </w:rPr>
        <w:t>“واٹ از یور ایڈوائس ان دس؟”</w:t>
      </w:r>
    </w:p>
    <w:p>
      <w:r>
        <w:rPr>
          <w:sz w:val="20"/>
        </w:rPr>
        <w:t>59:17  what is your advice on this?</w:t>
      </w:r>
      <w:r>
        <w:br/>
      </w:r>
      <w:r>
        <w:rPr>
          <w:sz w:val="20"/>
        </w:rPr>
        <w:t>59:22  yani sabr kab tak?</w:t>
      </w:r>
      <w:r>
        <w:br/>
      </w:r>
      <w:r>
        <w:rPr>
          <w:sz w:val="20"/>
        </w:rPr>
        <w:t>59:25  dekhiye, quran mein hai ke</w:t>
      </w:r>
      <w:r>
        <w:br/>
      </w:r>
      <w:r>
        <w:rPr>
          <w:sz w:val="20"/>
        </w:rPr>
        <w:t>59:32  quran mein hai ke</w:t>
      </w:r>
      <w:r>
        <w:br/>
      </w:r>
      <w:r>
        <w:rPr>
          <w:sz w:val="20"/>
        </w:rPr>
        <w:t>59:34  jannat sabr walon ke liye hai.</w:t>
      </w:r>
      <w:r>
        <w:br/>
      </w:r>
      <w:r>
        <w:rPr>
          <w:sz w:val="20"/>
        </w:rPr>
        <w:t>59:38  jo sabr karega, us ke liye jannat hai.</w:t>
      </w:r>
      <w:r>
        <w:br/>
      </w:r>
      <w:r>
        <w:rPr>
          <w:sz w:val="20"/>
        </w:rPr>
        <w:t>59:43  yeh quran ki ek ayat hai.</w:t>
      </w:r>
      <w:r>
        <w:br/>
      </w:r>
      <w:r>
        <w:rPr>
          <w:sz w:val="20"/>
        </w:rPr>
        <w:t>59:50  to jannat to eternal maqam hai, abadi jagah hai.</w:t>
      </w:r>
      <w:r>
        <w:br/>
      </w:r>
      <w:r>
        <w:rPr>
          <w:sz w:val="20"/>
        </w:rPr>
        <w:t>59:57  to kya aap</w:t>
      </w:r>
      <w:r>
        <w:br/>
      </w:r>
      <w:r>
        <w:rPr>
          <w:sz w:val="20"/>
        </w:rPr>
        <w:t>1:00:00  saari umar sabr karenge? tabhi to eternal jannat milegi.</w:t>
      </w:r>
      <w:r>
        <w:br/>
      </w:r>
      <w:r>
        <w:rPr>
          <w:sz w:val="20"/>
        </w:rPr>
        <w:t>1:00:04  waqti agar aap sabr karenge to jannat bhi thodi si milegi aap ko, ek din ke</w:t>
      </w:r>
      <w:r>
        <w:br/>
      </w:r>
      <w:r>
        <w:rPr>
          <w:sz w:val="20"/>
        </w:rPr>
        <w:t>1:00:11  liye ya ek mahine ke liye.</w:t>
      </w:r>
      <w:r>
        <w:br/>
      </w:r>
      <w:r>
        <w:rPr>
          <w:sz w:val="20"/>
        </w:rPr>
        <w:t>1:00:14  main samajhta hoon ke jannat ka eternal tasawwur jo hai, woh apne aap mein yeh batata hai ke</w:t>
      </w:r>
      <w:r>
        <w:br/>
      </w:r>
      <w:r>
        <w:rPr>
          <w:sz w:val="20"/>
        </w:rPr>
        <w:t>1:00:20  sabr zindagi bhar karte rehna hai, karte rehna hai, karte rehna hai.</w:t>
      </w:r>
      <w:r>
        <w:br/>
      </w:r>
      <w:r>
        <w:rPr>
          <w:sz w:val="20"/>
        </w:rPr>
        <w:t>1:00:26  quran mein. ma sabr</w:t>
      </w:r>
      <w:r>
        <w:br/>
      </w:r>
      <w:r>
        <w:rPr>
          <w:sz w:val="20"/>
        </w:rPr>
        <w:t>1:00:29  jannat hum ne di un ko is liye ke unhon ne zindagi bhar sabr kiya tha.</w:t>
      </w:r>
      <w:r>
        <w:br/>
      </w:r>
      <w:r>
        <w:rPr>
          <w:sz w:val="20"/>
        </w:rPr>
        <w:t>1:00:34  to saari umar sabr karne se aap ko yani eternal paradise milti hai.</w:t>
      </w:r>
      <w:r>
        <w:br/>
      </w:r>
      <w:r>
        <w:rPr>
          <w:sz w:val="20"/>
        </w:rPr>
        <w:t>1:00:41  agar aap yeh kahein ke bhai saari umar nahi karna hai, mujhe to ek mahina karna hai, ek</w:t>
      </w:r>
      <w:r>
        <w:br/>
      </w:r>
      <w:r>
        <w:rPr>
          <w:sz w:val="20"/>
        </w:rPr>
        <w:t>1:00:46  saal karna hai, to phir yeh bhi maan lijiye ke aap ko ek saal ke liye jannat mile.</w:t>
      </w:r>
      <w:r>
        <w:br/>
      </w:r>
      <w:r>
        <w:rPr>
          <w:sz w:val="20"/>
        </w:rPr>
        <w:t>1:00:49  is ke baad jannat se</w:t>
      </w:r>
      <w:r>
        <w:br/>
      </w:r>
      <w:r>
        <w:rPr>
          <w:sz w:val="20"/>
        </w:rPr>
        <w:t>1:00:52  jannat se nikal diya jayega.</w:t>
      </w:r>
      <w:r>
        <w:br/>
      </w:r>
      <w:r>
        <w:rPr>
          <w:sz w:val="20"/>
        </w:rPr>
        <w:t>1:00:55  میں سمجھتا ہوں جو لوگ یہ کہتے ہیں کہ صبر کب تک، وہ اس کے consequences سوچتے نہیں،</w:t>
      </w:r>
      <w:r>
        <w:br/>
      </w:r>
      <w:r>
        <w:rPr>
          <w:sz w:val="20"/>
        </w:rPr>
        <w:t>1:01:04  chunki jannat un ke liye hai jo sabr karen.</w:t>
      </w:r>
      <w:r>
        <w:br/>
      </w:r>
      <w:r>
        <w:rPr>
          <w:sz w:val="20"/>
        </w:rPr>
        <w:t>1:01:08  is liye jannat ka jis ne sabr karta hi rehna hai.</w:t>
      </w:r>
      <w:r>
        <w:br/>
      </w:r>
      <w:r>
        <w:rPr>
          <w:sz w:val="20"/>
        </w:rPr>
        <w:t>1:01:12  دیکھیں، صبر کا مطلب کیا ہے؟ صبر کا مطلب یہ ہے کہ positive behavior پر قائم رہنا، ری</w:t>
      </w:r>
      <w:r>
        <w:br/>
      </w:r>
      <w:r>
        <w:rPr>
          <w:sz w:val="20"/>
        </w:rPr>
        <w:t>1:01:22  act na karna.</w:t>
      </w:r>
      <w:r>
        <w:br/>
      </w:r>
      <w:r>
        <w:rPr>
          <w:sz w:val="20"/>
        </w:rPr>
        <w:t>1:01:25  to isi se to sari sifaten paida hoti hain.</w:t>
      </w:r>
      <w:r>
        <w:br/>
      </w:r>
      <w:r>
        <w:rPr>
          <w:sz w:val="20"/>
        </w:rPr>
        <w:t>1:01:29  اگر آپ react کریں تو آپ کے اندر اعلیٰ کوالٹی کا development نہیں ہوگا۔</w:t>
      </w:r>
      <w:r>
        <w:br/>
      </w:r>
      <w:r>
        <w:rPr>
          <w:sz w:val="20"/>
        </w:rPr>
        <w:t>1:01:36  lekin jab aap sabr karenge, tabhi woh process aapke andar jaari hoga jismein aala quality</w:t>
      </w:r>
      <w:r>
        <w:br/>
      </w:r>
      <w:r>
        <w:rPr>
          <w:sz w:val="20"/>
        </w:rPr>
        <w:t>1:01:43  paida hoti hai.</w:t>
      </w:r>
      <w:r>
        <w:br/>
      </w:r>
      <w:r>
        <w:rPr>
          <w:sz w:val="20"/>
        </w:rPr>
        <w:t>1:01:45  to sabr ko log samajhte hain ke koi negative baat hai.</w:t>
      </w:r>
      <w:r>
        <w:br/>
      </w:r>
      <w:r>
        <w:rPr>
          <w:sz w:val="20"/>
        </w:rPr>
        <w:t>1:01:47  sabr to negative baat nahin hai, sabr to ek positive baat hai.</w:t>
      </w:r>
      <w:r>
        <w:br/>
      </w:r>
      <w:r>
        <w:rPr>
          <w:sz w:val="20"/>
        </w:rPr>
        <w:t>1:01:52  sabr na ho to aadmi ke andar aala akhlaq paida na ho, oonchi soch paida na ho.</w:t>
      </w:r>
      <w:r>
        <w:br/>
      </w:r>
      <w:r>
        <w:rPr>
          <w:sz w:val="20"/>
        </w:rPr>
        <w:t>1:01:58  bilkul zindagi jo hai,</w:t>
      </w:r>
      <w:r>
        <w:br/>
      </w:r>
      <w:r>
        <w:rPr>
          <w:sz w:val="20"/>
        </w:rPr>
        <w:t>1:02:02  oonchi baaton se khali ho jaye.</w:t>
      </w:r>
      <w:r>
        <w:br/>
      </w:r>
      <w:r>
        <w:rPr>
          <w:sz w:val="20"/>
        </w:rPr>
        <w:t>1:02:07  maulana, yeh ek comment hai muhammad aamir siddiqui sahab ka noida se.</w:t>
      </w:r>
      <w:r>
        <w:br/>
      </w:r>
      <w:r>
        <w:rPr>
          <w:sz w:val="20"/>
        </w:rPr>
        <w:t>1:02:12  he is quoted an example from quran:</w:t>
      </w:r>
      <w:r>
        <w:br/>
      </w:r>
      <w:r>
        <w:rPr>
          <w:sz w:val="20"/>
        </w:rPr>
        <w:t>1:02:16  "It was not Moses who wanted to take away political power from Pharaoh.</w:t>
      </w:r>
      <w:r>
        <w:br/>
      </w:r>
      <w:r>
        <w:rPr>
          <w:sz w:val="20"/>
        </w:rPr>
        <w:t>1:02:23  It was Pharaoh who said to Musa that he wants to unseat him and his clan. Musa was only there for peaceful da'wah as approved by Allah.</w:t>
      </w:r>
    </w:p>
    <w:p>
      <w:pPr>
        <w:pStyle w:val="Heading2"/>
      </w:pPr>
      <w:r>
        <w:t>Pharaoh's opposition to Moses' da'wa</w:t>
      </w:r>
    </w:p>
    <w:p>
      <w:r>
        <w:rPr>
          <w:color w:val="666666"/>
          <w:sz w:val="18"/>
        </w:rPr>
        <w:t>The Right Path May 24, 2015 Maulana Wahiduddin Khan · 17s · at 1:02:23 · https://youtu.be/BYPgvndFDA8?t=3743</w:t>
      </w:r>
    </w:p>
    <w:p>
      <w:r>
        <w:rPr>
          <w:i/>
        </w:rPr>
        <w:t>“اٹ واز فرعون ہو سیڈ ٹو موسی”</w:t>
      </w:r>
    </w:p>
    <w:p>
      <w:r>
        <w:rPr>
          <w:sz w:val="20"/>
        </w:rPr>
        <w:t>1:02:23  It was Pharaoh who said to Musa that he wants to unseat him and his clan. Musa was only there for peaceful da'wah as approved by Allah.</w:t>
      </w:r>
    </w:p>
    <w:p>
      <w:pPr>
        <w:pStyle w:val="Heading2"/>
      </w:pPr>
      <w:r>
        <w:t>Historical shocks from Noah to Pharaoh</w:t>
      </w:r>
    </w:p>
    <w:p>
      <w:r>
        <w:rPr>
          <w:color w:val="666666"/>
          <w:sz w:val="18"/>
        </w:rPr>
        <w:t>Dars-e-Quran, Ch. 2 Verse 50-52 |  March 11, 2018 · 5m 06s · at 2:11 · https://youtu.be/ShSyMy4LPfc?t=131</w:t>
      </w:r>
    </w:p>
    <w:p>
      <w:r>
        <w:rPr>
          <w:i/>
        </w:rPr>
        <w:t>“Historical shock qaumon ko re-planning ka message deta hai”</w:t>
      </w:r>
    </w:p>
    <w:p>
      <w:r>
        <w:rPr>
          <w:sz w:val="20"/>
        </w:rPr>
        <w:t>2:11  khuda ka faisla zahir hua.</w:t>
      </w:r>
      <w:r>
        <w:br/>
      </w:r>
      <w:r>
        <w:rPr>
          <w:sz w:val="20"/>
        </w:rPr>
        <w:t>2:22  yeh darasal aise waqeaat darasal historical shock ki hesiyat rakhte hain. Historical shock.</w:t>
      </w:r>
      <w:r>
        <w:br/>
      </w:r>
      <w:r>
        <w:rPr>
          <w:sz w:val="20"/>
        </w:rPr>
        <w:t>2:32  Historical shock kya hai? Historical shock qaumon ko re-planning ka</w:t>
      </w:r>
      <w:r>
        <w:br/>
      </w:r>
      <w:r>
        <w:rPr>
          <w:sz w:val="20"/>
        </w:rPr>
        <w:t>2:43  message deta hai.</w:t>
      </w:r>
      <w:r>
        <w:br/>
      </w:r>
      <w:r>
        <w:rPr>
          <w:sz w:val="20"/>
        </w:rPr>
        <w:t>2:49  aap jante hain ke ek american writer ne, Alvin Toffler, ne ek kitaab likhi thi jo 1970</w:t>
      </w:r>
      <w:r>
        <w:br/>
      </w:r>
      <w:r>
        <w:rPr>
          <w:sz w:val="20"/>
        </w:rPr>
        <w:t>2:55  mein chhapi thi. Future shock.</w:t>
      </w:r>
      <w:r>
        <w:br/>
      </w:r>
      <w:r>
        <w:rPr>
          <w:sz w:val="20"/>
        </w:rPr>
        <w:t>3:01  to future shock to kabhi waqea nahi bana.</w:t>
      </w:r>
      <w:r>
        <w:br/>
      </w:r>
      <w:r>
        <w:rPr>
          <w:sz w:val="20"/>
        </w:rPr>
        <w:t>3:07  jo unhon ne predict kiya tha woh waqea nahi bana.</w:t>
      </w:r>
      <w:r>
        <w:br/>
      </w:r>
      <w:r>
        <w:rPr>
          <w:sz w:val="20"/>
        </w:rPr>
        <w:t>3:13  lekin quran baat karta hai present shock ki.</w:t>
      </w:r>
      <w:r>
        <w:br/>
      </w:r>
      <w:r>
        <w:rPr>
          <w:sz w:val="20"/>
        </w:rPr>
        <w:t>3:17  jitne shock quran mein zikr hain woh sab present shock hain.</w:t>
      </w:r>
      <w:r>
        <w:br/>
      </w:r>
      <w:r>
        <w:rPr>
          <w:sz w:val="20"/>
        </w:rPr>
        <w:t>3:22  to present shock kis liye hota hai? Woh hota hai re-planning ke liye.</w:t>
      </w:r>
      <w:r>
        <w:br/>
      </w:r>
      <w:r>
        <w:rPr>
          <w:sz w:val="20"/>
        </w:rPr>
        <w:t>3:26  yeh jo aayat padhi gayi is ko phir se padhiye. Afawna.</w:t>
      </w:r>
      <w:r>
        <w:br/>
      </w:r>
      <w:r>
        <w:rPr>
          <w:sz w:val="20"/>
        </w:rPr>
        <w:t>3:30  thumma afawna ankum min ba'di zalika la'allakum tashkurun.</w:t>
      </w:r>
      <w:r>
        <w:br/>
      </w:r>
      <w:r>
        <w:rPr>
          <w:sz w:val="20"/>
        </w:rPr>
        <w:t>3:34  haan, tarjuma padhiye.</w:t>
      </w:r>
      <w:r>
        <w:br/>
      </w:r>
      <w:r>
        <w:rPr>
          <w:sz w:val="20"/>
        </w:rPr>
        <w:t>3:39  phir hum ne is ke</w:t>
      </w:r>
      <w:r>
        <w:br/>
      </w:r>
      <w:r>
        <w:rPr>
          <w:sz w:val="20"/>
        </w:rPr>
        <w:t>3:43  baad tum ko maaf kar diya taake tum shukr guzaar bano.</w:t>
      </w:r>
      <w:r>
        <w:br/>
      </w:r>
      <w:r>
        <w:rPr>
          <w:sz w:val="20"/>
        </w:rPr>
        <w:t>3:48  haan, dekhen yeh jo shukr ki baat hai is par ghor kijiye.</w:t>
      </w:r>
      <w:r>
        <w:br/>
      </w:r>
      <w:r>
        <w:rPr>
          <w:sz w:val="20"/>
        </w:rPr>
        <w:t>3:53  to yeh re-planning ki baat hai yeh.</w:t>
      </w:r>
      <w:r>
        <w:br/>
      </w:r>
      <w:r>
        <w:rPr>
          <w:sz w:val="20"/>
        </w:rPr>
        <w:t>3:58  yaani Allah taala ne maaf karte ja rahe hain phir mauqa diya.</w:t>
      </w:r>
      <w:r>
        <w:br/>
      </w:r>
      <w:r>
        <w:rPr>
          <w:sz w:val="20"/>
        </w:rPr>
        <w:t>4:03  ek shock ke baad doosra mauqa diya.</w:t>
      </w:r>
      <w:r>
        <w:br/>
      </w:r>
      <w:r>
        <w:rPr>
          <w:sz w:val="20"/>
        </w:rPr>
        <w:t>4:07  taake tum re-planning karo.</w:t>
      </w:r>
      <w:r>
        <w:br/>
      </w:r>
      <w:r>
        <w:rPr>
          <w:sz w:val="20"/>
        </w:rPr>
        <w:t>4:12  yahi hamesha hua hai.</w:t>
      </w:r>
      <w:r>
        <w:br/>
      </w:r>
      <w:r>
        <w:rPr>
          <w:sz w:val="20"/>
        </w:rPr>
        <w:t>4:17  khaliq ka jo tareeqa hai woh history mein woh hai baar baar shock dena. Shock.</w:t>
      </w:r>
      <w:r>
        <w:br/>
      </w:r>
      <w:r>
        <w:rPr>
          <w:sz w:val="20"/>
        </w:rPr>
        <w:t>4:25  Shock isi liye hota hai ke aadmi ka mind jaage aur woh shoot karna seekhe.</w:t>
      </w:r>
      <w:r>
        <w:br/>
      </w:r>
      <w:r>
        <w:rPr>
          <w:sz w:val="20"/>
        </w:rPr>
        <w:t>4:32  Yaani re-planning karna seekhe.</w:t>
      </w:r>
      <w:r>
        <w:br/>
      </w:r>
      <w:r>
        <w:rPr>
          <w:sz w:val="20"/>
        </w:rPr>
        <w:t>4:40  Main batata hoon ke tareekh ka pehla waqea is qism</w:t>
      </w:r>
      <w:r>
        <w:br/>
      </w:r>
      <w:r>
        <w:rPr>
          <w:sz w:val="20"/>
        </w:rPr>
        <w:t>4:47  ka tha toofan-e-Nuh.</w:t>
      </w:r>
      <w:r>
        <w:br/>
      </w:r>
      <w:r>
        <w:rPr>
          <w:sz w:val="20"/>
        </w:rPr>
        <w:t>4:53  Toofan-e-Nuh jo tha woh kya tha? Woh ek shock tha.</w:t>
      </w:r>
      <w:r>
        <w:br/>
      </w:r>
      <w:r>
        <w:rPr>
          <w:sz w:val="20"/>
        </w:rPr>
        <w:t>4:59  Woh ek shock tha.</w:t>
      </w:r>
      <w:r>
        <w:br/>
      </w:r>
      <w:r>
        <w:rPr>
          <w:sz w:val="20"/>
        </w:rPr>
        <w:t>5:05  Is shock ka matlab tha ke jaago phir se planning karo. Re-planning karo.</w:t>
      </w:r>
      <w:r>
        <w:br/>
      </w:r>
      <w:r>
        <w:rPr>
          <w:sz w:val="20"/>
        </w:rPr>
        <w:t>5:11  Chunancha hum jante hain ke toofan-e-Nuh se pehle poori insani abadi ek area</w:t>
      </w:r>
      <w:r>
        <w:br/>
      </w:r>
      <w:r>
        <w:rPr>
          <w:sz w:val="20"/>
        </w:rPr>
        <w:t>5:17  mein thi jisko kehte hain Mesopotamia. Aik mehdood area mein. Mesopotamia mein. Toofan-e-Nuh ke baad kya hua ke yeh abadi phaili. Disperse hui. Disperse hui. Asia mein</w:t>
      </w:r>
      <w:r>
        <w:br/>
      </w:r>
      <w:r>
        <w:rPr>
          <w:sz w:val="20"/>
        </w:rPr>
        <w:t>5:47  , Europe mein, Africa mein phaili.</w:t>
      </w:r>
      <w:r>
        <w:br/>
      </w:r>
      <w:r>
        <w:rPr>
          <w:sz w:val="20"/>
        </w:rPr>
        <w:t>5:55  Is se kaise insaan jo ek local community bana hua tha us se us us se pehle.</w:t>
      </w:r>
      <w:r>
        <w:br/>
      </w:r>
      <w:r>
        <w:rPr>
          <w:sz w:val="20"/>
        </w:rPr>
        <w:t>6:02  Toofan-e-Nuh se pehle insaan ek local community bana hua tha jo Dijla aur Furat ke darmiyan rehti thi.</w:t>
      </w:r>
      <w:r>
        <w:br/>
      </w:r>
      <w:r>
        <w:rPr>
          <w:sz w:val="20"/>
        </w:rPr>
        <w:t>6:10  Lekin toofan-e-Nuh ne in ko ek historical shock diya</w:t>
      </w:r>
      <w:r>
        <w:br/>
      </w:r>
      <w:r>
        <w:rPr>
          <w:sz w:val="20"/>
        </w:rPr>
        <w:t>6:17  .</w:t>
      </w:r>
      <w:r>
        <w:br/>
      </w:r>
      <w:r>
        <w:rPr>
          <w:sz w:val="20"/>
        </w:rPr>
        <w:t>6:23  In ko toofan ki lehron ke hawale kar ke pahuncha diya Turkey ke ilaqe mein.</w:t>
      </w:r>
      <w:r>
        <w:br/>
      </w:r>
      <w:r>
        <w:rPr>
          <w:sz w:val="20"/>
        </w:rPr>
        <w:t>6:29  Wahan se woh Asia mein, Africa mein, Europe mein phailay.</w:t>
      </w:r>
      <w:r>
        <w:br/>
      </w:r>
      <w:r>
        <w:rPr>
          <w:sz w:val="20"/>
        </w:rPr>
        <w:t>6:35  Is tarah ek naya daur shuru hua insaan ki tareekh mein.</w:t>
      </w:r>
      <w:r>
        <w:br/>
      </w:r>
      <w:r>
        <w:rPr>
          <w:sz w:val="20"/>
        </w:rPr>
        <w:t>6:41  To yeh jo Hazrat Musa ke zamane mein jo Firon ko g</w:t>
      </w:r>
      <w:r>
        <w:br/>
      </w:r>
      <w:r>
        <w:rPr>
          <w:sz w:val="20"/>
        </w:rPr>
        <w:t>6:47  arq kiya gaya aik bohat bara waqea tha yeh. Bohat bara waqea. Woh bhi aik historical shock tha. Woh dawat thi ke re-planning karo. Re-planning karo. Re-planning karo. Is zamane mein duniya despotic king ke daur mein thi. Pharaoh jo tha Pharaoh Firon woh aik desp</w:t>
      </w:r>
    </w:p>
    <w:p>
      <w:pPr>
        <w:pStyle w:val="Heading2"/>
      </w:pPr>
      <w:r>
        <w:t>Moses's two-front strategy toward Pharaoh and his own people</w:t>
      </w:r>
    </w:p>
    <w:p>
      <w:r>
        <w:rPr>
          <w:color w:val="666666"/>
          <w:sz w:val="18"/>
        </w:rPr>
        <w:t>A Brief Survey of Islamic History (Eng) February 15, 2007 · 3m 41s · at 27:24 · https://youtu.be/MdRtdA99UlA?t=1644</w:t>
      </w:r>
    </w:p>
    <w:p>
      <w:r>
        <w:rPr>
          <w:i/>
        </w:rPr>
        <w:t>“Prophet Moses was sent to Egypt, ruled by Pharaoh.”</w:t>
      </w:r>
    </w:p>
    <w:p>
      <w:r>
        <w:rPr>
          <w:sz w:val="20"/>
        </w:rPr>
        <w:t>27:24  Then let us take the example of Prophet Moses. Prophet Moses was sent to Egypt.</w:t>
      </w:r>
      <w:r>
        <w:br/>
      </w:r>
      <w:r>
        <w:rPr>
          <w:sz w:val="20"/>
        </w:rPr>
        <w:t>27:35  At that time, there was the rule of a king, Pharaoh.</w:t>
      </w:r>
      <w:r>
        <w:br/>
      </w:r>
      <w:r>
        <w:rPr>
          <w:sz w:val="20"/>
        </w:rPr>
        <w:t>27:47  So, but at the same time, there were children of Israel, Banu Isra'il. So, there were two classes, two communities.</w:t>
      </w:r>
      <w:r>
        <w:br/>
      </w:r>
      <w:r>
        <w:rPr>
          <w:sz w:val="20"/>
        </w:rPr>
        <w:t>28:01  One was Coptic,</w:t>
      </w:r>
      <w:r>
        <w:br/>
      </w:r>
      <w:r>
        <w:rPr>
          <w:sz w:val="20"/>
        </w:rPr>
        <w:t>28:05  Coptic community. And the other</w:t>
      </w:r>
      <w:r>
        <w:br/>
      </w:r>
      <w:r>
        <w:rPr>
          <w:sz w:val="20"/>
        </w:rPr>
        <w:t>28:10  community was children of Israel, that is Banu Isra'il. So, Banu Isra'il were Muslims of that time.</w:t>
      </w:r>
      <w:r>
        <w:br/>
      </w:r>
      <w:r>
        <w:rPr>
          <w:sz w:val="20"/>
        </w:rPr>
        <w:t>28:21  There were Muslim Ummah of that time.</w:t>
      </w:r>
      <w:r>
        <w:br/>
      </w:r>
      <w:r>
        <w:rPr>
          <w:sz w:val="20"/>
        </w:rPr>
        <w:t>28:26  So, and Coptic people were mushrik. And Banu Isra'il were Muslim Ummah, like Muslim Ummah.</w:t>
      </w:r>
      <w:r>
        <w:br/>
      </w:r>
      <w:r>
        <w:rPr>
          <w:sz w:val="20"/>
        </w:rPr>
        <w:t>28:39  So, Prophet Moses was between two different Madhu, two different communities.</w:t>
      </w:r>
      <w:r>
        <w:br/>
      </w:r>
      <w:r>
        <w:rPr>
          <w:sz w:val="20"/>
        </w:rPr>
        <w:t>28:47  One was mushrik and the other one was a Muslim Ummah.</w:t>
      </w:r>
      <w:r>
        <w:br/>
      </w:r>
      <w:r>
        <w:rPr>
          <w:sz w:val="20"/>
        </w:rPr>
        <w:t>28:55  Then what was the method of Prophet Moses? He never said that, "First of all, we have to reform Banu Isra'il." Although there was so much corruption among Banu Isra'il,</w:t>
      </w:r>
      <w:r>
        <w:br/>
      </w:r>
      <w:r>
        <w:rPr>
          <w:sz w:val="20"/>
        </w:rPr>
        <w:t>29:13  they were degenerated people</w:t>
      </w:r>
      <w:r>
        <w:br/>
      </w:r>
      <w:r>
        <w:rPr>
          <w:sz w:val="20"/>
        </w:rPr>
        <w:t>29:18  . But Prophet Moses never said that, "First of all, we have to bring reform in Banu Isra'il." But he started his da'wah work</w:t>
      </w:r>
      <w:r>
        <w:br/>
      </w:r>
      <w:r>
        <w:rPr>
          <w:sz w:val="20"/>
        </w:rPr>
        <w:t>29:34  on the line, on this line that at one side, he addressed Pharaoh. He addressed the Coptic people who were mushrik.</w:t>
      </w:r>
      <w:r>
        <w:br/>
      </w:r>
      <w:r>
        <w:rPr>
          <w:sz w:val="20"/>
        </w:rPr>
        <w:t>29:46  At the same time, he addressed Banu Isra'il. So, his formula was a two-point formula. The formula adopted by Prophet Moses was a two-point formula.</w:t>
      </w:r>
      <w:r>
        <w:br/>
      </w:r>
      <w:r>
        <w:rPr>
          <w:sz w:val="20"/>
        </w:rPr>
        <w:t>30:01  One, doing da'wah work among Coptic people. And the second, doing reform work among Banu Isra'il.</w:t>
      </w:r>
      <w:r>
        <w:br/>
      </w:r>
      <w:r>
        <w:rPr>
          <w:sz w:val="20"/>
        </w:rPr>
        <w:t>30:12  So, this is a very important example.</w:t>
      </w:r>
      <w:r>
        <w:br/>
      </w:r>
      <w:r>
        <w:rPr>
          <w:sz w:val="20"/>
        </w:rPr>
        <w:t>30:16  If we find ourselves in such a situation where there are two groups, Muslims and non-Muslims, so we have to do between the two groups at the same time, we have to try to make—we have to try to</w:t>
      </w:r>
      <w:r>
        <w:br/>
      </w:r>
      <w:r>
        <w:rPr>
          <w:sz w:val="20"/>
        </w:rPr>
        <w:t>30:40  spread the message of Islam among non-Muslims.</w:t>
      </w:r>
      <w:r>
        <w:br/>
      </w:r>
      <w:r>
        <w:rPr>
          <w:sz w:val="20"/>
        </w:rPr>
        <w:t>30:44  At the same time, we have to try to revive that Muslim group, to reform that Muslim group.</w:t>
      </w:r>
      <w:r>
        <w:br/>
      </w:r>
      <w:r>
        <w:rPr>
          <w:sz w:val="20"/>
        </w:rPr>
        <w:t>30:54  So, this is a very important lesson we can find in the life of the prophet of Prophet Moses.</w:t>
      </w:r>
      <w:r>
        <w:br/>
      </w:r>
      <w:r>
        <w:rPr>
          <w:sz w:val="20"/>
        </w:rPr>
        <w:t>31:06  It is very import</w:t>
      </w:r>
    </w:p>
    <w:p>
      <w:pPr>
        <w:pStyle w:val="Heading2"/>
      </w:pPr>
      <w:r>
        <w:t>Moses's two-point da'wah formula explained</w:t>
      </w:r>
    </w:p>
    <w:p>
      <w:r>
        <w:rPr>
          <w:color w:val="666666"/>
          <w:sz w:val="18"/>
        </w:rPr>
        <w:t>A Brief Survey of Islamic History (Eng) February 15, 2007 · 42s · at 29:34 · https://youtu.be/MdRtdA99UlA?t=1774</w:t>
      </w:r>
    </w:p>
    <w:p>
      <w:r>
        <w:rPr>
          <w:i/>
        </w:rPr>
        <w:t>“His formula was a two-point formula.”</w:t>
      </w:r>
    </w:p>
    <w:p>
      <w:r>
        <w:rPr>
          <w:sz w:val="20"/>
        </w:rPr>
        <w:t>29:34  on the line, on this line that at one side, he addressed Pharaoh. He addressed the Coptic people who were mushrik.</w:t>
      </w:r>
      <w:r>
        <w:br/>
      </w:r>
      <w:r>
        <w:rPr>
          <w:sz w:val="20"/>
        </w:rPr>
        <w:t>29:46  At the same time, he addressed Banu Isra'il. So, his formula was a two-point formula. The formula adopted by Prophet Moses was a two-point formula.</w:t>
      </w:r>
      <w:r>
        <w:br/>
      </w:r>
      <w:r>
        <w:rPr>
          <w:sz w:val="20"/>
        </w:rPr>
        <w:t>30:01  One, doing da'wah work among Coptic people. And the second, doing reform work among Banu Isra'il.</w:t>
      </w:r>
      <w:r>
        <w:br/>
      </w:r>
      <w:r>
        <w:rPr>
          <w:sz w:val="20"/>
        </w:rPr>
        <w:t>30:12  So, this is a very important example.</w:t>
      </w:r>
    </w:p>
    <w:p>
      <w:pPr>
        <w:pStyle w:val="Heading2"/>
      </w:pPr>
      <w:r>
        <w:t>Maqam Mahmud explained as historical prophethood</w:t>
      </w:r>
    </w:p>
    <w:p>
      <w:r>
        <w:rPr>
          <w:color w:val="666666"/>
          <w:sz w:val="18"/>
        </w:rPr>
        <w:t>Maqaam-E-Mahmood (A Praiseworthy State ) 16 March 2007 - Maulana Wahiduddin Khan · 4m 46s · at 4:47 · https://youtu.be/aSv5G5V2X8U?t=287</w:t>
      </w:r>
    </w:p>
    <w:p>
      <w:r>
        <w:rPr>
          <w:i/>
        </w:rPr>
        <w:t>“To understand this know that there are 25 prophets in the Quran”</w:t>
      </w:r>
    </w:p>
    <w:p>
      <w:r>
        <w:rPr>
          <w:sz w:val="20"/>
        </w:rPr>
        <w:t>4:47  is mamle mein. Toh is ko samajhne ke liye aap yeh samjhiye ke Khuda ki taraf se jo paighambar bheje gaye, jo prophet, toh Quran mein kul jo ginti hai un ki woh 25 prophets hain.</w:t>
      </w:r>
      <w:r>
        <w:br/>
      </w:r>
      <w:r>
        <w:rPr>
          <w:sz w:val="20"/>
        </w:rPr>
        <w:t>5:08  lekin hadith mein bataya gaya hai ke ek lakh se zyada prophet aaye.</w:t>
      </w:r>
      <w:r>
        <w:br/>
      </w:r>
      <w:r>
        <w:rPr>
          <w:sz w:val="20"/>
        </w:rPr>
        <w:t>5:18  toh</w:t>
      </w:r>
      <w:r>
        <w:br/>
      </w:r>
      <w:r>
        <w:rPr>
          <w:sz w:val="20"/>
        </w:rPr>
        <w:t>5:21  jitne prophet hain, prophet of Islam se pehle, woh sab ke sab</w:t>
      </w:r>
      <w:r>
        <w:br/>
      </w:r>
      <w:r>
        <w:rPr>
          <w:sz w:val="20"/>
        </w:rPr>
        <w:t>5:32  pre-historic age mein aaye. Un ki koi recorded history nahi hai.</w:t>
      </w:r>
      <w:r>
        <w:br/>
      </w:r>
      <w:r>
        <w:rPr>
          <w:sz w:val="20"/>
        </w:rPr>
        <w:t>5:41  yahan tak ke Jesus Christ jo sab se baad ke zamane ke prophet hain, yani Rasool Allah sallallahu alaihi wasallam se sirf panch sau sal, panch sau, chhe sau sal pehle ke hain,</w:t>
      </w:r>
      <w:r>
        <w:br/>
      </w:r>
      <w:r>
        <w:rPr>
          <w:sz w:val="20"/>
        </w:rPr>
        <w:t>5:55  toh un ke bare mein bhi ek</w:t>
      </w:r>
      <w:r>
        <w:br/>
      </w:r>
      <w:r>
        <w:rPr>
          <w:sz w:val="20"/>
        </w:rPr>
        <w:t>5:59  aur ek European scholar ne kaha ke historically it is quite doubtful whether Christ ever existed at all.</w:t>
      </w:r>
      <w:r>
        <w:br/>
      </w:r>
      <w:r>
        <w:rPr>
          <w:sz w:val="20"/>
        </w:rPr>
        <w:t>6:13  toh yeh yeh sabhi prophet ke mamle mein hua hai. Jaise Egypt mein Pharaoh ki history toh hai record mein lekin Modud ki history nahi hai record mein.</w:t>
      </w:r>
      <w:r>
        <w:br/>
      </w:r>
      <w:r>
        <w:rPr>
          <w:sz w:val="20"/>
        </w:rPr>
        <w:t>6:31  Iraq mein wahan ka jo badshah tha Namrud us ki history hai record mein lekin Hazrat Ibrahim ki history record mein nahi hai.</w:t>
      </w:r>
      <w:r>
        <w:br/>
      </w:r>
      <w:r>
        <w:rPr>
          <w:sz w:val="20"/>
        </w:rPr>
        <w:t>6:43  toh baat yeh hai ke pehle zamane mein history jo thi woh isi nahi thi jaise aaj kal hai.</w:t>
      </w:r>
      <w:r>
        <w:br/>
      </w:r>
      <w:r>
        <w:rPr>
          <w:sz w:val="20"/>
        </w:rPr>
        <w:t>6:50  is zamane mein history sirf king ki history hua karti thi. king logon ke jo baatein hoti thi isi ka naam history hota tha pehle.</w:t>
      </w:r>
      <w:r>
        <w:br/>
      </w:r>
      <w:r>
        <w:rPr>
          <w:sz w:val="20"/>
        </w:rPr>
        <w:t>7:04  to kisi prophet ne chounke</w:t>
      </w:r>
      <w:r>
        <w:br/>
      </w:r>
      <w:r>
        <w:rPr>
          <w:sz w:val="20"/>
        </w:rPr>
        <w:t>7:08  apni koi empire nahi banai to history mein wo record ke qabil nahi samjhe gaye wo. lekin rasool Allah ke zamane mein ek revolution aaya, ek political empire bana aur Roman Empire, Sasani Empire se takra hua.</w:t>
      </w:r>
      <w:r>
        <w:br/>
      </w:r>
      <w:r>
        <w:rPr>
          <w:sz w:val="20"/>
        </w:rPr>
        <w:t>7:25  yani wo waqiat hue jo historians ke nazdeek record worthy the.</w:t>
      </w:r>
      <w:r>
        <w:br/>
      </w:r>
      <w:r>
        <w:rPr>
          <w:sz w:val="20"/>
        </w:rPr>
        <w:t>7:31  is liye aap ka record aaya poori tarah se. isi liye ek ek European scholar ne kaha hai ke "Muhammad was born within the full light of history" .</w:t>
      </w:r>
      <w:r>
        <w:br/>
      </w:r>
      <w:r>
        <w:rPr>
          <w:sz w:val="20"/>
        </w:rPr>
        <w:t>7:46  "Muhammad was born within the full light of history" . ye ek exception hai aap ka tamam prophets mein</w:t>
      </w:r>
      <w:r>
        <w:br/>
      </w:r>
      <w:r>
        <w:rPr>
          <w:sz w:val="20"/>
        </w:rPr>
        <w:t>7:54  ke aap ki har cheez record mein hai. jaise hum jante hain ke aap ki birth jo hai wo 570 mein hui.</w:t>
      </w:r>
      <w:r>
        <w:br/>
      </w:r>
      <w:r>
        <w:rPr>
          <w:sz w:val="20"/>
        </w:rPr>
        <w:t>8:06  aap prophet banaye gaye 610 mein.</w:t>
      </w:r>
      <w:r>
        <w:br/>
      </w:r>
      <w:r>
        <w:rPr>
          <w:sz w:val="20"/>
        </w:rPr>
        <w:t>8:10  aap ki death hui 632 mein. aap ke walid ka naam Abdullah tha, dada ka naam Abdul Muttalib tha.</w:t>
      </w:r>
      <w:r>
        <w:br/>
      </w:r>
      <w:r>
        <w:rPr>
          <w:sz w:val="20"/>
        </w:rPr>
        <w:t>8:20  aap paida hue Makah mein, aap ki death hui Madinah mein. to ek ek cheez, ek ek cheez jo hai wo sab record mein hai.</w:t>
      </w:r>
      <w:r>
        <w:br/>
      </w:r>
      <w:r>
        <w:rPr>
          <w:sz w:val="20"/>
        </w:rPr>
        <w:t>8:29  yani recorded history mein hai.</w:t>
      </w:r>
      <w:r>
        <w:br/>
      </w:r>
      <w:r>
        <w:rPr>
          <w:sz w:val="20"/>
        </w:rPr>
        <w:t>8:35  to ye maqam mehmood ka matlab hai historical prophethood. yani is mein bataya gaya hai ke exceptionally tumhare sath aisa hoga ke tum ek historical prophet ka darja paoge jo kisi aur nabi ko nahi hua.</w:t>
      </w:r>
      <w:r>
        <w:br/>
      </w:r>
      <w:r>
        <w:rPr>
          <w:sz w:val="20"/>
        </w:rPr>
        <w:t>8:54  ye matlab hai is ka. yahan maqam mehmood ka matlab, yani literal translation to ye hai ke tareef ki jagah, praiseworthy state, literal translation.</w:t>
      </w:r>
      <w:r>
        <w:br/>
      </w:r>
      <w:r>
        <w:rPr>
          <w:sz w:val="20"/>
        </w:rPr>
        <w:t>9:08  lekin is ka jo matlab hai wo yahi hai</w:t>
      </w:r>
      <w:r>
        <w:br/>
      </w:r>
      <w:r>
        <w:rPr>
          <w:sz w:val="20"/>
        </w:rPr>
        <w:t>9:12  ke historically acknowledged prophet honge aap. to tareef ka matlab yahan acknowledge karna, record mein aana, recorded history mein aana.</w:t>
      </w:r>
      <w:r>
        <w:br/>
      </w:r>
      <w:r>
        <w:rPr>
          <w:sz w:val="20"/>
        </w:rPr>
        <w:t>9:29  to behal ye bohat hi aham baat hai is ko samajhna chahiye.</w:t>
      </w:r>
    </w:p>
    <w:p>
      <w:pPr>
        <w:pStyle w:val="Heading2"/>
      </w:pPr>
      <w:r>
        <w:t>God commands Moses to speak softly</w:t>
      </w:r>
    </w:p>
    <w:p>
      <w:r>
        <w:rPr>
          <w:color w:val="666666"/>
          <w:sz w:val="18"/>
        </w:rPr>
        <w:t>The Concept of Taleef in Islam August 3, 2007 · 53s · at 1:10 · https://youtu.be/IHAeOuCThHg?t=70</w:t>
      </w:r>
    </w:p>
    <w:p>
      <w:r>
        <w:rPr>
          <w:i/>
        </w:rPr>
        <w:t>“When God sent Moses to Pharaoh”</w:t>
      </w:r>
    </w:p>
    <w:p>
      <w:r>
        <w:rPr>
          <w:sz w:val="20"/>
        </w:rPr>
        <w:t>1:10  . When God sent Moses to Pharaoh, the contemporary king, so God said</w:t>
      </w:r>
      <w:r>
        <w:br/>
      </w:r>
      <w:r>
        <w:rPr>
          <w:sz w:val="20"/>
        </w:rPr>
        <w:t>1:31  that "qoola lahu qawlan layyinan"</w:t>
      </w:r>
      <w:r>
        <w:br/>
      </w:r>
      <w:r>
        <w:rPr>
          <w:sz w:val="20"/>
        </w:rPr>
        <w:t>1:37  O Moses, say in a soft manner.</w:t>
      </w:r>
      <w:r>
        <w:br/>
      </w:r>
      <w:r>
        <w:rPr>
          <w:sz w:val="20"/>
        </w:rPr>
        <w:t>1:48  Convey your message in a soft manner. "qoola lahu qawlan layyinan" So this is the TALEEF-u-Qalb.</w:t>
      </w:r>
    </w:p>
    <w:p>
      <w:pPr>
        <w:pStyle w:val="Heading2"/>
      </w:pPr>
      <w:r>
        <w:t>Moses staff analogy for Word of God</w:t>
      </w:r>
    </w:p>
    <w:p>
      <w:r>
        <w:rPr>
          <w:color w:val="666666"/>
          <w:sz w:val="18"/>
        </w:rPr>
        <w:t>Quran A Dictionary of Truth (English) May 02, 2007 Maulana Wahiduddin Khan · 2m 05s · at 18:43 · https://youtu.be/plsYgl_xxbY?t=1123</w:t>
      </w:r>
    </w:p>
    <w:p>
      <w:r>
        <w:rPr>
          <w:i/>
        </w:rPr>
        <w:t>“When Prophet Moses threw his staff, it became a serpent.”</w:t>
      </w:r>
    </w:p>
    <w:p>
      <w:r>
        <w:rPr>
          <w:sz w:val="20"/>
        </w:rPr>
        <w:t>18:43  when Prophet Moses</w:t>
      </w:r>
      <w:r>
        <w:br/>
      </w:r>
      <w:r>
        <w:rPr>
          <w:sz w:val="20"/>
        </w:rPr>
        <w:t>18:49  threw</w:t>
      </w:r>
      <w:r>
        <w:br/>
      </w:r>
      <w:r>
        <w:rPr>
          <w:sz w:val="20"/>
        </w:rPr>
        <w:t>18:52  his staff, it became a serpent, a living serpent. At that time, there were magicians.</w:t>
      </w:r>
      <w:r>
        <w:br/>
      </w:r>
      <w:r>
        <w:rPr>
          <w:sz w:val="20"/>
        </w:rPr>
        <w:t>19:04  You know, at that time in Egypt, there were great magicians. So King Pharaoh</w:t>
      </w:r>
      <w:r>
        <w:br/>
      </w:r>
      <w:r>
        <w:rPr>
          <w:sz w:val="20"/>
        </w:rPr>
        <w:t>19:16  organized a show.</w:t>
      </w:r>
      <w:r>
        <w:br/>
      </w:r>
      <w:r>
        <w:rPr>
          <w:sz w:val="20"/>
        </w:rPr>
        <w:t>19:19  He asked for those magicians. They</w:t>
      </w:r>
      <w:r>
        <w:br/>
      </w:r>
      <w:r>
        <w:rPr>
          <w:sz w:val="20"/>
        </w:rPr>
        <w:t>19:27  showed their magic, their false magic. Then Prophet Moses threw his staff, and it became a serpent.</w:t>
      </w:r>
      <w:r>
        <w:br/>
      </w:r>
      <w:r>
        <w:rPr>
          <w:sz w:val="20"/>
        </w:rPr>
        <w:t>19:41  The Quran says in Surah Al-A'raf that,</w:t>
      </w:r>
      <w:r>
        <w:br/>
      </w:r>
      <w:r>
        <w:rPr>
          <w:sz w:val="20"/>
        </w:rPr>
        <w:t>19:51  "What happened?"</w:t>
      </w:r>
      <w:r>
        <w:br/>
      </w:r>
      <w:r>
        <w:rPr>
          <w:sz w:val="20"/>
        </w:rPr>
        <w:t>20:00  Moses' staff swallowed their falsehood.</w:t>
      </w:r>
      <w:r>
        <w:br/>
      </w:r>
      <w:r>
        <w:rPr>
          <w:sz w:val="20"/>
        </w:rPr>
        <w:t>20:06  Talqaf means swallow.</w:t>
      </w:r>
      <w:r>
        <w:br/>
      </w:r>
      <w:r>
        <w:rPr>
          <w:sz w:val="20"/>
        </w:rPr>
        <w:t>20:08  Moses, the staff</w:t>
      </w:r>
      <w:r>
        <w:br/>
      </w:r>
      <w:r>
        <w:rPr>
          <w:sz w:val="20"/>
        </w:rPr>
        <w:t>20:13  of Moses or the rod of Moses</w:t>
      </w:r>
      <w:r>
        <w:br/>
      </w:r>
      <w:r>
        <w:rPr>
          <w:sz w:val="20"/>
        </w:rPr>
        <w:t>20:18  swallowed the falsehood of</w:t>
      </w:r>
      <w:r>
        <w:br/>
      </w:r>
      <w:r>
        <w:rPr>
          <w:sz w:val="20"/>
        </w:rPr>
        <w:t>20:25  the magicians.</w:t>
      </w:r>
      <w:r>
        <w:br/>
      </w:r>
      <w:r>
        <w:rPr>
          <w:sz w:val="20"/>
        </w:rPr>
        <w:t>20:30  So this happened in Masrahat at-Tahrir.</w:t>
      </w:r>
      <w:r>
        <w:br/>
      </w:r>
      <w:r>
        <w:rPr>
          <w:sz w:val="20"/>
        </w:rPr>
        <w:t>20:37  The Word of God swallowed the Word of Man. Everyone was stunned. Then</w:t>
      </w:r>
    </w:p>
    <w:p>
      <w:pPr>
        <w:pStyle w:val="Heading2"/>
      </w:pPr>
      <w:r>
        <w:t>Speak gently even to a tyrant like Pharaoh</w:t>
      </w:r>
    </w:p>
    <w:p>
      <w:r>
        <w:rPr>
          <w:color w:val="666666"/>
          <w:sz w:val="18"/>
        </w:rPr>
        <w:t>Lessons from The Story of Prophet Moses Part 2, August 28, 2022 · 2m 41s · at 37:56 · https://youtu.be/2grjIPh0AFc?t=2276</w:t>
      </w:r>
    </w:p>
    <w:p>
      <w:r>
        <w:rPr>
          <w:i/>
        </w:rPr>
        <w:t>“Go to Pharaoh, but speak to him gently”</w:t>
      </w:r>
    </w:p>
    <w:p>
      <w:r>
        <w:rPr>
          <w:sz w:val="20"/>
        </w:rPr>
        <w:t>37:56  yani firon jaise ek shaatir o jabir badshah ke liye bhi allah ta'ala ne kaha keh narm se baat karna la'allahu yatazakkaru aw yakhsha keh ho sakta hai keh woh dar jaye ya woh isko yaad dehani ho jaye yani ek jo da'ee hai jisko khuda ka paigham pahunchana hai logon tak woh kabhi bhi mayoos nahi hota kabhi negative nahi hota</w:t>
      </w:r>
      <w:r>
        <w:br/>
      </w:r>
      <w:r>
        <w:rPr>
          <w:sz w:val="20"/>
        </w:rPr>
        <w:t>38:24  isko aakhri had tak yani dunya ka jo sab se ah shaatir aur jabir insan paida hua hoga woh shayad firon hi hua hoga yani isne bachon tak ko nahi chhoda to ah iske liye bhi allah ta'ala ne kaha hai keh tum narm se baat karna aur ah ho sakta hai keh woh hidayat qabool kar le woh isko ah baat tumhari samajh mein aa jaye</w:t>
      </w:r>
      <w:r>
        <w:br/>
      </w:r>
      <w:r>
        <w:rPr>
          <w:sz w:val="20"/>
        </w:rPr>
        <w:t>38:48  to yeh ek boht bara lesson hai ah khaas taur se un logon ke liye jo dawat ka kaam kar rahe hain ah to yani humein kisi bhi haal mein negative nahi hona aaj aap dekh rahe hain keh koi zara si baat ho jati hai to har taraf se negative comments aane lagte hain to isse hamara islam ka jo chehra hai woh maskh hota hai yani badanama islam ko jata hai aur ghalat tasawwur paida hota hai</w:t>
      </w:r>
      <w:r>
        <w:br/>
      </w:r>
      <w:r>
        <w:rPr>
          <w:sz w:val="20"/>
        </w:rPr>
        <w:t>39:17  to yeh sab humein humein chahiye keh har haal mein hum positive rahein aur apni koshish karte rahein aur ah yani firon jaise admi agar phir koi hai to us se bhi negative na hon balkeh umeed karein keh woh bhi shayad ek waqt aisa aaye ga keh baat uski samajh mein aa jayegi</w:t>
      </w:r>
      <w:r>
        <w:br/>
      </w:r>
      <w:r>
        <w:rPr>
          <w:sz w:val="20"/>
        </w:rPr>
        <w:t>39:37  doctor sahib boht hi yeh important aur zabardast baat apne bata</w:t>
      </w:r>
      <w:r>
        <w:br/>
      </w:r>
      <w:r>
        <w:rPr>
          <w:sz w:val="20"/>
        </w:rPr>
        <w:t>39:41  in fact ah ek da'ee ka dil jo hai woh aisa hi hona chahiye jaise ek maa ka apne bachhe ki taraf hota hai keh woh bachhe ki har ghalti ko nazar andaz kar deti hai</w:t>
      </w:r>
      <w:r>
        <w:br/>
      </w:r>
      <w:r>
        <w:rPr>
          <w:sz w:val="20"/>
        </w:rPr>
        <w:t>39:52  Toh aksar log confrontation mein aa jaate hain jaise aapne bataya ke negative ho jaate hain.</w:t>
      </w:r>
      <w:r>
        <w:br/>
      </w:r>
      <w:r>
        <w:rPr>
          <w:sz w:val="20"/>
        </w:rPr>
        <w:t>39:57  Ah, agar samne wala theek se baat ko nahin samajh raha hai aur woh react karta hai to ek da'i ko aisa nahin hai ki uske saath ulajh jaana chahiye.</w:t>
      </w:r>
      <w:r>
        <w:br/>
      </w:r>
      <w:r>
        <w:rPr>
          <w:sz w:val="20"/>
        </w:rPr>
        <w:t>40:06  balkeh Maulana to yeh kehte the ke agar woh aap ko gaali bhi de to aap uske liye dua karein</w:t>
      </w:r>
      <w:r>
        <w:br/>
      </w:r>
      <w:r>
        <w:rPr>
          <w:sz w:val="20"/>
        </w:rPr>
        <w:t>40:10  aur Maulana ne apne ek aakhri video mein yeh kaha tha ke meri sabse badi</w:t>
      </w:r>
      <w:r>
        <w:br/>
      </w:r>
      <w:r>
        <w:rPr>
          <w:sz w:val="20"/>
        </w:rPr>
        <w:t>40:15  Daryaft yeh hai ke insaan ko is duniya mein aise rehna hai ke uske dil mein kisi ke liye koi negativity, koi nafrat na ho.</w:t>
      </w:r>
      <w:r>
        <w:br/>
      </w:r>
      <w:r>
        <w:rPr>
          <w:sz w:val="20"/>
        </w:rPr>
        <w:t>40:22  aur woh is duniya se aise hi chala jaye ek positive insaan ki tarah</w:t>
      </w:r>
      <w:r>
        <w:br/>
      </w:r>
      <w:r>
        <w:rPr>
          <w:sz w:val="20"/>
        </w:rPr>
        <w:t>40:27  to yeh ek boht boht important baat apne batayi keh kaise humein is dinya mein rehna hai aur kis tarike se humein logon ke sath ek message convey karna hai</w:t>
      </w:r>
    </w:p>
    <w:p>
      <w:pPr>
        <w:pStyle w:val="Heading2"/>
      </w:pPr>
      <w:r>
        <w:t>Sent to confront Pharaoh: the message and the gentle approach</w:t>
      </w:r>
    </w:p>
    <w:p>
      <w:r>
        <w:rPr>
          <w:color w:val="666666"/>
          <w:sz w:val="18"/>
        </w:rPr>
        <w:t>Lessons from The Story of Prophet Moses Part 2, August 28, 2022 · 4m 34s · at 36:03 · https://youtu.be/2grjIPh0AFc?t=2163</w:t>
      </w:r>
    </w:p>
    <w:p>
      <w:r>
        <w:rPr>
          <w:i/>
        </w:rPr>
        <w:t>“Go to Pharaoh, he has transgressed all bounds”</w:t>
      </w:r>
    </w:p>
    <w:p>
      <w:r>
        <w:rPr>
          <w:sz w:val="20"/>
        </w:rPr>
        <w:t>36:03  ah doctor sahib ab Firon jo tha woh he was very ah powerful in terms of his</w:t>
      </w:r>
      <w:r>
        <w:br/>
      </w:r>
      <w:r>
        <w:rPr>
          <w:sz w:val="20"/>
        </w:rPr>
        <w:t>36:11  power aur he was very proud arrogant you know his wealth of the big palatial buildings to phir Moosa علیہالسلام ko Allah ki taraf se ishara aata hai ke tum jao Firon ke paas aur message convey karo.</w:t>
      </w:r>
      <w:r>
        <w:br/>
      </w:r>
      <w:r>
        <w:rPr>
          <w:sz w:val="20"/>
        </w:rPr>
        <w:t>36:26  to iske baad kya hota hai iske bare mein hum sab ko bataein. To Allah ta'ala ne farmaya ke azhab ila Firon innahu tagha</w:t>
      </w:r>
      <w:r>
        <w:br/>
      </w:r>
      <w:r>
        <w:rPr>
          <w:sz w:val="20"/>
        </w:rPr>
        <w:t>36:38  keh fironke paas jao woh boht teiz sarakh ho gaya hai aur paigham do mera to hazrat moosa alehislam dawat ke shadeed ehsas mein doob gaye inko pehle se bhi zimmedari thi woh</w:t>
      </w:r>
      <w:r>
        <w:br/>
      </w:r>
      <w:r>
        <w:rPr>
          <w:sz w:val="20"/>
        </w:rPr>
        <w:t>36:54  chahte the ke Misr jayen Firaun ko aur Firaun ke logon ko yaani Qibti jo ka pat kalog hain wahan par unko ah Khuda ki baatein bata ayen dawat dein unko Khuda ka paigham dein</w:t>
      </w:r>
      <w:r>
        <w:br/>
      </w:r>
      <w:r>
        <w:rPr>
          <w:sz w:val="20"/>
        </w:rPr>
        <w:t>37:07  aur ah woh</w:t>
      </w:r>
      <w:r>
        <w:br/>
      </w:r>
      <w:r>
        <w:rPr>
          <w:sz w:val="20"/>
        </w:rPr>
        <w:t>37:10  ek unko darr bhi tha ke ghalti se unhone qatl kar diya tha qatl ho gaya tha</w:t>
      </w:r>
      <w:r>
        <w:br/>
      </w:r>
      <w:r>
        <w:rPr>
          <w:sz w:val="20"/>
        </w:rPr>
        <w:t>37:17  kisi ka patka ka patka to unko yeh ehsaas tha ke kahin</w:t>
      </w:r>
      <w:r>
        <w:br/>
      </w:r>
      <w:r>
        <w:rPr>
          <w:sz w:val="20"/>
        </w:rPr>
        <w:t>37:22  ah Firaun unko arrest na kar le koi saza na de to</w:t>
      </w:r>
      <w:r>
        <w:br/>
      </w:r>
      <w:r>
        <w:rPr>
          <w:sz w:val="20"/>
        </w:rPr>
        <w:t>37:27  yeh darr bhi tha aur inko yeh bhi ehsas tha keh woh akele kaise yeh kaam karein to ah ah lekin inko boht shauq tha keh woh jayen to allah ta'ala ne yeh hukum diya to inke upar ek zimmedari aa gayi aur unhon ne socha keh ab main misr jaunga aur wahan par ah khuda ka paigham dunga aur allah ta'ala ne farmaya keh fa qoola lahu qolan layyina keh tum narm se baat karna</w:t>
      </w:r>
      <w:r>
        <w:br/>
      </w:r>
      <w:r>
        <w:rPr>
          <w:sz w:val="20"/>
        </w:rPr>
        <w:t>37:56  yani firon jaise ek shaatir o jabir badshah ke liye bhi allah ta'ala ne kaha keh narm se baat karna la'allahu yatazakkaru aw yakhsha keh ho sakta hai keh woh dar jaye ya woh isko yaad dehani ho jaye yani ek jo da'ee hai jisko khuda ka paigham pahunchana hai logon tak woh kabhi bhi mayoos nahi hota kabhi negative nahi hota</w:t>
      </w:r>
      <w:r>
        <w:br/>
      </w:r>
      <w:r>
        <w:rPr>
          <w:sz w:val="20"/>
        </w:rPr>
        <w:t>38:24  isko aakhri had tak yani dunya ka jo sab se ah shaatir aur jabir insan paida hua hoga woh shayad firon hi hua hoga yani isne bachon tak ko nahi chhoda to ah iske liye bhi allah ta'ala ne kaha hai keh tum narm se baat karna aur ah ho sakta hai keh woh hidayat qabool kar le woh isko ah baat tumhari samajh mein aa jaye</w:t>
      </w:r>
      <w:r>
        <w:br/>
      </w:r>
      <w:r>
        <w:rPr>
          <w:sz w:val="20"/>
        </w:rPr>
        <w:t>38:48  to yeh ek boht bara lesson hai ah khaas taur se un logon ke liye jo dawat ka kaam kar rahe hain ah to yani humein kisi bhi haal mein negative nahi hona aaj aap dekh rahe hain keh koi zara si baat ho jati hai to har taraf se negative comments aane lagte hain to isse hamara islam ka jo chehra hai woh maskh hota hai yani badanama islam ko jata hai aur ghalat tasawwur paida hota hai</w:t>
      </w:r>
      <w:r>
        <w:br/>
      </w:r>
      <w:r>
        <w:rPr>
          <w:sz w:val="20"/>
        </w:rPr>
        <w:t>39:17  to yeh sab humein humein chahiye keh har haal mein hum positive rahein aur apni koshish karte rahein aur ah yani firon jaise admi agar phir koi hai to us se bhi negative na hon balkeh umeed karein keh woh bhi shayad ek waqt aisa aaye ga keh baat uski samajh mein aa jayegi</w:t>
      </w:r>
      <w:r>
        <w:br/>
      </w:r>
      <w:r>
        <w:rPr>
          <w:sz w:val="20"/>
        </w:rPr>
        <w:t>39:37  doctor sahib boht hi yeh important aur zabardast baat apne bata</w:t>
      </w:r>
      <w:r>
        <w:br/>
      </w:r>
      <w:r>
        <w:rPr>
          <w:sz w:val="20"/>
        </w:rPr>
        <w:t>39:41  in fact ah ek da'ee ka dil jo hai woh aisa hi hona chahiye jaise ek maa ka apne bachhe ki taraf hota hai keh woh bachhe ki har ghalti ko nazar andaz kar deti hai</w:t>
      </w:r>
      <w:r>
        <w:br/>
      </w:r>
      <w:r>
        <w:rPr>
          <w:sz w:val="20"/>
        </w:rPr>
        <w:t>39:52  Toh aksar log confrontation mein aa jaate hain jaise aapne bataya ke negative ho jaate hain.</w:t>
      </w:r>
      <w:r>
        <w:br/>
      </w:r>
      <w:r>
        <w:rPr>
          <w:sz w:val="20"/>
        </w:rPr>
        <w:t>39:57  Ah, agar samne wala theek se baat ko nahin samajh raha hai aur woh react karta hai to ek da'i ko aisa nahin hai ki uske saath ulajh jaana chahiye.</w:t>
      </w:r>
      <w:r>
        <w:br/>
      </w:r>
      <w:r>
        <w:rPr>
          <w:sz w:val="20"/>
        </w:rPr>
        <w:t>40:06  balkeh Maulana to yeh kehte the ke agar woh aap ko gaali bhi de to aap uske liye dua karein</w:t>
      </w:r>
      <w:r>
        <w:br/>
      </w:r>
      <w:r>
        <w:rPr>
          <w:sz w:val="20"/>
        </w:rPr>
        <w:t>40:10  aur Maulana ne apne ek aakhri video mein yeh kaha tha ke meri sabse badi</w:t>
      </w:r>
      <w:r>
        <w:br/>
      </w:r>
      <w:r>
        <w:rPr>
          <w:sz w:val="20"/>
        </w:rPr>
        <w:t>40:15  Daryaft yeh hai ke insaan ko is duniya mein aise rehna hai ke uske dil mein kisi ke liye koi negativity, koi nafrat na ho.</w:t>
      </w:r>
      <w:r>
        <w:br/>
      </w:r>
      <w:r>
        <w:rPr>
          <w:sz w:val="20"/>
        </w:rPr>
        <w:t>40:22  aur woh is duniya se aise hi chala jaye ek positive insaan ki tarah</w:t>
      </w:r>
      <w:r>
        <w:br/>
      </w:r>
      <w:r>
        <w:rPr>
          <w:sz w:val="20"/>
        </w:rPr>
        <w:t>40:27  to yeh ek boht boht important baat apne batayi keh kaise humein is dinya mein rehna hai aur kis tarike se humein logon ke sath ek message convey karna hai</w:t>
      </w:r>
    </w:p>
    <w:p>
      <w:pPr>
        <w:pStyle w:val="Heading2"/>
      </w:pPr>
      <w:r>
        <w:t>Moses' prayer before facing Pharaoh, explained line by line</w:t>
      </w:r>
    </w:p>
    <w:p>
      <w:r>
        <w:rPr>
          <w:color w:val="666666"/>
          <w:sz w:val="18"/>
        </w:rPr>
        <w:t>Lessons from The Story of Prophet Moses Part 2, August 28, 2022 · 5m 54s · at 42:15 · https://youtu.be/2grjIPh0AFc?t=2535</w:t>
      </w:r>
    </w:p>
    <w:p>
      <w:r>
        <w:rPr>
          <w:i/>
        </w:rPr>
        <w:t>“My Lord, open my chest for this task”</w:t>
      </w:r>
    </w:p>
    <w:p>
      <w:r>
        <w:rPr>
          <w:sz w:val="20"/>
        </w:rPr>
        <w:t>42:15  ji koi baat kehne se pehle Rab israil is sadri</w:t>
      </w:r>
      <w:r>
        <w:br/>
      </w:r>
      <w:r>
        <w:rPr>
          <w:sz w:val="20"/>
        </w:rPr>
        <w:t>42:19  ah balkeh yeh dua bohat hi ahem dua hai yaani is sense mein ke yeh ek daayi ke dil ki awaaz hai</w:t>
      </w:r>
      <w:r>
        <w:br/>
      </w:r>
      <w:r>
        <w:rPr>
          <w:sz w:val="20"/>
        </w:rPr>
        <w:t>42:28  aur ah Maulana ne likha hai</w:t>
      </w:r>
      <w:r>
        <w:br/>
      </w:r>
      <w:r>
        <w:rPr>
          <w:sz w:val="20"/>
        </w:rPr>
        <w:t>42:32  ke Rab israil is sadri jo pehli line hai uske bare mein Maulana ne likha hai ke</w:t>
      </w:r>
      <w:r>
        <w:br/>
      </w:r>
      <w:r>
        <w:rPr>
          <w:sz w:val="20"/>
        </w:rPr>
        <w:t>42:39  daayi ke seenay ka khulna yeh hai</w:t>
      </w:r>
      <w:r>
        <w:br/>
      </w:r>
      <w:r>
        <w:rPr>
          <w:sz w:val="20"/>
        </w:rPr>
        <w:t>42:42  iska matlab hota hai ke Rab israil is sadri ka matlab hota hai ke O Lord open up my heart</w:t>
      </w:r>
      <w:r>
        <w:br/>
      </w:r>
      <w:r>
        <w:rPr>
          <w:sz w:val="20"/>
        </w:rPr>
        <w:t>42:48  hum mutawassil mein Maulana ne boht acha likha hai tazkir ul quran mein keh da'ee ke liye sine ka khulna yeh hai keh hasb e mauqa iske andar moassar mazameen ka wird ho</w:t>
      </w:r>
      <w:r>
        <w:br/>
      </w:r>
      <w:r>
        <w:rPr>
          <w:sz w:val="20"/>
        </w:rPr>
        <w:t>43:01  yani sine ka khulna yeh hai keh jo hesitation hai humm woh khatm ho aur allah ta'ala ki taraf se hasb e mauqa matlab jaisa mauqa hai usi tarah ke boht achhe ah mazameen achhi baatein aayein taakeh woh apni baat present kar sake</w:t>
      </w:r>
      <w:r>
        <w:br/>
      </w:r>
      <w:r>
        <w:rPr>
          <w:sz w:val="20"/>
        </w:rPr>
        <w:t>43:19  to yeh ah jo alfaaz ah ah nikle moosa alehislam ke dil se yeh matlab jo dawat ki ek boht hi nazuk zimmedari hai uski akkas hai yeh in alfaaz</w:t>
      </w:r>
      <w:r>
        <w:br/>
      </w:r>
      <w:r>
        <w:rPr>
          <w:sz w:val="20"/>
        </w:rPr>
        <w:t>43:34  mein mashallah aur ah matlab iska yeh hai keh gehri marifat yeh kehne ko toh yeh dil ko kholne ki dua hai matlab dil ko narm ah dil mein aasani paida karne ke liye lekin yeh ek da'ee ke liye apni dua bhi hai ji apni bhi dua hai keh mere mere andar gehri marifat jagh de mere andar gehra shauq aur gehri marifat ah paida kar de</w:t>
      </w:r>
      <w:r>
        <w:br/>
      </w:r>
      <w:r>
        <w:rPr>
          <w:sz w:val="20"/>
        </w:rPr>
        <w:t>44:02  dawat ke liye to boht hi acha acha acha yeh lafz hai Rabbi ishrah li sadri mere rab mere sine ko mere liye khol de to yeh baat matlab dawat ke liye yeh dua boht achhi hai aur ismein is dua mein taqriban sari baat aa jati hai jo ek da'ee ke liye boht hi</w:t>
      </w:r>
      <w:r>
        <w:br/>
      </w:r>
      <w:r>
        <w:rPr>
          <w:sz w:val="20"/>
        </w:rPr>
        <w:t>44:20  zaroori hai ji aur aur doctor sahib ah Maulana ne yeh bhi kaha tha ek martaba keh ah jis tarah moosa alehislam ki dua qabool hui agar aap bhi uskiifiyat ke sath jaise apne kaha marifat ke andaz mein agar apni yeh dua karein to allah aapki bhi dua zaroor ah qabool karega</w:t>
      </w:r>
      <w:r>
        <w:br/>
      </w:r>
      <w:r>
        <w:rPr>
          <w:sz w:val="20"/>
        </w:rPr>
        <w:t>44:39  to ah yeh ek boht hi important dua hai to doctor sahib hum is dua ko lekar hi aagle do teen sawal karenge ji aur isi pe hum session ko bhi khatm karenge to uske baad phir woh dua karte hain keh ah make my task easy for me and lose the knot that is in my tongue so that they may understand me matlab meri zuban ke girah ko khol de taakeh woh meri baat ko samajh sake to doctor sahib is hisse ko main chahunga keh aap achhe se wazeh karein</w:t>
      </w:r>
      <w:r>
        <w:br/>
      </w:r>
      <w:r>
        <w:rPr>
          <w:sz w:val="20"/>
        </w:rPr>
        <w:t>45:08  haan jaise apne kaha hai keh wa yassir li amri keh mere kaam ko mere liye aasan kar de and make my task easy for me to ismein bhi Maulana ne likha hai keh ah task ka aasan karna yeh hai keh ah jo mukhatib hai jo addressee hai us us ko woh baat samajh sake</w:t>
      </w:r>
      <w:r>
        <w:br/>
      </w:r>
      <w:r>
        <w:rPr>
          <w:sz w:val="20"/>
        </w:rPr>
        <w:t>45:32  aah tawaaj kal yani dawat ke imkanat bohat barh gaye hain to yeh jo dua hai wae sarliya mere mere kaam ko mere liye aasan kar de</w:t>
      </w:r>
      <w:r>
        <w:br/>
      </w:r>
      <w:r>
        <w:rPr>
          <w:sz w:val="20"/>
        </w:rPr>
        <w:t>45:45  yani ek zimmedari ka ehsas jo hazrat musa alaihissalam ke dil mein tha ke bohat bari zimmedari hai fir'on ko aah paigham dena hai to uske uske uske samne rakhte hue hazrat musa alaihissalam ne kaha ke aey Allah mere is mushkil kaam ko to aasan kar de</w:t>
      </w:r>
      <w:r>
        <w:br/>
      </w:r>
      <w:r>
        <w:rPr>
          <w:sz w:val="20"/>
        </w:rPr>
        <w:t>46:07  jo mera yeh task hai woh usko mere liye aasan kar de aur jo rukawat hai aah is mein woh door kar de to yeh aah bohat hi achhi dua hai aur phir kaha ke wa ahl al-uqdat min lisani yafqahu qawli ke jo meri zuban mein girah hai aah jo knot hai use khol de taake woh meri baat samajh saken kuch logon ka kehna hai ke woh stammering karte the</w:t>
      </w:r>
      <w:r>
        <w:br/>
      </w:r>
      <w:r>
        <w:rPr>
          <w:sz w:val="20"/>
        </w:rPr>
        <w:t>46:35  aah ho sakta hai balke kuch log kehte hain ke unhone bachpan mein koi angara munh mein le liya tha woh baat thoda bahut zyada samajh mein nahin aati hai lekin kitabon mein aati hai aisi baat Maulana ne usko explain kiya hai ke girah jo hai knot ka khulna kya hai</w:t>
      </w:r>
      <w:r>
        <w:br/>
      </w:r>
      <w:r>
        <w:rPr>
          <w:sz w:val="20"/>
        </w:rPr>
        <w:t>46:53  to is mein likha hai tazkir al-quran mein ke zuban ki girah khulna yeh hai ke bare bare majme mein bare bare gathering mein bila jhijhak dawat ko pesh karne ka saleeqa mil jaye ji yani aap ke andar woh art paida ho jaye ke aap bari gathering mein bhi to aap dawat ko pesh kar saken</w:t>
      </w:r>
      <w:r>
        <w:br/>
      </w:r>
      <w:r>
        <w:rPr>
          <w:sz w:val="20"/>
        </w:rPr>
        <w:t>47:12  is sense mein yeh baat kahi gayi hai ke jo girah hai jo hesitation hai woh woh khatm ho jaye aur bari bari gathering mein bhi aap achhe andaaz mein Islam ke paigham ko pesh kar saken ji aah doctor sahib phir woh apni dua mein hi kehte hain ke and appoint for me a helper my brother haroon and strengthen me with him so that they may share my task</w:t>
      </w:r>
      <w:r>
        <w:br/>
      </w:r>
      <w:r>
        <w:rPr>
          <w:sz w:val="20"/>
        </w:rPr>
        <w:t>47:41  to usko bhi doctor sahib aap wazeh kar dein is hisse ki is dua ke is hisse ko hisse ko bhi haan yeh bohat hi aham tareen hissa hai waj'al li waziran min ahli haroon akhi ke mere mere qareebi rishtedaron mein se ek helper appoint kar de mere bhai haroon ko yeh basically team ki taraf ishara hai ji jab aap log aaye 2001 mein</w:t>
      </w:r>
    </w:p>
    <w:p>
      <w:pPr>
        <w:pStyle w:val="Heading2"/>
      </w:pPr>
      <w:r>
        <w:t>Musa's fear of Pharaoh and Allah's reassurance</w:t>
      </w:r>
    </w:p>
    <w:p>
      <w:r>
        <w:rPr>
          <w:color w:val="666666"/>
          <w:sz w:val="18"/>
        </w:rPr>
        <w:t>Lessons from The Story of Prophet Moses Part 3, September 11, 2022 · 43s · at 3:28 · https://youtu.be/juoMfCaCJyA?t=208</w:t>
      </w:r>
    </w:p>
    <w:p>
      <w:r>
        <w:rPr>
          <w:i/>
        </w:rPr>
        <w:t>“Musa feared Pharaoh would kill him over an accidental death”</w:t>
      </w:r>
    </w:p>
    <w:p>
      <w:r>
        <w:rPr>
          <w:sz w:val="20"/>
        </w:rPr>
        <w:t>3:28  chunkay woh dertay thay keh Firon kahin un ko jhutla na de, kahin un ko qatal na kar de. chunkay aik qatal bhi un say ho gaya tha ghalti say kisi Qibti ka, Firon ki qom ka.</w:t>
      </w:r>
      <w:r>
        <w:br/>
      </w:r>
      <w:r>
        <w:rPr>
          <w:sz w:val="20"/>
        </w:rPr>
        <w:t>3:44  to woh is liye behta darr rahay thay. to Allah ta'ala nay himmat di un ko aur kaha keh, ah, "qala la" bilkul tum har giz mat daro.</w:t>
      </w:r>
      <w:r>
        <w:br/>
      </w:r>
      <w:r>
        <w:rPr>
          <w:sz w:val="20"/>
        </w:rPr>
        <w:t>3:58  fadhaba bi ayatina innakum ma'akum mustam'un keh jo nishaniyan mein nay di hain, jo do, ah, miracles diye hain, woh lay kay jao aur mein tumhein, tumhari, tumhari baatein sun raha</w:t>
      </w:r>
      <w:r>
        <w:br/>
      </w:r>
      <w:r>
        <w:rPr>
          <w:sz w:val="20"/>
        </w:rPr>
        <w:t>4:12  hoon. to is tareeqay say Moosa (AS) kay andar kuch himmat paida hui aur woh phir niklay aur pahar say neechay aaye, apni family ko bataya.</w:t>
      </w:r>
    </w:p>
    <w:p>
      <w:pPr>
        <w:pStyle w:val="Heading2"/>
      </w:pPr>
      <w:r>
        <w:t>Musa turns Pharaoh's own oppression back on him</w:t>
      </w:r>
    </w:p>
    <w:p>
      <w:r>
        <w:rPr>
          <w:color w:val="666666"/>
          <w:sz w:val="18"/>
        </w:rPr>
        <w:t>Lessons from The Story of Prophet Moses Part 3, September 11, 2022 · 50s · at 9:06 · https://youtu.be/juoMfCaCJyA?t=546</w:t>
      </w:r>
    </w:p>
    <w:p>
      <w:r>
        <w:rPr>
          <w:i/>
        </w:rPr>
        <w:t>“This happened because of your own injustice, Musa said”</w:t>
      </w:r>
    </w:p>
    <w:p>
      <w:r>
        <w:rPr>
          <w:sz w:val="20"/>
        </w:rPr>
        <w:t>9:06  yeh is liye hua ke yani is ki bhi wajah tumhara zulm hai ke tumne bani israel ko ghulam bana liya tha aur mazdoor bana liya tha, aur tum ne ek hukum de diya tha bahut hi zalimana ke bani israel ke jo new born baby boys honge, unko qatl kar diya jayega.</w:t>
      </w:r>
      <w:r>
        <w:br/>
      </w:r>
      <w:r>
        <w:rPr>
          <w:sz w:val="20"/>
        </w:rPr>
        <w:t>9:31  to</w:t>
      </w:r>
      <w:r>
        <w:br/>
      </w:r>
      <w:r>
        <w:rPr>
          <w:sz w:val="20"/>
        </w:rPr>
        <w:t>9:32  in sab cheezon ki wajah se meri maa ne is dar se kaha ke kahin koi mujhe hurt na kare, unhon ne ek box mein rakha aur darya mein daal diya ke shayad bachcha isi tarike se bach jaye.</w:t>
      </w:r>
      <w:r>
        <w:br/>
      </w:r>
      <w:r>
        <w:rPr>
          <w:sz w:val="20"/>
        </w:rPr>
        <w:t>9:46  to agar tum ne yeh na kiya hota, yeh zulm na kiya hota, aur yeh jo hukum diya tha bachchon ke qatl ka na kiya hota, to main kyun aata tumhare mahal mein?</w:t>
      </w:r>
    </w:p>
    <w:p>
      <w:pPr>
        <w:pStyle w:val="Heading2"/>
      </w:pPr>
      <w:r>
        <w:t>true criteria for a prophet is character not wealth</w:t>
      </w:r>
    </w:p>
    <w:p>
      <w:r>
        <w:rPr>
          <w:color w:val="666666"/>
          <w:sz w:val="18"/>
        </w:rPr>
        <w:t>Lessons from The Story of Prophet Moses Part 3, September 11, 2022 · 42s · at 23:27 · https://youtu.be/juoMfCaCJyA?t=1407</w:t>
      </w:r>
    </w:p>
    <w:p>
      <w:r>
        <w:rPr>
          <w:i/>
        </w:rPr>
        <w:t>“Pharaoh mocked Musa's poverty — here's the real test”</w:t>
      </w:r>
    </w:p>
    <w:p>
      <w:r>
        <w:rPr>
          <w:sz w:val="20"/>
        </w:rPr>
        <w:t>23:27  aur Musa (AS) ke liye kaha ke yeh to bohat hi mamooli insan hai, bol nahi sakta, poori tarike se baat nahi, apne aap ko express nahi kar pata.</w:t>
      </w:r>
      <w:r>
        <w:br/>
      </w:r>
      <w:r>
        <w:rPr>
          <w:sz w:val="20"/>
        </w:rPr>
        <w:t>23:38  chunki Musa (AS) thoda stammer karte the, to us ko us ki taraf kiya. to yani yeh madi jo cheezein hain, woh woh to test ke liye hoti hain.</w:t>
      </w:r>
      <w:r>
        <w:br/>
      </w:r>
      <w:r>
        <w:rPr>
          <w:sz w:val="20"/>
        </w:rPr>
        <w:t>23:55  jo asal criteria hai pehchan'ne ka, woh to yeh madi cheezein nahi hain balkeh merit hai. yani woh is ka character kaisa hai, woh honesty aur trustworthiness hai.</w:t>
      </w:r>
    </w:p>
    <w:p>
      <w:pPr>
        <w:pStyle w:val="Heading2"/>
      </w:pPr>
      <w:r>
        <w:t>Pharaoh's execution threat and magicians' defiance</w:t>
      </w:r>
    </w:p>
    <w:p>
      <w:r>
        <w:rPr>
          <w:color w:val="666666"/>
          <w:sz w:val="18"/>
        </w:rPr>
        <w:t>Lessons from The Story of Prophet Moses Part 3, September 11, 2022 · 58s · at 46:24 · https://youtu.be/juoMfCaCJyA?t=2784</w:t>
      </w:r>
    </w:p>
    <w:p>
      <w:r>
        <w:rPr>
          <w:i/>
        </w:rPr>
        <w:t>“Pharaoh threatened to crucify them — they didn't flinch”</w:t>
      </w:r>
    </w:p>
    <w:p>
      <w:r>
        <w:rPr>
          <w:sz w:val="20"/>
        </w:rPr>
        <w:t>46:24  ka doonga. I will cut your hands and feet on opposite directions and I will crucify you on the palm trees, on the trunk of palm trees.</w:t>
      </w:r>
      <w:r>
        <w:br/>
      </w:r>
      <w:r>
        <w:rPr>
          <w:sz w:val="20"/>
        </w:rPr>
        <w:t>46:32  yani yatnisakht, ah, saza isne elaan ki. to jadoogar jo the, chunaanche unke andar gehri, ah, woh jaag uthi thi, unhone kaha tha ke hum tujhko tarjeeh nahi denge</w:t>
      </w:r>
      <w:r>
        <w:br/>
      </w:r>
      <w:r>
        <w:rPr>
          <w:sz w:val="20"/>
        </w:rPr>
        <w:t>46:49  in haqaa'iq par, in science par, in dalail par jo Allah ki taraf se hamare paas aaye hain. yaani bohat hi jurrat ki kaam ki baat hai ke itni badi saza, ah, Firon elaan kar raha hai aur jadoogar keh rahe hain ke hum we will not prefer you on the science that we have received from</w:t>
      </w:r>
      <w:r>
        <w:br/>
      </w:r>
      <w:r>
        <w:rPr>
          <w:sz w:val="20"/>
        </w:rPr>
        <w:t>47:12  God . to bohat hi jurrat ki baat hai aur unhone kaha tha ke fa qzi ma taqzi jo dil chahe tum kar lo, jo tum se ho sake woh kar lo.</w:t>
      </w:r>
    </w:p>
    <w:p>
      <w:pPr>
        <w:pStyle w:val="Heading2"/>
      </w:pPr>
      <w:r>
        <w:t>Musa's calling, fear, and journey to confront Pharaoh</w:t>
      </w:r>
    </w:p>
    <w:p>
      <w:r>
        <w:rPr>
          <w:color w:val="666666"/>
          <w:sz w:val="18"/>
        </w:rPr>
        <w:t>Lessons from The Story of Prophet Moses Part 3, September 11, 2022 · 2m 14s · at 2:28 · https://youtu.be/juoMfCaCJyA?t=148</w:t>
      </w:r>
    </w:p>
    <w:p>
      <w:r>
        <w:rPr>
          <w:i/>
        </w:rPr>
        <w:t>“Musa was terrified to face Pharaoh — here's what happened”</w:t>
      </w:r>
    </w:p>
    <w:p>
      <w:r>
        <w:rPr>
          <w:sz w:val="20"/>
        </w:rPr>
        <w:t>2:28  to jab hum nay zikr kiya tha keh Allah ta'ala nay Koh-e-Toor pe baat cheet ki aur Moosa (AS) say kaha keh tum jao, ah, Firon kay paas aur mera paigham do, chunkay woh behta hi sarkash ho gaya hai,</w:t>
      </w:r>
      <w:r>
        <w:br/>
      </w:r>
      <w:r>
        <w:rPr>
          <w:sz w:val="20"/>
        </w:rPr>
        <w:t>2:46  to Moosa (AS) dawat kay ehsas mein doob gaye.</w:t>
      </w:r>
      <w:r>
        <w:br/>
      </w:r>
      <w:r>
        <w:rPr>
          <w:sz w:val="20"/>
        </w:rPr>
        <w:t>2:51  pehlay say bhi woh chahtay thay keh, ah, jo Bani Israel hai, jo unki qom thi, us ko hidayat ki, guidance ki rah dikhayein aur Firon jo behta hi sarkash ho gaya hai, us ko bhi sachai ki baat batayein.</w:t>
      </w:r>
      <w:r>
        <w:br/>
      </w:r>
      <w:r>
        <w:rPr>
          <w:sz w:val="20"/>
        </w:rPr>
        <w:t>3:11  lekin, ah, Moosa (AS), ah, kaafi ghabra</w:t>
      </w:r>
      <w:r>
        <w:br/>
      </w:r>
      <w:r>
        <w:rPr>
          <w:sz w:val="20"/>
        </w:rPr>
        <w:t>3:15  they were. Woh bolay, "yadi qadraiy la yantaliq lisani" keh mera seenah tang ho raha hai aur meri zuban chal nahi rahi hai.</w:t>
      </w:r>
      <w:r>
        <w:br/>
      </w:r>
      <w:r>
        <w:rPr>
          <w:sz w:val="20"/>
        </w:rPr>
        <w:t>3:28  chunkay woh dertay thay keh Firon kahin un ko jhutla na de, kahin un ko qatal na kar de. chunkay aik qatal bhi un say ho gaya tha ghalti say kisi Qibti ka, Firon ki qom ka.</w:t>
      </w:r>
      <w:r>
        <w:br/>
      </w:r>
      <w:r>
        <w:rPr>
          <w:sz w:val="20"/>
        </w:rPr>
        <w:t>3:44  to woh is liye behta darr rahay thay. to Allah ta'ala nay himmat di un ko aur kaha keh, ah, "qala la" bilkul tum har giz mat daro.</w:t>
      </w:r>
      <w:r>
        <w:br/>
      </w:r>
      <w:r>
        <w:rPr>
          <w:sz w:val="20"/>
        </w:rPr>
        <w:t>3:58  fadhaba bi ayatina innakum ma'akum mustam'un keh jo nishaniyan mein nay di hain, jo do, ah, miracles diye hain, woh lay kay jao aur mein tumhein, tumhari, tumhari baatein sun raha</w:t>
      </w:r>
      <w:r>
        <w:br/>
      </w:r>
      <w:r>
        <w:rPr>
          <w:sz w:val="20"/>
        </w:rPr>
        <w:t>4:12  hoon. to is tareeqay say Moosa (AS) kay andar kuch himmat paida hui aur woh phir niklay aur pahar say neechay aaye, apni family ko bataya.</w:t>
      </w:r>
      <w:r>
        <w:br/>
      </w:r>
      <w:r>
        <w:rPr>
          <w:sz w:val="20"/>
        </w:rPr>
        <w:t>4:25  unki wife theen jinka naam kitabon mein Safura aata hai ya Bible mein Zipporah naam aaya hai. aur do betay thay,</w:t>
      </w:r>
      <w:r>
        <w:br/>
      </w:r>
      <w:r>
        <w:rPr>
          <w:sz w:val="20"/>
        </w:rPr>
        <w:t>4:33  to un, ah, chhotay betay thay, dono ko liya, ah, aur wife ko liya saath mein aur phir Misr ki taraf chal paray woh.</w:t>
      </w:r>
    </w:p>
    <w:p>
      <w:pPr>
        <w:pStyle w:val="Heading2"/>
      </w:pPr>
      <w:r>
        <w:t>ignoring mockery: Pharaoh's insult and the cartoon parallel</w:t>
      </w:r>
    </w:p>
    <w:p>
      <w:r>
        <w:rPr>
          <w:color w:val="666666"/>
          <w:sz w:val="18"/>
        </w:rPr>
        <w:t>Lessons from The Story of Prophet Moses Part 3, September 11, 2022 · 2m 18s · at 12:28 · https://youtu.be/juoMfCaCJyA?t=748</w:t>
      </w:r>
    </w:p>
    <w:p>
      <w:r>
        <w:rPr>
          <w:i/>
        </w:rPr>
        <w:t>“Pharaoh called the messenger insane — Musa ignored it completely”</w:t>
      </w:r>
    </w:p>
    <w:p>
      <w:r>
        <w:rPr>
          <w:sz w:val="20"/>
        </w:rPr>
        <w:t>12:28  the, to use thoda ghussa aa gaya aur ghusse mein bola durbariyon se ke inna rasool-u-kum-ul-lazi ursila ilaikum la majnoon ke yeh jo peghamabar tumhare paas bheja gaya hai, yeh to pagal hai, diwana hai, majnoon hai.</w:t>
      </w:r>
      <w:r>
        <w:br/>
      </w:r>
      <w:r>
        <w:rPr>
          <w:sz w:val="20"/>
        </w:rPr>
        <w:t>12:45  yani mazak uraya moosa alehissalam ka. to moosa alehissalam ne bilkul ignor kiya, completely ignor kiya.</w:t>
      </w:r>
      <w:r>
        <w:br/>
      </w:r>
      <w:r>
        <w:rPr>
          <w:sz w:val="20"/>
        </w:rPr>
        <w:t>12:55  aapko yaad ho ga ke taqreeban das saal pehle cartoons chhappe the Denmark mein, jiska bada shor macha tha, jo prophet Muhammad sallallahu alaihi wasallam ke bare mein kuch besharmi ki baatein thi.</w:t>
      </w:r>
      <w:r>
        <w:br/>
      </w:r>
      <w:r>
        <w:rPr>
          <w:sz w:val="20"/>
        </w:rPr>
        <w:t>13:08  woh cartoons to Maulana ne ek article likha tha, jo ke pioneer mein chapa tha, English mein tha article, aur uska unwaan tha, uski heading thi "ignore cartoons".</w:t>
      </w:r>
      <w:r>
        <w:br/>
      </w:r>
      <w:r>
        <w:rPr>
          <w:sz w:val="20"/>
        </w:rPr>
        <w:t>13:21  yani koi bhi baat aisi ho to ismein jo ravaiyya hona chahiye, woh ignore karne ka hona chahiye, na ke ismein ulajhein.</w:t>
      </w:r>
      <w:r>
        <w:br/>
      </w:r>
      <w:r>
        <w:rPr>
          <w:sz w:val="20"/>
        </w:rPr>
        <w:t>13:30  agar ismein ulajh gaye to phir woh jo main maqsad hai, us se hat jayenge. to hamesha rasoolon ka mazak uraya gaya, jo bhi rasool Quran mein aata hai, jo bhi rasool aaya, uska logon ne mazak uraya.</w:t>
      </w:r>
      <w:r>
        <w:br/>
      </w:r>
      <w:r>
        <w:rPr>
          <w:sz w:val="20"/>
        </w:rPr>
        <w:t>13:48  ah</w:t>
      </w:r>
      <w:r>
        <w:br/>
      </w:r>
      <w:r>
        <w:rPr>
          <w:sz w:val="20"/>
        </w:rPr>
        <w:t>13:49  , aapne jo ignore karne ki baat kahi, to is par Maulana ek hadith bayan kiya karte the, aur isi sense mein Hazrat Umar Khattab Razi Allahu Anhu, Umar bin Khattab Razi Allahu Anhu ka ek qaul bhi hai innalaha abadan yab'idun al-batila bi hajrihi wa yuhyoon al-haqqa bi dhikrihi ke Allah ke kuch bande hain jo batil ko khatam karte hain, usko tark karke,</w:t>
      </w:r>
      <w:r>
        <w:br/>
      </w:r>
      <w:r>
        <w:rPr>
          <w:sz w:val="20"/>
        </w:rPr>
        <w:t>14:12  aur haq ko zinda karte hain, usko zikr karke. to bohat aham naseehat hai. bohat</w:t>
      </w:r>
      <w:r>
        <w:br/>
      </w:r>
      <w:r>
        <w:rPr>
          <w:sz w:val="20"/>
        </w:rPr>
        <w:t>14:19  aham baat hai. mujhe kuch is tarah ki hadith ya qaul yaad aa raha hai, jismein Hazrat Umar ka hi qaul hai ke tum, ah, jo shar hai, usko uske bare mein chup rahe usko maro. amitu al-batil kuch is tarah ka amitu al-batil bisamtih.</w:t>
      </w:r>
      <w:r>
        <w:br/>
      </w:r>
      <w:r>
        <w:rPr>
          <w:sz w:val="20"/>
        </w:rPr>
        <w:t>14:36  to wohi baat hai ke agar hum usko ignore nahi karenge aur chup nahi rahenge, shor machayenge to jo fazail e dawat ki, woh woh baqi nahi rahegi. hmm.</w:t>
      </w:r>
    </w:p>
    <w:p>
      <w:pPr>
        <w:pStyle w:val="Heading2"/>
      </w:pPr>
      <w:r>
        <w:t>Pharaoh's material objections vs Musa's calm reply</w:t>
      </w:r>
    </w:p>
    <w:p>
      <w:r>
        <w:rPr>
          <w:color w:val="666666"/>
          <w:sz w:val="18"/>
        </w:rPr>
        <w:t>Lessons from The Story of Prophet Moses Part 3, September 11, 2022 · 2m 41s · at 23:01 · https://youtu.be/juoMfCaCJyA?t=1381</w:t>
      </w:r>
    </w:p>
    <w:p>
      <w:r>
        <w:rPr>
          <w:i/>
        </w:rPr>
        <w:t>“Pharaoh mocked Musa's poverty — his reply silenced him”</w:t>
      </w:r>
    </w:p>
    <w:p>
      <w:r>
        <w:rPr>
          <w:sz w:val="20"/>
        </w:rPr>
        <w:t>23:01  to dalail ke aitbar se, jaisa aap ne sawal kiya, Firon to bilkul haar gaya aur ab us ne kya kiya ke madi taur par Musa (AS) ko neecha karke dikhane ki koshish ki.</w:t>
      </w:r>
      <w:r>
        <w:br/>
      </w:r>
      <w:r>
        <w:rPr>
          <w:sz w:val="20"/>
        </w:rPr>
        <w:t>23:16  bola ke kya main is mulk ka badshah nahi hoon aur kya yeh jo nehren behti hain, mere neeche yeh meri nahi hain?</w:t>
      </w:r>
      <w:r>
        <w:br/>
      </w:r>
      <w:r>
        <w:rPr>
          <w:sz w:val="20"/>
        </w:rPr>
        <w:t>23:27  aur Musa (AS) ke liye kaha ke yeh to bohat hi mamooli insan hai, bol nahi sakta, poori tarike se baat nahi, apne aap ko express nahi kar pata.</w:t>
      </w:r>
      <w:r>
        <w:br/>
      </w:r>
      <w:r>
        <w:rPr>
          <w:sz w:val="20"/>
        </w:rPr>
        <w:t>23:38  chunki Musa (AS) thoda stammer karte the, to us ko us ki taraf kiya. to yani yeh madi jo cheezein hain, woh woh to test ke liye hoti hain.</w:t>
      </w:r>
      <w:r>
        <w:br/>
      </w:r>
      <w:r>
        <w:rPr>
          <w:sz w:val="20"/>
        </w:rPr>
        <w:t>23:55  jo asal criteria hai pehchan'ne ka, woh to yeh madi cheezein nahi hain balkeh merit hai. yani woh is ka character kaisa hai, woh honesty aur trustworthiness hai.</w:t>
      </w:r>
      <w:r>
        <w:br/>
      </w:r>
      <w:r>
        <w:rPr>
          <w:sz w:val="20"/>
        </w:rPr>
        <w:t>24:09  jaise Hazrat Muhammad (SAW) ke liye Al-Sadiq Al-Amin kaha jata tha, Al-Amin kaha jata tha. to yeh criteria nahi hai ke peghambar ke paas bohat ziyada</w:t>
      </w:r>
      <w:r>
        <w:br/>
      </w:r>
      <w:r>
        <w:rPr>
          <w:sz w:val="20"/>
        </w:rPr>
        <w:t>24:23  ab us ne kaha Firon ne ke agar yeh peghambar hain to kyun nahi in ke paas sone ke dher hain ya farishton ki bheed hai?</w:t>
      </w:r>
      <w:r>
        <w:br/>
      </w:r>
      <w:r>
        <w:rPr>
          <w:sz w:val="20"/>
        </w:rPr>
        <w:t>24:31  to is tarah ki baatein keh kar Musa (AS) ko neecha karke dikhane ki koshish ki. Quran mein aata hai ke jab Firon ne dhamki di thi Musa (AS) ko ke main tum ko jail mein daal doon ga, to Musa (AS) ne kaha tha ke kya us waqt bhi daalo ge jabke main tum ko koi nishani laoon? to is par jo Musa (AS) ne kaha tha ke main tum ko nishani dikhana chahta hoon, to is par bataiye kuch.</w:t>
      </w:r>
      <w:r>
        <w:br/>
      </w:r>
      <w:r>
        <w:rPr>
          <w:sz w:val="20"/>
        </w:rPr>
        <w:t>24:59  aaj jab Firon ne dhamki di Musa (AS) ko kaha agar kisi aur Khuda ko tum ma'bood banao ge to main tumhein jail mein daal doon</w:t>
      </w:r>
      <w:r>
        <w:br/>
      </w:r>
      <w:r>
        <w:rPr>
          <w:sz w:val="20"/>
        </w:rPr>
        <w:t>25:09  ga, chunki is ke paas koi baat nahi thi kehne ke liye, saare jo arguments pesh kiye the, dalail bohat hi thos the, to kuch keh nahi saka. woh bas yeh keh ke ke agar tum kisi aur Khuda ko ma'bood banao ge to main tumhein jail mein daal</w:t>
      </w:r>
      <w:r>
        <w:br/>
      </w:r>
      <w:r>
        <w:rPr>
          <w:sz w:val="20"/>
        </w:rPr>
        <w:t>25:26  doon ga. to Musa (AS) ne kaha ke qala awj'i'ta bi shay'in mubeen ke kya agar main koi bohat hi wazeh nishani dikhaoon, yani koi miracle dikhaoon?</w:t>
      </w:r>
    </w:p>
    <w:p>
      <w:pPr>
        <w:pStyle w:val="Heading2"/>
      </w:pPr>
      <w:r>
        <w:t>Musa confronts Pharaoh in his palace and is accused</w:t>
      </w:r>
    </w:p>
    <w:p>
      <w:r>
        <w:rPr>
          <w:color w:val="666666"/>
          <w:sz w:val="18"/>
        </w:rPr>
        <w:t>Lessons from The Story of Prophet Moses Part 3, September 11, 2022 · 5m 25s · at 4:43 · https://youtu.be/juoMfCaCJyA?t=283</w:t>
      </w:r>
    </w:p>
    <w:p>
      <w:r>
        <w:rPr>
          <w:i/>
        </w:rPr>
        <w:t>“Pharaoh recognized Musa the moment he walked in”</w:t>
      </w:r>
    </w:p>
    <w:p>
      <w:r>
        <w:rPr>
          <w:sz w:val="20"/>
        </w:rPr>
        <w:t>4:43  doctor sahib, us kay baad yeh batayein keh Firon aur Firon jab Moosa (AS) kay darbar mein gaye thay aur un kay darmiyan jo guftagu hui, jo hum parhtay hain to us say behta sari, ah, baatein maloom hoti hain.</w:t>
      </w:r>
      <w:r>
        <w:br/>
      </w:r>
      <w:r>
        <w:rPr>
          <w:sz w:val="20"/>
        </w:rPr>
        <w:t>4:57  ji. ah, isse kya sabak milta hai?</w:t>
      </w:r>
      <w:r>
        <w:br/>
      </w:r>
      <w:r>
        <w:rPr>
          <w:sz w:val="20"/>
        </w:rPr>
        <w:t>5:01  to, ah, musa alaihissalam pahunche misr bahut lambe safar ke baad, taqreeban saat din, aath din ya das din ka safar raha hoga, mushkil safar, sardi ka zaman</w:t>
      </w:r>
      <w:r>
        <w:br/>
      </w:r>
      <w:r>
        <w:rPr>
          <w:sz w:val="20"/>
        </w:rPr>
        <w:t>5:11  hatha. to seedhe ghar pahunche, apne ghar, aur bhai haroon, jo ke unse bade the, haroon alaihissalam, was elder to moosa.</w:t>
      </w:r>
      <w:r>
        <w:br/>
      </w:r>
      <w:r>
        <w:rPr>
          <w:sz w:val="20"/>
        </w:rPr>
        <w:t>5:22  aur jab yeh hukum hua tha, ah, firoun ka ke bachchon ko qatl kar diya jaye, bani israel, to woh usse pehle unki paidaish hui thi, to woh bach gaye the.</w:t>
      </w:r>
      <w:r>
        <w:br/>
      </w:r>
      <w:r>
        <w:rPr>
          <w:sz w:val="20"/>
        </w:rPr>
        <w:t>5:34  to Allah taala ne in ko bhi paighambar bana diya, Musa alaihissalam ki darkhwast pe.</w:t>
      </w:r>
      <w:r>
        <w:br/>
      </w:r>
      <w:r>
        <w:rPr>
          <w:sz w:val="20"/>
        </w:rPr>
        <w:t>5:39  to jaa ke Haroon alaihissalam ko bhej aai saari baat</w:t>
      </w:r>
      <w:r>
        <w:br/>
      </w:r>
      <w:r>
        <w:rPr>
          <w:sz w:val="20"/>
        </w:rPr>
        <w:t>5:44  aur woh dono, aah, phir Firon ke mahal ki taraf gaye aur Firon jahan jo is ka darbar tha, is mein jaa ke Firon se</w:t>
      </w:r>
      <w:r>
        <w:br/>
      </w:r>
      <w:r>
        <w:rPr>
          <w:sz w:val="20"/>
        </w:rPr>
        <w:t>5:57  baat cheet ki aur kaha ke</w:t>
      </w:r>
      <w:r>
        <w:br/>
      </w:r>
      <w:r>
        <w:rPr>
          <w:sz w:val="20"/>
        </w:rPr>
        <w:t>6:00  in ar-rasool-e-rabb-ul-alameen ke hum,</w:t>
      </w:r>
      <w:r>
        <w:br/>
      </w:r>
      <w:r>
        <w:rPr>
          <w:sz w:val="20"/>
        </w:rPr>
        <w:t>6:05  ah, rab alameen ke bheje hue rasool hain, peghambar hain. to</w:t>
      </w:r>
      <w:r>
        <w:br/>
      </w:r>
      <w:r>
        <w:rPr>
          <w:sz w:val="20"/>
        </w:rPr>
        <w:t>6:11  firoun jo tha, ah, woh jo firoun pehle tha, firoun chuki kisi ka naam nahi tha, yeh ek woh hai dynasty ka naam.</w:t>
      </w:r>
      <w:r>
        <w:br/>
      </w:r>
      <w:r>
        <w:rPr>
          <w:sz w:val="20"/>
        </w:rPr>
        <w:t>6:23  to jo firoun pehle tha, uski to death ho gayi thi. historically yeh prove hota hai, archaeologically bhi, bible mein bhi yeh baat aa</w:t>
      </w:r>
      <w:r>
        <w:br/>
      </w:r>
      <w:r>
        <w:rPr>
          <w:sz w:val="20"/>
        </w:rPr>
        <w:t>6:33  ti hai. kuch ulma kehte hain ke nahi, woh wahi firoun tha, lekin bahut se ulma yeh bhi kehte hain ke woh firoun doosra tha, uska beta tha us waqt jab musa alaihissalam pahunche.</w:t>
      </w:r>
      <w:r>
        <w:br/>
      </w:r>
      <w:r>
        <w:rPr>
          <w:sz w:val="20"/>
        </w:rPr>
        <w:t>6:43  to woh bhi bahut shatir tha aur musa alaihissalam ke ham umr tha, taqreeban same age thi.</w:t>
      </w:r>
      <w:r>
        <w:br/>
      </w:r>
      <w:r>
        <w:rPr>
          <w:sz w:val="20"/>
        </w:rPr>
        <w:t>6:50  woh bhi mahal mein rehte the, musa alaihissalam aur firoun ka beta. yeh jo, yeh jo beta tha, iska naam tha munafteh ya munaftha, aur jo uska baap tha jisne musa alaihissalam ko pala tha mahal mein,</w:t>
      </w:r>
      <w:r>
        <w:br/>
      </w:r>
      <w:r>
        <w:rPr>
          <w:sz w:val="20"/>
        </w:rPr>
        <w:t>7:04  uska naam tha ramesis, ramesis do. to, ah, munafteh bhi bahut hi shatir tha apne baap ki tarah</w:t>
      </w:r>
      <w:r>
        <w:br/>
      </w:r>
      <w:r>
        <w:rPr>
          <w:sz w:val="20"/>
        </w:rPr>
        <w:t>7:15  se. to jab dekha usne musa alaihissalam ko to foran pehchan liya aur bola ke tum woh ho jisko humne darya mein se nikala tha aur tum ho mahal mein bahut achhi tarah se pala,</w:t>
      </w:r>
      <w:r>
        <w:br/>
      </w:r>
      <w:r>
        <w:rPr>
          <w:sz w:val="20"/>
        </w:rPr>
        <w:t>7:29  tumhara bade bade khatir ki aur tumhare upar hamare bade ehsan hain aur bade ikram hain.</w:t>
      </w:r>
      <w:r>
        <w:br/>
      </w:r>
      <w:r>
        <w:rPr>
          <w:sz w:val="20"/>
        </w:rPr>
        <w:t>7:38  humne tumhein badi izzat di, bahut achhi parwarish ki, bade inaamat nawaze, aur tum ne woh kaam kiya jo tumne kaam kiya, yani woh qatl kar diya tha ek qibti ka firoun ke logon mein se.</w:t>
      </w:r>
      <w:r>
        <w:br/>
      </w:r>
      <w:r>
        <w:rPr>
          <w:sz w:val="20"/>
        </w:rPr>
        <w:t>7:54  to is baat ka musa alaihissalam ne bada achha jawab diya, ke kaha ke woh mujhse ghalti ho gayi thi, main ne jaan boojh ke nahi kiya.</w:t>
      </w:r>
      <w:r>
        <w:br/>
      </w:r>
      <w:r>
        <w:rPr>
          <w:sz w:val="20"/>
        </w:rPr>
        <w:t>8:03  woh jo qatl ho gaya tha, jo woh qibti ki death ho gayi thi, woh maine irada nahi tha, mera woh to main bachane giya tha. woh do log lad rahe the to usmein woh kisi tarike se woh hathapai ho gayi to usko lag gaya aur woh mar gaya.</w:t>
      </w:r>
      <w:r>
        <w:br/>
      </w:r>
      <w:r>
        <w:rPr>
          <w:sz w:val="20"/>
        </w:rPr>
        <w:t>8:17  mera, mera, mera irada nahi tha kisi ko marne ka. ah, aur phir uske baad main dar gaya, kahin tum mujhe saza na do, mujhe jail mein na daal do ya koi aur sakht saza do. to main bhag gaya</w:t>
      </w:r>
      <w:r>
        <w:br/>
      </w:r>
      <w:r>
        <w:rPr>
          <w:sz w:val="20"/>
        </w:rPr>
        <w:t>8:32  wahan se chhod ke, main madayan ki taraf bhag gaya aur allah ta'ala ne phir mujhe hidayat di. he gave me wisdom and made me one, made me one of the messengers</w:t>
      </w:r>
      <w:r>
        <w:br/>
      </w:r>
      <w:r>
        <w:rPr>
          <w:sz w:val="20"/>
        </w:rPr>
        <w:t>8:46  . to is tarike se yeh initial baat cheet hui, ah, pehle ki, aur phir kaha musa alaihissalam ne ke jo tum favors bayan kar rahe ho ke tumne bade ehsan kiye, meri parwarish ki, mera bahut khayal kiya, bade inaamat aur ikram ka zikr kar rahe ho, yeh kyun hua?</w:t>
      </w:r>
      <w:r>
        <w:br/>
      </w:r>
      <w:r>
        <w:rPr>
          <w:sz w:val="20"/>
        </w:rPr>
        <w:t>9:06  yeh is liye hua ke yani is ki bhi wajah tumhara zulm hai ke tumne bani israel ko ghulam bana liya tha aur mazdoor bana liya tha, aur tum ne ek hukum de diya tha bahut hi zalimana ke bani israel ke jo new born baby boys honge, unko qatl kar diya jayega.</w:t>
      </w:r>
      <w:r>
        <w:br/>
      </w:r>
      <w:r>
        <w:rPr>
          <w:sz w:val="20"/>
        </w:rPr>
        <w:t>9:31  to</w:t>
      </w:r>
      <w:r>
        <w:br/>
      </w:r>
      <w:r>
        <w:rPr>
          <w:sz w:val="20"/>
        </w:rPr>
        <w:t>9:32  in sab cheezon ki wajah se meri maa ne is dar se kaha ke kahin koi mujhe hurt na kare, unhon ne ek box mein rakha aur darya mein daal diya ke shayad bachcha isi tarike se bach jaye.</w:t>
      </w:r>
      <w:r>
        <w:br/>
      </w:r>
      <w:r>
        <w:rPr>
          <w:sz w:val="20"/>
        </w:rPr>
        <w:t>9:46  to agar tum ne yeh na kiya hota, yeh zulm na kiya hota, aur yeh jo hukum diya tha bachchon ke qatl ka na kiya hota, to main kyun aata tumhare mahal mein?</w:t>
      </w:r>
      <w:r>
        <w:br/>
      </w:r>
      <w:r>
        <w:rPr>
          <w:sz w:val="20"/>
        </w:rPr>
        <w:t>9:57  to is tarike se musa alaihissalam ne kuch baatein bataein aur yeh sun ke firoun bilkul speechless ho gaya, koi jawab nahi usse ban pada.</w:t>
      </w:r>
    </w:p>
    <w:p>
      <w:pPr>
        <w:pStyle w:val="Heading2"/>
      </w:pPr>
      <w:r>
        <w:t>Pharaoh mocks God, Musa answers with calm logic</w:t>
      </w:r>
    </w:p>
    <w:p>
      <w:r>
        <w:rPr>
          <w:color w:val="666666"/>
          <w:sz w:val="18"/>
        </w:rPr>
        <w:t>Lessons from The Story of Prophet Moses Part 3, September 11, 2022 · 5m 04s · at 10:50 · https://youtu.be/juoMfCaCJyA?t=650</w:t>
      </w:r>
    </w:p>
    <w:p>
      <w:r>
        <w:rPr>
          <w:i/>
        </w:rPr>
        <w:t>“Pharaoh mocked God — Musa's calm answer stunned everyone”</w:t>
      </w:r>
    </w:p>
    <w:p>
      <w:r>
        <w:rPr>
          <w:sz w:val="20"/>
        </w:rPr>
        <w:t>10:50  hmm. achha, firoun ke darbar mein jo gaye the, yeh to ibtedai baat thi, uske baad bhi kafi baat cheet hui thi. ji. to mazeed baat cheet kya thi? khaas taur se Allah rab-ul-alameen ke bare mein poochte hain aur firoun kehta hai ke main sab se bada rab hoon, to is par kuch bataiye.</w:t>
      </w:r>
      <w:r>
        <w:br/>
      </w:r>
      <w:r>
        <w:rPr>
          <w:sz w:val="20"/>
        </w:rPr>
        <w:t>11:06  aap phir firoun bola ke abhi jo tum rab-ul-alameen ka zikr kar rahe the, yeh kya hai? wa ma rab-ul-alameen yani mazak ke andaaz mein poocha ke yeh rab-ul-alameen kya cheez hai?</w:t>
      </w:r>
      <w:r>
        <w:br/>
      </w:r>
      <w:r>
        <w:rPr>
          <w:sz w:val="20"/>
        </w:rPr>
        <w:t>11:18  to moosa alehissalam react nahi hue</w:t>
      </w:r>
      <w:r>
        <w:br/>
      </w:r>
      <w:r>
        <w:rPr>
          <w:sz w:val="20"/>
        </w:rPr>
        <w:t>11:22  aur bohat hi sanjeedgi se unhone jawab diya qala rabb-us-samawati wal ardi wa ma baynahuma ke rab-ul-alameen woh hai jo zameen o aasman ka rab hai aur jo bhi iske darmiyan mein hai.</w:t>
      </w:r>
      <w:r>
        <w:br/>
      </w:r>
      <w:r>
        <w:rPr>
          <w:sz w:val="20"/>
        </w:rPr>
        <w:t>11:37  to yeh sun kar firoun hans pada, woh to apne ko rab samajhta tha ke main hi rab hoon aur hans ke bola durbariyon se, jo sab log baithe hue the, nobles waghera, ke aare sunte ho ke yeh kya keh raha hai</w:t>
      </w:r>
      <w:r>
        <w:br/>
      </w:r>
      <w:r>
        <w:rPr>
          <w:sz w:val="20"/>
        </w:rPr>
        <w:t>11:52  ? yani kaisi fazool baat keh raha hai yeh shakhs qala hal tasm'oon ke aare sunte ho tum ke kya yeh bekaar si baatein hain yeh insaan keh raha hai?</w:t>
      </w:r>
      <w:r>
        <w:br/>
      </w:r>
      <w:r>
        <w:rPr>
          <w:sz w:val="20"/>
        </w:rPr>
        <w:t>12:02  to moosa alehissalam ne bilkul ignor</w:t>
      </w:r>
      <w:r>
        <w:br/>
      </w:r>
      <w:r>
        <w:rPr>
          <w:sz w:val="20"/>
        </w:rPr>
        <w:t>12:05  kiya, koi bhi baat nahi ki, balke kaha aage apni baat ko continue kiya ke tumhare agle buzurgon ka bhi rab aur tumhara rab. to jab is moosa alehissalam ne agle buzurgon ka naam liya, yani forefathers aur ancestors, chuki woh log forefathers aur ancestors ki bhi worship karte</w:t>
      </w:r>
      <w:r>
        <w:br/>
      </w:r>
      <w:r>
        <w:rPr>
          <w:sz w:val="20"/>
        </w:rPr>
        <w:t>12:28  the, to use thoda ghussa aa gaya aur ghusse mein bola durbariyon se ke inna rasool-u-kum-ul-lazi ursila ilaikum la majnoon ke yeh jo peghamabar tumhare paas bheja gaya hai, yeh to pagal hai, diwana hai, majnoon hai.</w:t>
      </w:r>
      <w:r>
        <w:br/>
      </w:r>
      <w:r>
        <w:rPr>
          <w:sz w:val="20"/>
        </w:rPr>
        <w:t>12:45  yani mazak uraya moosa alehissalam ka. to moosa alehissalam ne bilkul ignor kiya, completely ignor kiya.</w:t>
      </w:r>
      <w:r>
        <w:br/>
      </w:r>
      <w:r>
        <w:rPr>
          <w:sz w:val="20"/>
        </w:rPr>
        <w:t>12:55  aapko yaad ho ga ke taqreeban das saal pehle cartoons chhappe the Denmark mein, jiska bada shor macha tha, jo prophet Muhammad sallallahu alaihi wasallam ke bare mein kuch besharmi ki baatein thi.</w:t>
      </w:r>
      <w:r>
        <w:br/>
      </w:r>
      <w:r>
        <w:rPr>
          <w:sz w:val="20"/>
        </w:rPr>
        <w:t>13:08  woh cartoons to Maulana ne ek article likha tha, jo ke pioneer mein chapa tha, English mein tha article, aur uska unwaan tha, uski heading thi "ignore cartoons".</w:t>
      </w:r>
      <w:r>
        <w:br/>
      </w:r>
      <w:r>
        <w:rPr>
          <w:sz w:val="20"/>
        </w:rPr>
        <w:t>13:21  yani koi bhi baat aisi ho to ismein jo ravaiyya hona chahiye, woh ignore karne ka hona chahiye, na ke ismein ulajhein.</w:t>
      </w:r>
      <w:r>
        <w:br/>
      </w:r>
      <w:r>
        <w:rPr>
          <w:sz w:val="20"/>
        </w:rPr>
        <w:t>13:30  agar ismein ulajh gaye to phir woh jo main maqsad hai, us se hat jayenge. to hamesha rasoolon ka mazak uraya gaya, jo bhi rasool Quran mein aata hai, jo bhi rasool aaya, uska logon ne mazak uraya.</w:t>
      </w:r>
      <w:r>
        <w:br/>
      </w:r>
      <w:r>
        <w:rPr>
          <w:sz w:val="20"/>
        </w:rPr>
        <w:t>13:48  ah</w:t>
      </w:r>
      <w:r>
        <w:br/>
      </w:r>
      <w:r>
        <w:rPr>
          <w:sz w:val="20"/>
        </w:rPr>
        <w:t>13:49  , aapne jo ignore karne ki baat kahi, to is par Maulana ek hadith bayan kiya karte the, aur isi sense mein Hazrat Umar Khattab Razi Allahu Anhu, Umar bin Khattab Razi Allahu Anhu ka ek qaul bhi hai innalaha abadan yab'idun al-batila bi hajrihi wa yuhyoon al-haqqa bi dhikrihi ke Allah ke kuch bande hain jo batil ko khatam karte hain, usko tark karke,</w:t>
      </w:r>
      <w:r>
        <w:br/>
      </w:r>
      <w:r>
        <w:rPr>
          <w:sz w:val="20"/>
        </w:rPr>
        <w:t>14:12  aur haq ko zinda karte hain, usko zikr karke. to bohat aham naseehat hai. bohat</w:t>
      </w:r>
      <w:r>
        <w:br/>
      </w:r>
      <w:r>
        <w:rPr>
          <w:sz w:val="20"/>
        </w:rPr>
        <w:t>14:19  aham baat hai. mujhe kuch is tarah ki hadith ya qaul yaad aa raha hai, jismein Hazrat Umar ka hi qaul hai ke tum, ah, jo shar hai, usko uske bare mein chup rahe usko maro. amitu al-batil kuch is tarah ka amitu al-batil bisamtih.</w:t>
      </w:r>
      <w:r>
        <w:br/>
      </w:r>
      <w:r>
        <w:rPr>
          <w:sz w:val="20"/>
        </w:rPr>
        <w:t>14:36  to wohi baat hai ke agar hum usko ignore nahi karenge aur chup nahi rahenge, shor machayenge to jo fazail e dawat ki, woh woh baqi nahi rahegi. hmm.</w:t>
      </w:r>
      <w:r>
        <w:br/>
      </w:r>
      <w:r>
        <w:rPr>
          <w:sz w:val="20"/>
        </w:rPr>
        <w:t>14:47  jab yeh baat cheet ho rahi thi, firoun ko jo ghussa aaya, chuki woh badshah tha, woh kuch bhi kar sakta tha, to usne wahan par moosa alehissalam ko qaid ki dhamki di thi.</w:t>
      </w:r>
      <w:r>
        <w:br/>
      </w:r>
      <w:r>
        <w:rPr>
          <w:sz w:val="20"/>
        </w:rPr>
        <w:t>14:58  is par kuch bataiye aap. haan, moosa alehissalam se jab baat cheet ho rahi thi to thoda aur bhi baat cheet hui thi. ismein, ah, chuki moosa alehissalam ne completely ignor kiya jo usne kaha ke yeh pagal hain aur yeh majnoon</w:t>
      </w:r>
      <w:r>
        <w:br/>
      </w:r>
      <w:r>
        <w:rPr>
          <w:sz w:val="20"/>
        </w:rPr>
        <w:t>15:15  hain, apni baat ko continue kiya. Yani bohat hi achi misaal hai dawat ki ke jo aap ka mad'u hai, jis ko aap dawat de rahe hain, woh kuch bhi boltarahe, aap us ko bilkul insnaikardain.</w:t>
      </w:r>
      <w:r>
        <w:br/>
      </w:r>
      <w:r>
        <w:rPr>
          <w:sz w:val="20"/>
        </w:rPr>
        <w:t>15:28  To Musa (AS) ne kaha 'Rab al mashriq wal maghrib wa ma bainahuma' ke mera Rabb to woh hai jo east aur west ka Rabb hai,</w:t>
      </w:r>
      <w:r>
        <w:br/>
      </w:r>
      <w:r>
        <w:rPr>
          <w:sz w:val="20"/>
        </w:rPr>
        <w:t>15:40  Lord of the east and Lord of the west and whatever lies in between. To is tarike se aur explain kiya, aur ah, Firon ne kaha ke agli qomon ka kya haal hai,</w:t>
      </w:r>
    </w:p>
    <w:p>
      <w:pPr>
        <w:pStyle w:val="Heading2"/>
      </w:pPr>
      <w:r>
        <w:t>the full magic contest between Musa and Pharaoh's sorcerers</w:t>
      </w:r>
    </w:p>
    <w:p>
      <w:r>
        <w:rPr>
          <w:color w:val="666666"/>
          <w:sz w:val="18"/>
        </w:rPr>
        <w:t>Lessons from The Story of Prophet Moses Part 3, September 11, 2022 · 4m 34s · at 35:37 · https://youtu.be/juoMfCaCJyA?t=2137</w:t>
      </w:r>
    </w:p>
    <w:p>
      <w:r>
        <w:rPr>
          <w:i/>
        </w:rPr>
        <w:t>“70 magicians against one man and his staff”</w:t>
      </w:r>
    </w:p>
    <w:p>
      <w:r>
        <w:rPr>
          <w:sz w:val="20"/>
        </w:rPr>
        <w:t>35:37  Ah, Doctor sahib, aage ek, ah, ah, yeh hai, mujhe yeh poochna hai ke muqabla hua tha jadoogar ke saath, Moosa (AS) jeet gaye to us par kuch baat aayi.</w:t>
      </w:r>
      <w:r>
        <w:br/>
      </w:r>
      <w:r>
        <w:rPr>
          <w:sz w:val="20"/>
        </w:rPr>
        <w:t>35:52  Haan, to us din jo, ah, din tay tha yom al-zeenah to saare Misr se log aane lage, bohat badi ta'daad jama ho gayi. Waise hi aate the, woh koi festival ka din tha</w:t>
      </w:r>
      <w:r>
        <w:br/>
      </w:r>
      <w:r>
        <w:rPr>
          <w:sz w:val="20"/>
        </w:rPr>
        <w:t>36:05  to bohat bada bada ground tha, bohat badi, ah, log har taraf jama ho gaye, hazaron ki ta'daad mein. Aur ek taraf 70 jadoogar the, woh log 70 the aur bade mahir jadoogar the, jo bohat hi,</w:t>
      </w:r>
      <w:r>
        <w:br/>
      </w:r>
      <w:r>
        <w:rPr>
          <w:sz w:val="20"/>
        </w:rPr>
        <w:t>36:21  ah, mahir jadoogar the, woh Misr ke sab se top magicians Egypt ke. To ek taraf woh the aur ek taraf Hazrat Moosa (AS) aur Haroon (AS) the.</w:t>
      </w:r>
      <w:r>
        <w:br/>
      </w:r>
      <w:r>
        <w:rPr>
          <w:sz w:val="20"/>
        </w:rPr>
        <w:t>36:33  to unhon ne kaha, jadoogaron ne Moosa (AS) se ke pehle aap shuru kareinge, yaani aap daaleinge ya hum daaleinge?</w:t>
      </w:r>
      <w:r>
        <w:br/>
      </w:r>
      <w:r>
        <w:rPr>
          <w:sz w:val="20"/>
        </w:rPr>
        <w:t>36:44  to Moosa (AS) ne kaha ke bil qaw, ke tum daalo pehle. to jadoogar, jadoogaron ne shuru kiya aur aur ke kaha ke be-izati, Firon, innal nahnu ghaaliboon ke baaydiyaunafafiru wa yulshur liwun,</w:t>
      </w:r>
      <w:r>
        <w:br/>
      </w:r>
      <w:r>
        <w:rPr>
          <w:sz w:val="20"/>
        </w:rPr>
        <w:t>37:03  yaani bada confidence tha unke andar ke hum, ah, Firon ki izzat ki qasam, hum zaroor jeeteinge. to unhon ne phir apni jo rassiyan unke haath mein theen, lakdiyan theen unke haath mein, jo bhi cheezein theen, stick waghera, woh daalne shuru keen aur woh saari rengne lagi,</w:t>
      </w:r>
      <w:r>
        <w:br/>
      </w:r>
      <w:r>
        <w:rPr>
          <w:sz w:val="20"/>
        </w:rPr>
        <w:t>37:23  saanp ban gayi. aur jo majma tha, ismein ek shor mach gaya,</w:t>
      </w:r>
      <w:r>
        <w:br/>
      </w:r>
      <w:r>
        <w:rPr>
          <w:sz w:val="20"/>
        </w:rPr>
        <w:t>37:29  dar gaye log, bhaagne lage, shor macha diya. aur Quran mein aata hai ke wa jaoo'u bisihrin 'azeem, bahut hi, ah, magic dikhaya unhon ne.</w:t>
      </w:r>
      <w:r>
        <w:br/>
      </w:r>
      <w:r>
        <w:rPr>
          <w:sz w:val="20"/>
        </w:rPr>
        <w:t>37:41  khud Quran ne kaha ke wa jaoo'u bisihrin 'azeem ke bahut hi 'azeem jaadu unhon ne pesh kiya. to saare log hairaan ho gaye aur khud Moosa (AS) darne lage.</w:t>
      </w:r>
      <w:r>
        <w:br/>
      </w:r>
      <w:r>
        <w:rPr>
          <w:sz w:val="20"/>
        </w:rPr>
        <w:t>37:52  Quran mein aata hai ke unke dil mein khauf taari hone laga</w:t>
      </w:r>
      <w:r>
        <w:br/>
      </w:r>
      <w:r>
        <w:rPr>
          <w:sz w:val="20"/>
        </w:rPr>
        <w:t>37:56  jab unhon ne yeh manzar dekha. to Allah Ta'ala ne uss waqt unse baat kiya aur mazboot kiya unka dil</w:t>
      </w:r>
      <w:r>
        <w:br/>
      </w:r>
      <w:r>
        <w:rPr>
          <w:sz w:val="20"/>
        </w:rPr>
        <w:t>38:04  . yeh Allah ka tareeqa hai ke aam logon ke liye bhi ke kabhi aisa mauqa hota hai ghabraahat ka to insaan dua karta hai, to Allah dil mein mazbooti paida karta hai.</w:t>
      </w:r>
      <w:r>
        <w:br/>
      </w:r>
      <w:r>
        <w:rPr>
          <w:sz w:val="20"/>
        </w:rPr>
        <w:t>38:16  balkeh Moosa (AS) ke qisse mein hi milta hai humein ke jab unki maa unko leke gayeen darya-e-Neel mein daalne ek box mein to Quran mein aata hai ke ghabraane lage. woh aisa lagta tha ke woh shor macha dein.</w:t>
      </w:r>
      <w:r>
        <w:br/>
      </w:r>
      <w:r>
        <w:rPr>
          <w:sz w:val="20"/>
        </w:rPr>
        <w:t>38:34  box daala to darya-e-Neel mein aur woh lehrein jab leke jaane lageen, woh box to unka dil ghabraane laga. to aisa lagta tha woh shor macha dein ge, haaye mera bachcha doob doob doob raha hai, bachao.</w:t>
      </w:r>
      <w:r>
        <w:br/>
      </w:r>
      <w:r>
        <w:rPr>
          <w:sz w:val="20"/>
        </w:rPr>
        <w:t>38:48  to uss waqt Allah Ta'ala ne unke dil mein mazbooti paida ki, wa ratnab qalbaha, to unke andar itminaan paida hua.</w:t>
      </w:r>
      <w:r>
        <w:br/>
      </w:r>
      <w:r>
        <w:rPr>
          <w:sz w:val="20"/>
        </w:rPr>
        <w:t>38:57  issi tareeqe se Moosa (AS) ke liye bhi Allah Ta'ala ne kaha ke la takhaf innaka antal a'la, ke tum daro mat, tum hi kaamyaab ho ge.</w:t>
      </w:r>
      <w:r>
        <w:br/>
      </w:r>
      <w:r>
        <w:rPr>
          <w:sz w:val="20"/>
        </w:rPr>
        <w:t>39:08  bahut hi achhi tareeqe se Allah Ta'ala ne unko unki himmat badhayi aur kaha ke tum daal do jo tumhare right hand mein hai, yeh sab jo hai, isko kha jaayega. woh to Moosa (AS) ne jaise daala to woh ek bahut bada azdaha ban gaya, meesu azdaha.</w:t>
      </w:r>
      <w:r>
        <w:br/>
      </w:r>
      <w:r>
        <w:rPr>
          <w:sz w:val="20"/>
        </w:rPr>
        <w:t>39:25  kitabon mein aata hai ke woh bahut hi bada tha aur uska jo sir tha, woh laal rang ka, bahut hi bada tha aur uske pair bhi the. to woh atwa la'ikae dragon, bahut hi meesu azdaha, bahut hi meesu azdaha. to usne sab jo cheezein ghoom phir rahi theen, woh sab ko khaana shuru kar diya, woh sab khatm kar diya.</w:t>
      </w:r>
      <w:r>
        <w:br/>
      </w:r>
      <w:r>
        <w:rPr>
          <w:sz w:val="20"/>
        </w:rPr>
        <w:t>39:46  ab jadoogar ne jab dekha to woh hairaan ho gaye, chunke woh toh jaadu ke fun ko jaante the aur pehle bhi Moosa (AS) se mutaasir the.</w:t>
      </w:r>
      <w:r>
        <w:br/>
      </w:r>
      <w:r>
        <w:rPr>
          <w:sz w:val="20"/>
        </w:rPr>
        <w:t>39:58  ah, ab unhon ne practical demonstration bhi dekh liya to woh woh woh samajh gaye ke yeh maamla kuch aur hai, yeh jaadu nahi hai, yeh toh kuch Allah Ta'ala ka mo'jiza hai.</w:t>
      </w:r>
    </w:p>
    <w:p>
      <w:pPr>
        <w:pStyle w:val="Heading2"/>
      </w:pPr>
      <w:r>
        <w:t>Pharaoh's execution threat and the magicians' defiant faith</w:t>
      </w:r>
    </w:p>
    <w:p>
      <w:r>
        <w:rPr>
          <w:color w:val="666666"/>
          <w:sz w:val="18"/>
        </w:rPr>
        <w:t>Lessons from The Story of Prophet Moses Part 3, September 11, 2022 · 4m 07s · at 45:20 · https://youtu.be/juoMfCaCJyA?t=2720</w:t>
      </w:r>
    </w:p>
    <w:p>
      <w:r>
        <w:rPr>
          <w:i/>
        </w:rPr>
        <w:t>“Pharaoh threatened to crucify them — their answer is legendary”</w:t>
      </w:r>
    </w:p>
    <w:p>
      <w:r>
        <w:rPr>
          <w:sz w:val="20"/>
        </w:rPr>
        <w:t>45:20  Achha, jab jadoogar imaan le aaye to Firon ne sakht saza ki dhamki di. Us waqt jadoogar aur Firon ke darmiyan kuch baat cheet hui thi.</w:t>
      </w:r>
      <w:r>
        <w:br/>
      </w:r>
      <w:r>
        <w:rPr>
          <w:sz w:val="20"/>
        </w:rPr>
        <w:t>45:29  Ji, woh thoda haan bataein.</w:t>
      </w:r>
      <w:r>
        <w:br/>
      </w:r>
      <w:r>
        <w:rPr>
          <w:sz w:val="20"/>
        </w:rPr>
        <w:t>45:33  Chunke Firon ki to bohat hi beizzati ho gayi pure bhare majme mein, ah, haar gaya. Woh iske jadoogar haar gaye to woh bilkul pagal ho gaya.</w:t>
      </w:r>
      <w:r>
        <w:br/>
      </w:r>
      <w:r>
        <w:rPr>
          <w:sz w:val="20"/>
        </w:rPr>
        <w:t>45:44  To usne kaha ke Qala amanttum lahu min qabla an azana lakum. Ke tum imaan le aaye uske upar us se pehle ke main tumhein ijazat deta.</w:t>
      </w:r>
      <w:r>
        <w:br/>
      </w:r>
      <w:r>
        <w:rPr>
          <w:sz w:val="20"/>
        </w:rPr>
        <w:t>45:54  Yani woh daur tha ke jab badshah ki ijazat se insaan imaan laata tha. Ab hum is daur mein nahi hain.</w:t>
      </w:r>
      <w:r>
        <w:br/>
      </w:r>
      <w:r>
        <w:rPr>
          <w:sz w:val="20"/>
        </w:rPr>
        <w:t>46:02  Aaj to freedom hai, aap jo chahein believe karein, aap na believe karein, aap kuch bhi believe karein. Lekin woh ek religious persecution ka daur tha.</w:t>
      </w:r>
      <w:r>
        <w:br/>
      </w:r>
      <w:r>
        <w:rPr>
          <w:sz w:val="20"/>
        </w:rPr>
        <w:t>46:12  To Firon ne ek bohat hi badi dhamki di. Usne kaha ke main tumhare haath aur paon mukhtalif directions mein kaatunga aur tumhein is par lat</w:t>
      </w:r>
      <w:r>
        <w:br/>
      </w:r>
      <w:r>
        <w:rPr>
          <w:sz w:val="20"/>
        </w:rPr>
        <w:t>46:24  ka doonga. I will cut your hands and feet on opposite directions and I will crucify you on the palm trees, on the trunk of palm trees.</w:t>
      </w:r>
      <w:r>
        <w:br/>
      </w:r>
      <w:r>
        <w:rPr>
          <w:sz w:val="20"/>
        </w:rPr>
        <w:t>46:32  yani yatnisakht, ah, saza isne elaan ki. to jadoogar jo the, chunaanche unke andar gehri, ah, woh jaag uthi thi, unhone kaha tha ke hum tujhko tarjeeh nahi denge</w:t>
      </w:r>
      <w:r>
        <w:br/>
      </w:r>
      <w:r>
        <w:rPr>
          <w:sz w:val="20"/>
        </w:rPr>
        <w:t>46:49  in haqaa'iq par, in science par, in dalail par jo Allah ki taraf se hamare paas aaye hain. yaani bohat hi jurrat ki kaam ki baat hai ke itni badi saza, ah, Firon elaan kar raha hai aur jadoogar keh rahe hain ke hum we will not prefer you on the science that we have received from</w:t>
      </w:r>
      <w:r>
        <w:br/>
      </w:r>
      <w:r>
        <w:rPr>
          <w:sz w:val="20"/>
        </w:rPr>
        <w:t>47:12  God . to bohat hi jurrat ki baat hai aur unhone kaha tha ke fa qzi ma taqzi jo dil chahe tum kar lo, jo tum se ho sake woh kar lo.</w:t>
      </w:r>
      <w:r>
        <w:br/>
      </w:r>
      <w:r>
        <w:rPr>
          <w:sz w:val="20"/>
        </w:rPr>
        <w:t>47:22  in ma taqzi al-hayat al-dunya tum is dunya mein to kar sakte ho, yaani tumhari pahunch akhirat tak thodi hai. to tum jo chahe kar lo.</w:t>
      </w:r>
      <w:r>
        <w:br/>
      </w:r>
      <w:r>
        <w:rPr>
          <w:sz w:val="20"/>
        </w:rPr>
        <w:t>47:31  aur bohat hi, yaani, ah, humtaur jurrat aur bada hi exemplary, ah, muamla jadoogaron ne kiya.</w:t>
      </w:r>
      <w:r>
        <w:br/>
      </w:r>
      <w:r>
        <w:rPr>
          <w:sz w:val="20"/>
        </w:rPr>
        <w:t>47:40  bohat hi, yaani, ek, ah, aisi misaal nahi shayad tareekh mein koi milti ho. doctor sahib, isko keh sakte hain ke yeh eureka movement tha unke liye ?</w:t>
      </w:r>
      <w:r>
        <w:br/>
      </w:r>
      <w:r>
        <w:rPr>
          <w:sz w:val="20"/>
        </w:rPr>
        <w:t>47:50  yakeenan. ah, Rasool Allah sallallahu alaihi wasallam ne jab, ah, dawat-i-khatوط bheje the to usmein se ek khat Qaisar ke paas bheja tha.</w:t>
      </w:r>
      <w:r>
        <w:br/>
      </w:r>
      <w:r>
        <w:rPr>
          <w:sz w:val="20"/>
        </w:rPr>
        <w:t>48:00  ji, to phir Abu Sufyan ko bula kar usne poochha tha. to usmein se ek sawal yeh tha ke koi aisi bhi insaan hai jo imaan laane ke baad us se phir gaya ho ?</w:t>
      </w:r>
      <w:r>
        <w:br/>
      </w:r>
      <w:r>
        <w:rPr>
          <w:sz w:val="20"/>
        </w:rPr>
        <w:t>48:09  to</w:t>
      </w:r>
      <w:r>
        <w:br/>
      </w:r>
      <w:r>
        <w:rPr>
          <w:sz w:val="20"/>
        </w:rPr>
        <w:t>48:10  usne kaha nahi. to uska reason usne bataya tha ke yahi imaan hota hai. jab dil mein bas jaye to usko koi us se hata nahi sakta hai. sahi, sahi. is namaz ke mauqe par jab ke dhamki di ja rahi thi, uski zindagi ka koi yeh nahi tha. is mauqe par jo jawab diya jadoogar ne, ji, woh kya tha? usko aap batayein.</w:t>
      </w:r>
      <w:r>
        <w:br/>
      </w:r>
      <w:r>
        <w:rPr>
          <w:sz w:val="20"/>
        </w:rPr>
        <w:t>48:27  haan, jadoogaron ne, jadoogar, jadoogaron ko koi represent kar raha hoga, ghaleban koi senior jadoogar unka leader hoga, woh yeh baatein kar raha hoga</w:t>
      </w:r>
      <w:r>
        <w:br/>
      </w:r>
      <w:r>
        <w:rPr>
          <w:sz w:val="20"/>
        </w:rPr>
        <w:t>48:38  ga. to usne ek bada achhi taqreer ki Firon ko aur Firon ke logon ko address kiya. kaha ke, ah, hum Allah se dua karte hain ke Allah hamare gunahon ko maaf kare aur jo jadoo tum ne hamein, jis jadoo ko karne pe tum ne hamein majboor kiya, usko maaf kare.</w:t>
      </w:r>
      <w:r>
        <w:br/>
      </w:r>
      <w:r>
        <w:rPr>
          <w:sz w:val="20"/>
        </w:rPr>
        <w:t>49:01  aur phir kaha ke Allah hi behtar hai aur baqi rehne wala hai. wallahu khairun wa abqa aur kaha ke beshak jo shakhs mujrim bankar aaya aur,</w:t>
      </w:r>
      <w:r>
        <w:br/>
      </w:r>
      <w:r>
        <w:rPr>
          <w:sz w:val="20"/>
        </w:rPr>
        <w:t>49:14  ah, to uske liye jahannum hai, woh na ismein marega na woh ismein jiye ga. aur jo shakhs apne Rab ke paas momin bankar aayega aur usne naik amal kiya, uske liye jannat ke aala, oonche darje hain, ismein hamesha rahega.</w:t>
      </w:r>
    </w:p>
    <w:p>
      <w:pPr>
        <w:pStyle w:val="Heading2"/>
      </w:pPr>
      <w:r>
        <w:t>Parallel between Prophet Muhammad and Moses before Pharaoh</w:t>
      </w:r>
    </w:p>
    <w:p>
      <w:r>
        <w:rPr>
          <w:color w:val="666666"/>
          <w:sz w:val="18"/>
        </w:rPr>
        <w:t>Reflections on Surah Al-Muzzammil May 19, 2024 · 1m 58s · at 37:46 · https://youtu.be/4pduG4qDeDM?t=2266</w:t>
      </w:r>
    </w:p>
    <w:p>
      <w:r>
        <w:rPr>
          <w:i/>
        </w:rPr>
        <w:t>“We sent you a messenger just as We sent Moses”</w:t>
      </w:r>
    </w:p>
    <w:p>
      <w:r>
        <w:rPr>
          <w:sz w:val="20"/>
        </w:rPr>
        <w:t>37:46  ye. and this source is: "in arsalna ilaikum rasula shah da alaikum kama arsalna ila fir'aun rasula.</w:t>
      </w:r>
      <w:r>
        <w:br/>
      </w:r>
      <w:r>
        <w:rPr>
          <w:sz w:val="20"/>
        </w:rPr>
        <w:t>37:54  we have sent you a messenger who is not unlike you. shah da alaikum as we sent a messenger to pharaoh before you.</w:t>
      </w:r>
      <w:r>
        <w:br/>
      </w:r>
      <w:r>
        <w:rPr>
          <w:sz w:val="20"/>
        </w:rPr>
        <w:t>38:05  " ji, ah it means that, ah ah this source is referring to mousa alaihissalam, ah because, ah mousa was sent to pharaoh and his people: "in arsalna ilaikum rasula shah da alaikum kama arsalna ila fir'aun rasula.</w:t>
      </w:r>
      <w:r>
        <w:br/>
      </w:r>
      <w:r>
        <w:rPr>
          <w:sz w:val="20"/>
        </w:rPr>
        <w:t>38:29  " and the messenger, ah he has come, yani prophet has come to you. it has been said to the people of makkah that a messenger has come to you to be witness upon you.</w:t>
      </w:r>
      <w:r>
        <w:br/>
      </w:r>
      <w:r>
        <w:rPr>
          <w:sz w:val="20"/>
        </w:rPr>
        <w:t>38:44  what does that mean? be witness means on the day of judgment, the prophet, prophets will be witness against their people who have not believed in them.</w:t>
      </w:r>
      <w:r>
        <w:br/>
      </w:r>
      <w:r>
        <w:rPr>
          <w:sz w:val="20"/>
        </w:rPr>
        <w:t>38:56  the</w:t>
      </w:r>
      <w:r>
        <w:br/>
      </w:r>
      <w:r>
        <w:rPr>
          <w:sz w:val="20"/>
        </w:rPr>
        <w:t>38:57  to you, we have conveyed this message, and on the basis of that, ah their faith will be decided by god.</w:t>
      </w:r>
      <w:r>
        <w:br/>
      </w:r>
      <w:r>
        <w:rPr>
          <w:sz w:val="20"/>
        </w:rPr>
        <w:t>39:06  so it was like allah ki adalat mein faisla hoga. ji, so this is a very important verse.</w:t>
      </w:r>
      <w:r>
        <w:br/>
      </w:r>
      <w:r>
        <w:rPr>
          <w:sz w:val="20"/>
        </w:rPr>
        <w:t>39:15  and kama arsalna ila fir'aun rasula means that just as we have sent the same messenger, prophet muhammad sallallahu alaihi wasallam, to you, we have sent a messenger, mousa alaihissalam, to pharaoh.</w:t>
      </w:r>
      <w:r>
        <w:br/>
      </w:r>
      <w:r>
        <w:rPr>
          <w:sz w:val="20"/>
        </w:rPr>
        <w:t>39:29  and similarly, and there is a similarity between, between, ah prophet and mousa, because mousa was disbelieved by the pharaoh and his people.</w:t>
      </w:r>
    </w:p>
    <w:p>
      <w:pPr>
        <w:pStyle w:val="Heading2"/>
      </w:pPr>
      <w:r>
        <w:t>Pharaoh's wife's dua for a house in Paradise</w:t>
      </w:r>
    </w:p>
    <w:p>
      <w:r>
        <w:rPr>
          <w:color w:val="666666"/>
          <w:sz w:val="18"/>
        </w:rPr>
        <w:t>Powerful Life-Changing Quranic Duas with Explanation (English) October 27, 2024 · 31s · at 26:02 · https://youtu.be/4cYteSjPIKw?t=1562</w:t>
      </w:r>
    </w:p>
    <w:p>
      <w:r>
        <w:rPr>
          <w:i/>
        </w:rPr>
        <w:t>“Lord, build me a house near You in Paradise.”</w:t>
      </w:r>
    </w:p>
    <w:p>
      <w:r>
        <w:rPr>
          <w:sz w:val="20"/>
        </w:rPr>
        <w:t>26:02  so this is very important that we should pray for guidance . and this is the hadith, the the the dua of the wife of firo, \</w:t>
      </w:r>
      <w:r>
        <w:br/>
      </w:r>
      <w:r>
        <w:rPr>
          <w:sz w:val="20"/>
        </w:rPr>
        <w:t>26:16  quainasiya, wichaz amazing dua, beautiful dua</w:t>
      </w:r>
      <w:r>
        <w:br/>
      </w:r>
      <w:r>
        <w:rPr>
          <w:sz w:val="20"/>
        </w:rPr>
        <w:t>26:20  a. "rabbana la tuzigh qulubana ba'da id hadaytana wa hab lana min ladunka rahmatan innaka antal wahhab." my lord, build me a house near you in paradise.</w:t>
      </w:r>
    </w:p>
    <w:p>
      <w:pPr>
        <w:pStyle w:val="Heading2"/>
      </w:pPr>
      <w:r>
        <w:t>Pharaoh's magicians praying for patience</w:t>
      </w:r>
    </w:p>
    <w:p>
      <w:r>
        <w:rPr>
          <w:color w:val="666666"/>
          <w:sz w:val="18"/>
        </w:rPr>
        <w:t>Powerful Life-Changing Quranic Duas with Explanation (English) October 27, 2024 · 1m 17s · at 21:22 · https://youtu.be/4cYteSjPIKw?t=1282</w:t>
      </w:r>
    </w:p>
    <w:p>
      <w:r>
        <w:rPr>
          <w:i/>
        </w:rPr>
        <w:t>“This prayer is the prayer of the magicians during Musa's time.”</w:t>
      </w:r>
    </w:p>
    <w:p>
      <w:r>
        <w:rPr>
          <w:sz w:val="20"/>
        </w:rPr>
        <w:t>21:22  and this prayer is the prayer of magicians during moses time, moses alaihis salam . "rab na afra' alaina sabran wa tawaffana muslimeen.</w:t>
      </w:r>
      <w:r>
        <w:br/>
      </w:r>
      <w:r>
        <w:rPr>
          <w:sz w:val="20"/>
        </w:rPr>
        <w:t>21:34  "aur lord, pour patience upon us, pour patience upon us, and cause us to die in the state of submission to you.</w:t>
      </w:r>
      <w:r>
        <w:br/>
      </w:r>
      <w:r>
        <w:rPr>
          <w:sz w:val="20"/>
        </w:rPr>
        <w:t>21:50  When Pharaoh threatened them, the magicians, with severe punishment, they said, "Whatever you can do, do it." And then they prayed, "Our Lord, pour patience upon us, pour patience upon us, and let us die as followers, as believers."</w:t>
      </w:r>
      <w:r>
        <w:br/>
      </w:r>
      <w:r>
        <w:rPr>
          <w:sz w:val="20"/>
        </w:rPr>
        <w:t>22:14  as those who acknowledge the truth</w:t>
      </w:r>
      <w:r>
        <w:br/>
      </w:r>
      <w:r>
        <w:rPr>
          <w:sz w:val="20"/>
        </w:rPr>
        <w:t>22:19  . "they were able to do that because the message they received from Moses alaihis salam was so great and so powerful that they could demonstrate such patience in front of the tyrant king</w:t>
      </w:r>
    </w:p>
    <w:p>
      <w:pPr>
        <w:pStyle w:val="Heading2"/>
      </w:pPr>
      <w:r>
        <w:t>Najran priests and Pharaoh's magicians recognizing the truth</w:t>
      </w:r>
    </w:p>
    <w:p>
      <w:r>
        <w:rPr>
          <w:color w:val="666666"/>
          <w:sz w:val="18"/>
        </w:rPr>
        <w:t>Powerful Life-Changing Quranic Duas with Explanation (English) October 27, 2024 · 3m 24s · at 19:15 · https://youtu.be/4cYteSjPIKw?t=1155</w:t>
      </w:r>
    </w:p>
    <w:p>
      <w:r>
        <w:rPr>
          <w:i/>
        </w:rPr>
        <w:t>“There's a prayer of the Christian priests who came from a city called Najran.”</w:t>
      </w:r>
    </w:p>
    <w:p>
      <w:r>
        <w:rPr>
          <w:sz w:val="20"/>
        </w:rPr>
        <w:t>19:15  and they are prior of the Christian precepts who come from a Scandinavian journey.</w:t>
      </w:r>
      <w:r>
        <w:br/>
      </w:r>
      <w:r>
        <w:rPr>
          <w:sz w:val="20"/>
        </w:rPr>
        <w:t>19:29  Najran is in the south of Saudi Arabia. And at that time, some Christians were living there, and their language was also Arabic. So the prophet, in the prophet's time, a group of</w:t>
      </w:r>
      <w:r>
        <w:br/>
      </w:r>
      <w:r>
        <w:rPr>
          <w:sz w:val="20"/>
        </w:rPr>
        <w:t>19:51  Christian priests visited Medina and met the Prophet (SAW). The Prophet explained Islam to them and recited the Quran.</w:t>
      </w:r>
      <w:r>
        <w:br/>
      </w:r>
      <w:r>
        <w:rPr>
          <w:sz w:val="20"/>
        </w:rPr>
        <w:t>20:03  .they immediately understood, and at their surprise, they started praying to Allah. And the Quran mentions them in a very amazing way.</w:t>
      </w:r>
      <w:r>
        <w:br/>
      </w:r>
      <w:r>
        <w:rPr>
          <w:sz w:val="20"/>
        </w:rPr>
        <w:t>20:19  waiz asma'u ma unzila ila ar-rasool</w:t>
      </w:r>
      <w:r>
        <w:br/>
      </w:r>
      <w:r>
        <w:rPr>
          <w:sz w:val="20"/>
        </w:rPr>
        <w:t>20:27  , tara a'yunuhum tafeedu min ad-dammi mimma 'arafoo min al-haqq."</w:t>
      </w:r>
      <w:r>
        <w:br/>
      </w:r>
      <w:r>
        <w:rPr>
          <w:sz w:val="20"/>
        </w:rPr>
        <w:t>20:34  wende lesan,</w:t>
      </w:r>
      <w:r>
        <w:br/>
      </w:r>
      <w:r>
        <w:rPr>
          <w:sz w:val="20"/>
        </w:rPr>
        <w:t>20:41  the as the was as his come right and at beginning of just session, para number session. "waiz asma'u, wa hende lesan to what is been send down to them is najar, yosi there is overflowing with tears</w:t>
      </w:r>
      <w:r>
        <w:br/>
      </w:r>
      <w:r>
        <w:rPr>
          <w:sz w:val="20"/>
        </w:rPr>
        <w:t>21:04  because of the truth they recognize. "so this kind of experience, this kind of prayer arises from deep realization, from deep marifa.</w:t>
      </w:r>
      <w:r>
        <w:br/>
      </w:r>
      <w:r>
        <w:rPr>
          <w:sz w:val="20"/>
        </w:rPr>
        <w:t>21:22  and this prayer is the prayer of magicians during moses time, moses alaihis salam . "rab na afra' alaina sabran wa tawaffana muslimeen.</w:t>
      </w:r>
      <w:r>
        <w:br/>
      </w:r>
      <w:r>
        <w:rPr>
          <w:sz w:val="20"/>
        </w:rPr>
        <w:t>21:34  "aur lord, pour patience upon us, pour patience upon us, and cause us to die in the state of submission to you.</w:t>
      </w:r>
      <w:r>
        <w:br/>
      </w:r>
      <w:r>
        <w:rPr>
          <w:sz w:val="20"/>
        </w:rPr>
        <w:t>21:50  When Pharaoh threatened them, the magicians, with severe punishment, they said, "Whatever you can do, do it." And then they prayed, "Our Lord, pour patience upon us, pour patience upon us, and let us die as followers, as believers."</w:t>
      </w:r>
      <w:r>
        <w:br/>
      </w:r>
      <w:r>
        <w:rPr>
          <w:sz w:val="20"/>
        </w:rPr>
        <w:t>22:14  as those who acknowledge the truth</w:t>
      </w:r>
      <w:r>
        <w:br/>
      </w:r>
      <w:r>
        <w:rPr>
          <w:sz w:val="20"/>
        </w:rPr>
        <w:t>22:19  . "they were able to do that because the message they received from Moses alaihis salam was so great and so powerful that they could demonstrate such patience in front of the tyrant king</w:t>
      </w:r>
    </w:p>
    <w:p>
      <w:pPr>
        <w:pStyle w:val="Heading2"/>
      </w:pPr>
      <w:r>
        <w:t>Magicians convert instantly, Pharaoh threatens Moses's life</w:t>
      </w:r>
    </w:p>
    <w:p>
      <w:r>
        <w:rPr>
          <w:color w:val="666666"/>
          <w:sz w:val="18"/>
        </w:rPr>
        <w:t>Lessons from The Story of Prophet Moses Part 4, October 02, 2022 · 41s · at 1:11 · https://youtu.be/nYYuJ3xvA80?t=71</w:t>
      </w:r>
    </w:p>
    <w:p>
      <w:r>
        <w:rPr>
          <w:i/>
        </w:rPr>
        <w:t>“Jadugar Firaun ke darbar mein foran iman le aaye”</w:t>
      </w:r>
    </w:p>
    <w:p>
      <w:r>
        <w:rPr>
          <w:sz w:val="20"/>
        </w:rPr>
        <w:t>1:11  pichlay session mein hum ne kahani ko wahan chora tha jab aap ne bataya ke kis tarah jadoogaron ne jab apne aap ko haarte hue dekha firaun ke darbar mein, to woh jaan gaye ke yeh koi jadu ki baat nahi hai, yeh to prophethood ki baat hai.</w:t>
      </w:r>
      <w:r>
        <w:br/>
      </w:r>
      <w:r>
        <w:rPr>
          <w:sz w:val="20"/>
        </w:rPr>
        <w:t>1:27  aur woh foran prophet moosa pe imaan le kar aa gaye. jab firaun ne yeh dekha to woh bardasht nahi kar paya.</w:t>
      </w:r>
      <w:r>
        <w:br/>
      </w:r>
      <w:r>
        <w:rPr>
          <w:sz w:val="20"/>
        </w:rPr>
        <w:t>1:36  us ne jadoogaron ko marne ki to</w:t>
      </w:r>
      <w:r>
        <w:br/>
      </w:r>
      <w:r>
        <w:rPr>
          <w:sz w:val="20"/>
        </w:rPr>
        <w:t>1:39  dhamki di, saath mein yeh bhi irada kiya ke woh moosa alaihissalam ko bhi punish karenge. jab baat yahan tak pahunchi to wahin firaun ke darbar mein ek momin, ek believer tha, jab us ne yeh suna to woh bol utha.</w:t>
      </w:r>
    </w:p>
    <w:p>
      <w:pPr>
        <w:pStyle w:val="Heading2"/>
      </w:pPr>
      <w:r>
        <w:t>Pharaoh builds a tower to shoot Moses's God</w:t>
      </w:r>
    </w:p>
    <w:p>
      <w:r>
        <w:rPr>
          <w:color w:val="666666"/>
          <w:sz w:val="18"/>
        </w:rPr>
        <w:t>Lessons from The Story of Prophet Moses Part 4, October 02, 2022 · 2m 52s · at 8:37 · https://youtu.be/nYYuJ3xvA80?t=517</w:t>
      </w:r>
    </w:p>
    <w:p>
      <w:r>
        <w:rPr>
          <w:i/>
        </w:rPr>
        <w:t>“Firaun ne Haman ko kaha: mere liye bahut oncha tower banao”</w:t>
      </w:r>
    </w:p>
    <w:p>
      <w:r>
        <w:rPr>
          <w:sz w:val="20"/>
        </w:rPr>
        <w:t>8:37  to usne phir apne minister haman ko kaha ke tum ek bada sa ek burj ka ek tower banao, jisay charh kar main jaunga, upar dekhunga musa alaihissalam ke khuda ko, aur phir main uske baad address karunga.</w:t>
      </w:r>
      <w:r>
        <w:br/>
      </w:r>
      <w:r>
        <w:rPr>
          <w:sz w:val="20"/>
        </w:rPr>
        <w:t>8:53  to doctor sahib, uske bare mein bataiye, us qisse ke bare mein bataiye ke kya hua? haan, darasal jab firon ne dekha ke mahal ke log mutasir ho rahe hain</w:t>
      </w:r>
      <w:r>
        <w:br/>
      </w:r>
      <w:r>
        <w:rPr>
          <w:sz w:val="20"/>
        </w:rPr>
        <w:t>9:05  ji, jitni model aur jitni mu'assir taqreer ki thi unhone, bahut hi achhe arguments pesh kiye the raj ul momineen ne.</w:t>
      </w:r>
      <w:r>
        <w:br/>
      </w:r>
      <w:r>
        <w:rPr>
          <w:sz w:val="20"/>
        </w:rPr>
        <w:t>9:15  to wahan ka mahol badal gaya tha, log aapas mein guftagu karne lage the musa alaihissalam ke favour mein. to usne chaha ke logon ka mind divert kare, to ek shosha chha</w:t>
      </w:r>
      <w:r>
        <w:br/>
      </w:r>
      <w:r>
        <w:rPr>
          <w:sz w:val="20"/>
        </w:rPr>
        <w:t>9:30  moda usne. ek minister tha haman, jaisa abhi zikr kiya aap ne ji. to haman se kaha ke aye haman, tum ek bahut hi uncha tower banao mere liye,</w:t>
      </w:r>
      <w:r>
        <w:br/>
      </w:r>
      <w:r>
        <w:rPr>
          <w:sz w:val="20"/>
        </w:rPr>
        <w:t>9:45  main is par charhna chahta hoon aur main charh kar aasmanon ki taraf dekhna chahta hoon, badalon mein jhagna chahta hoon ji, aur main musa ke rab ko dekhna chahta hoon.</w:t>
      </w:r>
      <w:r>
        <w:br/>
      </w:r>
      <w:r>
        <w:rPr>
          <w:sz w:val="20"/>
        </w:rPr>
        <w:t>9:55  main to samajhta hoon ke woh jhoot bol raha hai. quran mein aata hai: " inni la a'zunnuhu kadhiba" ke main to samajhta hoon ke yeh jhooti baat hai jo yeh shakhs keh raha hai.</w:t>
      </w:r>
      <w:r>
        <w:br/>
      </w:r>
      <w:r>
        <w:rPr>
          <w:sz w:val="20"/>
        </w:rPr>
        <w:t>10:07  to is tarah ka woh ajibo gharib soch tha uska. to haman ne ek bahut hi bada tower banaya,</w:t>
      </w:r>
      <w:r>
        <w:br/>
      </w:r>
      <w:r>
        <w:rPr>
          <w:sz w:val="20"/>
        </w:rPr>
        <w:t>10:15  us zamane ke lehaz se woh highest building rahi hogi. to is mein usne aise banaya tha ke ghore se bhi ja sakta tha, kuch is tarike se banaya tha usne.</w:t>
      </w:r>
      <w:r>
        <w:br/>
      </w:r>
      <w:r>
        <w:rPr>
          <w:sz w:val="20"/>
        </w:rPr>
        <w:t>10:27  to jab banke tayyar ho gaya to firon ghore se gaya upar bilkul top pe, aur wahan ja kar ek teer kaman, kitabon mein aata hai ke ek teer kaman aasman ki taraf phenka,</w:t>
      </w:r>
      <w:r>
        <w:br/>
      </w:r>
      <w:r>
        <w:rPr>
          <w:sz w:val="20"/>
        </w:rPr>
        <w:t>10:43  teer phenka hai ji.</w:t>
      </w:r>
      <w:r>
        <w:br/>
      </w:r>
      <w:r>
        <w:rPr>
          <w:sz w:val="20"/>
        </w:rPr>
        <w:t>10:45  to ab pata nahi uski trick thi yeh ya waqe'atan aisa hua. to woh woh jo teer tha wapas aaya to us mein kuch blood laga hua tha ji, ghaleban tragedy hi hogi.</w:t>
      </w:r>
      <w:r>
        <w:br/>
      </w:r>
      <w:r>
        <w:rPr>
          <w:sz w:val="20"/>
        </w:rPr>
        <w:t>10:57  to phir usne kaha ke dekho, maine Moosa ke Rab ko maar diya. Yaani itna ghair zimmedaar, itna ghair sanjeeda insaan, is is waqeye se pata chalta hai ke kis qadar woh yaani sanjeedgi iske andar zara bar</w:t>
      </w:r>
      <w:r>
        <w:br/>
      </w:r>
      <w:r>
        <w:rPr>
          <w:sz w:val="20"/>
        </w:rPr>
        <w:t>11:13  barh nahi thi ji. To bilkul aap ne sahi kaha doctor sahib, ek tareeqe se unhone koshish ki ke Moosa alehالسلام ka jo itna ek series top tak tha aakhirat ko le ke, isko travelize kar dein taake log samjhein ke yeh koi itna serious matter nahi hai.</w:t>
      </w:r>
    </w:p>
    <w:p>
      <w:pPr>
        <w:pStyle w:val="Heading2"/>
      </w:pPr>
      <w:r>
        <w:t>Pharaoh's wife Asiya persecuted for her hidden faith</w:t>
      </w:r>
    </w:p>
    <w:p>
      <w:r>
        <w:rPr>
          <w:color w:val="666666"/>
          <w:sz w:val="18"/>
        </w:rPr>
        <w:t>Lessons from The Story of Prophet Moses Part 4, October 02, 2022 · 1m 18s · at 13:45 · https://youtu.be/nYYuJ3xvA80?t=825</w:t>
      </w:r>
    </w:p>
    <w:p>
      <w:r>
        <w:rPr>
          <w:i/>
        </w:rPr>
        <w:t>“Malika Asiya ne hi Musa ko Darya-e-Neel se nikala tha”</w:t>
      </w:r>
    </w:p>
    <w:p>
      <w:r>
        <w:rPr>
          <w:sz w:val="20"/>
        </w:rPr>
        <w:t>13:45  To baad mein jab Firon ko pata chala ke malika Asiya bhi Moosa alehالسلام ke upar iman le aayin hain to sakhtiyan karni shuru keen, tarah tarah se satana shuru kiya, tang karna shuru kiya.</w:t>
      </w:r>
      <w:r>
        <w:br/>
      </w:r>
      <w:r>
        <w:rPr>
          <w:sz w:val="20"/>
        </w:rPr>
        <w:t>14:02  Kitabon mein aata hai ke ek baar tapte dhoop mein khada kar diya, bohat sakht dhoop mein ke Asiya yahin khadi raho.</w:t>
      </w:r>
      <w:r>
        <w:br/>
      </w:r>
      <w:r>
        <w:rPr>
          <w:sz w:val="20"/>
        </w:rPr>
        <w:t>14:12  To Allah Ta'ala ne farishton ko bheja aur unhone apne par se dhanp liya mashallah. Aur Allah Ta'ala ne farishton se kaha ke inko ghayeb ka parda hata ke jannat dikha do ji.</w:t>
      </w:r>
      <w:r>
        <w:br/>
      </w:r>
      <w:r>
        <w:rPr>
          <w:sz w:val="20"/>
        </w:rPr>
        <w:t>14:26  To unke munh se yeh dua nikli: "Rab ibni li indaka baitan fil jannah" ke ae mere Rab, apne paros mein ek ghar bana de mashallah mere liye ji.</w:t>
      </w:r>
      <w:r>
        <w:br/>
      </w:r>
      <w:r>
        <w:rPr>
          <w:sz w:val="20"/>
        </w:rPr>
        <w:t>14:39  Yeh bohat cretive dua hai,</w:t>
      </w:r>
      <w:r>
        <w:br/>
      </w:r>
      <w:r>
        <w:rPr>
          <w:sz w:val="20"/>
        </w:rPr>
        <w:t>14:41  bohat hi bohat hi. Aam taur se log kehte hain ke jannat jannat mangte hain, unhone to paros manga ji.</w:t>
      </w:r>
      <w:r>
        <w:br/>
      </w:r>
      <w:r>
        <w:rPr>
          <w:sz w:val="20"/>
        </w:rPr>
        <w:t>14:49  Yeh woh Allah se behtar kaun parosi ho sakta hai ji? Yaqeenan kaha apne paros mein ek ek ghar bana de mere liye. To Allah Ta'ala ne farishton se kaha ke ghayeb ka parda hata do aur unko woh ghar bhi dikha do.</w:t>
      </w:r>
      <w:r>
        <w:br/>
      </w:r>
      <w:r>
        <w:rPr>
          <w:sz w:val="20"/>
        </w:rPr>
        <w:t>15:02  To woh ghar bhi dikha diya.</w:t>
      </w:r>
    </w:p>
    <w:p>
      <w:pPr>
        <w:pStyle w:val="Heading2"/>
      </w:pPr>
      <w:r>
        <w:t>Trapped between Pharaoh's army and the sea, sea splits</w:t>
      </w:r>
    </w:p>
    <w:p>
      <w:r>
        <w:rPr>
          <w:color w:val="666666"/>
          <w:sz w:val="18"/>
        </w:rPr>
        <w:t>Lessons from The Story of Prophet Moses Part 4, October 02, 2022 · 5m 14s · at 52:26 · https://youtu.be/nYYuJ3xvA80?t=3146</w:t>
      </w:r>
    </w:p>
    <w:p>
      <w:r>
        <w:rPr>
          <w:i/>
        </w:rPr>
        <w:t>“Solah lakh aur chhe lakh, yeh koi match hi nahin”</w:t>
      </w:r>
    </w:p>
    <w:p>
      <w:r>
        <w:rPr>
          <w:sz w:val="20"/>
        </w:rPr>
        <w:t>52:26  ji bilkul. to phir kya hua uske baad? uske bare mein batayen. haan, to jab lashkar jab qafila Bani Israel ka aage badha aur taqreeban samandar ke qareeb pahunch gaya Red Sea ke qareeb to kisi ne dekha ke ek bahethe hi bada ghubar, ek cloud dust ka peeche se ek dust ka cloud peeche se aa raha hai ji. kisi ne dekha apne</w:t>
      </w:r>
      <w:r>
        <w:br/>
      </w:r>
      <w:r>
        <w:rPr>
          <w:sz w:val="20"/>
        </w:rPr>
        <w:t>52:56  peeche ji ji ji to woh foran samajh gaye ke yeh zaroor Firon ki army hai jo hamari taraf badh rahi hai. to jo poora qafila tha usmein dahshat phail gayi aur tezi se woh cloud unki taraf badh raha tha aur kuch der ke baad kuch log bhi nazar aane lage ji to un sab ne pehchan liya ke yeh to Firon ke log hi hamari taraf aa rahe hain.</w:t>
      </w:r>
      <w:r>
        <w:br/>
      </w:r>
      <w:r>
        <w:rPr>
          <w:sz w:val="20"/>
        </w:rPr>
        <w:t>53:21  to unhone kaha ke "there is no escape, we are trapped"</w:t>
      </w:r>
      <w:r>
        <w:br/>
      </w:r>
      <w:r>
        <w:rPr>
          <w:sz w:val="20"/>
        </w:rPr>
        <w:t>53:26  ji. to woh phir lashkar aur qareeb aata raha to unko laga ke ab to hum, humein yeh jo bhayanak fauj hai yeh humein khatam hi kar degi ji.</w:t>
      </w:r>
      <w:r>
        <w:br/>
      </w:r>
      <w:r>
        <w:rPr>
          <w:sz w:val="20"/>
        </w:rPr>
        <w:t>53:39  to bahut hi khauf aur bahut khauf zada ho gaye, bahut dar gaye. haan, agar visualize karen Doctor sahib to waqai phir yeh ke aage wahan pahunchte pahunchte aage samandar hai aur peeche 16 lakh ki jo army hai jo unko maarne ke liye aa rahi hai</w:t>
      </w:r>
      <w:r>
        <w:br/>
      </w:r>
      <w:r>
        <w:rPr>
          <w:sz w:val="20"/>
        </w:rPr>
        <w:t>53:54  to "deiraz absolutely no escape" zehn mein to yeh sawal uthe ga ji. in fact bible mein yeh bhi aata hai ke logon ne musa (a.s.) ko kaha ke kya egypt mein kya qabar kam thi jo yahan pe humein le kar aa gaye marne ke liye bilkul.</w:t>
      </w:r>
      <w:r>
        <w:br/>
      </w:r>
      <w:r>
        <w:rPr>
          <w:sz w:val="20"/>
        </w:rPr>
        <w:t>54:09  to is is tareeqe se itne zyada khauf zada the, itna dare hue the ke na aage ja sakte hain na peeche hat sakte hain bilkul. to doctor sahib phir kya hua uske bare mein bataein.</w:t>
      </w:r>
      <w:r>
        <w:br/>
      </w:r>
      <w:r>
        <w:rPr>
          <w:sz w:val="20"/>
        </w:rPr>
        <w:t>54:21  to jaisa aap ne bataya abhi musa (a.s.) se ladne lage bani israil ke log, accuse karne lage ke tum humein yahan marne ke liye laye ho, phans gaye, qabrein kam thin kya wahan par ji? to yahan le aaye to tarah tarah se aur bole ke "inal madrakun</w:t>
      </w:r>
      <w:r>
        <w:br/>
      </w:r>
      <w:r>
        <w:rPr>
          <w:sz w:val="20"/>
        </w:rPr>
        <w:t>54:36  " yaani hum pakde gaye ji, ab hum bach nahi sakte. to is tareeqe se woh sab بحث karne lage children of israel musa (a.s.) se.</w:t>
      </w:r>
      <w:r>
        <w:br/>
      </w:r>
      <w:r>
        <w:rPr>
          <w:sz w:val="20"/>
        </w:rPr>
        <w:t>54:46  to musa (a.s.) ko bara itminan tha aur bare itminan se unhone kaha ke "kalla no way, humm, inna ma'iya rabbi sayadeen" ke mere sath allah hai, woh humein guide kare ga,</w:t>
      </w:r>
      <w:r>
        <w:br/>
      </w:r>
      <w:r>
        <w:rPr>
          <w:sz w:val="20"/>
        </w:rPr>
        <w:t>55:00  "no way, no by no man" allah hamare sath</w:t>
      </w:r>
      <w:r>
        <w:br/>
      </w:r>
      <w:r>
        <w:rPr>
          <w:sz w:val="20"/>
        </w:rPr>
        <w:t>55:04  hai, woh humein guide kare ga. aur quran mein aaya tha, pehle maine zikr kiya ke quran mein aaya tha "latakhf daraka wala takhsha" allah taala ne yeh wahi ki thi pehle ke woh log jo peeche se aayenge us se mat daro, jo peecha karenge aur na kisi aur cheez se daro. to yaani mukammal bharosa tha musa (a.s.) ko lekin bani israil chuki aisi aisi kiifiyat paida ho gayi thi ke aage samandar hai aur peeche fauj hai to woh bohat hi dar gaye the, bohat hi ghabra gaye the,</w:t>
      </w:r>
      <w:r>
        <w:br/>
      </w:r>
      <w:r>
        <w:rPr>
          <w:sz w:val="20"/>
        </w:rPr>
        <w:t>55:33  ji. aur doctor sahib phir hum jaisa ke jante hain ke quran mein aaya hai ke ek unthinkable cheez hui jake "the stretched of the sea was turned asunder" ji aur do bari bari massive pani ki deewarein khadi ho gayin ji aur jo sea hai woh split kar gaya.</w:t>
      </w:r>
      <w:r>
        <w:br/>
      </w:r>
      <w:r>
        <w:rPr>
          <w:sz w:val="20"/>
        </w:rPr>
        <w:t>55:51  to is manzar ke bare mein bataein hum sab ko. to jab aur qareeb</w:t>
      </w:r>
      <w:r>
        <w:br/>
      </w:r>
      <w:r>
        <w:rPr>
          <w:sz w:val="20"/>
        </w:rPr>
        <w:t>55:58  aane lage ji aur yeh log bilkul pahunch gaye bani israil aur musa (a.s.) bilkul samandar ke kinare pahunch gaye to us waqt army bhi bohat qareeb aane lagi thi.</w:t>
      </w:r>
      <w:r>
        <w:br/>
      </w:r>
      <w:r>
        <w:rPr>
          <w:sz w:val="20"/>
        </w:rPr>
        <w:t>56:12  to bohat hi nazuk lamha tha, woh bohat hi nazuk lamha tha. to us waqt musa (a.s.) ko allah taala ne wahi ki ke "fa awhaina ila musa an idrib asak al-bahr" ke samandar ke upar apni lathi ko maro ji. to</w:t>
      </w:r>
      <w:r>
        <w:br/>
      </w:r>
      <w:r>
        <w:rPr>
          <w:sz w:val="20"/>
        </w:rPr>
        <w:t>56:27  musa (a.s.) gaye qareeb samandar ke paas aur unhone apni lathi zor se mari pani ke upar to bara hi ek unusual cheez hui yaani jo samandar ki lehrein beh rahi thin woh beech mein se hatne lagin aur bohat hi bara rasta khul gaya.</w:t>
      </w:r>
      <w:r>
        <w:br/>
      </w:r>
      <w:r>
        <w:rPr>
          <w:sz w:val="20"/>
        </w:rPr>
        <w:t>56:42  aur idhar ek do bari bari ek tareeqe se chattanें bohat hi bari ek mountain ki tarah se khadi ho gayin ji yaani woh jo lehrein thin woh ek chattan ban gayin idhar aur idhar aur bohat hi waseeh rasta</w:t>
      </w:r>
      <w:r>
        <w:br/>
      </w:r>
      <w:r>
        <w:rPr>
          <w:sz w:val="20"/>
        </w:rPr>
        <w:t>56:56  khul gaya ji. to yeh kya zabardast scene raha hoga ji ke ajeebo ghareeb scene raha hoga yeh ji. to jo jo lehrein thin woh bilkul split ho gayin aur beech mein rasta khul gaya.</w:t>
      </w:r>
      <w:r>
        <w:br/>
      </w:r>
      <w:r>
        <w:rPr>
          <w:sz w:val="20"/>
        </w:rPr>
        <w:t>57:13  ek bara hi ajeeb scene raha hoga aur to yeh allah taala ki khaas madad thi ke ek safe rasta bana diya.</w:t>
      </w:r>
      <w:r>
        <w:br/>
      </w:r>
      <w:r>
        <w:rPr>
          <w:sz w:val="20"/>
        </w:rPr>
        <w:t>57:22  to musa (a.s.) badhe sab se pehle aur is raste pe qadam rakha aur saare jo bani israil ke log the us mein dakhil ho ke jaane lage ji aur allah taala se shukr ada kiya musa (a.s.) ne aur bani israil ne ke is nazuk mauqe pe allah taala ne is moajze ke tehat inko b</w:t>
      </w:r>
    </w:p>
    <w:p>
      <w:pPr>
        <w:pStyle w:val="Heading2"/>
      </w:pPr>
      <w:r>
        <w:t>Pharaoh drowns, his deathbed confession is rejected</w:t>
      </w:r>
    </w:p>
    <w:p>
      <w:r>
        <w:rPr>
          <w:color w:val="666666"/>
          <w:sz w:val="18"/>
        </w:rPr>
        <w:t>Lessons from The Story of Prophet Moses Part 4, October 02, 2022 · 5m 22s · at 58:39 · https://youtu.be/nYYuJ3xvA80?t=3519</w:t>
      </w:r>
    </w:p>
    <w:p>
      <w:r>
        <w:rPr>
          <w:i/>
        </w:rPr>
        <w:t>“Jab Firaun doobne laga to use apni ghalti samajh aayi”</w:t>
      </w:r>
    </w:p>
    <w:p>
      <w:r>
        <w:rPr>
          <w:sz w:val="20"/>
        </w:rPr>
        <w:t>58:39  saare bani israil ke log is raste mein dakhil ho gaye the samandar ke andar to us waqt firon aur uski army pahunchi wahan.</w:t>
      </w:r>
      <w:r>
        <w:br/>
      </w:r>
      <w:r>
        <w:rPr>
          <w:sz w:val="20"/>
        </w:rPr>
        <w:t>58:50  to firon ne jab dekha yeh manzar to woh ghabra gaya aur dil mein khauf taari ho gaya</w:t>
      </w:r>
      <w:r>
        <w:br/>
      </w:r>
      <w:r>
        <w:rPr>
          <w:sz w:val="20"/>
        </w:rPr>
        <w:t>58:57  lekin woh apni qaum ke samne haar nahi maan sakta tha ke jiski uske jo log the jo army thi uske samne woh yeh nahi chahta tha ke log sochein ke main haar gaya ji. to usne ek hukum diya army ko ke hum bhi is ko enter is raste mein enter karenge aur pursue karenge bani israil ko.</w:t>
      </w:r>
      <w:r>
        <w:br/>
      </w:r>
      <w:r>
        <w:rPr>
          <w:sz w:val="20"/>
        </w:rPr>
        <w:t>59:25  to firon bhi dakhil ho gaya is mein ji aur sari army ek ek kar ke is mein enter karne lagi. to yeh yaani bohat hi ajeeb sa manzar raha hoga ke woh rasta jo allah taala ne moajze ke tehat banaya tha</w:t>
      </w:r>
      <w:r>
        <w:br/>
      </w:r>
      <w:r>
        <w:rPr>
          <w:sz w:val="20"/>
        </w:rPr>
        <w:t>59:44  firon ko usko dekh ke jaise aap ne kaha darna chahiye tha aur ek khauf paida hota lekin usne yeh yeh kiya ke woh bhi usi raste ko istemal kare.</w:t>
      </w:r>
      <w:r>
        <w:br/>
      </w:r>
      <w:r>
        <w:rPr>
          <w:sz w:val="20"/>
        </w:rPr>
        <w:t>59:59  to kitabon mein aata hai ke jab bani israil paar kar gaye aakhri bani israil ka shakhs jab nikla samandar se</w:t>
      </w:r>
      <w:r>
        <w:br/>
      </w:r>
      <w:r>
        <w:rPr>
          <w:sz w:val="20"/>
        </w:rPr>
        <w:t>1:00:10  jeeto idhar aakhri shakhs dakhil ho raha tha far'oun ka ji yani far'oun ki poori army jab darya samandar mein aa gayi jeepoori army to woh log poore bahar nikal chuke thay</w:t>
      </w:r>
      <w:r>
        <w:br/>
      </w:r>
      <w:r>
        <w:rPr>
          <w:sz w:val="20"/>
        </w:rPr>
        <w:t>1:00:24  ji to us waqt taqreeban beechon beech yeh far'oun ji ji pohnchatha to Allah taala ne Musa a.s. ko phir hukum diya ke phir lehron ke oopar se maaro apni laathi.</w:t>
      </w:r>
      <w:r>
        <w:br/>
      </w:r>
      <w:r>
        <w:rPr>
          <w:sz w:val="20"/>
        </w:rPr>
        <w:t>1:00:38  to Musa a.s. ne laathi maari asa jo tha ji jo deewar ki tarah khari hui thi lehr uske oopar maara to woh yun gir gayi dono taraf se</w:t>
      </w:r>
      <w:r>
        <w:br/>
      </w:r>
      <w:r>
        <w:rPr>
          <w:sz w:val="20"/>
        </w:rPr>
        <w:t>1:00:49  ji aur jo army thi unki woh firo kar sha ho ke uske andar thay all round a knot. to bohat hi yani ajeeb marhala raha hoga ke saare ke saare 16 lakh jo thay woh doob gaye is mein ji aur doobte waqt doctor sahib phir usne finally confess kiya ke main jo hai is baat ko accept karta hoon ke Musa a.s. ka jo Khuda hai woh waqai mein Khuda hai sab ka creator hai</w:t>
      </w:r>
      <w:r>
        <w:br/>
      </w:r>
      <w:r>
        <w:rPr>
          <w:sz w:val="20"/>
        </w:rPr>
        <w:t>1:01:17  lekin iske confession ko doctor sahib reject kar diya gaya. sahih to doctor sahib yahan sawal yeh bhi aata hai ke kehta yeh bhi jaata hai ke aakhri lamhe tak agar koi maafi maange to maafi ji woh hai qabool hoti hai ji.</w:t>
      </w:r>
      <w:r>
        <w:br/>
      </w:r>
      <w:r>
        <w:rPr>
          <w:sz w:val="20"/>
        </w:rPr>
        <w:t>1:01:30  to yahan pe hum dekh rahe hain ke aisa hua ji lekin phir bhi iske confession ko Allah taala ne reject kar diya. to isko thoda wazeh karein aap ji aur yeh aaj ka aakhri sawal bhi hai doctor sahib</w:t>
      </w:r>
      <w:r>
        <w:br/>
      </w:r>
      <w:r>
        <w:rPr>
          <w:sz w:val="20"/>
        </w:rPr>
        <w:t>1:01:41  b. sahih hai ji to jaisa aap ne kaha jab far'oun doobne laga aur uski aakhri saansein aane lagin tab uske samajh mein aaya ke woh ghalati pe tha Musa a.s. ke paigham ko samajhne mein usne ghalati ki.</w:t>
      </w:r>
      <w:r>
        <w:br/>
      </w:r>
      <w:r>
        <w:rPr>
          <w:sz w:val="20"/>
        </w:rPr>
        <w:t>1:01:59  to us waqt bola ke qala amantu bil lazi amana bihi banu israil main iman lata hoon ke iske siwa koi ibadat ke laiq nahi jis par Bani Israel iman laye aur main farmanbardaron mein se hoon wa inna minal muslimeen yani woh aakhri waqt mein jab saans ruk raha tha us waqt iman le aaya</w:t>
      </w:r>
      <w:r>
        <w:br/>
      </w:r>
      <w:r>
        <w:rPr>
          <w:sz w:val="20"/>
        </w:rPr>
        <w:t>1:02:21  lekin Allah rejected his last moment confession aur kaha ke al ana wa qad is yait ke ab tum iman la rahe ho aur pehle to tum nafarman bane hue thay aur wa kun minal mufsidin aur fasaad barpa karne walon mein se thay.</w:t>
      </w:r>
      <w:r>
        <w:br/>
      </w:r>
      <w:r>
        <w:rPr>
          <w:sz w:val="20"/>
        </w:rPr>
        <w:t>1:02:42  to</w:t>
      </w:r>
      <w:r>
        <w:br/>
      </w:r>
      <w:r>
        <w:rPr>
          <w:sz w:val="20"/>
        </w:rPr>
        <w:t>1:02:43  dar'asal aakhri waqt tak iman ki baat hai woh sahih hai lekin yeh to itna itni lambi muddat usko di saal ha saal ji aur usko bar bar Musa pegham'bar ke samne hum pegham'bar ko agar koi reject karta hai to phir azab aata hai ji ji ji Rasool Allah SAW ke baad woh cheez khatam ho gayi</w:t>
      </w:r>
      <w:r>
        <w:br/>
      </w:r>
      <w:r>
        <w:rPr>
          <w:sz w:val="20"/>
        </w:rPr>
        <w:t>1:03:07  lekin yeh Allah taala ki sunnat thi jaise Nuh a.s. ke sath waqe' hua ke zamaney mein waqe' hua ke log doob gaye ke pegham'bar ka aana bohat bari cheez hai yeh mamooli baat nahi hai waqai to pegham'bar ke samne agar koi shakhs pegham'bar ko reject karta hai to phir woh azab aata hai ji ji ji to isi isi surat ki yeh cheez thi jike sab ke sab yeh doob gaye aur Allah taala ne accept</w:t>
      </w:r>
      <w:r>
        <w:br/>
      </w:r>
      <w:r>
        <w:rPr>
          <w:sz w:val="20"/>
        </w:rPr>
        <w:t>1:03:32  nahi ki ji kyunke saal ha saal to usko woh bataya gaya samjhaya gaya lekin yeh mana hi nahi aur voluntary basis pe aana chahiye na ke compulsory basis pe jo ke yahan pe hum ne dekha hai yeh point bhi bohat acha hai jab doobne lage ya lagta hai ke ab to maut aa gayi to ab to khatam hai ji ji ji bilkul sahih ji jazak Allah doctor sahib aap ne bohat hi sabak andoz tareeqe se hum sab ko bohat si achhi baatein bata</w:t>
      </w:r>
    </w:p>
    <w:p>
      <w:pPr>
        <w:pStyle w:val="Heading2"/>
      </w:pPr>
      <w:r>
        <w:t>Faith is voluntary; Pharaoh's deathbed belief rejected</w:t>
      </w:r>
    </w:p>
    <w:p>
      <w:r>
        <w:rPr>
          <w:color w:val="666666"/>
          <w:sz w:val="18"/>
        </w:rPr>
        <w:t>Lessons from The Story of Prophet Moses Part 5, October 30, 2022 · 28s · at 1:11 · https://youtu.be/Yei6NJ0s5wI?t=71</w:t>
      </w:r>
    </w:p>
    <w:p>
      <w:r>
        <w:rPr>
          <w:i/>
        </w:rPr>
        <w:t>“Uski faryad Allah reject kar dete hain”</w:t>
      </w:r>
    </w:p>
    <w:p>
      <w:r>
        <w:rPr>
          <w:sz w:val="20"/>
        </w:rPr>
        <w:t>1:11  lekin is ki yeh faryad allah taala reject kar dete hain, aur sachai to yeh bhi hai ke iman jo hai woh voluntary level pe zahir kiya jata hai, na ke compulsion ke level pe.</w:t>
      </w:r>
      <w:r>
        <w:br/>
      </w:r>
      <w:r>
        <w:rPr>
          <w:sz w:val="20"/>
        </w:rPr>
        <w:t>1:24  aur firon ke sath yahi hua ke is ne compulsion ke level pe apni aakhri lamhe par allah par iman lane ki baat kahi. to quran mein phir doctor sahab aata hai ke allah taala khitab karte hain ke "We will save your body."</w:t>
      </w:r>
    </w:p>
    <w:p>
      <w:pPr>
        <w:pStyle w:val="Heading2"/>
      </w:pPr>
      <w:r>
        <w:t>Pharaoh's mummy preserved as a fulfilled Quranic prophecy</w:t>
      </w:r>
    </w:p>
    <w:p>
      <w:r>
        <w:rPr>
          <w:color w:val="666666"/>
          <w:sz w:val="18"/>
        </w:rPr>
        <w:t>Lessons from The Story of Prophet Moses Part 5, October 30, 2022 · 3m 56s · at 1:24 · https://youtu.be/Yei6NJ0s5wI?t=84</w:t>
      </w:r>
    </w:p>
    <w:p>
      <w:r>
        <w:rPr>
          <w:i/>
        </w:rPr>
        <w:t>“Fir'aun ke saath yehi hua, last-minute imaan”</w:t>
      </w:r>
    </w:p>
    <w:p>
      <w:r>
        <w:rPr>
          <w:sz w:val="20"/>
        </w:rPr>
        <w:t>1:24  aur firon ke sath yahi hua ke is ne compulsion ke level pe apni aakhri lamhe par allah par iman lane ki baat kahi. to quran mein phir doctor sahab aata hai ke allah taala khitab karte hain ke "We will save your body."</w:t>
      </w:r>
      <w:r>
        <w:br/>
      </w:r>
      <w:r>
        <w:rPr>
          <w:sz w:val="20"/>
        </w:rPr>
        <w:t>1:40  yeh ek prediction ke taur par quran mein aaya hai. to sab se pehla sawal to mera yahi hai is ayat ko le kar ke is ke bare mein aap hum sab ko bataein.</w:t>
      </w:r>
      <w:r>
        <w:br/>
      </w:r>
      <w:r>
        <w:rPr>
          <w:sz w:val="20"/>
        </w:rPr>
        <w:t>1:52  bismillah rahman rahim. rab ishrah li sadri wa yassir li amri wah lul uqdatan min lisani yafqahu qawli aap ne sahih farmaya ke jo iman hai woh ek ikhtiyari cheez hai,</w:t>
      </w:r>
      <w:r>
        <w:br/>
      </w:r>
      <w:r>
        <w:rPr>
          <w:sz w:val="20"/>
        </w:rPr>
        <w:t>2:09  yaani jab compulso situation paida ho jaye, jab is ne dekha firon ne ke ab to doob raha hai to phir woh waqt khatm ho chuka tha.</w:t>
      </w:r>
      <w:r>
        <w:br/>
      </w:r>
      <w:r>
        <w:rPr>
          <w:sz w:val="20"/>
        </w:rPr>
        <w:t>2:18  to phir jab firon ki body nikali gayi wahan se, chounke is zamane mein ek art hua karta tha, mummiz, mami banaye karte thay woh apne royal logon ki, to is ko save kar liya gaya.</w:t>
      </w:r>
      <w:r>
        <w:br/>
      </w:r>
      <w:r>
        <w:rPr>
          <w:sz w:val="20"/>
        </w:rPr>
        <w:t>2:35  ji, lekin quran mein is baat ko bataya gaya hai falyawma nunajjika bibadanika litakuna liman khalfika ke aaj hum, allah taala ne kaha firon ke bare mein ke aaj hum tumhari body ko mehfooz karenge taake jo aanay wali generations hain un ke liye sign bane.</w:t>
      </w:r>
      <w:r>
        <w:br/>
      </w:r>
      <w:r>
        <w:rPr>
          <w:sz w:val="20"/>
        </w:rPr>
        <w:t>2:57  ji, to chaudah sau saal pehle yeh baat rasool allah ke upar wahi ke wahi hui quran ki surat</w:t>
      </w:r>
      <w:r>
        <w:br/>
      </w:r>
      <w:r>
        <w:rPr>
          <w:sz w:val="20"/>
        </w:rPr>
        <w:t>3:05  mein, to us waqt kisi ko ilm nahi tha ke firon ki body kahin mehfooz hai. ji, phir maulana ne apni kitab "God Rises" mein is ko likha hai bohat hi tafseel ke sath, aur is mein bataya hai ke 1898 mein ek thay professor Loret, ghaliban woh British thay.</w:t>
      </w:r>
      <w:r>
        <w:br/>
      </w:r>
      <w:r>
        <w:rPr>
          <w:sz w:val="20"/>
        </w:rPr>
        <w:t>3:29  ji, to unhon ne kuch research ki misr mein mummiz ke upar, aur carbon dating waghera se unhon ne ek mami ko bataya ke yeh wahi mami hai jo musa alaihissalam ke zamane mein jo firon,</w:t>
      </w:r>
      <w:r>
        <w:br/>
      </w:r>
      <w:r>
        <w:rPr>
          <w:sz w:val="20"/>
        </w:rPr>
        <w:t>3:47  yaani pharaoh ki mami. ji, to woh phir is ko mehfooz kar diya gaya, aur unhon ne ek kitab likhi professor Loret ne "The</w:t>
      </w:r>
      <w:r>
        <w:br/>
      </w:r>
      <w:r>
        <w:rPr>
          <w:sz w:val="20"/>
        </w:rPr>
        <w:t>3:57  Royal Mummies", is mein aur explain kiya hai is ko ke kaise sabit kiya unhon ne. to phir woh is mein aaj kal woh museum mein hai, cairo museum mein.</w:t>
      </w:r>
      <w:r>
        <w:br/>
      </w:r>
      <w:r>
        <w:rPr>
          <w:sz w:val="20"/>
        </w:rPr>
        <w:t>4:10  maulana gaye thay wahan cairo museum wahi dekhne ke liye, to is in in dino woh display pe nahi thi, lekin woh ek room mein bataya gaya hai ke is room mein firon ki mami hai aur mehfo</w:t>
      </w:r>
      <w:r>
        <w:br/>
      </w:r>
      <w:r>
        <w:rPr>
          <w:sz w:val="20"/>
        </w:rPr>
        <w:t>4:24  oz hai. to yeh ek bara zabardast reminder hai, aur yeh ek prediction jo quran ne di woh sabit hui. yeh khud quran ki haqaniyat ka saboot hai, aur yeh bhi saboot hai ke allah taala ek all knowing, all powerful hasti hai ke us waqt quran mein jo baat aayi woh aaj ja ke sabit hui hai.</w:t>
      </w:r>
      <w:r>
        <w:br/>
      </w:r>
      <w:r>
        <w:rPr>
          <w:sz w:val="20"/>
        </w:rPr>
        <w:t>4:44  ji ji, aur doctor sahab agar is tarah bhi is ko dekhen, aap ne is ko bohat achhe se wazeh kiya ke firon was a symbol of arrogance and disobedience to God</w:t>
      </w:r>
      <w:r>
        <w:br/>
      </w:r>
      <w:r>
        <w:rPr>
          <w:sz w:val="20"/>
        </w:rPr>
        <w:t>4:58  to ek tarike se ek ek historical example allah taala ne preserve kar diya aanay wali tamam generations ke liye ke agar aap kibr wali, aap kibr wala, aap ek ravaiyya rakhte hain ya aap khuda par bharosa nahi rakhte hain to is ka aakhri nateeja utter destruction hoga jo firon ke sath bhi hua.</w:t>
      </w:r>
    </w:p>
    <w:p>
      <w:pPr>
        <w:pStyle w:val="Heading2"/>
      </w:pPr>
      <w:r>
        <w:t>Pharaoh's wife chooses eternal paradise over worldly power</w:t>
      </w:r>
    </w:p>
    <w:p>
      <w:r>
        <w:rPr>
          <w:color w:val="666666"/>
          <w:sz w:val="18"/>
        </w:rPr>
        <w:t>The Purpose of Existence September9, 2012 · 1m 14s · at 33:34 · https://youtu.be/GB_OC-LeGCE?t=2014</w:t>
      </w:r>
    </w:p>
    <w:p>
      <w:r>
        <w:rPr>
          <w:i/>
        </w:rPr>
        <w:t>“Hazrat Musa ke zamane mein Firaun ki biwi thi Asiya”</w:t>
      </w:r>
    </w:p>
    <w:p>
      <w:r>
        <w:rPr>
          <w:sz w:val="20"/>
        </w:rPr>
        <w:t>33:34  phir aap dekhiye, Hazrat Musa ke zamane mein Firon ki biwi thi Asia. To Firon to Hazrat Musa ka mukhalif raha, woh manne par tayyar nahi hua unke paigham ko.</w:t>
      </w:r>
      <w:r>
        <w:br/>
      </w:r>
      <w:r>
        <w:rPr>
          <w:sz w:val="20"/>
        </w:rPr>
        <w:t>33:49  woh apne aap ko bada samajhta tha, lekin uski jo biwi thi Asia, unko samajh mein aa gaya ke Musa haq par hain. To Musa ki baat ko maan liya unhon ne.</w:t>
      </w:r>
      <w:r>
        <w:br/>
      </w:r>
      <w:r>
        <w:rPr>
          <w:sz w:val="20"/>
        </w:rPr>
        <w:t>34:01  us par gussa ho gaya Firon. Usne kaha ke "main tumko qatl kar dalunga, tum ne kaise maan liya?" To unhon ne kaha ke "tum ko qatl karna hai to qatl karo." Us waqt Asia ne jo dua ki thi ke "Khuda mujhe apne pados mein ek jagah de de rehne ke liye."</w:t>
      </w:r>
      <w:r>
        <w:br/>
      </w:r>
      <w:r>
        <w:rPr>
          <w:sz w:val="20"/>
        </w:rPr>
        <w:t>34:24  us se kya set hua? Example ke bande momin ko ke samne agar choice ho, ek taraf duniya ka maal hai, doosri taraf akhirat jannat hai, to usko duniya ke maal ko thukra dena chahiye,</w:t>
      </w:r>
      <w:r>
        <w:br/>
      </w:r>
      <w:r>
        <w:rPr>
          <w:sz w:val="20"/>
        </w:rPr>
        <w:t>34:41  akhirat jannat ka choice le lena chahiye. Yeh yeh kitna bada example set kiya Asia ne.</w:t>
      </w:r>
    </w:p>
    <w:p>
      <w:pPr>
        <w:pStyle w:val="Heading2"/>
      </w:pPr>
      <w:r>
        <w:t>Pharaoh's magicians defy death for truth they discovered</w:t>
      </w:r>
    </w:p>
    <w:p>
      <w:r>
        <w:rPr>
          <w:color w:val="666666"/>
          <w:sz w:val="18"/>
        </w:rPr>
        <w:t>The Purpose of Existence September9, 2012 · 1m 55s · at 34:49 · https://youtu.be/GB_OC-LeGCE?t=2089</w:t>
      </w:r>
    </w:p>
    <w:p>
      <w:r>
        <w:rPr>
          <w:i/>
        </w:rPr>
        <w:t>“Hazrat Musa ka jo mojza dikhaya tha, unki laathi saanp ban gayi”</w:t>
      </w:r>
    </w:p>
    <w:p>
      <w:r>
        <w:rPr>
          <w:sz w:val="20"/>
        </w:rPr>
        <w:t>34:49  ab yeh dekhiye, Hazrat Musa ke jo moajze dikhaya tha unhon ne ke unka unka jo lathi unki thi, woh woh saanp ban gayi, ajdah ban gayi thi.</w:t>
      </w:r>
      <w:r>
        <w:br/>
      </w:r>
      <w:r>
        <w:rPr>
          <w:sz w:val="20"/>
        </w:rPr>
        <w:t>35:00  to ek qissa tafseel se hai Quran mein, aap usko dekh sakte hain. To Firon jo aaye the Hazrat Musa ka muqabla karne ke liye,</w:t>
      </w:r>
      <w:r>
        <w:br/>
      </w:r>
      <w:r>
        <w:rPr>
          <w:sz w:val="20"/>
        </w:rPr>
        <w:t>35:11  jab unhonne dekha ke ke inka jo ,yani unke jo jo unhonne lathiyan aur rasiyan, jisko unhonne bazahir saanp ki shakal de di thi, unke hazrat e mosi ke ajdah ne sab ko ngal liya,</w:t>
      </w:r>
      <w:r>
        <w:br/>
      </w:r>
      <w:r>
        <w:rPr>
          <w:sz w:val="20"/>
        </w:rPr>
        <w:t>35:27  to un par ye khul gaya ke ab mosi haq par hain, ye khuda ke numainde hain, hum to jadoogar the. ye khul gaya ke hum to jadoogar the, lekin ye shakhs peghambar hai, ye khuda ki taraf se hai.</w:t>
      </w:r>
      <w:r>
        <w:br/>
      </w:r>
      <w:r>
        <w:rPr>
          <w:sz w:val="20"/>
        </w:rPr>
        <w:t>35:39  jab ye khula to unhonne elan kar diya: "aam na bar haaro o mosi." wahan par bhi dekhiye, firoun bohat ghussa ho gaya, usne kaha ke "main tum sab ko phansi doonga, tum sab ko qatal karoonga." jadoogaron se kaha.</w:t>
      </w:r>
      <w:r>
        <w:br/>
      </w:r>
      <w:r>
        <w:rPr>
          <w:sz w:val="20"/>
        </w:rPr>
        <w:t>35:57  us waqt jo jadoogaron ne phansi ke phande par khare ho kar kaha tha: "faqad ma anta qadi an taqdi haza hiya ta hayati dunyah."</w:t>
      </w:r>
      <w:r>
        <w:br/>
      </w:r>
      <w:r>
        <w:rPr>
          <w:sz w:val="20"/>
        </w:rPr>
        <w:t>36:07  jo faisla tum karna hai, karo. tum is dunya ke liye to kar sakte ho. is tarah in jadoogaron ne ek ek bohat bara example set kiya ke dunya ki kuch haqiqat nahi hai,</w:t>
      </w:r>
      <w:r>
        <w:br/>
      </w:r>
      <w:r>
        <w:rPr>
          <w:sz w:val="20"/>
        </w:rPr>
        <w:t>36:22  ye temporary hai, temporary, aur sara to akhirat hai, eternal world to akhirat mein hai.</w:t>
      </w:r>
      <w:r>
        <w:br/>
      </w:r>
      <w:r>
        <w:rPr>
          <w:sz w:val="20"/>
        </w:rPr>
        <w:t>36:30  to ye set kiya ke kaha agar tum ko choice leni ho eternal world ke muqable mein, ye ye temporary world, to temporary world ko chodo, eternal world ka choice lo.</w:t>
      </w:r>
    </w:p>
    <w:p>
      <w:pPr>
        <w:pStyle w:val="Heading2"/>
      </w:pPr>
      <w:r>
        <w:t>Magicians tell Pharaoh: this world is only temporary</w:t>
      </w:r>
    </w:p>
    <w:p>
      <w:r>
        <w:rPr>
          <w:color w:val="666666"/>
          <w:sz w:val="18"/>
        </w:rPr>
        <w:t>The Purpose of Existence September9, 2012 · 33s · at 35:57 · https://youtu.be/GB_OC-LeGCE?t=2157</w:t>
      </w:r>
    </w:p>
    <w:p>
      <w:r>
        <w:rPr>
          <w:i/>
        </w:rPr>
        <w:t>“Jo faisla tumko karna hai, karo, tum sirf duniya ke liye kar sakte ho”</w:t>
      </w:r>
    </w:p>
    <w:p>
      <w:r>
        <w:rPr>
          <w:sz w:val="20"/>
        </w:rPr>
        <w:t>35:57  us waqt jo jadoogaron ne phansi ke phande par khare ho kar kaha tha: "faqad ma anta qadi an taqdi haza hiya ta hayati dunyah."</w:t>
      </w:r>
      <w:r>
        <w:br/>
      </w:r>
      <w:r>
        <w:rPr>
          <w:sz w:val="20"/>
        </w:rPr>
        <w:t>36:07  jo faisla tum karna hai, karo. tum is dunya ke liye to kar sakte ho. is tarah in jadoogaron ne ek ek bohat bara example set kiya ke dunya ki kuch haqiqat nahi hai,</w:t>
      </w:r>
      <w:r>
        <w:br/>
      </w:r>
      <w:r>
        <w:rPr>
          <w:sz w:val="20"/>
        </w:rPr>
        <w:t>36:22  ye temporary hai, temporary, aur sara to akhirat hai, eternal world to akhirat mein hai.</w:t>
      </w:r>
    </w:p>
    <w:p>
      <w:pPr>
        <w:pStyle w:val="Heading2"/>
      </w:pPr>
      <w:r>
        <w:t>Sayyid Qutb's political misreading of Pharaoh and Musa</w:t>
      </w:r>
    </w:p>
    <w:p>
      <w:r>
        <w:rPr>
          <w:color w:val="666666"/>
          <w:sz w:val="18"/>
        </w:rPr>
        <w:t>The Age of Deceiving Philosophies I 21 June 2009 · 3m 33s · at 32:34 · https://youtu.be/RZCs_8AtCTM?t=1954</w:t>
      </w:r>
    </w:p>
    <w:p>
      <w:r>
        <w:rPr>
          <w:i/>
        </w:rPr>
        <w:t>“Two men are directly responsible for today's violence”</w:t>
      </w:r>
    </w:p>
    <w:p>
      <w:r>
        <w:rPr>
          <w:sz w:val="20"/>
        </w:rPr>
        <w:t>32:34  is zamane mein yaad rakhiye, yeh jo jagah jahan tashaddud ho raha hai, is ke peeche direct taur par yaani is ke responsible hain do aadmi, abu mehdi aur syed qutb.</w:t>
      </w:r>
      <w:r>
        <w:br/>
      </w:r>
      <w:r>
        <w:rPr>
          <w:sz w:val="20"/>
        </w:rPr>
        <w:t>32:49  abu mehdi aur syed qutb ne kya kiya ke quran ki galat تفسیر kar ke syed qutb ki تفسیر aap parh sakte hain "fi zilal al-quran" aur abu mehdi ki تفسیر parh sakte hain "tafheem al-quran".</w:t>
      </w:r>
      <w:r>
        <w:br/>
      </w:r>
      <w:r>
        <w:rPr>
          <w:sz w:val="20"/>
        </w:rPr>
        <w:t>33:03  poori تفسیر ko unhone political تفسیر bana diya hai.</w:t>
      </w:r>
      <w:r>
        <w:br/>
      </w:r>
      <w:r>
        <w:rPr>
          <w:sz w:val="20"/>
        </w:rPr>
        <w:t>33:06  political تفسیر jaise main ek misaal deta hoon aap ko ke syed qutb ki jo تفسیر hai, urdu تفسیر "fi zilal al-quran" to quran mein surah shuara mein aur surah aaraaf mein do jagah firoun ka ek naqal hua hai ke firoun ne kaha apne darbaariyon se ke "ayuhal mala'u inni la a'lamu lakum min ilahi ghayri fa'awqid li yaa hamaan ala at-tini faj'al li sarhan la'alli attali'u ila ilahi musa" ke musa chahte hain ke tum ko tumhare bul se nikal dein.</w:t>
      </w:r>
      <w:r>
        <w:br/>
      </w:r>
      <w:r>
        <w:rPr>
          <w:sz w:val="20"/>
        </w:rPr>
        <w:t>33:33  to is ko likha hai syed qutb sahib ne ke is ne kaha is se darbariyon se "innaha dhahab al-sultan". "innaha dhahab al-sultan" yeh to hamari hukumat ko khatam karne ka naarah hai, hamari hukumat hi khatam kar de ga yeh aadmi,</w:t>
      </w:r>
      <w:r>
        <w:br/>
      </w:r>
      <w:r>
        <w:rPr>
          <w:sz w:val="20"/>
        </w:rPr>
        <w:t>33:48  be dakhal kar de ga hum ko hamari saltanat se. ise ladna hai. halankeh hazrat hazrat hazrat hazrat moosa jo the, un ki dawat sirf toheed ki thi, is ka party se koi matlab hi nahi tha.</w:t>
      </w:r>
      <w:r>
        <w:br/>
      </w:r>
      <w:r>
        <w:rPr>
          <w:sz w:val="20"/>
        </w:rPr>
        <w:t>34:03  aur dilchasp baat yeh hai, aap dekhiye ke syed qutb ke samajh mein nahi aaya ke jab Allah taala ne madad ki hazrat moosa ki aur firoun gharaq ho gaya aur sara misr khali ho gaya.</w:t>
      </w:r>
      <w:r>
        <w:br/>
      </w:r>
      <w:r>
        <w:rPr>
          <w:sz w:val="20"/>
        </w:rPr>
        <w:t>34:17  aap jante hain ke quran mein bataya gaya hai, bible mein bataya gaya hai ke firoun bhi doob gaya aur is ka lashkar bhi doob gaya, sari taqat is mein khatam ho gayi.</w:t>
      </w:r>
      <w:r>
        <w:br/>
      </w:r>
      <w:r>
        <w:rPr>
          <w:sz w:val="20"/>
        </w:rPr>
        <w:t>34:28  moosa bani israel lakhon ki tadad mein the, woh kai lakh ki tadad mein the wahan par misr mein. to hazrat moosa qabza kar lete misr ke upar, chale gaye saraye sina mein, koi chale gaye.</w:t>
      </w:r>
      <w:r>
        <w:br/>
      </w:r>
      <w:r>
        <w:rPr>
          <w:sz w:val="20"/>
        </w:rPr>
        <w:t>34:39  yani agar hazrat moosa ka maqsad yeh tha ke misr mein firoun ko hata kar ke apni hukumat qaim karen to jab hukumat jab firoun hatta chuka tha, lashkar barbaad ho chuka tha to qabza kyun nahi kiya unhon ne?</w:t>
      </w:r>
      <w:r>
        <w:br/>
      </w:r>
      <w:r>
        <w:rPr>
          <w:sz w:val="20"/>
        </w:rPr>
        <w:t>34:51  phir saraye sina mein kyun chale gaye?</w:t>
      </w:r>
      <w:r>
        <w:br/>
      </w:r>
      <w:r>
        <w:rPr>
          <w:sz w:val="20"/>
        </w:rPr>
        <w:t>34:54  lekin yeh farmate hain to firoun ne kaha tha ek ek woh koi bhi shakhs ek behkanay wala jumla kehta hai provoke karne ke liye ek ek ek sentence bolta hai,</w:t>
      </w:r>
      <w:r>
        <w:br/>
      </w:r>
      <w:r>
        <w:rPr>
          <w:sz w:val="20"/>
        </w:rPr>
        <w:t>35:08  woh is ki sachai se koi talluq nahi hota. to firoun ne kaha tha apne darbariyon ko bharkane bharkane ke liye,</w:t>
      </w:r>
      <w:r>
        <w:br/>
      </w:r>
      <w:r>
        <w:rPr>
          <w:sz w:val="20"/>
        </w:rPr>
        <w:t>35:16  woh janta tha ke yeh firoun janta tha ke hazrat moosa ki dawat mein koi politics nahi hai, woh to ek toheed ki dawat hai.</w:t>
      </w:r>
      <w:r>
        <w:br/>
      </w:r>
      <w:r>
        <w:rPr>
          <w:sz w:val="20"/>
        </w:rPr>
        <w:t>35:25  bharkane ke liye us ne kaha ke "yuri yukhrijukum min nardikum"</w:t>
      </w:r>
      <w:r>
        <w:br/>
      </w:r>
      <w:r>
        <w:rPr>
          <w:sz w:val="20"/>
        </w:rPr>
        <w:t>35:30  to bharkane ke baad jo kahi thi us ne us se nikaal liya syed qutb ne "innaha dhahab al-sultan". ab ghor kijiye ke kya moosa ka jo message hai woh firoun ke paas se nikle ga ya khud firoun ke ya khud moosa ke kalam se nikle ga?</w:t>
      </w:r>
      <w:r>
        <w:br/>
      </w:r>
      <w:r>
        <w:rPr>
          <w:sz w:val="20"/>
        </w:rPr>
        <w:t>35:46  kehti hai illogical baat hai ke hazrat moosa ke baad message kya tha, us ko nikaal rahe hain firoun ke kalam se, woh to nikla hai ke khud hazrat moosa ke kalam se.</w:t>
      </w:r>
      <w:r>
        <w:br/>
      </w:r>
      <w:r>
        <w:rPr>
          <w:sz w:val="20"/>
        </w:rPr>
        <w:t>35:57  kehti hai illogical baat hai aur phir hazrat moosa chhod ke chale gaye misr se, wahan tab bhi nahi samajh mein aaya un ke. to yeh likha unhon ne syed qutb sahib ne, yeh poori tafsir un ki parhi hai.</w:t>
      </w:r>
    </w:p>
    <w:p>
      <w:pPr>
        <w:pStyle w:val="Heading2"/>
      </w:pPr>
      <w:r>
        <w:t>Story of Asiya, Pharaoh's wife, who sacrificed everything for faith</w:t>
      </w:r>
    </w:p>
    <w:p>
      <w:r>
        <w:rPr>
          <w:color w:val="666666"/>
          <w:sz w:val="18"/>
        </w:rPr>
        <w:t>Why was Muhammad The Last Prophet March 25, 2007 · 1m 51s · at 45:10 · https://youtu.be/iPBd0i_xtnA?t=2710</w:t>
      </w:r>
    </w:p>
    <w:p>
      <w:r>
        <w:rPr>
          <w:i/>
        </w:rPr>
        <w:t>“فرعون کی بیوی نے موسیٰ کی بات مان لی”</w:t>
      </w:r>
    </w:p>
    <w:p>
      <w:r>
        <w:rPr>
          <w:sz w:val="20"/>
        </w:rPr>
        <w:t>45:10  to woh firaun ki biwi thi woh aur firaun is zamane mein siyasi badshah tha samjhiye siyasi badshah</w:t>
      </w:r>
      <w:r>
        <w:br/>
      </w:r>
      <w:r>
        <w:rPr>
          <w:sz w:val="20"/>
        </w:rPr>
        <w:t>45:19  to musa ki baaten suni is ne to musa ki baaten sun kar is ne kaha ke main marti hoon musa ko iman laye in ke upar main ne in ke mazhab ko apna liya to firaun bohat ghusa ho gaya</w:t>
      </w:r>
      <w:r>
        <w:br/>
      </w:r>
      <w:r>
        <w:rPr>
          <w:sz w:val="20"/>
        </w:rPr>
        <w:t>45:37  aur is ne kaha ke tum ko chhodna pare ga</w:t>
      </w:r>
      <w:r>
        <w:br/>
      </w:r>
      <w:r>
        <w:rPr>
          <w:sz w:val="20"/>
        </w:rPr>
        <w:t>45:42  musa ke sath nahi de sakti tum musa ke deen ko nahi le sakti tum mere deen par aana pare ga tum ko to is ne kaha ke</w:t>
      </w:r>
      <w:r>
        <w:br/>
      </w:r>
      <w:r>
        <w:rPr>
          <w:sz w:val="20"/>
        </w:rPr>
        <w:t>45:56  is ne dhamki di firaun ne ke main tum ko aisa karunga wahan par bohat zaleel kun qism ki ek ek saza hoti thi saza zaleel kun qism ki ek taraf ka hath ek taraf ka paon kaatte the</w:t>
      </w:r>
      <w:r>
        <w:br/>
      </w:r>
      <w:r>
        <w:rPr>
          <w:sz w:val="20"/>
        </w:rPr>
        <w:t>46:11  phir is ko soli pe chadate the gaalon par yani bohat zaleel kun qism ki saza hoti thi yeh ke tadpa tadpa kar ke abhi aap kisi ko gale par dalte hain gaalon par dalte hain to woh do teen ghante mar jata hai woh yeh karte the ke ek hath kaat diya ab tadap raha hai aadmi ek paon kaat diya idhar ka tadap raha hai aadmi phir is ko chadaya is par masloob kiya is ko is tarah karunga main to kya is ne aise hi</w:t>
      </w:r>
      <w:r>
        <w:br/>
      </w:r>
      <w:r>
        <w:rPr>
          <w:sz w:val="20"/>
        </w:rPr>
        <w:t>46:40  aur is khatoon ne aakhir waqt tak yani yahi boli ke main musa ke deen par khud musa ke khuda par iman lati hoon aap sochiye ke jo qurbaniyan is ki thin woh is liye to khuda shayad ek aur jannat banaye hum to nahi kar sakte itni badi qurbaniyan</w:t>
      </w:r>
    </w:p>
    <w:p>
      <w:pPr>
        <w:pStyle w:val="Heading2"/>
      </w:pPr>
      <w:r>
        <w:t>Story of Pharaoh's magicians who believed after seeing the miracle</w:t>
      </w:r>
    </w:p>
    <w:p>
      <w:r>
        <w:rPr>
          <w:color w:val="666666"/>
          <w:sz w:val="18"/>
        </w:rPr>
        <w:t>Why was Muhammad The Last Prophet March 25, 2007 · 2m 18s · at 47:01 · https://youtu.be/iPBd0i_xtnA?t=2821</w:t>
      </w:r>
    </w:p>
    <w:p>
      <w:r>
        <w:rPr>
          <w:i/>
        </w:rPr>
        <w:t>“موسیٰ نے عصا ڈالا تو جادوگر ایمان لے آئے”</w:t>
      </w:r>
    </w:p>
    <w:p>
      <w:r>
        <w:rPr>
          <w:sz w:val="20"/>
        </w:rPr>
        <w:t>47:01  aise hi dekhiye firaun ne jo kiya tha musa aur firaun ka jo muqabla hua tha is mein jo lathi ya asa bani stock to wahan par musa ne jab dala to is ne jadoogar bulaye the misr mein jadoo bohat tha is zamane mein to woh log aaye unhone apna kuch dala kuch rasi isi kuch dala woh bhi saanp ban gaye aise hi se</w:t>
      </w:r>
      <w:r>
        <w:br/>
      </w:r>
      <w:r>
        <w:rPr>
          <w:sz w:val="20"/>
        </w:rPr>
        <w:t>47:27  lekin jab musa ne dala apna to faiz'aj talqafu ma yafikun to musa ka jo tha woh to khudai cheez thi woh stock jo tha woh khudai cheez thi to bohat bada saanp bana woh yani python jis ko kehte hain to jidhar woh jata tha to rasiyan rasiyan ban gayeen lakdiyan lakdiyan ban gayeen</w:t>
      </w:r>
      <w:r>
        <w:br/>
      </w:r>
      <w:r>
        <w:rPr>
          <w:sz w:val="20"/>
        </w:rPr>
        <w:t>47:51  to jab yeh dekha woh jadoogar the unhone jab dekha to us waqt sare firaun ka sara darbar tha sare bade bade wahan par log the unhone keh diya ke hum iman laye musa ke rab par hum par khul gaya ke musa khuda ke nabi hain to wahi dhamki di is ne firaun ne ke main tum ko ek hath idhar ka ek paon idhar ka kaat kar ke tum ko soli pe chadaunga</w:t>
      </w:r>
      <w:r>
        <w:br/>
      </w:r>
      <w:r>
        <w:rPr>
          <w:sz w:val="20"/>
        </w:rPr>
        <w:t>48:20  to unhone dekhiye kaha tha jab</w:t>
      </w:r>
      <w:r>
        <w:br/>
      </w:r>
      <w:r>
        <w:rPr>
          <w:sz w:val="20"/>
        </w:rPr>
        <w:t>48:25  faqad is ko zara sochiye in alfaz ko faqad ma antaqad fa innaka taqdi hazir hayat ad dunya woh firaun jo siyasi guard bana hua tha is ke samne kaha unhone jo chahe karo isi dunya ke to kar sakte ho tum jo hai baad mein wahan to kuch nahi kar sakte tum faqad ma antaqad fa innaka taqdi hazir hayat ad dunya</w:t>
      </w:r>
      <w:r>
        <w:br/>
      </w:r>
      <w:r>
        <w:rPr>
          <w:sz w:val="20"/>
        </w:rPr>
        <w:t>48:48  jo karna chahe kar lo</w:t>
      </w:r>
      <w:r>
        <w:br/>
      </w:r>
      <w:r>
        <w:rPr>
          <w:sz w:val="20"/>
        </w:rPr>
        <w:t>48:50  isi duniya ke liye tum kar paoge iske baad jo maut ke baad jo duniya hai</w:t>
      </w:r>
      <w:r>
        <w:br/>
      </w:r>
      <w:r>
        <w:rPr>
          <w:sz w:val="20"/>
        </w:rPr>
        <w:t>48:54  eternal duniya wahan tumhara kuch bas nahi chalega yeh sab logon ne kaha aur sach much is</w:t>
      </w:r>
      <w:r>
        <w:br/>
      </w:r>
      <w:r>
        <w:rPr>
          <w:sz w:val="20"/>
        </w:rPr>
        <w:t>49:00  ne sab ko isi tareeqe se phansi de di</w:t>
      </w:r>
      <w:r>
        <w:br/>
      </w:r>
      <w:r>
        <w:rPr>
          <w:sz w:val="20"/>
        </w:rPr>
        <w:t>49:04  haath paon kuttwaya phansi de di lekin aakhir waqt tak in mein se koi badla nahi aap sochiye</w:t>
      </w:r>
      <w:r>
        <w:br/>
      </w:r>
      <w:r>
        <w:rPr>
          <w:sz w:val="20"/>
        </w:rPr>
        <w:t>49:10  ke in ki jo qurbaniyan hain hum log to kuch bhi nahi hain</w:t>
      </w:r>
      <w:r>
        <w:br/>
      </w:r>
      <w:r>
        <w:rPr>
          <w:sz w:val="20"/>
        </w:rPr>
        <w:t>49:16  in ke baghol hain hum kuch bhi nahi hain</w:t>
      </w:r>
    </w:p>
    <w:p>
      <w:pPr>
        <w:pStyle w:val="Heading2"/>
      </w:pPr>
      <w:r>
        <w:t>Moses warned Pharaoh doomsday is coming</w:t>
      </w:r>
    </w:p>
    <w:p>
      <w:r>
        <w:rPr>
          <w:color w:val="666666"/>
          <w:sz w:val="18"/>
        </w:rPr>
        <w:t>Doomsday is Coming November 24, 2013 · 1m 44s · at 10:44 · https://youtu.be/rixrzrrK-cE?t=644</w:t>
      </w:r>
    </w:p>
    <w:p>
      <w:r>
        <w:rPr>
          <w:i/>
        </w:rPr>
        <w:t>“Teen hazaar saal pehle Hazrat Musa Firaun ke darbar mein gaye the”</w:t>
      </w:r>
    </w:p>
    <w:p>
      <w:r>
        <w:rPr>
          <w:sz w:val="20"/>
        </w:rPr>
        <w:t>10:44  tab mujhe yaad aaya ke teen hazar saal pehle Hazrat Musa علیہ السلام jab gaye thay Firon ke darbar mein, to woh baat unho ne kahi thi jo sari nabbi kehte aaye hain.</w:t>
      </w:r>
      <w:r>
        <w:br/>
      </w:r>
      <w:r>
        <w:rPr>
          <w:sz w:val="20"/>
        </w:rPr>
        <w:t>10:57  kyunke woh recorded hai, is liye arz kar raha hoon ke Musa se poocha Firon ne ke aap kya tumhara bhi sajde?</w:t>
      </w:r>
      <w:r>
        <w:br/>
      </w:r>
      <w:r>
        <w:rPr>
          <w:sz w:val="20"/>
        </w:rPr>
        <w:t>11:06  to unhon ne bataya ke Allah taala ka kalam bataya unhon ne ke Allah taala ne yeh duniya jo banai hai, to free nahi chhod diya hai.</w:t>
      </w:r>
      <w:r>
        <w:br/>
      </w:r>
      <w:r>
        <w:rPr>
          <w:sz w:val="20"/>
        </w:rPr>
        <w:t>11:17  ek din aane wala hai jab is jab is ko logon ko saza di jaye. to is mein Surah Taha mein yeh alfaaz hain ke Allah taala ne farmaya ke إن الساعة أقاد أخفيها لتجزأ كل نفس بما اتسع</w:t>
      </w:r>
      <w:r>
        <w:br/>
      </w:r>
      <w:r>
        <w:rPr>
          <w:sz w:val="20"/>
        </w:rPr>
        <w:t>11:35  yeh Allah taala ka kalam naqal hua hai Quran Majeed mein Surah Taha mein إن الساعة أقاد أخفيها لتجزأ كل نفس بما اتسع yani sa'at aane wali hai, qayamat aane wali hai,</w:t>
      </w:r>
      <w:r>
        <w:br/>
      </w:r>
      <w:r>
        <w:rPr>
          <w:sz w:val="20"/>
        </w:rPr>
        <w:t>11:52  qayamat aane wali hai. maine is ko chhipa rakha hai taake logon ko un ke amal ka badla diya jaye.</w:t>
      </w:r>
      <w:r>
        <w:br/>
      </w:r>
      <w:r>
        <w:rPr>
          <w:sz w:val="20"/>
        </w:rPr>
        <w:t>12:01  to sara Quran is se bhara hua hai ke ek waqt aane wala hai jab ke Allah zahir hoga, farishte zahir honge, aur logon ko un ke amal ka</w:t>
      </w:r>
      <w:r>
        <w:br/>
      </w:r>
      <w:r>
        <w:rPr>
          <w:sz w:val="20"/>
        </w:rPr>
        <w:t>12:14  badla ya saza di jayegi. pehli ayat mein aap jante hain, pehli Surah mein yeh baat hai ke Malik-e-Yumiddin Allah Yauam-e-Jaza ka malik hai.</w:t>
      </w:r>
      <w:r>
        <w:br/>
      </w:r>
      <w:r>
        <w:rPr>
          <w:sz w:val="20"/>
        </w:rPr>
        <w:t>12:26  to aakhir kabhi to hoga jab</w:t>
      </w:r>
    </w:p>
    <w:p>
      <w:pPr>
        <w:pStyle w:val="Heading2"/>
      </w:pPr>
      <w:r>
        <w:t>Two Quranic prophecy types: Pharaoh's preserved body and Byzantine victory</w:t>
      </w:r>
    </w:p>
    <w:p>
      <w:r>
        <w:rPr>
          <w:color w:val="666666"/>
          <w:sz w:val="18"/>
        </w:rPr>
        <w:t>Islam in A New Age March 18, 2012 · 6m 07s · at 29:08 · https://youtu.be/P5hzq_NheY0?t=1748</w:t>
      </w:r>
    </w:p>
    <w:p>
      <w:r>
        <w:rPr>
          <w:i/>
        </w:rPr>
        <w:t>“Qurani peshingoyian do qism ki hain — ek misal Firaun ki lash”</w:t>
      </w:r>
    </w:p>
    <w:p>
      <w:r>
        <w:rPr>
          <w:sz w:val="20"/>
        </w:rPr>
        <w:t>29:08  yeh saari cheezen hadithon mein aur Quran mein maujood hain. dekhiye, ek baat mein arz karunga ke jo peshin goi'yan hain Quran o hadith mein, woh do qism ki hain.</w:t>
      </w:r>
      <w:r>
        <w:br/>
      </w:r>
      <w:r>
        <w:rPr>
          <w:sz w:val="20"/>
        </w:rPr>
        <w:t>29:22  ek infiradi event ki, ek ek daur ki.</w:t>
      </w:r>
      <w:r>
        <w:br/>
      </w:r>
      <w:r>
        <w:rPr>
          <w:sz w:val="20"/>
        </w:rPr>
        <w:t>29:28  ek ek infiradi waqea, ek poora daur. do qism ki hain. main misaal deta hoon aap ko. dekhiye, Quran mein hai ke jo Hazrat Musa ke zamane ka jo Firon tha, us ke baray mein ke Allah ne farmaya jab woh gharaq hua samandar mein to "al-yawm nanjika bibadanika litakuna liman khalfaka ayah".</w:t>
      </w:r>
      <w:r>
        <w:br/>
      </w:r>
      <w:r>
        <w:rPr>
          <w:sz w:val="20"/>
        </w:rPr>
        <w:t>29:54  yeh Allah ne farmaya ke ke Firon ke body ko hum mehfooz rakhen ge, preserve rakhen ge taake woh baad walon ki naseehat banay.</w:t>
      </w:r>
      <w:r>
        <w:br/>
      </w:r>
      <w:r>
        <w:rPr>
          <w:sz w:val="20"/>
        </w:rPr>
        <w:t>30:07  yeh waqea aap se saaray teen hazar saal pehle hua hai. saaray teen hazar saal pehle. aur yeh ayat utri chaudah so saal pehle.</w:t>
      </w:r>
      <w:r>
        <w:br/>
      </w:r>
      <w:r>
        <w:rPr>
          <w:sz w:val="20"/>
        </w:rPr>
        <w:t>30:20  yaani yaani Quran mein yeh ayat utri Rasool Allah ke zamane mein. jab Quran utra, us waqt saari duniya mein koi nahin janta tha ke Firon ka body kahin maujood hai.</w:t>
      </w:r>
      <w:r>
        <w:br/>
      </w:r>
      <w:r>
        <w:rPr>
          <w:sz w:val="20"/>
        </w:rPr>
        <w:t>30:33  koi kisi ko khabar nahin thi.</w:t>
      </w:r>
      <w:r>
        <w:br/>
      </w:r>
      <w:r>
        <w:rPr>
          <w:sz w:val="20"/>
        </w:rPr>
        <w:t>30:38  is mein Allah taala ne peshin goi ki ke is ka body zahir hoga. unnisween sadi ke aakhir mein, unnisween sadi ke aakhir mein kuch German orientalist aur kuch French orientalist gaye woh Qahira.</w:t>
      </w:r>
      <w:r>
        <w:br/>
      </w:r>
      <w:r>
        <w:rPr>
          <w:sz w:val="20"/>
        </w:rPr>
        <w:t>30:56  Qahira mein ek museum hai jis ko maine dekha hai wahan par. wahan par Qahira ke bahar desert</w:t>
      </w:r>
      <w:r>
        <w:br/>
      </w:r>
      <w:r>
        <w:rPr>
          <w:sz w:val="20"/>
        </w:rPr>
        <w:t>31:04  hai. bohat saray pyramid wahan par hain, ahraam. woh bhi maine dekha hai. to in logon ko ek zamana aaya ke saari duniya mein lagay hue research karne, tehqeeq karne, daryaft karne.</w:t>
      </w:r>
      <w:r>
        <w:br/>
      </w:r>
      <w:r>
        <w:rPr>
          <w:sz w:val="20"/>
        </w:rPr>
        <w:t>31:19  to unhon ne gaye, ehraam jo hain bohat bari buildingen is shakal ki hain, pyramids.</w:t>
      </w:r>
      <w:r>
        <w:br/>
      </w:r>
      <w:r>
        <w:rPr>
          <w:sz w:val="20"/>
        </w:rPr>
        <w:t>31:29  to unhon ne is ke gate kholna chaha. to wahan par mashhoor tha ke ehraam ke andar laanat al-firauna hai.</w:t>
      </w:r>
      <w:r>
        <w:br/>
      </w:r>
      <w:r>
        <w:rPr>
          <w:sz w:val="20"/>
        </w:rPr>
        <w:t>31:42  firaun ki laanat. is ko jo kholega woh mar jayega. to jab in mustashreen ne gate khola to andar se bohat tez hawa aai.</w:t>
      </w:r>
      <w:r>
        <w:br/>
      </w:r>
      <w:r>
        <w:rPr>
          <w:sz w:val="20"/>
        </w:rPr>
        <w:t>31:56  foran gate band kar diya gaya.</w:t>
      </w:r>
      <w:r>
        <w:br/>
      </w:r>
      <w:r>
        <w:rPr>
          <w:sz w:val="20"/>
        </w:rPr>
        <w:t>31:59  to yeh log jo hain tohamat mein ko nahi mante thay. laanat al-firauna ka jo tohamati aqeedah tha, is ko nahi mante thay woh.</w:t>
      </w:r>
      <w:r>
        <w:br/>
      </w:r>
      <w:r>
        <w:rPr>
          <w:sz w:val="20"/>
        </w:rPr>
        <w:t>32:08  unhon ne tehqeeq ki ke aakhir kya cheez hai is ke andar. to to maloom hua ke ehraam ke andar jo woh choti choti chirya hoti hain, ababeel type ki,</w:t>
      </w:r>
      <w:r>
        <w:br/>
      </w:r>
      <w:r>
        <w:rPr>
          <w:sz w:val="20"/>
        </w:rPr>
        <w:t>32:21  woh is mein hazaron saal se woh beat kar rahi hain.</w:t>
      </w:r>
      <w:r>
        <w:br/>
      </w:r>
      <w:r>
        <w:rPr>
          <w:sz w:val="20"/>
        </w:rPr>
        <w:t>32:26  is ki beat ki wajah se is se gas nikal nikalti hai. is gas ki wajah se aisa hota hai ke aadmi agar dakhil ho to mar jata hai.</w:t>
      </w:r>
      <w:r>
        <w:br/>
      </w:r>
      <w:r>
        <w:rPr>
          <w:sz w:val="20"/>
        </w:rPr>
        <w:t>32:36  yani gas ko inhale kar ke, gas ko inhale kar ke mar jata hai. to is ko arab log kehte thay ke laanat al-firauna. to in logon ne kya kiya?</w:t>
      </w:r>
      <w:r>
        <w:br/>
      </w:r>
      <w:r>
        <w:rPr>
          <w:sz w:val="20"/>
        </w:rPr>
        <w:t>32:47  unhon ne aaj kal jo masheen hoti hain hawa ko nikalne ki, hawa ko nikala unhon ne.</w:t>
      </w:r>
      <w:r>
        <w:br/>
      </w:r>
      <w:r>
        <w:rPr>
          <w:sz w:val="20"/>
        </w:rPr>
        <w:t>32:55  saari gasen jo hain bahar ki gayeen. yani jaise exhaust fan hota hai, har jagah lagaya lagaya hota hai, woh exhaust fan kya karta hai?</w:t>
      </w:r>
      <w:r>
        <w:br/>
      </w:r>
      <w:r>
        <w:rPr>
          <w:sz w:val="20"/>
        </w:rPr>
        <w:t>33:04  andar ki hawa bahar karta hai. to andar ki saari gasen jo theen, woh bahar nikali gayeen. jo koi jis ko inhale karne se aadmi mar jata tha.</w:t>
      </w:r>
      <w:r>
        <w:br/>
      </w:r>
      <w:r>
        <w:rPr>
          <w:sz w:val="20"/>
        </w:rPr>
        <w:t>33:17  tab woh mustashreen dakhil hue to wahan par mumiai ki hui lashen maujood theen.</w:t>
      </w:r>
      <w:r>
        <w:br/>
      </w:r>
      <w:r>
        <w:rPr>
          <w:sz w:val="20"/>
        </w:rPr>
        <w:t>33:24  is mein ek laash thi is ki. is firaun ki jo hai musa ka contemporary tha, us ko nikala gaya. aur aaj ke zamane mein dekhiye, carbon 14 dating technique hai jis se theek theek age maloom hoti hai, age umar.</w:t>
      </w:r>
      <w:r>
        <w:br/>
      </w:r>
      <w:r>
        <w:rPr>
          <w:sz w:val="20"/>
        </w:rPr>
        <w:t>33:42  to carbon 14 dating ko apply kiya gaya. to maloom hua ke yeh to Hazrat Musa ka contemporary hai. theek wahi zamana, wahi hai is ka jo Hazrat Musa ka zamana tha.</w:t>
      </w:r>
      <w:r>
        <w:br/>
      </w:r>
      <w:r>
        <w:rPr>
          <w:sz w:val="20"/>
        </w:rPr>
        <w:t>33:54  to yeh baat confirm ho gayi ke yeh wahi firaun hai, yeh isi firaun ki body hai jo gharaq hua tha Hazrat Musa ke zamane mein.</w:t>
      </w:r>
      <w:r>
        <w:br/>
      </w:r>
      <w:r>
        <w:rPr>
          <w:sz w:val="20"/>
        </w:rPr>
        <w:t>34:03  is tarah se is ayat ki tasdeeq ho gayi ke alyawm nurjeeka bibadanika litakuna liman khalfaka aya.</w:t>
      </w:r>
      <w:r>
        <w:br/>
      </w:r>
      <w:r>
        <w:rPr>
          <w:sz w:val="20"/>
        </w:rPr>
        <w:t>34:12  ek ek ek event ko ke baray mein peshin goi ke woh mustaqbil mein zahir hoga. ab main ek aur misaal deta hoon.</w:t>
      </w:r>
      <w:r>
        <w:br/>
      </w:r>
      <w:r>
        <w:rPr>
          <w:sz w:val="20"/>
        </w:rPr>
        <w:t>34:22  quran mein surah al-room mein hai ghalabat al-room fi in al-ard wa min ba'di ghalabihim sayaghlabuna fi buz sanin wahan aisa hua tha ke arab ke atraf mein do bari saltanaten theen, romi aur irani.</w:t>
      </w:r>
      <w:r>
        <w:br/>
      </w:r>
      <w:r>
        <w:rPr>
          <w:sz w:val="20"/>
        </w:rPr>
        <w:t>34:40  to un mein takrao hua. to irani haar gaye, romi jeet gaye. is waqt bohat hi ajeeb ghareeb tor par quran mein yeh peshingoyi utri</w:t>
      </w:r>
      <w:r>
        <w:br/>
      </w:r>
      <w:r>
        <w:rPr>
          <w:sz w:val="20"/>
        </w:rPr>
        <w:t>34:50  ke das saal ke andar andar dobara aisa hoga ke romi jeet jayenge, irani haar jayenge. aur yeh waqea theek das saal ke andar, nau taqreeban nau saal mein pesh aaya.</w:t>
      </w:r>
      <w:r>
        <w:br/>
      </w:r>
      <w:r>
        <w:rPr>
          <w:sz w:val="20"/>
        </w:rPr>
        <w:t>35:04  yeh is ki tafseel maine likhi apni kitab mein mazhab aur jadeed chalain. do misaal woh hain jo ek infiradi event ki peshin goi quran mein aai aur phir woh poori hui.</w:t>
      </w:r>
    </w:p>
    <w:p>
      <w:pPr>
        <w:pStyle w:val="Heading2"/>
      </w:pPr>
      <w:r>
        <w:t>Full story: magicians choose eternal faith over Pharaoh's sword</w:t>
      </w:r>
    </w:p>
    <w:p>
      <w:r>
        <w:rPr>
          <w:color w:val="666666"/>
          <w:sz w:val="18"/>
        </w:rPr>
        <w:t>Kashmir, A Lesson September 14, 2014 · 5m 32s · at 12:49 · https://youtu.be/JQoYEj0Vntc?t=769</w:t>
      </w:r>
    </w:p>
    <w:p>
      <w:r>
        <w:rPr>
          <w:i/>
        </w:rPr>
        <w:t>“Pharaoh's magicians converted the instant Moses' staff swallowed the snakes”</w:t>
      </w:r>
    </w:p>
    <w:p>
      <w:r>
        <w:rPr>
          <w:sz w:val="20"/>
        </w:rPr>
        <w:t>12:49  jaisay mein ek misaal doon, ek bohat hi ajeeb misaal quran mein aayi, bohat ajeeb misaal ke misr mein, yani ancient misr mein,</w:t>
      </w:r>
      <w:r>
        <w:br/>
      </w:r>
      <w:r>
        <w:rPr>
          <w:sz w:val="20"/>
        </w:rPr>
        <w:t>13:04  firon rule karta tha. to aaj moosa wahan aaye, peghambar ke taur par.</w:t>
      </w:r>
      <w:r>
        <w:br/>
      </w:r>
      <w:r>
        <w:rPr>
          <w:sz w:val="20"/>
        </w:rPr>
        <w:t>13:13  to jaisa ke aap jante hain, wahan par ek muqabla rakha gaya jadugaron se.</w:t>
      </w:r>
      <w:r>
        <w:br/>
      </w:r>
      <w:r>
        <w:rPr>
          <w:sz w:val="20"/>
        </w:rPr>
        <w:t>13:23  to woh saare jadugar Firon ke mazhab ko man'ne wale the</w:t>
      </w:r>
      <w:r>
        <w:br/>
      </w:r>
      <w:r>
        <w:rPr>
          <w:sz w:val="20"/>
        </w:rPr>
        <w:t>13:32  pehle, lekin jab muqabla hua, unhon ne apni hastiyan aur lathiyan dalin. Woh logon ki nazar dikhai padi ke yeh to saaf hai.</w:t>
      </w:r>
      <w:r>
        <w:br/>
      </w:r>
      <w:r>
        <w:rPr>
          <w:sz w:val="20"/>
        </w:rPr>
        <w:t>13:42  phir Hazrat Musa ne apna asa dala, to un ke chhote chhote sahibon ko kha gaya. Woh kha gaya ke mani hain ke jab woh chala idhar udhar, to un ka woh zeher khatm ho gaya.</w:t>
      </w:r>
      <w:r>
        <w:br/>
      </w:r>
      <w:r>
        <w:rPr>
          <w:sz w:val="20"/>
        </w:rPr>
        <w:t>13:57  saanp ne zeher ko khaya tha, lathiyon aur rasi ko nahi khaya tha.</w:t>
      </w:r>
      <w:r>
        <w:br/>
      </w:r>
      <w:r>
        <w:rPr>
          <w:sz w:val="20"/>
        </w:rPr>
        <w:t>14:05  natija kya hua ke jab saanp ghuma idhar udhar Hazrat Musa ka, to jo lathi thi, woh lathi reh gayi, rasi thi, woh lathi reh gayi. Yahi hai faida.</w:t>
      </w:r>
      <w:r>
        <w:br/>
      </w:r>
      <w:r>
        <w:rPr>
          <w:sz w:val="20"/>
        </w:rPr>
        <w:t>14:15  aaya tarqaf bayad ko to yeh waqia jab dekha jadugaron ne, to un ki aankh khul gayi.</w:t>
      </w:r>
      <w:r>
        <w:br/>
      </w:r>
      <w:r>
        <w:rPr>
          <w:sz w:val="20"/>
        </w:rPr>
        <w:t>14:26  un ko sachai ki discovery ho gayi.</w:t>
      </w:r>
      <w:r>
        <w:br/>
      </w:r>
      <w:r>
        <w:rPr>
          <w:sz w:val="20"/>
        </w:rPr>
        <w:t>14:31  yeh achaanak baat nahi thi, is se pehle Hazrat Musa ki wahan movement chal rahi thi. Hazrat Musa ki baatein phail rahi thin ke Allah ek hai, ek ek Khuda ke siwa koi Khuda nahi.</w:t>
      </w:r>
      <w:r>
        <w:br/>
      </w:r>
      <w:r>
        <w:rPr>
          <w:sz w:val="20"/>
        </w:rPr>
        <w:t>14:44  iska pata phail rahi thi wahan par, to ek background tha pehle se.</w:t>
      </w:r>
      <w:r>
        <w:br/>
      </w:r>
      <w:r>
        <w:rPr>
          <w:sz w:val="20"/>
        </w:rPr>
        <w:t>14:53  jadugar jab akhatta hue the, to is se pehle woh jaan chuke the ke Musa ka paigham kya hai.</w:t>
      </w:r>
      <w:r>
        <w:br/>
      </w:r>
      <w:r>
        <w:rPr>
          <w:sz w:val="20"/>
        </w:rPr>
        <w:t>15:02  to is background ki wajah se bohat jald unhon ne jaan liya ke Musa sachai ke sachai le kar aaye hain.</w:t>
      </w:r>
      <w:r>
        <w:br/>
      </w:r>
      <w:r>
        <w:rPr>
          <w:sz w:val="20"/>
        </w:rPr>
        <w:t>15:14  to unhon ne kaha tha ke aamna birabbana Musa hum Musa ke deen ko mante hain. Yeh baat Firon ko zahir hai ke bohat ziyada</w:t>
      </w:r>
      <w:r>
        <w:br/>
      </w:r>
      <w:r>
        <w:rPr>
          <w:sz w:val="20"/>
        </w:rPr>
        <w:t>15:29  nagawar thi.</w:t>
      </w:r>
      <w:r>
        <w:br/>
      </w:r>
      <w:r>
        <w:rPr>
          <w:sz w:val="20"/>
        </w:rPr>
        <w:t>15:31  us ne hukum diya ke in logon ko talwar se qatal kar diya jaye.</w:t>
      </w:r>
      <w:r>
        <w:br/>
      </w:r>
      <w:r>
        <w:rPr>
          <w:sz w:val="20"/>
        </w:rPr>
        <w:t>15:39  to wahan par jallad hote the, woh talwar le ke pahunch gaye aur bilkul, yani chand secondon mein, chand minute mein un ki gardanein bahar jane wali thin.</w:t>
      </w:r>
      <w:r>
        <w:br/>
      </w:r>
      <w:r>
        <w:rPr>
          <w:sz w:val="20"/>
        </w:rPr>
        <w:t>15:54  us waqt jadugaron ne kaha faqat ban taqaz anha taqdeer hazir ad-dunya ke aye Firon,</w:t>
      </w:r>
      <w:r>
        <w:br/>
      </w:r>
      <w:r>
        <w:rPr>
          <w:sz w:val="20"/>
        </w:rPr>
        <w:t>16:07  tujh ko jo faisla karna hai, kar. To isi duniya ke bare mein faisla kar sakta hai. Is duniya ke mani kya hue?</w:t>
      </w:r>
      <w:r>
        <w:br/>
      </w:r>
      <w:r>
        <w:rPr>
          <w:sz w:val="20"/>
        </w:rPr>
        <w:t>16:18  dekhiye, is duniya ke mani saada nahi hain.</w:t>
      </w:r>
      <w:r>
        <w:br/>
      </w:r>
      <w:r>
        <w:rPr>
          <w:sz w:val="20"/>
        </w:rPr>
        <w:t>16:23  to hamare physical wajood ko mita sakta hai. Hamara doosra jo wajood hai, intellectual wajood, woh to baqi rahega. Woh Allah ke paas jayega.</w:t>
      </w:r>
      <w:r>
        <w:br/>
      </w:r>
      <w:r>
        <w:rPr>
          <w:sz w:val="20"/>
        </w:rPr>
        <w:t>16:33  is par tera koi control nahi.</w:t>
      </w:r>
      <w:r>
        <w:br/>
      </w:r>
      <w:r>
        <w:rPr>
          <w:sz w:val="20"/>
        </w:rPr>
        <w:t>16:38  yani physical sense mein jo achievement tha un ka, us ko Firon chheen sakta tha. Lekin spiritual sense mein jo un ka achievement tha, ek Allah ko manna, ek Allah ko apna concern banana,</w:t>
      </w:r>
      <w:r>
        <w:br/>
      </w:r>
      <w:r>
        <w:rPr>
          <w:sz w:val="20"/>
        </w:rPr>
        <w:t>16:55  ek Allah ke deen ke liye ailan karna ke yeh sachai hai, Musa ki sachai ka ailan karna, yeh tha un ka spiritual achievement.</w:t>
      </w:r>
      <w:r>
        <w:br/>
      </w:r>
      <w:r>
        <w:rPr>
          <w:sz w:val="20"/>
        </w:rPr>
        <w:t>17:06  to ek tha un ka physical achievement jo jadugar ke hasiyat se unhon ne hazir kiya tha.</w:t>
      </w:r>
      <w:r>
        <w:br/>
      </w:r>
      <w:r>
        <w:rPr>
          <w:sz w:val="20"/>
        </w:rPr>
        <w:t>17:15  to yeh jo kaha unhon ne faqat ban taqaz taqdeer hazir hai Hazrat dunya ke duniya mein hum ne physical sense mein jo achieve kiya tha, ada jadugar us ko to mita sakta hai,</w:t>
      </w:r>
      <w:r>
        <w:br/>
      </w:r>
      <w:r>
        <w:rPr>
          <w:sz w:val="20"/>
        </w:rPr>
        <w:t>17:31  teri talwar is pe chal sakti hai.</w:t>
      </w:r>
      <w:r>
        <w:br/>
      </w:r>
      <w:r>
        <w:rPr>
          <w:sz w:val="20"/>
        </w:rPr>
        <w:t>17:33  lekin spiritual sense mein, intellectual sense mein jo hum ne achieve kiya hai, Allah par faith, unshakable faith,</w:t>
      </w:r>
      <w:r>
        <w:br/>
      </w:r>
      <w:r>
        <w:rPr>
          <w:sz w:val="20"/>
        </w:rPr>
        <w:t>17:46  Musa ke nabuwat ka iqrar, jo Allah ka likh gaya ke unhon ne Musa ki nabuwat ko mana, aur aur Allah ki mohabbat, Allah ka khauf jo un ke dil mein aaya hoga,</w:t>
      </w:r>
      <w:r>
        <w:br/>
      </w:r>
      <w:r>
        <w:rPr>
          <w:sz w:val="20"/>
        </w:rPr>
        <w:t>18:00  wo sari baatein un ka spiritual aspect tha un ki life ka. to un ka matlab tha ke tumhari talwar hamare physical aspect chalegi, hamare spiritual aspect pe teri talwar nahi chalegi.</w:t>
      </w:r>
      <w:r>
        <w:br/>
      </w:r>
      <w:r>
        <w:rPr>
          <w:sz w:val="20"/>
        </w:rPr>
        <w:t>18:17  dekhiye, ye bohat hi bari baat hai.</w:t>
      </w:r>
    </w:p>
    <w:p>
      <w:pPr>
        <w:pStyle w:val="Heading2"/>
      </w:pPr>
      <w:r>
        <w:t>Sayyid Qutb's political misreading of Pharaoh's words about Moses</w:t>
      </w:r>
    </w:p>
    <w:p>
      <w:r>
        <w:rPr>
          <w:color w:val="666666"/>
          <w:sz w:val="18"/>
        </w:rPr>
        <w:t>Peace and Violence in Islam July 27, 2008 · 2m 52s · at 17:38 · https://youtu.be/B_61iaC_2dQ?t=1058</w:t>
      </w:r>
    </w:p>
    <w:p>
      <w:r>
        <w:rPr>
          <w:i/>
        </w:rPr>
        <w:t>“Main aap ko ek example deta hoon Sayyid Qutb ka”</w:t>
      </w:r>
    </w:p>
    <w:p>
      <w:r>
        <w:rPr>
          <w:sz w:val="20"/>
        </w:rPr>
        <w:t>17:38  military se bhi nahi hata paye to aap ab suicide bombing kar rahe hain. main aap ko ek example deta hoon Syed Qutb ka, jo poore aalam Islam mein number one samjhate hain.</w:t>
      </w:r>
      <w:r>
        <w:br/>
      </w:r>
      <w:r>
        <w:rPr>
          <w:sz w:val="20"/>
        </w:rPr>
        <w:t>17:52  aalam Arab mein, aalam Arab mein number one samjhate hain Syed Qutb. un ki tafseer hai, uska naam hai "Fi Zilal al-Quran".</w:t>
      </w:r>
      <w:r>
        <w:br/>
      </w:r>
      <w:r>
        <w:rPr>
          <w:sz w:val="20"/>
        </w:rPr>
        <w:t>18:05  Arabic mein un ki tafseer hai "Fi Zilal al-Quran".</w:t>
      </w:r>
      <w:r>
        <w:br/>
      </w:r>
      <w:r>
        <w:rPr>
          <w:sz w:val="20"/>
        </w:rPr>
        <w:t>18:12  is mein yani yeh jo is ka main misaal de raha hoon, kis tarah logon ne Islam ka political interpretation diya, is mein dekhen Quran mein qissa bataya gaya hai Hazrat Musa ka aur Firon ka.</w:t>
      </w:r>
      <w:r>
        <w:br/>
      </w:r>
      <w:r>
        <w:rPr>
          <w:sz w:val="20"/>
        </w:rPr>
        <w:t>18:30  to musa ne jab firoun ke darbar mein apna apna message jo allah taala ne diya tha, un ko pesh kiya, toheed ka mission, to woh kehta hai firoun ke darbari sab maujood the wahan par.</w:t>
      </w:r>
      <w:r>
        <w:br/>
      </w:r>
      <w:r>
        <w:rPr>
          <w:sz w:val="20"/>
        </w:rPr>
        <w:t>18:47  darbariyon ko address kiya is ne ke yurid yukhrijakum minkum musa ke bare mein ke yeh to hum ko hamari zameen se nikal dena chahta hai.</w:t>
      </w:r>
      <w:r>
        <w:br/>
      </w:r>
      <w:r>
        <w:rPr>
          <w:sz w:val="20"/>
        </w:rPr>
        <w:t>18:57  yeh aadmi</w:t>
      </w:r>
      <w:r>
        <w:br/>
      </w:r>
      <w:r>
        <w:rPr>
          <w:sz w:val="20"/>
        </w:rPr>
        <w:t>18:59  yurid yukhrijakum minkum yeh hum ko apni zameen se nikal dena chahta hai. Yani is ko political colour de diya is ne. Political colour.</w:t>
      </w:r>
      <w:r>
        <w:br/>
      </w:r>
      <w:r>
        <w:rPr>
          <w:sz w:val="20"/>
        </w:rPr>
        <w:t>19:10  ab yeh hazrat musa ke ka jo wahan par jo bole the, woh is mein kuch bhi nahi tha. Aisa political baat is mein kuch bhi nahi tha. To syed qutb ne hazrat musa ki ki jo speech thi, wahan par us se to kuch nahi paya apne political is ke liye inter</w:t>
      </w:r>
      <w:r>
        <w:br/>
      </w:r>
      <w:r>
        <w:rPr>
          <w:sz w:val="20"/>
        </w:rPr>
        <w:t>19:28  pression ke liye. To firoun ke paas se nikal liya ke firoun ne kaha tha ke firoun ne yeh kaha tha ke musa chahte hain ke hum ko hamari zameen se nikal dein.</w:t>
      </w:r>
      <w:r>
        <w:br/>
      </w:r>
      <w:r>
        <w:rPr>
          <w:sz w:val="20"/>
        </w:rPr>
        <w:t>19:38  yani hamare zameen ka matlab mulk, hamara country, hamara egypt. To egypt ko qabza kar lein, hum ko nikal kar ke.</w:t>
      </w:r>
      <w:r>
        <w:br/>
      </w:r>
      <w:r>
        <w:rPr>
          <w:sz w:val="20"/>
        </w:rPr>
        <w:t>19:47  to un ko unhon ne jo likha hai, syed qutb ne woh yeh likha hai unhon ne ke innaha zahab al-sultan innaha zahab al-sultan yeh to sultan mani hote hain power, iqtidaar.</w:t>
      </w:r>
      <w:r>
        <w:br/>
      </w:r>
      <w:r>
        <w:rPr>
          <w:sz w:val="20"/>
        </w:rPr>
        <w:t>20:03  yeh to hamara iqtidaar cheenna chahta hai. Yeh to iqtidaar khone khone ki baat hai.</w:t>
      </w:r>
      <w:r>
        <w:br/>
      </w:r>
      <w:r>
        <w:rPr>
          <w:sz w:val="20"/>
        </w:rPr>
        <w:t>20:11  yani is ko political colour de diya ke musa aaye hain taake hamare power, hamare iqtidaar cheenein. Hum yahan pe hukoomat apni qaim karein.</w:t>
      </w:r>
      <w:r>
        <w:br/>
      </w:r>
      <w:r>
        <w:rPr>
          <w:sz w:val="20"/>
        </w:rPr>
        <w:t>20:20  to yeh un ke alfaaz hain, yeh hazrat musa ke alfaaz nahi hain ke hazrat musa ne ki taqreer ke baad jo bola tha, woh firoun.</w:t>
      </w:r>
    </w:p>
    <w:p>
      <w:pPr>
        <w:pStyle w:val="Heading2"/>
      </w:pPr>
      <w:r>
        <w:t>Full story: Sayyid Qutb's political twisting of Moses and Pharaoh</w:t>
      </w:r>
    </w:p>
    <w:p>
      <w:r>
        <w:rPr>
          <w:color w:val="666666"/>
          <w:sz w:val="18"/>
        </w:rPr>
        <w:t>Peace and Violence in Islam July 27, 2008 · 5m 13s · at 17:38 · https://youtu.be/B_61iaC_2dQ?t=1058</w:t>
      </w:r>
    </w:p>
    <w:p>
      <w:r>
        <w:rPr>
          <w:i/>
        </w:rPr>
        <w:t>“Main aap ko ek example deta hoon Sayyid Qutb ka”</w:t>
      </w:r>
    </w:p>
    <w:p>
      <w:r>
        <w:rPr>
          <w:sz w:val="20"/>
        </w:rPr>
        <w:t>17:38  military se bhi nahi hata paye to aap ab suicide bombing kar rahe hain. main aap ko ek example deta hoon Syed Qutb ka, jo poore aalam Islam mein number one samjhate hain.</w:t>
      </w:r>
      <w:r>
        <w:br/>
      </w:r>
      <w:r>
        <w:rPr>
          <w:sz w:val="20"/>
        </w:rPr>
        <w:t>17:52  aalam Arab mein, aalam Arab mein number one samjhate hain Syed Qutb. un ki tafseer hai, uska naam hai "Fi Zilal al-Quran".</w:t>
      </w:r>
      <w:r>
        <w:br/>
      </w:r>
      <w:r>
        <w:rPr>
          <w:sz w:val="20"/>
        </w:rPr>
        <w:t>18:05  Arabic mein un ki tafseer hai "Fi Zilal al-Quran".</w:t>
      </w:r>
      <w:r>
        <w:br/>
      </w:r>
      <w:r>
        <w:rPr>
          <w:sz w:val="20"/>
        </w:rPr>
        <w:t>18:12  is mein yani yeh jo is ka main misaal de raha hoon, kis tarah logon ne Islam ka political interpretation diya, is mein dekhen Quran mein qissa bataya gaya hai Hazrat Musa ka aur Firon ka.</w:t>
      </w:r>
      <w:r>
        <w:br/>
      </w:r>
      <w:r>
        <w:rPr>
          <w:sz w:val="20"/>
        </w:rPr>
        <w:t>18:30  to musa ne jab firoun ke darbar mein apna apna message jo allah taala ne diya tha, un ko pesh kiya, toheed ka mission, to woh kehta hai firoun ke darbari sab maujood the wahan par.</w:t>
      </w:r>
      <w:r>
        <w:br/>
      </w:r>
      <w:r>
        <w:rPr>
          <w:sz w:val="20"/>
        </w:rPr>
        <w:t>18:47  darbariyon ko address kiya is ne ke yurid yukhrijakum minkum musa ke bare mein ke yeh to hum ko hamari zameen se nikal dena chahta hai.</w:t>
      </w:r>
      <w:r>
        <w:br/>
      </w:r>
      <w:r>
        <w:rPr>
          <w:sz w:val="20"/>
        </w:rPr>
        <w:t>18:57  yeh aadmi</w:t>
      </w:r>
      <w:r>
        <w:br/>
      </w:r>
      <w:r>
        <w:rPr>
          <w:sz w:val="20"/>
        </w:rPr>
        <w:t>18:59  yurid yukhrijakum minkum yeh hum ko apni zameen se nikal dena chahta hai. Yani is ko political colour de diya is ne. Political colour.</w:t>
      </w:r>
      <w:r>
        <w:br/>
      </w:r>
      <w:r>
        <w:rPr>
          <w:sz w:val="20"/>
        </w:rPr>
        <w:t>19:10  ab yeh hazrat musa ke ka jo wahan par jo bole the, woh is mein kuch bhi nahi tha. Aisa political baat is mein kuch bhi nahi tha. To syed qutb ne hazrat musa ki ki jo speech thi, wahan par us se to kuch nahi paya apne political is ke liye inter</w:t>
      </w:r>
      <w:r>
        <w:br/>
      </w:r>
      <w:r>
        <w:rPr>
          <w:sz w:val="20"/>
        </w:rPr>
        <w:t>19:28  pression ke liye. To firoun ke paas se nikal liya ke firoun ne kaha tha ke firoun ne yeh kaha tha ke musa chahte hain ke hum ko hamari zameen se nikal dein.</w:t>
      </w:r>
      <w:r>
        <w:br/>
      </w:r>
      <w:r>
        <w:rPr>
          <w:sz w:val="20"/>
        </w:rPr>
        <w:t>19:38  yani hamare zameen ka matlab mulk, hamara country, hamara egypt. To egypt ko qabza kar lein, hum ko nikal kar ke.</w:t>
      </w:r>
      <w:r>
        <w:br/>
      </w:r>
      <w:r>
        <w:rPr>
          <w:sz w:val="20"/>
        </w:rPr>
        <w:t>19:47  to un ko unhon ne jo likha hai, syed qutb ne woh yeh likha hai unhon ne ke innaha zahab al-sultan innaha zahab al-sultan yeh to sultan mani hote hain power, iqtidaar.</w:t>
      </w:r>
      <w:r>
        <w:br/>
      </w:r>
      <w:r>
        <w:rPr>
          <w:sz w:val="20"/>
        </w:rPr>
        <w:t>20:03  yeh to hamara iqtidaar cheenna chahta hai. Yeh to iqtidaar khone khone ki baat hai.</w:t>
      </w:r>
      <w:r>
        <w:br/>
      </w:r>
      <w:r>
        <w:rPr>
          <w:sz w:val="20"/>
        </w:rPr>
        <w:t>20:11  yani is ko political colour de diya ke musa aaye hain taake hamare power, hamare iqtidaar cheenein. Hum yahan pe hukoomat apni qaim karein.</w:t>
      </w:r>
      <w:r>
        <w:br/>
      </w:r>
      <w:r>
        <w:rPr>
          <w:sz w:val="20"/>
        </w:rPr>
        <w:t>20:20  to yeh un ke alfaaz hain, yeh hazrat musa ke alfaaz nahi hain ke hazrat musa ne ki taqreer ke baad jo bola tha, woh firoun.</w:t>
      </w:r>
      <w:r>
        <w:br/>
      </w:r>
      <w:r>
        <w:rPr>
          <w:sz w:val="20"/>
        </w:rPr>
        <w:t>20:31  is ka yeh syed qutb ne yeh matlab nikala ke innaha zahab al-sultan yeh to hamari iqtadari ko cheenna chahta hai.</w:t>
      </w:r>
      <w:r>
        <w:br/>
      </w:r>
      <w:r>
        <w:rPr>
          <w:sz w:val="20"/>
        </w:rPr>
        <w:t>20:42  aur likha unhon ne ke</w:t>
      </w:r>
      <w:r>
        <w:br/>
      </w:r>
      <w:r>
        <w:rPr>
          <w:sz w:val="20"/>
        </w:rPr>
        <w:t>20:46  muhawalat qalb al-nizam muhawalat qalb al-nizam yani hamara system badalne ka ka yeh yeh muhawala mani koshish.</w:t>
      </w:r>
      <w:r>
        <w:br/>
      </w:r>
      <w:r>
        <w:rPr>
          <w:sz w:val="20"/>
        </w:rPr>
        <w:t>20:58  yani in ka maqsad hai ke hamari hamari jo system hai, jo hamara hamari hukoomat hai, hukoomat ko badal de.</w:t>
      </w:r>
      <w:r>
        <w:br/>
      </w:r>
      <w:r>
        <w:rPr>
          <w:sz w:val="20"/>
        </w:rPr>
        <w:t>21:06  is tarah unhon ne nikala ke</w:t>
      </w:r>
      <w:r>
        <w:br/>
      </w:r>
      <w:r>
        <w:rPr>
          <w:sz w:val="20"/>
        </w:rPr>
        <w:t>21:10  ke nabiyon ki dawat hoti hai is baat ki ke hukoomat ilahia qaim ki jaye, divine rule qaim kiya jaye.</w:t>
      </w:r>
      <w:r>
        <w:br/>
      </w:r>
      <w:r>
        <w:rPr>
          <w:sz w:val="20"/>
        </w:rPr>
        <w:t>21:19  yani political revolution laya jaye. Ab dekhein jo text hai quran majeed ka, us mein to kuch bhi nahi aisa.</w:t>
      </w:r>
      <w:r>
        <w:br/>
      </w:r>
      <w:r>
        <w:rPr>
          <w:sz w:val="20"/>
        </w:rPr>
        <w:t>21:29  aur dilchasp baat yeh hai ke agar hazrat musa ka target yeh tha ke egypt mein apni hukoomat qaim karein, apna rule qaim karein wahan, to unhon ne to is ka ulta kiya.</w:t>
      </w:r>
      <w:r>
        <w:br/>
      </w:r>
      <w:r>
        <w:rPr>
          <w:sz w:val="20"/>
        </w:rPr>
        <w:t>21:46  aap jante hain ke allah taala ne firoun ko aur us ke lashkar ko, us ki sari jo military thi, sab ko samundar mein gharaq kar diya.</w:t>
      </w:r>
      <w:r>
        <w:br/>
      </w:r>
      <w:r>
        <w:rPr>
          <w:sz w:val="20"/>
        </w:rPr>
        <w:t>22:01  yeh aap parhte hain quran mein aur bible mein bhi yeh baat maujood hai.</w:t>
      </w:r>
      <w:r>
        <w:br/>
      </w:r>
      <w:r>
        <w:rPr>
          <w:sz w:val="20"/>
        </w:rPr>
        <w:t>22:06  to jab firoun khatam ho gaya aur us ki us ka military, us ki military power bhi khatam ho gayi, to hazrat musa ka mauqa tha ke ab woh misr mein apni apna rule qaim karein.</w:t>
      </w:r>
      <w:r>
        <w:br/>
      </w:r>
      <w:r>
        <w:rPr>
          <w:sz w:val="20"/>
        </w:rPr>
        <w:t>22:20  lekin hazrat musa ne kiya kiya? Misr ko chhod kar chale gaye sahra-e-sina mein, desert mein.</w:t>
      </w:r>
      <w:r>
        <w:br/>
      </w:r>
      <w:r>
        <w:rPr>
          <w:sz w:val="20"/>
        </w:rPr>
        <w:t>22:28  to kaise ajeeb the hazrat musa ke jo nishana, jo target banaya tha unhon ne, woh target un ko mil gaya bilkul.</w:t>
      </w:r>
      <w:r>
        <w:br/>
      </w:r>
      <w:r>
        <w:rPr>
          <w:sz w:val="20"/>
        </w:rPr>
        <w:t>22:38  aur phir woh egypt chhod kar chale gaye sahra-e-sina mein. Yeh sab aap parhein ke quran mein bhi hai, bible mein bhi yeh baat hai. Lekin yeh kitaab aizam phaili sari duniya mein.</w:t>
      </w:r>
    </w:p>
    <w:p>
      <w:pPr>
        <w:pStyle w:val="Heading2"/>
      </w:pPr>
      <w:r>
        <w:t>Pharaoh's magicians suddenly fall into prostration declaring faith</w:t>
      </w:r>
    </w:p>
    <w:p>
      <w:r>
        <w:rPr>
          <w:color w:val="666666"/>
          <w:sz w:val="18"/>
        </w:rPr>
        <w:t>Realization of God November 26, 2024 · 33s · at 12:17 · https://youtu.be/AG1gtOdLvGs?t=737</w:t>
      </w:r>
    </w:p>
    <w:p>
      <w:r>
        <w:rPr>
          <w:i/>
        </w:rPr>
        <w:t>“Woh foran sajde mein gir gaye: aamanna bi Rabbil aalameen.”</w:t>
      </w:r>
    </w:p>
    <w:p>
      <w:r>
        <w:rPr>
          <w:sz w:val="20"/>
        </w:rPr>
        <w:t>12:17  woh foran sajde mein gir gaye. Unhon ne kaha ke aamanna birab bil aalameen rabb e Musa wa Haroon</w:t>
      </w:r>
      <w:r>
        <w:br/>
      </w:r>
      <w:r>
        <w:rPr>
          <w:sz w:val="20"/>
        </w:rPr>
        <w:t>12:24  is ke baad jo un ke andar jo tabdeeli aayi, ab Firon ki taraf se dhamkiyan, yahan tak ke un ko saza bhi de di gayi ke un ke haath pair mukhalif simt kaat diye gaye.</w:t>
      </w:r>
      <w:r>
        <w:br/>
      </w:r>
      <w:r>
        <w:rPr>
          <w:sz w:val="20"/>
        </w:rPr>
        <w:t>12:34  ji, lekin is ke bawajood woh jis daryaft ko unhon ne paya tha, Allah ki jo marifat unhon ne paayi thi, us se mutazalzil hona, us se is mein aisa conviction tha ke unhon ne apni jaan de di magar Allah ki marifat</w:t>
      </w:r>
      <w:r>
        <w:br/>
      </w:r>
      <w:r>
        <w:rPr>
          <w:sz w:val="20"/>
        </w:rPr>
        <w:t>12:51  nahi chhodi. Yahi farq hota hai ke bohat se log wahan par Bani Israel bhi the, Allah ko jaanne wale, manne wale, magar un ke paas jo missing thi, woh daryaft thi, woh marifat thi, woh realization thi.</w:t>
      </w:r>
    </w:p>
    <w:p>
      <w:pPr>
        <w:pStyle w:val="Heading2"/>
      </w:pPr>
      <w:r>
        <w:t>Pharaoh's magicians discover true faith and never let go</w:t>
      </w:r>
    </w:p>
    <w:p>
      <w:r>
        <w:rPr>
          <w:color w:val="666666"/>
          <w:sz w:val="18"/>
        </w:rPr>
        <w:t>Realization of God November 26, 2024 · 5m 08s · at 9:33 · https://youtu.be/AG1gtOdLvGs?t=573</w:t>
      </w:r>
    </w:p>
    <w:p>
      <w:r>
        <w:rPr>
          <w:i/>
        </w:rPr>
        <w:t>“Jadugaran-e-Firaun ko jab Allah ki pehchan nahi thi, Firaun se ummeedein thi.”</w:t>
      </w:r>
    </w:p>
    <w:p>
      <w:r>
        <w:rPr>
          <w:sz w:val="20"/>
        </w:rPr>
        <w:t>9:33  Hum jante hain ke jadugrani Firon jinka Quran mein Allah ne zikr kiya hai, yeh jadugrani Firon jab un ko Allah ki pehchan nahi thi to wo ek Firon se ummeedein lagaye hue the.</w:t>
      </w:r>
      <w:r>
        <w:br/>
      </w:r>
      <w:r>
        <w:rPr>
          <w:sz w:val="20"/>
        </w:rPr>
        <w:t>9:52  Wo keh rahe the ke agar hum ko ghulba milega to hum ko kya milne wala hai? Firon ne kaha ke tum ko to apne mukharribeen mein se bana loonga.</w:t>
      </w:r>
      <w:r>
        <w:br/>
      </w:r>
      <w:r>
        <w:rPr>
          <w:sz w:val="20"/>
        </w:rPr>
        <w:t>10:04  to un ke andar woh jo hiras thi, woh jo dunya ki lalach thi, jo madhiyat ki ya materialism ki jo un ke andar chahat thi, achaanak jab woh waqea hua ke muqabla hua aur unhon ne apne laathi daal diye,</w:t>
      </w:r>
      <w:r>
        <w:br/>
      </w:r>
      <w:r>
        <w:rPr>
          <w:sz w:val="20"/>
        </w:rPr>
        <w:t>10:24  woh jo kuch jadoogar karte hain, woh ek illusion hota hai. Yaani aankhon ka dhoka hota hai, woh reality nahi hoti hai.</w:t>
      </w:r>
      <w:r>
        <w:br/>
      </w:r>
      <w:r>
        <w:rPr>
          <w:sz w:val="20"/>
        </w:rPr>
        <w:t>10:33  un ko woh farq ko bohat achhe tareeqe se jadoogar jaante hain ke woh jo kuch karte hain, woh sirf nazar ka dhoka hota hai. Ek tarah ka illusion hota hai, woh illusion create karte hain.</w:t>
      </w:r>
      <w:r>
        <w:br/>
      </w:r>
      <w:r>
        <w:rPr>
          <w:sz w:val="20"/>
        </w:rPr>
        <w:t>10:45  yaani bayaan koi saanp nahi daud raha hota hai magar lagta hai logon ko ke koi saanp daud raha hai. To woh us ke expert the, woh us ke mahireen the, us fun ko jaante the.</w:t>
      </w:r>
      <w:r>
        <w:br/>
      </w:r>
      <w:r>
        <w:rPr>
          <w:sz w:val="20"/>
        </w:rPr>
        <w:t>10:59  to unhon ne apni laathi daali</w:t>
      </w:r>
      <w:r>
        <w:br/>
      </w:r>
      <w:r>
        <w:rPr>
          <w:sz w:val="20"/>
        </w:rPr>
        <w:t>11:02  to woh illusion se lag raha tha ke woh azdahi aur saanp ban kar ke daud rahe hain. Hazrat Musa ne jaise hi apni laathi daali to un ko laga ke yeh to illusion nahi hai.</w:t>
      </w:r>
      <w:r>
        <w:br/>
      </w:r>
      <w:r>
        <w:rPr>
          <w:sz w:val="20"/>
        </w:rPr>
        <w:t>11:16  yeh to nazar ka dhoka nahi hai. Yeh to bilkul jo hai na, change ho gaya hai. Jo laathi thi, woh azdahi mein convert ho gayi hai.</w:t>
      </w:r>
      <w:r>
        <w:br/>
      </w:r>
      <w:r>
        <w:rPr>
          <w:sz w:val="20"/>
        </w:rPr>
        <w:t>11:25  woh us farq ko jaanne ki wajah se un ko laga ke yeh maamla jadoogari ka nahi hai.</w:t>
      </w:r>
      <w:r>
        <w:br/>
      </w:r>
      <w:r>
        <w:rPr>
          <w:sz w:val="20"/>
        </w:rPr>
        <w:t>11:31  yeh Allah ki qudrat hi aisa kar sakti hai, insaan ke bas ki cheez nahi hai. Jaise hi unhon ne is laathi ke peeche Khuda ki azmat ko dekha, Khuda ki qudrat ka unhon ne nazara kiya to us laathi ke zariye se un ke andar Khuda ke bare mein aisa yaqeen, aisa ghair mutazalzil yaqeen un ke andar paida ho gaya.</w:t>
      </w:r>
      <w:r>
        <w:br/>
      </w:r>
      <w:r>
        <w:rPr>
          <w:sz w:val="20"/>
        </w:rPr>
        <w:t>11:54  is ke baad hum jaante hain ke Firon ne un se kaha ke innahu lakabeerukumullazi allamakumus sahra dekho, tum chhote jadoogar ho, woh thoda bada jadoogar hai.</w:t>
      </w:r>
      <w:r>
        <w:br/>
      </w:r>
      <w:r>
        <w:rPr>
          <w:sz w:val="20"/>
        </w:rPr>
        <w:t>12:07  woh tum ko sikha sakta hai, woh fun ka mahir hai. To unhon ne kaha ke nahi, yeh jadoogari ka masla hai hi nahi.</w:t>
      </w:r>
      <w:r>
        <w:br/>
      </w:r>
      <w:r>
        <w:rPr>
          <w:sz w:val="20"/>
        </w:rPr>
        <w:t>12:17  woh foran sajde mein gir gaye. Unhon ne kaha ke aamanna birab bil aalameen rabb e Musa wa Haroon</w:t>
      </w:r>
      <w:r>
        <w:br/>
      </w:r>
      <w:r>
        <w:rPr>
          <w:sz w:val="20"/>
        </w:rPr>
        <w:t>12:24  is ke baad jo un ke andar jo tabdeeli aayi, ab Firon ki taraf se dhamkiyan, yahan tak ke un ko saza bhi de di gayi ke un ke haath pair mukhalif simt kaat diye gaye.</w:t>
      </w:r>
      <w:r>
        <w:br/>
      </w:r>
      <w:r>
        <w:rPr>
          <w:sz w:val="20"/>
        </w:rPr>
        <w:t>12:34  ji, lekin is ke bawajood woh jis daryaft ko unhon ne paya tha, Allah ki jo marifat unhon ne paayi thi, us se mutazalzil hona, us se is mein aisa conviction tha ke unhon ne apni jaan de di magar Allah ki marifat</w:t>
      </w:r>
      <w:r>
        <w:br/>
      </w:r>
      <w:r>
        <w:rPr>
          <w:sz w:val="20"/>
        </w:rPr>
        <w:t>12:51  nahi chhodi. Yahi farq hota hai ke bohat se log wahan par Bani Israel bhi the, Allah ko jaanne wale, manne wale, magar un ke paas jo missing thi, woh daryaft thi, woh marifat thi, woh realization thi.</w:t>
      </w:r>
      <w:r>
        <w:br/>
      </w:r>
      <w:r>
        <w:rPr>
          <w:sz w:val="20"/>
        </w:rPr>
        <w:t>13:04  hmm, baar baar Hazrat Musa ko un ko yaad dilana pada. Un ke saamne bohat se aise experience hote the ke un ko Bani Israel ne apni aankhon se dekha ke Khuda ne jo hai darya ko un ke liye kaat kar raaste bana diye hain, lekin</w:t>
      </w:r>
      <w:r>
        <w:br/>
      </w:r>
      <w:r>
        <w:rPr>
          <w:sz w:val="20"/>
        </w:rPr>
        <w:t>13:20  phir bhi un ke andar conviction nahi jaaga, marifat nahi aa saki un ke andar. Jaisi marifat hum dekhte hain, yeh un jadoogari Firon ke andar aayi.</w:t>
      </w:r>
      <w:r>
        <w:br/>
      </w:r>
      <w:r>
        <w:rPr>
          <w:sz w:val="20"/>
        </w:rPr>
        <w:t>13:31  to yahi farq hai ke marifat jo hai, yeh jaanne manne se ek agla marhala hai, ek agla step hai.</w:t>
      </w:r>
      <w:r>
        <w:br/>
      </w:r>
      <w:r>
        <w:rPr>
          <w:sz w:val="20"/>
        </w:rPr>
        <w:t>13:40  hmm, aur yeh sab ki zaroorat hai.</w:t>
      </w:r>
      <w:r>
        <w:br/>
      </w:r>
      <w:r>
        <w:rPr>
          <w:sz w:val="20"/>
        </w:rPr>
        <w:t>13:43  un ki bhi zaroorat hai jo Allah ko mante hain, jaante hain, aur un ki bhi jo hum nahi jaante ya nahi mante. Ji, Masha Allah, aap ne bohat achhi misaal di ke marifat milne ke baad insaan kaise ban jata hai.</w:t>
      </w:r>
      <w:r>
        <w:br/>
      </w:r>
      <w:r>
        <w:rPr>
          <w:sz w:val="20"/>
        </w:rPr>
        <w:t>14:01  ek insaan jo marifat milne se pehle paisa talab kar raha tha ke hum agar jeet jayein, Musa ko hara dein to hamare liye kya</w:t>
      </w:r>
      <w:r>
        <w:br/>
      </w:r>
      <w:r>
        <w:rPr>
          <w:sz w:val="20"/>
        </w:rPr>
        <w:t>14:12  hai, kya inaam hai. Lekin marifat milne ke baad un ka haal yeh hua ke Firon ne kaha la uqattilanna aydiyakum wa arjulakum min khilafin wa la usallibannakum ajmaeen itni badi dhamki di, maut ki dhamki di.</w:t>
      </w:r>
      <w:r>
        <w:br/>
      </w:r>
      <w:r>
        <w:rPr>
          <w:sz w:val="20"/>
        </w:rPr>
        <w:t>14:25  is ke bawajood marifat ka yeh khasa hai ke jab woh kisi ko milta hai to phir aadmi us ko chhodta nahi hai.</w:t>
      </w:r>
      <w:r>
        <w:br/>
      </w:r>
      <w:r>
        <w:rPr>
          <w:sz w:val="20"/>
        </w:rPr>
        <w:t>14:35  to yeh dhamki bhi unhein, yaani marifat se nahi hata saki.</w:t>
      </w:r>
    </w:p>
    <w:p>
      <w:pPr>
        <w:pStyle w:val="Heading2"/>
      </w:pPr>
      <w:r>
        <w:t>Pharaoh's tower to find God — then and now</w:t>
      </w:r>
    </w:p>
    <w:p>
      <w:r>
        <w:rPr>
          <w:color w:val="666666"/>
          <w:sz w:val="18"/>
        </w:rPr>
        <w:t>Final Role of Prophetic Mission June 1, 2008 · 2m 02s · at 22:37 · https://youtu.be/JDqiRm5Jbm8?t=1357</w:t>
      </w:r>
    </w:p>
    <w:p>
      <w:r>
        <w:rPr>
          <w:i/>
        </w:rPr>
        <w:t>“Pharaoh told Haman: build me a tower to find God”</w:t>
      </w:r>
    </w:p>
    <w:p>
      <w:r>
        <w:rPr>
          <w:sz w:val="20"/>
        </w:rPr>
        <w:t>22:36  aap</w:t>
      </w:r>
      <w:r>
        <w:br/>
      </w:r>
      <w:r>
        <w:rPr>
          <w:sz w:val="20"/>
        </w:rPr>
        <w:t>22:37  ko quran mein aap ne parha hoga ke three thousand years pehle, teen hazar saal pehle, Egypt mein Hazrat Musa aaye.</w:t>
      </w:r>
      <w:r>
        <w:br/>
      </w:r>
      <w:r>
        <w:rPr>
          <w:sz w:val="20"/>
        </w:rPr>
        <w:t>22:50  wahan un khuda ne un ko peghambar banaya. to unhon ne firoun ke samne dawat pesh ki. firoun ne kaha, "apne prime minister tha Haman ke Musa keh rahe hain khuda ki baat, khuda kahan hai?</w:t>
      </w:r>
      <w:r>
        <w:br/>
      </w:r>
      <w:r>
        <w:rPr>
          <w:sz w:val="20"/>
        </w:rPr>
        <w:t>23:05  mere liye ek bohat bara tower banao,</w:t>
      </w:r>
      <w:r>
        <w:br/>
      </w:r>
      <w:r>
        <w:rPr>
          <w:sz w:val="20"/>
        </w:rPr>
        <w:t>23:07  mein charh kar dekhunga ke khuda kahan hai." to us waqt jo hai yeh ground maujood nahi thi. us waqt koi yeh nahi kehne ki position mein tha ke "tum dekh hi nahi sakte,</w:t>
      </w:r>
      <w:r>
        <w:br/>
      </w:r>
      <w:r>
        <w:rPr>
          <w:sz w:val="20"/>
        </w:rPr>
        <w:t>23:20  tum jis jis jo tum dekh paoge, wo to four percent hai sirf universe ka. 96 percent tum dekh hi nahi sakte, tum to tum kaise dekhoge?</w:t>
      </w:r>
      <w:r>
        <w:br/>
      </w:r>
      <w:r>
        <w:rPr>
          <w:sz w:val="20"/>
        </w:rPr>
        <w:t>23:30  koi bhi tower tumhara kitna hi ooncha ho, wo universe ka sirf four percent hi tum ko dikha payega. kyunke tumhare aur object ke beech mein light honi chahiye, aur light wahan se emit hi nahi hoti hai.</w:t>
      </w:r>
      <w:r>
        <w:br/>
      </w:r>
      <w:r>
        <w:rPr>
          <w:sz w:val="20"/>
        </w:rPr>
        <w:t>23:48  sooraj se light aa rahi hai, hum us ko dekh paate hain. galaxy se light aa rahi hai, us ko hum dekh paate</w:t>
      </w:r>
      <w:r>
        <w:br/>
      </w:r>
      <w:r>
        <w:rPr>
          <w:sz w:val="20"/>
        </w:rPr>
        <w:t>23:53  hain. lekin aur jo matter hai, wo to apni light ko bahar aane nahi deta, to hum us ko dekh bhi nahi sakte.</w:t>
      </w:r>
      <w:r>
        <w:br/>
      </w:r>
      <w:r>
        <w:rPr>
          <w:sz w:val="20"/>
        </w:rPr>
        <w:t>24:03  hum wo hamare liye dark bana hua hai. yeh jo hai, is ko isi ko mein keh raha hoon ke bilaterally accepted ground. isi ko mein keh raha hoon ke bilaterally accepted ground ke dono fareeq yeh maan rahe hain ke hum is ko dekh hi nahi sakte.</w:t>
      </w:r>
      <w:r>
        <w:br/>
      </w:r>
      <w:r>
        <w:rPr>
          <w:sz w:val="20"/>
        </w:rPr>
        <w:t>24:20  to pehle yeh baat jo hoti hai, wo one sided claim ki hesiyat karti thi. ab wo bilaterally accepted ground mil gaya hamein ke hum keh sakein ke tum khud apne jis cheez ko accept kar rahe ho, us ke mutabiq hai tumhare liye wo unseen hai.</w:t>
      </w:r>
    </w:p>
    <w:p>
      <w:pPr>
        <w:pStyle w:val="Heading2"/>
      </w:pPr>
      <w:r>
        <w:t>Pharaoh's wife Asiya's prayer for a house in paradise</w:t>
      </w:r>
    </w:p>
    <w:p>
      <w:r>
        <w:rPr>
          <w:color w:val="666666"/>
          <w:sz w:val="18"/>
        </w:rPr>
        <w:t>Return to Paradise May 30, 2009 · 1m 45s · at 42:32 · https://youtu.be/WnsvBfxBpVQ?t=2552</w:t>
      </w:r>
    </w:p>
    <w:p>
      <w:r>
        <w:rPr>
          <w:i/>
        </w:rPr>
        <w:t>“Pharaoh said to his wife Asiya: I will kill you”</w:t>
      </w:r>
    </w:p>
    <w:p>
      <w:r>
        <w:rPr>
          <w:sz w:val="20"/>
        </w:rPr>
        <w:t>42:32  paradise is living in the neighborhood of God. there is a story that Egyptian king Pharaoh was a mushrik king.</w:t>
      </w:r>
      <w:r>
        <w:br/>
      </w:r>
      <w:r>
        <w:rPr>
          <w:sz w:val="20"/>
        </w:rPr>
        <w:t>42:45  he was very, very arrogant king. arrogant! he refused to accept the message given by Musa, Hazrat Musa (peace be upon him).</w:t>
      </w:r>
      <w:r>
        <w:br/>
      </w:r>
      <w:r>
        <w:rPr>
          <w:sz w:val="20"/>
        </w:rPr>
        <w:t>42:56  he was contemporary of Moses.</w:t>
      </w:r>
      <w:r>
        <w:br/>
      </w:r>
      <w:r>
        <w:rPr>
          <w:sz w:val="20"/>
        </w:rPr>
        <w:t>42:59  so his wife, Asia, accepted the din of Musa.</w:t>
      </w:r>
      <w:r>
        <w:br/>
      </w:r>
      <w:r>
        <w:rPr>
          <w:sz w:val="20"/>
        </w:rPr>
        <w:t>43:10  he became angry. the king became angry. he said that, he said to his wife, Asia: "I will kill you, I will kill you.</w:t>
      </w:r>
      <w:r>
        <w:br/>
      </w:r>
      <w:r>
        <w:rPr>
          <w:sz w:val="20"/>
        </w:rPr>
        <w:t>43:25  you have to abandon the religion of Musa, otherwise I will kill you."</w:t>
      </w:r>
      <w:r>
        <w:br/>
      </w:r>
      <w:r>
        <w:rPr>
          <w:sz w:val="20"/>
        </w:rPr>
        <w:t>43:31  that lady said: "I am not going to abandon the religion of Musa. my trust is in God." so at that time, he prayed a very stage prayer, prayer or dua.</w:t>
      </w:r>
      <w:r>
        <w:br/>
      </w:r>
      <w:r>
        <w:rPr>
          <w:sz w:val="20"/>
        </w:rPr>
        <w:t>43:51  he said: "Rabbi, in the Jannah, O God, give me a house in paradise,</w:t>
      </w:r>
      <w:r>
        <w:br/>
      </w:r>
      <w:r>
        <w:rPr>
          <w:sz w:val="20"/>
        </w:rPr>
        <w:t>44:06  in your neighborhood." so it means that paradise is the title of God, God the neighborhood.</w:t>
      </w:r>
    </w:p>
    <w:p>
      <w:pPr>
        <w:pStyle w:val="Heading2"/>
      </w:pPr>
      <w:r>
        <w:t>Applying a Quranic verse about Pharaoh to modern freedom</w:t>
      </w:r>
    </w:p>
    <w:p>
      <w:r>
        <w:rPr>
          <w:color w:val="666666"/>
          <w:sz w:val="18"/>
        </w:rPr>
        <w:t>In Conversation on Maulana Wahiduddin Khan with Omries October 9, 2022 · 1m 05s · at 55:03 · https://youtu.be/zMfnWSEr95I?t=3303</w:t>
      </w:r>
    </w:p>
    <w:p>
      <w:r>
        <w:rPr>
          <w:i/>
        </w:rPr>
        <w:t>“Fiha zikrukum — Quran mein tumhara bhi zikr hai”</w:t>
      </w:r>
    </w:p>
    <w:p>
      <w:r>
        <w:rPr>
          <w:sz w:val="20"/>
        </w:rPr>
        <w:t>55:03  to is ko apply karte hue ek baar main Quran ki ayat ba ayat padh raha</w:t>
      </w:r>
      <w:r>
        <w:br/>
      </w:r>
      <w:r>
        <w:rPr>
          <w:sz w:val="20"/>
        </w:rPr>
        <w:t>55:07  tha, to ek ayat par main pahuncha jo Surah Baqarah ki ayat hai: "min al</w:t>
      </w:r>
      <w:r>
        <w:br/>
      </w:r>
      <w:r>
        <w:rPr>
          <w:sz w:val="20"/>
        </w:rPr>
        <w:t>55:15  yeh ayat Allah taala ah ahl e kitab se address karte hue kehta hai: Khuda ki is nemat ko yaad karo jab us ne Firon se tum ko bachaya jo tum ko sakht sazaein diya karta tha." to main sochte hue socha ke is mein mere liye kya, mera kya zikr hai is mein?</w:t>
      </w:r>
      <w:r>
        <w:br/>
      </w:r>
      <w:r>
        <w:rPr>
          <w:sz w:val="20"/>
        </w:rPr>
        <w:t>55:31  to mujhe foran woh baat aayi ke Khuda ne mujhe ek aise daur mein paida kiya hai jo bilkul freedom age hai, jahan aap ke mazhab par bolne par, amal par, parchar par koi pabandi nahin hai.</w:t>
      </w:r>
      <w:r>
        <w:br/>
      </w:r>
      <w:r>
        <w:rPr>
          <w:sz w:val="20"/>
        </w:rPr>
        <w:t>55:42  ek woh zamana tha Rasool Allah ka ya us se pehle religious persecution ka age tha. to goya alfaaz badal kar Khuda mujh se yeh keh raha hai ke Khuda ki is nemat ko yaad karo jis ne religious persecution ke age ko khatm kar ke tum ko freedom age mein paida kiya.</w:t>
      </w:r>
      <w:r>
        <w:br/>
      </w:r>
      <w:r>
        <w:rPr>
          <w:sz w:val="20"/>
        </w:rPr>
        <w:t>55:59  ji to bohat zyada mujhe us waqt ek thrilling hui, aur main is daur e jadeed ko ek shukr ke saath is ko apnane ka mujhe ek mauqa mila. ji to Maulana se yeh sab baatein hum ne seekhi hain.</w:t>
      </w:r>
    </w:p>
    <w:p>
      <w:pPr>
        <w:pStyle w:val="Heading2"/>
      </w:pPr>
      <w:r>
        <w:t>Pharaoh's magicians, Moses's staff, and instant faith</w:t>
      </w:r>
    </w:p>
    <w:p>
      <w:r>
        <w:rPr>
          <w:color w:val="666666"/>
          <w:sz w:val="18"/>
        </w:rPr>
        <w:t>How To Realise God August 29, 2008 · 5m 47s · at 38:19 · https://youtu.be/cbjyJhhS1vI?t=2299</w:t>
      </w:r>
    </w:p>
    <w:p>
      <w:r>
        <w:rPr>
          <w:i/>
        </w:rPr>
        <w:t>“Egypt mein king tha Firaun, uske zamane mein Hazrat Moosa aaye”</w:t>
      </w:r>
    </w:p>
    <w:p>
      <w:r>
        <w:rPr>
          <w:sz w:val="20"/>
        </w:rPr>
        <w:t>38:19  egypt mein king tha firo, jis ko firon kaha jata hai. to us ke zamane mein hazrat moosa aaye, mozez, aur us ko dawat di.</w:t>
      </w:r>
      <w:r>
        <w:br/>
      </w:r>
      <w:r>
        <w:rPr>
          <w:sz w:val="20"/>
        </w:rPr>
        <w:t>38:33  unhon ne toheed ki.</w:t>
      </w:r>
      <w:r>
        <w:br/>
      </w:r>
      <w:r>
        <w:rPr>
          <w:sz w:val="20"/>
        </w:rPr>
        <w:t>38:38  to hazrat moosa ne apna jo un ke paas woh tha, un ka asaa, staff, us ko zameen par dala aur saanp ban gaya.</w:t>
      </w:r>
      <w:r>
        <w:br/>
      </w:r>
      <w:r>
        <w:rPr>
          <w:sz w:val="20"/>
        </w:rPr>
        <w:t>38:47  woh</w:t>
      </w:r>
      <w:r>
        <w:br/>
      </w:r>
      <w:r>
        <w:rPr>
          <w:sz w:val="20"/>
        </w:rPr>
        <w:t>38:49  to is zamane mein egypt mein ja magic ka bara zaroorat tha. bare bare magician hua karte the egypt mein. to firon ne kaha ke main tum ko magician ke zariye tum ko defeat doonga.</w:t>
      </w:r>
      <w:r>
        <w:br/>
      </w:r>
      <w:r>
        <w:rPr>
          <w:sz w:val="20"/>
        </w:rPr>
        <w:t>39:07  to ek din tay hua aur poore egypt ke bare bare magician bulaye gaye wahan par.</w:t>
      </w:r>
      <w:r>
        <w:br/>
      </w:r>
      <w:r>
        <w:rPr>
          <w:sz w:val="20"/>
        </w:rPr>
        <w:t>39:16  aur wahan par moosa ko bulaya</w:t>
      </w:r>
      <w:r>
        <w:br/>
      </w:r>
      <w:r>
        <w:rPr>
          <w:sz w:val="20"/>
        </w:rPr>
        <w:t>39:18  gaya. ek bohat bara maidan tha, us maidan mein log bhare hue the tamasha dekhne ke liye. to kiya hua?</w:t>
      </w:r>
      <w:r>
        <w:br/>
      </w:r>
      <w:r>
        <w:rPr>
          <w:sz w:val="20"/>
        </w:rPr>
        <w:t>39:29  jo magician aaye the, bare bare, un ke haath mein koi koi rassi thi, koi lakri thi, maidan mein dala unhon ne. to woh us saanp ki tarah woh sab chalne lage.</w:t>
      </w:r>
      <w:r>
        <w:br/>
      </w:r>
      <w:r>
        <w:rPr>
          <w:sz w:val="20"/>
        </w:rPr>
        <w:t>39:40  woh saanp, woh woh woh lakri aur aur rassi jo laga ke saanp chal raha hai is mein maidan mein.</w:t>
      </w:r>
      <w:r>
        <w:br/>
      </w:r>
      <w:r>
        <w:rPr>
          <w:sz w:val="20"/>
        </w:rPr>
        <w:t>39:51  to is ke baad moosa ne kaha ke theek hai, ab main dalta hoon. to moosa ne apna jo un ka jo staff tha, jo un ka jo asaa tha, woh dala.</w:t>
      </w:r>
      <w:r>
        <w:br/>
      </w:r>
      <w:r>
        <w:rPr>
          <w:sz w:val="20"/>
        </w:rPr>
        <w:t>40:02  to faizah ya talakhf yafqoon, woh to khuda ka moajza tha, khuda ka miracle tha.</w:t>
      </w:r>
      <w:r>
        <w:br/>
      </w:r>
      <w:r>
        <w:rPr>
          <w:sz w:val="20"/>
        </w:rPr>
        <w:t>40:09  to quran mein ek faizah hai: "talakhf yafqoon". un ke dale hue cheezon ko woh saanp nigal gaya, nigal gaya, khatam ho gaya.</w:t>
      </w:r>
      <w:r>
        <w:br/>
      </w:r>
      <w:r>
        <w:rPr>
          <w:sz w:val="20"/>
        </w:rPr>
        <w:t>40:19  woh</w:t>
      </w:r>
      <w:r>
        <w:br/>
      </w:r>
      <w:r>
        <w:rPr>
          <w:sz w:val="20"/>
        </w:rPr>
        <w:t>40:24  nighal gaya ka matlab koi log samajhte hain ke woh kha gaya, yeh matlab nahi hai. woh saaf saaf, woh jo dikhai de rahe the, woh sab saanp, woh sab lakri aur aur rassi ban gaye.</w:t>
      </w:r>
      <w:r>
        <w:br/>
      </w:r>
      <w:r>
        <w:rPr>
          <w:sz w:val="20"/>
        </w:rPr>
        <w:t>40:35  woh</w:t>
      </w:r>
      <w:r>
        <w:br/>
      </w:r>
      <w:r>
        <w:rPr>
          <w:sz w:val="20"/>
        </w:rPr>
        <w:t>40:36  jab woh chala, moosa ka saanp, to un ka jadoo khatam kar diya us ne. to saanp to lakri lakri reh gayi aur aur aur aur aur rassi rassi reh gayi.</w:t>
      </w:r>
      <w:r>
        <w:br/>
      </w:r>
      <w:r>
        <w:rPr>
          <w:sz w:val="20"/>
        </w:rPr>
        <w:t>40:50  yeh jab dekha jadoogaron ne, magician jo the wahan ke, to woh woh woh jante the ke jadoo ki ek limit hai.</w:t>
      </w:r>
      <w:r>
        <w:br/>
      </w:r>
      <w:r>
        <w:rPr>
          <w:sz w:val="20"/>
        </w:rPr>
        <w:t>40:59  to woh samjhe ke jo moosa ne jo jo dikhai hai, "that beyond that limit", yeh jadoo nahi hai, yeh is se oopar ki cheez hai.</w:t>
      </w:r>
      <w:r>
        <w:br/>
      </w:r>
      <w:r>
        <w:rPr>
          <w:sz w:val="20"/>
        </w:rPr>
        <w:t>41:10  chunki woh apne apne jo art tha, un ka art mein woh expert thay, woh to un ko yeh samajhne mein ek second mein hi nahi laga ke yeh jo Musa dikha rahe hain, yeh to jadu hai nahi, jadu se bohat upar ki cheez hai.</w:t>
      </w:r>
      <w:r>
        <w:br/>
      </w:r>
      <w:r>
        <w:rPr>
          <w:sz w:val="20"/>
        </w:rPr>
        <w:t>41:26  isi waqt woh un ka amna, apne babu sahib, haroon,</w:t>
      </w:r>
      <w:r>
        <w:br/>
      </w:r>
      <w:r>
        <w:rPr>
          <w:sz w:val="20"/>
        </w:rPr>
        <w:t>41:34  isi waqt unhon ne keh diya ke hum Musa ke rab par iman laye.</w:t>
      </w:r>
      <w:r>
        <w:br/>
      </w:r>
      <w:r>
        <w:rPr>
          <w:sz w:val="20"/>
        </w:rPr>
        <w:t>41:40  isi waqt wahin par bol diya unhon ne ke hum Musa ke rab par iman laye. to Firon jo tha, Firo, bohat ghusa hua.</w:t>
      </w:r>
      <w:r>
        <w:br/>
      </w:r>
      <w:r>
        <w:rPr>
          <w:sz w:val="20"/>
        </w:rPr>
        <w:t>41:48  woh</w:t>
      </w:r>
      <w:r>
        <w:br/>
      </w:r>
      <w:r>
        <w:rPr>
          <w:sz w:val="20"/>
        </w:rPr>
        <w:t>41:51  us ne kaha ke tum bulaya tha hum ne tum ko, ab is ka tod karne ke liye, to tum isi ka sath dene lage. tum tum sab ko main marwa dalunga.</w:t>
      </w:r>
      <w:r>
        <w:br/>
      </w:r>
      <w:r>
        <w:rPr>
          <w:sz w:val="20"/>
        </w:rPr>
        <w:t>42:06  to dekhiye, woh jadugar jo thay, jab aaye thay to unhon ne kaha tha ke "ain Allah lajurn", yani badshah ki khushamad kar rahe thay, kya hum ko kuch inam o ikram milega?</w:t>
      </w:r>
      <w:r>
        <w:br/>
      </w:r>
      <w:r>
        <w:rPr>
          <w:sz w:val="20"/>
        </w:rPr>
        <w:t>42:21  shuru mein "ain lana lajurn", in kunna ahl al ghalibeen, agar hum jeet jayein to kya hum ko kuch inam milega?</w:t>
      </w:r>
      <w:r>
        <w:br/>
      </w:r>
      <w:r>
        <w:rPr>
          <w:sz w:val="20"/>
        </w:rPr>
        <w:t>42:32  to badshah ne kaha haan,</w:t>
      </w:r>
      <w:r>
        <w:br/>
      </w:r>
      <w:r>
        <w:rPr>
          <w:sz w:val="20"/>
        </w:rPr>
        <w:t>42:38  yeh tha beginning mein. lekin jab yeh sab dekha aur un ko sachai khul gayi, Khuda ko unhon ne discover kar liya aur is ka ailan kar diya.</w:t>
      </w:r>
      <w:r>
        <w:br/>
      </w:r>
      <w:r>
        <w:rPr>
          <w:sz w:val="20"/>
        </w:rPr>
        <w:t>42:49  tab kya hua?</w:t>
      </w:r>
      <w:r>
        <w:br/>
      </w:r>
      <w:r>
        <w:rPr>
          <w:sz w:val="20"/>
        </w:rPr>
        <w:t>42:51  jab king ne kaha ke main tum sab ko marwa dalunga,</w:t>
      </w:r>
      <w:r>
        <w:br/>
      </w:r>
      <w:r>
        <w:rPr>
          <w:sz w:val="20"/>
        </w:rPr>
        <w:t>42:57  yeh zinda nahi chhodunga, to unhon ne kaha ke "faqad faqad mantaqat", inka taqdi hasil hai duniya.</w:t>
      </w:r>
      <w:r>
        <w:br/>
      </w:r>
      <w:r>
        <w:rPr>
          <w:sz w:val="20"/>
        </w:rPr>
        <w:t>43:08  jo karna hai, karo tum, isi duniya ke liye tum kar sakte ho na? zindagi to life after tak jati hai.</w:t>
      </w:r>
      <w:r>
        <w:br/>
      </w:r>
      <w:r>
        <w:rPr>
          <w:sz w:val="20"/>
        </w:rPr>
        <w:t>43:20  faqad mantaqat, inka taqdi</w:t>
      </w:r>
      <w:r>
        <w:br/>
      </w:r>
      <w:r>
        <w:rPr>
          <w:sz w:val="20"/>
        </w:rPr>
        <w:t>43:22  hasil hai duniya. jo karna hai, to kar lo, isi duniya mein tum kar sakte ho.</w:t>
      </w:r>
      <w:r>
        <w:br/>
      </w:r>
      <w:r>
        <w:rPr>
          <w:sz w:val="20"/>
        </w:rPr>
        <w:t>43:30  chand minute ki, chand ghante ki duniya hai. to jab discovery hoti hai to yeh aadmi ka haal hota hai, kyunke sari lakeerein jo hain, choti ho jati hain.</w:t>
      </w:r>
      <w:r>
        <w:br/>
      </w:r>
      <w:r>
        <w:rPr>
          <w:sz w:val="20"/>
        </w:rPr>
        <w:t>43:41  ek bari lakeer jab ek bari lakeer jo mil gayi hai, aap jante hain ke choti line ke aage bari line kheench di jaye to apne aap choti line choti line ban jati hai.</w:t>
      </w:r>
      <w:r>
        <w:br/>
      </w:r>
      <w:r>
        <w:rPr>
          <w:sz w:val="20"/>
        </w:rPr>
        <w:t>43:55  to jab Khuda ko discover kar liya unhon ne to har line choti ho gayi, king bhi chhota ho gaya.</w:t>
      </w:r>
    </w:p>
    <w:p>
      <w:pPr>
        <w:pStyle w:val="Heading2"/>
      </w:pPr>
      <w:r>
        <w:t>Asiyah chooses Musa's faith over Pharaoh's palace</w:t>
      </w:r>
    </w:p>
    <w:p>
      <w:r>
        <w:rPr>
          <w:color w:val="666666"/>
          <w:sz w:val="18"/>
        </w:rPr>
        <w:t>Concept of Death in Islam August 26, 2012 · 4m 11s · at 33:31 · https://youtu.be/y0TJxKi0L94?t=2011</w:t>
      </w:r>
    </w:p>
    <w:p>
      <w:r>
        <w:rPr>
          <w:i/>
        </w:rPr>
        <w:t>“Asiyah chose Musa's faith over Pharaoh's palace”</w:t>
      </w:r>
    </w:p>
    <w:p>
      <w:r>
        <w:rPr>
          <w:sz w:val="20"/>
        </w:rPr>
        <w:t>33:31  Quran mein ek waqea bohat zyada, yani thrilling waqea hai ke</w:t>
      </w:r>
      <w:r>
        <w:br/>
      </w:r>
      <w:r>
        <w:rPr>
          <w:sz w:val="20"/>
        </w:rPr>
        <w:t>33:42  Misr mein jo king tha, jis ko aap Farooq kaha jata hai, Firon, us ki biwi thi Asiya.</w:t>
      </w:r>
      <w:r>
        <w:br/>
      </w:r>
      <w:r>
        <w:rPr>
          <w:sz w:val="20"/>
        </w:rPr>
        <w:t>33:51  to Asiya jo hai, usi zamane mein Musa paida hue, unhone dawat di. to Firon ne to inkar kiya, us ke darbariyon ne inkar kiya.</w:t>
      </w:r>
      <w:r>
        <w:br/>
      </w:r>
      <w:r>
        <w:rPr>
          <w:sz w:val="20"/>
        </w:rPr>
        <w:t>34:04  lekin jo us ki biwi thi Asiya, woh bohat hi, yani, sahi nature ki thi.</w:t>
      </w:r>
      <w:r>
        <w:br/>
      </w:r>
      <w:r>
        <w:rPr>
          <w:sz w:val="20"/>
        </w:rPr>
        <w:t>34:14  bohat hi sahi nature ki thi, paidaishi taur par.</w:t>
      </w:r>
      <w:r>
        <w:br/>
      </w:r>
      <w:r>
        <w:rPr>
          <w:sz w:val="20"/>
        </w:rPr>
        <w:t>34:21  aur kaha jata hai ke woh, yani, Bani Israeli mein paida hui thi, yani, mushrik qaum mein nahi paida hui thi.</w:t>
      </w:r>
      <w:r>
        <w:br/>
      </w:r>
      <w:r>
        <w:rPr>
          <w:sz w:val="20"/>
        </w:rPr>
        <w:t>34:29  is waja se is ka mind set jo tha, qareeb tha Hazrat Musa ki dawat ke. aisa kaha jata hai. to beharhal is ki samajh mein Hazrat Musa ki dawat aa gayi</w:t>
      </w:r>
      <w:r>
        <w:br/>
      </w:r>
      <w:r>
        <w:rPr>
          <w:sz w:val="20"/>
        </w:rPr>
        <w:t>34:43  ke duniya asal nahi hai, akhirat asal hai. to Hazrat Musa par iman layi. Firon ko jab pata chala, Firon ko jab pata chala ke yeh Hazrat Musa par iman layi hai,</w:t>
      </w:r>
      <w:r>
        <w:br/>
      </w:r>
      <w:r>
        <w:rPr>
          <w:sz w:val="20"/>
        </w:rPr>
        <w:t>35:04  jis jis ka ke Firon dushman tha Hazrat Musa ka, ke khilaf tha,</w:t>
      </w:r>
      <w:r>
        <w:br/>
      </w:r>
      <w:r>
        <w:rPr>
          <w:sz w:val="20"/>
        </w:rPr>
        <w:t>35:10  to Firon ne kaha ke main tum ko qatl kar doonga.</w:t>
      </w:r>
      <w:r>
        <w:br/>
      </w:r>
      <w:r>
        <w:rPr>
          <w:sz w:val="20"/>
        </w:rPr>
        <w:t>35:19  aap jante hain, badshah ke zamane mein, badshahat ke zamane mein to bas talwar uthao aur mar do, na koi qanoon, na koi court, na koi poochne wala hai.</w:t>
      </w:r>
      <w:r>
        <w:br/>
      </w:r>
      <w:r>
        <w:rPr>
          <w:sz w:val="20"/>
        </w:rPr>
        <w:t>35:34  aur waqeatan use qatl karwa diya.</w:t>
      </w:r>
      <w:r>
        <w:br/>
      </w:r>
      <w:r>
        <w:rPr>
          <w:sz w:val="20"/>
        </w:rPr>
        <w:t>35:37  us waqt jo is ki zuban se jo kalma nikla tha, is khatoon ki zuban se, woh ek dua thi.</w:t>
      </w:r>
      <w:r>
        <w:br/>
      </w:r>
      <w:r>
        <w:rPr>
          <w:sz w:val="20"/>
        </w:rPr>
        <w:t>35:48  woh ek dua thi. woh dua yeh thi ke rab ibli indaka baitan fil jannah aye Allah, tu mere liye apne paas ek ghar bana de.</w:t>
      </w:r>
      <w:r>
        <w:br/>
      </w:r>
      <w:r>
        <w:rPr>
          <w:sz w:val="20"/>
        </w:rPr>
        <w:t>36:04  is is dua mein bohat bari baat hai.</w:t>
      </w:r>
      <w:r>
        <w:br/>
      </w:r>
      <w:r>
        <w:rPr>
          <w:sz w:val="20"/>
        </w:rPr>
        <w:t>36:08  yani kyun? is mein is ka jawab milta hai ke kaise Asiya ko yeh hosla aya un ke andar ke tum mujhe qadar karte ho to kar do, main to Musa ke deen ko nahi chhodungi.</w:t>
      </w:r>
      <w:r>
        <w:br/>
      </w:r>
      <w:r>
        <w:rPr>
          <w:sz w:val="20"/>
        </w:rPr>
        <w:t>36:26  tum agar qadar karte ho to kar do, main Musa ke deen ko nahi chhodungi. kyun? kyun? un ko better choice mil raha tha.</w:t>
      </w:r>
      <w:r>
        <w:br/>
      </w:r>
      <w:r>
        <w:rPr>
          <w:sz w:val="20"/>
        </w:rPr>
        <w:t>36:37  better choice. yani us waqt un ko hasil tha Firon ka mahal. lekin agar woh, agar woh Allah ke deen par un ka qadar kiya ja raha hai to woh God Almighty ka guest house mil raha hai unhein.</w:t>
      </w:r>
      <w:r>
        <w:br/>
      </w:r>
      <w:r>
        <w:rPr>
          <w:sz w:val="20"/>
        </w:rPr>
        <w:t>36:59  un ka paros mil raha hai. kaisi ajib baat hai! eternal guest house, Khuda ke paros mein.</w:t>
      </w:r>
      <w:r>
        <w:br/>
      </w:r>
      <w:r>
        <w:rPr>
          <w:sz w:val="20"/>
        </w:rPr>
        <w:t>37:06  to kitna ek choti cheez, bohat hi choti cheez kho kar, bohat hi bari cheez mil rahi thi.</w:t>
      </w:r>
      <w:r>
        <w:br/>
      </w:r>
      <w:r>
        <w:rPr>
          <w:sz w:val="20"/>
        </w:rPr>
        <w:t>37:15  Firon ka mahal kya hai? kuch bhi nahi. yani Khuda ke paros mein jo guest house bana hua hai, us ke muqable mein to Firon ke mahal ki koi qeemat hi nahi, kuch bhi nahi.</w:t>
      </w:r>
      <w:r>
        <w:br/>
      </w:r>
      <w:r>
        <w:rPr>
          <w:sz w:val="20"/>
        </w:rPr>
        <w:t>37:34  to yeh yeh cheez thi jis ne un ke andar hosla paida kiya.</w:t>
      </w:r>
    </w:p>
    <w:p>
      <w:pPr>
        <w:pStyle w:val="Heading2"/>
      </w:pPr>
      <w:r>
        <w:t>Pharaoh's magicians choose eternal faith over death threat</w:t>
      </w:r>
    </w:p>
    <w:p>
      <w:r>
        <w:rPr>
          <w:color w:val="666666"/>
          <w:sz w:val="18"/>
        </w:rPr>
        <w:t>Concept of Death in Islam August 26, 2012 · 1m 33s · at 37:42 · https://youtu.be/y0TJxKi0L94?t=2262</w:t>
      </w:r>
    </w:p>
    <w:p>
      <w:r>
        <w:rPr>
          <w:i/>
        </w:rPr>
        <w:t>“Jo karna hai kar dalo, kaha jadugaron ne Firaun se”</w:t>
      </w:r>
    </w:p>
    <w:p>
      <w:r>
        <w:rPr>
          <w:sz w:val="20"/>
        </w:rPr>
        <w:t>37:42  aur yahi cheez is zamane mein jo qissa hua tha jadoogaron ka, aap dekhiye, Quran majeed mein jadoon ka qissa bayan kiya gaya hai ke jadugar bhi baat ko Hazrat Musa pe iman laye.</w:t>
      </w:r>
      <w:r>
        <w:br/>
      </w:r>
      <w:r>
        <w:rPr>
          <w:sz w:val="20"/>
        </w:rPr>
        <w:t>38:04  unhone ailan kar diya ke hum amanna birabbi Harun wa Musa ab Firon bohat ghusa ho gaya. us ne kaha main tum tum sab ko qatl kar doonga.</w:t>
      </w:r>
      <w:r>
        <w:br/>
      </w:r>
      <w:r>
        <w:rPr>
          <w:sz w:val="20"/>
        </w:rPr>
        <w:t>38:17  to us waqt jadoogaron ne jo kaha tha fa'khudh ma nqatta' innama taqdi hadhihil hayatud dunya</w:t>
      </w:r>
      <w:r>
        <w:br/>
      </w:r>
      <w:r>
        <w:rPr>
          <w:sz w:val="20"/>
        </w:rPr>
        <w:t>38:28  jo karna hai, kar dalo.</w:t>
      </w:r>
      <w:r>
        <w:br/>
      </w:r>
      <w:r>
        <w:rPr>
          <w:sz w:val="20"/>
        </w:rPr>
        <w:t>38:32  tum isi duniya ke bare mein faisla kar sakte ho. is ka matlab kya hai? ke tum hum se duniya ko chheen sakte ho, lekin is se bohat bari cheez akhirat woh hum ko mil jayegi.</w:t>
      </w:r>
      <w:r>
        <w:br/>
      </w:r>
      <w:r>
        <w:rPr>
          <w:sz w:val="20"/>
        </w:rPr>
        <w:t>38:51  yeh thi woh cheez jis se jadoogaron mein hosla paida hua ke woh Firon ke hukum ka inkar kar dein ke Firon kya cheez chhenega?</w:t>
      </w:r>
      <w:r>
        <w:br/>
      </w:r>
      <w:r>
        <w:rPr>
          <w:sz w:val="20"/>
        </w:rPr>
        <w:t>39:02  yeh chand din ki duniya ki zindagi aur is ke baad mil rahi hai akhirat ki jannat, eternal jannat, Khuda ki blessing.</w:t>
      </w:r>
    </w:p>
    <w:p>
      <w:pPr>
        <w:pStyle w:val="Heading2"/>
      </w:pPr>
      <w:r>
        <w:t>Pharaoh's barbaric decree to kill newborn boys</w:t>
      </w:r>
    </w:p>
    <w:p>
      <w:r>
        <w:rPr>
          <w:color w:val="666666"/>
          <w:sz w:val="18"/>
        </w:rPr>
        <w:t>Lessons from The Story of Prophet Moses Part 1, August 1, 2022 · 56s · at 14:48 · https://youtu.be/JsRmjNQQHLY?t=888</w:t>
      </w:r>
    </w:p>
    <w:p>
      <w:r>
        <w:rPr>
          <w:i/>
        </w:rPr>
        <w:t>“इनकी फैमिली में कोई एक बच्चा पैदा होगा जो...”</w:t>
      </w:r>
    </w:p>
    <w:p>
      <w:r>
        <w:rPr>
          <w:sz w:val="20"/>
        </w:rPr>
        <w:t>14:48  to un sab ne kaha ke iska matlab yeh hai ke jo bani israil hain, children of israel, inke yahan, inki family mein koi ek bachcha paida hoga. ji, jo aapko bhi khatm kar dega, aur sara jo kingdom hai, usko bhi khatm kar dega. ji, to yeh sunkar firoun bada aag babola ho gaya. bahut hi ghussa tha uske andar. to</w:t>
      </w:r>
      <w:r>
        <w:br/>
      </w:r>
      <w:r>
        <w:rPr>
          <w:sz w:val="20"/>
        </w:rPr>
        <w:t>15:17  usne kaha, ek bahut hi barbaric decree usne jaari kar di, aur kaha ke jitne bhi families hain bani israil ke, inke yahan jo newborn baby boys hain,</w:t>
      </w:r>
      <w:r>
        <w:br/>
      </w:r>
      <w:r>
        <w:rPr>
          <w:sz w:val="20"/>
        </w:rPr>
        <w:t>15:31  unko jaise paida ho, unko qatl kar diya jaye, aur bachiyon ko chhod diya jaye. to iski wajah se bada shadeed khauf mein families bani israil ke liye</w:t>
      </w:r>
    </w:p>
    <w:p>
      <w:pPr>
        <w:pStyle w:val="Heading2"/>
      </w:pPr>
      <w:r>
        <w:t>Pharaoh's prophetic dream sparks fear among Israelites</w:t>
      </w:r>
    </w:p>
    <w:p>
      <w:r>
        <w:rPr>
          <w:color w:val="666666"/>
          <w:sz w:val="18"/>
        </w:rPr>
        <w:t>Lessons from The Story of Prophet Moses Part 1, August 1, 2022 · 2m 17s · at 13:46 · https://youtu.be/JsRmjNQQHLY?t=826</w:t>
      </w:r>
    </w:p>
    <w:p>
      <w:r>
        <w:rPr>
          <w:i/>
        </w:rPr>
        <w:t>“एक फॉर्च्यून टेलर फिरौन को कहता है कि एक बच्चा पैदा होगा जो उसे डी-थ्रोन करेगा”</w:t>
      </w:r>
    </w:p>
    <w:p>
      <w:r>
        <w:rPr>
          <w:sz w:val="20"/>
        </w:rPr>
        <w:t>13:46  qasir mein yeh baat aayi hai ke firoun ne khwab dekha. ji, aur us khwab mein yeh dekha ke bani israel koi ek aag shuru hui hai wahan se, canaan se, yaani jerusalem se, baitul muqaddas se. ek aag chali hai, aur woh aake misr ke saare ghar jala diye hain. sirf bani israel ke ghar baqi reh gaye hain. ji,</w:t>
      </w:r>
      <w:r>
        <w:br/>
      </w:r>
      <w:r>
        <w:rPr>
          <w:sz w:val="20"/>
        </w:rPr>
        <w:t>14:15  to usne saare astrologer, soothsayers ko bulaya, aur pucha ke yeh khwab ki kya taabeer hai.</w:t>
      </w:r>
      <w:r>
        <w:br/>
      </w:r>
      <w:r>
        <w:rPr>
          <w:sz w:val="20"/>
        </w:rPr>
        <w:t>14:40  to usne saare astrologer, sooth sayers ko bulaya, aur poocha ke yeh khwab ki kya taabeer hai.</w:t>
      </w:r>
      <w:r>
        <w:br/>
      </w:r>
      <w:r>
        <w:rPr>
          <w:sz w:val="20"/>
        </w:rPr>
        <w:t>14:48  to un sab ne kaha ke iska matlab yeh hai ke jo bani israil hain, children of israel, inke yahan, inki family mein koi ek bachcha paida hoga. ji, jo aapko bhi khatm kar dega, aur sara jo kingdom hai, usko bhi khatm kar dega. ji, to yeh sunkar firoun bada aag babola ho gaya. bahut hi ghussa tha uske andar. to</w:t>
      </w:r>
      <w:r>
        <w:br/>
      </w:r>
      <w:r>
        <w:rPr>
          <w:sz w:val="20"/>
        </w:rPr>
        <w:t>15:17  usne kaha, ek bahut hi barbaric decree usne jaari kar di, aur kaha ke jitne bhi families hain bani israil ke, inke yahan jo newborn baby boys hain,</w:t>
      </w:r>
      <w:r>
        <w:br/>
      </w:r>
      <w:r>
        <w:rPr>
          <w:sz w:val="20"/>
        </w:rPr>
        <w:t>15:31  unko jaise paida ho, unko qatl kar diya jaye, aur bachiyon ko chhod diya jaye. to iski wajah se bada shadeed khauf mein families bani israil ke liye</w:t>
      </w:r>
      <w:r>
        <w:br/>
      </w:r>
      <w:r>
        <w:rPr>
          <w:sz w:val="20"/>
        </w:rPr>
        <w:t>15:44  rehne lage. bahut hi dar, aur bahut hi pareshani, yaani inteha mushkil halaat se guzre bani israil us waqt. ji, aur doctor sahab, isi khauf zada environment mein Musa, prophet Musa ka janam hota hai. to phir uske baad kya hota hai, doctor sahab, uske baare mein bhi bataiye.</w:t>
      </w:r>
    </w:p>
    <w:p>
      <w:pPr>
        <w:pStyle w:val="Heading2"/>
      </w:pPr>
      <w:r>
        <w:t>Baby Musa's life is spared and he enters Pharaoh's palace</w:t>
      </w:r>
    </w:p>
    <w:p>
      <w:r>
        <w:rPr>
          <w:color w:val="666666"/>
          <w:sz w:val="18"/>
        </w:rPr>
        <w:t>Lessons from The Story of Prophet Moses Part 1, August 1, 2022 · 4m 20s · at 22:47 · https://youtu.be/JsRmjNQQHLY?t=1367</w:t>
      </w:r>
    </w:p>
    <w:p>
      <w:r>
        <w:rPr>
          <w:i/>
        </w:rPr>
        <w:t>“फिरौन ने तो कह दिया था, कत्ल कर दो”</w:t>
      </w:r>
    </w:p>
    <w:p>
      <w:r>
        <w:rPr>
          <w:sz w:val="20"/>
        </w:rPr>
        <w:t>22:47  to a firoun ne to keh diya tha, qatl kar do. lekin jo unki jo unki malika thi, ji Asiya, unhone kaha firoun se ke nahi, qatl mat karo, yeh bachcha hamari aankhon ka thandak banega. hum qurratal ayuni wa laka. hum to firoun ne kaha ke laka wa la li, yaani malika Asiya ne kaha tha ke tumhari aur hamari aankhon ki thandak. hum yeh bachcha b</w:t>
      </w:r>
      <w:r>
        <w:br/>
      </w:r>
      <w:r>
        <w:rPr>
          <w:sz w:val="20"/>
        </w:rPr>
        <w:t>23:16  anega. firoun ne kaha ke tumhari aankhon ke thandak banega, meri nahi. hum aur yahi waqia ban gaya ke agar firoun ne yeh haan keh diya ho, to us waqt jab a malika ne kaha tha ke hamari aur tumhari aankhon ki thandak banega. ji, to usne agar usko maan liya hota, to to usko hidayat mil jati, mil jati ho. ji, badi zabardast hadith hai, bahut</w:t>
      </w:r>
      <w:r>
        <w:br/>
      </w:r>
      <w:r>
        <w:rPr>
          <w:sz w:val="20"/>
        </w:rPr>
        <w:t>23:40  । ji ji ji, to is tareeqe se kam se kam firoun ne ijazat de di. ji, ke theek hai, mahal mein is bachche ko rakha jaye. ji, aur doctor sahab, agar dekhein to matlab isse yeh bhi pata chalta hai, matlab ek cheez aur emphasize hoti hai ke is duniya mein a problems aur difficulties bahut bhari hui hain. at different points of time, we face these obstacles, sometime life threatening obstacles. b</w:t>
      </w:r>
      <w:r>
        <w:br/>
      </w:r>
      <w:r>
        <w:rPr>
          <w:sz w:val="20"/>
        </w:rPr>
        <w:t>24:05  ut Allah taala ka yeh wada hai ke agar aap sabr karein, then he will definitely give a beautiful relief. a aur Quran mein yeh aaya bhi hai that with every hardship, there is ease. aur yahi hua, doctor sahab, phir ease ka mauka aaya nanhe Musa ke liye ke jo queen Asiya thi, unhone bachaya unko. jaise aapne apne zikr kiya. to iske baare mein thoda aur bataiye, doctor sahab.</w:t>
      </w:r>
      <w:r>
        <w:br/>
      </w:r>
      <w:r>
        <w:rPr>
          <w:sz w:val="20"/>
        </w:rPr>
        <w:t>24:33  a jo queen Asiya thi, malika Asiya, woh bahut hi kind hearted aur merciful lady thi. to usne firoun se ijazat le li aur mahal mein rakhne rakhne ki ijazat mil gayi</w:t>
      </w:r>
      <w:r>
        <w:br/>
      </w:r>
      <w:r>
        <w:rPr>
          <w:sz w:val="20"/>
        </w:rPr>
        <w:t>24:50  to yahan ek badi jo aham baat hamein samajh mein aati hai ki jis badshah ne, firoun ne, sare bani israil ke bachchon ko jis maqsad se qatl karne ki decree de di thi, hukam de diya tha, wahi bachcha mahal mein aa gaya allah taala ki marzi se. aur queen ne apna beta hi bana liya usko.</w:t>
      </w:r>
      <w:r>
        <w:br/>
      </w:r>
      <w:r>
        <w:rPr>
          <w:sz w:val="20"/>
        </w:rPr>
        <w:t>25:16  ji, to jo sabak humko yahan milta hai ki koi bhi kisi bhi tarah ki badi se badi tadbeer kar le aapke khilaf, agar allah ko manzoor nahi hogi, to kabhi bhi wo kamyab nahi ho sakta. ji, aur yahan maulana ne likha hai, main usko padhunga ki allah taala apne nek bandon ke liye khatra ko mawa mein tabdeel kar deta hai, yaani danger ko opportunity mein tabdeel kar deta hai aur khone ko pane ka jeena bana deta</w:t>
      </w:r>
      <w:r>
        <w:br/>
      </w:r>
      <w:r>
        <w:rPr>
          <w:sz w:val="20"/>
        </w:rPr>
        <w:t>25:45  hai. wo khauf ko,</w:t>
      </w:r>
      <w:r>
        <w:br/>
      </w:r>
      <w:r>
        <w:rPr>
          <w:sz w:val="20"/>
        </w:rPr>
        <w:t>25:50  wo khauf ke halaat ko aasani mein badal deta hai. wo anhoni ke andar honi ke mawa nikal deta hai. khuda tamam tadbeer karne walon se behtar tadbeer karne wala hai. wo hamesha apne nek bandon ki madad karta hai aur zalim bandon ki nahi. ji</w:t>
      </w:r>
      <w:r>
        <w:br/>
      </w:r>
      <w:r>
        <w:rPr>
          <w:sz w:val="20"/>
        </w:rPr>
        <w:t>26:09  ji, aur doctor sahab, ek aur cheez isse nikal ke aati hai ki aksar log jab dua bhi karte hain, to wo chahte hain ki ekdam kuch moajza ho jaye aur cheezein jo hain, ekdam solve ho jaye, problem solve ho jaye. lekin humne is story se bhi dekha ki allah taala ka tareeqa cause and effect ko lekar hota hai. bilkul, to wo aisa nahi, aisa nahi hoga ki koi supernatural magic ya power aayegi aur wo cheezon ko theek kar dengi. balki hum dekhte hain ki wo situation aise pa</w:t>
      </w:r>
      <w:r>
        <w:br/>
      </w:r>
      <w:r>
        <w:rPr>
          <w:sz w:val="20"/>
        </w:rPr>
        <w:t>26:39  esh aati hai, is tarah ki planning hoti hai ki khud ba khuda jo hai, result samne positive ho jata hai. aur yahi humne a prophet moses ki zindagi se bhi dekha ki kis tarah khatre se nikal kar wo khud us shahi mahal mein pahunch jate hain, jahan par jo queen asiya hai, ab wo unki benevolent care, compassion, generosity mein bade hone lagte hain. to doctor sahab, ab iske aage kya hota hai, uske bare mein bhi hamein bataiye.</w:t>
      </w:r>
    </w:p>
    <w:p>
      <w:pPr>
        <w:pStyle w:val="Heading2"/>
      </w:pPr>
      <w:r>
        <w:t>Pharaoh's arrogant claim to be a god himself</w:t>
      </w:r>
    </w:p>
    <w:p>
      <w:r>
        <w:rPr>
          <w:color w:val="666666"/>
          <w:sz w:val="18"/>
        </w:rPr>
        <w:t>The Divine Purpose Behind Human Creation October 6, 2024 · 31s · at 48:10 · https://youtu.be/VepgdrN7M2A?t=2890</w:t>
      </w:r>
    </w:p>
    <w:p>
      <w:r>
        <w:rPr>
          <w:i/>
        </w:rPr>
        <w:t>“Pharaoh even said: I am your lord, the most high”</w:t>
      </w:r>
    </w:p>
    <w:p>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p>
    <w:p>
      <w:pPr>
        <w:pStyle w:val="Heading2"/>
      </w:pPr>
      <w:r>
        <w:t>Pharaoh's queen prays for a home near God</w:t>
      </w:r>
    </w:p>
    <w:p>
      <w:r>
        <w:rPr>
          <w:color w:val="666666"/>
          <w:sz w:val="18"/>
        </w:rPr>
        <w:t>Four Phases of Human History July 13, 2008 · 1m 57s · at 1:04:21 · https://youtu.be/sb24VHKydog?t=3861</w:t>
      </w:r>
    </w:p>
    <w:p>
      <w:r>
        <w:rPr>
          <w:i/>
        </w:rPr>
        <w:t>“Pharaoh's own queen came to believe in Prophet Moses”</w:t>
      </w:r>
    </w:p>
    <w:p>
      <w:r>
        <w:rPr>
          <w:sz w:val="20"/>
        </w:rPr>
        <w:t>1:04:21  hai. aur jo log aisa kar sakenge, unhi ke liye Khuda ki blessing hai. dekhiye, bohat hi zyada, yaani bohat hi relevant hai, yeh hai ke Fero jo king tha,</w:t>
      </w:r>
      <w:r>
        <w:br/>
      </w:r>
      <w:r>
        <w:rPr>
          <w:sz w:val="20"/>
        </w:rPr>
        <w:t>1:04:39  uski jo queen thi, to is daur mein Moosa aaye, prophet Moosa. prophet Moosa ko Fero ne refuse kar diya,</w:t>
      </w:r>
      <w:r>
        <w:br/>
      </w:r>
      <w:r>
        <w:rPr>
          <w:sz w:val="20"/>
        </w:rPr>
        <w:t>1:04:51  lekin unki jo queen thi, Asiya, woh unse influence ho gayi. usne kaha ke main Moosa ke deen ko manti hoon. to Fero ne kaha ke main tum ko, tum ko qatal karwa doonga,</w:t>
      </w:r>
      <w:r>
        <w:br/>
      </w:r>
      <w:r>
        <w:rPr>
          <w:sz w:val="20"/>
        </w:rPr>
        <w:t>1:05:06  tumhein maar dalunga.</w:t>
      </w:r>
      <w:r>
        <w:br/>
      </w:r>
      <w:r>
        <w:rPr>
          <w:sz w:val="20"/>
        </w:rPr>
        <w:t>1:05:09  us waqt jo dua ki thi, us us us us us lady ne, usne kaha ke yeh jo karna hai, kare Fero.</w:t>
      </w:r>
      <w:r>
        <w:br/>
      </w:r>
      <w:r>
        <w:rPr>
          <w:sz w:val="20"/>
        </w:rPr>
        <w:t>1:05:18  main to Khuda se yeh mangti hoon ke rabbi bait in al falda, rabbi in al ka bait falda.</w:t>
      </w:r>
      <w:r>
        <w:br/>
      </w:r>
      <w:r>
        <w:rPr>
          <w:sz w:val="20"/>
        </w:rPr>
        <w:t>1:05:28  khudaya, mere liye to apne paros mein ek ghar bana de.</w:t>
      </w:r>
      <w:r>
        <w:br/>
      </w:r>
      <w:r>
        <w:rPr>
          <w:sz w:val="20"/>
        </w:rPr>
        <w:t>1:05:32  is se maine samjha hai ke paradise naam hai gaud ki neighborhood mein rehne ka. gaud jo hai, all beauty hai, all happiness hai, all blessing hai,</w:t>
      </w:r>
      <w:r>
        <w:br/>
      </w:r>
      <w:r>
        <w:rPr>
          <w:sz w:val="20"/>
        </w:rPr>
        <w:t>1:05:48  everything hai. gaud, uska neighborhood jo hai, isi ka naam paradise hai. to khuda apne apni neighborhood mein inhi logon ko basayega jo purified soul le kar wahan pohnchein.</w:t>
      </w:r>
      <w:r>
        <w:br/>
      </w:r>
      <w:r>
        <w:rPr>
          <w:sz w:val="20"/>
        </w:rPr>
        <w:t>1:06:03  polluted soul ko khuda wahan nahi basayega, corrupt soul ko khuda nahi basayega. woh jo purified soul le kar pohnchein ge, un ko khuda apne apne neighborhood mein basayega.</w:t>
      </w:r>
    </w:p>
    <w:p>
      <w:pPr>
        <w:pStyle w:val="Heading2"/>
      </w:pPr>
      <w:r>
        <w:t>Pharaoh's mummified body preserved exactly as the Quran foretold</w:t>
      </w:r>
    </w:p>
    <w:p>
      <w:r>
        <w:rPr>
          <w:color w:val="666666"/>
          <w:sz w:val="18"/>
        </w:rPr>
        <w:t>God Particle July 8, 2012 · 3m 47s · at 22:13 · https://youtu.be/30Ulu10c2nA?t=1333</w:t>
      </w:r>
    </w:p>
    <w:p>
      <w:r>
        <w:rPr>
          <w:i/>
        </w:rPr>
        <w:t>“Consider Pharaoh, the contemporary king of Prophet Moses”</w:t>
      </w:r>
    </w:p>
    <w:p>
      <w:r>
        <w:rPr>
          <w:sz w:val="20"/>
        </w:rPr>
        <w:t>22:13  misal ke taur par dekhiye, is se pehle ek baat ka aur hawala dena chahta hoon, phir is par aaunga ke quran mein Hazrat Musa ka jo jo contemporary king tha, jis ko firoun kaha jata hai,</w:t>
      </w:r>
      <w:r>
        <w:br/>
      </w:r>
      <w:r>
        <w:rPr>
          <w:sz w:val="20"/>
        </w:rPr>
        <w:t>22:29  to quran ke mutabiq aur bible ke mutabiq woh samandar mein gharaq ho gaya.</w:t>
      </w:r>
      <w:r>
        <w:br/>
      </w:r>
      <w:r>
        <w:rPr>
          <w:sz w:val="20"/>
        </w:rPr>
        <w:t>22:37  is waqt quran ke mutabiq Allah ne farmaya tha ke "alyawm nurjeeka bibadnika litakuna liman khalfak".</w:t>
      </w:r>
      <w:r>
        <w:br/>
      </w:r>
      <w:r>
        <w:rPr>
          <w:sz w:val="20"/>
        </w:rPr>
        <w:t>22:46  aaj hum tumhare body ko bacha kar rakhein ge. aaj hum tumhare body ko bacha kar rakhein ge taake baad walon ke liye nishani ho.</w:t>
      </w:r>
      <w:r>
        <w:br/>
      </w:r>
      <w:r>
        <w:rPr>
          <w:sz w:val="20"/>
        </w:rPr>
        <w:t>22:59  ab yeh ghor kijiye ke yeh waqea hai saare teen hazar saal pehle ka. saare teen hazar saal pehle to kuch hi pata nahi tha. jab</w:t>
      </w:r>
      <w:r>
        <w:br/>
      </w:r>
      <w:r>
        <w:rPr>
          <w:sz w:val="20"/>
        </w:rPr>
        <w:t>23:08  quran mein ayat utri to us waqt kuch bhi nahi pata tha insaan ko ke firoun ka body kahan hai. kaisi ajeeb baat hai.</w:t>
      </w:r>
      <w:r>
        <w:br/>
      </w:r>
      <w:r>
        <w:rPr>
          <w:sz w:val="20"/>
        </w:rPr>
        <w:t>23:18  "alyawm nurjeeka bibadnika litakuna liman khalfak".</w:t>
      </w:r>
      <w:r>
        <w:br/>
      </w:r>
      <w:r>
        <w:rPr>
          <w:sz w:val="20"/>
        </w:rPr>
        <w:t>23:24  is waqt Allah ne farmaya saare teen hazar saal pehle ke firoun ka jo body hai marne ke baad, woh rakha jaye ga, mehfooz rahe ga, mehfooz rahe ga.</w:t>
      </w:r>
      <w:r>
        <w:br/>
      </w:r>
      <w:r>
        <w:rPr>
          <w:sz w:val="20"/>
        </w:rPr>
        <w:t>23:39  ab baad wale is ko discover kar ke us se sabak lein ge. to jab quran utra to kuch bhi involve nahi tha is ke baray mein.</w:t>
      </w:r>
      <w:r>
        <w:br/>
      </w:r>
      <w:r>
        <w:rPr>
          <w:sz w:val="20"/>
        </w:rPr>
        <w:t>23:49  one percent bhi kuch involve nahi tha.</w:t>
      </w:r>
      <w:r>
        <w:br/>
      </w:r>
      <w:r>
        <w:rPr>
          <w:sz w:val="20"/>
        </w:rPr>
        <w:t>23:52  baad ko kya hua ke dunya mein ilm aaya, dunya mein taraqqiyan huin, dunya mein research ka daur aaya. to nineteen century ke yani aakhir mein kuch France ke aur Germany ke kuch scholar gaye Misr.</w:t>
      </w:r>
      <w:r>
        <w:br/>
      </w:r>
      <w:r>
        <w:rPr>
          <w:sz w:val="20"/>
        </w:rPr>
        <w:t>24:12  wahan jo jis ko kehte hain pyramid yani ahram, us mein unhon ne is ka gate khola jo band pada hua tha.</w:t>
      </w:r>
      <w:r>
        <w:br/>
      </w:r>
      <w:r>
        <w:rPr>
          <w:sz w:val="20"/>
        </w:rPr>
        <w:t>24:22  koi, koi kholta nahi tha is ko. kyunke mashhoor tha ke is ke andar laanat al-firaunah hai. firounon ki laanat.</w:t>
      </w:r>
      <w:r>
        <w:br/>
      </w:r>
      <w:r>
        <w:rPr>
          <w:sz w:val="20"/>
        </w:rPr>
        <w:t>24:33  to laanat al-firaunah ki wajah se is ko kholte nahi the woh.</w:t>
      </w:r>
      <w:r>
        <w:br/>
      </w:r>
      <w:r>
        <w:rPr>
          <w:sz w:val="20"/>
        </w:rPr>
        <w:t>24:37  unhon ne khola aur khol kar ke is ke andar se body nikala. is mein firoun ki body mumyai kar ke yani mummification jo kehte hain, kar ke rakhi hui thi.</w:t>
      </w:r>
      <w:r>
        <w:br/>
      </w:r>
      <w:r>
        <w:rPr>
          <w:sz w:val="20"/>
        </w:rPr>
        <w:t>24:50  aap jante hain ke mummification ke baad body hazaron saal tak waisi ki waisi reh sakti hai. koi khaas technique hai jo Misriyon mein bohat taraqqi yafta thi us zamane mein.</w:t>
      </w:r>
      <w:r>
        <w:br/>
      </w:r>
      <w:r>
        <w:rPr>
          <w:sz w:val="20"/>
        </w:rPr>
        <w:t>25:02  is ko nikala, nikal kar bahar laye. aur aap jante hain ke us zamane mein ek bohat ajeeb cheez daryaft hui hai jis ko kehte hain carbon fourteen dating.</w:t>
      </w:r>
      <w:r>
        <w:br/>
      </w:r>
      <w:r>
        <w:rPr>
          <w:sz w:val="20"/>
        </w:rPr>
        <w:t>25:15  yani pichli cheezein jo hain un ki tareekh ko maloom karna. to woh jo ek technique hai, us technique ko unhon ne apply kiya.</w:t>
      </w:r>
      <w:r>
        <w:br/>
      </w:r>
      <w:r>
        <w:rPr>
          <w:sz w:val="20"/>
        </w:rPr>
        <w:t>25:25  apply kiya to bohat ajeeb baat maloom hui ke yeh firoun Hazrat Musa ka contemporary firoun hai. yeh body jo hai Hazrat Musa ke contemporary firoun ki body hai.</w:t>
      </w:r>
      <w:r>
        <w:br/>
      </w:r>
      <w:r>
        <w:rPr>
          <w:sz w:val="20"/>
        </w:rPr>
        <w:t>25:40  to kaha jo baat quran mein kahi gayi thi seven century ke first quarter mein, woh unniswin sadi ke aakhir mein daryaft ho gayi.</w:t>
      </w:r>
      <w:r>
        <w:br/>
      </w:r>
      <w:r>
        <w:rPr>
          <w:sz w:val="20"/>
        </w:rPr>
        <w:t>25:49  is tarah se confirm hua ke quran ke statement mein aur bahar ki haqiqaton mein ikhtilaf nahi hai. yani inconsistency nahi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