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Qarun (Korah)</w:t>
      </w:r>
    </w:p>
    <w:p>
      <w:r>
        <w:rPr>
          <w:sz w:val="18"/>
        </w:rPr>
        <w:t>Q&amp;A, lecture moments and clips · full transcripts with timestamps · exported 2026-09-21</w:t>
      </w:r>
    </w:p>
    <w:p>
      <w:pPr>
        <w:pStyle w:val="Heading1"/>
      </w:pPr>
      <w:r>
        <w:t>Maulana was asked (27)</w:t>
      </w:r>
    </w:p>
    <w:p>
      <w:pPr>
        <w:pStyle w:val="Heading2"/>
      </w:pPr>
      <w:r>
        <w:t>How to understand Quran better</w:t>
      </w:r>
    </w:p>
    <w:p>
      <w:r>
        <w:rPr>
          <w:color w:val="666666"/>
          <w:sz w:val="18"/>
        </w:rPr>
        <w:t>Q&amp;A 13 Nov 2011 · 34s · at 41:45 · https://youtu.be/oOZ9h37_pL8?t=2505</w:t>
      </w:r>
    </w:p>
    <w:p>
      <w:r>
        <w:rPr>
          <w:i/>
        </w:rPr>
        <w:t>“Please guide me and tell me how I can understand Quran in a better way. Is there any procedure to do that?”</w:t>
      </w:r>
    </w:p>
    <w:p>
      <w:r>
        <w:rPr>
          <w:sz w:val="20"/>
        </w:rPr>
        <w:t>41:45  maulana agla sawal aaya hai mr mir ali ka. unhon ne apni location nahi likhi hai. un ka sawal hai ke please guide me and tell me how i can understand quran in a better way.</w:t>
      </w:r>
      <w:r>
        <w:br/>
      </w:r>
      <w:r>
        <w:rPr>
          <w:sz w:val="20"/>
        </w:rPr>
        <w:t>41:58  is there any procedure to do that</w:t>
      </w:r>
      <w:r>
        <w:br/>
      </w:r>
      <w:r>
        <w:rPr>
          <w:sz w:val="20"/>
        </w:rPr>
        <w:t>42:01  ? koi procedure nahi hota aap dua kijiye aur padhiye dua kijiye padhiye. yani re re read it again and again. aur padhiye tadabbur ke sath.</w:t>
      </w:r>
      <w:r>
        <w:br/>
      </w:r>
      <w:r>
        <w:rPr>
          <w:sz w:val="20"/>
        </w:rPr>
        <w:t>42:13  quran ko tadabbur ke sath padhiye aur dua karte hue bas yahi hai aur koi procedure nahi.</w:t>
      </w:r>
    </w:p>
    <w:p>
      <w:pPr>
        <w:pStyle w:val="Heading2"/>
      </w:pPr>
      <w:r>
        <w:t>Quran claims to be a clear book</w:t>
      </w:r>
    </w:p>
    <w:p>
      <w:r>
        <w:rPr>
          <w:color w:val="666666"/>
          <w:sz w:val="18"/>
        </w:rPr>
        <w:t>Hadith Word of Wisdom August 31, 2014 · 5m 12s · at 1:05:43 · https://youtu.be/fv4eRJRe8dk?t=3943</w:t>
      </w:r>
    </w:p>
    <w:p>
      <w:r>
        <w:rPr>
          <w:i/>
        </w:rPr>
        <w:t>“as Quran claims to be a book that is clear in its”</w:t>
      </w:r>
    </w:p>
    <w:p>
      <w:r>
        <w:rPr>
          <w:sz w:val="20"/>
        </w:rPr>
        <w:t>1:05:43  aaj sirf daawa empire qaim ho sakta hai." Maulana, agla sawal jo aaya hai woh hai nayejeria se,</w:t>
      </w:r>
      <w:r>
        <w:br/>
      </w:r>
      <w:r>
        <w:rPr>
          <w:sz w:val="20"/>
        </w:rPr>
        <w:t>1:05:49  aur yeh Ejaz Ahmed ke saathi hain jinhon ne yeh sawal kiya hai.</w:t>
      </w:r>
      <w:r>
        <w:br/>
      </w:r>
      <w:r>
        <w:rPr>
          <w:sz w:val="20"/>
        </w:rPr>
        <w:t>1:05:54  un ka sawal yeh hai ke "as Quran claims to be a book that is clear in its</w:t>
      </w:r>
      <w:r>
        <w:br/>
      </w:r>
      <w:r>
        <w:rPr>
          <w:sz w:val="20"/>
        </w:rPr>
        <w:t>1:06:00  writing, how come there is so much ambiguity that leaves people to interpret it as they please?</w:t>
      </w:r>
      <w:r>
        <w:br/>
      </w:r>
      <w:r>
        <w:rPr>
          <w:sz w:val="20"/>
        </w:rPr>
        <w:t>1:06:06  for instance, all the different variations of jihad, the concept of peace, and the Islamic state." kya is</w:t>
      </w:r>
      <w:r>
        <w:br/>
      </w:r>
      <w:r>
        <w:rPr>
          <w:sz w:val="20"/>
        </w:rPr>
        <w:t>1:06:11  ka kya khulasa hai? is Maulana, woh yeh jaan'na chah rahe hain ke jab Quran itna clear hai</w:t>
      </w:r>
      <w:r>
        <w:br/>
      </w:r>
      <w:r>
        <w:rPr>
          <w:sz w:val="20"/>
        </w:rPr>
        <w:t>1:06:16  to phir is ke different interpretations kyun aate hain? particularly peace ko le ke, jihad ko le ke</w:t>
      </w:r>
      <w:r>
        <w:br/>
      </w:r>
      <w:r>
        <w:rPr>
          <w:sz w:val="20"/>
        </w:rPr>
        <w:t>1:06:21  to itne variations kyun hain? ya jo political system hai, to aisa kyun hai ke is ki wajah</w:t>
      </w:r>
      <w:r>
        <w:br/>
      </w:r>
      <w:r>
        <w:rPr>
          <w:sz w:val="20"/>
        </w:rPr>
        <w:t>1:06:27  se confusion bohat hota hai? agar Quran waqai mein bohat clear kitaab hai to phir itna confusion kyun</w:t>
      </w:r>
      <w:r>
        <w:br/>
      </w:r>
      <w:r>
        <w:rPr>
          <w:sz w:val="20"/>
        </w:rPr>
        <w:t>1:06:32  in cheezon ko le ke? dekhen, is ka ta'alluq Quran se nahi hai.</w:t>
      </w:r>
      <w:r>
        <w:br/>
      </w:r>
      <w:r>
        <w:rPr>
          <w:sz w:val="20"/>
        </w:rPr>
        <w:t>1:06:37  is ka ta'alluq is se hai ke mazhab humanity ka subject hai.</w:t>
      </w:r>
      <w:r>
        <w:br/>
      </w:r>
      <w:r>
        <w:rPr>
          <w:sz w:val="20"/>
        </w:rPr>
        <w:t>1:06:42  humanity is ka woh science ka subject nahi hai.</w:t>
      </w:r>
      <w:r>
        <w:br/>
      </w:r>
      <w:r>
        <w:rPr>
          <w:sz w:val="20"/>
        </w:rPr>
        <w:t>1:06:48  physical sciences mein chunkey physical sciences chunkey base karti hain mathematics par, to physical sciences mein mathematics ki</w:t>
      </w:r>
      <w:r>
        <w:br/>
      </w:r>
      <w:r>
        <w:rPr>
          <w:sz w:val="20"/>
        </w:rPr>
        <w:t>1:06:53  wajah se wahan possible hota hai ke wahan ek hi baat sabit ho, interpretation na ho.</w:t>
      </w:r>
      <w:r>
        <w:br/>
      </w:r>
      <w:r>
        <w:rPr>
          <w:sz w:val="20"/>
        </w:rPr>
        <w:t>1:06:58  interpretation to humanities ka phenomena hai.</w:t>
      </w:r>
      <w:r>
        <w:br/>
      </w:r>
      <w:r>
        <w:rPr>
          <w:sz w:val="20"/>
        </w:rPr>
        <w:t>1:07:04  physical science mein expression nahi hota.</w:t>
      </w:r>
      <w:r>
        <w:br/>
      </w:r>
      <w:r>
        <w:rPr>
          <w:sz w:val="20"/>
        </w:rPr>
        <w:t>1:07:09  wahan to ek ek cheez jo hai, jo jo experiment kar ke jo maloom hoti hai, wahi baat hai.</w:t>
      </w:r>
      <w:r>
        <w:br/>
      </w:r>
      <w:r>
        <w:rPr>
          <w:sz w:val="20"/>
        </w:rPr>
        <w:t>1:07:14  isi isi ko exact sciences kehte hain.</w:t>
      </w:r>
      <w:r>
        <w:br/>
      </w:r>
      <w:r>
        <w:rPr>
          <w:sz w:val="20"/>
        </w:rPr>
        <w:t>1:07:19  to exact sciences mein interpretation ka ka farq nahi hota, lekin humanities mein hota hai.</w:t>
      </w:r>
      <w:r>
        <w:br/>
      </w:r>
      <w:r>
        <w:rPr>
          <w:sz w:val="20"/>
        </w:rPr>
        <w:t>1:07:25  to yeh to hamesha hi rahega interpretation ka ikhtilaf, chahey woh Quran ho, chahey koi bhi cheez ho.</w:t>
      </w:r>
      <w:r>
        <w:br/>
      </w:r>
      <w:r>
        <w:rPr>
          <w:sz w:val="20"/>
        </w:rPr>
        <w:t>1:07:30  to yeh aur doosri baat yeh hai ke ikhtilaf koi evil nahi hai.</w:t>
      </w:r>
      <w:r>
        <w:br/>
      </w:r>
      <w:r>
        <w:rPr>
          <w:sz w:val="20"/>
        </w:rPr>
        <w:t>1:07:35  isi ikhtilaf se to intellectual development hota hai.</w:t>
      </w:r>
      <w:r>
        <w:br/>
      </w:r>
      <w:r>
        <w:rPr>
          <w:sz w:val="20"/>
        </w:rPr>
        <w:t>1:07:40  agar ikhtilaf na ho to aap kaise guftagu kaise karen ge? discussion kaise karen ge? dialogue kaise karen</w:t>
      </w:r>
      <w:r>
        <w:br/>
      </w:r>
      <w:r>
        <w:rPr>
          <w:sz w:val="20"/>
        </w:rPr>
        <w:t>1:07:46  ge? to humanities mein is ko jo ikhtilafat hote hain, woh yaani ya farq hota hai jo sochne</w:t>
      </w:r>
      <w:r>
        <w:br/>
      </w:r>
      <w:r>
        <w:rPr>
          <w:sz w:val="20"/>
        </w:rPr>
        <w:t>1:07:51  ka, isi se discussion hota hai, isi se intellectual development hota hai.</w:t>
      </w:r>
      <w:r>
        <w:br/>
      </w:r>
      <w:r>
        <w:rPr>
          <w:sz w:val="20"/>
        </w:rPr>
        <w:t>1:07:56  to mere nazdeek ikhtilaf koi evil ki baat nahi hai.</w:t>
      </w:r>
      <w:r>
        <w:br/>
      </w:r>
      <w:r>
        <w:rPr>
          <w:sz w:val="20"/>
        </w:rPr>
        <w:t>1:08:02  woh to hum ko point of discussion deta hai.</w:t>
      </w:r>
      <w:r>
        <w:br/>
      </w:r>
      <w:r>
        <w:rPr>
          <w:sz w:val="20"/>
        </w:rPr>
        <w:t>1:08:07  isi se hum apni intellectual life ko taraqqi dete hain.</w:t>
      </w:r>
      <w:r>
        <w:br/>
      </w:r>
      <w:r>
        <w:rPr>
          <w:sz w:val="20"/>
        </w:rPr>
        <w:t>1:08:12  mein nahi samajhta ke is mein koi evil ki baat hai.</w:t>
      </w:r>
      <w:r>
        <w:br/>
      </w:r>
      <w:r>
        <w:rPr>
          <w:sz w:val="20"/>
        </w:rPr>
        <w:t>1:08:17  maulana, isi ke continuation mein aksar jo non-muslims hain, particularly woh yeh sawal karte hain ke ek group</w:t>
      </w:r>
      <w:r>
        <w:br/>
      </w:r>
      <w:r>
        <w:rPr>
          <w:sz w:val="20"/>
        </w:rPr>
        <w:t>1:08:23  peaceful interpretation karta hai aur ek group violent interpretation karta hai.</w:t>
      </w:r>
      <w:r>
        <w:br/>
      </w:r>
      <w:r>
        <w:rPr>
          <w:sz w:val="20"/>
        </w:rPr>
        <w:t>1:08:28  to woh yeh kehte hain ke aap jo peaceful interpretation bata rahe hain, aap kaise keh sakte hain</w:t>
      </w:r>
      <w:r>
        <w:br/>
      </w:r>
      <w:r>
        <w:rPr>
          <w:sz w:val="20"/>
        </w:rPr>
        <w:t>1:08:33  ke aap ka interpretation sahi hai? to is cheez pe kaise un ko convince kiya jaye? dekhiye, humanities</w:t>
      </w:r>
      <w:r>
        <w:br/>
      </w:r>
      <w:r>
        <w:rPr>
          <w:sz w:val="20"/>
        </w:rPr>
        <w:t>1:08:39  mein ya mazhab mein hamesha aql ka istemal baqi rahega.</w:t>
      </w:r>
      <w:r>
        <w:br/>
      </w:r>
      <w:r>
        <w:rPr>
          <w:sz w:val="20"/>
        </w:rPr>
        <w:t>1:08:44  jaise ek misaal deta hoon aap ko ke geeta ek kitaab hai, bhagwat geeta.</w:t>
      </w:r>
      <w:r>
        <w:br/>
      </w:r>
      <w:r>
        <w:rPr>
          <w:sz w:val="20"/>
        </w:rPr>
        <w:t>1:08:49  ek kitaab hai, bohat ahem.</w:t>
      </w:r>
      <w:r>
        <w:br/>
      </w:r>
      <w:r>
        <w:rPr>
          <w:sz w:val="20"/>
        </w:rPr>
        <w:t>1:08:54  hamare prime minister sahab ne wahan ja kar ke diya un ko tohfe mein, japan ke prime minister ko.</w:t>
      </w:r>
      <w:r>
        <w:br/>
      </w:r>
      <w:r>
        <w:rPr>
          <w:sz w:val="20"/>
        </w:rPr>
        <w:t>1:09:00  lekin aap ko maloom hai ke geeta ke kai interpretation kiye gaye hain.</w:t>
      </w:r>
      <w:r>
        <w:br/>
      </w:r>
      <w:r>
        <w:rPr>
          <w:sz w:val="20"/>
        </w:rPr>
        <w:t>1:09:05  ek ek woh hai jis ke mutabiq, yaani geeta ladai ki kitaab hai kyunke is mein baqayda do</w:t>
      </w:r>
      <w:r>
        <w:br/>
      </w:r>
      <w:r>
        <w:rPr>
          <w:sz w:val="20"/>
        </w:rPr>
        <w:t>1:09:10  fareeq ladte hain aapas mein.</w:t>
      </w:r>
      <w:r>
        <w:br/>
      </w:r>
      <w:r>
        <w:rPr>
          <w:sz w:val="20"/>
        </w:rPr>
        <w:t>1:09:15  ek ek interpretation ke mutabiq geeta jo hai, wisdom ki kitaab hai kyunke wisdom ki baatein hain.</w:t>
      </w:r>
      <w:r>
        <w:br/>
      </w:r>
      <w:r>
        <w:rPr>
          <w:sz w:val="20"/>
        </w:rPr>
        <w:t>1:09:21  ek ek kitaab jo jo unhon ne kiya hai, yaani gandhi ji ne ke woh woh woh woh</w:t>
      </w:r>
      <w:r>
        <w:br/>
      </w:r>
      <w:r>
        <w:rPr>
          <w:sz w:val="20"/>
        </w:rPr>
        <w:t>1:09:26  fighting ko mante hi nahi.</w:t>
      </w:r>
      <w:r>
        <w:br/>
      </w:r>
      <w:r>
        <w:rPr>
          <w:sz w:val="20"/>
        </w:rPr>
        <w:t>1:09:31  woh woh kehte hain ke insaan ke spiritual level par woh sab kuch hota hai.</w:t>
      </w:r>
      <w:r>
        <w:br/>
      </w:r>
      <w:r>
        <w:rPr>
          <w:sz w:val="20"/>
        </w:rPr>
        <w:t>1:09:37  yaani kaurav aur pandav koi lade the kahin bahar zameen par nahi.</w:t>
      </w:r>
      <w:r>
        <w:br/>
      </w:r>
      <w:r>
        <w:rPr>
          <w:sz w:val="20"/>
        </w:rPr>
        <w:t>1:09:42  insaan ke andar hi andar jo spiritual waqea tha, uska zikr hai is mein.</w:t>
      </w:r>
      <w:r>
        <w:br/>
      </w:r>
      <w:r>
        <w:rPr>
          <w:sz w:val="20"/>
        </w:rPr>
        <w:t>1:09:47  to interpretation ka farq to rehta hai, lekin is ki wajah se kya aap geeta ko samajhna mushkil</w:t>
      </w:r>
      <w:r>
        <w:br/>
      </w:r>
      <w:r>
        <w:rPr>
          <w:sz w:val="20"/>
        </w:rPr>
        <w:t>1:09:52  hai aap ke liye? aap geeta ko padhiye aur samjhiye, apni aql ko istemal kijiye.</w:t>
      </w:r>
      <w:r>
        <w:br/>
      </w:r>
      <w:r>
        <w:rPr>
          <w:sz w:val="20"/>
        </w:rPr>
        <w:t>1:09:58  log apne apne dhang par karte rahen, lekin hum hamare hamare paas bhi aql hai.</w:t>
      </w:r>
      <w:r>
        <w:br/>
      </w:r>
      <w:r>
        <w:rPr>
          <w:sz w:val="20"/>
        </w:rPr>
        <w:t>1:10:03  hum apni aql se padhen geeta ko, jo samajh mein aaye ga, us ko manen ge.</w:t>
      </w:r>
      <w:r>
        <w:br/>
      </w:r>
      <w:r>
        <w:rPr>
          <w:sz w:val="20"/>
        </w:rPr>
        <w:t>1:10:08  hum aise hi quran ka muamla hai.</w:t>
      </w:r>
      <w:r>
        <w:br/>
      </w:r>
      <w:r>
        <w:rPr>
          <w:sz w:val="20"/>
        </w:rPr>
        <w:t>1:10:13  yeh sab kuch koi koi problem nahi hai.</w:t>
      </w:r>
      <w:r>
        <w:br/>
      </w:r>
      <w:r>
        <w:rPr>
          <w:sz w:val="20"/>
        </w:rPr>
        <w:t>1:10:19  yeh apni aql ko istemal karen, bas aap ki aql jo kahe, woh us ko padheye.</w:t>
      </w:r>
      <w:r>
        <w:br/>
      </w:r>
      <w:r>
        <w:rPr>
          <w:sz w:val="20"/>
        </w:rPr>
        <w:t>1:10:24  mein aksar kaha karta hoon ke mazhab jo hai, yeh personal choice ka muamla hai.</w:t>
      </w:r>
      <w:r>
        <w:br/>
      </w:r>
      <w:r>
        <w:rPr>
          <w:sz w:val="20"/>
        </w:rPr>
        <w:t>1:10:29  Personal choice koi kya kehta hai, us ko chhodiye.</w:t>
      </w:r>
      <w:r>
        <w:br/>
      </w:r>
      <w:r>
        <w:rPr>
          <w:sz w:val="20"/>
        </w:rPr>
        <w:t>1:10:35  aap aap khud padhiye aur jo aap ki samajh mein aaye, us ko ikhtiyar kar lijiye.</w:t>
      </w:r>
      <w:r>
        <w:br/>
      </w:r>
      <w:r>
        <w:rPr>
          <w:sz w:val="20"/>
        </w:rPr>
        <w:t>1:10:40  mazhab naam bhi hai personal choice ka.</w:t>
      </w:r>
      <w:r>
        <w:br/>
      </w:r>
      <w:r>
        <w:rPr>
          <w:sz w:val="20"/>
        </w:rPr>
        <w:t>1:10:45  mazhab jo hai, personal choice hi ka subject hai.</w:t>
      </w:r>
      <w:r>
        <w:br/>
      </w:r>
      <w:r>
        <w:rPr>
          <w:sz w:val="20"/>
        </w:rPr>
        <w:t>1:10:50  to aap apni aql ko istemal kijiye.</w:t>
      </w:r>
    </w:p>
    <w:p>
      <w:pPr>
        <w:pStyle w:val="Heading2"/>
      </w:pPr>
      <w:r>
        <w:t>Explanation of the Furqan</w:t>
      </w:r>
    </w:p>
    <w:p>
      <w:r>
        <w:rPr>
          <w:color w:val="666666"/>
          <w:sz w:val="18"/>
        </w:rPr>
        <w:t>Q&amp;A 04 DEC 2011 Maulana Wahiduddin Khan · 1m 53s · at 28:40 · https://youtu.be/KIMNmuUZoGo?t=1720</w:t>
      </w:r>
    </w:p>
    <w:p>
      <w:r>
        <w:rPr>
          <w:i/>
        </w:rPr>
        <w:t>“The Quran says that We sent down the Furqan. Please explain something about it.”</w:t>
      </w:r>
    </w:p>
    <w:p>
      <w:r>
        <w:rPr>
          <w:sz w:val="20"/>
        </w:rPr>
        <w:t>28:40  Doctor Muslima ne Delhi se sawal likha hai. Unhone poocha hai ke Quran mein aata hai ke hum ne Furqan utara.</w:t>
      </w:r>
      <w:r>
        <w:br/>
      </w:r>
      <w:r>
        <w:rPr>
          <w:sz w:val="20"/>
        </w:rPr>
        <w:t>28:49  is ke baray mein aap kuch bataein.</w:t>
      </w:r>
      <w:r>
        <w:br/>
      </w:r>
      <w:r>
        <w:rPr>
          <w:sz w:val="20"/>
        </w:rPr>
        <w:t>28:55  dekhiye Furqan ke ka lafzi matlab jo hai woh hai do cheez ke darmiyan farq karna. Asal al fasl min al shiaan.</w:t>
      </w:r>
      <w:r>
        <w:br/>
      </w:r>
      <w:r>
        <w:rPr>
          <w:sz w:val="20"/>
        </w:rPr>
        <w:t>29:05  yaani to differentiate between the two. To</w:t>
      </w:r>
      <w:r>
        <w:br/>
      </w:r>
      <w:r>
        <w:rPr>
          <w:sz w:val="20"/>
        </w:rPr>
        <w:t>29:13  Quran jo hai is ki ek sifat yeh hai ke woh Furqan hai. Yaani cheezon mein farq karna batata hai ke yeh right hai, yeh wrong hai.</w:t>
      </w:r>
      <w:r>
        <w:br/>
      </w:r>
      <w:r>
        <w:rPr>
          <w:sz w:val="20"/>
        </w:rPr>
        <w:t>29:23  yeh theek hai, yeh theek nahi hai. Yeh is mein aadmi ko faida hai, is mein faida nahi hai. To yeh jo hai</w:t>
      </w:r>
      <w:r>
        <w:br/>
      </w:r>
      <w:r>
        <w:rPr>
          <w:sz w:val="20"/>
        </w:rPr>
        <w:t>29:31  jab aadmi Quran mein sochega, bahut zyada ghor karega to us ke andar ek ek ek sense develop hoga.</w:t>
      </w:r>
      <w:r>
        <w:br/>
      </w:r>
      <w:r>
        <w:rPr>
          <w:sz w:val="20"/>
        </w:rPr>
        <w:t>29:40  Sense of Furqan. Yaani Quran mein sari baatein do do, chaar chaar likhi hui nahi hain. Aisa nahi hai ke do do, chaar chaar har cheez likhi hui hai.</w:t>
      </w:r>
      <w:r>
        <w:br/>
      </w:r>
      <w:r>
        <w:rPr>
          <w:sz w:val="20"/>
        </w:rPr>
        <w:t>29:50  lekin jab aadmi sach much bohat is mein parhega aur bohat ghor karega, bohat is ko yani samajhne ki koshish karega to is ke andar aik salahiyat develop karegi jis ko kehte hain furqan.</w:t>
      </w:r>
      <w:r>
        <w:br/>
      </w:r>
      <w:r>
        <w:rPr>
          <w:sz w:val="20"/>
        </w:rPr>
        <w:t>30:06  yani principle of differentiation. to yeh to mutaarif hota hai, gehri studies hota hai aur sincere study.</w:t>
      </w:r>
      <w:r>
        <w:br/>
      </w:r>
      <w:r>
        <w:rPr>
          <w:sz w:val="20"/>
        </w:rPr>
        <w:t>30:17  mein samajhta hoon ke sincere ka lafz shamil karna zaroori hai. ya serious study.</w:t>
      </w:r>
      <w:r>
        <w:br/>
      </w:r>
      <w:r>
        <w:rPr>
          <w:sz w:val="20"/>
        </w:rPr>
        <w:t>30:23  jab seriously study karta hai aadmi tab ja kar ke woh sense develop hota hai. nahin to parhega, parhega, hoga kuch nahin.</w:t>
      </w:r>
    </w:p>
    <w:p>
      <w:pPr>
        <w:pStyle w:val="Heading2"/>
      </w:pPr>
      <w:r>
        <w:t>Deeper meaning of Quran</w:t>
      </w:r>
    </w:p>
    <w:p>
      <w:r>
        <w:rPr>
          <w:color w:val="666666"/>
          <w:sz w:val="18"/>
        </w:rPr>
        <w:t>Universal outlook April 09, 2017 · 57s · at 50:56 · https://youtu.be/n3HAPCpom5c?t=3056</w:t>
      </w:r>
    </w:p>
    <w:p>
      <w:r>
        <w:rPr>
          <w:i/>
        </w:rPr>
        <w:t>“How to get the deeper meaning of the Quran?”</w:t>
      </w:r>
    </w:p>
    <w:p>
      <w:r>
        <w:rPr>
          <w:sz w:val="20"/>
        </w:rPr>
        <w:t>50:56  ji Maulana inka ek aur sawal hai inhone aap se poocha hai</w:t>
      </w:r>
      <w:r>
        <w:br/>
      </w:r>
      <w:r>
        <w:rPr>
          <w:sz w:val="20"/>
        </w:rPr>
        <w:t>50:59  ke how to get the deeper meaning of the quran</w:t>
      </w:r>
      <w:r>
        <w:br/>
      </w:r>
      <w:r>
        <w:rPr>
          <w:sz w:val="20"/>
        </w:rPr>
        <w:t>51:08  is ka quran mein to bataya gaya hai tadabbur karo yani ghaur karna contemplation</w:t>
      </w:r>
      <w:r>
        <w:br/>
      </w:r>
      <w:r>
        <w:rPr>
          <w:sz w:val="20"/>
        </w:rPr>
        <w:t>51:22  aur to koi tareeqa nahi hai</w:t>
      </w:r>
      <w:r>
        <w:br/>
      </w:r>
      <w:r>
        <w:rPr>
          <w:sz w:val="20"/>
        </w:rPr>
        <w:t>51:25  khule zehen ke sath ghor karna yani</w:t>
      </w:r>
      <w:r>
        <w:br/>
      </w:r>
      <w:r>
        <w:rPr>
          <w:sz w:val="20"/>
        </w:rPr>
        <w:t>51:29  conditioned mind ke saath nahi khule zehen ke saath ghaur karna objective zehen ke saath</w:t>
      </w:r>
      <w:r>
        <w:br/>
      </w:r>
      <w:r>
        <w:rPr>
          <w:sz w:val="20"/>
        </w:rPr>
        <w:t>51:38  to Quran insan ke liye bheja gaya hai kyun nahi insan pahunchega iski maani tak</w:t>
      </w:r>
      <w:r>
        <w:br/>
      </w:r>
      <w:r>
        <w:rPr>
          <w:sz w:val="20"/>
        </w:rPr>
        <w:t>51:43  sirf shart yeh hai ke open mind ke sath is par woh</w:t>
      </w:r>
      <w:r>
        <w:br/>
      </w:r>
      <w:r>
        <w:rPr>
          <w:sz w:val="20"/>
        </w:rPr>
        <w:t>51:50  soche</w:t>
      </w:r>
    </w:p>
    <w:p>
      <w:pPr>
        <w:pStyle w:val="Heading2"/>
      </w:pPr>
      <w:r>
        <w:t>Importance of reason according to Quran</w:t>
      </w:r>
    </w:p>
    <w:p>
      <w:r>
        <w:rPr>
          <w:color w:val="666666"/>
          <w:sz w:val="18"/>
        </w:rPr>
        <w:t>Realisation of God January 19, 2014 · 1m 08s · at 50:00 · https://youtu.be/uIn3AfDkk6Y?t=3000</w:t>
      </w:r>
    </w:p>
    <w:p>
      <w:r>
        <w:rPr>
          <w:i/>
        </w:rPr>
        <w:t>“Kindly explain what is the importance of reason according to the Quran?”</w:t>
      </w:r>
    </w:p>
    <w:p>
      <w:r>
        <w:rPr>
          <w:sz w:val="20"/>
        </w:rPr>
        <w:t>50:00  unhone balwasta andaaz mein woh wohi kaam kiya jis ko hadith mein taeed-ud-deen kaha gaya hai. taeed-ud-deen: "in allaha layu'ayyid-ud-deena bir-rajulil-fajir." maulana, agla sawal dilli se hai asrar ahmed sahab ka.</w:t>
      </w:r>
      <w:r>
        <w:br/>
      </w:r>
      <w:r>
        <w:rPr>
          <w:sz w:val="20"/>
        </w:rPr>
        <w:t>50:18  unhone likha hai: "Kindly explain what is the importance of reason according to the Quran?"</w:t>
      </w:r>
      <w:r>
        <w:br/>
      </w:r>
      <w:r>
        <w:rPr>
          <w:sz w:val="20"/>
        </w:rPr>
        <w:t>50:29  dekhein, bohat yeh tafseela sawal nahi hai, yeh bohat hi bada sawal hai. is par hum ne poori kitaab likhi hai, taqreeban 800 safhe ki, woh chhap rahi hai.</w:t>
      </w:r>
      <w:r>
        <w:br/>
      </w:r>
      <w:r>
        <w:rPr>
          <w:sz w:val="20"/>
        </w:rPr>
        <w:t>50:38  iska naam hai "izhaar-e-deen". is ko aap padhiye. is ka naam is ka "izhaar-e-deen" hai. mauzu yahi hai: "is ka rational interpretation of islam".</w:t>
      </w:r>
      <w:r>
        <w:br/>
      </w:r>
      <w:r>
        <w:rPr>
          <w:sz w:val="20"/>
        </w:rPr>
        <w:t>50:49  iska yahi mauzu hai: "rational interpretation of islam". is kitaab ko aap padhiye,</w:t>
      </w:r>
      <w:r>
        <w:br/>
      </w:r>
      <w:r>
        <w:rPr>
          <w:sz w:val="20"/>
        </w:rPr>
        <w:t>50:55  is mein aap poori baat ka jawab mil jayega aap ko.</w:t>
      </w:r>
    </w:p>
    <w:p>
      <w:pPr>
        <w:pStyle w:val="Heading2"/>
      </w:pPr>
      <w:r>
        <w:t>Explanation of Quran 41:30</w:t>
      </w:r>
    </w:p>
    <w:p>
      <w:r>
        <w:rPr>
          <w:color w:val="666666"/>
          <w:sz w:val="18"/>
        </w:rPr>
        <w:t>Wisdom of Hadith Maulana Wahiduddin Khan February 23, 2014 · 3m 54s · at 1:31:56 · https://youtu.be/5E_MIQpToK4?t=5516</w:t>
      </w:r>
    </w:p>
    <w:p>
      <w:r>
        <w:rPr>
          <w:i/>
        </w:rPr>
        <w:t>“In chapter 41, verse number 30 of Quran, it is mentioned as for those who affirm: 'Our Lord is God' and then remain steadfast.”</w:t>
      </w:r>
    </w:p>
    <w:p>
      <w:r>
        <w:rPr>
          <w:sz w:val="20"/>
        </w:rPr>
        <w:t>1:31:56  Maulana, agla sawal Ramish Siddiqui sahib ka hai Dilli se.</w:t>
      </w:r>
      <w:r>
        <w:br/>
      </w:r>
      <w:r>
        <w:rPr>
          <w:sz w:val="20"/>
        </w:rPr>
        <w:t>1:32:00  انہوں نے لکھا ہے: "In chapter 41, verse number 30 of Quran, it is mentioned as for those</w:t>
      </w:r>
      <w:r>
        <w:br/>
      </w:r>
      <w:r>
        <w:rPr>
          <w:sz w:val="20"/>
        </w:rPr>
        <w:t>1:32:08  who affirm: 'Our Lord is God' and then remain steadfast.</w:t>
      </w:r>
      <w:r>
        <w:br/>
      </w:r>
      <w:r>
        <w:rPr>
          <w:sz w:val="20"/>
        </w:rPr>
        <w:t>1:32:13  The angels will descend on them, saying: 'Have no fear and do not grieve'.</w:t>
      </w:r>
      <w:r>
        <w:br/>
      </w:r>
      <w:r>
        <w:rPr>
          <w:sz w:val="20"/>
        </w:rPr>
        <w:t>1:32:19  Maulana, please explain fear and grief in this verse.</w:t>
      </w:r>
      <w:r>
        <w:br/>
      </w:r>
      <w:r>
        <w:rPr>
          <w:sz w:val="20"/>
        </w:rPr>
        <w:t>1:32:23  Hmm, yeh Quran mein ayat hai ke: "Innal lazina qalu Rabbun Allah tummastakhifuna tatanaazalu alam malaikatu Allah takhaf</w:t>
      </w:r>
      <w:r>
        <w:br/>
      </w:r>
      <w:r>
        <w:rPr>
          <w:sz w:val="20"/>
        </w:rPr>
        <w:t>1:32:30  wala tahzan".</w:t>
      </w:r>
      <w:r>
        <w:br/>
      </w:r>
      <w:r>
        <w:rPr>
          <w:sz w:val="20"/>
        </w:rPr>
        <w:t>1:32:32  to is par ghor karte hue yeh baat samajh aati hai ke iman laane ke baad jab aadmi</w:t>
      </w:r>
      <w:r>
        <w:br/>
      </w:r>
      <w:r>
        <w:rPr>
          <w:sz w:val="20"/>
        </w:rPr>
        <w:t>1:32:40  isko mission banata hai, ek hai ke aap iman laayein aur namaz padhein to khauf is mein</w:t>
      </w:r>
      <w:r>
        <w:br/>
      </w:r>
      <w:r>
        <w:rPr>
          <w:sz w:val="20"/>
        </w:rPr>
        <w:t>1:32:47  khauf ki koi baat hi nahin hogi.</w:t>
      </w:r>
      <w:r>
        <w:br/>
      </w:r>
      <w:r>
        <w:rPr>
          <w:sz w:val="20"/>
        </w:rPr>
        <w:t>1:32:50  yeh farishtay aa kar kehte hain ke: "Daro mat, hum tumhare saath hain".</w:t>
      </w:r>
      <w:r>
        <w:br/>
      </w:r>
      <w:r>
        <w:rPr>
          <w:sz w:val="20"/>
        </w:rPr>
        <w:t>1:32:56  to kab kahenge? Agar aap iman laaye aur namaz padh rahe hain aur apne kaam mein lage</w:t>
      </w:r>
      <w:r>
        <w:br/>
      </w:r>
      <w:r>
        <w:rPr>
          <w:sz w:val="20"/>
        </w:rPr>
        <w:t>1:33:04  hue hain to is mein khauf ki baat to koi hai nahin.</w:t>
      </w:r>
      <w:r>
        <w:br/>
      </w:r>
      <w:r>
        <w:rPr>
          <w:sz w:val="20"/>
        </w:rPr>
        <w:t>1:33:09  khauf ki baat yeh hai ke jab aap iman ko Islam ka mission banayein to log jaana padta</w:t>
      </w:r>
      <w:r>
        <w:br/>
      </w:r>
      <w:r>
        <w:rPr>
          <w:sz w:val="20"/>
        </w:rPr>
        <w:t>1:33:16  hai aap ko doosron ke darmiyan.</w:t>
      </w:r>
      <w:r>
        <w:br/>
      </w:r>
      <w:r>
        <w:rPr>
          <w:sz w:val="20"/>
        </w:rPr>
        <w:t>1:33:19  wahan koi police khadi hui hai, wahan koi mukhalif khada hua hai, wahan koi tarah tarah ke is</w:t>
      </w:r>
      <w:r>
        <w:br/>
      </w:r>
      <w:r>
        <w:rPr>
          <w:sz w:val="20"/>
        </w:rPr>
        <w:t>1:33:27  mein masail paida hote hain.</w:t>
      </w:r>
      <w:r>
        <w:br/>
      </w:r>
      <w:r>
        <w:rPr>
          <w:sz w:val="20"/>
        </w:rPr>
        <w:t>1:33:29  koi kehta hai ke: "Hum yeh karenge, koi kehta hai woh karenge".</w:t>
      </w:r>
      <w:r>
        <w:br/>
      </w:r>
      <w:r>
        <w:rPr>
          <w:sz w:val="20"/>
        </w:rPr>
        <w:t>1:33:35  woh woh hai khauf ke mawaqe.</w:t>
      </w:r>
      <w:r>
        <w:br/>
      </w:r>
      <w:r>
        <w:rPr>
          <w:sz w:val="20"/>
        </w:rPr>
        <w:t>1:33:37  to wahan par farishtay aap ka saath dete hain.</w:t>
      </w:r>
      <w:r>
        <w:br/>
      </w:r>
      <w:r>
        <w:rPr>
          <w:sz w:val="20"/>
        </w:rPr>
        <w:t>1:33:41  aur hamare jo log distribution kar rahe hain, un se poochhiye aap ke kis tarah se ghareeb tor</w:t>
      </w:r>
      <w:r>
        <w:br/>
      </w:r>
      <w:r>
        <w:rPr>
          <w:sz w:val="20"/>
        </w:rPr>
        <w:t>1:33:49  par un ke kaam bante rehte hain.</w:t>
      </w:r>
      <w:r>
        <w:br/>
      </w:r>
      <w:r>
        <w:rPr>
          <w:sz w:val="20"/>
        </w:rPr>
        <w:t>1:33:52  misal ke taur par ek ek bahut bada function tha, main sathiyon ne bataya ke wahan wo gaye,</w:t>
      </w:r>
      <w:r>
        <w:br/>
      </w:r>
      <w:r>
        <w:rPr>
          <w:sz w:val="20"/>
        </w:rPr>
        <w:t>1:34:00  wahan police bahut thi aur aur wahan par yeh qanoon tha ke koi yahan distribute nahi kar sakta.</w:t>
      </w:r>
      <w:r>
        <w:br/>
      </w:r>
      <w:r>
        <w:rPr>
          <w:sz w:val="20"/>
        </w:rPr>
        <w:t>1:34:07  to aapas mein unhon ne mashwara kiya ke: "phir yahan to yeh qanoon hai ke distribute nahi kar</w:t>
      </w:r>
      <w:r>
        <w:br/>
      </w:r>
      <w:r>
        <w:rPr>
          <w:sz w:val="20"/>
        </w:rPr>
        <w:t>1:34:15  sakte, police wale pakad lenge hum ko".</w:t>
      </w:r>
      <w:r>
        <w:br/>
      </w:r>
      <w:r>
        <w:rPr>
          <w:sz w:val="20"/>
        </w:rPr>
        <w:t>1:34:19  to unhon ne kaha: "khush rahen, dua karo, dua karo, ghus jao".</w:t>
      </w:r>
      <w:r>
        <w:br/>
      </w:r>
      <w:r>
        <w:rPr>
          <w:sz w:val="20"/>
        </w:rPr>
        <w:t>1:34:24  aur waqea to aise hi hua, dua kiya aur ghus gaye to wahan par police wale ne poocha</w:t>
      </w:r>
      <w:r>
        <w:br/>
      </w:r>
      <w:r>
        <w:rPr>
          <w:sz w:val="20"/>
        </w:rPr>
        <w:t>1:34:31  bhi nahi aur khoob distribute karte rahe wo.</w:t>
      </w:r>
      <w:r>
        <w:br/>
      </w:r>
      <w:r>
        <w:rPr>
          <w:sz w:val="20"/>
        </w:rPr>
        <w:t>1:34:35  to wahi to hai ke jab aap apne iman ko mission banayenge, tab logon ke darmiyan dakhil</w:t>
      </w:r>
      <w:r>
        <w:br/>
      </w:r>
      <w:r>
        <w:rPr>
          <w:sz w:val="20"/>
        </w:rPr>
        <w:t>1:34:43  hona padega aap ko.</w:t>
      </w:r>
      <w:r>
        <w:br/>
      </w:r>
      <w:r>
        <w:rPr>
          <w:sz w:val="20"/>
        </w:rPr>
        <w:t>1:34:45  jab jab dakhil honge logon ke darmiyan to tarah tarah ki mukhalifaten hongi, tarah tarah ke</w:t>
      </w:r>
      <w:r>
        <w:br/>
      </w:r>
      <w:r>
        <w:rPr>
          <w:sz w:val="20"/>
        </w:rPr>
        <w:t>1:34:52  masail paida honge.</w:t>
      </w:r>
      <w:r>
        <w:br/>
      </w:r>
      <w:r>
        <w:rPr>
          <w:sz w:val="20"/>
        </w:rPr>
        <w:t>1:34:54  wahan par agar aap sach sachay, aap ka iman sacha iman hai, aap ka Allah par bharosa hai,</w:t>
      </w:r>
      <w:r>
        <w:br/>
      </w:r>
      <w:r>
        <w:rPr>
          <w:sz w:val="20"/>
        </w:rPr>
        <w:t>1:35:02  aap dua kar rahe hain, Allah ko yaad kar rahe hain to farishte utrenge aur aap ke</w:t>
      </w:r>
      <w:r>
        <w:br/>
      </w:r>
      <w:r>
        <w:rPr>
          <w:sz w:val="20"/>
        </w:rPr>
        <w:t>1:35:10  masle ko hal kar denge.</w:t>
      </w:r>
      <w:r>
        <w:br/>
      </w:r>
      <w:r>
        <w:rPr>
          <w:sz w:val="20"/>
        </w:rPr>
        <w:t>1:35:12  to main samajhta hoon ke yeh ayat jo hai bahut badi ayat hai in in logon ke liye</w:t>
      </w:r>
      <w:r>
        <w:br/>
      </w:r>
      <w:r>
        <w:rPr>
          <w:sz w:val="20"/>
        </w:rPr>
        <w:t>1:35:20  jo ba taur mission ke Islam ko ikhtiyar karte hain ke ke baghair yani yani koi khauf karne ki</w:t>
      </w:r>
      <w:r>
        <w:br/>
      </w:r>
      <w:r>
        <w:rPr>
          <w:sz w:val="20"/>
        </w:rPr>
        <w:t>1:35:28  zarurat nahi hai.</w:t>
      </w:r>
      <w:r>
        <w:br/>
      </w:r>
      <w:r>
        <w:rPr>
          <w:sz w:val="20"/>
        </w:rPr>
        <w:t>1:35:29  har mauqe par jao aur peaceful raho, tum khud peaceful raho, apni taraf se koi muqawamat</w:t>
      </w:r>
      <w:r>
        <w:br/>
      </w:r>
      <w:r>
        <w:rPr>
          <w:sz w:val="20"/>
        </w:rPr>
        <w:t>1:35:37  do, bas tum khud peaceful raho to sare kaam wahan par aa kar eagle kar denge.</w:t>
      </w:r>
      <w:r>
        <w:br/>
      </w:r>
      <w:r>
        <w:rPr>
          <w:sz w:val="20"/>
        </w:rPr>
        <w:t>1:35:44  yeh is ayat bhi ek bahut badi good tiling hai, bahut badi basharat hai.</w:t>
      </w:r>
    </w:p>
    <w:p>
      <w:pPr>
        <w:pStyle w:val="Heading2"/>
      </w:pPr>
      <w:r>
        <w:t>Why Quran not in revelation order?</w:t>
      </w:r>
    </w:p>
    <w:p>
      <w:r>
        <w:rPr>
          <w:color w:val="666666"/>
          <w:sz w:val="18"/>
        </w:rPr>
        <w:t>The Quran September 20, 2020 Maulana Wahiduddin Khan · 1m 22s · at 28:29 · https://youtu.be/yQZGg2A0-Tk?t=1709</w:t>
      </w:r>
    </w:p>
    <w:p>
      <w:r>
        <w:rPr>
          <w:i/>
        </w:rPr>
        <w:t>“Why was the Quran not kept in the order of revelation? Please clarify this.”</w:t>
      </w:r>
    </w:p>
    <w:p>
      <w:r>
        <w:rPr>
          <w:sz w:val="20"/>
        </w:rPr>
        <w:t>28:29  maulana faiz qadri sahib ne coimbatore se sawal bheja hai. unhon ne likha hai: "maulana, quran ki tarteeb nuzooli ko kyun barqarar nahin rakha gaya?</w:t>
      </w:r>
      <w:r>
        <w:br/>
      </w:r>
      <w:r>
        <w:rPr>
          <w:sz w:val="20"/>
        </w:rPr>
        <w:t>28:41  is ko wazeh karein."</w:t>
      </w:r>
      <w:r>
        <w:br/>
      </w:r>
      <w:r>
        <w:rPr>
          <w:sz w:val="20"/>
        </w:rPr>
        <w:t>28:46  dekhein, tarteeb jo nuzooli hai, woh halaat ke lehaz se ayi hai. lekin halaat ke lehaz se ise nahin parhna hai aap ko.</w:t>
      </w:r>
      <w:r>
        <w:br/>
      </w:r>
      <w:r>
        <w:rPr>
          <w:sz w:val="20"/>
        </w:rPr>
        <w:t>29:00  tarteeb nuzooli ka matlab yeh nahin ke jab tarteeb nuzooli aap janen ge, tabhi aap quran ko samjhen ge. mein sochta hoon ke quran shajarat ki surat mein hai.</w:t>
      </w:r>
      <w:r>
        <w:br/>
      </w:r>
      <w:r>
        <w:rPr>
          <w:sz w:val="20"/>
        </w:rPr>
        <w:t>29:15  shajarat</w:t>
      </w:r>
      <w:r>
        <w:br/>
      </w:r>
      <w:r>
        <w:rPr>
          <w:sz w:val="20"/>
        </w:rPr>
        <w:t>29:20  to</w:t>
      </w:r>
      <w:r>
        <w:br/>
      </w:r>
      <w:r>
        <w:rPr>
          <w:sz w:val="20"/>
        </w:rPr>
        <w:t>29:25  tartib-e-nuzooli se aap nawaqif hon, tab bhi Quran ke maani aap par khul sakte hain. To asal cheez yeh hai.</w:t>
      </w:r>
      <w:r>
        <w:br/>
      </w:r>
      <w:r>
        <w:rPr>
          <w:sz w:val="20"/>
        </w:rPr>
        <w:t>29:37  asal cheez yeh nahin ke aap tartib-e-nuzooli ko jaanen. Asal cheez yeh hai ke aap tadabbur karen.</w:t>
      </w:r>
      <w:r>
        <w:br/>
      </w:r>
      <w:r>
        <w:rPr>
          <w:sz w:val="20"/>
        </w:rPr>
        <w:t>29:43  tadabbur se maani khulte hain.</w:t>
      </w:r>
    </w:p>
    <w:p>
      <w:pPr>
        <w:pStyle w:val="Heading2"/>
      </w:pPr>
      <w:r>
        <w:t>Meaning of qalb in Quran</w:t>
      </w:r>
    </w:p>
    <w:p>
      <w:r>
        <w:rPr>
          <w:color w:val="666666"/>
          <w:sz w:val="18"/>
        </w:rPr>
        <w:t>Revival of Ummah January 22, 2017 · 1m 35s · at 49:29 · https://youtu.be/vnPsv0TBCfk?t=2969</w:t>
      </w:r>
    </w:p>
    <w:p>
      <w:r>
        <w:rPr>
          <w:i/>
        </w:rPr>
        <w:t>“Maulana, last Sunday my question was not answered. I am repeating my question. My question is: the word 'qalb' is mentioned at many places in Quran and majority of...”</w:t>
      </w:r>
    </w:p>
    <w:p>
      <w:r>
        <w:rPr>
          <w:sz w:val="20"/>
        </w:rPr>
        <w:t>49:29  logon ki bekhabari ko todiye us ke baad sara mamla normal ho jayega. ji ah molana agla sawal lete hain jo ah bheja hai amir mori sahib ne srinagar se.</w:t>
      </w:r>
      <w:r>
        <w:br/>
      </w:r>
      <w:r>
        <w:rPr>
          <w:sz w:val="20"/>
        </w:rPr>
        <w:t>49:44  unhonne likha hai ah Maulana sahib last sunday my question was not answered i am repeating my</w:t>
      </w:r>
      <w:r>
        <w:br/>
      </w:r>
      <w:r>
        <w:rPr>
          <w:sz w:val="20"/>
        </w:rPr>
        <w:t>49:51  ah question my question is the word qalb is mentioned at many places in Quran and majority of</w:t>
      </w:r>
      <w:r>
        <w:br/>
      </w:r>
      <w:r>
        <w:rPr>
          <w:sz w:val="20"/>
        </w:rPr>
        <w:t>49:59  scholars have interpreted it as heart.</w:t>
      </w:r>
      <w:r>
        <w:br/>
      </w:r>
      <w:r>
        <w:rPr>
          <w:sz w:val="20"/>
        </w:rPr>
        <w:t>50:07  how can we address people that the right interpretation of word qalb is mind? kindly guide us with detailed explanation.</w:t>
      </w:r>
      <w:r>
        <w:br/>
      </w:r>
      <w:r>
        <w:rPr>
          <w:sz w:val="20"/>
        </w:rPr>
        <w:t>50:15  is par main likhunga bohat tafseel ke sath risale mein. qalb ka matlab heart ka hota hi nahi. qalb aur mind dono ek hi cheez hain. yeh ghalat hai. jo science ki science ki jo discovery hai wahi sahi hai ke ke dil jo hai yani heart sirf circulation of blood ka zariya hai aur kuch nahi.</w:t>
      </w:r>
      <w:r>
        <w:br/>
      </w:r>
      <w:r>
        <w:rPr>
          <w:sz w:val="20"/>
        </w:rPr>
        <w:t>50:41  yeh to bohat main likh chuka hoon aap padhiye meri meri writing jo hai chhap chuki hai. yeh bohat likh chuka hoon kafi likh chuka hoon main is ko. ji bilkul yeh to waise hi hai jaise ke ab aaj koi maane ke suraj zameen ke gird ghoom raha hai. aise hi hai yeh.</w:t>
      </w:r>
      <w:r>
        <w:br/>
      </w:r>
      <w:r>
        <w:rPr>
          <w:sz w:val="20"/>
        </w:rPr>
        <w:t>51:04  Maulana agla sawal lene se pehle ek comment padhna chahenge jo doctor Safina Tabassum ne bheja hai Ajmer se.</w:t>
      </w:r>
    </w:p>
    <w:p>
      <w:pPr>
        <w:pStyle w:val="Heading2"/>
      </w:pPr>
      <w:r>
        <w:t>Meaning of Furqan in Quran</w:t>
      </w:r>
    </w:p>
    <w:p>
      <w:r>
        <w:rPr>
          <w:color w:val="666666"/>
          <w:sz w:val="18"/>
        </w:rPr>
        <w:t>The Problem of Evil December 4, 2011 · 1m 48s · at 1:27:33 · https://youtu.be/SMqtVjaGHfw?t=5253</w:t>
      </w:r>
    </w:p>
    <w:p>
      <w:r>
        <w:rPr>
          <w:i/>
        </w:rPr>
        <w:t>“In the Quran it says that We sent down the Furqan. Please explain about it.”</w:t>
      </w:r>
    </w:p>
    <w:p>
      <w:r>
        <w:rPr>
          <w:sz w:val="20"/>
        </w:rPr>
        <w:t>1:27:33  doctor Muslima ne Delhi se sawal likha hai. unhone poocha hai ke Quran mein aata hai ke hum ne Furqan utara. is ke bare mein aap kuch bataein.</w:t>
      </w:r>
      <w:r>
        <w:br/>
      </w:r>
      <w:r>
        <w:rPr>
          <w:sz w:val="20"/>
        </w:rPr>
        <w:t>1:27:48  dekhein, Furqan ke ka lafzi matlab jo hai, woh hai do cheez ke darmiyan farq karna. asal al fasl min al shai' yani to differentiate between between the two.</w:t>
      </w:r>
      <w:r>
        <w:br/>
      </w:r>
      <w:r>
        <w:rPr>
          <w:sz w:val="20"/>
        </w:rPr>
        <w:t>1:28:02  to</w:t>
      </w:r>
      <w:r>
        <w:br/>
      </w:r>
      <w:r>
        <w:rPr>
          <w:sz w:val="20"/>
        </w:rPr>
        <w:t>1:28:04  Quran jo hai, us ki ek sifat yeh hai ke woh Furqan hai yani cheezon mein farq karna batata hai ke yeh right hai, yeh wrong hai, yeh theek hai, yeh theek nahin hai, yeh is mein aadmi ko faida hai, is mein faida nahin hai.</w:t>
      </w:r>
      <w:r>
        <w:br/>
      </w:r>
      <w:r>
        <w:rPr>
          <w:sz w:val="20"/>
        </w:rPr>
        <w:t>1:28:20  to yeh jo hai, jab aadmi Quran mein sochega, bahut zyada ghor karega to us ke andar ek ek ek sense develop hoga.</w:t>
      </w:r>
      <w:r>
        <w:br/>
      </w:r>
      <w:r>
        <w:rPr>
          <w:sz w:val="20"/>
        </w:rPr>
        <w:t>1:28:30  sense of Furqan</w:t>
      </w:r>
      <w:r>
        <w:br/>
      </w:r>
      <w:r>
        <w:rPr>
          <w:sz w:val="20"/>
        </w:rPr>
        <w:t>1:28:32  yani Quran mein saari baatein do do chaar chaar likhi hui nahin hain. aisa nahin hai ke do do chaar chaar har cheez likhi hui hai. lekin jab aadmi sach much bahut is mein parhega aur bahut ghor karega, bahut us ko yaani samajhne ki koshish karega to us ke andar ek salahiyat develop karegi jis ko kehte hain Furqan yani principle of differentiation.</w:t>
      </w:r>
      <w:r>
        <w:br/>
      </w:r>
      <w:r>
        <w:rPr>
          <w:sz w:val="20"/>
        </w:rPr>
        <w:t>1:28:58  to yeh to mutaarif hota hai, gehri studies hota hai aur sincere study. main samajhta hoon ke sincere ka lafz shamil karna zaroori hai ya serious study.</w:t>
      </w:r>
      <w:r>
        <w:br/>
      </w:r>
      <w:r>
        <w:rPr>
          <w:sz w:val="20"/>
        </w:rPr>
        <w:t>1:29:12  jab serious study karta hai aadmi, tab ja kar ke woh sense develop hota hai. nahin to parhega, parhega, hoga kuch nahin.</w:t>
      </w:r>
    </w:p>
    <w:p>
      <w:pPr>
        <w:pStyle w:val="Heading2"/>
      </w:pPr>
      <w:r>
        <w:t>Building a strong bond with Quran</w:t>
      </w:r>
    </w:p>
    <w:p>
      <w:r>
        <w:rPr>
          <w:color w:val="666666"/>
          <w:sz w:val="18"/>
        </w:rPr>
        <w:t>The Quran September 20, 2020 Maulana Wahiduddin Khan · 1m 08s · at 10:11 · https://youtu.be/yQZGg2A0-Tk?t=611</w:t>
      </w:r>
    </w:p>
    <w:p>
      <w:r>
        <w:rPr>
          <w:i/>
        </w:rPr>
        <w:t>“Maulana, my question is: what must we do to establish a profound connection with the Quran? Please clarify.”</w:t>
      </w:r>
    </w:p>
    <w:p>
      <w:r>
        <w:rPr>
          <w:sz w:val="20"/>
        </w:rPr>
        <w:t>10:11  . Mahboob bhai ne Mumbai se likha hai: "Maulana, mera sawal yeh hai ke quran se bepanah talluq qaim karne ke liye hamein kya karna hoga?" is ko wazeh karein.</w:t>
      </w:r>
      <w:r>
        <w:br/>
      </w:r>
      <w:r>
        <w:rPr>
          <w:sz w:val="20"/>
        </w:rPr>
        <w:t>10:23  bas dua kijiye aur quran ko parhiye.</w:t>
      </w:r>
      <w:r>
        <w:br/>
      </w:r>
      <w:r>
        <w:rPr>
          <w:sz w:val="20"/>
        </w:rPr>
        <w:t>10:30  quran ko parhiye aur dua kijiye. aur sachi baat yeh hai ke jab quran aadmi discover kar leta hai, abhi toh hum sirf tilawat karte hain, tilawat toh talluq nahi paida hota.</w:t>
      </w:r>
      <w:r>
        <w:br/>
      </w:r>
      <w:r>
        <w:rPr>
          <w:sz w:val="20"/>
        </w:rPr>
        <w:t>10:45  lekin aap jab ghaur se parhein aur discover karein quran ko toh itni bari bari baatein milti hain ke talluq paida ho hi jata hai.</w:t>
      </w:r>
      <w:r>
        <w:br/>
      </w:r>
      <w:r>
        <w:rPr>
          <w:sz w:val="20"/>
        </w:rPr>
        <w:t>11:03  toh mein samajhta hoon ke</w:t>
      </w:r>
      <w:r>
        <w:br/>
      </w:r>
      <w:r>
        <w:rPr>
          <w:sz w:val="20"/>
        </w:rPr>
        <w:t>11:07  ke tilawat, tilawat ke bajaye tadabbur, tadabbur bas yeh karna chahiye. tilawat, tilawat ke bajaye tadabbur.</w:t>
      </w:r>
    </w:p>
    <w:p>
      <w:pPr>
        <w:pStyle w:val="Heading2"/>
      </w:pPr>
      <w:r>
        <w:t>Who Are the Reward Recipients in Quran?</w:t>
      </w:r>
    </w:p>
    <w:p>
      <w:r>
        <w:rPr>
          <w:color w:val="666666"/>
          <w:sz w:val="18"/>
        </w:rPr>
        <w:t>Divine Help September 22, 2015 · 4m 38s · at 1:04:36 · https://youtu.be/sozrNCif0Gg?t=3876</w:t>
      </w:r>
    </w:p>
    <w:p>
      <w:r>
        <w:rPr>
          <w:i/>
        </w:rPr>
        <w:t>“Who are the people who have been rewarded, as mentioned in the Quran? Please clarify.”</w:t>
      </w:r>
    </w:p>
    <w:p>
      <w:r>
        <w:rPr>
          <w:sz w:val="20"/>
        </w:rPr>
        <w:t>1:04:36  maulana peshawar se wasal ali khan sahib ka sawal hai. unhon ne likha hai ke main pehli dafa Maulana sahib ka talk sun raha hoon aur mera yeh sawal hai ke inaam yafta log kaun hain jis ke baray mein Quran pak mein aaya hai?</w:t>
      </w:r>
      <w:r>
        <w:br/>
      </w:r>
      <w:r>
        <w:rPr>
          <w:sz w:val="20"/>
        </w:rPr>
        <w:t>1:04:56  maulana, is ko wazeh karein.</w:t>
      </w:r>
      <w:r>
        <w:br/>
      </w:r>
      <w:r>
        <w:rPr>
          <w:sz w:val="20"/>
        </w:rPr>
        <w:t>1:05:01  abhi abhi isi ke sawal ka unhon ne jawab diya hai</w:t>
      </w:r>
      <w:r>
        <w:br/>
      </w:r>
      <w:r>
        <w:rPr>
          <w:sz w:val="20"/>
        </w:rPr>
        <w:t>1:05:06  ke cheezon ko right angle se dekhna, jis ko aata hai, woh inaam yafta hai. sare log jo hain, cheezon ko right angle se nahi dekhte.</w:t>
      </w:r>
      <w:r>
        <w:br/>
      </w:r>
      <w:r>
        <w:rPr>
          <w:sz w:val="20"/>
        </w:rPr>
        <w:t>1:05:18  yahi ghalati karte hain. jaise maine aap ko zam zam ki misaal di. jo zam zam ko kya samajhte hain? muqaddas, muqaddas, muqaddas. woh right angle se dekhna hi hai.</w:t>
      </w:r>
      <w:r>
        <w:br/>
      </w:r>
      <w:r>
        <w:rPr>
          <w:sz w:val="20"/>
        </w:rPr>
        <w:t>1:05:29  maine aap ko bataya ke zam zam ko Allah ki help ki taraf dekhiye. Allah ki ke jahan bhi aap hon, yahan tak ke desert mein aap hon, tab bhi Allah ki madad aap ko pohnchegi.</w:t>
      </w:r>
      <w:r>
        <w:br/>
      </w:r>
      <w:r>
        <w:rPr>
          <w:sz w:val="20"/>
        </w:rPr>
        <w:t>1:05:44  to Allah</w:t>
      </w:r>
      <w:r>
        <w:br/>
      </w:r>
      <w:r>
        <w:rPr>
          <w:sz w:val="20"/>
        </w:rPr>
        <w:t>1:05:47  ki help har jagah milegi aap ko. is yaqeen ke saath Allah ke mission ke liye khade ho jaiye. yeh hai zam zam.</w:t>
      </w:r>
      <w:r>
        <w:br/>
      </w:r>
      <w:r>
        <w:rPr>
          <w:sz w:val="20"/>
        </w:rPr>
        <w:t>1:05:58  aur taqaddus kya?</w:t>
      </w:r>
      <w:r>
        <w:br/>
      </w:r>
      <w:r>
        <w:rPr>
          <w:sz w:val="20"/>
        </w:rPr>
        <w:t>1:06:02  musalman bas use muqaddas samajhte hain. to unhon ne zam zam ki jo asal hai, woh is ko jaana hi nahi. zam zam ka asal yeh hai ke Allah ke kaam ke liye jab jahan bhi ho, uth jao, khade ho jao.</w:t>
      </w:r>
      <w:r>
        <w:br/>
      </w:r>
      <w:r>
        <w:rPr>
          <w:sz w:val="20"/>
        </w:rPr>
        <w:t>1:06:21  wohin jahan tum ho, wahin tum ko Allah ki madad mil jayegi. bashart hai ke tum tashaddud na karo. tashaddud haram hai. saare musalman jo hain, ya to tashaddud karte hain ya tashaddud ka sochte hain.</w:t>
      </w:r>
      <w:r>
        <w:br/>
      </w:r>
      <w:r>
        <w:rPr>
          <w:sz w:val="20"/>
        </w:rPr>
        <w:t>1:06:35  nafrat, ya to nafrat ya tashaddud. nafrat ya tashaddud. is ke saath koi zam zam kaam nahi karne ka karega. nafrat aur tashaddud ko khatam karna padega, tab zam zam ka kaam shuru hoga.</w:t>
      </w:r>
      <w:r>
        <w:br/>
      </w:r>
      <w:r>
        <w:rPr>
          <w:sz w:val="20"/>
        </w:rPr>
        <w:t>1:06:53  warna zam zam aap rakh ke rahenge, bohat hi apne bag mein, aur kuch milega nahi zam zam se. zam zam se pehle aap ko apne sine ko nafrat se aur tashaddud se kharch ke nikalna hoga.</w:t>
      </w:r>
      <w:r>
        <w:br/>
      </w:r>
      <w:r>
        <w:rPr>
          <w:sz w:val="20"/>
        </w:rPr>
        <w:t>1:07:12  yeh jaanna hoga ke nafrat haram hai, tashaddud haram hai.</w:t>
      </w:r>
      <w:r>
        <w:br/>
      </w:r>
      <w:r>
        <w:rPr>
          <w:sz w:val="20"/>
        </w:rPr>
        <w:t>1:07:19  tab ja kar ke aap ko zam zam ka faida milega.</w:t>
      </w:r>
      <w:r>
        <w:br/>
      </w:r>
      <w:r>
        <w:rPr>
          <w:sz w:val="20"/>
        </w:rPr>
        <w:t>1:07:30  maulana saif anwar sahib ka sawal hai dilli se. unhon</w:t>
      </w:r>
      <w:r>
        <w:br/>
      </w:r>
      <w:r>
        <w:rPr>
          <w:sz w:val="20"/>
        </w:rPr>
        <w:t>1:07:35  ne likha hai: "quran ka bani israel ke bare mein jo bayan hai, kya woh sirf hazrat musa ke zamane ke yahudiyon ke liye tha ya madine ke yahudiyon ke liye khaas tha?</w:t>
      </w:r>
      <w:r>
        <w:br/>
      </w:r>
      <w:r>
        <w:rPr>
          <w:sz w:val="20"/>
        </w:rPr>
        <w:t>1:07:50  kya baad ke yahudiyon par in ayat ka itlaq nahi ho sakta hai? ji sir, aaj ke daur mein in ayat ki manawiyat kya hai?" jis zamane mein woh aayatein utri hain, us zamane ke yahudiyon ke bare mein hai.</w:t>
      </w:r>
      <w:r>
        <w:br/>
      </w:r>
      <w:r>
        <w:rPr>
          <w:sz w:val="20"/>
        </w:rPr>
        <w:t>1:08:05  agar musa ke bare mein utri hain to musa ke bare mein, rasool Allah ke bare mein utri hain, rasool Allah ke zamane mein. jis zamane mein woh aayatein utri hain, us zamane ke yahudiyon ko is mein padhiye.</w:t>
      </w:r>
      <w:r>
        <w:br/>
      </w:r>
      <w:r>
        <w:rPr>
          <w:sz w:val="20"/>
        </w:rPr>
        <w:t>1:08:18  utri to hain woh yani saatvi sadi mein, aur aap is ko padhein ikkeesvi sadi mein, yeh galat galat hai.</w:t>
      </w:r>
      <w:r>
        <w:br/>
      </w:r>
      <w:r>
        <w:rPr>
          <w:sz w:val="20"/>
        </w:rPr>
        <w:t>1:08:28  aap kuch bhi na quran ko paayenge, na yahud ko samjhenge.</w:t>
      </w:r>
      <w:r>
        <w:br/>
      </w:r>
      <w:r>
        <w:rPr>
          <w:sz w:val="20"/>
        </w:rPr>
        <w:t>1:08:35  aap sochiye, main misaal deta hoon aap ko. misaal deta hoon ke quran mein hai ke oonton par sawar ho kar hajj ke liye aao.</w:t>
      </w:r>
      <w:r>
        <w:br/>
      </w:r>
      <w:r>
        <w:rPr>
          <w:sz w:val="20"/>
        </w:rPr>
        <w:t>1:08:47  to is ko ayat ko lena padega aap ko is is daur se mutalliq jab ke oont par sawari hoti thi. aaj nahi lena padega.</w:t>
      </w:r>
      <w:r>
        <w:br/>
      </w:r>
      <w:r>
        <w:rPr>
          <w:sz w:val="20"/>
        </w:rPr>
        <w:t>1:08:56  warna aaj bhi aap oont pe pat ke j</w:t>
      </w:r>
      <w:r>
        <w:br/>
      </w:r>
      <w:r>
        <w:rPr>
          <w:sz w:val="20"/>
        </w:rPr>
        <w:t>1:08:58  aayenge. aaj kyun aap jaate hain hawajat par? kyunke is ko aap is daur ki cheez samajhte hain jab ke duniya mein oont ki sawari hua karti thi.</w:t>
      </w:r>
      <w:r>
        <w:br/>
      </w:r>
      <w:r>
        <w:rPr>
          <w:sz w:val="20"/>
        </w:rPr>
        <w:t>1:09:07  to is ko padhiye, is ko kyun nahi maante aap?</w:t>
      </w:r>
    </w:p>
    <w:p>
      <w:pPr>
        <w:pStyle w:val="Heading2"/>
      </w:pPr>
      <w:r>
        <w:t>Meaning of 'Qulub' in Quran</w:t>
      </w:r>
    </w:p>
    <w:p>
      <w:r>
        <w:rPr>
          <w:color w:val="666666"/>
          <w:sz w:val="18"/>
        </w:rPr>
        <w:t>Three levels of Realization 4 July 2010 - Maulana Wahiduddin Khan · 3m 41s · at 1:16:53 · https://youtu.be/H-kx5TldzfQ?t=4613</w:t>
      </w:r>
    </w:p>
    <w:p>
      <w:r>
        <w:rPr>
          <w:i/>
        </w:rPr>
        <w:t>“Every thought originates in the mind, even emotion. What does the reference of 'Qulub' in Arabic as mentioned in the Quran mean? What does the reference of 'Qulub' in Arabic as mentioned in the Quran in Surah Baqarah where it is said: 'Allah has stamped their hearts'?”</w:t>
      </w:r>
    </w:p>
    <w:p>
      <w:r>
        <w:rPr>
          <w:sz w:val="20"/>
        </w:rPr>
        <w:t>1:16:53  molana agla sawal hai mister muhammad intekhab dehli se. unhon ne likha hai: "every thought originates in the mind, even emotion.</w:t>
      </w:r>
      <w:r>
        <w:br/>
      </w:r>
      <w:r>
        <w:rPr>
          <w:sz w:val="20"/>
        </w:rPr>
        <w:t>1:17:06  what does the reference of quloob in arabic as mentioned in quran?</w:t>
      </w:r>
      <w:r>
        <w:br/>
      </w:r>
      <w:r>
        <w:rPr>
          <w:sz w:val="20"/>
        </w:rPr>
        <w:t>1:17:15  what does the reference of quloob in arabic as mentioned in quran in surah baqarah where it is said: 'allah has stamped their heart'?" main college mein quloob jo hai wahan par literally maeni mein hai,</w:t>
      </w:r>
      <w:r>
        <w:br/>
      </w:r>
      <w:r>
        <w:rPr>
          <w:sz w:val="20"/>
        </w:rPr>
        <w:t>1:17:33  literally maeni mein,</w:t>
      </w:r>
      <w:r>
        <w:br/>
      </w:r>
      <w:r>
        <w:rPr>
          <w:sz w:val="20"/>
        </w:rPr>
        <w:t>1:17:39  literally meaning banti hai sankron saal se har har har zaban mein. jaise angrez angrezi zaban mein science paida hui,</w:t>
      </w:r>
      <w:r>
        <w:br/>
      </w:r>
      <w:r>
        <w:rPr>
          <w:sz w:val="20"/>
        </w:rPr>
        <w:t>1:17:50  sir woh jante hain ke moon mein koi light nahi hai. abhi moonlight kehte hain woh,</w:t>
      </w:r>
      <w:r>
        <w:br/>
      </w:r>
      <w:r>
        <w:rPr>
          <w:sz w:val="20"/>
        </w:rPr>
        <w:t>1:17:58  yani abhi bhi literature mein moonlight hi chalti hai. moonlight, moonlight, moonlight, halanke moon mein koi light hi nahi hai. aise hi dekhiye, english mein kaha jata hai "wholeheartedly".</w:t>
      </w:r>
      <w:r>
        <w:br/>
      </w:r>
      <w:r>
        <w:rPr>
          <w:sz w:val="20"/>
        </w:rPr>
        <w:t>1:18:12  to jab science ne discover kiya to aisa nahi hua ke wahan badal dein literature ko, kahin ke nahi nahi, kaho "whole mindedly".</w:t>
      </w:r>
      <w:r>
        <w:br/>
      </w:r>
      <w:r>
        <w:rPr>
          <w:sz w:val="20"/>
        </w:rPr>
        <w:t>1:18:20  yani abhi bhi english literature mein "whole mindedly" koi nahi bolta, sab bolte hain "wholeheartedly", halanke woh jante hain ke dil se kuch nahi hota.</w:t>
      </w:r>
      <w:r>
        <w:br/>
      </w:r>
      <w:r>
        <w:rPr>
          <w:sz w:val="20"/>
        </w:rPr>
        <w:t>1:18:30  to dekhiye, yeh maamla literature ka maamla hai, yeh science ka maamla nahi hai,</w:t>
      </w:r>
      <w:r>
        <w:br/>
      </w:r>
      <w:r>
        <w:rPr>
          <w:sz w:val="20"/>
        </w:rPr>
        <w:t>1:18:37  science ka maamla nahi hai. isko aap galat criteria judge kar rahe hain, isko "does not a scientific statement", yeh literary statement hai.</w:t>
      </w:r>
      <w:r>
        <w:br/>
      </w:r>
      <w:r>
        <w:rPr>
          <w:sz w:val="20"/>
        </w:rPr>
        <w:t>1:18:49  ab yeh har zaban</w:t>
      </w:r>
      <w:r>
        <w:br/>
      </w:r>
      <w:r>
        <w:rPr>
          <w:sz w:val="20"/>
        </w:rPr>
        <w:t>1:18:50  mein hota hai, arabi mein kya, har zaban mein hota hai.</w:t>
      </w:r>
      <w:r>
        <w:br/>
      </w:r>
      <w:r>
        <w:rPr>
          <w:sz w:val="20"/>
        </w:rPr>
        <w:t>1:18:56  zaban banti hai sankron saal ke tradition se, aap kaise badal denge isko? woh to rahegi.</w:t>
      </w:r>
      <w:r>
        <w:br/>
      </w:r>
      <w:r>
        <w:rPr>
          <w:sz w:val="20"/>
        </w:rPr>
        <w:t>1:19:07  to alfaaz symbol hote hain, symbol. linguistics parh</w:t>
      </w:r>
      <w:r>
        <w:br/>
      </w:r>
      <w:r>
        <w:rPr>
          <w:sz w:val="20"/>
        </w:rPr>
        <w:t>1:19:11  ein, agar aap linguistic jo ek mustaqil discipline hai, linguistics, unhein bataya jata hai ke koi bhi shabd jo hai woh ek symbol hai.</w:t>
      </w:r>
      <w:r>
        <w:br/>
      </w:r>
      <w:r>
        <w:rPr>
          <w:sz w:val="20"/>
        </w:rPr>
        <w:t>1:19:24  jaise aap bolte hain "car" to lafz "car" jo hai, c a r "car" ka matlab nahi hai, wahi motor. c a r "car" ek symbol, symbolic word hai.</w:t>
      </w:r>
      <w:r>
        <w:br/>
      </w:r>
      <w:r>
        <w:rPr>
          <w:sz w:val="20"/>
        </w:rPr>
        <w:t>1:19:36  aap bolte hain "glass" to "glass" bhi ek symbolic word hai.</w:t>
      </w:r>
      <w:r>
        <w:br/>
      </w:r>
      <w:r>
        <w:rPr>
          <w:sz w:val="20"/>
        </w:rPr>
        <w:t>1:19:42  to woh symbol agar chal pada ho qalb ke liye to wahi rahega, wahi rahega, wahi rahega, wahi rahega.</w:t>
      </w:r>
      <w:r>
        <w:br/>
      </w:r>
      <w:r>
        <w:rPr>
          <w:sz w:val="20"/>
        </w:rPr>
        <w:t>1:19:52  isi liye jin jin qomon mein bilkul hi science aa gayi hai, bilkul badal gaya hai unka sara yani scientific kitabein badal gayi hain, tab bhi lit</w:t>
      </w:r>
      <w:r>
        <w:br/>
      </w:r>
      <w:r>
        <w:rPr>
          <w:sz w:val="20"/>
        </w:rPr>
        <w:t>1:20:04  erature koi bolata hai. abhi bhi</w:t>
      </w:r>
      <w:r>
        <w:br/>
      </w:r>
      <w:r>
        <w:rPr>
          <w:sz w:val="20"/>
        </w:rPr>
        <w:t>1:20:10  yani aisa nahi kahenge "sunlight", woh "moonlight", aisa nahi kahenge "light", "moonlight", "reflected by sun", aisa nahi bolenge.</w:t>
      </w:r>
      <w:r>
        <w:br/>
      </w:r>
      <w:r>
        <w:rPr>
          <w:sz w:val="20"/>
        </w:rPr>
        <w:t>1:20:22  halanke woh isi ka reflection hota hai, suraj ki roshni ka. to yeh literally maeni mein hai, isko aap scientific maeni mein na lijie.</w:t>
      </w:r>
    </w:p>
    <w:p>
      <w:pPr>
        <w:pStyle w:val="Heading2"/>
      </w:pPr>
      <w:r>
        <w:t>Significance of Ramadan for Quran</w:t>
      </w:r>
    </w:p>
    <w:p>
      <w:r>
        <w:rPr>
          <w:color w:val="666666"/>
          <w:sz w:val="18"/>
        </w:rPr>
        <w:t>Discovering The Spirit of Ramadan March 16, 2025 · 25m 18s · at 28:02 · https://youtu.be/WrIyg6N7390?t=1682</w:t>
      </w:r>
    </w:p>
    <w:p>
      <w:r>
        <w:rPr>
          <w:i/>
        </w:rPr>
        <w:t>“Ramadan is called the month of the Quran. People read the Quran. Since the Quran was revealed in Ramadan, please tell us about this connection.”</w:t>
      </w:r>
    </w:p>
    <w:p>
      <w:r>
        <w:rPr>
          <w:sz w:val="20"/>
        </w:rPr>
        <w:t>28:02  agar nahi chhodte, waise hi karte rehte to goya khana pani hi hai, chhodna is ke alawa koi doosri cheez nahi hai. To ab mein aap se agla sawal yeh karunga ke Ramadan ko Quran ka mahina bhi kaha jata hai.</w:t>
      </w:r>
      <w:r>
        <w:br/>
      </w:r>
      <w:r>
        <w:rPr>
          <w:sz w:val="20"/>
        </w:rPr>
        <w:t>28:15  Quran padhte</w:t>
      </w:r>
      <w:r>
        <w:br/>
      </w:r>
      <w:r>
        <w:rPr>
          <w:sz w:val="20"/>
        </w:rPr>
        <w:t>28:16  hain log, Quran nazil hui to is par aap hamein kuch bataein. Ji, Ramadan ka hi mahina woh babarkat mahina hai jis mein Quran utara gaya.</w:t>
      </w:r>
      <w:r>
        <w:br/>
      </w:r>
      <w:r>
        <w:rPr>
          <w:sz w:val="20"/>
        </w:rPr>
        <w:t>28:30  Quran is Quran ma shahar Ramadan alladhi unzil fihi al-Quran to phir wahan hukum diya gaya hai ke pas tum mein se jo shakhs bhi is mahine ko paye, is mein roze rakhe.</w:t>
      </w:r>
      <w:r>
        <w:br/>
      </w:r>
      <w:r>
        <w:rPr>
          <w:sz w:val="20"/>
        </w:rPr>
        <w:t>28:44  to yeh Quran utarna, utarna bohat hi bari baat hai. To Quran, bohat sare paighambaron ko aasmani kitabein di gayin, lekin woh kitabein mehfooz nahi rahin.</w:t>
      </w:r>
      <w:r>
        <w:br/>
      </w:r>
      <w:r>
        <w:rPr>
          <w:sz w:val="20"/>
        </w:rPr>
        <w:t>28:57  kyun ke paighambaron ke paas zyada followers nahi the, to bohat jald woh kitabein jo hain, log gum ho gayin, logon ne is mein tabdeeli kar di.</w:t>
      </w:r>
      <w:r>
        <w:br/>
      </w:r>
      <w:r>
        <w:rPr>
          <w:sz w:val="20"/>
        </w:rPr>
        <w:t>29:07  to ek mehfooz kitab ka utarna bohat bari Khuda ki nemmat hai. Kyun ke hum is duniya mein aate hain, hamein kuch nahi maloom hota ke hamara Khaliq hum se kya chahta hai.</w:t>
      </w:r>
      <w:r>
        <w:br/>
      </w:r>
      <w:r>
        <w:rPr>
          <w:sz w:val="20"/>
        </w:rPr>
        <w:t>29:19  to Arab mein aap dekhte hain, Hanafi pareshan hote the ke aakhir hum is duniya mein kis liye aaye hain, hamari zindagi ka maqsad kya hai, marne ke baad hum kahan jayenge.</w:t>
      </w:r>
      <w:r>
        <w:br/>
      </w:r>
      <w:r>
        <w:rPr>
          <w:sz w:val="20"/>
        </w:rPr>
        <w:t>29:30  to yeh sari baatein hamein Quran se maloom hoti hain. Aur Quran ek mehfooz kitab hai, is liye yeh sab se bari nemmat Khuda ki jo insaan ko di gayi hai, woh Quran hai.</w:t>
      </w:r>
      <w:r>
        <w:br/>
      </w:r>
      <w:r>
        <w:rPr>
          <w:sz w:val="20"/>
        </w:rPr>
        <w:t>29:42  to yeh isi liye yeh Quran par ghaur karne ka mahina bataya gaya hai ke Quran sirf tilawat karne se samajh mein nahi aata.</w:t>
      </w:r>
      <w:r>
        <w:br/>
      </w:r>
      <w:r>
        <w:rPr>
          <w:sz w:val="20"/>
        </w:rPr>
        <w:t>29:51  Quran ko bohat ghaur se padhna padta hai, samajh samajh kar aur ghaur o fikr karne se. Tab is ke jo darmiyan mein bohat sare maani hote hain, woh khulte hain hamare upar.</w:t>
      </w:r>
      <w:r>
        <w:br/>
      </w:r>
      <w:r>
        <w:rPr>
          <w:sz w:val="20"/>
        </w:rPr>
        <w:t>30:03  to bohat sari cheezein hum jante hue bhi hote hain, lekin woh aisa lagta hai ke jaise hamein abhi pata chala hai. Kyun ke har cheez ke bohat sare layers of meaning hote hain.</w:t>
      </w:r>
      <w:r>
        <w:br/>
      </w:r>
      <w:r>
        <w:rPr>
          <w:sz w:val="20"/>
        </w:rPr>
        <w:t>30:14  to hum bar bar is ko padhenge aur ruk ruk ke padhna chahiye Quran ko. Woh jo aaj kal chala hua hai, far far far far padhne ka, woh tareeqa nahi Quran padhne ka.</w:t>
      </w:r>
      <w:r>
        <w:br/>
      </w:r>
      <w:r>
        <w:rPr>
          <w:sz w:val="20"/>
        </w:rPr>
        <w:t>30:26  to Quran ki jo hai study karni hai, aur tabhi hum Quran se poora faida utha payenge. To Quran ki study ka matlab yeh nahi ke sirf Ramadan mein hi karna hai.</w:t>
      </w:r>
      <w:r>
        <w:br/>
      </w:r>
      <w:r>
        <w:rPr>
          <w:sz w:val="20"/>
        </w:rPr>
        <w:t>30:38  Ramadan mein khusoosi taur par baqi dino mein jaise ki jata hai, kiya jata hai, lekin sirf yeh hai ke bohat zyada soch samajh kar Quran ko padhein.</w:t>
      </w:r>
      <w:r>
        <w:br/>
      </w:r>
      <w:r>
        <w:rPr>
          <w:sz w:val="20"/>
        </w:rPr>
        <w:t>30:50  jaise study ki jati hai, tilawat nahi balkeh study karein Quran ki.</w:t>
      </w:r>
      <w:r>
        <w:br/>
      </w:r>
      <w:r>
        <w:rPr>
          <w:sz w:val="20"/>
        </w:rPr>
        <w:t>30:55  to Quran ki study karein aur is se poora faida uthayein. Is ke liye zaroori hai ke hum apne mind ko focus karein. Jo hamari madi sargharmiyan hoti hain, us ko hum kam se kam, haan kam se kam karein.</w:t>
      </w:r>
      <w:r>
        <w:br/>
      </w:r>
      <w:r>
        <w:rPr>
          <w:sz w:val="20"/>
        </w:rPr>
        <w:t>31:09  jo fazool program hote hain, shopping karna, yeh sab, woh sab Ramadan mein bohat zyada apne aap ko focus karein. Agar yeh sab karenge, hamara mind distracted rahega, to hum Quran se poora faida nahi utha payenge.</w:t>
      </w:r>
      <w:r>
        <w:br/>
      </w:r>
      <w:r>
        <w:rPr>
          <w:sz w:val="20"/>
        </w:rPr>
        <w:t>31:24  Imam Malik Ibn Anas jo hain, chaar Imamoon mein se ek, matlab bade Imam hain. To woh bhi Ramadan mein jabke itne zyada, woh zyada un ki study thi, us ke bawajood woh Ramadan mein apni tamam masroofiyat ko khatam kar ke Quran par ghaur o fikr karte the.</w:t>
      </w:r>
      <w:r>
        <w:br/>
      </w:r>
      <w:r>
        <w:rPr>
          <w:sz w:val="20"/>
        </w:rPr>
        <w:t>31:42  to is se hamein roohani ghiza milta hai. Kyun ke jab hum ko apni shakhsiyat ko roohani banana hai, to yeh hamare liye zaroori hai ke hum apne imaan mein izafa karte rahein.</w:t>
      </w:r>
      <w:r>
        <w:br/>
      </w:r>
      <w:r>
        <w:rPr>
          <w:sz w:val="20"/>
        </w:rPr>
        <w:t>31:55  to imaan mein izafa karna zaroori hai, kyun ke warna phir woh jamood wala imaan ho jata hai. To woh isi tareeqe se hota hai ke hum ko naya naya roohani ghiza rozana hamein milta rahe.</w:t>
      </w:r>
      <w:r>
        <w:br/>
      </w:r>
      <w:r>
        <w:rPr>
          <w:sz w:val="20"/>
        </w:rPr>
        <w:t>32:06  hamari kaifiyat, tajrubaat, naye naye hum tajrube karte rahein.</w:t>
      </w:r>
      <w:r>
        <w:br/>
      </w:r>
      <w:r>
        <w:rPr>
          <w:sz w:val="20"/>
        </w:rPr>
        <w:t>32:12  to kai baar aisa hota hai, Quran padhte hue lagta hai ke acha, yeh baat hum pehle hamare zehan mein nahi thi. To ab misal ke taur par Hazrat Yusuf ki aap chapter padhein to aap ko lagega ke Hazrat Yusuf ne kis tareeqe se apne bhaiyon ko maaf kar diya aur kabhi un ke bare mein kuch bol</w:t>
      </w:r>
      <w:r>
        <w:br/>
      </w:r>
      <w:r>
        <w:rPr>
          <w:sz w:val="20"/>
        </w:rPr>
        <w:t>32:31  e nahi. Jabke jab woh the, jail mein the aur un ke sab saathi the, un ko sirf Allah ki baatein batate, kabhi nahi kehte ke mere upar itna zyada zulm hua hai, mere bhaiyon ne zulm kiya hai.</w:t>
      </w:r>
      <w:r>
        <w:br/>
      </w:r>
      <w:r>
        <w:rPr>
          <w:sz w:val="20"/>
        </w:rPr>
        <w:t>32:47  to yeh sab nahi, balkeh woh musbat rahay. to musbat rehne ki wajah se in ko kitna taraqqi hui.</w:t>
      </w:r>
      <w:r>
        <w:br/>
      </w:r>
      <w:r>
        <w:rPr>
          <w:sz w:val="20"/>
        </w:rPr>
        <w:t>32:56  Allah taala ki madad poori aayi un ke paas. aur use jab aakhirkaar jab woh itni bari position mein aa gaye Misr mein, ke badshah ke baad inhi ki position thi, is ke baad un ke saare bhai aaye to unhon ne sab bhaiyon ko maaf kar diya aur keh diya ke tumhare upar koi ilzaam nahi hai.</w:t>
      </w:r>
      <w:r>
        <w:br/>
      </w:r>
      <w:r>
        <w:rPr>
          <w:sz w:val="20"/>
        </w:rPr>
        <w:t>33:17  to yeh sab hum karein aur hum apni zindagi mein apply karein.</w:t>
      </w:r>
      <w:r>
        <w:br/>
      </w:r>
      <w:r>
        <w:rPr>
          <w:sz w:val="20"/>
        </w:rPr>
        <w:t>33:22  tab hamein proper learning hogi aur hum Quran ka poora poora faida utha payein ge. to isi tareeqe se Rasool Allah Sal Allahu Alaihi Wa Sallam ko dekhein ke kis tareeqe se woh har ek ko maaf karte thay,</w:t>
      </w:r>
      <w:r>
        <w:br/>
      </w:r>
      <w:r>
        <w:rPr>
          <w:sz w:val="20"/>
        </w:rPr>
        <w:t>33:35  kabhi bad dua nahi karte thay. to yeh saari cheezein hamein seekhni hain. khaas tor par ek mahine ko is kaam ke liye aap reserve kar dijiye.</w:t>
      </w:r>
      <w:r>
        <w:br/>
      </w:r>
      <w:r>
        <w:rPr>
          <w:sz w:val="20"/>
        </w:rPr>
        <w:t>33:45  to tabhi aap jo hai apne aap, apne andar tabdeeli la payein ge.</w:t>
      </w:r>
      <w:r>
        <w:br/>
      </w:r>
      <w:r>
        <w:rPr>
          <w:sz w:val="20"/>
        </w:rPr>
        <w:t>33:50  to aaj kal hum logon mein bohat zyada shikayatein hoti hain, baar baar kisi hamare saath yeh ho gaya, hamare saath woh ho gaya. to yeh sab khatam karna hai aur hamare saamne saare paighambaron ki misalein hain.</w:t>
      </w:r>
      <w:r>
        <w:br/>
      </w:r>
      <w:r>
        <w:rPr>
          <w:sz w:val="20"/>
        </w:rPr>
        <w:t>34:04  nafrat culture ko bilkul khatam karna hai, violence ko bilkul khatam karna hai aur hamd culture mein jeena hai.</w:t>
      </w:r>
      <w:r>
        <w:br/>
      </w:r>
      <w:r>
        <w:rPr>
          <w:sz w:val="20"/>
        </w:rPr>
        <w:t>34:11  hum ko sirf aur sirf Khuda mein jeena hai, Khuda ki yaad karni hai aur isi se hamari shakhsiyat develop hogi.</w:t>
      </w:r>
      <w:r>
        <w:br/>
      </w:r>
      <w:r>
        <w:rPr>
          <w:sz w:val="20"/>
        </w:rPr>
        <w:t>34:21  shakhsiyat jab tak develop nahi hogi, woh is qabil nahi hai ke woh jannat mein jagah paaye. to is tareeqe se hamein sirf, hum log sirf apni jismani sehat ke bare mein sochte hain.</w:t>
      </w:r>
      <w:r>
        <w:br/>
      </w:r>
      <w:r>
        <w:rPr>
          <w:sz w:val="20"/>
        </w:rPr>
        <w:t>34:34  koi zara zara si baat mein doctoron ke haan jaate hain, lekin hamein apni rohani sehat ko bhi dekhna hai.</w:t>
      </w:r>
      <w:r>
        <w:br/>
      </w:r>
      <w:r>
        <w:rPr>
          <w:sz w:val="20"/>
        </w:rPr>
        <w:t>34:40  kyun ke jab tak hum apni rohani sehat nahi theek karein ge, tab tak hum is dunya mein bhi pareshan hi rahein ge aur aakhirat mein bhi hamein jagah nahi mile gi.</w:t>
      </w:r>
      <w:r>
        <w:br/>
      </w:r>
      <w:r>
        <w:rPr>
          <w:sz w:val="20"/>
        </w:rPr>
        <w:t>34:49  to yeh sab kuch hum Quran ki sanjeeda study se yeh saare faide hasil kar sakte hain.</w:t>
      </w:r>
      <w:r>
        <w:br/>
      </w:r>
      <w:r>
        <w:rPr>
          <w:sz w:val="20"/>
        </w:rPr>
        <w:t>34:58  saheeh kaha aap ne bilkul. jab maine hadith ki kitabon ko dekha to ek mashhoor hadith ki kitab hai, Shuab al Iman.</w:t>
      </w:r>
      <w:r>
        <w:br/>
      </w:r>
      <w:r>
        <w:rPr>
          <w:sz w:val="20"/>
        </w:rPr>
        <w:t>35:07  yeh mashhoor muhaddis Imam Baihaqi ki kitab hai. to is kitab mein unhon ne ek baab hi bandha hai, fasl fil istifsar min al qura fi shahr Ramadan wa dhalika li annahu shahr al Quran</w:t>
      </w:r>
      <w:r>
        <w:br/>
      </w:r>
      <w:r>
        <w:rPr>
          <w:sz w:val="20"/>
        </w:rPr>
        <w:t>35:20  ke is baat ka chapter ke zyada se zyada Ramadan mein Quran ki tilawat karni chahiye, kyun ke yeh Quran ka mahina hai, shahr Quran hai. aam taur se to Quran ki taleem aur ta'allum, yaani seekhna aur us ko sikhana,</w:t>
      </w:r>
      <w:r>
        <w:br/>
      </w:r>
      <w:r>
        <w:rPr>
          <w:sz w:val="20"/>
        </w:rPr>
        <w:t>35:35  aise logon ke bare mein Allah ke Rasool Sal Allahu Alaihi Wa Sallam ne kaha hai, yeh sab se behtar hain, sab se afzal hain. Khairukum man ta'allam al Quran wa 'allamahu. Allah ke Rasool Sal Allahu Alaihi Wa Sallam ke bare mein hadith aati hai jo bohat hi ahem hai.</w:t>
      </w:r>
      <w:r>
        <w:br/>
      </w:r>
      <w:r>
        <w:rPr>
          <w:sz w:val="20"/>
        </w:rPr>
        <w:t>35:47  Allah ke Rasool Sal Allahu Alaihi Wa Sallam ke bare mein aata hai ke</w:t>
      </w:r>
      <w:r>
        <w:br/>
      </w:r>
      <w:r>
        <w:rPr>
          <w:sz w:val="20"/>
        </w:rPr>
        <w:t>35:51  Ramadan ke mahine mein Allah ke Rasool Sal Allahu Alaihi Wa Sallam ke paas Hazrat Jibrael Alaihi Salam aate thay,</w:t>
      </w:r>
      <w:r>
        <w:br/>
      </w:r>
      <w:r>
        <w:rPr>
          <w:sz w:val="20"/>
        </w:rPr>
        <w:t>35:59  wa kan yulqihi fi kulli laylatin min Ramadan fi darasatihi al Quran ke Jibrael Ramadan ki har raat mein Allah ke Rasool Sal Allahu Alaihi Wa Sallam ke paas aate thay aur woh Quran ka kya darasa karte thay?</w:t>
      </w:r>
      <w:r>
        <w:br/>
      </w:r>
      <w:r>
        <w:rPr>
          <w:sz w:val="20"/>
        </w:rPr>
        <w:t>36:16  Quran ka darasa karte thay. darasa kya cheez hai? yeh Bukhari mein kai jagah yeh riwayat aayi hai, aur Muslim mein bhi hai. darasa kya cheez hai?</w:t>
      </w:r>
      <w:r>
        <w:br/>
      </w:r>
      <w:r>
        <w:rPr>
          <w:sz w:val="20"/>
        </w:rPr>
        <w:t>36:24  is ka matlab hota hai kitab ko ghaur o fikr ke sath parhna. lafzi matlab hota hai darasa ka, dars ka matlab hota hai ghaur o fikr ke sath parhna, mutala karna.</w:t>
      </w:r>
      <w:r>
        <w:br/>
      </w:r>
      <w:r>
        <w:rPr>
          <w:sz w:val="20"/>
        </w:rPr>
        <w:t>36:34  aapas mein ek doosre ko samjhana. Hazrat Jibrael Alaihi Salam zahir si baat hai, Allah ke hukum ke baghair nahi aate thay, aur aakhir Allah ke Rasool Sal Allahu Alaihi Wa Sallam ke sath woh darasa karte thay Quran ka.</w:t>
      </w:r>
      <w:r>
        <w:br/>
      </w:r>
      <w:r>
        <w:rPr>
          <w:sz w:val="20"/>
        </w:rPr>
        <w:t>36:46  is se Ramadan ke andar Quran ko samajhne ki ahmiyat kya hai, woh hum samajh sakte hain. is se ke Allah taala khaas taur par Jibrael ko bhejte hain ke jao, Rasool ke sath darasa karo.</w:t>
      </w:r>
      <w:r>
        <w:br/>
      </w:r>
      <w:r>
        <w:rPr>
          <w:sz w:val="20"/>
        </w:rPr>
        <w:t>37:00  matlab yeh hai ke aapas mein jo is ke baad jo log rahein ge, aapas mein darasa karein Quran ka. ghaliban main samajhta hoon ke taraveeh isi ki ek shakal ho sakti hai, lekin woh ab کیفیت doosri hi ho gayi hai.</w:t>
      </w:r>
      <w:r>
        <w:br/>
      </w:r>
      <w:r>
        <w:rPr>
          <w:sz w:val="20"/>
        </w:rPr>
        <w:t>37:11  is ke ilawa bhi aapas mein baith</w:t>
      </w:r>
      <w:r>
        <w:br/>
      </w:r>
      <w:r>
        <w:rPr>
          <w:sz w:val="20"/>
        </w:rPr>
        <w:t>37:13  kar kar sakte hain. agar koi doosra saathi aap ko nahi milta to sab se behtareen hai ke aapas mein husband wife, agar ek vision barabar hai to baith kar bhi discussion kar sakte hain.</w:t>
      </w:r>
      <w:r>
        <w:br/>
      </w:r>
      <w:r>
        <w:rPr>
          <w:sz w:val="20"/>
        </w:rPr>
        <w:t>37:23  jaise jibril ne aur rasool Allah salallahu alaihi wasallam ne kiya. to zaroori nahi ke mard mard hi ho, husband wife kar sakte hain. ghar ki auraton, bachon ko le kar kiya ja sakta hai. tadabbur ke sath parh sakte hain ke is ke andar hamare liye kya sabak hai.</w:t>
      </w:r>
      <w:r>
        <w:br/>
      </w:r>
      <w:r>
        <w:rPr>
          <w:sz w:val="20"/>
        </w:rPr>
        <w:t>37:36  musnad ahmad ki ek riwayat hai,</w:t>
      </w:r>
      <w:r>
        <w:br/>
      </w:r>
      <w:r>
        <w:rPr>
          <w:sz w:val="20"/>
        </w:rPr>
        <w:t>37:38  Allah ke rasool salallahu alaihi wasallam ne kaha, as-siyamu wal-qur'anu yashfa'ani lil-'abdi yawm al-qiyamah. yaqulu as-siyamu, ya Rabbi, mana'tuhu at-ta'ama wash-shahawati bin-nahar, fa shaffa'ni fihi. wa yaqulu al-qur'anu, mana'tuhu an-nawma bil-layl, fa shaffa'ni fihi. roza aur quran qayamat ke din ek insaan ke liye safarshi bankar aayenge.</w:t>
      </w:r>
      <w:r>
        <w:br/>
      </w:r>
      <w:r>
        <w:rPr>
          <w:sz w:val="20"/>
        </w:rPr>
        <w:t>38:03  roza kahega, aye rab maine is ko din ke time mein khane se aur khwahishat se rok diya tha, to meri sifarish ki is is ke haq mein qabool kar.</w:t>
      </w:r>
      <w:r>
        <w:br/>
      </w:r>
      <w:r>
        <w:rPr>
          <w:sz w:val="20"/>
        </w:rPr>
        <w:t>38:15  amal ki sifarish hai yeh, kisi insaan ki nahi. aur quran kahega, maine is ko raat mein neend se rok diya tha ke woh mujhe parhein, mere sath mein mera ghaur o fikr karein, to meri sifarish is ke haq mein qabool kar.</w:t>
      </w:r>
      <w:r>
        <w:br/>
      </w:r>
      <w:r>
        <w:rPr>
          <w:sz w:val="20"/>
        </w:rPr>
        <w:t>38:28  to rasool Allah salallahu alaihi wasallam kehte hain, un ki sifarish qabool ki jayegi.</w:t>
      </w:r>
      <w:r>
        <w:br/>
      </w:r>
      <w:r>
        <w:rPr>
          <w:sz w:val="20"/>
        </w:rPr>
        <w:t>38:32  to is se hum samajh sakte hain ke kitni ahmiyat hai quran ki aur roze ki. aakhri sawal jo aap mein aap se karunga ke quran ke andar aya hai, jab roze ki ginti poori kar lo to shukr guzari karo.</w:t>
      </w:r>
      <w:r>
        <w:br/>
      </w:r>
      <w:r>
        <w:rPr>
          <w:sz w:val="20"/>
        </w:rPr>
        <w:t>38:43  yani roze ka maqsad hai taake insaan shukr guzar ho jaye. to is par aap hamein kuch bataein. quran mein aya hai, la'allakum tashkurun.</w:t>
      </w:r>
      <w:r>
        <w:br/>
      </w:r>
      <w:r>
        <w:rPr>
          <w:sz w:val="20"/>
        </w:rPr>
        <w:t>38:55  Allah ki badai is par ke is ne tum ko rah batai taake tum is ke shukr guzar bano. al-baqarah mein.</w:t>
      </w:r>
      <w:r>
        <w:br/>
      </w:r>
      <w:r>
        <w:rPr>
          <w:sz w:val="20"/>
        </w:rPr>
        <w:t>39:04  to shukr ki haqeeqat hai acknowledgement. sirf alhamdulillah, alhamdulillah kehna jaise aaj kal riwaj pa gaya hai, woh nahi.</w:t>
      </w:r>
      <w:r>
        <w:br/>
      </w:r>
      <w:r>
        <w:rPr>
          <w:sz w:val="20"/>
        </w:rPr>
        <w:t>39:13  balkeh Khuda ko haqeeqi ma'ano mein acknowledge karna.</w:t>
      </w:r>
      <w:r>
        <w:br/>
      </w:r>
      <w:r>
        <w:rPr>
          <w:sz w:val="20"/>
        </w:rPr>
        <w:t>39:19  aur is ki chuki hum, kyunke hum ko yeh duniya mein sab kuch milta rehta hai, to hamein itna ehsas nahi hota. to is liye yeh bhook pyas ka tajurba karaya jata hai taake hamara ehsas jagane ke liye.</w:t>
      </w:r>
      <w:r>
        <w:br/>
      </w:r>
      <w:r>
        <w:rPr>
          <w:sz w:val="20"/>
        </w:rPr>
        <w:t>39:36  to jab hum, hum ko nemmat milne par hamein manim ka etiraf karna zaroori hai. kyunke yahi sab se bari ibadat hai.</w:t>
      </w:r>
      <w:r>
        <w:br/>
      </w:r>
      <w:r>
        <w:rPr>
          <w:sz w:val="20"/>
        </w:rPr>
        <w:t>39:46  agar hum etiraf nahi karte to hum Khuda ko aur to kuch return mein de nahi sakte hain. yahi etiraf hai, yahi hamd hai jo hum Khuda ko wapas lautate hain.</w:t>
      </w:r>
      <w:r>
        <w:br/>
      </w:r>
      <w:r>
        <w:rPr>
          <w:sz w:val="20"/>
        </w:rPr>
        <w:t>39:57  to agar hum aisa nahi karte to hamari case ek user par ka case ho jayega. aur quran mein aya hai, bohat kam log hain jo sahi ma'ano mein shukr ada karte hain.</w:t>
      </w:r>
      <w:r>
        <w:br/>
      </w:r>
      <w:r>
        <w:rPr>
          <w:sz w:val="20"/>
        </w:rPr>
        <w:t>40:09  ab tum nikal gaye, alhamdulillah, lekin woh hai, woh to lafz service hai.</w:t>
      </w:r>
      <w:r>
        <w:br/>
      </w:r>
      <w:r>
        <w:rPr>
          <w:sz w:val="20"/>
        </w:rPr>
        <w:t>40:14  aisa shukr yeh hai jo hum Khuda ki nematon ko yaad kar kar ke, nematon ko discover kar kar ke, kyunke nematein to hum ko hairaan mil rahi hain, to hamein itna yaad bhi nahi rehta ke koi khaas cheez hai.</w:t>
      </w:r>
      <w:r>
        <w:br/>
      </w:r>
      <w:r>
        <w:rPr>
          <w:sz w:val="20"/>
        </w:rPr>
        <w:t>40:28  to is ko discover kar kar ke hamein Khuda ka hamd ada karein, Khuda ka shukr ada karein, Khuda ko yaad karein. to ab ek misal ke taur par hum har waqt saaf hawa mein saans le rahe hain,</w:t>
      </w:r>
      <w:r>
        <w:br/>
      </w:r>
      <w:r>
        <w:rPr>
          <w:sz w:val="20"/>
        </w:rPr>
        <w:t>40:43  humein har waqt oxygen mil rahi hai. ab kahan koi bhi nahi yaad karta ke hamein Khuda oxygen supply kar raha hai, har waqt hamein pani mil raha hai, koi bhi nahi yaad karta hai.</w:t>
      </w:r>
      <w:r>
        <w:br/>
      </w:r>
      <w:r>
        <w:rPr>
          <w:sz w:val="20"/>
        </w:rPr>
        <w:t>40:53  to isi liye roza jo hai muqarrar kiya gaya hai taake kuch der ke liye hamein rok kar khana se, pani se, basic zarooriyat se is ko yaad dilaya jaye.</w:t>
      </w:r>
      <w:r>
        <w:br/>
      </w:r>
      <w:r>
        <w:rPr>
          <w:sz w:val="20"/>
        </w:rPr>
        <w:t>41:06  to yeh matlab ek ek cheez, jaise Maulana ek ek cheez ko discover karte</w:t>
      </w:r>
      <w:r>
        <w:br/>
      </w:r>
      <w:r>
        <w:rPr>
          <w:sz w:val="20"/>
        </w:rPr>
        <w:t>41:12  the, rozana un ki koi nayi discovery hoti thi. to woh hum logon ko bataya karte the, misal ke taur par insaan ke andar enjoy, lazzat ka jo ehsas hai, woh kisi janwar mein nahi hai.</w:t>
      </w:r>
      <w:r>
        <w:br/>
      </w:r>
      <w:r>
        <w:rPr>
          <w:sz w:val="20"/>
        </w:rPr>
        <w:t>41:25  ab aap dekhiye chidiyon ko taza phal tod tod ke pedon mein khate hain, jabke hamein itna taza milta bhi nahi hai. to woh, lekin un ko koi is ki lazzat nahi hai, woh to sirf apna pet bharne ke liye khate hain.</w:t>
      </w:r>
      <w:r>
        <w:br/>
      </w:r>
      <w:r>
        <w:rPr>
          <w:sz w:val="20"/>
        </w:rPr>
        <w:t>41:39  to hum log har cheez ko, insan jo hai enjoy karta hai. to yeh sab cheezein jab aisa ho to hamein Khuda, woh woh sab cheezein, un nematein jo hain, hamein Khuda ki yaad dilayein.</w:t>
      </w:r>
      <w:r>
        <w:br/>
      </w:r>
      <w:r>
        <w:rPr>
          <w:sz w:val="20"/>
        </w:rPr>
        <w:t>41:53  to is ko kehte hain sahi ma'ano mein Khuda ka shukr ada karna. maine abhi do teen din pehle dekha, ek aadmi bahut lambi tasbeeh le ke ja raha tha, woh paon tak latak rahi thi tasbee</w:t>
      </w:r>
      <w:r>
        <w:br/>
      </w:r>
      <w:r>
        <w:rPr>
          <w:sz w:val="20"/>
        </w:rPr>
        <w:t>42:07  h. maine kaha, ab tasbeeh to parh raha hai, sarak pe chal raha hai, koi mil jayega is se baatein bhi karega. to is ka focus, focused mind is ka kahan hai?</w:t>
      </w:r>
      <w:r>
        <w:br/>
      </w:r>
      <w:r>
        <w:rPr>
          <w:sz w:val="20"/>
        </w:rPr>
        <w:t>42:17  woh bas daane ghuma raha hai. to yeh nahi hai, balkeh tasbeeh bhi hum parhein to Khuda ko yaad karte hue parhein, Khuda ki nematon ko yaad karte hue parhein, tab woh hamari ibadat ka hissa banegi.</w:t>
      </w:r>
      <w:r>
        <w:br/>
      </w:r>
      <w:r>
        <w:rPr>
          <w:sz w:val="20"/>
        </w:rPr>
        <w:t>42:30  woh warna to sirf woh daana ghumaana hota hai.</w:t>
      </w:r>
      <w:r>
        <w:br/>
      </w:r>
      <w:r>
        <w:rPr>
          <w:sz w:val="20"/>
        </w:rPr>
        <w:t>42:36  to jo sab se bari ibadat jo hai, woh hamare liye haqeeqi shukr hai. to yahi jaise Rasool Allah Sal Allahu Alaihi Wasallam karte the ke har mauqe par, har aan, aaya hai arabi mein, to har mauqe par Khuda ki yaad dilate the.</w:t>
      </w:r>
      <w:r>
        <w:br/>
      </w:r>
      <w:r>
        <w:rPr>
          <w:sz w:val="20"/>
        </w:rPr>
        <w:t>42:52  chidiya par bhi pharphadhati thi to woh Khuda ki koi nemmat ko yaad dilaya karte</w:t>
      </w:r>
      <w:r>
        <w:br/>
      </w:r>
      <w:r>
        <w:rPr>
          <w:sz w:val="20"/>
        </w:rPr>
        <w:t>42:58  the. to yahi tareeqa hai ke hamein jab bhi koi naya tajurba ho to hamein woh, is ko, woh, woh haqeeqi tajurba hamein Khuda ki yaad dilaye.</w:t>
      </w:r>
      <w:r>
        <w:br/>
      </w:r>
      <w:r>
        <w:rPr>
          <w:sz w:val="20"/>
        </w:rPr>
        <w:t>43:07  aur baar baar aisa hota hai, har ek ke saath aisa hota hai ke baar baar is ko kuch khaas madad aati hai, is ka kaam ruka hua hai, woh ruka ho jata hai, is ko koi sehat ki koi problem hai, woh theek ho jati hai.</w:t>
      </w:r>
      <w:r>
        <w:br/>
      </w:r>
      <w:r>
        <w:rPr>
          <w:sz w:val="20"/>
        </w:rPr>
        <w:t>43:20  woh accident, ek baar mein kahin ja rahi thi three wheeler mein aur idhar se tempo aa raha tha,</w:t>
      </w:r>
      <w:r>
        <w:br/>
      </w:r>
      <w:r>
        <w:rPr>
          <w:sz w:val="20"/>
        </w:rPr>
        <w:t>43:27  mushkil se do teen angol ka beech mein jagah baqi thi. to kitna zabardast accident ho sakta tha. to woh baar baar is tareeqe ki cheezein yaad aayin ke Allah Ta'ala ne bacha liya.</w:t>
      </w:r>
      <w:r>
        <w:br/>
      </w:r>
      <w:r>
        <w:rPr>
          <w:sz w:val="20"/>
        </w:rPr>
        <w:t>43:39  to yahi hai ke hamein past mein, present mein jo bhi hamare saath waqeaat hote hain, is ko hum Khuda se attribute karein aur Khuda ko yaad karein.</w:t>
      </w:r>
      <w:r>
        <w:br/>
      </w:r>
      <w:r>
        <w:rPr>
          <w:sz w:val="20"/>
        </w:rPr>
        <w:t>43:50  kyunke khali tasbeeh parhne se woh hamari roohaniyat, hamari is mein nahi banti hai. hamari jo shakhsiyat hai, woh roohani nahi hoti sirf tasbeeh parhne se, balkeh hamein Khuda ki nematon ko hamein yaad karna padega.</w:t>
      </w:r>
      <w:r>
        <w:br/>
      </w:r>
      <w:r>
        <w:rPr>
          <w:sz w:val="20"/>
        </w:rPr>
        <w:t>44:08  to isi tareeqe se jo logon ke saath hota hai ke un ko har ek ke saath Khuda ki madad aati hai, lekin woh cause and effect ke tehat is ko explain karte hain ke falan wajah se, falan wajah se yeh madad aayi, hamara kaam ban gaya.</w:t>
      </w:r>
      <w:r>
        <w:br/>
      </w:r>
      <w:r>
        <w:rPr>
          <w:sz w:val="20"/>
        </w:rPr>
        <w:t>44:23  to woh cause and effect to dekhiye, zahiri parda hota hai, asal to wohi hai ke Khuda ne is bande ko, kisi bande ko bheja ke is ke liye hamari madad ke li</w:t>
      </w:r>
      <w:r>
        <w:br/>
      </w:r>
      <w:r>
        <w:rPr>
          <w:sz w:val="20"/>
        </w:rPr>
        <w:t>44:36  e. to koi bhi cheez hamein take for granted nahi lena chahiye. jab Rasool Allah Sal Allahu Alaihi Wasallam, jabke wahan itni kam sahoolatein thin, khana bhi nahi time se milta tha, is ke bawajood woh log kitna zyada ibadat karte the, kitna zyada Khuda ka shukr ada karte the.</w:t>
      </w:r>
      <w:r>
        <w:br/>
      </w:r>
      <w:r>
        <w:rPr>
          <w:sz w:val="20"/>
        </w:rPr>
        <w:t>44:55  yahi har cheez sochte rahe honge, soch soch ke. aur yeh zaroori nahi ke hamein woh cheez nemmat Khuda ki mil</w:t>
      </w:r>
      <w:r>
        <w:br/>
      </w:r>
      <w:r>
        <w:rPr>
          <w:sz w:val="20"/>
        </w:rPr>
        <w:t>45:03  rahi ho. kisi ko bhi nemmat mil rahi hai, tab bhi hamein Khuda ka shukr ada karna chahiye ke Khuda kitna bara benefactor hai. to Rasool Allah Sal Allahu Alaihi Wasallam jab ibadat karte the Ramzan mein, khaas taur par bahut lambe lambe time, to aap ke paon mein waram aa jata tha.</w:t>
      </w:r>
      <w:r>
        <w:br/>
      </w:r>
      <w:r>
        <w:rPr>
          <w:sz w:val="20"/>
        </w:rPr>
        <w:t>45:18  to kisi ne kaha ke aap itni lambi ibadat karte hain kyun? to aap ne kaha, kya main Khuda ka shukr guzar banda na banu?</w:t>
      </w:r>
      <w:r>
        <w:br/>
      </w:r>
      <w:r>
        <w:rPr>
          <w:sz w:val="20"/>
        </w:rPr>
        <w:t>45:28  to aap dekhiye ke jab Rasool Allah Sal Allahu Alaihi Wasallam jinka din raat sirf isi mein guzar raha tha, to woh itni zyada ibadat karte the ke koi din raat deen ke hi kamon mein guzarta tha.</w:t>
      </w:r>
      <w:r>
        <w:br/>
      </w:r>
      <w:r>
        <w:rPr>
          <w:sz w:val="20"/>
        </w:rPr>
        <w:t>45:41  to hum ko to bahut zyada ibadat karni hai aur bahut zyada Quran ko samajh samajh kar parhna hai. woh jab Quran ko samjhenge, tabhi hamein gehri baatein samajh mein aayengi.</w:t>
      </w:r>
      <w:r>
        <w:br/>
      </w:r>
      <w:r>
        <w:rPr>
          <w:sz w:val="20"/>
        </w:rPr>
        <w:t>45:55  bahut sahi kaha aap ne, apa ke Quran ko samajh samajh kar parhna hai, tabhi gehri baatein samajh mein aayengi. mujhe yaad aata hai Maulana se ke paas koi bhi insan milne aata tha to Maulana kehte the, "news kya hai?" to ek martaba ka waqea aise hi ek sahib aaye milne ke liye to un se bhi Maulana ne kaha, "bataiye news kya hai?" to unhone yeh kaha ke koi news nahi hai, woh jo normal news hoti hai, akhbar wal</w:t>
      </w:r>
      <w:r>
        <w:br/>
      </w:r>
      <w:r>
        <w:rPr>
          <w:sz w:val="20"/>
        </w:rPr>
        <w:t>46:21  i, woh samjha unhone. to Maulana ne kaha, "aap aap kaise aap ko news nahi milti? yeh suraj nikal raha hai, yeh news nahi hai. yeh hawaein chal rahi hain, news nahi hai.</w:t>
      </w:r>
      <w:r>
        <w:br/>
      </w:r>
      <w:r>
        <w:rPr>
          <w:sz w:val="20"/>
        </w:rPr>
        <w:t>46:29  aap ko oxygen mil raha hai, roshni mil rahi hai, yeh news nahi hai." to Maulana ke kehne ka matlab hai ke news woh nahi hai ek insan ke liye, ek momin, banda momin ke liye jo woh political aitbaar se news paper mein dekhta</w:t>
      </w:r>
      <w:r>
        <w:br/>
      </w:r>
      <w:r>
        <w:rPr>
          <w:sz w:val="20"/>
        </w:rPr>
        <w:t>46:43  hai, balkeh news woh hai jo ek insan, jis ke zariye se apne Khuda ko realize kare, us ki ma'rifat hasil ho, us ke iman mein izafa ho, us ki shukr guzari mein izafa ho.</w:t>
      </w:r>
      <w:r>
        <w:br/>
      </w:r>
      <w:r>
        <w:rPr>
          <w:sz w:val="20"/>
        </w:rPr>
        <w:t>46:55  rasool Allah sal Allah aleh wasalam ki ek hadith aati hai ke kisi bhi bande ko koi nemmat hasil ho aur us par woh is ka shukr ada kare, jaane is baat ko ke yeh Allah ki janib se</w:t>
      </w:r>
      <w:r>
        <w:br/>
      </w:r>
      <w:r>
        <w:rPr>
          <w:sz w:val="20"/>
        </w:rPr>
        <w:t>47:09  hai, agarchay woh zaban se shukr alhamdulillah na kahay, tab bhi is nay shukr ada kiya. matlab yeh hai ke zaban se shukr ada nahi bhi karay, lekin us kay andar is ki feeling ho ke yeh Khuda ki taraf se hai, marifat mein izafa ho, to woh shukr guzari ka is nay amal kiya.</w:t>
      </w:r>
      <w:r>
        <w:br/>
      </w:r>
      <w:r>
        <w:rPr>
          <w:sz w:val="20"/>
        </w:rPr>
        <w:t>47:27  to yeh aakhri sawal tha. is kay baad, aakhir mein doctor Sani Hasnain Khan sahib haqeeqat e hajj kay English aur Urdu version ko release karain gay, lekin is say pehlay aakhir mein ek hadith, ek dua rasool Allah sal Allah aleh wasalam ki mein bayan karunga,</w:t>
      </w:r>
      <w:r>
        <w:br/>
      </w:r>
      <w:r>
        <w:rPr>
          <w:sz w:val="20"/>
        </w:rPr>
        <w:t>47:46  jo mein samajhta hoon ke Ramadan ki spirit is dua kay andar aa gayi hai. woh direct to Ramadan kay baray mein woh dua nahi aayi hai, lekin jo Ramadan mein ek insan kay andar kya spirit honi chahiye, us par woh dua</w:t>
      </w:r>
      <w:r>
        <w:br/>
      </w:r>
      <w:r>
        <w:rPr>
          <w:sz w:val="20"/>
        </w:rPr>
        <w:t>47:58  hai. Allah kay rasool sal Allah aleh wasalam nay apnay ashaab say kaha tha ke jab log sonay aur chandi ko ikatha karain, tab tum in kalmat ko ikatha karo, is ki hifazat karo.</w:t>
      </w:r>
      <w:r>
        <w:br/>
      </w:r>
      <w:r>
        <w:rPr>
          <w:sz w:val="20"/>
        </w:rPr>
        <w:t>48:12  woh du</w:t>
      </w:r>
      <w:r>
        <w:br/>
      </w:r>
      <w:r>
        <w:rPr>
          <w:sz w:val="20"/>
        </w:rPr>
        <w:t>48:13  a kya hai? Allahumma inni as aluk al-salata fi al-amr wa al-azeem ala al-rushd wa as aluk shukra nemmatik wa as aluk husna ibadatik wa as aluk qalb-an saleem-an wa as aluk lisana sadik-an wa as aluk min khair ma ta'lam wa a'udhu bik min shar ma ta'lam wa astaghfiruk lima la lima ta'lam innaka anta allam al-ghuyub ay Allah!</w:t>
      </w:r>
      <w:r>
        <w:br/>
      </w:r>
      <w:r>
        <w:rPr>
          <w:sz w:val="20"/>
        </w:rPr>
        <w:t>48:41  mein tujh say sawal karta hoon ke istiqamat ada farma it'at kay muamlay mein, determination day hidat kay muamlay mein.</w:t>
      </w:r>
      <w:r>
        <w:br/>
      </w:r>
      <w:r>
        <w:rPr>
          <w:sz w:val="20"/>
        </w:rPr>
        <w:t>48:51  ay Allah! mein tujh say sawal karta hoon ke mein teri nemmaton par shukr ada karnay wala banu. ay Allah! mein tujh say sawal karta hoon ke mein teri ibadat achi tarah karnay wala ban ja'un.</w:t>
      </w:r>
      <w:r>
        <w:br/>
      </w:r>
      <w:r>
        <w:rPr>
          <w:sz w:val="20"/>
        </w:rPr>
        <w:t>49:02  ay Allah! mein tujh say qalb saleem ka sawal karta hoon. ay Allah! mein tujh say sawal karta hoon sachi zaban ka.</w:t>
      </w:r>
      <w:r>
        <w:br/>
      </w:r>
      <w:r>
        <w:rPr>
          <w:sz w:val="20"/>
        </w:rPr>
        <w:t>49:09  ay Allah! mein tujh say mangta hoon woh khair jis ko tu janta hai aur teri panah chahta hoon us shar say jis ko tu janta hai.</w:t>
      </w:r>
      <w:r>
        <w:br/>
      </w:r>
      <w:r>
        <w:rPr>
          <w:sz w:val="20"/>
        </w:rPr>
        <w:t>49:18  aur mein teri istighfar mangta hoon us cheez mein jis ko tu janta hai. beshak tu ghayb ki khabar ko jananay wala hai.</w:t>
      </w:r>
      <w:r>
        <w:br/>
      </w:r>
      <w:r>
        <w:rPr>
          <w:sz w:val="20"/>
        </w:rPr>
        <w:t>49:27  to isi par hum aaj kay apnay is program ko khatam kartay hain. aakhir mein mein doctor Sani Hasnain Khan sahib say request karunga ke woh haqeeqat e hajj English aur Urdu version ko release karain.</w:t>
      </w:r>
      <w:r>
        <w:br/>
      </w:r>
      <w:r>
        <w:rPr>
          <w:sz w:val="20"/>
        </w:rPr>
        <w:t>49:39  insha Allah, jazak Allah. yeh mujhe behad khushi ho rahi hai haqeeqat e hajj ka naya edition Urdu mein aur English mein release kartay huay.</w:t>
      </w:r>
      <w:r>
        <w:br/>
      </w:r>
      <w:r>
        <w:rPr>
          <w:sz w:val="20"/>
        </w:rPr>
        <w:t>50:03  haqeeqat e hajj Maulana ki ek aham tareen kitab hai is lihaaz say ke hajj aur umrah ki jo spirit hai, us ko Maulana nay is kitab mein wazeh kiya hai.</w:t>
      </w:r>
      <w:r>
        <w:br/>
      </w:r>
      <w:r>
        <w:rPr>
          <w:sz w:val="20"/>
        </w:rPr>
        <w:t>50:18  aam tor say log jatay hain hajj karnay to yeh samajhtay hain wahan ja kay hum dua karain gay. dua to zahir hai, jab aap jatay hain Ka'aba kay pas to aap ki kefiyat aisi ho jati hai ke dua khud say niklnay lagti hai.</w:t>
      </w:r>
      <w:r>
        <w:br/>
      </w:r>
      <w:r>
        <w:rPr>
          <w:sz w:val="20"/>
        </w:rPr>
        <w:t>50:32  lekin Maulana nay is kitab mein haqeeqat e hajj mein yeh wazeh kiya hai ke hajj kya hai.</w:t>
      </w:r>
      <w:r>
        <w:br/>
      </w:r>
      <w:r>
        <w:rPr>
          <w:sz w:val="20"/>
        </w:rPr>
        <w:t>50:43  yani hajj yeh hai ke jo log hajj karnay jayen ya umrah karnay jayen to woh hajj ki spirit ko samjhen.</w:t>
      </w:r>
      <w:r>
        <w:br/>
      </w:r>
      <w:r>
        <w:rPr>
          <w:sz w:val="20"/>
        </w:rPr>
        <w:t>50:53  aur hajj ki spirit yeh hai ke aap Ibrahim aleh salam kay naqsh qadam pe chalen.</w:t>
      </w:r>
      <w:r>
        <w:br/>
      </w:r>
      <w:r>
        <w:rPr>
          <w:sz w:val="20"/>
        </w:rPr>
        <w:t>51:01  jo log haji jatay hain ya umrah karnay jatay hain, woh tawaf kartay hain, Hazrat Ibrahim aleh salam kay footsteps pe chaltay hain, sa'i kartay hain, Hazrat Ibrahim aleh salam aur Hajra kay footsteps pe chaltay hain.</w:t>
      </w:r>
      <w:r>
        <w:br/>
      </w:r>
      <w:r>
        <w:rPr>
          <w:sz w:val="20"/>
        </w:rPr>
        <w:t>51:14  to yeh sirf footsteps pe chalna nahi hai ke aap nay sa'i kar liya, tawaf kar liya, aap wahan chalay gay, Arafat mein, Mina mein, Muzdalifa mein aur Ramy waghera kar li qurbani.</w:t>
      </w:r>
      <w:r>
        <w:br/>
      </w:r>
      <w:r>
        <w:rPr>
          <w:sz w:val="20"/>
        </w:rPr>
        <w:t>51:27  is waqt sab cheezain aap nay dohra leen.</w:t>
      </w:r>
      <w:r>
        <w:br/>
      </w:r>
      <w:r>
        <w:rPr>
          <w:sz w:val="20"/>
        </w:rPr>
        <w:t>51:29  to yeh to ek shakal hai, ek form hai. lekin jo spirit hai, woh yeh hai ke aap Hazrat Ibrahim aleh salam kay mission ko apnayen, jo ke dawat tha, jo logon tak Quran ka paigham pohanchana hai.</w:t>
      </w:r>
      <w:r>
        <w:br/>
      </w:r>
      <w:r>
        <w:rPr>
          <w:sz w:val="20"/>
        </w:rPr>
        <w:t>51:42  to agar aap wahan say loten, yeh spirit apnay andar paida kar kay ke baqi jo zindagi aap ki hai, us mein is mein aap poori tarah say da'iyana kirdaar ada karain gay, tabhi woh waqai hajj hai, warna woh sirf ek ziyarat hai.</w:t>
      </w:r>
      <w:r>
        <w:br/>
      </w:r>
      <w:r>
        <w:rPr>
          <w:sz w:val="20"/>
        </w:rPr>
        <w:t>51:59  to mein dua karta hoon jin logon nay is kitab kay tarjumay, translation aur is ki setting aur is ki tabah to bohat mashaa Allah bohat achay andaaz mein ki hai, Allah taala ajr e azeem ata farmaye.</w:t>
      </w:r>
      <w:r>
        <w:br/>
      </w:r>
      <w:r>
        <w:rPr>
          <w:sz w:val="20"/>
        </w:rPr>
        <w:t>52:11  wa aakhir دعوانا الحمدللہ رب العالمین isi par aaj hum apne program ka ikhtitam karte hain. milte hain inshallah agle haftay.</w:t>
      </w:r>
      <w:r>
        <w:br/>
      </w:r>
      <w:r>
        <w:rPr>
          <w:sz w:val="20"/>
        </w:rPr>
        <w:t>52:20  assalam o alaikum wa rahmatullah.</w:t>
      </w:r>
    </w:p>
    <w:p>
      <w:pPr>
        <w:pStyle w:val="Heading2"/>
      </w:pPr>
      <w:r>
        <w:t>Explanation of reconciliation of hearts</w:t>
      </w:r>
    </w:p>
    <w:p>
      <w:r>
        <w:rPr>
          <w:color w:val="666666"/>
          <w:sz w:val="18"/>
        </w:rPr>
        <w:t>Creative Solution or Ijtihadi Hul 16th Sep '12 SLOW · 3m 46s · at 1:03:36 · https://youtu.be/Ri7r6K65b2Y?t=3816</w:t>
      </w:r>
    </w:p>
    <w:p>
      <w:r>
        <w:rPr>
          <w:i/>
        </w:rPr>
        <w:t>“Please explain about 'taleef-e-qalb' (reconciliation of hearts). If you could explain with an example, it would be very kind.”</w:t>
      </w:r>
    </w:p>
    <w:p>
      <w:r>
        <w:rPr>
          <w:sz w:val="20"/>
        </w:rPr>
        <w:t>1:03:36  maulana, agla sawal dilli se hai nafeez sahib ka.</w:t>
      </w:r>
      <w:r>
        <w:br/>
      </w:r>
      <w:r>
        <w:rPr>
          <w:sz w:val="20"/>
        </w:rPr>
        <w:t>1:03:40  unhon ne aap se talif-e-qalb ke bare mein poocha hai aur unhon ne likha hai ke agar</w:t>
      </w:r>
      <w:r>
        <w:br/>
      </w:r>
      <w:r>
        <w:rPr>
          <w:sz w:val="20"/>
        </w:rPr>
        <w:t>1:03:47  koi misaal de kar agar aap samjhane ka koshish karen to bohat meharbani hogi.</w:t>
      </w:r>
      <w:r>
        <w:br/>
      </w:r>
      <w:r>
        <w:rPr>
          <w:sz w:val="20"/>
        </w:rPr>
        <w:t>1:03:53  dekhen, talif-e-qalb jo hai, is ko angrezi mein kahenge "softening".</w:t>
      </w:r>
      <w:r>
        <w:br/>
      </w:r>
      <w:r>
        <w:rPr>
          <w:sz w:val="20"/>
        </w:rPr>
        <w:t>1:03:59  "softening the heart" dil ko naram karna, aur yeh ek fitrat ka qanoon hai.</w:t>
      </w:r>
      <w:r>
        <w:br/>
      </w:r>
      <w:r>
        <w:rPr>
          <w:sz w:val="20"/>
        </w:rPr>
        <w:t>1:04:05  aap har kaam mein aisa karte hain.</w:t>
      </w:r>
      <w:r>
        <w:br/>
      </w:r>
      <w:r>
        <w:rPr>
          <w:sz w:val="20"/>
        </w:rPr>
        <w:t>1:04:08  aap jab business karte hain ya aap job karte hain, aap rishtedaron se milte hain, har jagah</w:t>
      </w:r>
      <w:r>
        <w:br/>
      </w:r>
      <w:r>
        <w:rPr>
          <w:sz w:val="20"/>
        </w:rPr>
        <w:t>1:04:15  aap yeh usool istemal karte hain talif-e-qalb ka, yaani dil ko naram karne wali baat.</w:t>
      </w:r>
      <w:r>
        <w:br/>
      </w:r>
      <w:r>
        <w:rPr>
          <w:sz w:val="20"/>
        </w:rPr>
        <w:t>1:04:22  to yeh koi anokhi baat nahin hai.</w:t>
      </w:r>
      <w:r>
        <w:br/>
      </w:r>
      <w:r>
        <w:rPr>
          <w:sz w:val="20"/>
        </w:rPr>
        <w:t>1:04:25  isi ka islam mein dawat ke maqsad ke liye istemal kiya gaya hai.</w:t>
      </w:r>
      <w:r>
        <w:br/>
      </w:r>
      <w:r>
        <w:rPr>
          <w:sz w:val="20"/>
        </w:rPr>
        <w:t>1:04:31  woh kaise? jaise ke aap naram boli bolen, achhe alfaaz mein is ko khitab karen.</w:t>
      </w:r>
      <w:r>
        <w:br/>
      </w:r>
      <w:r>
        <w:rPr>
          <w:sz w:val="20"/>
        </w:rPr>
        <w:t>1:04:37  ek kitab woh farz ki jiye ke khareedne ke liye keh raha hai, aap free mein de den is</w:t>
      </w:r>
      <w:r>
        <w:br/>
      </w:r>
      <w:r>
        <w:rPr>
          <w:sz w:val="20"/>
        </w:rPr>
        <w:t>1:04:45  ko.</w:t>
      </w:r>
      <w:r>
        <w:br/>
      </w:r>
      <w:r>
        <w:rPr>
          <w:sz w:val="20"/>
        </w:rPr>
        <w:t>1:04:46  yeh sab talif-e-qalb hai.</w:t>
      </w:r>
      <w:r>
        <w:br/>
      </w:r>
      <w:r>
        <w:rPr>
          <w:sz w:val="20"/>
        </w:rPr>
        <w:t>1:04:49  jaise ek sahab ne mujhe waqea bataya ke woh bus mein safar kar rahe the to hamare haan</w:t>
      </w:r>
      <w:r>
        <w:br/>
      </w:r>
      <w:r>
        <w:rPr>
          <w:sz w:val="20"/>
        </w:rPr>
        <w:t>1:04:56  ki chhapi hui kitaab, is ka naam hai "insaan apne aap ko pehchan".</w:t>
      </w:r>
      <w:r>
        <w:br/>
      </w:r>
      <w:r>
        <w:rPr>
          <w:sz w:val="20"/>
        </w:rPr>
        <w:t>1:05:02  woh urdu mein, hindi mein, english mein, teeno zabanon mein milti hai.</w:t>
      </w:r>
      <w:r>
        <w:br/>
      </w:r>
      <w:r>
        <w:rPr>
          <w:sz w:val="20"/>
        </w:rPr>
        <w:t>1:05:07  to woh parh rahe the is ko to ek ghair muslim wahan baithe hue the, un ko yeh</w:t>
      </w:r>
      <w:r>
        <w:br/>
      </w:r>
      <w:r>
        <w:rPr>
          <w:sz w:val="20"/>
        </w:rPr>
        <w:t>1:05:15  naam kuch ek ek woh kuch naam se attract hue, woh ke "insaan ne apne aap ko pehchan".</w:t>
      </w:r>
      <w:r>
        <w:br/>
      </w:r>
      <w:r>
        <w:rPr>
          <w:sz w:val="20"/>
        </w:rPr>
        <w:t>1:05:22  to unhon ne kaha ke yeh kitaab kya mein khareed sakta hoon? matlab is kitaab ko chahte the</w:t>
      </w:r>
      <w:r>
        <w:br/>
      </w:r>
      <w:r>
        <w:rPr>
          <w:sz w:val="20"/>
        </w:rPr>
        <w:t>1:05:30  ke paise de kar khareedein.</w:t>
      </w:r>
      <w:r>
        <w:br/>
      </w:r>
      <w:r>
        <w:rPr>
          <w:sz w:val="20"/>
        </w:rPr>
        <w:t>1:05:32  to unhon ne kaha is ko mein aap ko gift deta hoon.</w:t>
      </w:r>
      <w:r>
        <w:br/>
      </w:r>
      <w:r>
        <w:rPr>
          <w:sz w:val="20"/>
        </w:rPr>
        <w:t>1:05:37  yeh hai talif-e-qalb.</w:t>
      </w:r>
      <w:r>
        <w:br/>
      </w:r>
      <w:r>
        <w:rPr>
          <w:sz w:val="20"/>
        </w:rPr>
        <w:t>1:05:39  to talif-e-qalb koi anokhi cheez nahi hai.</w:t>
      </w:r>
      <w:r>
        <w:br/>
      </w:r>
      <w:r>
        <w:rPr>
          <w:sz w:val="20"/>
        </w:rPr>
        <w:t>1:05:43  mauqa mauqa ke lehaz se, jaise aap kisi jagah gaye, kisi gurudware mein, mandir mein to wahan parshad</w:t>
      </w:r>
      <w:r>
        <w:br/>
      </w:r>
      <w:r>
        <w:rPr>
          <w:sz w:val="20"/>
        </w:rPr>
        <w:t>1:05:50  diya.</w:t>
      </w:r>
      <w:r>
        <w:br/>
      </w:r>
      <w:r>
        <w:rPr>
          <w:sz w:val="20"/>
        </w:rPr>
        <w:t>1:05:52  ab aap kahein ke "ae yeh to yeh to shirk hai, yeh to yeh to jaiz nahi hai".</w:t>
      </w:r>
      <w:r>
        <w:br/>
      </w:r>
      <w:r>
        <w:rPr>
          <w:sz w:val="20"/>
        </w:rPr>
        <w:t>1:05:59  to yeh talif-e-qalb ke khilaf hoga.</w:t>
      </w:r>
      <w:r>
        <w:br/>
      </w:r>
      <w:r>
        <w:rPr>
          <w:sz w:val="20"/>
        </w:rPr>
        <w:t>1:06:02  aap le lijiye is ko bohat shauq se, shukriya ada karte hue, aur woh talif-e-qalb ki niyat</w:t>
      </w:r>
      <w:r>
        <w:br/>
      </w:r>
      <w:r>
        <w:rPr>
          <w:sz w:val="20"/>
        </w:rPr>
        <w:t>1:06:10  se lijiye is ko to sawab ho jaye ga aap ko.</w:t>
      </w:r>
      <w:r>
        <w:br/>
      </w:r>
      <w:r>
        <w:rPr>
          <w:sz w:val="20"/>
        </w:rPr>
        <w:t>1:06:15  to talif-e-qalb ka koi laga bata hasil nahi hai.</w:t>
      </w:r>
      <w:r>
        <w:br/>
      </w:r>
      <w:r>
        <w:rPr>
          <w:sz w:val="20"/>
        </w:rPr>
        <w:t>1:06:19  mauqa ke lehaz se mad'u ko ke dil ko naram karna aur us ko is aisa, yani aisi</w:t>
      </w:r>
      <w:r>
        <w:br/>
      </w:r>
      <w:r>
        <w:rPr>
          <w:sz w:val="20"/>
        </w:rPr>
        <w:t>1:06:27  situation create karna ke bohat hi normal zehan ke sath woh aap se baat kare, aap kitaab ko</w:t>
      </w:r>
      <w:r>
        <w:br/>
      </w:r>
      <w:r>
        <w:rPr>
          <w:sz w:val="20"/>
        </w:rPr>
        <w:t>1:06:35  parhein.</w:t>
      </w:r>
      <w:r>
        <w:br/>
      </w:r>
      <w:r>
        <w:rPr>
          <w:sz w:val="20"/>
        </w:rPr>
        <w:t>1:06:36  bas isi ka naam talif-e-qalb hai.</w:t>
      </w:r>
      <w:r>
        <w:br/>
      </w:r>
      <w:r>
        <w:rPr>
          <w:sz w:val="20"/>
        </w:rPr>
        <w:t>1:06:39  is ka is ki koi fees nahi bana sakte aap.</w:t>
      </w:r>
      <w:r>
        <w:br/>
      </w:r>
      <w:r>
        <w:rPr>
          <w:sz w:val="20"/>
        </w:rPr>
        <w:t>1:06:43  koi is ki fees nahi hai ke aap jab mandir mein jayein to parshad qabool kar lein.</w:t>
      </w:r>
      <w:r>
        <w:br/>
      </w:r>
      <w:r>
        <w:rPr>
          <w:sz w:val="20"/>
        </w:rPr>
        <w:t>1:06:51  aisi koi fees nahi hai.</w:t>
      </w:r>
      <w:r>
        <w:br/>
      </w:r>
      <w:r>
        <w:rPr>
          <w:sz w:val="20"/>
        </w:rPr>
        <w:t>1:06:53  har mauqa ke lehaz se talif-e-qalb hoti hai.</w:t>
      </w:r>
      <w:r>
        <w:br/>
      </w:r>
      <w:r>
        <w:rPr>
          <w:sz w:val="20"/>
        </w:rPr>
        <w:t>1:06:57  to agar aap ko dawat ka jazba aap ke andar deta hai, aap madu ke sath aap ka</w:t>
      </w:r>
      <w:r>
        <w:br/>
      </w:r>
      <w:r>
        <w:rPr>
          <w:sz w:val="20"/>
        </w:rPr>
        <w:t>1:07:04  rafqa hain, yaani aap ke andar madu friendly zehan hai, aap ke andar madu friendly zehan hai, to</w:t>
      </w:r>
      <w:r>
        <w:br/>
      </w:r>
      <w:r>
        <w:rPr>
          <w:sz w:val="20"/>
        </w:rPr>
        <w:t>1:07:12  aap khud foran aap ko samajh mein aa jayega ke yahan par hum talif e qalb ka kaun</w:t>
      </w:r>
      <w:r>
        <w:br/>
      </w:r>
      <w:r>
        <w:rPr>
          <w:sz w:val="20"/>
        </w:rPr>
        <w:t>1:07:20  sa tareeqa istemal karen jo moasser ho.</w:t>
      </w:r>
    </w:p>
    <w:p>
      <w:pPr>
        <w:pStyle w:val="Heading2"/>
      </w:pPr>
      <w:r>
        <w:t>Meaning of 'Qulub' in Surah Baqarah</w:t>
      </w:r>
    </w:p>
    <w:p>
      <w:r>
        <w:rPr>
          <w:color w:val="666666"/>
          <w:sz w:val="18"/>
        </w:rPr>
        <w:t>Three levels of Realization July 4, 2010 · 3m 19s · at 1:16:47 · https://youtu.be/NtCTVVov3Nw?t=4607</w:t>
      </w:r>
    </w:p>
    <w:p>
      <w:r>
        <w:rPr>
          <w:i/>
        </w:rPr>
        <w:t>“Every thought originates in the mind, even emotion. What does the reference of 'qulub' in Arabic as mentioned in the Quran in Surah Al-Baqarah, where it is said Allah has stamped their hearts?”</w:t>
      </w:r>
    </w:p>
    <w:p>
      <w:r>
        <w:rPr>
          <w:sz w:val="20"/>
        </w:rPr>
        <w:t>1:16:47  maulana agla sawal hai mister muhammad intikhab dilli se unhon ne likha hai every thought originates in the mind even emotion</w:t>
      </w:r>
      <w:r>
        <w:br/>
      </w:r>
      <w:r>
        <w:rPr>
          <w:sz w:val="20"/>
        </w:rPr>
        <w:t>1:17:00  what does the reference of quloob in arabic as mentioned in quran in surah baqarah where it is said allah has stamped their heart mean dekhen qalb ya quloob jo hai wahan par literally meaning mein hai literally meaning mein hai</w:t>
      </w:r>
      <w:r>
        <w:br/>
      </w:r>
      <w:r>
        <w:rPr>
          <w:sz w:val="20"/>
        </w:rPr>
        <w:t>1:17:24  literally meaning banti hai sankaron saal se har har har zaban mein</w:t>
      </w:r>
      <w:r>
        <w:br/>
      </w:r>
      <w:r>
        <w:rPr>
          <w:sz w:val="20"/>
        </w:rPr>
        <w:t>1:17:30  jaise angrezi angrezi zaban mein science paida hui phir woh jante hain ke moon mein koi light nahi hai abhi bhi moonlight kehte hain woh</w:t>
      </w:r>
      <w:r>
        <w:br/>
      </w:r>
      <w:r>
        <w:rPr>
          <w:sz w:val="20"/>
        </w:rPr>
        <w:t>1:17:42  yani abhi bhi literature mein moonlight hi chalti hai moonlight moonlight moonlight halankeh moon mein koi light hi nahi aise hi dekhiye english mein kaha jata hai whole heartedly</w:t>
      </w:r>
      <w:r>
        <w:br/>
      </w:r>
      <w:r>
        <w:rPr>
          <w:sz w:val="20"/>
        </w:rPr>
        <w:t>1:17:55  to jab science ne discover kiya to aasani ho ke wahan badal dein literature ko kahein ke nahi nahi kaho whole mindedly yani abhi bhi english literature mein whole mindedly koi nahi bolta sab bolte hain whole heartedly halankeh woh jante hain ke dil se kuch nahi hota to dekhiye yeh mamla literature ka mamla hai yeh science ka mamla nahi hai</w:t>
      </w:r>
      <w:r>
        <w:br/>
      </w:r>
      <w:r>
        <w:rPr>
          <w:sz w:val="20"/>
        </w:rPr>
        <w:t>1:18:19  science ka mamla nahi hai is ko aap galat criteria judge kar rahe hain is ko</w:t>
      </w:r>
      <w:r>
        <w:br/>
      </w:r>
      <w:r>
        <w:rPr>
          <w:sz w:val="20"/>
        </w:rPr>
        <w:t>1:18:24  does not a scientific statement yeh literary statement hai aur yeh har zaban mein hota hai arabi mein kya har zaban mein hota hai</w:t>
      </w:r>
      <w:r>
        <w:br/>
      </w:r>
      <w:r>
        <w:rPr>
          <w:sz w:val="20"/>
        </w:rPr>
        <w:t>1:18:37  zaban banti hai sankaron saal ke tradition se aap kaise badal denge is ko woh to rahegi to alfaaz symbol hote hain symbol</w:t>
      </w:r>
      <w:r>
        <w:br/>
      </w:r>
      <w:r>
        <w:rPr>
          <w:sz w:val="20"/>
        </w:rPr>
        <w:t>1:18:51  linguistics padhein agar aap linguistic jo ek mustaqil discipline hai linguistics unhein bataya jata hai koi bhi shab jo hai woh ek symbol hai</w:t>
      </w:r>
      <w:r>
        <w:br/>
      </w:r>
      <w:r>
        <w:rPr>
          <w:sz w:val="20"/>
        </w:rPr>
        <w:t>1:19:04  jaise aap bolte hain car to lafz car jo hai c a r car ka matlab nahi hai wahi motor c a r car ek symbol symbolic word hai aap bolte hain glass glass bhi ek symbolic word hai</w:t>
      </w:r>
      <w:r>
        <w:br/>
      </w:r>
      <w:r>
        <w:rPr>
          <w:sz w:val="20"/>
        </w:rPr>
        <w:t>1:19:22  to woh symbol agar chal pada ho qalb ke liye to wahi rahega wahi rahega wahi rahega wahi rahega isi liye jin jin qomon mein bilkul hi science aa gayi hai bilkul badal gaya hai un ka sara yani scientific kitabein badal gayi hain tab bhi literature koi bolata hai abhi bhi</w:t>
      </w:r>
      <w:r>
        <w:br/>
      </w:r>
      <w:r>
        <w:rPr>
          <w:sz w:val="20"/>
        </w:rPr>
        <w:t>1:19:49  yani aisa nahi kahenge moonlight reflected by sun aisa nahi bolenge halankeh woh isi ka reflection hota hai suraj ki roshni ka to yeh literally maene mein hai is ko aap scientific maene mein na lijiye</w:t>
      </w:r>
    </w:p>
    <w:p>
      <w:pPr>
        <w:pStyle w:val="Heading2"/>
      </w:pPr>
      <w:r>
        <w:t>Wisdom versus sharia in Quran</w:t>
      </w:r>
    </w:p>
    <w:p>
      <w:r>
        <w:rPr>
          <w:color w:val="666666"/>
          <w:sz w:val="18"/>
        </w:rPr>
        <w:t>How to Lead a Life of Fulfilment September 24, 2017 · 7m 04s · at 1:09:06 · https://youtu.be/WUoQOo2_zd8?t=4146</w:t>
      </w:r>
    </w:p>
    <w:p>
      <w:r>
        <w:rPr>
          <w:i/>
        </w:rPr>
        <w:t>“How much of the Quran is wisdom and how much is sharia? Please explain. (The asker adds: Sharia is not in the Quran, only wisdom; sharia is in fiqh.)”</w:t>
      </w:r>
    </w:p>
    <w:p>
      <w:r>
        <w:rPr>
          <w:sz w:val="20"/>
        </w:rPr>
        <w:t>1:09:06  to main samajhta hoon ke modern education in real sense musalmanon ka wahid musalmanon ke maslay ka wahid hal hai molana agla sawal UK se bheja hai doctor hina khan ne aur unhon ne aap se poocha hai ke how much of quran is wisdom and how much of it is sh</w:t>
      </w:r>
      <w:r>
        <w:br/>
      </w:r>
      <w:r>
        <w:rPr>
          <w:sz w:val="20"/>
        </w:rPr>
        <w:t>1:09:31  aria is ke baray mein batayein</w:t>
      </w:r>
      <w:r>
        <w:br/>
      </w:r>
      <w:r>
        <w:rPr>
          <w:sz w:val="20"/>
        </w:rPr>
        <w:t>1:09:37  sharia to quran mein hai hi nahi wisdom hi wisdom hai sharia to fiqh mein hai</w:t>
      </w:r>
      <w:r>
        <w:br/>
      </w:r>
      <w:r>
        <w:rPr>
          <w:sz w:val="20"/>
        </w:rPr>
        <w:t>1:09:45  aap khud tajurba kijiye ke quran mein 114 suratein hain</w:t>
      </w:r>
      <w:r>
        <w:br/>
      </w:r>
      <w:r>
        <w:rPr>
          <w:sz w:val="20"/>
        </w:rPr>
        <w:t>1:09:55  aap tamam suraton ko aik tarah se parhiye alhamdulillah se le kar quran-al-nas tak to sab aap ko wisdom hi wisdom dikha dega yeh jis ko kehtay hain sharia woh to fiqh mein hai</w:t>
      </w:r>
      <w:r>
        <w:br/>
      </w:r>
      <w:r>
        <w:rPr>
          <w:sz w:val="20"/>
        </w:rPr>
        <w:t>1:10:13  mein to samajhta hoon ke yeh yeh ghaloo kiya fiqah mein logon ne ke shariat ko itna barhaya</w:t>
      </w:r>
      <w:r>
        <w:br/>
      </w:r>
      <w:r>
        <w:rPr>
          <w:sz w:val="20"/>
        </w:rPr>
        <w:t>1:10:20  hai shariat ko</w:t>
      </w:r>
      <w:r>
        <w:br/>
      </w:r>
      <w:r>
        <w:rPr>
          <w:sz w:val="20"/>
        </w:rPr>
        <w:t>1:10:23  barhane charhane ki cheez hai wisdom</w:t>
      </w:r>
      <w:r>
        <w:br/>
      </w:r>
      <w:r>
        <w:rPr>
          <w:sz w:val="20"/>
        </w:rPr>
        <w:t>1:10:26  shariat jo barhai charhai gayi hai yeh politicize kiya gaya aaj kal jo shariat shariat bolte hain na</w:t>
      </w:r>
      <w:r>
        <w:br/>
      </w:r>
      <w:r>
        <w:rPr>
          <w:sz w:val="20"/>
        </w:rPr>
        <w:t>1:10:33  wo hai islam ka politicization</w:t>
      </w:r>
      <w:r>
        <w:br/>
      </w:r>
      <w:r>
        <w:rPr>
          <w:sz w:val="20"/>
        </w:rPr>
        <w:t>1:10:37  wo quran mein hai hi nahi</w:t>
      </w:r>
      <w:r>
        <w:br/>
      </w:r>
      <w:r>
        <w:rPr>
          <w:sz w:val="20"/>
        </w:rPr>
        <w:t>1:10:39  aap ghor kijiye ke koi ek bhi.</w:t>
      </w:r>
      <w:r>
        <w:br/>
      </w:r>
      <w:r>
        <w:rPr>
          <w:sz w:val="20"/>
        </w:rPr>
        <w:t>1:10:43  yani ji lekin aap ek kaam kijiye</w:t>
      </w:r>
      <w:r>
        <w:br/>
      </w:r>
      <w:r>
        <w:rPr>
          <w:sz w:val="20"/>
        </w:rPr>
        <w:t>1:10:49  ek kaam kijiye aap dictionary mein aap lafz law law ki definition maloom kijiye</w:t>
      </w:r>
      <w:r>
        <w:br/>
      </w:r>
      <w:r>
        <w:rPr>
          <w:sz w:val="20"/>
        </w:rPr>
        <w:t>1:11:00  dictionary mein bohat se dictionaryon ko dekhiye</w:t>
      </w:r>
      <w:r>
        <w:br/>
      </w:r>
      <w:r>
        <w:rPr>
          <w:sz w:val="20"/>
        </w:rPr>
        <w:t>1:11:05  jo kal consult kijiye aur yeh samjhiye ke law ki definition kya hai</w:t>
      </w:r>
      <w:r>
        <w:br/>
      </w:r>
      <w:r>
        <w:rPr>
          <w:sz w:val="20"/>
        </w:rPr>
        <w:t>1:11:12  shariat ka matlab hai law</w:t>
      </w:r>
      <w:r>
        <w:br/>
      </w:r>
      <w:r>
        <w:rPr>
          <w:sz w:val="20"/>
        </w:rPr>
        <w:t>1:11:17  aur phir is woh jo definition milay aap ko law ki us ka matlab dhoondhein ke quran mein kon sa law hai to aik aik bhi law nahi milay ga</w:t>
      </w:r>
      <w:r>
        <w:br/>
      </w:r>
      <w:r>
        <w:rPr>
          <w:sz w:val="20"/>
        </w:rPr>
        <w:t>1:11:31  to quran to bhara hua hai definition se yeh to aaj kal jo aaj kal jo parties nikli hain jinhon ne islam ko politicize kar rakha hai to apnay politicization ko justify karne ke liye sharia sharia sharia karte hain sabaq zamanay mein yeh tha hi nahi aap dekhiye</w:t>
      </w:r>
      <w:r>
        <w:br/>
      </w:r>
      <w:r>
        <w:rPr>
          <w:sz w:val="20"/>
        </w:rPr>
        <w:t>1:11:57  mein aik misaal deta hoon aap ko</w:t>
      </w:r>
      <w:r>
        <w:br/>
      </w:r>
      <w:r>
        <w:rPr>
          <w:sz w:val="20"/>
        </w:rPr>
        <w:t>1:12:00  ke quran mein aik surah hai surah yusuf is mein hazrat yusuf aleh salam ka qissa bayan kiya</w:t>
      </w:r>
      <w:r>
        <w:br/>
      </w:r>
      <w:r>
        <w:rPr>
          <w:sz w:val="20"/>
        </w:rPr>
        <w:t>1:12:07  gaya hai shayad yeh aik hi surah aisi hai jise poori poori surah aik nabi ke zikr par</w:t>
      </w:r>
      <w:r>
        <w:br/>
      </w:r>
      <w:r>
        <w:rPr>
          <w:sz w:val="20"/>
        </w:rPr>
        <w:t>1:12:14  hai aur aik bohat anokhi baat yeh hai ke is surah mein jo qissa bayan kiya gaya hai</w:t>
      </w:r>
      <w:r>
        <w:br/>
      </w:r>
      <w:r>
        <w:rPr>
          <w:sz w:val="20"/>
        </w:rPr>
        <w:t>1:12:23  us ko kaha gaya ahsan al qasas</w:t>
      </w:r>
      <w:r>
        <w:br/>
      </w:r>
      <w:r>
        <w:rPr>
          <w:sz w:val="20"/>
        </w:rPr>
        <w:t>1:12:27  yani hazrat yusuf ka jo qissa bayan kiya gaya hai us ko kaha gaya hai ahsan al qasas yani</w:t>
      </w:r>
      <w:r>
        <w:br/>
      </w:r>
      <w:r>
        <w:rPr>
          <w:sz w:val="20"/>
        </w:rPr>
        <w:t>1:12:32  best story best story ab aap kam az kam das baar padhiye aap surah yusuf ko to aap</w:t>
      </w:r>
      <w:r>
        <w:br/>
      </w:r>
      <w:r>
        <w:rPr>
          <w:sz w:val="20"/>
        </w:rPr>
        <w:t>1:12:41  dekhenge ke hazrat yusuf aleh salam</w:t>
      </w:r>
      <w:r>
        <w:br/>
      </w:r>
      <w:r>
        <w:rPr>
          <w:sz w:val="20"/>
        </w:rPr>
        <w:t>1:12:45  ne kabhi wahan yeh baat hi nahi ki ke shariat yeh naafiz hamein khudai shariat naafiz karna hai</w:t>
      </w:r>
      <w:r>
        <w:br/>
      </w:r>
      <w:r>
        <w:rPr>
          <w:sz w:val="20"/>
        </w:rPr>
        <w:t>1:12:53  balkay badshah ki shariat ko maan liya</w:t>
      </w:r>
      <w:r>
        <w:br/>
      </w:r>
      <w:r>
        <w:rPr>
          <w:sz w:val="20"/>
        </w:rPr>
        <w:t>1:12:57  quran mein ayat hai isi surah yusuf mein ma kaana liya khuda fi deen al malik</w:t>
      </w:r>
      <w:r>
        <w:br/>
      </w:r>
      <w:r>
        <w:rPr>
          <w:sz w:val="20"/>
        </w:rPr>
        <w:t>1:13:05  iska number bataiye in ko surah yusuf ka yeh number is ayat ka surah yusuf mein yeh</w:t>
      </w:r>
      <w:r>
        <w:br/>
      </w:r>
      <w:r>
        <w:rPr>
          <w:sz w:val="20"/>
        </w:rPr>
        <w:t>1:13:10  ayat hai ke ma kaana liya</w:t>
      </w:r>
      <w:r>
        <w:br/>
      </w:r>
      <w:r>
        <w:rPr>
          <w:sz w:val="20"/>
        </w:rPr>
        <w:t>1:13:13  akha fi din al-malik illa inshallah</w:t>
      </w:r>
      <w:r>
        <w:br/>
      </w:r>
      <w:r>
        <w:rPr>
          <w:sz w:val="20"/>
        </w:rPr>
        <w:t>1:13:21  surah yusuf ayat number 76 ma</w:t>
      </w:r>
      <w:r>
        <w:br/>
      </w:r>
      <w:r>
        <w:rPr>
          <w:sz w:val="20"/>
        </w:rPr>
        <w:t>1:13:26  kaana ali ayat number 76 76 ji aap surah yusuf ki 76 dekhiye</w:t>
      </w:r>
      <w:r>
        <w:br/>
      </w:r>
      <w:r>
        <w:rPr>
          <w:sz w:val="20"/>
        </w:rPr>
        <w:t>1:13:34  is mein yeh likha hua hai baqayda ke hazrat yusuf ne accept kar liya tha shariat ke muamle</w:t>
      </w:r>
      <w:r>
        <w:br/>
      </w:r>
      <w:r>
        <w:rPr>
          <w:sz w:val="20"/>
        </w:rPr>
        <w:t>1:13:42  mein badshah ke</w:t>
      </w:r>
      <w:r>
        <w:br/>
      </w:r>
      <w:r>
        <w:rPr>
          <w:sz w:val="20"/>
        </w:rPr>
        <w:t>1:13:45  لا کو یہ کہاں یہ یہ یہ اسلام ہے جس کو آج کل کے دھوم مچا رکھا ہے</w:t>
      </w:r>
      <w:r>
        <w:br/>
      </w:r>
      <w:r>
        <w:rPr>
          <w:sz w:val="20"/>
        </w:rPr>
        <w:t>1:13:51  logon ne shariat shariat shariat</w:t>
      </w:r>
      <w:r>
        <w:br/>
      </w:r>
      <w:r>
        <w:rPr>
          <w:sz w:val="20"/>
        </w:rPr>
        <w:t>1:13:55  kahan hai woh islam yani best story woh hai quran mein jab ke peghambar ne madine mein apni</w:t>
      </w:r>
      <w:r>
        <w:br/>
      </w:r>
      <w:r>
        <w:rPr>
          <w:sz w:val="20"/>
        </w:rPr>
        <w:t>1:14:03  jagah banai aur badshah ki shariat ko tasleem kar ke</w:t>
      </w:r>
      <w:r>
        <w:br/>
      </w:r>
      <w:r>
        <w:rPr>
          <w:sz w:val="20"/>
        </w:rPr>
        <w:t>1:14:09  aap ghor kijiye</w:t>
      </w:r>
      <w:r>
        <w:br/>
      </w:r>
      <w:r>
        <w:rPr>
          <w:sz w:val="20"/>
        </w:rPr>
        <w:t>1:14:11  ke</w:t>
      </w:r>
      <w:r>
        <w:br/>
      </w:r>
      <w:r>
        <w:rPr>
          <w:sz w:val="20"/>
        </w:rPr>
        <w:t>1:14:12  quran is qisse ko best story kehta hai jismein ek paighambar ne badshah ke badshah ka jo</w:t>
      </w:r>
      <w:r>
        <w:br/>
      </w:r>
      <w:r>
        <w:rPr>
          <w:sz w:val="20"/>
        </w:rPr>
        <w:t>1:14:20  system tha ismein apni jagah banai</w:t>
      </w:r>
      <w:r>
        <w:br/>
      </w:r>
      <w:r>
        <w:rPr>
          <w:sz w:val="20"/>
        </w:rPr>
        <w:t>1:14:25  baqayda iska part tha woh</w:t>
      </w:r>
      <w:r>
        <w:br/>
      </w:r>
      <w:r>
        <w:rPr>
          <w:sz w:val="20"/>
        </w:rPr>
        <w:t>1:14:28  badshah ka jo system tha wahan pe iska part bane woh lekin part bane kaise</w:t>
      </w:r>
      <w:r>
        <w:br/>
      </w:r>
      <w:r>
        <w:rPr>
          <w:sz w:val="20"/>
        </w:rPr>
        <w:t>1:14:35  badshah ki jo shariat naafiz thi</w:t>
      </w:r>
      <w:r>
        <w:br/>
      </w:r>
      <w:r>
        <w:rPr>
          <w:sz w:val="20"/>
        </w:rPr>
        <w:t>1:14:40  isko accept kar liya</w:t>
      </w:r>
      <w:r>
        <w:br/>
      </w:r>
      <w:r>
        <w:rPr>
          <w:sz w:val="20"/>
        </w:rPr>
        <w:t>1:14:43  accept kar ke theek hai jo aaj kal Muslim siyasi partiyan nikli hain aur shadi sehat karti hain</w:t>
      </w:r>
      <w:r>
        <w:br/>
      </w:r>
      <w:r>
        <w:rPr>
          <w:sz w:val="20"/>
        </w:rPr>
        <w:t>1:14:50  woh toh bidat hai sab woh sab ka sab bidat hai iska islam se koi talluq nahi</w:t>
      </w:r>
      <w:r>
        <w:br/>
      </w:r>
      <w:r>
        <w:rPr>
          <w:sz w:val="20"/>
        </w:rPr>
        <w:t>1:14:55  hai</w:t>
      </w:r>
      <w:r>
        <w:br/>
      </w:r>
      <w:r>
        <w:rPr>
          <w:sz w:val="20"/>
        </w:rPr>
        <w:t>1:14:59  okay so we we'll end today session if you want to become a quran distributor in your area then please write to us on info at cpsglobal dot o</w:t>
      </w:r>
      <w:r>
        <w:br/>
      </w:r>
      <w:r>
        <w:rPr>
          <w:sz w:val="20"/>
        </w:rPr>
        <w:t>1:15:11  rg thank you for watching cps international.</w:t>
      </w:r>
    </w:p>
    <w:p>
      <w:pPr>
        <w:pStyle w:val="Heading2"/>
      </w:pPr>
      <w:r>
        <w:t>Best way to understand the Quran</w:t>
      </w:r>
    </w:p>
    <w:p>
      <w:r>
        <w:rPr>
          <w:color w:val="666666"/>
          <w:sz w:val="18"/>
        </w:rPr>
        <w:t>Collective Repentance I Feb 24, 2013 Maulana Wahiduddin Khan · 53s · at 1:20:49 · https://youtu.be/lkkolxAL38c?t=4849</w:t>
      </w:r>
    </w:p>
    <w:p>
      <w:r>
        <w:rPr>
          <w:i/>
        </w:rPr>
        <w:t>“Sometimes we do not understand the Quran and its background. Kindly guide us what is the best possible way to understand Quran so that we can benefit from it to the fullest.”</w:t>
      </w:r>
    </w:p>
    <w:p>
      <w:r>
        <w:rPr>
          <w:sz w:val="20"/>
        </w:rPr>
        <w:t>1:20:49  Maulana, agla sawal Kashmir se hai Aamir Jan Mori sahib ka. Unhon ne likha hai: "Sometimes we do not understand the Quran and its background.</w:t>
      </w:r>
      <w:r>
        <w:br/>
      </w:r>
      <w:r>
        <w:rPr>
          <w:sz w:val="20"/>
        </w:rPr>
        <w:t>1:21:00  Kindly guide us what is the best possible way to understand Quran so that we can benefit from it to the fullest."</w:t>
      </w:r>
      <w:r>
        <w:br/>
      </w:r>
      <w:r>
        <w:rPr>
          <w:sz w:val="20"/>
        </w:rPr>
        <w:t>1:21:09  Bhai, aap is ko tafaseer parhiye, ghor kijiye, literature Islam ko parhiye aur is ko koi tareeqa hi nahi. Bhai, jahan aap atakte hain to wahan par aur mazeed aap tadabbur kijiye, tafaseer parhiye, nizami kitaben parhiye,</w:t>
      </w:r>
      <w:r>
        <w:br/>
      </w:r>
      <w:r>
        <w:rPr>
          <w:sz w:val="20"/>
        </w:rPr>
        <w:t>1:21:26  kis consult kijiye, mujh se aap ke album kijiye, jahan aap atken, aap ka zehn is ko mujh se cheez kijiye, kisi aur aalim se mil kar is ko discuss kijiye aur is ko shakk nahi.</w:t>
      </w:r>
    </w:p>
    <w:p>
      <w:pPr>
        <w:pStyle w:val="Heading2"/>
      </w:pPr>
      <w:r>
        <w:t>Quranic command to avoid vain talk</w:t>
      </w:r>
    </w:p>
    <w:p>
      <w:r>
        <w:rPr>
          <w:color w:val="666666"/>
          <w:sz w:val="18"/>
        </w:rPr>
        <w:t>War and Peace August 28, 2016 Maulana Wahiduddin Khan · 1m 21s · at 49:17 · https://youtu.be/8ViacW5xI3w?t=2957</w:t>
      </w:r>
    </w:p>
    <w:p>
      <w:r>
        <w:rPr>
          <w:i/>
        </w:rPr>
        <w:t>“In the Quran it is said to turn away from laghw (vain talk). Explain about it.”</w:t>
      </w:r>
    </w:p>
    <w:p>
      <w:r>
        <w:rPr>
          <w:sz w:val="20"/>
        </w:rPr>
        <w:t>49:17  maulana, agla sawal maulana iqbal umri ne bheja hai chennai se, unhone aap se poocha hai ke</w:t>
      </w:r>
      <w:r>
        <w:br/>
      </w:r>
      <w:r>
        <w:rPr>
          <w:sz w:val="20"/>
        </w:rPr>
        <w:t>49:23  quran mein lagho se i'tiraz karna kaha gaya hai, is ke bare mein batayen.</w:t>
      </w:r>
      <w:r>
        <w:br/>
      </w:r>
      <w:r>
        <w:rPr>
          <w:sz w:val="20"/>
        </w:rPr>
        <w:t>49:29  dekhen, lagho ke mani aise hain, yani bekar cheez, fazool cheez.</w:t>
      </w:r>
      <w:r>
        <w:br/>
      </w:r>
      <w:r>
        <w:rPr>
          <w:sz w:val="20"/>
        </w:rPr>
        <w:t>49:35  to main yeh samajhta hoon ke yahan par murad hai ke irrelevant cheez, hamare mission ke lehaz se irrelevant hai.</w:t>
      </w:r>
      <w:r>
        <w:br/>
      </w:r>
      <w:r>
        <w:rPr>
          <w:sz w:val="20"/>
        </w:rPr>
        <w:t>49:42  to zindagi mein hamesha aisa hota hai ke aap ka jo mission hai, aap ka jo goal hai,</w:t>
      </w:r>
      <w:r>
        <w:br/>
      </w:r>
      <w:r>
        <w:rPr>
          <w:sz w:val="20"/>
        </w:rPr>
        <w:t>49:48  to doosre log aisi baaten karte hain jo aap ko apni taraf attack karen, lekin wo aap ke</w:t>
      </w:r>
      <w:r>
        <w:br/>
      </w:r>
      <w:r>
        <w:rPr>
          <w:sz w:val="20"/>
        </w:rPr>
        <w:t>49:54  mission ke aitbar se irrelevant hota hai.</w:t>
      </w:r>
      <w:r>
        <w:br/>
      </w:r>
      <w:r>
        <w:rPr>
          <w:sz w:val="20"/>
        </w:rPr>
        <w:t>50:01  misal ke taur par, aap jaan rastay mein kisi ne patakha chhod diya to aap lage ladne us se.</w:t>
      </w:r>
      <w:r>
        <w:br/>
      </w:r>
      <w:r>
        <w:rPr>
          <w:sz w:val="20"/>
        </w:rPr>
        <w:t>50:07  to patakha ek aap ke lehaz se ek lagho cheez hai, to lagho cheez se i'tiraz kijiye.</w:t>
      </w:r>
      <w:r>
        <w:br/>
      </w:r>
      <w:r>
        <w:rPr>
          <w:sz w:val="20"/>
        </w:rPr>
        <w:t>50:13  koi bachcha laga patakha chhod diya hai to aap chalen, aage badh jayen, us ko i'tiraz kar ke,</w:t>
      </w:r>
      <w:r>
        <w:br/>
      </w:r>
      <w:r>
        <w:rPr>
          <w:sz w:val="20"/>
        </w:rPr>
        <w:t>50:19  avoid kar ke.</w:t>
      </w:r>
      <w:r>
        <w:br/>
      </w:r>
      <w:r>
        <w:rPr>
          <w:sz w:val="20"/>
        </w:rPr>
        <w:t>50:26  yeh matlab hai mere nazdeek lagho ka ke apne mission ki nisbat se, apne maqsad ki nisbat se</w:t>
      </w:r>
      <w:r>
        <w:br/>
      </w:r>
      <w:r>
        <w:rPr>
          <w:sz w:val="20"/>
        </w:rPr>
        <w:t>50:32  jo cheez ghair mutaliq ho, us se avoid karna.</w:t>
      </w:r>
    </w:p>
    <w:p>
      <w:pPr>
        <w:pStyle w:val="Heading2"/>
      </w:pPr>
      <w:r>
        <w:t>Quranic ruling on beard</w:t>
      </w:r>
    </w:p>
    <w:p>
      <w:r>
        <w:rPr>
          <w:color w:val="666666"/>
          <w:sz w:val="18"/>
        </w:rPr>
        <w:t>Materialism and Intellectual Dwarfism 29th April 2012 · 2m 17s · at 1:40:58 · https://youtu.be/qHzARL_r3I4?t=6058</w:t>
      </w:r>
    </w:p>
    <w:p>
      <w:r>
        <w:rPr>
          <w:i/>
        </w:rPr>
        <w:t>“What command has been given in the Quran regarding the beard?”</w:t>
      </w:r>
    </w:p>
    <w:p>
      <w:r>
        <w:rPr>
          <w:sz w:val="20"/>
        </w:rPr>
        <w:t>1:40:58  ah maulana yeh sawal aaya hai maulana zakwan nadvi ka dilli se unhon ne likha hai kal raat ko ek sahib ka phone aaya unhon ne kaha ke is waqt yahan mere sath kai log baithe hue hain in ka sawal yeh hai ke quran mein dadi ke baray mein kya hukum diya gaya hai maine kaha ke is tarah ka sawal durust nahi</w:t>
      </w:r>
      <w:r>
        <w:br/>
      </w:r>
      <w:r>
        <w:rPr>
          <w:sz w:val="20"/>
        </w:rPr>
        <w:t>1:41:22  koi shakhs jab ek poda lagata hai to pehle woh apni apna sara focus jar par deta hai na ke patiyon par is tarah hum ko quran ke baray mein sochna chahiye ke kya hum quran ki basic teachings par qaim hain ya nahi mislan allah ka khauf aur insaan se mohabbat waghera is sawal ke baray mein aap kya farmayenge dadi ke baray mein ji</w:t>
      </w:r>
      <w:r>
        <w:br/>
      </w:r>
      <w:r>
        <w:rPr>
          <w:sz w:val="20"/>
        </w:rPr>
        <w:t>1:41:49  ji hain ji haan to theek jawab hai theek jawab diya</w:t>
      </w:r>
      <w:r>
        <w:br/>
      </w:r>
      <w:r>
        <w:rPr>
          <w:sz w:val="20"/>
        </w:rPr>
        <w:t>1:41:56  bhai yeh yehin se yani islam ki beginning jo hai dadi se nahi hoti yeh to ek maloom baat hai ke islam ki beginning dadi se nahi hoti hai islam ki beginning hoti hai marifat se yani intellectual development se</w:t>
      </w:r>
      <w:r>
        <w:br/>
      </w:r>
      <w:r>
        <w:rPr>
          <w:sz w:val="20"/>
        </w:rPr>
        <w:t>1:42:15  to pehli agar aap kahein ke dadi rakho to yeh to yeh aap ka apna tareeqa hoga yeh quran o hadees ka tareeqa nahi hoga baqi dadi dadi mein bhi koi dadi rakhi hai aap dekh lijiye dadi ko main yani agar na manta to main koi dadi rakhe hue hota hoon okay we we'll end the session now thank you.</w:t>
      </w:r>
    </w:p>
    <w:p>
      <w:pPr>
        <w:pStyle w:val="Heading2"/>
      </w:pPr>
      <w:r>
        <w:t>Suggestions for Supportive Quran Literature</w:t>
      </w:r>
    </w:p>
    <w:p>
      <w:r>
        <w:rPr>
          <w:color w:val="666666"/>
          <w:sz w:val="18"/>
        </w:rPr>
        <w:t>The Straight Path October 30, 2011 Maulana Wahiduddin Khan · 1m 03s · at 1:37:29 · https://youtu.be/PKFHe82Jz58?t=5849</w:t>
      </w:r>
    </w:p>
    <w:p>
      <w:r>
        <w:rPr>
          <w:i/>
        </w:rPr>
        <w:t>“You have mentioned that together with Quran one should also provide supportive literature. Kindly suggest names of a few such supportive literature.”</w:t>
      </w:r>
    </w:p>
    <w:p>
      <w:r>
        <w:rPr>
          <w:sz w:val="20"/>
        </w:rPr>
        <w:t>1:37:29  iska theek. maulana, mister idrees ne raipur se phir se sawal kiya hai. unhone likha hai ke: "you have mentioned today that together with quran one should also provide supportive literature.</w:t>
      </w:r>
      <w:r>
        <w:br/>
      </w:r>
      <w:r>
        <w:rPr>
          <w:sz w:val="20"/>
        </w:rPr>
        <w:t>1:37:45  maulana, kindly suggest names of this few supportive literature."</w:t>
      </w:r>
      <w:r>
        <w:br/>
      </w:r>
      <w:r>
        <w:rPr>
          <w:sz w:val="20"/>
        </w:rPr>
        <w:t>1:37:51  main to apni kitaab bataunga ke doctor ke paas jayenge to doctor apne hi apne hi nuskhe batayega na ke doosre ko bhi batayega.</w:t>
      </w:r>
      <w:r>
        <w:br/>
      </w:r>
      <w:r>
        <w:rPr>
          <w:sz w:val="20"/>
        </w:rPr>
        <w:t>1:38:00  woh koi doctor aisa nahi milega jo jiske haan aap jayein to bataye doosre ki nuskhe batane lage.</w:t>
      </w:r>
      <w:r>
        <w:br/>
      </w:r>
      <w:r>
        <w:rPr>
          <w:sz w:val="20"/>
        </w:rPr>
        <w:t>1:38:09  to main to apni literature bataunga ke meri kitabein padhiye. baqi aap jaanein, baqi aur kitabein agar aap ke nazdeek hain to aap woh aap ka.</w:t>
      </w:r>
      <w:r>
        <w:br/>
      </w:r>
      <w:r>
        <w:rPr>
          <w:sz w:val="20"/>
        </w:rPr>
        <w:t>1:38:18  that is your domain,</w:t>
      </w:r>
      <w:r>
        <w:br/>
      </w:r>
      <w:r>
        <w:rPr>
          <w:sz w:val="20"/>
        </w:rPr>
        <w:t>1:38:20  that not my domain.</w:t>
      </w:r>
      <w:r>
        <w:br/>
      </w:r>
      <w:r>
        <w:rPr>
          <w:sz w:val="20"/>
        </w:rPr>
        <w:t>1:38:27  ki sahib, theek hai.</w:t>
      </w:r>
    </w:p>
    <w:p>
      <w:pPr>
        <w:pStyle w:val="Heading2"/>
      </w:pPr>
      <w:r>
        <w:t>How to receive guidance from the Quran?</w:t>
      </w:r>
    </w:p>
    <w:p>
      <w:r>
        <w:rPr>
          <w:color w:val="666666"/>
          <w:sz w:val="18"/>
        </w:rPr>
        <w:t>Quran A Miracle June 01, 2014 · 1m 02s · at 1:04:01 · https://youtu.be/8KM3lDsj4PY?t=3841</w:t>
      </w:r>
    </w:p>
    <w:p>
      <w:r>
        <w:rPr>
          <w:i/>
        </w:rPr>
        <w:t>“What do we need to do in ourselves to receive guidance from the Quran?”</w:t>
      </w:r>
    </w:p>
    <w:p>
      <w:r>
        <w:rPr>
          <w:sz w:val="20"/>
        </w:rPr>
        <w:t>1:04:01  molana agla sawal miss naghma siddiqui ne kiya hai dilli se. unhon ne likha hai ke what do we need to do in ourselves to receive guidance from the quran?</w:t>
      </w:r>
      <w:r>
        <w:br/>
      </w:r>
      <w:r>
        <w:rPr>
          <w:sz w:val="20"/>
        </w:rPr>
        <w:t>1:04:13  is ko quran hadith mein taahud kaha gaya hai taahud kijiye. taahud ka matlab hota hai yaani is se is ko aap khoob is ko study karna is par sochte rehna aur mind mein bar bar is ko revive karna.</w:t>
      </w:r>
      <w:r>
        <w:br/>
      </w:r>
      <w:r>
        <w:rPr>
          <w:sz w:val="20"/>
        </w:rPr>
        <w:t>1:04:33  yeh ab yeh ab jab aap karein ge to baatein khulti rahein gi. baatein khulti rahein gi. taahud ki zaroorat hai taahud.</w:t>
      </w:r>
      <w:r>
        <w:br/>
      </w:r>
      <w:r>
        <w:rPr>
          <w:sz w:val="20"/>
        </w:rPr>
        <w:t>1:04:42  taahud ke maani yahi hote hain ke quran ki aayaton ko quran ke mazameen ko apne mind mein bar bar revive karein sochein sochein tadabbur karein.</w:t>
      </w:r>
      <w:r>
        <w:br/>
      </w:r>
      <w:r>
        <w:rPr>
          <w:sz w:val="20"/>
        </w:rPr>
        <w:t>1:04:56  yahi yahi yahi tareeqa hai aur koi doosra tareeqa nahin.</w:t>
      </w:r>
    </w:p>
    <w:p>
      <w:pPr>
        <w:pStyle w:val="Heading2"/>
      </w:pPr>
      <w:r>
        <w:t>Defending abusive language with Quran</w:t>
      </w:r>
    </w:p>
    <w:p>
      <w:r>
        <w:rPr>
          <w:color w:val="666666"/>
          <w:sz w:val="18"/>
        </w:rPr>
        <w:t>Dars-e-Quran, Ch. 2 Verse 54 | March 18, 2018 · 1m 10s · at 1:05:37 · https://youtu.be/xQ2LXsz1oTw?t=3937</w:t>
      </w:r>
    </w:p>
    <w:p>
      <w:r>
        <w:rPr>
          <w:i/>
        </w:rPr>
        <w:t>“One Maulvi who is using abusive language defends himself by the verse of the Quran in Surah Al-Qalam, verse 13, that in the Quran such language is also used.”</w:t>
      </w:r>
    </w:p>
    <w:p>
      <w:r>
        <w:rPr>
          <w:sz w:val="20"/>
        </w:rPr>
        <w:t>1:05:37  maulana, agla sawal abu dhabi se ameer qureshi sahib ne bheja hai.</w:t>
      </w:r>
      <w:r>
        <w:br/>
      </w:r>
      <w:r>
        <w:rPr>
          <w:sz w:val="20"/>
        </w:rPr>
        <w:t>1:05:43  انہوں نے لکھا ہے: "One Maulvi who is using an abusive language, defends himself by the ayat</w:t>
      </w:r>
      <w:r>
        <w:br/>
      </w:r>
      <w:r>
        <w:rPr>
          <w:sz w:val="20"/>
        </w:rPr>
        <w:t>1:05:49  of the Quran in Surah Al-Qalam, Ayah number 13, that in Quran also such language is used.</w:t>
      </w:r>
      <w:r>
        <w:br/>
      </w:r>
      <w:r>
        <w:rPr>
          <w:sz w:val="20"/>
        </w:rPr>
        <w:t>1:05:56  baad azan ka zinn.</w:t>
      </w:r>
      <w:r>
        <w:br/>
      </w:r>
      <w:r>
        <w:rPr>
          <w:sz w:val="20"/>
        </w:rPr>
        <w:t>1:06:02  han, kiya tarjuma hai is ka?</w:t>
      </w:r>
      <w:r>
        <w:br/>
      </w:r>
      <w:r>
        <w:rPr>
          <w:sz w:val="20"/>
        </w:rPr>
        <w:t>1:06:08  sakht mizaj ho, phir sath hi be nasb ho.</w:t>
      </w:r>
      <w:r>
        <w:br/>
      </w:r>
      <w:r>
        <w:rPr>
          <w:sz w:val="20"/>
        </w:rPr>
        <w:t>1:06:16  to yeh yeh sakht kahan hai? sakht mizaj to akhlaqi lafz hai, yeh to akhlaqi lafz hai.</w:t>
      </w:r>
      <w:r>
        <w:br/>
      </w:r>
      <w:r>
        <w:rPr>
          <w:sz w:val="20"/>
        </w:rPr>
        <w:t>1:06:24  yeh dono alfaaz akhlaqi alfaaz hain, woh nahin jo hamare log istemal karte hain ke yeh siddiq hai,</w:t>
      </w:r>
      <w:r>
        <w:br/>
      </w:r>
      <w:r>
        <w:rPr>
          <w:sz w:val="20"/>
        </w:rPr>
        <w:t>1:06:32  yeh ek yeh jahannum mein jayega.</w:t>
      </w:r>
      <w:r>
        <w:br/>
      </w:r>
      <w:r>
        <w:rPr>
          <w:sz w:val="20"/>
        </w:rPr>
        <w:t>1:06:40  yeh yeh thori hai, woh to akhlaqi lafz hai.</w:t>
      </w:r>
    </w:p>
    <w:p>
      <w:pPr>
        <w:pStyle w:val="Heading2"/>
      </w:pPr>
      <w:r>
        <w:t>Definition and nature of the heart</w:t>
      </w:r>
    </w:p>
    <w:p>
      <w:r>
        <w:rPr>
          <w:color w:val="666666"/>
          <w:sz w:val="18"/>
        </w:rPr>
        <w:t>Dars-e-Quran, Ch. 2 Verse 50-52 |  March 11, 2018 · 1m 23s · at 51:18 · https://youtu.be/ShSyMy4LPfc?t=3078</w:t>
      </w:r>
    </w:p>
    <w:p>
      <w:r>
        <w:rPr>
          <w:i/>
        </w:rPr>
        <w:t>“What is the heart (qalb) and what is its correct definition?”</w:t>
      </w:r>
    </w:p>
    <w:p>
      <w:r>
        <w:rPr>
          <w:sz w:val="20"/>
        </w:rPr>
        <w:t>51:18  Maulana ab sawal lete hain yeh sawal bheja hai faiz</w:t>
      </w:r>
      <w:r>
        <w:br/>
      </w:r>
      <w:r>
        <w:rPr>
          <w:sz w:val="20"/>
        </w:rPr>
        <w:t>51:23  Qadri sahib ne quim bittu tamil nadu se.</w:t>
      </w:r>
      <w:r>
        <w:br/>
      </w:r>
      <w:r>
        <w:rPr>
          <w:sz w:val="20"/>
        </w:rPr>
        <w:t>51:28  unhon ne likha hai Maulana qalb kya cheez hai aur is ki sahi tareef kya hai is ke</w:t>
      </w:r>
      <w:r>
        <w:br/>
      </w:r>
      <w:r>
        <w:rPr>
          <w:sz w:val="20"/>
        </w:rPr>
        <w:t>51:33  baray mein batain.</w:t>
      </w:r>
      <w:r>
        <w:br/>
      </w:r>
      <w:r>
        <w:rPr>
          <w:sz w:val="20"/>
        </w:rPr>
        <w:t>51:38  dekhen qalb ka matlab wahi hai jis ko hum kehte hain mind.</w:t>
      </w:r>
      <w:r>
        <w:br/>
      </w:r>
      <w:r>
        <w:rPr>
          <w:sz w:val="20"/>
        </w:rPr>
        <w:t>51:43  dimagh zehn mind m i n d.</w:t>
      </w:r>
      <w:r>
        <w:br/>
      </w:r>
      <w:r>
        <w:rPr>
          <w:sz w:val="20"/>
        </w:rPr>
        <w:t>51:48  jo bhi serious maani le liye gaye hain ke qalb ke</w:t>
      </w:r>
      <w:r>
        <w:br/>
      </w:r>
      <w:r>
        <w:rPr>
          <w:sz w:val="20"/>
        </w:rPr>
        <w:t>51:53  wo sahi nahi hain.</w:t>
      </w:r>
      <w:r>
        <w:br/>
      </w:r>
      <w:r>
        <w:rPr>
          <w:sz w:val="20"/>
        </w:rPr>
        <w:t>51:58  ap lisan arab mein dekhiye lisan arab mein likha hua hai ke qalb ka wahi matlab hai jo</w:t>
      </w:r>
      <w:r>
        <w:br/>
      </w:r>
      <w:r>
        <w:rPr>
          <w:sz w:val="20"/>
        </w:rPr>
        <w:t>52:03  zehn ka hai mind ka.</w:t>
      </w:r>
      <w:r>
        <w:br/>
      </w:r>
      <w:r>
        <w:rPr>
          <w:sz w:val="20"/>
        </w:rPr>
        <w:t>52:08  to quran mein jo kaha gaya hai ke qalb ko yani qalb ko le kar ke socho is</w:t>
      </w:r>
      <w:r>
        <w:br/>
      </w:r>
      <w:r>
        <w:rPr>
          <w:sz w:val="20"/>
        </w:rPr>
        <w:t>52:13  ka matlab hai ke zehn ko involve karo.</w:t>
      </w:r>
      <w:r>
        <w:br/>
      </w:r>
      <w:r>
        <w:rPr>
          <w:sz w:val="20"/>
        </w:rPr>
        <w:t>52:18  to islam mein jo thinking hai wo</w:t>
      </w:r>
      <w:r>
        <w:br/>
      </w:r>
      <w:r>
        <w:rPr>
          <w:sz w:val="20"/>
        </w:rPr>
        <w:t>52:24  qalb oriented nahi hai wo mind oriented hai.</w:t>
      </w:r>
      <w:r>
        <w:br/>
      </w:r>
      <w:r>
        <w:rPr>
          <w:sz w:val="20"/>
        </w:rPr>
        <w:t>52:30  islam ki thinking ya islam ki spirituality sab ki sab mind based hai.</w:t>
      </w:r>
      <w:r>
        <w:br/>
      </w:r>
      <w:r>
        <w:rPr>
          <w:sz w:val="20"/>
        </w:rPr>
        <w:t>52:36  is par hum kafi likh chuke hain ap is ko parh sakte hain.</w:t>
      </w:r>
    </w:p>
    <w:p>
      <w:pPr>
        <w:pStyle w:val="Heading2"/>
      </w:pPr>
      <w:r>
        <w:t>Digital age and Quran accessibility</w:t>
      </w:r>
    </w:p>
    <w:p>
      <w:r>
        <w:rPr>
          <w:color w:val="666666"/>
          <w:sz w:val="18"/>
        </w:rPr>
        <w:t>Living in a New Age | March 26, 2017 · 1m 01s · at 56:10 · https://youtu.be/iST0AxQscKo?t=3370</w:t>
      </w:r>
    </w:p>
    <w:p>
      <w:r>
        <w:rPr>
          <w:i/>
        </w:rPr>
        <w:t>“We are living in a digital age where the Quran is available on everyone's mobile phone and is just...”</w:t>
      </w:r>
    </w:p>
    <w:p>
      <w:r>
        <w:rPr>
          <w:sz w:val="20"/>
        </w:rPr>
        <w:t>56:10  ji maulana agla sawal bhi srinagar se aaya hai aamir mori sahib ka.</w:t>
      </w:r>
      <w:r>
        <w:br/>
      </w:r>
      <w:r>
        <w:rPr>
          <w:sz w:val="20"/>
        </w:rPr>
        <w:t>56:14  unhon ne likha hai</w:t>
      </w:r>
      <w:r>
        <w:br/>
      </w:r>
      <w:r>
        <w:rPr>
          <w:sz w:val="20"/>
        </w:rPr>
        <w:t>56:19  we are living in a digital age where quran is available on everyone's mobile phone and is just</w:t>
      </w:r>
      <w:r>
        <w:br/>
      </w:r>
      <w:r>
        <w:rPr>
          <w:sz w:val="20"/>
        </w:rPr>
        <w:t>56:24  a touch away.</w:t>
      </w:r>
      <w:r>
        <w:br/>
      </w:r>
      <w:r>
        <w:rPr>
          <w:sz w:val="20"/>
        </w:rPr>
        <w:t>56:29  but still people are far away from quran because i think their mind is not prepared to read it.</w:t>
      </w:r>
      <w:r>
        <w:br/>
      </w:r>
      <w:r>
        <w:rPr>
          <w:sz w:val="20"/>
        </w:rPr>
        <w:t>56:34  so while doing dawah it is important that a person to whom we offer quran need to have</w:t>
      </w:r>
      <w:r>
        <w:br/>
      </w:r>
      <w:r>
        <w:rPr>
          <w:sz w:val="20"/>
        </w:rPr>
        <w:t>56:39  a prepared mind.</w:t>
      </w:r>
      <w:r>
        <w:br/>
      </w:r>
      <w:r>
        <w:rPr>
          <w:sz w:val="20"/>
        </w:rPr>
        <w:t>56:44  maulana i personally feel that literature prepares one's mind</w:t>
      </w:r>
      <w:r>
        <w:br/>
      </w:r>
      <w:r>
        <w:rPr>
          <w:sz w:val="20"/>
        </w:rPr>
        <w:t>56:49  better than quran in the first phase۔</w:t>
      </w:r>
      <w:r>
        <w:br/>
      </w:r>
      <w:r>
        <w:rPr>
          <w:sz w:val="20"/>
        </w:rPr>
        <w:t>56:53  It is like literature triggers the mind of the reader to study quran۔</w:t>
      </w:r>
      <w:r>
        <w:br/>
      </w:r>
      <w:r>
        <w:rPr>
          <w:sz w:val="20"/>
        </w:rPr>
        <w:t>56:56  maulana what is your comment on this kindly guide us۔</w:t>
      </w:r>
      <w:r>
        <w:br/>
      </w:r>
      <w:r>
        <w:rPr>
          <w:sz w:val="20"/>
        </w:rPr>
        <w:t>57:00  haan theek kaha unhon ne۔</w:t>
      </w:r>
      <w:r>
        <w:br/>
      </w:r>
      <w:r>
        <w:rPr>
          <w:sz w:val="20"/>
        </w:rPr>
        <w:t>57:04  mere khayal se sahi baat hai۔</w:t>
      </w:r>
      <w:r>
        <w:br/>
      </w:r>
      <w:r>
        <w:rPr>
          <w:sz w:val="20"/>
        </w:rPr>
        <w:t>57:08  ji baat sahi hai۔</w:t>
      </w:r>
    </w:p>
    <w:p>
      <w:pPr>
        <w:pStyle w:val="Heading2"/>
      </w:pPr>
      <w:r>
        <w:t>Giving Quran physically or via email</w:t>
      </w:r>
    </w:p>
    <w:p>
      <w:r>
        <w:rPr>
          <w:color w:val="666666"/>
          <w:sz w:val="18"/>
        </w:rPr>
        <w:t>Journey of History December 23, 2012 · 1m 21s · at 1:05:46 · https://youtu.be/bvjWl3U3Dmw?t=3946</w:t>
      </w:r>
    </w:p>
    <w:p>
      <w:r>
        <w:rPr>
          <w:i/>
        </w:rPr>
        <w:t>“Can Quran be given physically and it can be given in soft copy through email? Please advise.”</w:t>
      </w:r>
    </w:p>
    <w:p>
      <w:r>
        <w:rPr>
          <w:sz w:val="20"/>
        </w:rPr>
        <w:t>1:05:46  maulana, agla sawal ah dilli se hai miss saty malhotra ka. unhon ne aapse poocha hai: "can quran be given physically or it can be given in soft copy through email?" please advice.</w:t>
      </w:r>
      <w:r>
        <w:br/>
      </w:r>
      <w:r>
        <w:rPr>
          <w:sz w:val="20"/>
        </w:rPr>
        <w:t>1:06:02  har tareeqe se, jo bhi tareeqa hai, pehle bhi munh se bol ke sunate the log. ab chupa hua bhi denge aap aur internet ke zariye bhi denge.</w:t>
      </w:r>
      <w:r>
        <w:br/>
      </w:r>
      <w:r>
        <w:rPr>
          <w:sz w:val="20"/>
        </w:rPr>
        <w:t>1:06:13  aap</w:t>
      </w:r>
      <w:r>
        <w:br/>
      </w:r>
      <w:r>
        <w:rPr>
          <w:sz w:val="20"/>
        </w:rPr>
        <w:t>1:06:14  jo bhi tareeqa aur koi tareeqa ijad ho, use bhi denge. aisi cheez to pohnchana hai, pohnch jaye bas sahi tareeqe ke sath. maulana, woh doosra hissa un ke sawal ka yeh hai ke kya quran sirf non muslims ko di jaye ya musalmanon ko bhi di jaye?</w:t>
      </w:r>
      <w:r>
        <w:br/>
      </w:r>
      <w:r>
        <w:rPr>
          <w:sz w:val="20"/>
        </w:rPr>
        <w:t>1:06:30  sab ko, sab ko jo sab ko di jaye. quran musalman iman rakhte hain quran par aqeeda, lekin quran ki masjid se bekhabar hain.</w:t>
      </w:r>
      <w:r>
        <w:br/>
      </w:r>
      <w:r>
        <w:rPr>
          <w:sz w:val="20"/>
        </w:rPr>
        <w:t>1:06:41  woh</w:t>
      </w:r>
      <w:r>
        <w:br/>
      </w:r>
      <w:r>
        <w:rPr>
          <w:sz w:val="20"/>
        </w:rPr>
        <w:t>1:06:44  is zamane ke musalman quran ki masjid se bekhabar hain. in ko bhi batana hai. yani ek aadmi aqeeda rakhte hue bekhabar hai, ek aadmi ko aqeeda nahi hai, phir bhi woh bekhabar hai.</w:t>
      </w:r>
      <w:r>
        <w:br/>
      </w:r>
      <w:r>
        <w:rPr>
          <w:sz w:val="20"/>
        </w:rPr>
        <w:t>1:06:55  to kais to aik hi hua na? dono be khabri mein hain, dono be khabri mein hain. to sab ko batana hai.</w:t>
      </w:r>
    </w:p>
    <w:p>
      <w:pPr>
        <w:pStyle w:val="Heading2"/>
      </w:pPr>
      <w:r>
        <w:t>How to study Quran during Ramadan?</w:t>
      </w:r>
    </w:p>
    <w:p>
      <w:r>
        <w:rPr>
          <w:color w:val="666666"/>
          <w:sz w:val="18"/>
        </w:rPr>
        <w:t>From The Spiritual Tree August 8, 2010 · 3m 51s · at 1:24:58 · https://youtu.be/H6e9NOrqgHI?t=5098</w:t>
      </w:r>
    </w:p>
    <w:p>
      <w:r>
        <w:rPr>
          <w:i/>
        </w:rPr>
        <w:t>“How one should study Quran in the Ramadan?”</w:t>
      </w:r>
    </w:p>
    <w:p>
      <w:r>
        <w:rPr>
          <w:sz w:val="20"/>
        </w:rPr>
        <w:t>1:24:58  maulana, agla sawal kiya hai? miss aisha ne dilli se</w:t>
      </w:r>
      <w:r>
        <w:br/>
      </w:r>
      <w:r>
        <w:rPr>
          <w:sz w:val="20"/>
        </w:rPr>
        <w:t>1:25:01  unhon ne poocha hai ke "how one should study quran in the ramadan?"</w:t>
      </w:r>
      <w:r>
        <w:br/>
      </w:r>
      <w:r>
        <w:rPr>
          <w:sz w:val="20"/>
        </w:rPr>
        <w:t>1:25:10  ab dekhen, is ka koi yani koi method nahi hota hai, bas ghore karna, sochna.</w:t>
      </w:r>
      <w:r>
        <w:br/>
      </w:r>
      <w:r>
        <w:rPr>
          <w:sz w:val="20"/>
        </w:rPr>
        <w:t>1:25:22  ab jaise ke mein ne ek bar parh raha tha to "alhamdulillah rabbil alameen"</w:t>
      </w:r>
      <w:r>
        <w:br/>
      </w:r>
      <w:r>
        <w:rPr>
          <w:sz w:val="20"/>
        </w:rPr>
        <w:t>1:25:28  to alhamd jo hai, hamd jo hai, hamd ko aam tor par log kehte hain ke is ka matlab hai tareef. maulana hamiduddin farahi ne kaha hai ke nahi, is ka matlab hai shukr. to mein bataon, shukr aur tareef dono is mein shamil hain, yani woh allah jo sab se ziyada qabil tareef hai, woh allah jis ka shukr karna chahiye.</w:t>
      </w:r>
      <w:r>
        <w:br/>
      </w:r>
      <w:r>
        <w:rPr>
          <w:sz w:val="20"/>
        </w:rPr>
        <w:t>1:25:45  to mein ne socha ke "alhamdulillah rabbil alameen" ka aadmi ek tarjuma yeh hota hai urdu mein ke sari tareef allah ke liye, sara shukr allah ke liye hai.</w:t>
      </w:r>
      <w:r>
        <w:br/>
      </w:r>
      <w:r>
        <w:rPr>
          <w:sz w:val="20"/>
        </w:rPr>
        <w:t>1:25:56  to mein ne socha ke insan ko to har waqt ek na ek pareshani rehti hai, koi mayoosi mein mubtala ho jata hai, kabhi ghussa aata hai is ko, kabhi koi nuqsan pohancha deta hai is ko.</w:t>
      </w:r>
      <w:r>
        <w:br/>
      </w:r>
      <w:r>
        <w:rPr>
          <w:sz w:val="20"/>
        </w:rPr>
        <w:t>1:26:11  to kaise yeh yani sahi matlab bol bol paye ga? woh adhura adhure tareeqe se bole ga. woh meri yeh kehne ke liye khuda sari tareef tere liye</w:t>
      </w:r>
      <w:r>
        <w:br/>
      </w:r>
      <w:r>
        <w:rPr>
          <w:sz w:val="20"/>
        </w:rPr>
        <w:t>1:26:23  hai, khuda sara shukr tere liye. kaise aap kahen ge agar aap jee rahe hain manfi jazbat mein? mayoosi aur mein aur nashukri, aur matlab insan ke bahar nashukri agar hai to khuda ka shukr kahan se aa jaye ga?</w:t>
      </w:r>
      <w:r>
        <w:br/>
      </w:r>
      <w:r>
        <w:rPr>
          <w:sz w:val="20"/>
        </w:rPr>
        <w:t>1:26:39  yeh is waqt socha mein ne. to mujhe samajh mein aya hai ke agar kisi ko sach mach "alhamdulillah rabbil alameen" mein jeena hai to is ko insani shikayaton ko bhulana bhi hai.</w:t>
      </w:r>
      <w:r>
        <w:br/>
      </w:r>
      <w:r>
        <w:rPr>
          <w:sz w:val="20"/>
        </w:rPr>
        <w:t>1:26:51  agar aap chahte hain ke allah taala ke haan aap ko yeh yeh yeh mile credit ke yeh woh insan hai jis ne kaha tha sach mach "alhamdulillah rabbil alameen" is kalme ka aap ko inam agar chahte hain akhirat mein to aap ko shikayaton ko bhulana pare ga,</w:t>
      </w:r>
      <w:r>
        <w:br/>
      </w:r>
      <w:r>
        <w:rPr>
          <w:sz w:val="20"/>
        </w:rPr>
        <w:t>1:27:07  nahi to aap keh nahi sakte. yani lip service karen ge, aap lip service karen ge. yeh insan ke bare mein nashukri bani hui hai aap ke dil mein.</w:t>
      </w:r>
      <w:r>
        <w:br/>
      </w:r>
      <w:r>
        <w:rPr>
          <w:sz w:val="20"/>
        </w:rPr>
        <w:t>1:27:19  falan aadmi bara kharab hai, falan aadmi ne aisa kiya hai mere sath, falan aadmi aisa kiya hai mere sath. hamare ek sahab the, woh kaha karte the is pet mein bohat kuch bhara hua hai, matlab shikayat hai jis ke jis ke.</w:t>
      </w:r>
      <w:r>
        <w:br/>
      </w:r>
      <w:r>
        <w:rPr>
          <w:sz w:val="20"/>
        </w:rPr>
        <w:t>1:27:36  walid sahab woh yaad rakhte the, woh note karte the diary mein. falan ne yeh keh diya, falan ne woh keh diya</w:t>
      </w:r>
      <w:r>
        <w:br/>
      </w:r>
      <w:r>
        <w:rPr>
          <w:sz w:val="20"/>
        </w:rPr>
        <w:t>1:27:43  to is ko kehte the apni apni apni dehati zuban mein ke is pet mein sab kuch bhara hua</w:t>
      </w:r>
      <w:r>
        <w:br/>
      </w:r>
      <w:r>
        <w:rPr>
          <w:sz w:val="20"/>
        </w:rPr>
        <w:t>1:27:49  hai. matlab jis ne kaha jo kuch sab mujhe yaad hai. ab bataiye ke agar aap logon ki shikayaten yaad hon ji to aap insanon ke bare mein to nashukr bane rahen ge, khuda khuda ke bare mein shukr wale kaise ban sakte hain?</w:t>
      </w:r>
      <w:r>
        <w:br/>
      </w:r>
      <w:r>
        <w:rPr>
          <w:sz w:val="20"/>
        </w:rPr>
        <w:t>1:28:03  aap</w:t>
      </w:r>
      <w:r>
        <w:br/>
      </w:r>
      <w:r>
        <w:rPr>
          <w:sz w:val="20"/>
        </w:rPr>
        <w:t>1:28:07  ma ja'alallahu min qalb in fi ju fi. to mein ne discover kiya ke "alhamdulillah rabbil alameen" kehna mumkin hai. is waqt tak mumkin nahi hai jab tak aap sari shikayaton ko bhula dein, sare ba'ison ko bhula dein,</w:t>
      </w:r>
      <w:r>
        <w:br/>
      </w:r>
      <w:r>
        <w:rPr>
          <w:sz w:val="20"/>
        </w:rPr>
        <w:t>1:28:22  sare manfi tajurbaat ko bhula dein. tab ja kar keh payen ge woh aap</w:t>
      </w:r>
      <w:r>
        <w:br/>
      </w:r>
      <w:r>
        <w:rPr>
          <w:sz w:val="20"/>
        </w:rPr>
        <w:t>1:28:29  warna sari zuban se bolen ge, andar kuch nahi hoga. yeh hai sochna. to quran ko koi tareeqa nahi hai, sirf yeh hai ke sochen, sochen, sochen, sochen, sochen aur dua karen.</w:t>
      </w:r>
      <w:r>
        <w:br/>
      </w:r>
      <w:r>
        <w:rPr>
          <w:sz w:val="20"/>
        </w:rPr>
        <w:t>1:28:42  bas sochna aur dua karna, sochna aur dua karna, bas do cheezen hain.</w:t>
      </w:r>
    </w:p>
    <w:p>
      <w:pPr>
        <w:pStyle w:val="Heading2"/>
      </w:pPr>
      <w:r>
        <w:t>Things to Avoid for a Deep Quran Connection</w:t>
      </w:r>
    </w:p>
    <w:p>
      <w:r>
        <w:rPr>
          <w:color w:val="666666"/>
          <w:sz w:val="18"/>
        </w:rPr>
        <w:t>The Quran September 20, 2020 Maulana Wahiduddin Khan · 56s · at 32:05 · https://youtu.be/yQZGg2A0-Tk?t=1925</w:t>
      </w:r>
    </w:p>
    <w:p>
      <w:r>
        <w:rPr>
          <w:i/>
        </w:rPr>
        <w:t>“What are the things we will have to avoid so that we can build a deep connection with the Quran? Please tell us about this.”</w:t>
      </w:r>
    </w:p>
    <w:p>
      <w:r>
        <w:rPr>
          <w:sz w:val="20"/>
        </w:rPr>
        <w:t>32:05  Maulana, agla sawal lete hain. Yeh Mahboob bhai ne bheja hai Mumbai se. Unhon ne likha hai: "Maulana, aisi kaun si baaten hain jo hamein avoid karni hongi jis se hamein Quran se gehra ta'alluq bana rahe?</w:t>
      </w:r>
      <w:r>
        <w:br/>
      </w:r>
      <w:r>
        <w:rPr>
          <w:sz w:val="20"/>
        </w:rPr>
        <w:t>32:22  Is ke bare mein bataen."</w:t>
      </w:r>
      <w:r>
        <w:br/>
      </w:r>
      <w:r>
        <w:rPr>
          <w:sz w:val="20"/>
        </w:rPr>
        <w:t>32:24  Main to samajhta hoon ke ek hi shart hai: woh hai distraction. Distraction se apne ko bachana hoga.</w:t>
      </w:r>
      <w:r>
        <w:br/>
      </w:r>
      <w:r>
        <w:rPr>
          <w:sz w:val="20"/>
        </w:rPr>
        <w:t>32:35  Distraction, theek hai? Distraction bhi kya cheezen woh hain jo aap ko disturb karti hain? To is ke liye aap ko ghaur fikr karna hoga, muta'ala karna hoga.</w:t>
      </w:r>
      <w:r>
        <w:br/>
      </w:r>
      <w:r>
        <w:rPr>
          <w:sz w:val="20"/>
        </w:rPr>
        <w:t>32:51  Kyunke fehrist koi nahin hai. Fehrist nahin koi hai.</w:t>
      </w:r>
    </w:p>
    <w:p>
      <w:pPr>
        <w:pStyle w:val="Heading1"/>
      </w:pPr>
      <w:r>
        <w:t>In the lectures (0)</w:t>
      </w:r>
    </w:p>
    <w:p>
      <w:pPr>
        <w:pStyle w:val="Heading1"/>
      </w:pPr>
      <w:r>
        <w:t>Clips (0)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