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Religion feels like rituals</w:t>
      </w:r>
    </w:p>
    <w:p>
      <w:r>
        <w:rPr>
          <w:sz w:val="18"/>
        </w:rPr>
        <w:t>Q&amp;A, lecture moments and clips · full transcripts with timestamps · exported 2026-09-21</w:t>
      </w:r>
    </w:p>
    <w:p>
      <w:pPr>
        <w:pStyle w:val="Heading1"/>
      </w:pPr>
      <w:r>
        <w:t>Maulana was asked (30)</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Importance of ritual in practice</w:t>
      </w:r>
    </w:p>
    <w:p>
      <w:r>
        <w:rPr>
          <w:color w:val="666666"/>
          <w:sz w:val="18"/>
        </w:rPr>
        <w:t>The Road to Paradise December 30, 2012 Maulana Wahiduddin Khan · 1m 28s · at 1:22:38 · https://youtu.be/vUiaPsYF4Tk?t=4958</w:t>
      </w:r>
    </w:p>
    <w:p>
      <w:r>
        <w:rPr>
          <w:i/>
        </w:rPr>
        <w:t>“What is the importance of ritual? Please explain.”</w:t>
      </w:r>
    </w:p>
    <w:p>
      <w:r>
        <w:rPr>
          <w:sz w:val="20"/>
        </w:rPr>
        <w:t>1:22:38  maulana, agla sawal hyderabad se hai, zahid sahab ka. unhon ne aap se poocha hai: "what is the importance of ritual?" is ke baray mein batayen.</w:t>
      </w:r>
      <w:r>
        <w:br/>
      </w:r>
      <w:r>
        <w:rPr>
          <w:sz w:val="20"/>
        </w:rPr>
        <w:t>1:22:48  bhai, ritual se kuch important nahi hai, kuch bhi nahi hai, one percent bhi nahi hai.</w:t>
      </w:r>
      <w:r>
        <w:br/>
      </w:r>
      <w:r>
        <w:rPr>
          <w:sz w:val="20"/>
        </w:rPr>
        <w:t>1:22:52  mere nazdeek</w:t>
      </w:r>
      <w:r>
        <w:br/>
      </w:r>
      <w:r>
        <w:rPr>
          <w:sz w:val="20"/>
        </w:rPr>
        <w:t>1:22:57  rituals ki importance islam mein kuch bhi nahi hai. dekhen, aap ek hadith hai namaz ke bare mein: "la salat limullah bait khashah".</w:t>
      </w:r>
      <w:r>
        <w:br/>
      </w:r>
      <w:r>
        <w:rPr>
          <w:sz w:val="20"/>
        </w:rPr>
        <w:t>1:23:07  jis ki namaz mein khushi nahi hai, us ki namaz hi nahi hai. agarche ritual zyada kiya ho, is mein hadith mein aata hai ke ek shakhs ne namaz padhi is masjid nabwi mein, kaha ji is ne sare rituals is ne anjam di.</w:t>
      </w:r>
      <w:r>
        <w:br/>
      </w:r>
      <w:r>
        <w:rPr>
          <w:sz w:val="20"/>
        </w:rPr>
        <w:t>1:23:21  aap ke paas aya to aap ne kaha: "arja fasil le, fandak lam tasil le". jao phir se namaz padho, koi tum ne namaz nahi padhi to rituals to ada kar diya to is ne.</w:t>
      </w:r>
      <w:r>
        <w:br/>
      </w:r>
      <w:r>
        <w:rPr>
          <w:sz w:val="20"/>
        </w:rPr>
        <w:t>1:23:32  yahan tak ke ek hadith mein hai ke ek zamana aye ga jab ke khoob namazein parhe ge log, matlab in terms of ritual.</w:t>
      </w:r>
      <w:r>
        <w:br/>
      </w:r>
      <w:r>
        <w:rPr>
          <w:sz w:val="20"/>
        </w:rPr>
        <w:t>1:23:43  to is mein hai ke: "masaj do maamra wahee kharab bain al-hudaa"</w:t>
      </w:r>
      <w:r>
        <w:br/>
      </w:r>
      <w:r>
        <w:rPr>
          <w:sz w:val="20"/>
        </w:rPr>
        <w:t>1:23:48  . yani koi masjidien ritual wali namaz parhne wali bhari hui hongi lekin wo hidayat se khali hongi. to main samajhta hoon ke rituals ki koi importance nahi hai.</w:t>
      </w:r>
      <w:r>
        <w:br/>
      </w:r>
      <w:r>
        <w:rPr>
          <w:sz w:val="20"/>
        </w:rPr>
        <w:t>1:23:59  jo is ki importance hai, wo khushiyon ki hai.</w:t>
      </w:r>
    </w:p>
    <w:p>
      <w:pPr>
        <w:pStyle w:val="Heading2"/>
      </w:pPr>
      <w:r>
        <w:t>Why people think religion restricts freedom</w:t>
      </w:r>
    </w:p>
    <w:p>
      <w:r>
        <w:rPr>
          <w:color w:val="666666"/>
          <w:sz w:val="18"/>
        </w:rPr>
        <w:t>Islam &amp; Prophet of Islam 21 Oct, 2012 - Maulana Wahiduddin Khan · 4m 26s · at 1:13:02 · https://youtu.be/2hwtfOyNeS0?t=4382</w:t>
      </w:r>
    </w:p>
    <w:p>
      <w:r>
        <w:rPr>
          <w:i/>
        </w:rPr>
        <w:t>“Why do people think that religion restricts freedom and therefore reject it?”</w:t>
      </w:r>
    </w:p>
    <w:p>
      <w:r>
        <w:rPr>
          <w:sz w:val="20"/>
        </w:rPr>
        <w:t>1:13:02  maulana, agla sawal aaya hai gulbarga se maulana yaqoob umri ka. unhon ne likha hai: "maulana ek sahab ne kaha ke mazhab insan ki azadi par roak lagata hai, is liye hum ko mazhab nahin chahiye.</w:t>
      </w:r>
      <w:r>
        <w:br/>
      </w:r>
      <w:r>
        <w:rPr>
          <w:sz w:val="20"/>
        </w:rPr>
        <w:t>1:13:18  maulana log kyun aisa samajhte hain?" aaj main ne jo kaha hai baatein is se aap andaza kar sakte hain ke ke islam to zabardast daai hai azadi ka.</w:t>
      </w:r>
      <w:r>
        <w:br/>
      </w:r>
      <w:r>
        <w:rPr>
          <w:sz w:val="20"/>
        </w:rPr>
        <w:t>1:13:36  yani yani allah taala ka ki jo scheme of things hai us ke mutabiq azadi shart hai, lazim hai. koi is ko misuse kare ya properly use kare, is se aap ke paas nahin.</w:t>
      </w:r>
      <w:r>
        <w:br/>
      </w:r>
      <w:r>
        <w:rPr>
          <w:sz w:val="20"/>
        </w:rPr>
        <w:t>1:13:50  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r>
        <w:br/>
      </w:r>
      <w:r>
        <w:rPr>
          <w:sz w:val="20"/>
        </w:rPr>
        <w:t>1:14:12  abhi main ne ek taqreer suni ek ek ek ek bade aalim ki to unhon ne is ke khilaf bol rahe the woh, yani yeh woh jo hai "innocence of muslim" wali film jo hai,</w:t>
      </w:r>
      <w:r>
        <w:br/>
      </w:r>
      <w:r>
        <w:rPr>
          <w:sz w:val="20"/>
        </w:rPr>
        <w:t>1:14:27  to woh is mein unhon ne yeh kaha ke yani west mein bhi yahi concept hai azadi ka ke tumhari azadi, unhon ne yeh kaha ke tumhari azadi wahan khatam ho jati hai jahan doosre ki khair khwahi majrooh hoti hai.</w:t>
      </w:r>
      <w:r>
        <w:br/>
      </w:r>
      <w:r>
        <w:rPr>
          <w:sz w:val="20"/>
        </w:rPr>
        <w:t>1:14:47  yeh bilkul galat baat hai. yeh west ka yeh concept nahin hai. unhon ne ghaliban angrezi ka lafz to nahin istemal kiya tha, ghaliban un ka matlab hua tha woh woh jo mashhoor hai america ke bare mein ke "your freedom ends where my nose begins".</w:t>
      </w:r>
      <w:r>
        <w:br/>
      </w:r>
      <w:r>
        <w:rPr>
          <w:sz w:val="20"/>
        </w:rPr>
        <w:t>1:15:06  to is ka matlab to yeh hai ke tum azaad ho is waqt tak jab tak ke tum kisi ko harm na pahanchao. jab tum meri naak ko maro ge to kaha tum ne mujh ko harm pahanchaya.</w:t>
      </w:r>
      <w:r>
        <w:br/>
      </w:r>
      <w:r>
        <w:rPr>
          <w:sz w:val="20"/>
        </w:rPr>
        <w:t>1:15:17  to aap ke jazbat majrooh hote hain, yeh kisi concern nahin hai. na west ka, na na khuda ka. na khuda ki bhi concern yeh nahin hai. aap janiye, aap ka kaam janiye.</w:t>
      </w:r>
      <w:r>
        <w:br/>
      </w:r>
      <w:r>
        <w:rPr>
          <w:sz w:val="20"/>
        </w:rPr>
        <w:t>1:15:28  aap ke jazbat majrooh hote hain to aap janiye. is ki bina par kisi ki azadi is oust nahin ki jae gi. achhe se samajh lijiye ke na yeh west ka concept hai, na yeh khuda ka concept hai.</w:t>
      </w:r>
      <w:r>
        <w:br/>
      </w:r>
      <w:r>
        <w:rPr>
          <w:sz w:val="20"/>
        </w:rPr>
        <w:t>1:15:42  khuda ka concept har giz yeh nahin hai ke kisi kisi ke jazbat majrooh ho rahe hon to us ki azadi jo hai khatam kar di jaye. aadmi is waqt tak azaad hai jab tak woh apni azadi ko peaceful daire mein istemal karta hai.</w:t>
      </w:r>
      <w:r>
        <w:br/>
      </w:r>
      <w:r>
        <w:rPr>
          <w:sz w:val="20"/>
        </w:rPr>
        <w:t>1:15:57  sirf is waqt pabandi lage gi is ke upar jab ke woh doosre ke liye harmful ban jaye. yeh islam ka concept hai, yeh west ka concept hai. yeh galat logon ne samajh rakha hai.</w:t>
      </w:r>
      <w:r>
        <w:br/>
      </w:r>
      <w:r>
        <w:rPr>
          <w:sz w:val="20"/>
        </w:rPr>
        <w:t>1:16:08  kisi ke jazbat majrooh hon to wahan pabandi lagai jae gi. har giz nahin. bilkul galat hai agar koi aisa karta hai. jazbat majrooh hote hain to aap ka personal masla hai, woh islam ka masla nahin hai.</w:t>
      </w:r>
      <w:r>
        <w:br/>
      </w:r>
      <w:r>
        <w:rPr>
          <w:sz w:val="20"/>
        </w:rPr>
        <w:t>1:16:20  aisa koi qanoon na ban sakta hai, na chal sakta hai, na is ki koi feasibility hai ke jazbat ke majrooh hone par qanoon banaya jaye. abhi main ne parha ke invitations ke jo general assembly mein musalmanon ki tadad 58 hai.</w:t>
      </w:r>
      <w:r>
        <w:br/>
      </w:r>
      <w:r>
        <w:rPr>
          <w:sz w:val="20"/>
        </w:rPr>
        <w:t>1:16:36  58 muslim members hain. unhon ne ittefaq rai ke sath yeh wahan par mutalba kiya ke ke invitation jo hai aisa qanoon banaye jis par pabandi lagai jaye freedom of expression par.</w:t>
      </w:r>
      <w:r>
        <w:br/>
      </w:r>
      <w:r>
        <w:rPr>
          <w:sz w:val="20"/>
        </w:rPr>
        <w:t>1:16:49  yeh bilkul ridiculous baat hai. aisa mutalba, aisi mang ridiculous hai. kyun ke aap kaise pabandi lagaen ge?</w:t>
      </w:r>
      <w:r>
        <w:br/>
      </w:r>
      <w:r>
        <w:rPr>
          <w:sz w:val="20"/>
        </w:rPr>
        <w:t>1:16:59  dekhiye, yahi islam ka stand hai, yahi west ka stand hai, aur yeh invitations ka stand hai ke har aadmi azaad hai ke apni, ke woh yani freedom of expression jo hai, woh is ka is ka absolute right hai insan ko.</w:t>
      </w:r>
      <w:r>
        <w:br/>
      </w:r>
      <w:r>
        <w:rPr>
          <w:sz w:val="20"/>
        </w:rPr>
        <w:t>1:17:14  absolute right hai. sirf is waqt is ka right khatam hota hai jab ke woh doosron ko physical harm pahanchane lage. jab tak peaceful hai, aap koi pabandi nahin laga sakte is ke upar.</w:t>
      </w:r>
    </w:p>
    <w:p>
      <w:pPr>
        <w:pStyle w:val="Heading2"/>
      </w:pPr>
      <w:r>
        <w:t>Spirit vs form of a ritual</w:t>
      </w:r>
    </w:p>
    <w:p>
      <w:r>
        <w:rPr>
          <w:color w:val="666666"/>
          <w:sz w:val="18"/>
        </w:rPr>
        <w:t>Man and Paradise May 05, 2013 · 1m 00s · at 59:07 · https://youtu.be/VyFgim3pvts?t=3547</w:t>
      </w:r>
    </w:p>
    <w:p>
      <w:r>
        <w:rPr>
          <w:i/>
        </w:rPr>
        <w:t>“What is the difference between the spirit and the form of a ritual? Are both necessary? What is your opinion on this?”</w:t>
      </w:r>
    </w:p>
    <w:p>
      <w:r>
        <w:rPr>
          <w:sz w:val="20"/>
        </w:rPr>
        <w:t>59:07  Maulana, agla sawal Kolkata se hai, Miss Shagufta Ansari ka. unhon ne likha hai: "What is the difference between the spirit and the form of a ritual?</w:t>
      </w:r>
      <w:r>
        <w:br/>
      </w:r>
      <w:r>
        <w:rPr>
          <w:sz w:val="20"/>
        </w:rPr>
        <w:t>59:19  Are both necessary? What is your opinion on this?" daikhen, necessary ki baat nahin hai. spirit jo hai, woh asal asal hai aur form jo hai, us ka us ka manifestation hai,</w:t>
      </w:r>
      <w:r>
        <w:br/>
      </w:r>
      <w:r>
        <w:rPr>
          <w:sz w:val="20"/>
        </w:rPr>
        <w:t>59:36  us ka appearance hai. jab spirit hogi to zaroor kisi na kisi form mein zahir bhi hogi. woh andar chup ke baithi nahin rahegi.</w:t>
      </w:r>
      <w:r>
        <w:br/>
      </w:r>
      <w:r>
        <w:rPr>
          <w:sz w:val="20"/>
        </w:rPr>
        <w:t>59:47  to form yaqeenan hota hai, lekin form jo hai, woh yeh spirit ke manifestation ke taur par aata hai, na ke bazat khud form hi asal hai.</w:t>
      </w:r>
    </w:p>
    <w:p>
      <w:pPr>
        <w:pStyle w:val="Heading2"/>
      </w:pPr>
      <w:r>
        <w:t>Feeling of doing little in dawah work</w:t>
      </w:r>
    </w:p>
    <w:p>
      <w:r>
        <w:rPr>
          <w:color w:val="666666"/>
          <w:sz w:val="18"/>
        </w:rPr>
        <w:t>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Inspiring religious duties without emotions</w:t>
      </w:r>
    </w:p>
    <w:p>
      <w:r>
        <w:rPr>
          <w:color w:val="666666"/>
          <w:sz w:val="18"/>
        </w:rPr>
        <w:t>Major Signs of Doomsday November 26, 2023 · 3m 16s · at 27:43 · https://youtu.be/pMRzFjrkWf4?t=1663</w:t>
      </w:r>
    </w:p>
    <w:p>
      <w:r>
        <w:rPr>
          <w:i/>
        </w:rPr>
        <w:t>“If emotions are taken out of deen, and deen is according to rationality, how can you inspire people to do religious duties?”</w:t>
      </w:r>
    </w:p>
    <w:p>
      <w:r>
        <w:rPr>
          <w:sz w:val="20"/>
        </w:rPr>
        <w:t>27:43  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r>
        <w:br/>
      </w:r>
      <w:r>
        <w:rPr>
          <w:sz w:val="20"/>
        </w:rPr>
        <w:t>28:08  Junaid Muhammad sahib ne bheja</w:t>
      </w:r>
      <w:r>
        <w:br/>
      </w:r>
      <w:r>
        <w:rPr>
          <w:sz w:val="20"/>
        </w:rPr>
        <w:t>28:10  hai. Unhon ne likha hai ke: "Apa, if emotions are taken out of deen, then according to rationality, how can you inspire people to do religious deeds?</w:t>
      </w:r>
      <w:r>
        <w:br/>
      </w:r>
      <w:r>
        <w:rPr>
          <w:sz w:val="20"/>
        </w:rPr>
        <w:t>28:22  If Ibrahim Alaihissalam had used only mind at the time of his sacrifice of his son Ismail, he would not have done the deed.</w:t>
      </w:r>
      <w:r>
        <w:br/>
      </w:r>
      <w:r>
        <w:rPr>
          <w:sz w:val="20"/>
        </w:rPr>
        <w:t>28:31  How can we separate Islam from emotions and social justice?"</w:t>
      </w:r>
      <w:r>
        <w:br/>
      </w:r>
      <w:r>
        <w:rPr>
          <w:sz w:val="20"/>
        </w:rPr>
        <w:t>28:37  to woh yeh sawal aap se pooch rahe hain. Apa, is ke baray mein kuch bataein. To emotions to positive bhi hotay hain, negative bhi hotay hain. Ab Khuda ke liye hamaray jazbat hain, deen ke liye jazbat hain.</w:t>
      </w:r>
      <w:r>
        <w:br/>
      </w:r>
      <w:r>
        <w:rPr>
          <w:sz w:val="20"/>
        </w:rPr>
        <w:t>28:48  to woh to bohat acha jazbat hain. Insan to ke andar to jazbat bhare hue hain, lekin ghalat jazbat, ghalat jazbat ka ghalat direction ke hum tamam logon ko apna dushman maan lein to aur jazbat mein un se jang karna shuru kar dein.</w:t>
      </w:r>
      <w:r>
        <w:br/>
      </w:r>
      <w:r>
        <w:rPr>
          <w:sz w:val="20"/>
        </w:rPr>
        <w:t>29:04  to jazbat, hamara jazba yeh hona chahiye ke hum tamam logon ko Khuda ka deen pohanchayengay, un ko jannat ka rasta dikhayengay. To jazbat bhi to is ka direction sahi hona chahiye na?</w:t>
      </w:r>
      <w:r>
        <w:br/>
      </w:r>
      <w:r>
        <w:rPr>
          <w:sz w:val="20"/>
        </w:rPr>
        <w:t>29:15  Jazbat to rahengay, jazbat ko to hum alag kar hi nahi sakte. Insan to jazbat insan ke andar bohat ziyada hain. Kai kai aisay mazahib hain jo kehtay hain ke desires ko alag karo, lekin desires khatam karo, lekin yeh possible nahi hai.</w:t>
      </w:r>
      <w:r>
        <w:br/>
      </w:r>
      <w:r>
        <w:rPr>
          <w:sz w:val="20"/>
        </w:rPr>
        <w:t>29:33  Desires ko, emotions ko khatam nahi kar sakte, bas is ka sahi direction mutayyan kar sakte hain. Aur Apa, yeh bohat zaroori hai ke emotional response jo hai, woh hamesha reaction hota hai.</w:t>
      </w:r>
      <w:r>
        <w:br/>
      </w:r>
      <w:r>
        <w:rPr>
          <w:sz w:val="20"/>
        </w:rPr>
        <w:t>29:47  Lekin agar aap soch samajh ke aap jawab dein to woh well considered response hota hai.</w:t>
      </w:r>
      <w:r>
        <w:br/>
      </w:r>
      <w:r>
        <w:rPr>
          <w:sz w:val="20"/>
        </w:rPr>
        <w:t>29:53  Aur Apa, sab se bara, I think, example Islamic history mein jo hamein milta hai ke kyun emotional response nahi dena chahiye, woh Rasool Allah ki zindagi se Hudaybiyyah treaty se hamein milta hai.</w:t>
      </w:r>
      <w:r>
        <w:br/>
      </w:r>
      <w:r>
        <w:rPr>
          <w:sz w:val="20"/>
        </w:rPr>
        <w:t>30:05  Jab treaty sign honi thi to likha tha ke Prophet of Allah. To Suhail ibn Amr thay Quraish ke side se, unhon ne kaha ke nahi, aap likhein Muhammad ibn Abdullah, hum aap ko Prophet nahi mantay hain.</w:t>
      </w:r>
      <w:r>
        <w:br/>
      </w:r>
      <w:r>
        <w:rPr>
          <w:sz w:val="20"/>
        </w:rPr>
        <w:t>30:18  To ab dekhiye, itna bara yeh aik emotional point tha.</w:t>
      </w:r>
      <w:r>
        <w:br/>
      </w:r>
      <w:r>
        <w:rPr>
          <w:sz w:val="20"/>
        </w:rPr>
        <w:t>30:22  Sahaba jo thay, woh naraz ho rahe thay ke aisay kaise ho sakta hai? Hazrat Ali ne mitanay se mana kar diya tha, Prophet ne khud mitaya tha, lekin Prophet future ko dekh ke faisla le rahe thay.</w:t>
      </w:r>
      <w:r>
        <w:br/>
      </w:r>
      <w:r>
        <w:rPr>
          <w:sz w:val="20"/>
        </w:rPr>
        <w:t>30:34  Agar us waqt emotion ke sath faisla lete to shayad woh ayat bhi nahi aati jo Fatah Mubeen ki aayi thi. Ayat aur us ke baad hum jantay hain ke kis tarah se aasani se Islam phail gaya aur Makkah bhi fateh hua.</w:t>
      </w:r>
      <w:r>
        <w:br/>
      </w:r>
      <w:r>
        <w:rPr>
          <w:sz w:val="20"/>
        </w:rPr>
        <w:t>30:50  To yeh bara important hai ke aap ne sahi kaha, jazbat bohat important hain, lekin is ko sahi direction dena, is ke liye mind ka istemal karna bohat zaroori hai.</w:t>
      </w:r>
    </w:p>
    <w:p>
      <w:pPr>
        <w:pStyle w:val="Heading2"/>
      </w:pPr>
      <w:r>
        <w:t>Youth attraction to materialism over spirituality</w:t>
      </w:r>
    </w:p>
    <w:p>
      <w:r>
        <w:rPr>
          <w:color w:val="666666"/>
          <w:sz w:val="18"/>
        </w:rPr>
        <w:t>Man and Paradise May 05, 2013 · 1m 29s · at 57:37 · https://youtu.be/VyFgim3pvts?t=3457</w:t>
      </w:r>
    </w:p>
    <w:p>
      <w:r>
        <w:rPr>
          <w:i/>
        </w:rPr>
        <w:t>“Why is it that today's younger generation is more attracted towards materialism than spirituality?”</w:t>
      </w:r>
    </w:p>
    <w:p>
      <w:r>
        <w:rPr>
          <w:sz w:val="20"/>
        </w:rPr>
        <w:t>57:37  Maulana, agla sawal Chennai se hai, Feroz sahib ne kiya hai. unhon ne poocha hai aap se ke "Why is it that today the young generation is more attracted towards materialism than spirituality?" nahin, aisa nahin hai.</w:t>
      </w:r>
      <w:r>
        <w:br/>
      </w:r>
      <w:r>
        <w:rPr>
          <w:sz w:val="20"/>
        </w:rPr>
        <w:t>57:54  aap sab se bari ghalati hai jo Aristotle aur Plato chal rahi hai aaj tak ke majmoo'ay ko le kar woh raah banate hain. majmoo'a dekhen, majmoo'a Khuda ka nishana hi nahin hai,</w:t>
      </w:r>
      <w:r>
        <w:br/>
      </w:r>
      <w:r>
        <w:rPr>
          <w:sz w:val="20"/>
        </w:rPr>
        <w:t>58:07  individual Khuda ka nishana hai.</w:t>
      </w:r>
      <w:r>
        <w:br/>
      </w:r>
      <w:r>
        <w:rPr>
          <w:sz w:val="20"/>
        </w:rPr>
        <w:t>58:11  youth log to bohat bare paimane par spirituality ki taraf mail hain. hamari mission mein dekhiye, sab youth lage hue hain. shayad hi koi boodha aadmi laga ho.</w:t>
      </w:r>
      <w:r>
        <w:br/>
      </w:r>
      <w:r>
        <w:rPr>
          <w:sz w:val="20"/>
        </w:rPr>
        <w:t>58:22  sari ghalati yeh hai ke log hamesha majmoo'ay ko dekhte hain. yani sare logon mein kya ho raha hai, bas yeh us ko dekhte hain. yeh nahin dekhte ke individual mein kya ho raha hai.</w:t>
      </w:r>
      <w:r>
        <w:br/>
      </w:r>
      <w:r>
        <w:rPr>
          <w:sz w:val="20"/>
        </w:rPr>
        <w:t>58:34  main to samajhta hoon ke bohat ziyada yani naujawanon mein kaam ho raha hai, bohat ziyada response naujawanon ki taraf se mil raha hai.</w:t>
      </w:r>
      <w:r>
        <w:br/>
      </w:r>
      <w:r>
        <w:rPr>
          <w:sz w:val="20"/>
        </w:rPr>
        <w:t>58:46  lekin individual level par aap dekhiye, tab yeh baat samajh mein ayegi.</w:t>
      </w:r>
      <w:r>
        <w:br/>
      </w:r>
      <w:r>
        <w:rPr>
          <w:sz w:val="20"/>
        </w:rPr>
        <w:t>58:50  aap majmoo'ay ko le kar sochenge to kuch samajh mein nahin ayega.</w:t>
      </w:r>
      <w:r>
        <w:br/>
      </w:r>
      <w:r>
        <w:rPr>
          <w:sz w:val="20"/>
        </w:rPr>
        <w:t>58:56  main ne bar bar yeh baat kahi hai ke Khuda ka jo creation plan hai, woh individual based hai, woh majmoo'a based nahin hai.</w:t>
      </w:r>
    </w:p>
    <w:p>
      <w:pPr>
        <w:pStyle w:val="Heading2"/>
      </w:pPr>
      <w:r>
        <w:t>Response to Q.A. Haider's view on religion</w:t>
      </w:r>
    </w:p>
    <w:p>
      <w:r>
        <w:rPr>
          <w:color w:val="666666"/>
          <w:sz w:val="18"/>
        </w:rPr>
        <w:t>Religion and Democracy December 25, 2011 · 2m 21s · at 1:50:53 · https://youtu.be/8Mf_yvDA8ik?t=6653</w:t>
      </w:r>
    </w:p>
    <w:p>
      <w:r>
        <w:rPr>
          <w:i/>
        </w:rPr>
        <w:t>“The famous Urdu short story writer Ms. Q.A. Haider wrote that religion first acted as opium, now religion is raining fire and bullets. Maulana, what do you say?”</w:t>
      </w:r>
    </w:p>
    <w:p>
      <w:r>
        <w:rPr>
          <w:sz w:val="20"/>
        </w:rPr>
        <w:t>1:50:53  mr shah imran hasan ne dilli se yeh sawal likha hai: "urdu ki mashhoor afsana nigar ms qa haider ne likha hai ke mazhab ne pehle afim ka kaam kiya tha, ab mazhab ag aur gole barsa raha</w:t>
      </w:r>
      <w:r>
        <w:br/>
      </w:r>
      <w:r>
        <w:rPr>
          <w:sz w:val="20"/>
        </w:rPr>
        <w:t>1:51:10  hai. maulana sahib, is par aap kya kahenge?"</w:t>
      </w:r>
      <w:r>
        <w:br/>
      </w:r>
      <w:r>
        <w:rPr>
          <w:sz w:val="20"/>
        </w:rPr>
        <w:t>1:51:16  mazhab ne nahi kiya, mazhab ko manne walon ne</w:t>
      </w:r>
      <w:r>
        <w:br/>
      </w:r>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r>
        <w:br/>
      </w:r>
      <w:r>
        <w:rPr>
          <w:sz w:val="20"/>
        </w:rPr>
        <w:t>1:52:14  mein dekh, blame jis pe jata hai, woh un logon par jo mazhab ke naam par yeh sab kar rahe hain. khud mazhab par nahi jata blame.</w:t>
      </w:r>
    </w:p>
    <w:p>
      <w:pPr>
        <w:pStyle w:val="Heading2"/>
      </w:pPr>
      <w:r>
        <w:t>Religion as opium and now fire</w:t>
      </w:r>
    </w:p>
    <w:p>
      <w:r>
        <w:rPr>
          <w:color w:val="666666"/>
          <w:sz w:val="18"/>
        </w:rPr>
        <w:t>Discovery of God (In Conversation with Maulana) December 25, 2011 · 1m 51s · at 47:48 · https://youtu.be/-1c1d7cFj0s?t=2868</w:t>
      </w:r>
    </w:p>
    <w:p>
      <w:r>
        <w:rPr>
          <w:i/>
        </w:rPr>
        <w:t>“The famous Urdu short story writer Ms. Q.A. Hyder has written that religion first acted as opium. Now religion is raining fire and bullets. What do you say about this?”</w:t>
      </w:r>
    </w:p>
    <w:p>
      <w:r>
        <w:rPr>
          <w:sz w:val="20"/>
        </w:rPr>
        <w:t>47:48  mister Shah Imran Hasan ne Delhi se yeh sawal likha hai: "Urdu ki mashhoor afsana nigar Miss Q. A. Haider ne likha hai ke mazhab ne pehle afim ka kaam kiya.</w:t>
      </w:r>
      <w:r>
        <w:br/>
      </w:r>
      <w:r>
        <w:rPr>
          <w:sz w:val="20"/>
        </w:rPr>
        <w:t>48:03  mazhab ne pehle afim ka kaam kiya tha. ab mazhab aag aur gole barsa raha hai. Maulana sahib, is par aap kya kahenge?"</w:t>
      </w:r>
      <w:r>
        <w:br/>
      </w:r>
      <w:r>
        <w:rPr>
          <w:sz w:val="20"/>
        </w:rPr>
        <w:t>48:14  mazhab ne nahi kiya, mazhab ko manne walon ne kiya. ghalati yahi hai ke yeh religion open of mind jo kaha tha, jis ne woh, us ne kaha tha mars ne.</w:t>
      </w:r>
      <w:r>
        <w:br/>
      </w:r>
      <w:r>
        <w:rPr>
          <w:sz w:val="20"/>
        </w:rPr>
        <w:t>48:29  to woh jo baat mazhab ke bare mein kahi, woh asal mein un logon par chaspn hoti hai jo mazhab ko ke naam par yeh sab phailate hain.</w:t>
      </w:r>
      <w:r>
        <w:br/>
      </w:r>
      <w:r>
        <w:rPr>
          <w:sz w:val="20"/>
        </w:rPr>
        <w:t>48:40  pehlay bhi tha, ab bhi. yani pehlay bhi yahi tha ke mazhab ke naam par jo</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Fasting: ritual or spiritual observanc?</w:t>
      </w:r>
    </w:p>
    <w:p>
      <w:r>
        <w:rPr>
          <w:color w:val="666666"/>
          <w:sz w:val="18"/>
        </w:rPr>
        <w:t>From The Spiritual Tree August 8, 2010 · 1m 10s · at 1:11:28 · https://youtu.be/H6e9NOrqgHI?t=4288</w:t>
      </w:r>
    </w:p>
    <w:p>
      <w:r>
        <w:rPr>
          <w:i/>
        </w:rPr>
        <w:t>“Is fasting a ritual act rathr than a spiritual act? Kindly advise us how to observe fast with the true spirit.”</w:t>
      </w:r>
    </w:p>
    <w:p>
      <w:r>
        <w:rPr>
          <w:sz w:val="20"/>
        </w:rPr>
        <w:t>1:11:28  maulana, agla sawal mister arshad jamal ne kiya hai nai dilli se. unhon ne likha hai ke "ar fast is a ritual act rather than a spiritual act".</w:t>
      </w:r>
      <w:r>
        <w:br/>
      </w:r>
      <w:r>
        <w:rPr>
          <w:sz w:val="20"/>
        </w:rPr>
        <w:t>1:11:40  kindly advise us how to observe fast with the true spirit. bhai, is mein advise kya hai?</w:t>
      </w:r>
      <w:r>
        <w:br/>
      </w:r>
      <w:r>
        <w:rPr>
          <w:sz w:val="20"/>
        </w:rPr>
        <w:t>1:11:50  is mein yahi ke kitabein parhiye. hamari kitab likhi hai "som ramzan", is ko parhiye aap aur hadith ko mutala kijiyye aap.</w:t>
      </w:r>
      <w:r>
        <w:br/>
      </w:r>
      <w:r>
        <w:rPr>
          <w:sz w:val="20"/>
        </w:rPr>
        <w:t>1:11:58  to yaani ke yeh hain masail aur yeh hain is ki, yaani yeh hain haqeeqat roza aur yeh hai ke masail roza.</w:t>
      </w:r>
      <w:r>
        <w:br/>
      </w:r>
      <w:r>
        <w:rPr>
          <w:sz w:val="20"/>
        </w:rPr>
        <w:t>1:12:09  to dono cheezein maujood hain kitabon mein. aap parhiye is ko. masail roza janna hai to woh bhi kitabein maujood hain. aur roze ki jo rooh hai, us ki jo spirit hai, woh janna hai, woh bhi maujood hai kitabon mein.</w:t>
      </w:r>
      <w:r>
        <w:br/>
      </w:r>
      <w:r>
        <w:rPr>
          <w:sz w:val="20"/>
        </w:rPr>
        <w:t>1:12:21  quran ko parh kar aap jaan sakte hain. hamari kitab chhapi hui hai, kya naam tha kitab ka? "som ramzan". "som ramzan" is ko parhiye aap. yeh sab cheezein ke mutala karne se maloom hoti hain.</w:t>
      </w:r>
      <w:r>
        <w:br/>
      </w:r>
      <w:r>
        <w:rPr>
          <w:sz w:val="20"/>
        </w:rPr>
        <w:t>1:12:33  sirf ek sawal, ek jawab se nahi maloom hoti yeh sab cheezein. aap is ki study kijiyye is kitab ki</w:t>
      </w:r>
      <w:r>
        <w:br/>
      </w:r>
      <w:r>
        <w:rPr>
          <w:sz w:val="20"/>
        </w:rPr>
        <w:t>1:12:39  "som ramzan". yeh mil gayi aap koi good word mein. maulana, agla sawal kya hai mr ameenuddin qazi ne delhi se.</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Religion restricts freedom, so reject it</w:t>
      </w:r>
    </w:p>
    <w:p>
      <w:r>
        <w:rPr>
          <w:color w:val="666666"/>
          <w:sz w:val="18"/>
        </w:rPr>
        <w:t>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Form vs spirit in worship among People of Book</w:t>
      </w:r>
    </w:p>
    <w:p>
      <w:r>
        <w:rPr>
          <w:color w:val="666666"/>
          <w:sz w:val="18"/>
        </w:rPr>
        <w:t>Revival and Revivalist June 7, 2015 · 1m 25s · at 53:45 · https://youtu.be/MCY8AJ87BXc?t=3225</w:t>
      </w:r>
    </w:p>
    <w:p>
      <w:r>
        <w:rPr>
          <w:i/>
        </w:rPr>
        <w:t>“Nowdays Musims are laing graet emphasis on form in their worship. How does this tendeny develop in the People of the Book? Why does the spirit get lost in later generations of the People of the Book? Please explain.”</w:t>
      </w:r>
    </w:p>
    <w:p>
      <w:r>
        <w:rPr>
          <w:sz w:val="20"/>
        </w:rPr>
        <w:t>53:45  mani yeh agla sawal kiya hai doctor fareeda khanum ne dehli se. nowadays muslims are laying great emphasis on form in their worship.</w:t>
      </w:r>
      <w:r>
        <w:br/>
      </w:r>
      <w:r>
        <w:rPr>
          <w:sz w:val="20"/>
        </w:rPr>
        <w:t>53:57  how this tendency develops in the people of the book? why the spirit gets lost in later generations of the people of the book?</w:t>
      </w:r>
      <w:r>
        <w:br/>
      </w:r>
      <w:r>
        <w:rPr>
          <w:sz w:val="20"/>
        </w:rPr>
        <w:t>54:07  please explain. dekhiye, yehhi yehhi hamesha hota hai.</w:t>
      </w:r>
      <w:r>
        <w:br/>
      </w:r>
      <w:r>
        <w:rPr>
          <w:sz w:val="20"/>
        </w:rPr>
        <w:t>54:12  pichhli ummaton mein bhi hua, musalmanon mein bhi hua. kyunke jab spirit khatam hoti hai to tab bhi deen baqi rehta hai, lekin form ke aitbar se baqi rehta hai.</w:t>
      </w:r>
      <w:r>
        <w:br/>
      </w:r>
      <w:r>
        <w:rPr>
          <w:sz w:val="20"/>
        </w:rPr>
        <w:t>54:25  kabhi bhi deen khatam nahi hota, spirit khatam hoti hai. to mujaddid ka kaam yeh hai ke spirit ko revive karein. woh form ko revive karne ki zaroorat hi nahi hai, woh to already maujood hota hai hamesha.</w:t>
      </w:r>
      <w:r>
        <w:br/>
      </w:r>
      <w:r>
        <w:rPr>
          <w:sz w:val="20"/>
        </w:rPr>
        <w:t>54:38  to mujaddid ka kaam asal mein sach poochhein to revive karna hai spirit ko, aur yeh hamesha jari rahega. kyunke ek rasool Allah sallallahu alaihi wasallam ne kuch logon ke darmiyan kaam kiya, un mein aap ne spirit paida ki.</w:t>
      </w:r>
      <w:r>
        <w:br/>
      </w:r>
      <w:r>
        <w:rPr>
          <w:sz w:val="20"/>
        </w:rPr>
        <w:t>54:54  to hamesha jadid jadid rehte hain, nahi mar jate hain. woh phir un ke bete, phir un ke pote. to baad ki naslon mein kabhi bhi woh spirit baqi nahi rehti.</w:t>
      </w:r>
      <w:r>
        <w:br/>
      </w:r>
      <w:r>
        <w:rPr>
          <w:sz w:val="20"/>
        </w:rPr>
        <w:t>55:04  form to rehta hai, lekin spirit nahi baqi rehti. to tajdid haqiqatan baad ki naslon ke mein aata</w:t>
      </w:r>
    </w:p>
    <w:p>
      <w:pPr>
        <w:pStyle w:val="Heading2"/>
      </w:pPr>
      <w:r>
        <w:t>Deconditioning Muslims from cultural Islam to spiritual personality</w:t>
      </w:r>
    </w:p>
    <w:p>
      <w:r>
        <w:rPr>
          <w:color w:val="666666"/>
          <w:sz w:val="18"/>
        </w:rPr>
        <w:t>Root Cause of Terrorism February 22, 2015 · 36s · at 43:12 · https://youtu.be/n0AIGEI7b9U?t=2592</w:t>
      </w:r>
    </w:p>
    <w:p>
      <w:r>
        <w:rPr>
          <w:i/>
        </w:rPr>
        <w:t>“Muslims are so conditioned into thinking that Islam is a cultural system that it is very difficult to decondition them and bring them back to the original teachings of Islam, which is to develop a spiritual personality.”</w:t>
      </w:r>
    </w:p>
    <w:p>
      <w:r>
        <w:rPr>
          <w:sz w:val="20"/>
        </w:rPr>
        <w:t>43:12  maulana, agla sawal doctor farida khanam ne kiya hai delhi se aur unhon ne likha hai: "Muslims are</w:t>
      </w:r>
      <w:r>
        <w:br/>
      </w:r>
      <w:r>
        <w:rPr>
          <w:sz w:val="20"/>
        </w:rPr>
        <w:t>43:20  so conditioned into thinking that Islam is a cultural system that it is very difficult to de-condition</w:t>
      </w:r>
      <w:r>
        <w:br/>
      </w:r>
      <w:r>
        <w:rPr>
          <w:sz w:val="20"/>
        </w:rPr>
        <w:t>43:27  them and bring them back to the original teachings of Islam, which is to develop a spiritual personality</w:t>
      </w:r>
      <w:r>
        <w:br/>
      </w:r>
      <w:r>
        <w:rPr>
          <w:sz w:val="20"/>
        </w:rPr>
        <w:t>43:35  So that they may find a place in paradise, the eternal abode, where only the purified souls will</w:t>
      </w:r>
      <w:r>
        <w:br/>
      </w:r>
      <w:r>
        <w:rPr>
          <w:sz w:val="20"/>
        </w:rPr>
        <w:t>43:43  find a place. haan to theek hai, woh sahi baat hai, sahi hai.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Spirituality not leading to worship of God</w:t>
      </w:r>
    </w:p>
    <w:p>
      <w:r>
        <w:rPr>
          <w:color w:val="666666"/>
          <w:sz w:val="18"/>
        </w:rPr>
        <w:t>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Should Religion Be More Liberal?</w:t>
      </w:r>
    </w:p>
    <w:p>
      <w:r>
        <w:rPr>
          <w:color w:val="666666"/>
          <w:sz w:val="18"/>
        </w:rPr>
        <w:t>Quran for All Mankind June 3, 2012 · 1m 25s · at 1:09:09 · https://youtu.be/Gp-53Zjugcg?t=4149</w:t>
      </w:r>
    </w:p>
    <w:p>
      <w:r>
        <w:rPr>
          <w:i/>
        </w:rPr>
        <w:t>“Should religion limit itself to traditional style and become more liberal? What is your comment on this?”</w:t>
      </w:r>
    </w:p>
    <w:p>
      <w:r>
        <w:rPr>
          <w:sz w:val="20"/>
        </w:rPr>
        <w:t>1:09:09  maulana, agla sawal mister zafar sahib ka hai, mumbai se. unhon ne aap se poocha hai ke "should religion limit itself to traditional style or become more liberal?" what is your comment on this?</w:t>
      </w:r>
      <w:r>
        <w:br/>
      </w:r>
      <w:r>
        <w:rPr>
          <w:sz w:val="20"/>
        </w:rPr>
        <w:t>1:09:25  kya kya? "</w:t>
      </w:r>
      <w:r>
        <w:br/>
      </w:r>
      <w:r>
        <w:rPr>
          <w:sz w:val="20"/>
        </w:rPr>
        <w:t>1:09:26  should religion limit itself to traditional style or become more liberal?" na liberal, na dono lafz galat hain.</w:t>
      </w:r>
      <w:r>
        <w:br/>
      </w:r>
      <w:r>
        <w:rPr>
          <w:sz w:val="20"/>
        </w:rPr>
        <w:t>1:09:38  traditional wala bhi ek be matlab lafz hai, woh liberal bhi abhi bhi be matlab hai. pehli baat yeh hai ke aap daryaft karen ke mazhab kya hai.</w:t>
      </w:r>
      <w:r>
        <w:br/>
      </w:r>
      <w:r>
        <w:rPr>
          <w:sz w:val="20"/>
        </w:rPr>
        <w:t>1:09:52  meri daryaft yeh hai ke mazhab ka authentic jo book hai, woh quran hai. yeh meri daryaft hai. to agar aap yahan tak pohnche to aap quran mein kya likha hai, is ko dekhiye.</w:t>
      </w:r>
      <w:r>
        <w:br/>
      </w:r>
      <w:r>
        <w:rPr>
          <w:sz w:val="20"/>
        </w:rPr>
        <w:t>1:10:02  inhain liberal ko dekhna hai, na traditional ko dekhna hai. Quran mein kya likha hai, is ko janna hai. meri jo daryaft hai, kyunke maine bohat si kitabein parhin, aakhir mein yahan tak pohncha ke Quran hi wahid kitab hai jo ath</w:t>
      </w:r>
      <w:r>
        <w:br/>
      </w:r>
      <w:r>
        <w:rPr>
          <w:sz w:val="20"/>
        </w:rPr>
        <w:t>1:10:16  entic hai. jo authentic hai, to isi par bharosa kar sakte hain. to is mein kya likha hai, is ko janne ki koshish kijiye. yeh sab to a a a relative baatein hain ke liberal ho ke kya kya hai, woh ji is ka koi, is se to koi talluq nahin.</w:t>
      </w:r>
    </w:p>
    <w:p>
      <w:pPr>
        <w:pStyle w:val="Heading2"/>
      </w:pPr>
      <w:r>
        <w:t>Separation of religion and politics</w:t>
      </w:r>
    </w:p>
    <w:p>
      <w:r>
        <w:rPr>
          <w:color w:val="666666"/>
          <w:sz w:val="18"/>
        </w:rPr>
        <w:t>Sahaba and Muhaddithin 24th June 2012 - Maulana Wahiduddin Khan · 2m 32s · at 1:05:22 · https://youtu.be/tUPo7MI0Bdo?t=3922</w:t>
      </w:r>
    </w:p>
    <w:p>
      <w:r>
        <w:rPr>
          <w:i/>
        </w:rPr>
        <w:t>“Differentiating between religion and politics is considered an incomplete concept of religion. Why is that?”</w:t>
      </w:r>
    </w:p>
    <w:p>
      <w:r>
        <w:rPr>
          <w:sz w:val="20"/>
        </w:rPr>
        <w:t>1:05:22  molana, agla sawal tamil nadu se hai, molana iqbal umri sahib ka. unhon ne likha hai: "mazhab aur siyasat mein farq karne ko</w:t>
      </w:r>
      <w:r>
        <w:br/>
      </w:r>
      <w:r>
        <w:rPr>
          <w:sz w:val="20"/>
        </w:rPr>
        <w:t>1:05:32  deen ka naqis tasawwur samjha jata hai, aisa kyun?" yeh to bilkul mein samajhta hoon ke yani batil tasawwur hai jis ka islam mein koi bhi reference maujood nahi.</w:t>
      </w:r>
      <w:r>
        <w:br/>
      </w:r>
      <w:r>
        <w:rPr>
          <w:sz w:val="20"/>
        </w:rPr>
        <w:t>1:05:52  bilashuba deen alag hai aur siyasat alag hai, is mein koi shakk nahi.</w:t>
      </w:r>
      <w:r>
        <w:br/>
      </w:r>
      <w:r>
        <w:rPr>
          <w:sz w:val="20"/>
        </w:rPr>
        <w:t>1:06:01  dekhein, islam ke mutabiq</w:t>
      </w:r>
      <w:r>
        <w:br/>
      </w:r>
      <w:r>
        <w:rPr>
          <w:sz w:val="20"/>
        </w:rPr>
        <w:t>1:06:08  deen ki taleemat jo hain, woh hoti hain according to the situation. ittaqullah wa ma istata'tum to jahan tak apni zaat ka ta'alluq hai, har waqt hamare bas mein hai ke apni zaat ke aitbar se hum</w:t>
      </w:r>
      <w:r>
        <w:br/>
      </w:r>
      <w:r>
        <w:rPr>
          <w:sz w:val="20"/>
        </w:rPr>
        <w:t>1:06:25  deen ko ikhtiyar karein. yani is mein hamein koi excuse nahi ho sakta hai zaat ke aitbar se. lekin jab aata hai muamla society ka, mujtama ka, to wahan doosre logon ki rai ke mutabiq kaam karna pare ga.</w:t>
      </w:r>
      <w:r>
        <w:br/>
      </w:r>
      <w:r>
        <w:rPr>
          <w:sz w:val="20"/>
        </w:rPr>
        <w:t>1:06:45  yeh nahi hai ke aap impose kar dein un ke upar.</w:t>
      </w:r>
      <w:r>
        <w:br/>
      </w:r>
      <w:r>
        <w:rPr>
          <w:sz w:val="20"/>
        </w:rPr>
        <w:t>1:06:48  inaam ki baat hai, impose karein ge to impose nahi hoga. to hukoomat ka ki noiyat hi alag hai, hukoomat ki bilkul noiyat alag hai.</w:t>
      </w:r>
      <w:r>
        <w:br/>
      </w:r>
      <w:r>
        <w:rPr>
          <w:sz w:val="20"/>
        </w:rPr>
        <w:t>1:07:00  hukumat ka mamla yeh hai ke jaise halaat, waisi hukumat. Hadees mein aata hai ke</w:t>
      </w:r>
      <w:r>
        <w:br/>
      </w:r>
      <w:r>
        <w:rPr>
          <w:sz w:val="20"/>
        </w:rPr>
        <w:t>1:07:06  kama takoonoon kazalik yool aleikum jaise tum ho gaye, waise hukmaran ho gaye. Yani hukumat ubharti hai mujtama se, yani social condition se.</w:t>
      </w:r>
      <w:r>
        <w:br/>
      </w:r>
      <w:r>
        <w:rPr>
          <w:sz w:val="20"/>
        </w:rPr>
        <w:t>1:07:18  lekin inforadi jo deen hai, woh toh har waqt aap ikhtiyar karte rehte hain. Toh jo log dono taqazon ko ek kar ke kehte hain ke Islam mukammal nizam hai, woh bilashuba baatil boli bolte hain.</w:t>
      </w:r>
      <w:r>
        <w:br/>
      </w:r>
      <w:r>
        <w:rPr>
          <w:sz w:val="20"/>
        </w:rPr>
        <w:t>1:07:29  aur Islam mein tashaddud jo aa gaya hai, isi liye aa gaya hai.</w:t>
      </w:r>
      <w:r>
        <w:br/>
      </w:r>
      <w:r>
        <w:rPr>
          <w:sz w:val="20"/>
        </w:rPr>
        <w:t>1:07:33  tashaddud jo aa gaya hai Islam mein, barah-e-raast zimmedar hain woh log kis ke jinho ne yeh naarah diya ke Islam mukammal nizam hai. Is ko mein bilashuba baatil samajhta hoon.</w:t>
      </w:r>
      <w:r>
        <w:br/>
      </w:r>
      <w:r>
        <w:rPr>
          <w:sz w:val="20"/>
        </w:rPr>
        <w:t>1:07:45  toh meri bohat si kitabein hain, aap padh lijiye: Tabeer-e-Ghalati, Deen aur Shariat, Al-Islam waghera.</w:t>
      </w:r>
    </w:p>
    <w:p>
      <w:pPr>
        <w:pStyle w:val="Heading2"/>
      </w:pPr>
      <w:r>
        <w:t>Why people too busy for religion due to material pursuits?</w:t>
      </w:r>
    </w:p>
    <w:p>
      <w:r>
        <w:rPr>
          <w:color w:val="666666"/>
          <w:sz w:val="18"/>
        </w:rPr>
        <w:t>The Message of Eid Al-Adha November 6, 2011 Maulana Wahiduddin Khan · 57s · at 1:17:32 · https://youtu.be/y59PU_RD2cg?t=4652</w:t>
      </w:r>
    </w:p>
    <w:p>
      <w:r>
        <w:rPr>
          <w:i/>
        </w:rPr>
        <w:t>“People are so busy in their material pursuits that no one has time to talk seriously about religion. What is the reason for this?”</w:t>
      </w:r>
    </w:p>
    <w:p>
      <w:r>
        <w:rPr>
          <w:sz w:val="20"/>
        </w:rPr>
        <w:t>1:17:32  Maulana, yeh sawal Mr. Abdul Latif ne kiya hai Karachi Pakistan se. unhone likha hai: "log apni maadi masroofiyat mein itna masroof hain ke kisi ko deen par sanjeedgi se baat karne ka waqt nahi hai." Maulana sahib, is ki kya wajah hai?</w:t>
      </w:r>
      <w:r>
        <w:br/>
      </w:r>
      <w:r>
        <w:rPr>
          <w:sz w:val="20"/>
        </w:rPr>
        <w:t>1:17:51  is ke bare mein batayein. yeh to Quran mein bata hi diya gaya hai. awalan ke yeh yani imme</w:t>
      </w:r>
      <w:r>
        <w:br/>
      </w:r>
      <w:r>
        <w:rPr>
          <w:sz w:val="20"/>
        </w:rPr>
        <w:t>1:18:02  diate gain ke peeche daudna, jo door ka faida hai, yani jannat to door ka faida lagti hai ke marne ke baad samne ayegi.</w:t>
      </w:r>
      <w:r>
        <w:br/>
      </w:r>
      <w:r>
        <w:rPr>
          <w:sz w:val="20"/>
        </w:rPr>
        <w:t>1:18:11  samne ka jo faida hai, to awalan ke yeh yani immediate gain dikhai deta hai, us ke peeche daud rahe hain.</w:t>
      </w:r>
      <w:r>
        <w:br/>
      </w:r>
      <w:r>
        <w:rPr>
          <w:sz w:val="20"/>
        </w:rPr>
        <w:t>1:18:21  ab baat ki jo cheez dikhai nahi deti, us se us se us ko nazar andaaz karte hain. yahi baat hai.</w:t>
      </w:r>
      <w:r>
        <w:br/>
      </w:r>
      <w:r>
        <w:rPr>
          <w:sz w:val="20"/>
        </w:rPr>
        <w:t>1:18:30  maulana, agla sawal aaya hai maulana zikwan nadvi ka dilli se. unhon ne likha hai: "aam taur par logon ka yeh mizaj hota hai ke woh sirf like minded logon se milte hain.</w:t>
      </w:r>
    </w:p>
    <w:p>
      <w:pPr>
        <w:pStyle w:val="Heading2"/>
      </w:pPr>
      <w:r>
        <w:t>Difference between religion and spirituality</w:t>
      </w:r>
    </w:p>
    <w:p>
      <w:r>
        <w:rPr>
          <w:color w:val="666666"/>
          <w:sz w:val="18"/>
        </w:rPr>
        <w:t>Spirituality in Simple Living, High Thinking October 27, 2019 Maulana Wahiduddin Khan · 1m 15s · at 48:29 · https://youtu.be/Kr28g15eFr8?t=2909</w:t>
      </w:r>
    </w:p>
    <w:p>
      <w:r>
        <w:rPr>
          <w:i/>
        </w:rPr>
        <w:t>“Through your guidance of simple living, we can save ourselves from lots of distractions to attain spirituality. My question is, 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Is performing prayer form enough?</w:t>
      </w:r>
    </w:p>
    <w:p>
      <w:r>
        <w:rPr>
          <w:color w:val="666666"/>
          <w:sz w:val="18"/>
        </w:rPr>
        <w:t>Concept of God December 7, 2014 · 1m 48s · at 1:11:31 · https://youtu.be/dCgL9lp8EAo?t=4291</w:t>
      </w:r>
    </w:p>
    <w:p>
      <w:r>
        <w:rPr>
          <w:i/>
        </w:rPr>
        <w:t>“People think that once they have performed the form of prayer, that is enough. That they are God's worshippers. Is it right? Please explain this.”</w:t>
      </w:r>
    </w:p>
    <w:p>
      <w:r>
        <w:rPr>
          <w:sz w:val="20"/>
        </w:rPr>
        <w:t>1:11:31  Maulana, agla sawal Delhi se kiya hai Dr. Fareeda Khanam ne, aur unhon ne likha hai: "People think that once they have performed the form of prayer, that is enough.</w:t>
      </w:r>
      <w:r>
        <w:br/>
      </w:r>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Why Islam seems rigid?</w:t>
      </w:r>
    </w:p>
    <w:p>
      <w:r>
        <w:rPr>
          <w:color w:val="666666"/>
          <w:sz w:val="18"/>
        </w:rPr>
        <w:t>Islam in A New Age March 18, 2012 · 1m 55s · at 1:06:06 · https://youtu.be/P5hzq_NheY0?t=3966</w:t>
      </w:r>
    </w:p>
    <w:p>
      <w:r>
        <w:rPr>
          <w:i/>
        </w:rPr>
        <w:t>“Religion should be flexible. Islam is very rigid and has several rules with dos and don'ts. Why is this so?”</w:t>
      </w:r>
    </w:p>
    <w:p>
      <w:r>
        <w:rPr>
          <w:sz w:val="20"/>
        </w:rPr>
        <w:t>1:06:06  maulana, un ka ek aur sawal hai. unhon ne likha hai ke religion should be flexible. Islam is very rigid and has several rules with dos and don'ts.</w:t>
      </w:r>
      <w:r>
        <w:br/>
      </w:r>
      <w:r>
        <w:rPr>
          <w:sz w:val="20"/>
        </w:rPr>
        <w:t>1:06:17  why is this so? masla yeh nahin hai, yeh to aap ka apna criteria hai flexible. islam to yaqeenan poori tarah flexible hai.</w:t>
      </w:r>
      <w:r>
        <w:br/>
      </w:r>
      <w:r>
        <w:rPr>
          <w:sz w:val="20"/>
        </w:rPr>
        <w:t>1:06:27  lekin cheez yeh hai ke yeh woh logon ke khayalat hote hain jo religion ko, yaani dekhiye, religion ke do concept hain.</w:t>
      </w:r>
      <w:r>
        <w:br/>
      </w:r>
      <w:r>
        <w:rPr>
          <w:sz w:val="20"/>
        </w:rPr>
        <w:t>1:06:37  ek hai based on revelation, ek hai simply ek ek social phenomena.</w:t>
      </w:r>
      <w:r>
        <w:br/>
      </w:r>
      <w:r>
        <w:rPr>
          <w:sz w:val="20"/>
        </w:rPr>
        <w:t>1:06:47  to agar aap is mein phenomena ke taur par religion ko mante hain to aap jo chahen is mein shamil kar li jiye. lekin</w:t>
      </w:r>
      <w:r>
        <w:br/>
      </w:r>
      <w:r>
        <w:rPr>
          <w:sz w:val="20"/>
        </w:rPr>
        <w:t>1:06:53  woh religion jo revelation par base karta hai, to woh to yahi dekha ke dekha gaya text mein kya hai. jo text mein hai, wahi authentic hai. baqi yeh bilkul galat hai ke islam flexible nahin hai.</w:t>
      </w:r>
      <w:r>
        <w:br/>
      </w:r>
      <w:r>
        <w:rPr>
          <w:sz w:val="20"/>
        </w:rPr>
        <w:t>1:07:04  yeh musalman jo hain, in ko dekh kar aap rah bana rahe hain. to musalman ka naam islam nahin hai. islam aakhri had tak flexible hai. is ke baad flexible to koi bhi mazhab nahin hai, mere tajrube ke mutabiq.</w:t>
      </w:r>
      <w:r>
        <w:br/>
      </w:r>
      <w:r>
        <w:rPr>
          <w:sz w:val="20"/>
        </w:rPr>
        <w:t>1:07:17  dosre mazahib mein to bilkul hi nahin flexibility hai.</w:t>
      </w:r>
      <w:r>
        <w:br/>
      </w:r>
      <w:r>
        <w:rPr>
          <w:sz w:val="20"/>
        </w:rPr>
        <w:t>1:07:21  islam mein aakhri had tak flexibility hai. lekin yeh yeh cheez criteria nahin hai. criteria yeh hai ke aap ek ek social phenomena ke taur par mante hain mazhab ko ya us ko,</w:t>
      </w:r>
      <w:r>
        <w:br/>
      </w:r>
      <w:r>
        <w:rPr>
          <w:sz w:val="20"/>
        </w:rPr>
        <w:t>1:07:36  yaani revelation based mante hain. yeh yeh criteria hai. main manta hoon revelation based. to jo revelation mein jo cheez hai, wahi wahi authentic rahe</w:t>
      </w:r>
      <w:r>
        <w:br/>
      </w:r>
      <w:r>
        <w:rPr>
          <w:sz w:val="20"/>
        </w:rPr>
        <w:t>1:07:50  gi. baqi yeh flexible hai ya nahin hai, yeh to bilkul irrelevant baat hai. kyunke flexible to bohat hai islam. islam se zyada koi mazhab flexible nahin hai.</w:t>
      </w:r>
    </w:p>
    <w:p>
      <w:pPr>
        <w:pStyle w:val="Heading2"/>
      </w:pPr>
      <w:r>
        <w:t>Is Emotional Feeling a True Expression of Islam</w:t>
      </w:r>
    </w:p>
    <w:p>
      <w:r>
        <w:rPr>
          <w:color w:val="666666"/>
          <w:sz w:val="18"/>
        </w:rPr>
        <w:t>Surah Al-'Asr I November 23, 2014 Maulana Wahiduddin Khan · 4m 16s · at 49:18 · https://youtu.be/3dBMIUC0Dqw?t=2958</w:t>
      </w:r>
    </w:p>
    <w:p>
      <w:r>
        <w:rPr>
          <w:i/>
        </w:rPr>
        <w:t>“A gentleman has written his feeling about a spiritual state. Is this feeling an expression of Islam?”</w:t>
      </w:r>
    </w:p>
    <w:p>
      <w:r>
        <w:rPr>
          <w:sz w:val="20"/>
        </w:rPr>
        <w:t>49:18  Maulana, ye sawal aya hai ab Maulana Abdul Basit Umri ka, Qatar, Doha se. aur unhon ne likha hai: "Maulana, aik sahib ne kaifiyat ke baray mein apna aik ehsas likha.</w:t>
      </w:r>
      <w:r>
        <w:br/>
      </w:r>
      <w:r>
        <w:rPr>
          <w:sz w:val="20"/>
        </w:rPr>
        <w:t>49:33  kya ye ehsas Islam ka tarjuma hai?" aur Maulana, unhon ne wo phir</w:t>
      </w:r>
      <w:r>
        <w:br/>
      </w:r>
      <w:r>
        <w:rPr>
          <w:sz w:val="20"/>
        </w:rPr>
        <w:t>49:40  detail mein likha hai. jo sahib ne un ko likha tha wo is tarah hai: "aksar log jazbatiyat aur raqat ko hi taluq billah samjhte hain.</w:t>
      </w:r>
      <w:r>
        <w:br/>
      </w:r>
      <w:r>
        <w:rPr>
          <w:sz w:val="20"/>
        </w:rPr>
        <w:t>49:51  aur jab ye kam hone lagti hai to khud bhi ibadat mein kami ya tark kar dete hain.</w:t>
      </w:r>
      <w:r>
        <w:br/>
      </w:r>
      <w:r>
        <w:rPr>
          <w:sz w:val="20"/>
        </w:rPr>
        <w:t>49:58  halankay kaifiyat ka hona ya na hona dono azmaish hain. phir Allah ye bhi dekhna chahta hai ke mera banda mere liye ibadat karta hai ya dil ki lazzat o kaifiyat ke liye.</w:t>
      </w:r>
      <w:r>
        <w:br/>
      </w:r>
      <w:r>
        <w:rPr>
          <w:sz w:val="20"/>
        </w:rPr>
        <w:t>50:13  kaifiyat to ani jani cheez hai.</w:t>
      </w:r>
      <w:r>
        <w:br/>
      </w:r>
      <w:r>
        <w:rPr>
          <w:sz w:val="20"/>
        </w:rPr>
        <w:t>50:16  asal maqsood Allah ki ibadat aur itaat hai. agar ye na ho to kaifiyat ki koi khaas ahmiyat nahi." Maulana, is ke baray mein kuch?</w:t>
      </w:r>
      <w:r>
        <w:br/>
      </w:r>
      <w:r>
        <w:rPr>
          <w:sz w:val="20"/>
        </w:rPr>
        <w:t>50:28  nahi, kaifiyat hi asal hai. ye galat baat hai. kaifiyat hi asal hai.</w:t>
      </w:r>
      <w:r>
        <w:br/>
      </w:r>
      <w:r>
        <w:rPr>
          <w:sz w:val="20"/>
        </w:rPr>
        <w:t>50:35  jazbatiyat bilkul doosri cheez hai. jazbatiyat alag cheez hai.</w:t>
      </w:r>
      <w:r>
        <w:br/>
      </w:r>
      <w:r>
        <w:rPr>
          <w:sz w:val="20"/>
        </w:rPr>
        <w:t>50:44  misal ke taur par main aik martaba gaya, shia hazrat ki majlis hoti hai, majlis e aza. is mein aik sahib aye, unhon ne Hazrat Hussain ki mazloomiyat bayan ki.</w:t>
      </w:r>
      <w:r>
        <w:br/>
      </w:r>
      <w:r>
        <w:rPr>
          <w:sz w:val="20"/>
        </w:rPr>
        <w:t>50:56  mazloomiyat ajeeb o ghareeb tareeqay se mazloomiyat. ab sare log ro rahe hain.</w:t>
      </w:r>
      <w:r>
        <w:br/>
      </w:r>
      <w:r>
        <w:rPr>
          <w:sz w:val="20"/>
        </w:rPr>
        <w:t>51:04  ajeeb o ghareeb qism ke alfaaz ka khel tha un ka aur sare ro rahe hain. ye koi kaifiyat nahi hai. ye to ye to aik bilkul doosri cheez hai.</w:t>
      </w:r>
      <w:r>
        <w:br/>
      </w:r>
      <w:r>
        <w:rPr>
          <w:sz w:val="20"/>
        </w:rPr>
        <w:t>51:14  yeh bilkul doosri cheez hai. Billee Graham jo tha, haaye, abhi zindah hai woh. Woh jab taqreer, woh ek waise bedridden hai, jab taqreer karta tha to log rote thay.</w:t>
      </w:r>
      <w:r>
        <w:br/>
      </w:r>
      <w:r>
        <w:rPr>
          <w:sz w:val="20"/>
        </w:rPr>
        <w:t>51:25  Woh woh woh woh matloob kaifiyat wali baat nahi hai. Woh ek alag hi cheez hai. Woh alag cheez hai. Woh to aap ko ek</w:t>
      </w:r>
      <w:r>
        <w:br/>
      </w:r>
      <w:r>
        <w:rPr>
          <w:sz w:val="20"/>
        </w:rPr>
        <w:t>51:38  Yaani rabbani kaifiyat aur ek jazbaatiyat mein farq karna paray ga. Rabbani kaifiyat ke baghair Islam hi bekaar hai.</w:t>
      </w:r>
      <w:r>
        <w:br/>
      </w:r>
      <w:r>
        <w:rPr>
          <w:sz w:val="20"/>
        </w:rPr>
        <w:t>51:50  Woh to form ban jaye ga. Jiss ko aap ne ibaadat kaha, woh to form hai.</w:t>
      </w:r>
      <w:r>
        <w:br/>
      </w:r>
      <w:r>
        <w:rPr>
          <w:sz w:val="20"/>
        </w:rPr>
        <w:t>51:56  Form to nothing hai. Form ki koi qeemat nahi hai. To rabbani kaifiyat hi matloob hai, asal.</w:t>
      </w:r>
      <w:r>
        <w:br/>
      </w:r>
      <w:r>
        <w:rPr>
          <w:sz w:val="20"/>
        </w:rPr>
        <w:t>52:06  Warna woh ibaadat aap ki jo hai form ban jaye gi. Lekin yeh jo hazaron rulate hain, woh to taqreer karne ka kamaal samajhte thay.</w:t>
      </w:r>
      <w:r>
        <w:br/>
      </w:r>
      <w:r>
        <w:rPr>
          <w:sz w:val="20"/>
        </w:rPr>
        <w:t>52:15  Woh waqti tor par aisa karte hain.</w:t>
      </w:r>
      <w:r>
        <w:br/>
      </w:r>
      <w:r>
        <w:rPr>
          <w:sz w:val="20"/>
        </w:rPr>
        <w:t>52:19  Waqti tor par taqreer karein ge, hazar dein ge. Waqti tor par kuch baatein kahein ge, rula dein ge. Woh to ek kartab hai. Yeh ehsaan rulane ka kartab hai.</w:t>
      </w:r>
      <w:r>
        <w:br/>
      </w:r>
      <w:r>
        <w:rPr>
          <w:sz w:val="20"/>
        </w:rPr>
        <w:t>52:30  Woh ek alag hi cheez hai. Rabbani kaifiyat ek alag cheez hai.</w:t>
      </w:r>
      <w:r>
        <w:br/>
      </w:r>
      <w:r>
        <w:rPr>
          <w:sz w:val="20"/>
        </w:rPr>
        <w:t>52:36  Rabbani kaifiyat ki pehchaan yeh hai ke aap ke woh kaifiyat ke nateeje mein aap ke andar Allah ki mohabbat aaye, Allah ka khauf aaye, aap ke andar har maamle mein</w:t>
      </w:r>
      <w:r>
        <w:br/>
      </w:r>
      <w:r>
        <w:rPr>
          <w:sz w:val="20"/>
        </w:rPr>
        <w:t>52:53  Muwakhzah ko sochein, aap accountability ko. To yeh bohat, yeh jo unhon ne likha, mera zikr bilkul galat baat likhi hai unhon ne.</w:t>
      </w:r>
      <w:r>
        <w:br/>
      </w:r>
      <w:r>
        <w:rPr>
          <w:sz w:val="20"/>
        </w:rPr>
        <w:t>53:03  Unhon ne do cheezon ko ek ek kar diya. Yaani woh jo sathi qism ki jazbaatiyat jo hoti hai, jo muqarrir taqreer kar ke paida karta hai, kabhi rulata hai, kabhi hansata hai, woh ek alag hi cheez hai.</w:t>
      </w:r>
      <w:r>
        <w:br/>
      </w:r>
      <w:r>
        <w:rPr>
          <w:sz w:val="20"/>
        </w:rPr>
        <w:t>53:18  Woh to bohat hi third class ki cheez hai.</w:t>
      </w:r>
      <w:r>
        <w:br/>
      </w:r>
      <w:r>
        <w:rPr>
          <w:sz w:val="20"/>
        </w:rPr>
        <w:t>53:21  Lekin jo rabbani kaifiyat hai, woh to bohat aala hai. Woh woh to aaj matloob hai. Is ke baghair to deen mein baaz ek farigh ban kar reh jaye ga.</w:t>
      </w:r>
    </w:p>
    <w:p>
      <w:pPr>
        <w:pStyle w:val="Heading2"/>
      </w:pPr>
      <w:r>
        <w:t>Reasons for decreasing religious zeal and remedy</w:t>
      </w:r>
    </w:p>
    <w:p>
      <w:r>
        <w:rPr>
          <w:color w:val="666666"/>
          <w:sz w:val="18"/>
        </w:rPr>
        <w:t>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Dawah Work Necessary as Islam Perceived Violent</w:t>
      </w:r>
    </w:p>
    <w:p>
      <w:r>
        <w:rPr>
          <w:color w:val="666666"/>
          <w:sz w:val="18"/>
        </w:rPr>
        <w:t>Divine Crusades December 14, 2014 · 52s · at 1:01:51 · https://youtu.be/qZhY00S5LQg?t=3711</w:t>
      </w:r>
    </w:p>
    <w:p>
      <w:r>
        <w:rPr>
          <w:i/>
        </w:rPr>
        <w:t>“Dawa work has become necessary in today's time when Islam is being perceived as a violent religion.”</w:t>
      </w:r>
    </w:p>
    <w:p>
      <w:r>
        <w:rPr>
          <w:sz w:val="20"/>
        </w:rPr>
        <w:t>1:01:51  Maulana, agla sawal Shahab Haider sahib ka hai, Delhi se.</w:t>
      </w:r>
      <w:r>
        <w:br/>
      </w:r>
      <w:r>
        <w:rPr>
          <w:sz w:val="20"/>
        </w:rPr>
        <w:t>1:01:56  aur unhon ne likha hai ke Dawa work has become necessary in today's time when Islam is being</w:t>
      </w:r>
      <w:r>
        <w:br/>
      </w:r>
      <w:r>
        <w:rPr>
          <w:sz w:val="20"/>
        </w:rPr>
        <w:t>1:02:02  perceived as a violent religion.</w:t>
      </w:r>
      <w:r>
        <w:br/>
      </w:r>
      <w:r>
        <w:rPr>
          <w:sz w:val="20"/>
        </w:rPr>
        <w:t>1:02:08  Maulana, please advise me and suggest me how I can increase my enthusiasm so that I can do</w:t>
      </w:r>
      <w:r>
        <w:br/>
      </w:r>
      <w:r>
        <w:rPr>
          <w:sz w:val="20"/>
        </w:rPr>
        <w:t>1:02:14  Dawa work more effectively.</w:t>
      </w:r>
      <w:r>
        <w:br/>
      </w:r>
      <w:r>
        <w:rPr>
          <w:sz w:val="20"/>
        </w:rPr>
        <w:t>1:02:20  Bas study barhaiye, literature padhiye aur literature phailaiye.</w:t>
      </w:r>
      <w:r>
        <w:br/>
      </w:r>
      <w:r>
        <w:rPr>
          <w:sz w:val="20"/>
        </w:rPr>
        <w:t>1:02:25  Two point formula hai.</w:t>
      </w:r>
      <w:r>
        <w:br/>
      </w:r>
      <w:r>
        <w:rPr>
          <w:sz w:val="20"/>
        </w:rPr>
        <w:t>1:02:31  Jo dawa literature hai, usko padhiye aur dawa literature ko khoob phailaiye.</w:t>
      </w:r>
      <w:r>
        <w:br/>
      </w:r>
      <w:r>
        <w:rPr>
          <w:sz w:val="20"/>
        </w:rPr>
        <w:t>1:02:37  Bas aur kuch karna hi nahi hai.</w:t>
      </w:r>
    </w:p>
    <w:p>
      <w:pPr>
        <w:pStyle w:val="Heading2"/>
      </w:pPr>
      <w:r>
        <w:t>Balancing work with spiritual development</w:t>
      </w:r>
    </w:p>
    <w:p>
      <w:r>
        <w:rPr>
          <w:color w:val="666666"/>
          <w:sz w:val="18"/>
        </w:rPr>
        <w:t>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Religious persecution or confusion today</w:t>
      </w:r>
    </w:p>
    <w:p>
      <w:r>
        <w:rPr>
          <w:color w:val="666666"/>
          <w:sz w:val="18"/>
        </w:rPr>
        <w:t>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1"/>
      </w:pPr>
      <w:r>
        <w:t>In the lectures (20)</w:t>
      </w:r>
    </w:p>
    <w:p>
      <w:pPr>
        <w:pStyle w:val="Heading2"/>
      </w:pPr>
      <w:r>
        <w:t>Exploring the Deeper Meaning and Spiritual Significance of Hajj May 18, 2025</w:t>
      </w:r>
    </w:p>
    <w:p>
      <w:r>
        <w:rPr>
          <w:color w:val="666666"/>
          <w:sz w:val="18"/>
        </w:rPr>
        <w:t>48:31 · https://youtu.be/1MTGv2sJn5I?t=2911</w:t>
      </w:r>
    </w:p>
    <w:p>
      <w:r>
        <w:rPr>
          <w:i/>
        </w:rPr>
        <w:t>“So they think that this is just a ritualistic exerc”</w:t>
      </w:r>
    </w:p>
    <w:p>
      <w:pPr>
        <w:pStyle w:val="Heading2"/>
      </w:pPr>
      <w:r>
        <w:t>Islamic Prayer (English) February 27, 2007</w:t>
      </w:r>
    </w:p>
    <w:p>
      <w:r>
        <w:rPr>
          <w:color w:val="666666"/>
          <w:sz w:val="18"/>
        </w:rPr>
        <w:t>33:28 · https://youtu.be/7G6Wa2IGSwE?t=2008</w:t>
      </w:r>
    </w:p>
    <w:p>
      <w:r>
        <w:rPr>
          <w:i/>
        </w:rPr>
        <w:t>“ritual”</w:t>
      </w:r>
    </w:p>
    <w:p>
      <w:pPr>
        <w:pStyle w:val="Heading2"/>
      </w:pPr>
      <w:r>
        <w:t>God, Man and Paradise April 22, 2007</w:t>
      </w:r>
    </w:p>
    <w:p>
      <w:r>
        <w:rPr>
          <w:color w:val="666666"/>
          <w:sz w:val="18"/>
        </w:rPr>
        <w:t>1:25 · https://youtu.be/dJ7Hp3i_nkA?t=85</w:t>
      </w:r>
    </w:p>
    <w:p>
      <w:r>
        <w:rPr>
          <w:i/>
        </w:rPr>
        <w:t>“There is reduced form of religion.”</w:t>
      </w:r>
    </w:p>
    <w:p>
      <w:pPr>
        <w:pStyle w:val="Heading2"/>
      </w:pPr>
      <w:r>
        <w:t>Hajj and Its Application in Daily Life October 20, 2007 Maulana Wahiduddin Khan</w:t>
      </w:r>
    </w:p>
    <w:p>
      <w:r>
        <w:rPr>
          <w:color w:val="666666"/>
          <w:sz w:val="18"/>
        </w:rPr>
        <w:t>53:25 · https://youtu.be/z_FspKZhl5s?t=3205</w:t>
      </w:r>
    </w:p>
    <w:p>
      <w:r>
        <w:rPr>
          <w:i/>
        </w:rPr>
        <w:t>“a ritual kind of assembly.”</w:t>
      </w:r>
    </w:p>
    <w:p>
      <w:pPr>
        <w:pStyle w:val="Heading2"/>
      </w:pPr>
      <w:r>
        <w:t>Islamic Prayer (English) February 27, 2007</w:t>
      </w:r>
    </w:p>
    <w:p>
      <w:r>
        <w:rPr>
          <w:color w:val="666666"/>
          <w:sz w:val="18"/>
        </w:rPr>
        <w:t>32:47 · https://youtu.be/7G6Wa2IGSwE?t=1967</w:t>
      </w:r>
    </w:p>
    <w:p>
      <w:r>
        <w:rPr>
          <w:i/>
        </w:rPr>
        <w:t>“a set of rituals. No.”</w:t>
      </w:r>
    </w:p>
    <w:p>
      <w:pPr>
        <w:pStyle w:val="Heading2"/>
      </w:pPr>
      <w:r>
        <w:t>Roza and Quran July 18, 2010</w:t>
      </w:r>
    </w:p>
    <w:p>
      <w:r>
        <w:rPr>
          <w:color w:val="666666"/>
          <w:sz w:val="18"/>
        </w:rPr>
        <w:t>34:01 · https://youtu.be/TSjqSQEb0EQ?t=2041</w:t>
      </w:r>
    </w:p>
    <w:p>
      <w:r>
        <w:rPr>
          <w:i/>
        </w:rPr>
        <w:t>“بس مانتے ہیں لوگ۔ As a ritual جیسے آپ کا بیٹا آپ کے فوکس میں ہوتا ہے۔”</w:t>
      </w:r>
    </w:p>
    <w:p>
      <w:pPr>
        <w:pStyle w:val="Heading2"/>
      </w:pPr>
      <w:r>
        <w:t>Hajj and Its Application in Daily Life October 20, 2007 Maulana Wahiduddin Khan</w:t>
      </w:r>
    </w:p>
    <w:p>
      <w:r>
        <w:rPr>
          <w:color w:val="666666"/>
          <w:sz w:val="18"/>
        </w:rPr>
        <w:t>43:13 · https://youtu.be/z_FspKZhl5s?t=2593</w:t>
      </w:r>
    </w:p>
    <w:p>
      <w:r>
        <w:rPr>
          <w:i/>
        </w:rPr>
        <w:t>“It is simply rituals that have no value.”</w:t>
      </w:r>
    </w:p>
    <w:p>
      <w:pPr>
        <w:pStyle w:val="Heading2"/>
      </w:pPr>
      <w:r>
        <w:t>From The Spiritual Tree May 30, 2007</w:t>
      </w:r>
    </w:p>
    <w:p>
      <w:r>
        <w:rPr>
          <w:color w:val="666666"/>
          <w:sz w:val="18"/>
        </w:rPr>
        <w:t>40:10 · https://youtu.be/vGj_dsCMv-M?t=2410</w:t>
      </w:r>
    </w:p>
    <w:p>
      <w:r>
        <w:rPr>
          <w:i/>
        </w:rPr>
        <w:t>“Rituals.”</w:t>
      </w:r>
    </w:p>
    <w:p>
      <w:pPr>
        <w:pStyle w:val="Heading2"/>
      </w:pPr>
      <w:r>
        <w:t>Comparative Study of Religions | May 30, 2010 | Maulana Wahiduddin Khan</w:t>
      </w:r>
    </w:p>
    <w:p>
      <w:r>
        <w:rPr>
          <w:color w:val="666666"/>
          <w:sz w:val="18"/>
        </w:rPr>
        <w:t>7:22 · https://youtu.be/W5Pm3XIyyz8?t=442</w:t>
      </w:r>
    </w:p>
    <w:p>
      <w:r>
        <w:rPr>
          <w:i/>
        </w:rPr>
        <w:t>“کوئی بڑی بات نہیں ہے۔ کیونکہ اس میں ایک چیز lack کر رہی ہے۔ وہ ہے intellectual development۔ دیکھیں مذہب اگر آپ کے اندر intellectual development نہ کرے تو کس کام کا ہے ایسا مذہب؟ کس کام کا؟ تو یہ باتیں وہ لوگ کہتے ہیں جن کا مذہب ایک ritual ہے، ایک just like appendix ہے۔ کوئی”</w:t>
      </w:r>
    </w:p>
    <w:p>
      <w:pPr>
        <w:pStyle w:val="Heading2"/>
      </w:pPr>
      <w:r>
        <w:t>The Story of Hazrat Khadija Part I December 4, 2022</w:t>
      </w:r>
    </w:p>
    <w:p>
      <w:r>
        <w:rPr>
          <w:color w:val="666666"/>
          <w:sz w:val="18"/>
        </w:rPr>
        <w:t>50:48 · https://youtu.be/cNzPbtW9AV0?t=3048</w:t>
      </w:r>
    </w:p>
    <w:p>
      <w:r>
        <w:rPr>
          <w:i/>
        </w:rPr>
        <w:t>“ابھی ہو کیا رہا ہے کہ لوگ رٹی ہوئی دعائیں یاد کر کے پڑھتے ہیں۔ ہمم۔ اور ایک ritualistic انداز کا اور ایک ایک form based religion ہے۔”</w:t>
      </w:r>
    </w:p>
    <w:p>
      <w:pPr>
        <w:pStyle w:val="Heading2"/>
      </w:pPr>
      <w:r>
        <w:t>Prophet of Islam as a Model for Mankind August 31, 2007</w:t>
      </w:r>
    </w:p>
    <w:p>
      <w:r>
        <w:rPr>
          <w:color w:val="666666"/>
          <w:sz w:val="18"/>
        </w:rPr>
        <w:t>38:07 · https://youtu.be/UKUzH7_OjKM?t=2287</w:t>
      </w:r>
    </w:p>
    <w:p>
      <w:r>
        <w:rPr>
          <w:i/>
        </w:rPr>
        <w:t>“living in superstition.”</w:t>
      </w:r>
    </w:p>
    <w:p>
      <w:pPr>
        <w:pStyle w:val="Heading2"/>
      </w:pPr>
      <w:r>
        <w:t>Life's Journey April 12, 2015</w:t>
      </w:r>
    </w:p>
    <w:p>
      <w:r>
        <w:rPr>
          <w:color w:val="666666"/>
          <w:sz w:val="18"/>
        </w:rPr>
        <w:t>32:38 · https://youtu.be/9AF97mfiIPc?t=1958</w:t>
      </w:r>
    </w:p>
    <w:p>
      <w:r>
        <w:rPr>
          <w:i/>
        </w:rPr>
        <w:t>“تو یہ ساری چیزیں بہت زیادہ سوچنے والی ہیں۔ لوگ سمجھتے ہیں کہ بس کچھ Rituals ہیں، ان کو ادا کر لو۔”</w:t>
      </w:r>
    </w:p>
    <w:p>
      <w:pPr>
        <w:pStyle w:val="Heading2"/>
      </w:pPr>
      <w:r>
        <w:t>Interfaith Dialogue (English) February 1, 2014 Maulana Wahiduddin Khan</w:t>
      </w:r>
    </w:p>
    <w:p>
      <w:r>
        <w:rPr>
          <w:color w:val="666666"/>
          <w:sz w:val="18"/>
        </w:rPr>
        <w:t>13:42 · https://youtu.be/esM8RDj_new?t=822</w:t>
      </w:r>
    </w:p>
    <w:p>
      <w:r>
        <w:rPr>
          <w:i/>
        </w:rPr>
        <w:t>“Religion is an issue of conviction”</w:t>
      </w:r>
    </w:p>
    <w:p>
      <w:pPr>
        <w:pStyle w:val="Heading2"/>
      </w:pPr>
      <w:r>
        <w:t>The Concept of Naskh in Quran July 18, 2007</w:t>
      </w:r>
    </w:p>
    <w:p>
      <w:r>
        <w:rPr>
          <w:color w:val="666666"/>
          <w:sz w:val="18"/>
        </w:rPr>
        <w:t>58:11 · https://youtu.be/fXpiwXIo2As?t=3491</w:t>
      </w:r>
    </w:p>
    <w:p>
      <w:r>
        <w:rPr>
          <w:i/>
        </w:rPr>
        <w:t>“مذہبی جبر ایک بوجھ تھا۔”</w:t>
      </w:r>
    </w:p>
    <w:p>
      <w:pPr>
        <w:pStyle w:val="Heading2"/>
      </w:pPr>
      <w:r>
        <w:t>Jihad in Islam (English) June 12, 2007 Maulana Wahiduddin Khan</w:t>
      </w:r>
    </w:p>
    <w:p>
      <w:r>
        <w:rPr>
          <w:color w:val="666666"/>
          <w:sz w:val="18"/>
        </w:rPr>
        <w:t>41:07 · https://youtu.be/4_Qe6ZZ6c7o?t=2467</w:t>
      </w:r>
    </w:p>
    <w:p>
      <w:r>
        <w:rPr>
          <w:i/>
        </w:rPr>
        <w:t>“repetition of some rituals, no. عمل is adopting the life pattern of God.”</w:t>
      </w:r>
    </w:p>
    <w:p>
      <w:pPr>
        <w:pStyle w:val="Heading2"/>
      </w:pPr>
      <w:r>
        <w:t>The Culture of People of Paradise January 06, 2019 Maulana Wahiduddin Khan</w:t>
      </w:r>
    </w:p>
    <w:p>
      <w:r>
        <w:rPr>
          <w:color w:val="666666"/>
          <w:sz w:val="18"/>
        </w:rPr>
        <w:t>1:10:07 · https://youtu.be/rFExua9zntM?t=4207</w:t>
      </w:r>
    </w:p>
    <w:p>
      <w:r>
        <w:rPr>
          <w:i/>
        </w:rPr>
        <w:t>“یہ رول ہے مذہب کا۔”</w:t>
      </w:r>
    </w:p>
    <w:p>
      <w:pPr>
        <w:pStyle w:val="Heading2"/>
      </w:pPr>
      <w:r>
        <w:t>Islam Principles and Practice (English) September 8, 2007 Maulana Wahiduddin Khan</w:t>
      </w:r>
    </w:p>
    <w:p>
      <w:r>
        <w:rPr>
          <w:color w:val="666666"/>
          <w:sz w:val="18"/>
        </w:rPr>
        <w:t>34:08 · https://youtu.be/2wOdR0to6gs?t=2048</w:t>
      </w:r>
    </w:p>
    <w:p>
      <w:r>
        <w:rPr>
          <w:i/>
        </w:rPr>
        <w:t>“Religion is not a temporary phenomenon.”</w:t>
      </w:r>
    </w:p>
    <w:p>
      <w:pPr>
        <w:pStyle w:val="Heading2"/>
      </w:pPr>
      <w:r>
        <w:t>Why People Live in Despair September 2, 2007 Maulana Wahiduddin Khan</w:t>
      </w:r>
    </w:p>
    <w:p>
      <w:r>
        <w:rPr>
          <w:color w:val="666666"/>
          <w:sz w:val="18"/>
        </w:rPr>
        <w:t>30:29 · https://youtu.be/1Wxz28OJh9c?t=1829</w:t>
      </w:r>
    </w:p>
    <w:p>
      <w:r>
        <w:rPr>
          <w:i/>
        </w:rPr>
        <w:t>“نماز کو ایک set of ritual سمجھتے ہیں، اسی کو دہراتے رہو۔”</w:t>
      </w:r>
    </w:p>
    <w:p>
      <w:pPr>
        <w:pStyle w:val="Heading2"/>
      </w:pPr>
      <w:r>
        <w:t>Exploring the Deeper Meaning and Spiritual Significance of Hajj May 18, 2025</w:t>
      </w:r>
    </w:p>
    <w:p>
      <w:r>
        <w:rPr>
          <w:color w:val="666666"/>
          <w:sz w:val="18"/>
        </w:rPr>
        <w:t>48:11 · https://youtu.be/1MTGv2sJn5I?t=2891</w:t>
      </w:r>
    </w:p>
    <w:p>
      <w:r>
        <w:rPr>
          <w:i/>
        </w:rPr>
        <w:t>“the whole idea is to understand the spiritual purpose of Hajj. Hajj has become like a ritualistic exercise.”</w:t>
      </w:r>
    </w:p>
    <w:p>
      <w:pPr>
        <w:pStyle w:val="Heading2"/>
      </w:pPr>
      <w:r>
        <w:t>Concept of Death in Islam August 26, 2012</w:t>
      </w:r>
    </w:p>
    <w:p>
      <w:r>
        <w:rPr>
          <w:color w:val="666666"/>
          <w:sz w:val="18"/>
        </w:rPr>
        <w:t>1:27:49 · https://youtu.be/y0TJxKi0L94?t=5269</w:t>
      </w:r>
    </w:p>
    <w:p>
      <w:r>
        <w:rPr>
          <w:i/>
        </w:rPr>
        <w:t>“وہ creative سوچ نہیں ہے۔ یاد رکھیے، مذہب”</w:t>
      </w:r>
    </w:p>
    <w:p>
      <w:pPr>
        <w:pStyle w:val="Heading1"/>
      </w:pPr>
      <w:r>
        <w:t>Clips (9)</w:t>
      </w:r>
    </w:p>
    <w:p>
      <w:pPr>
        <w:pStyle w:val="Heading2"/>
      </w:pPr>
      <w:r>
        <w:t>Spirit of Hajj and spreading message</w:t>
      </w:r>
    </w:p>
    <w:p>
      <w:r>
        <w:rPr>
          <w:color w:val="666666"/>
          <w:sz w:val="18"/>
        </w:rPr>
        <w:t>Exploring the Deeper Meaning and Spiritual Significance of Hajj May 18, 2025 · 3m 54s · at 45:38 · https://youtu.be/1MTGv2sJn5I?t=2738</w:t>
      </w:r>
    </w:p>
    <w:p>
      <w:r>
        <w:rPr>
          <w:i/>
        </w:rPr>
        <w:t>“Yeah, this is very exemplary”</w:t>
      </w:r>
    </w:p>
    <w:p>
      <w:r>
        <w:rPr>
          <w:sz w:val="20"/>
        </w:rPr>
        <w:t>45:38  Please tell us about that. Yeah, this is very exemplary. Because when the prophet Sallallahu Alaihi Wasallam said to the people in Arafah, "Let those who are present inform those who are absent," very simple and short sentence</w:t>
      </w:r>
      <w:r>
        <w:br/>
      </w:r>
      <w:r>
        <w:rPr>
          <w:sz w:val="20"/>
        </w:rPr>
        <w:t>45:55  , "Let those who are present inform those who are absent." And it's a very powerful instruction.</w:t>
      </w:r>
      <w:r>
        <w:br/>
      </w:r>
      <w:r>
        <w:rPr>
          <w:sz w:val="20"/>
        </w:rPr>
        <w:t>46:04  And the Sahaba took it very seriously. And they understood it is a mission from Allah. And after the Hajj, after completing the Hajj, most of the Sahaba didn't stay in Mecca or Madinah.</w:t>
      </w:r>
      <w:r>
        <w:br/>
      </w:r>
      <w:r>
        <w:rPr>
          <w:sz w:val="20"/>
        </w:rPr>
        <w:t>46:20  They traveled to distant lands to spread the message. And even today, we find graves in places like China, even in India, in many countries, you will find the graves because the Sahaba moved to all countries.</w:t>
      </w:r>
      <w:r>
        <w:br/>
      </w:r>
      <w:r>
        <w:rPr>
          <w:sz w:val="20"/>
        </w:rPr>
        <w:t>46:37  So this shows how they lived and died for the mission</w:t>
      </w:r>
      <w:r>
        <w:br/>
      </w:r>
      <w:r>
        <w:rPr>
          <w:sz w:val="20"/>
        </w:rPr>
        <w:t>46:42  . Today, pilgrims should carry the same spirit and spread the message of oneness of God.</w:t>
      </w:r>
      <w:r>
        <w:br/>
      </w:r>
      <w:r>
        <w:rPr>
          <w:sz w:val="20"/>
        </w:rPr>
        <w:t>46:51  And we don't need to travel like the Sahaba used to travel. Today, we are living in a different age, different time.</w:t>
      </w:r>
      <w:r>
        <w:br/>
      </w:r>
      <w:r>
        <w:rPr>
          <w:sz w:val="20"/>
        </w:rPr>
        <w:t>47:00  Maulana used to say, "Neighbor and e-neighbor." So everyone is our e-neighbor. So we can pass on the message by the click of a but</w:t>
      </w:r>
      <w:r>
        <w:br/>
      </w:r>
      <w:r>
        <w:rPr>
          <w:sz w:val="20"/>
        </w:rPr>
        <w:t>47:11  ton. So it is very important that we share the message of truth, the message of the Quran, to make understand God's creation plan.</w:t>
      </w:r>
      <w:r>
        <w:br/>
      </w:r>
      <w:r>
        <w:rPr>
          <w:sz w:val="20"/>
        </w:rPr>
        <w:t>47:25  And so you are walking in the footsteps of the Sahaba. When the prophet gave this command, the Sahaba mounted their horses and their camels immedi</w:t>
      </w:r>
      <w:r>
        <w:br/>
      </w:r>
      <w:r>
        <w:rPr>
          <w:sz w:val="20"/>
        </w:rPr>
        <w:t>47:37  ately. Hadith mein aata hai ki jiska ghoda jiss taraf tha, woh udhar hi chala gaya. Symbolic hadith hai, ghalaaban yeah, jiska oont jiss taraf tha, udhar hi chala gaya. Yani they decided that from now onwards, their mission will be conveying the message of truth to all people.</w:t>
      </w:r>
      <w:r>
        <w:br/>
      </w:r>
      <w:r>
        <w:rPr>
          <w:sz w:val="20"/>
        </w:rPr>
        <w:t>47:54  And so this is, I think, the most important message and most important lesson of Arafah, to live with this spirit.</w:t>
      </w:r>
      <w:r>
        <w:br/>
      </w:r>
      <w:r>
        <w:rPr>
          <w:sz w:val="20"/>
        </w:rPr>
        <w:t>48:08  And</w:t>
      </w:r>
      <w:r>
        <w:br/>
      </w:r>
      <w:r>
        <w:rPr>
          <w:sz w:val="20"/>
        </w:rPr>
        <w:t>48:11  the whole idea is to understand the spiritual purpose of Hajj. Hajj has become like a ritualistic exercise.</w:t>
      </w:r>
      <w:r>
        <w:br/>
      </w:r>
      <w:r>
        <w:rPr>
          <w:sz w:val="20"/>
        </w:rPr>
        <w:t>48:22  People go there and do Tawaf and do Sai and go to Muzdalifah and Minna and do Qurbani and all that, Rami and Arafah, and they come back.</w:t>
      </w:r>
      <w:r>
        <w:br/>
      </w:r>
      <w:r>
        <w:rPr>
          <w:sz w:val="20"/>
        </w:rPr>
        <w:t>48:31  So they think that this is just a ritualistic exerc</w:t>
      </w:r>
      <w:r>
        <w:br/>
      </w:r>
      <w:r>
        <w:rPr>
          <w:sz w:val="20"/>
        </w:rPr>
        <w:t>48:34  ise they have completed and they have done the Hajj. But this is not a ritualistic exercise. You have to understand the profound lesson.</w:t>
      </w:r>
      <w:r>
        <w:br/>
      </w:r>
      <w:r>
        <w:rPr>
          <w:sz w:val="20"/>
        </w:rPr>
        <w:t>48:44  And</w:t>
      </w:r>
      <w:r>
        <w:br/>
      </w:r>
      <w:r>
        <w:rPr>
          <w:sz w:val="20"/>
        </w:rPr>
        <w:t>48:48  then only you can make the real benefit from this pil</w:t>
      </w:r>
      <w:r>
        <w:br/>
      </w:r>
      <w:r>
        <w:rPr>
          <w:sz w:val="20"/>
        </w:rPr>
        <w:t>48:58  grimage. And these are some of the basic aspects of Hajj. And the whole idea is to understand the deeper meaning of this incredible journey.</w:t>
      </w:r>
      <w:r>
        <w:br/>
      </w:r>
      <w:r>
        <w:rPr>
          <w:sz w:val="20"/>
        </w:rPr>
        <w:t>49:11  And not just following the footsteps correctly.</w:t>
      </w:r>
      <w:r>
        <w:br/>
      </w:r>
      <w:r>
        <w:rPr>
          <w:sz w:val="20"/>
        </w:rPr>
        <w:t>49:15  And I hope and pray that may Allah accept Hajj of those who have visited. And may Allah allow us also to visit and perform Hajj, In Shaa Allah, and learn the profound lessons.</w:t>
      </w:r>
    </w:p>
    <w:p>
      <w:pPr>
        <w:pStyle w:val="Heading2"/>
      </w:pPr>
      <w:r>
        <w:t>Why God has never been at the center of human focus</w:t>
      </w:r>
    </w:p>
    <w:p>
      <w:r>
        <w:rPr>
          <w:color w:val="666666"/>
          <w:sz w:val="18"/>
        </w:rPr>
        <w:t>Roza and Quran July 18, 2010 · 34s · at 33:49 · https://youtu.be/TSjqSQEb0EQ?t=2029</w:t>
      </w:r>
    </w:p>
    <w:p>
      <w:r>
        <w:rPr>
          <w:i/>
        </w:rPr>
        <w:t>“Throughout history, God has never come into man's focus.”</w:t>
      </w:r>
    </w:p>
    <w:p>
      <w:r>
        <w:rPr>
          <w:sz w:val="20"/>
        </w:rPr>
        <w:t>33:49  ke poori tareekh mein ek bohat bari tabdeeli hui hai. aur abhi bhi wahi hai. poori tareekh mein. kabhi bhi Khuda insaan ke focus mein nahi aaya.</w:t>
      </w:r>
      <w:r>
        <w:br/>
      </w:r>
      <w:r>
        <w:rPr>
          <w:sz w:val="20"/>
        </w:rPr>
        <w:t>34:01  bas mante hain log. As a ritual jaise aap ka beta aap ke focus mein hota hai.</w:t>
      </w:r>
      <w:r>
        <w:br/>
      </w:r>
      <w:r>
        <w:rPr>
          <w:sz w:val="20"/>
        </w:rPr>
        <w:t>34:10  aap ka karobar aap ke focus mein hota hai. aap ka job aap ke focus mein hota hai. har waqt aap ke zehan mein chhaya hua hai. is se aap ko jazbati wabastagi hoti hai.</w:t>
      </w:r>
      <w:r>
        <w:br/>
      </w:r>
      <w:r>
        <w:rPr>
          <w:sz w:val="20"/>
        </w:rPr>
        <w:t>34:20  kisi ko main kehta hoon focus mein hona.</w:t>
      </w:r>
    </w:p>
    <w:p>
      <w:pPr>
        <w:pStyle w:val="Heading2"/>
      </w:pPr>
      <w:r>
        <w:t>Intellectual development is religion's purpose</w:t>
      </w:r>
    </w:p>
    <w:p>
      <w:r>
        <w:rPr>
          <w:color w:val="666666"/>
          <w:sz w:val="18"/>
        </w:rPr>
        <w:t>Comparative Study of Religions | May 30, 2010 | Maulana Wahiduddin Khan · 30s · at 7:22 · https://youtu.be/W5Pm3XIyyz8?t=442</w:t>
      </w:r>
    </w:p>
    <w:p>
      <w:r>
        <w:rPr>
          <w:i/>
        </w:rPr>
        <w:t>“If religion does not give intellectual development, what use is it?”</w:t>
      </w:r>
    </w:p>
    <w:p>
      <w:r>
        <w:rPr>
          <w:sz w:val="20"/>
        </w:rPr>
        <w:t>7:22  koi bari baat nahi hai.</w:t>
      </w:r>
      <w:r>
        <w:br/>
      </w:r>
      <w:r>
        <w:rPr>
          <w:sz w:val="20"/>
        </w:rPr>
        <w:t>7:28  kyun ke is mein ek cheez lack kar rahi hai.</w:t>
      </w:r>
      <w:r>
        <w:br/>
      </w:r>
      <w:r>
        <w:rPr>
          <w:sz w:val="20"/>
        </w:rPr>
        <w:t>7:34  woh hai intellectual development.</w:t>
      </w:r>
      <w:r>
        <w:br/>
      </w:r>
      <w:r>
        <w:rPr>
          <w:sz w:val="20"/>
        </w:rPr>
        <w:t>7:40  dekhein mazhab agar aap ke andar intellectual development na kare toh kis kaam ka hai aisa mazhab? Kis</w:t>
      </w:r>
      <w:r>
        <w:br/>
      </w:r>
      <w:r>
        <w:rPr>
          <w:sz w:val="20"/>
        </w:rPr>
        <w:t>7:46  kaam ka? Toh yeh baatein woh log kehte hain jin ka mazhab ek ritual hai, ek just like appendix hai. Koi</w:t>
      </w:r>
    </w:p>
    <w:p>
      <w:pPr>
        <w:pStyle w:val="Heading2"/>
      </w:pPr>
      <w:r>
        <w:t>Twenty-five years of spiritual companionship before prophethood</w:t>
      </w:r>
    </w:p>
    <w:p>
      <w:r>
        <w:rPr>
          <w:color w:val="666666"/>
          <w:sz w:val="18"/>
        </w:rPr>
        <w:t>The Story of Hazrat Khadija Part I December 4, 2022 · 4m 36s · at 46:52 · https://youtu.be/cNzPbtW9AV0?t=2812</w:t>
      </w:r>
    </w:p>
    <w:p>
      <w:r>
        <w:rPr>
          <w:i/>
        </w:rPr>
        <w:t>“Their companionship lasted twenty-five years before prophethood”</w:t>
      </w:r>
    </w:p>
    <w:p>
      <w:r>
        <w:rPr>
          <w:sz w:val="20"/>
        </w:rPr>
        <w:t>46:52  jazak allah. doctor sahib, to dono ka jo companionship ka time raha, woh taqreeban pachis saal ka</w:t>
      </w:r>
      <w:r>
        <w:br/>
      </w:r>
      <w:r>
        <w:rPr>
          <w:sz w:val="20"/>
        </w:rPr>
        <w:t>47:03  raha. and hum yeh bhi kaha jata hai ke hazrat khadija was not just a wife but she was an intimate friend, a wise counselor and mother of prophet's household.</w:t>
      </w:r>
      <w:r>
        <w:br/>
      </w:r>
      <w:r>
        <w:rPr>
          <w:sz w:val="20"/>
        </w:rPr>
        <w:t>47:15  to un ke beech mein zahir si baat hai bohat spiritual discussions rahe honge. to is ke baray mein hum sab ko thoda sa batayen. molana iqbal umri sahib ne ek mujhe kitab bheji.</w:t>
      </w:r>
      <w:r>
        <w:br/>
      </w:r>
      <w:r>
        <w:rPr>
          <w:sz w:val="20"/>
        </w:rPr>
        <w:t>47:28  ji. jis ka title hai seerat khadijatul kubra.</w:t>
      </w:r>
      <w:r>
        <w:br/>
      </w:r>
      <w:r>
        <w:rPr>
          <w:sz w:val="20"/>
        </w:rPr>
        <w:t>47:32  ji. aur is ke author ka naam hai hakeem muhammad idrees farooqi. ji. to woh mujhe bohat kitab pasand aayi, us mein kai cheezein main ne jo aaj batayi hain us mein se li hain.</w:t>
      </w:r>
      <w:r>
        <w:br/>
      </w:r>
      <w:r>
        <w:rPr>
          <w:sz w:val="20"/>
        </w:rPr>
        <w:t>47:41  ji ji. lekin us mein ek article bohat acha tha. ji. us ka us ki heading thi arifana mazakarat. ji. yani intellectual spiritual discussions</w:t>
      </w:r>
      <w:r>
        <w:br/>
      </w:r>
      <w:r>
        <w:rPr>
          <w:sz w:val="20"/>
        </w:rPr>
        <w:t>47:51  . ji. to is se pata chalta hai us mein yeh baatein thi ke rasool allah s.a.w. aur hazrat khadija bohat hi higher level ke intellectual intellectual aur spiritual discussion kiya karte thay.</w:t>
      </w:r>
      <w:r>
        <w:br/>
      </w:r>
      <w:r>
        <w:rPr>
          <w:sz w:val="20"/>
        </w:rPr>
        <w:t>48:05  ji. yani gehrai se baaton ko sochna aur us pe ghor karna, us ko discuss karna.</w:t>
      </w:r>
      <w:r>
        <w:br/>
      </w:r>
      <w:r>
        <w:rPr>
          <w:sz w:val="20"/>
        </w:rPr>
        <w:t>48:13  to yeh ek allah taala ki planning thi ke rasool allah s.a.w. ko aisa ek life partner dein ke woh un ke sath jo aala haqiqatein hain us ke upar discussion kar saken.</w:t>
      </w:r>
      <w:r>
        <w:br/>
      </w:r>
      <w:r>
        <w:rPr>
          <w:sz w:val="20"/>
        </w:rPr>
        <w:t>48:32  ke kis ne hamein paida kiya hai, kaun khaliq hai, kaun malik hai. ji. yeh zindagi kya hai, maut kya hai, maut ke baad kya pesh</w:t>
      </w:r>
      <w:r>
        <w:br/>
      </w:r>
      <w:r>
        <w:rPr>
          <w:sz w:val="20"/>
        </w:rPr>
        <w:t>48:41  aana hai. hmm. aur zindagi ka maqsad kya hai jis ko molana creation plan kaha karte thay. to in sab cheezon pe yeh discussions hote thay rasool allah s.a.w. ke aur hazrat khadija r.a. ke.</w:t>
      </w:r>
      <w:r>
        <w:br/>
      </w:r>
      <w:r>
        <w:rPr>
          <w:sz w:val="20"/>
        </w:rPr>
        <w:t>48:54  to yani aik yeh talash haq ka safar tha. ji</w:t>
      </w:r>
      <w:r>
        <w:br/>
      </w:r>
      <w:r>
        <w:rPr>
          <w:sz w:val="20"/>
        </w:rPr>
        <w:t>48:58  yi. chuna'nkeh yeh jo pandrah saal yeh bhi bohat hi crucial is tareeqay say Allah ki planning thi keh Hazrat Khadijah kay saath taqreeban pandrah saal before prophethood.</w:t>
      </w:r>
      <w:r>
        <w:br/>
      </w:r>
      <w:r>
        <w:rPr>
          <w:sz w:val="20"/>
        </w:rPr>
        <w:t>49:12  ji. to yeh bhi aik tayari ka marhala tha. aisa nahi hai keh kisi Allah taala ka tareeqa hai keh aik jo peghambar hota hai us ko bhi tayari ki zaroorat hoti hai.</w:t>
      </w:r>
      <w:r>
        <w:br/>
      </w:r>
      <w:r>
        <w:rPr>
          <w:sz w:val="20"/>
        </w:rPr>
        <w:t>49:21  hmm. aisa nahi hai keh aik din achaanak farishtah aata hai keh aap ko peghambar bana diya</w:t>
      </w:r>
      <w:r>
        <w:br/>
      </w:r>
      <w:r>
        <w:rPr>
          <w:sz w:val="20"/>
        </w:rPr>
        <w:t>49:25  . ji. balkeh aap dainkh agar Hazrat Musa علیہ السلام kay qissay mein bohat acha is ka is ka namoona humain milta hai keh woh Madeen gaye.</w:t>
      </w:r>
      <w:r>
        <w:br/>
      </w:r>
      <w:r>
        <w:rPr>
          <w:sz w:val="20"/>
        </w:rPr>
        <w:t>49:36  hmm. das saal wahan rahay. aur bohat mushkil halaat say guzray. aur wahan par aik buzurg bhi mil gaye un kay saath discussion karna, un kay saath bohat hi un ki jo learning thi woh bari hogi.</w:t>
      </w:r>
      <w:r>
        <w:br/>
      </w:r>
      <w:r>
        <w:rPr>
          <w:sz w:val="20"/>
        </w:rPr>
        <w:t>49:52  ji. phir jab woh wapas aa rahay thay to koh-e-toor pe mount Sinai pe Allah taala nay, Allah taala hum hum kalam hua, Allah taala nay baat ki.</w:t>
      </w:r>
      <w:r>
        <w:br/>
      </w:r>
      <w:r>
        <w:rPr>
          <w:sz w:val="20"/>
        </w:rPr>
        <w:t>50:01  aur Quran mein aata hai: "ثم جئت علی قدر یا موسیٰ". ji. keh now you have come upon the standard.</w:t>
      </w:r>
      <w:r>
        <w:br/>
      </w:r>
      <w:r>
        <w:rPr>
          <w:sz w:val="20"/>
        </w:rPr>
        <w:t>50:11  ji. yani aik aik aik maqam pe aa gaye tum keh ab tum say Allah taala baat kar</w:t>
      </w:r>
      <w:r>
        <w:br/>
      </w:r>
      <w:r>
        <w:rPr>
          <w:sz w:val="20"/>
        </w:rPr>
        <w:t>50:17  ay. ji. to yeh to aik peghambar kay liye hai lekin aam insaanon kay liye bhi yeh cheez hai keh jab tak keh woh apnay andar gehri marifat nahi jagaye ga aur study jis ko Maulana kehtay thay keh aap log study barhaiye apni.</w:t>
      </w:r>
      <w:r>
        <w:br/>
      </w:r>
      <w:r>
        <w:rPr>
          <w:sz w:val="20"/>
        </w:rPr>
        <w:t>50:31  hmm. aur gehrai say tadabbur aur tafakkur aur</w:t>
      </w:r>
      <w:r>
        <w:br/>
      </w:r>
      <w:r>
        <w:rPr>
          <w:sz w:val="20"/>
        </w:rPr>
        <w:t>50:34  . ji. in sab cheezon gehrai say apnay andar woh aala marifat ko nahi paida karay ga tab tak woh jo inspirations Khuda ki taraf say atay hain, faizanaat jis say insaan ka spiritual development hota hai tab tak nahi hoga.</w:t>
      </w:r>
      <w:r>
        <w:br/>
      </w:r>
      <w:r>
        <w:rPr>
          <w:sz w:val="20"/>
        </w:rPr>
        <w:t>50:48  abhi ho kya raha hai keh log rati hui dua'ain yaad kar kay parhtay hain. hmm. aur aik ritualistic andaaz ka aur aik aik form based religion hai.</w:t>
      </w:r>
      <w:r>
        <w:br/>
      </w:r>
      <w:r>
        <w:rPr>
          <w:sz w:val="20"/>
        </w:rPr>
        <w:t>50:59  ji.</w:t>
      </w:r>
      <w:r>
        <w:br/>
      </w:r>
      <w:r>
        <w:rPr>
          <w:sz w:val="20"/>
        </w:rPr>
        <w:t>51:00  keh jab tak woh gehri marifat nahi paida hogi aur marifat ka tareeqa yahi hai keh gehrai say sochna aur Khuda say dua karna aur study ko barhana.</w:t>
      </w:r>
      <w:r>
        <w:br/>
      </w:r>
      <w:r>
        <w:rPr>
          <w:sz w:val="20"/>
        </w:rPr>
        <w:t>51:12  to yeh jo waqfah tha shadi say lay kay prophethood tak yeh aik tayari ka waqfah tha jis mein Hazrat Khadijah ka bohat hi bara role hai.</w:t>
      </w:r>
      <w:r>
        <w:br/>
      </w:r>
      <w:r>
        <w:rPr>
          <w:sz w:val="20"/>
        </w:rPr>
        <w:t>51:22  ji. unhon nay bilkul aik aik bohat hi achay partner ka role ada kiya. ji. mashaa</w:t>
      </w:r>
    </w:p>
    <w:p>
      <w:pPr>
        <w:pStyle w:val="Heading2"/>
      </w:pPr>
      <w:r>
        <w:t>Conviction is the true purpose of religion</w:t>
      </w:r>
    </w:p>
    <w:p>
      <w:r>
        <w:rPr>
          <w:color w:val="666666"/>
          <w:sz w:val="18"/>
        </w:rPr>
        <w:t>Interfaith Dialogue (English) February 1, 2014 Maulana Wahiduddin Khan · 58s · at 13:42 · https://youtu.be/esM8RDj_new?t=822</w:t>
      </w:r>
    </w:p>
    <w:p>
      <w:r>
        <w:rPr>
          <w:i/>
        </w:rPr>
        <w:t>“Religion is an issue of conviction.”</w:t>
      </w:r>
    </w:p>
    <w:p>
      <w:r>
        <w:rPr>
          <w:sz w:val="20"/>
        </w:rPr>
        <w:t>13:42  Religion is an issue of conviction</w:t>
      </w:r>
      <w:r>
        <w:br/>
      </w:r>
      <w:r>
        <w:rPr>
          <w:sz w:val="20"/>
        </w:rPr>
        <w:t>13:47  . When I say that I believe in so-and-so religion, then it means that I take it as a truth with a capital T.</w:t>
      </w:r>
      <w:r>
        <w:br/>
      </w:r>
      <w:r>
        <w:rPr>
          <w:sz w:val="20"/>
        </w:rPr>
        <w:t>14:04  Without taking religion in this sense, I cannot establish conviction in my mind.</w:t>
      </w:r>
      <w:r>
        <w:br/>
      </w:r>
      <w:r>
        <w:rPr>
          <w:sz w:val="20"/>
        </w:rPr>
        <w:t>14:14  If religion fails to give you conviction, then it is not religion. Why religion? The basic purpose of religion is to give you conviction regarding truth, regarding reality,</w:t>
      </w:r>
      <w:r>
        <w:br/>
      </w:r>
      <w:r>
        <w:rPr>
          <w:sz w:val="20"/>
        </w:rPr>
        <w:t>14:29  regarding the purpose of life.</w:t>
      </w:r>
      <w:r>
        <w:br/>
      </w:r>
      <w:r>
        <w:rPr>
          <w:sz w:val="20"/>
        </w:rPr>
        <w:t>14:32  So, conviction is an integral part of religion.</w:t>
      </w:r>
    </w:p>
    <w:p>
      <w:pPr>
        <w:pStyle w:val="Heading2"/>
      </w:pPr>
      <w:r>
        <w:t>Observing the world as a source of spiritual food</w:t>
      </w:r>
    </w:p>
    <w:p>
      <w:r>
        <w:rPr>
          <w:color w:val="666666"/>
          <w:sz w:val="18"/>
        </w:rPr>
        <w:t>Why People Live in Despair September 2, 2007 Maulana Wahiduddin Khan · 4m 54s · at 28:44 · https://youtu.be/1Wxz28OJh9c?t=1724</w:t>
      </w:r>
    </w:p>
    <w:p>
      <w:r>
        <w:rPr>
          <w:i/>
        </w:rPr>
        <w:t>“پہلی بات serious study، نمبر دو observation”</w:t>
      </w:r>
    </w:p>
    <w:p>
      <w:r>
        <w:rPr>
          <w:sz w:val="20"/>
        </w:rPr>
        <w:t>28:44  to pehli baat yeh hai ke serious study karna chahiye. number do, observ</w:t>
      </w:r>
      <w:r>
        <w:br/>
      </w:r>
      <w:r>
        <w:rPr>
          <w:sz w:val="20"/>
        </w:rPr>
        <w:t>28:52  ation. observation ka matlab yeh hai ke jo world around, jo aap ke aap ke chaaron taraf jo duniya hai,</w:t>
      </w:r>
      <w:r>
        <w:br/>
      </w:r>
      <w:r>
        <w:rPr>
          <w:sz w:val="20"/>
        </w:rPr>
        <w:t>29:01  is ko, is ko, is ko, is mein contemplation, is mein ghaur o fikr.</w:t>
      </w:r>
      <w:r>
        <w:br/>
      </w:r>
      <w:r>
        <w:rPr>
          <w:sz w:val="20"/>
        </w:rPr>
        <w:t>29:13  raat din, har subah shaam aap ke samne cheezein aati hain.</w:t>
      </w:r>
      <w:r>
        <w:br/>
      </w:r>
      <w:r>
        <w:rPr>
          <w:sz w:val="20"/>
        </w:rPr>
        <w:t>29:21  yeh duniya aap rehte hain, yeh duniya, zameen, aasman, suraj, chand, hawa, paani, har cheez jo nature ke roop mein hai aap ke samne. har waqt aap dekhte hain.</w:t>
      </w:r>
      <w:r>
        <w:br/>
      </w:r>
      <w:r>
        <w:rPr>
          <w:sz w:val="20"/>
        </w:rPr>
        <w:t>29:31  is par sochein. is mein lesson hota hai, lesson. is par sochein. is par ghaur kijiye. is mein aap ko intellectual food mile ga.</w:t>
      </w:r>
      <w:r>
        <w:br/>
      </w:r>
      <w:r>
        <w:rPr>
          <w:sz w:val="20"/>
        </w:rPr>
        <w:t>29:42  is mein aap ko spiritual food mile ga.</w:t>
      </w:r>
      <w:r>
        <w:br/>
      </w:r>
      <w:r>
        <w:rPr>
          <w:sz w:val="20"/>
        </w:rPr>
        <w:t>29:47  to ek taraf history, is se intellectual awakening hogi. aur doosri taraf aap ke aas paas jo duniya hai, is par sochna, par ghaur karna.</w:t>
      </w:r>
      <w:r>
        <w:br/>
      </w:r>
      <w:r>
        <w:rPr>
          <w:sz w:val="20"/>
        </w:rPr>
        <w:t>29:59  jaise main ne ek qissa bataya tha aap ko, is se pehle ek sahabi ka ke un ki, un se poocha gaya, un ki biwi se ke un ki ibadat kya hai?</w:t>
      </w:r>
      <w:r>
        <w:br/>
      </w:r>
      <w:r>
        <w:rPr>
          <w:sz w:val="20"/>
        </w:rPr>
        <w:t>30:08  to un ki biwi ne kaha ke al tafakkur wal i'tibar, sochna. un ki ibadat hai sochna.</w:t>
      </w:r>
      <w:r>
        <w:br/>
      </w:r>
      <w:r>
        <w:rPr>
          <w:sz w:val="20"/>
        </w:rPr>
        <w:t>30:16  aaj kisi se kaha jaaye ke sochna ibadat hai to kisi ko samajh mein nahi aaye ga. aap samajhte hain ke ibadat naam hai, bohat zyada raktein parho.</w:t>
      </w:r>
      <w:r>
        <w:br/>
      </w:r>
      <w:r>
        <w:rPr>
          <w:sz w:val="20"/>
        </w:rPr>
        <w:t>30:29  namaz ko ek set of ritual samajhte hain, isi ko dohraate raho.</w:t>
      </w:r>
      <w:r>
        <w:br/>
      </w:r>
      <w:r>
        <w:rPr>
          <w:sz w:val="20"/>
        </w:rPr>
        <w:t>30:37  to un ki wife ne kaha ke un ki ibadat thi sochna. matlab namaz ke alawa.</w:t>
      </w:r>
      <w:r>
        <w:br/>
      </w:r>
      <w:r>
        <w:rPr>
          <w:sz w:val="20"/>
        </w:rPr>
        <w:t>30:45  to ek din un ke ghar ke samne se kya hua ke ek ek bullock card guzri, bail gaadi. to aisa hua ke ek bail jo tha, wo baith gaya aur ek bail jo hai, koi yoke mein do bail the.</w:t>
      </w:r>
      <w:r>
        <w:br/>
      </w:r>
      <w:r>
        <w:rPr>
          <w:sz w:val="20"/>
        </w:rPr>
        <w:t>31:00  ek bed mein mil gaya, ek ek khara raha. to jo baith gaya, us ko jo cart man tha, us ne mara, us ko. phir woh bhi khara ho gaya, phir gaadi chalne lagi.</w:t>
      </w:r>
      <w:r>
        <w:br/>
      </w:r>
      <w:r>
        <w:rPr>
          <w:sz w:val="20"/>
        </w:rPr>
        <w:t>31:11  to us ne kaha ki in fi is mein bhi ek naseehat hai. naseehat kya? jo duty par raha, woh bach gaya.</w:t>
      </w:r>
      <w:r>
        <w:br/>
      </w:r>
      <w:r>
        <w:rPr>
          <w:sz w:val="20"/>
        </w:rPr>
        <w:t>31:22  aur jo duty se hata, woh mara gaya. matlab ek ek worldly scene mein unhon ne kya dekh liya?</w:t>
      </w:r>
      <w:r>
        <w:br/>
      </w:r>
      <w:r>
        <w:rPr>
          <w:sz w:val="20"/>
        </w:rPr>
        <w:t>31:33  World here after ko dekh liya. yeh hai observation.</w:t>
      </w:r>
      <w:r>
        <w:br/>
      </w:r>
      <w:r>
        <w:rPr>
          <w:sz w:val="20"/>
        </w:rPr>
        <w:t>31:39  to duniya mein aap is tarah rahen ki har cheez ko aap sochen. har cheez ko sochen, har cheez ko sochen. is se aap ko ki is mein aata hai Quran Majeed mein ki Hazrat Zakariya jo the, jo un ke woh the sarparast Hazrat Maryam ke.</w:t>
      </w:r>
      <w:r>
        <w:br/>
      </w:r>
      <w:r>
        <w:rPr>
          <w:sz w:val="20"/>
        </w:rPr>
        <w:t>31:59  to Quran mein aata hai ki jab bhi woh jaate the Hazrat Maryam ke paas, wahan par thin woh Yerushalam mein</w:t>
      </w:r>
      <w:r>
        <w:br/>
      </w:r>
      <w:r>
        <w:rPr>
          <w:sz w:val="20"/>
        </w:rPr>
        <w:t>32:08  . Wajad indaha rizqa, jab bhi aate the woh to un ke paas rizq paate the.</w:t>
      </w:r>
      <w:r>
        <w:br/>
      </w:r>
      <w:r>
        <w:rPr>
          <w:sz w:val="20"/>
        </w:rPr>
        <w:t>32:16  Wajad indaha rizqa, un ke paas rizq paate the. ab logon ne kya samajh liya? ki phal un par hote the. yani apne third class ke zehen ko le kar ke hum Quran padhte hain.</w:t>
      </w:r>
      <w:r>
        <w:br/>
      </w:r>
      <w:r>
        <w:rPr>
          <w:sz w:val="20"/>
        </w:rPr>
        <w:t>32:27  hum sab se badi cheez yahi samajhte hain ki be mausam ke phal hamein milne lage. Khuda ke nazdeek badi cheez nahi hai yeh.</w:t>
      </w:r>
      <w:r>
        <w:br/>
      </w:r>
      <w:r>
        <w:rPr>
          <w:sz w:val="20"/>
        </w:rPr>
        <w:t>32:37  Khuda ke nazdeek rizq, spiritual food, intellectual food. to un ke paas jab aate the to woh badi badi baatein karte the.</w:t>
      </w:r>
      <w:r>
        <w:br/>
      </w:r>
      <w:r>
        <w:rPr>
          <w:sz w:val="20"/>
        </w:rPr>
        <w:t>32:46  Wisdom ki baat, spirituality ki baat, God consciousness ki baat. to us ko unhon ne poochha ki bhai yeh tum ko kaise yeh baatein? kahan se seekhti ho tum?</w:t>
      </w:r>
      <w:r>
        <w:br/>
      </w:r>
      <w:r>
        <w:rPr>
          <w:sz w:val="20"/>
        </w:rPr>
        <w:t>33:00  to Wajad indaha rizqa jo hai Quran Majeed mein, woh isi maani mein hai ki Maryam ke paas woh spiritual item paate the, intellectual item paate the.</w:t>
      </w:r>
      <w:r>
        <w:br/>
      </w:r>
      <w:r>
        <w:rPr>
          <w:sz w:val="20"/>
        </w:rPr>
        <w:t>33:13  yeh hamein, hum ko aap ko yeh lena hai duniya se. duniya se hamein intellectual food lena hai, spiritual food lena hai.</w:t>
      </w:r>
      <w:r>
        <w:br/>
      </w:r>
      <w:r>
        <w:rPr>
          <w:sz w:val="20"/>
        </w:rPr>
        <w:t>33:22  woh har waqt rehta hai hamare paas, aas paas.</w:t>
      </w:r>
      <w:r>
        <w:br/>
      </w:r>
      <w:r>
        <w:rPr>
          <w:sz w:val="20"/>
        </w:rPr>
        <w:t>33:27  har cheez mein, jo bhi aap dekhen, isi mein woh food maujood hai. har cheez mein maujood hai.</w:t>
      </w:r>
    </w:p>
    <w:p>
      <w:pPr>
        <w:pStyle w:val="Heading2"/>
      </w:pPr>
      <w:r>
        <w:t>Real Islam versus the cultures of ritual and violence</w:t>
      </w:r>
    </w:p>
    <w:p>
      <w:r>
        <w:rPr>
          <w:color w:val="666666"/>
          <w:sz w:val="18"/>
        </w:rPr>
        <w:t>Divine Personality April 2, 2014 Maulana Wahiduddin Khan · 2m 22s · at 2:39 · https://youtu.be/4F-V__KFzpA?t=159</w:t>
      </w:r>
    </w:p>
    <w:p>
      <w:r>
        <w:rPr>
          <w:i/>
        </w:rPr>
        <w:t>“If you see the modern situation of Muslim countries...”</w:t>
      </w:r>
    </w:p>
    <w:p>
      <w:r>
        <w:rPr>
          <w:sz w:val="20"/>
        </w:rPr>
        <w:t>2:39  Then if you see the modern situation of Muslim countries you will find that every day in the media there are some</w:t>
      </w:r>
      <w:r>
        <w:br/>
      </w:r>
      <w:r>
        <w:rPr>
          <w:sz w:val="20"/>
        </w:rPr>
        <w:t>2:58  hard news in the Muslim countries.</w:t>
      </w:r>
      <w:r>
        <w:br/>
      </w:r>
      <w:r>
        <w:rPr>
          <w:sz w:val="20"/>
        </w:rPr>
        <w:t>3:04  Every day they are killing in the name of Islam, in the name of jihad.</w:t>
      </w:r>
      <w:r>
        <w:br/>
      </w:r>
      <w:r>
        <w:rPr>
          <w:sz w:val="20"/>
        </w:rPr>
        <w:t>3:14  So if you analyze you will find that</w:t>
      </w:r>
      <w:r>
        <w:br/>
      </w:r>
      <w:r>
        <w:rPr>
          <w:sz w:val="20"/>
        </w:rPr>
        <w:t>3:23  these are the two basic forms of Islam</w:t>
      </w:r>
      <w:r>
        <w:br/>
      </w:r>
      <w:r>
        <w:rPr>
          <w:sz w:val="20"/>
        </w:rPr>
        <w:t>3:30  . There may be dozens of sects among Muslims. Maybe there are 73 sects.</w:t>
      </w:r>
      <w:r>
        <w:br/>
      </w:r>
      <w:r>
        <w:rPr>
          <w:sz w:val="20"/>
        </w:rPr>
        <w:t>3:43  But if you categorize these sects you can sum up these sects in two sects.</w:t>
      </w:r>
      <w:r>
        <w:br/>
      </w:r>
      <w:r>
        <w:rPr>
          <w:sz w:val="20"/>
        </w:rPr>
        <w:t>3:57  That is culture of rituals, culture of rituals.</w:t>
      </w:r>
      <w:r>
        <w:br/>
      </w:r>
      <w:r>
        <w:rPr>
          <w:sz w:val="20"/>
        </w:rPr>
        <w:t>4:06  Then culture of violence.</w:t>
      </w:r>
      <w:r>
        <w:br/>
      </w:r>
      <w:r>
        <w:rPr>
          <w:sz w:val="20"/>
        </w:rPr>
        <w:t>4:10  Some people are engaged in violence in the name of Islam. They believe that they are doing the greatest ibadah.</w:t>
      </w:r>
      <w:r>
        <w:br/>
      </w:r>
      <w:r>
        <w:rPr>
          <w:sz w:val="20"/>
        </w:rPr>
        <w:t>4:28  Then the other group has based its concept on f</w:t>
      </w:r>
      <w:r>
        <w:br/>
      </w:r>
      <w:r>
        <w:rPr>
          <w:sz w:val="20"/>
        </w:rPr>
        <w:t>4:34  azail. According to them Islam is a set of rituals and these rituals are very absurd.</w:t>
      </w:r>
      <w:r>
        <w:br/>
      </w:r>
      <w:r>
        <w:rPr>
          <w:sz w:val="20"/>
        </w:rPr>
        <w:t>4:46  And if you perform these rituals you will surely find entry into paradise. But both the groups are living in false paradise.</w:t>
      </w:r>
    </w:p>
    <w:p>
      <w:pPr>
        <w:pStyle w:val="Heading2"/>
      </w:pPr>
      <w:r>
        <w:t>the death blast, the silent gathering, and eternal regret</w:t>
      </w:r>
    </w:p>
    <w:p>
      <w:r>
        <w:rPr>
          <w:color w:val="666666"/>
          <w:sz w:val="18"/>
        </w:rPr>
        <w:t>Beginning of the End February 9, 2007 Maulana Wahiduddin Khan · 6m 18s · at 1:06:00 · https://youtu.be/wzRYtn704oE?t=3960</w:t>
      </w:r>
    </w:p>
    <w:p>
      <w:r>
        <w:rPr>
          <w:i/>
        </w:rPr>
        <w:t>“دوسرا جو بلو ہوگا وہ ہوگا ڈیتھ بلو”</w:t>
      </w:r>
    </w:p>
    <w:p>
      <w:r>
        <w:rPr>
          <w:sz w:val="20"/>
        </w:rPr>
        <w:t>1:06:00  to aisa kehna jo hai, koi main samajhta hoon ke Sahaba ke raaste par hatna nahi hai, balkeh Sahaba ke tareeqe ko dohrana hai. ab dekhiye ke doosra jo blow hoga, woh hoga death blow.</w:t>
      </w:r>
      <w:r>
        <w:br/>
      </w:r>
      <w:r>
        <w:rPr>
          <w:sz w:val="20"/>
        </w:rPr>
        <w:t>1:06:13  abhi hum ko mohlat di gayi hai, abhi hamare paas ek interval hai, abhi mauqa hai humein sochne ka, rethinking karne ka, reassessment ka, apne mind ko phir se remodel karne ka.</w:t>
      </w:r>
      <w:r>
        <w:br/>
      </w:r>
      <w:r>
        <w:rPr>
          <w:sz w:val="20"/>
        </w:rPr>
        <w:t>1:06:27  to ek mauqa hai yeh. is ke baad death blow hoga, yani saare insaan mar jayenge, sab insaan khatm ho jayenge.</w:t>
      </w:r>
      <w:r>
        <w:br/>
      </w:r>
      <w:r>
        <w:rPr>
          <w:sz w:val="20"/>
        </w:rPr>
        <w:t>1:06:38  maine ek baar khwab dekha tha ke qayamat aa gayi hai. to qayamat kis tarah aayegi, woh Allah hi behtar janta hai. lekin maine jo dekha tha, woh yeh ke yeh soor phoonka gaya, is se awaaz nikalna shuru hui hai, sound.</w:t>
      </w:r>
      <w:r>
        <w:br/>
      </w:r>
      <w:r>
        <w:rPr>
          <w:sz w:val="20"/>
        </w:rPr>
        <w:t>1:06:54  woh sound pehle dheere dheere thi, phir barhti gayi, barhti gayi, barhti gayi, barhti gayi. aap jante hain ke sound jo hai, bohat hi powerful is ke andar taqat hoti hai.</w:t>
      </w:r>
      <w:r>
        <w:br/>
      </w:r>
      <w:r>
        <w:rPr>
          <w:sz w:val="20"/>
        </w:rPr>
        <w:t>1:07:04  to sound agar bohat barh jaye, bohat barh jaye to saari duniya destroy ho jayegi.</w:t>
      </w:r>
      <w:r>
        <w:br/>
      </w:r>
      <w:r>
        <w:rPr>
          <w:sz w:val="20"/>
        </w:rPr>
        <w:t>1:07:10  to maine khwab mein dekha ke is tarah se qayamat aa rahi hai ke sound shuru hui, shuru hote hue barhti gayi, barhti gayi, barhti gayi. ne kaha tha ke sab kuch destroy ho gaya.</w:t>
      </w:r>
      <w:r>
        <w:br/>
      </w:r>
      <w:r>
        <w:rPr>
          <w:sz w:val="20"/>
        </w:rPr>
        <w:t>1:07:20  to behal woh hoga death blow. jis shakal mein aayega, woh Allah hi behtar janta hai. lekin woh hai jisko nafkhat al-sa'iq kaha gaya hai.</w:t>
      </w:r>
      <w:r>
        <w:br/>
      </w:r>
      <w:r>
        <w:rPr>
          <w:sz w:val="20"/>
        </w:rPr>
        <w:t>1:07:31  sa'iq kehte hain behosh ho jana, yani aisa nafkha ya aisa blow jo logon ko behosh kar dega.</w:t>
      </w:r>
      <w:r>
        <w:br/>
      </w:r>
      <w:r>
        <w:rPr>
          <w:sz w:val="20"/>
        </w:rPr>
        <w:t>1:07:40  to isi ko main kehta hoon ke death blow. ke doosra jo hoga, us mein log</w:t>
      </w:r>
      <w:r>
        <w:br/>
      </w:r>
      <w:r>
        <w:rPr>
          <w:sz w:val="20"/>
        </w:rPr>
        <w:t>1:07:49  mar jayenge, yani yeh zindagi jo abhi thi duniya mein, woh khatm ho jayegi. phir is ke baad hoga nafkhat al-qiyam, yani rising blow.</w:t>
      </w:r>
      <w:r>
        <w:br/>
      </w:r>
      <w:r>
        <w:rPr>
          <w:sz w:val="20"/>
        </w:rPr>
        <w:t>1:08:01  to insaan phir dobara uthega. ab jo uthega, woh to is duniya mein jeene ke liye nahi uthega.</w:t>
      </w:r>
      <w:r>
        <w:br/>
      </w:r>
      <w:r>
        <w:rPr>
          <w:sz w:val="20"/>
        </w:rPr>
        <w:t>1:08:11  yaad rakhiye, jo nafkhat al-qiyam hai, jo rising blow hai, woh is liye nahi ke wapas jao apne gharon mein ja ke raho, phir dobara.</w:t>
      </w:r>
      <w:r>
        <w:br/>
      </w:r>
      <w:r>
        <w:rPr>
          <w:sz w:val="20"/>
        </w:rPr>
        <w:t>1:08:21  us ke liye nahi hoga.</w:t>
      </w:r>
      <w:r>
        <w:br/>
      </w:r>
      <w:r>
        <w:rPr>
          <w:sz w:val="20"/>
        </w:rPr>
        <w:t>1:08:25  woh to hoga hashr ke maidan mein ikattha hone ke liye.</w:t>
      </w:r>
      <w:r>
        <w:br/>
      </w:r>
      <w:r>
        <w:rPr>
          <w:sz w:val="20"/>
        </w:rPr>
        <w:t>1:08:31  to chunancha Quran mein hai ke khasha'at al-aswat lil-rehman wa la tasab illa hamza.</w:t>
      </w:r>
      <w:r>
        <w:br/>
      </w:r>
      <w:r>
        <w:rPr>
          <w:sz w:val="20"/>
        </w:rPr>
        <w:t>1:08:40  log chal padenge maidan e hashr ki taraf aur sab ki awaazein past ho chuki hongi. sirf chalne ki phusphusahat sunai degi.</w:t>
      </w:r>
      <w:r>
        <w:br/>
      </w:r>
      <w:r>
        <w:rPr>
          <w:sz w:val="20"/>
        </w:rPr>
        <w:t>1:08:50  agar aap kabhi kisi majme mein chale hon, bada crowd ho aur sab log chup chap hon, to crowd jab chalta hai to paaon se chalne ki halki halki awaaz aati hai.</w:t>
      </w:r>
      <w:r>
        <w:br/>
      </w:r>
      <w:r>
        <w:rPr>
          <w:sz w:val="20"/>
        </w:rPr>
        <w:t>1:09:02  to woh farmaya: "la tasab illa hamza, khasha'at al-aswat lil-rehman wa la tasab illa hamza"</w:t>
      </w:r>
      <w:r>
        <w:br/>
      </w:r>
      <w:r>
        <w:rPr>
          <w:sz w:val="20"/>
        </w:rPr>
        <w:t>1:09:10  keh munh ka bol to band ho chuka hoga. log speech-less, speech-less ho chuke honge, lekin jo chal rahe honge, us chalne ki wajah se jo phusphusahat hogi, woh sunai degi.</w:t>
      </w:r>
      <w:r>
        <w:br/>
      </w:r>
      <w:r>
        <w:rPr>
          <w:sz w:val="20"/>
        </w:rPr>
        <w:t>1:09:23  to hadith mein aata hai ke is waqt log nangay honge, bana libas ke honge. yaani sab kuch chhin jayega.</w:t>
      </w:r>
      <w:r>
        <w:br/>
      </w:r>
      <w:r>
        <w:rPr>
          <w:sz w:val="20"/>
        </w:rPr>
        <w:t>1:09:33  dekhen, libas jo hai, insan ke jo position hai, us mein aakhri cheez hai.</w:t>
      </w:r>
      <w:r>
        <w:br/>
      </w:r>
      <w:r>
        <w:rPr>
          <w:sz w:val="20"/>
        </w:rPr>
        <w:t>1:09:39  jo cheezen insan ko mili hui hoti hain, us mein aakhri cheez yeh libas hai. libas hat jaye, achanak bilkul helpless ho jata hai. yaar, yeh hua tha Hazrat Adam ke sath.</w:t>
      </w:r>
      <w:r>
        <w:br/>
      </w:r>
      <w:r>
        <w:rPr>
          <w:sz w:val="20"/>
        </w:rPr>
        <w:t>1:09:52  to Hazrat Aisha Razi Allah Ta'ala Anha ne farmaya ke is waqt log bana libas ke honge. to Hazrat Aisha ne kaha ke log phir un ke us ko dekhte honge, logon ki sharmgahon, sharmgahon ko,</w:t>
      </w:r>
      <w:r>
        <w:br/>
      </w:r>
      <w:r>
        <w:rPr>
          <w:sz w:val="20"/>
        </w:rPr>
        <w:t>1:10:06  un ke secret parts ko.</w:t>
      </w:r>
      <w:r>
        <w:br/>
      </w:r>
      <w:r>
        <w:rPr>
          <w:sz w:val="20"/>
        </w:rPr>
        <w:t>1:10:09  to aap ne farmaya ke: "Ae Aisha, woh itna bhayanak din hoga ke kisi ko yaad bhi nahi rahega ke kisi ko dekha hai.</w:t>
      </w:r>
      <w:r>
        <w:br/>
      </w:r>
      <w:r>
        <w:rPr>
          <w:sz w:val="20"/>
        </w:rPr>
        <w:t>1:10:20  aisa nafsi nafsi ka alam hoga, har aadmi apne aap mein gum hoga. yeh dekhne ki fursat nahi hogi kisi ko. koi ek doosre ko dekha hai, us ki fursat kahan hogi?</w:t>
      </w:r>
      <w:r>
        <w:br/>
      </w:r>
      <w:r>
        <w:rPr>
          <w:sz w:val="20"/>
        </w:rPr>
        <w:t>1:10:32  yeh soch kahan se aayegi?</w:t>
      </w:r>
      <w:r>
        <w:br/>
      </w:r>
      <w:r>
        <w:rPr>
          <w:sz w:val="20"/>
        </w:rPr>
        <w:t>1:10:35  log to apne apne apne us mein gum honge ke kaisa ek chance tha jo mila tha hum ko is zameen par, hum ne kho diya.</w:t>
      </w:r>
      <w:r>
        <w:br/>
      </w:r>
      <w:r>
        <w:rPr>
          <w:sz w:val="20"/>
        </w:rPr>
        <w:t>1:10:50  har aadmi yeh soch raha hoga ke: "mine was a case of missed opportunity, mine was a case of missed opportu</w:t>
      </w:r>
      <w:r>
        <w:br/>
      </w:r>
      <w:r>
        <w:rPr>
          <w:sz w:val="20"/>
        </w:rPr>
        <w:t>1:10:58  nity". Har aadmi yeh soch raha hoga ke mujhe Khuda ne zindagi di, life support system mila wahan par mujhe, aur mujhe sab kuch mila, lekin mein mein ne kho diya is time ko.</w:t>
      </w:r>
      <w:r>
        <w:br/>
      </w:r>
      <w:r>
        <w:rPr>
          <w:sz w:val="20"/>
        </w:rPr>
        <w:t>1:11:15  dekhen, yeh ehsas sirf unhi logon ko nahi hoga jo so-called atheist hain, mazhabi logon ko bhi hoga.</w:t>
      </w:r>
      <w:r>
        <w:br/>
      </w:r>
      <w:r>
        <w:rPr>
          <w:sz w:val="20"/>
        </w:rPr>
        <w:t>1:11:23  yaad rakhiye, kyunke aaj mein dekhta hoon ke log mazhab ka ek grandiose form banaye hue hain, ek ritualistic form, woh kar rahe hain to samajhte hain ke hum mazhab par hain.</w:t>
      </w:r>
      <w:r>
        <w:br/>
      </w:r>
      <w:r>
        <w:rPr>
          <w:sz w:val="20"/>
        </w:rPr>
        <w:t>1:11:35  hargiz hargiz woh mazhab nahi hai. mazhab naam hai spirit ka, mazhab naam hai khauf-e-Khuda ka, mazhab naam hai Khuda ke ke Khuda mein jeene ka, Khuda ko apna supreme counselor banane ka.</w:t>
      </w:r>
      <w:r>
        <w:br/>
      </w:r>
      <w:r>
        <w:rPr>
          <w:sz w:val="20"/>
        </w:rPr>
        <w:t>1:11:50  yeh nahi ke kuch ek form aap ikhtiyar kar len, kuch rituals ada kar len to aap mazhabi ho gaye. is se bari bhool aur koi nahi hai.</w:t>
      </w:r>
      <w:r>
        <w:br/>
      </w:r>
      <w:r>
        <w:rPr>
          <w:sz w:val="20"/>
        </w:rPr>
        <w:t>1:12:01  to yeh mein arz kar raha tha ke is waqt sab log yeh soch rahe honge ke kaisa mauqa tha, woh hum ne kho diya.</w:t>
      </w:r>
      <w:r>
        <w:br/>
      </w:r>
      <w:r>
        <w:rPr>
          <w:sz w:val="20"/>
        </w:rPr>
        <w:t>1:12:11  ab to Khuda ke samne hazir hona hai,</w:t>
      </w:r>
      <w:r>
        <w:br/>
      </w:r>
      <w:r>
        <w:rPr>
          <w:sz w:val="20"/>
        </w:rPr>
        <w:t>1:12:16  ab to Khuda ke samne hazir hona hoga.</w:t>
      </w:r>
    </w:p>
    <w:p>
      <w:pPr>
        <w:pStyle w:val="Heading2"/>
      </w:pPr>
      <w:r>
        <w:t>Jagane wala mal'un hai</w:t>
      </w:r>
    </w:p>
    <w:p>
      <w:r>
        <w:rPr>
          <w:color w:val="666666"/>
          <w:sz w:val="18"/>
        </w:rPr>
        <w:t>Life after Death (Prophetic Wisdom) · 2m 23s · at 19:34 · https://youtu.be/7bA2WIsKLMQ?t=1174</w:t>
      </w:r>
    </w:p>
    <w:p>
      <w:r>
        <w:rPr>
          <w:i/>
        </w:rPr>
        <w:t>“Laanat us par jo jagaye”</w:t>
      </w:r>
    </w:p>
    <w:p>
      <w:r>
        <w:rPr>
          <w:sz w:val="20"/>
        </w:rPr>
        <w:t>19:34  lanat us par hai jo us ko jagaye. yahan par ghor kijiye ke jagane wale ko lanat ki gayi hai. na ke bharkne wale ko.</w:t>
      </w:r>
      <w:r>
        <w:br/>
      </w:r>
      <w:r>
        <w:rPr>
          <w:sz w:val="20"/>
        </w:rPr>
        <w:t>19:46  yaani is qisse mein dekhiye ek hai bhark kar gadbad machane wala. ek hai us ko provoke kar ke bharkane wala.</w:t>
      </w:r>
      <w:r>
        <w:br/>
      </w:r>
      <w:r>
        <w:rPr>
          <w:sz w:val="20"/>
        </w:rPr>
        <w:t>19:58  to lanat kis ko ki gayi? kis ko bura bataya gaya? kis ko condemn kiya gaya? bhark kar fasaad machane wale ko nahi bura kaha gaya.</w:t>
      </w:r>
      <w:r>
        <w:br/>
      </w:r>
      <w:r>
        <w:rPr>
          <w:sz w:val="20"/>
        </w:rPr>
        <w:t>20:11  jis ne bharka kar logon ko fasad ka mauqa diya unhein kaha gaya. yeh bohat ziyada sochne ki baat hai.</w:t>
      </w:r>
      <w:r>
        <w:br/>
      </w:r>
      <w:r>
        <w:rPr>
          <w:sz w:val="20"/>
        </w:rPr>
        <w:t>20:22  aam taur par kya hota hai ke jo log bharkate hain un ko koi nahi kehta. aur bhark kar jo fasad barpa karta hai us ko kehte hain log bura.</w:t>
      </w:r>
      <w:r>
        <w:br/>
      </w:r>
      <w:r>
        <w:rPr>
          <w:sz w:val="20"/>
        </w:rPr>
        <w:t>20:36  jaise ke ek shehar mein aisa hua ke kuch logon ka ek mazhabi program chal raha tha.</w:t>
      </w:r>
      <w:r>
        <w:br/>
      </w:r>
      <w:r>
        <w:rPr>
          <w:sz w:val="20"/>
        </w:rPr>
        <w:t>20:47  us mein loudspeaker tha. loudspeaker par un ke haan program chalaya ja raha tha. to paas mein ek aur logon ka ek jalsa ho raha tha.</w:t>
      </w:r>
      <w:r>
        <w:br/>
      </w:r>
      <w:r>
        <w:rPr>
          <w:sz w:val="20"/>
        </w:rPr>
        <w:t>21:02  to wahan kya loudspeaker ki awaz wahan tak pahunch rahi thi. to unhon ne samjha ke hamara jalsa kharab kar rahe hain yeh log. wahan par gaye kuch log ke band karo apna loudspeaker.</w:t>
      </w:r>
      <w:r>
        <w:br/>
      </w:r>
      <w:r>
        <w:rPr>
          <w:sz w:val="20"/>
        </w:rPr>
        <w:t>21:14  to unhon ne kaha ke hum ko band kar rahe hain tum hi apna jalsa band kar lo. ab to to mein woh takrar hui. aur unhon ne un ke loudspeaker ko tod ke phenk diya.</w:t>
      </w:r>
      <w:r>
        <w:br/>
      </w:r>
      <w:r>
        <w:rPr>
          <w:sz w:val="20"/>
        </w:rPr>
        <w:t>21:26  ab kya hua? un ka ana bhark utha. un ka ghussa bhark utha. aur unhon ne sare sare shehar mein riot kiya.</w:t>
      </w:r>
      <w:r>
        <w:br/>
      </w:r>
      <w:r>
        <w:rPr>
          <w:sz w:val="20"/>
        </w:rPr>
        <w:t>21:38  jalaya, phoonka, toda. ab jab paperon mein khabar aayi to log sirf un ko kehne lage jinhon ne jalaya, phoonka tha.</w:t>
      </w:r>
      <w:r>
        <w:br/>
      </w:r>
      <w:r>
        <w:rPr>
          <w:sz w:val="20"/>
        </w:rPr>
        <w:t>21:48  maine kaha aap aisa kyun karte hain? is hadith ko dekhiye. is mein lanat un par nahi ki gayi hai jo unhon ne gadbad machayi.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