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Salahuddin</w:t>
      </w:r>
    </w:p>
    <w:p>
      <w:r>
        <w:rPr>
          <w:sz w:val="18"/>
        </w:rPr>
        <w:t>Q&amp;A, lecture moments and clips · full transcripts with timestamps · exported 2026-09-21</w:t>
      </w:r>
    </w:p>
    <w:p>
      <w:pPr>
        <w:pStyle w:val="Heading1"/>
      </w:pPr>
      <w:r>
        <w:t>Maulana was asked (1)</w:t>
      </w:r>
    </w:p>
    <w:p>
      <w:pPr>
        <w:pStyle w:val="Heading2"/>
      </w:pPr>
      <w:r>
        <w:t>Intelligent Muslims misguiding community</w:t>
      </w:r>
    </w:p>
    <w:p>
      <w:r>
        <w:rPr>
          <w:color w:val="666666"/>
          <w:sz w:val="18"/>
        </w:rPr>
        <w:t>Opportunities of the Modern Age | March 05, 2017 · 1m 54s · at 1:08:00 · https://youtu.be/Cv8QEwvQ_fY?t=4080</w:t>
      </w:r>
    </w:p>
    <w:p>
      <w:r>
        <w:rPr>
          <w:i/>
        </w:rPr>
        <w:t>“How unfortunate it is that such intelligent and highly educated Muslims like Syed Shahabuddin fail to guide the community to the right direction? One sincere leader after another comes to the scene and misguides the community. How?”</w:t>
      </w:r>
    </w:p>
    <w:p>
      <w:r>
        <w:rPr>
          <w:sz w:val="20"/>
        </w:rPr>
        <w:t>1:08:00  مولانا اگلا سوال ڈاکٹر فریدہ خانم نے بھیجا ہے دلی سے انہوں نے لکھا ہے: "How unfortunate it</w:t>
      </w:r>
      <w:r>
        <w:br/>
      </w:r>
      <w:r>
        <w:rPr>
          <w:sz w:val="20"/>
        </w:rPr>
        <w:t>1:08:07  as that such intelligent and highly educated Muslim like Syed Shahabuddin failed to guide the community to</w:t>
      </w:r>
      <w:r>
        <w:br/>
      </w:r>
      <w:r>
        <w:rPr>
          <w:sz w:val="20"/>
        </w:rPr>
        <w:t>1:08:15  The right direction. One sincere leader after another comes to the scene and misguides the community. How</w:t>
      </w:r>
      <w:r>
        <w:br/>
      </w:r>
      <w:r>
        <w:rPr>
          <w:sz w:val="20"/>
        </w:rPr>
        <w:t>1:08:22  to solve this problem when Muslims will realize that their leaders</w:t>
      </w:r>
      <w:r>
        <w:br/>
      </w:r>
      <w:r>
        <w:rPr>
          <w:sz w:val="20"/>
        </w:rPr>
        <w:t>1:08:30  are incompetent and stop following them" dekhiye is ki jar mein jo baat hai ke sari muslim</w:t>
      </w:r>
      <w:r>
        <w:br/>
      </w:r>
      <w:r>
        <w:rPr>
          <w:sz w:val="20"/>
        </w:rPr>
        <w:t>1:08:40  community including leaders wo ek trap mein hain yani wo trap kiya hai political glory guzri hui glory</w:t>
      </w:r>
      <w:r>
        <w:br/>
      </w:r>
      <w:r>
        <w:rPr>
          <w:sz w:val="20"/>
        </w:rPr>
        <w:t>1:08:50  jisko Fersen ne kaha tha kisi ne bohat sahi kaha tha ke "paterm sultan</w:t>
      </w:r>
      <w:r>
        <w:br/>
      </w:r>
      <w:r>
        <w:rPr>
          <w:sz w:val="20"/>
        </w:rPr>
        <w:t>1:09:00  both" sari hi Muslim community including leaders jee rahe hain "pedram sultan both" ki psychology mein yeh yeh yeh ek trap hai jis mein log phanse hue hain logon ko bahar aana padega history se bahar aana padega Quran o Sunnat tak jana padega bhai hamare aur Quran o Sunnat ke beech mein ek history bani baat ko idhar Quran o Hadees hai haan idhar hum</w:t>
      </w:r>
      <w:r>
        <w:br/>
      </w:r>
      <w:r>
        <w:rPr>
          <w:sz w:val="20"/>
        </w:rPr>
        <w:t>1:09:30  hain beech mein ek history bani isi mein phans gaye log to sare log political glory mein jeete</w:t>
      </w:r>
      <w:r>
        <w:br/>
      </w:r>
      <w:r>
        <w:rPr>
          <w:sz w:val="20"/>
        </w:rPr>
        <w:t>1:09:36  hain isi andaaz mein bolte hain isi ko regain karna yeh samajhte hain ek bada kaam hai to</w:t>
      </w:r>
      <w:r>
        <w:br/>
      </w:r>
      <w:r>
        <w:rPr>
          <w:sz w:val="20"/>
        </w:rPr>
        <w:t>1:09:42  jab tak wo sawaar apni is political glory ka jo unka jo mizaj is se bahar nahi</w:t>
      </w:r>
      <w:r>
        <w:br/>
      </w:r>
      <w:r>
        <w:rPr>
          <w:sz w:val="20"/>
        </w:rPr>
        <w:t>1:09:48  aayenge wo sachai se be khabar rahenge Quran o Sunnat tak pahuncha hi ke nahi hua</w:t>
      </w:r>
    </w:p>
    <w:p>
      <w:pPr>
        <w:pStyle w:val="Heading1"/>
      </w:pPr>
      <w:r>
        <w:t>In the lectures (5)</w:t>
      </w:r>
    </w:p>
    <w:p>
      <w:pPr>
        <w:pStyle w:val="Heading2"/>
      </w:pPr>
      <w:r>
        <w:t>IN CONVERSATION MAULANA WAHIDUDDIN KHAN</w:t>
      </w:r>
    </w:p>
    <w:p>
      <w:r>
        <w:rPr>
          <w:color w:val="666666"/>
          <w:sz w:val="18"/>
        </w:rPr>
        <w:t>7:13 · https://youtu.be/VzcECmB1P7c?t=433</w:t>
      </w:r>
    </w:p>
    <w:p>
      <w:r>
        <w:rPr>
          <w:i/>
        </w:rPr>
        <w:t>“But tell us, what do you think are the, are the roots of, of, you know, the current churning, the current violence that is being attributed to Islamic militant groups in many parts of the world? Yes. Yesterday I met an Egyptian scholar. He was Dr. Dr. Salahuddin as-Sultan. He adv”</w:t>
      </w:r>
    </w:p>
    <w:p>
      <w:pPr>
        <w:pStyle w:val="Heading2"/>
      </w:pPr>
      <w:r>
        <w:t>Islam in the Changing World August 6, 2007</w:t>
      </w:r>
    </w:p>
    <w:p>
      <w:r>
        <w:rPr>
          <w:color w:val="666666"/>
          <w:sz w:val="18"/>
        </w:rPr>
        <w:t>11:58 · https://youtu.be/lEhH4VDLSFY?t=718</w:t>
      </w:r>
    </w:p>
    <w:p>
      <w:r>
        <w:rPr>
          <w:i/>
        </w:rPr>
        <w:t>“An Arab poet, Zarkali, very popular poet among Arab people, said in one of his lines, "Hat-e Salahuddin saniyatan fina jaddidi hiddin o shibhiddina." It means that revive again a general like Khalid,”</w:t>
      </w:r>
    </w:p>
    <w:p>
      <w:pPr>
        <w:pStyle w:val="Heading2"/>
      </w:pPr>
      <w:r>
        <w:t>Islam in the Changing World August 6, 2007</w:t>
      </w:r>
    </w:p>
    <w:p>
      <w:r>
        <w:rPr>
          <w:color w:val="666666"/>
          <w:sz w:val="18"/>
        </w:rPr>
        <w:t>12:28 · https://youtu.be/lEhH4VDLSFY?t=748</w:t>
      </w:r>
    </w:p>
    <w:p>
      <w:r>
        <w:rPr>
          <w:i/>
        </w:rPr>
        <w:t>“a general like Tariq, a general like Salahuddin,”</w:t>
      </w:r>
    </w:p>
    <w:p>
      <w:pPr>
        <w:pStyle w:val="Heading2"/>
      </w:pPr>
      <w:r>
        <w:t>Islam in the Changing World August 6, 2007</w:t>
      </w:r>
    </w:p>
    <w:p>
      <w:r>
        <w:rPr>
          <w:color w:val="666666"/>
          <w:sz w:val="18"/>
        </w:rPr>
        <w:t>12:40 · https://youtu.be/lEhH4VDLSFY?t=760</w:t>
      </w:r>
    </w:p>
    <w:p>
      <w:r>
        <w:rPr>
          <w:i/>
        </w:rPr>
        <w:t>“We need to revive the spirit of those people, but we don't need to revive the pattern of Khalid, Tariq, and Salahuddin.”</w:t>
      </w:r>
    </w:p>
    <w:p>
      <w:pPr>
        <w:pStyle w:val="Heading2"/>
      </w:pPr>
      <w:r>
        <w:t>Islam in the Changing World August 6, 2007</w:t>
      </w:r>
    </w:p>
    <w:p>
      <w:r>
        <w:rPr>
          <w:color w:val="666666"/>
          <w:sz w:val="18"/>
        </w:rPr>
        <w:t>14:40 · https://youtu.be/lEhH4VDLSFY?t=880</w:t>
      </w:r>
    </w:p>
    <w:p>
      <w:r>
        <w:rPr>
          <w:i/>
        </w:rPr>
        <w:t>“tried to revive the pattern of those pattern of Khalid, Tariq, and Salahuddin. They failed to understand that it is a spirit that needs to be revived and not the pattern.”</w:t>
      </w:r>
    </w:p>
    <w:p>
      <w:pPr>
        <w:pStyle w:val="Heading1"/>
      </w:pPr>
      <w:r>
        <w:t>Clips (6)</w:t>
      </w:r>
    </w:p>
    <w:p>
      <w:pPr>
        <w:pStyle w:val="Heading2"/>
      </w:pPr>
      <w:r>
        <w:t>Roots of violence and true Jihad conditions</w:t>
      </w:r>
    </w:p>
    <w:p>
      <w:r>
        <w:rPr>
          <w:color w:val="666666"/>
          <w:sz w:val="18"/>
        </w:rPr>
        <w:t>IN CONVERSATION MAULANA WAHIDUDDIN KHAN · 5m 51s · at 4:13 · https://youtu.be/VzcECmB1P7c?t=253</w:t>
      </w:r>
    </w:p>
    <w:p>
      <w:r>
        <w:rPr>
          <w:i/>
        </w:rPr>
        <w:t>“But isn't it also true, Maulana Saab?”</w:t>
      </w:r>
    </w:p>
    <w:p>
      <w:r>
        <w:rPr>
          <w:sz w:val="20"/>
        </w:rPr>
        <w:t>4:13  but isn't it also true, maulana sahib, that one is able to use any scripture to interpret it, to justify all kinds of actions? and the sort of the islamic extremists, and i entirely agree with you that any community and any faith will have its extremists, its fundamentalist people who will choose to interpret it in a manner that suits perhaps their political agendas or economic disparities.</w:t>
      </w:r>
      <w:r>
        <w:br/>
      </w:r>
      <w:r>
        <w:rPr>
          <w:sz w:val="20"/>
        </w:rPr>
        <w:t>4:42  But there are many elements that come in the expressions of violence. So assuming that this is the teaching of Islam, of peace and reconciliation, what do you feel are the roots of the current churning in Islam that is yielding so much violence?</w:t>
      </w:r>
      <w:r>
        <w:br/>
      </w:r>
      <w:r>
        <w:rPr>
          <w:sz w:val="20"/>
        </w:rPr>
        <w:t>5:05  Is it sort of the history of the Middle East, their historical imperatives that have bred resentment that now find expression in violence and seek justification in the Quran?</w:t>
      </w:r>
      <w:r>
        <w:br/>
      </w:r>
      <w:r>
        <w:rPr>
          <w:sz w:val="20"/>
        </w:rPr>
        <w:t>5:19  Fine. It is also</w:t>
      </w:r>
      <w:r>
        <w:br/>
      </w:r>
      <w:r>
        <w:rPr>
          <w:sz w:val="20"/>
        </w:rPr>
        <w:t>5:25  imperative that there may be some different interpretations.</w:t>
      </w:r>
      <w:r>
        <w:br/>
      </w:r>
      <w:r>
        <w:rPr>
          <w:sz w:val="20"/>
        </w:rPr>
        <w:t>5:31  And these interpretations are outcome of their own perception, their own conditioning, their own circumstances.</w:t>
      </w:r>
      <w:r>
        <w:br/>
      </w:r>
      <w:r>
        <w:rPr>
          <w:sz w:val="20"/>
        </w:rPr>
        <w:t>5:41  So it is, every time it is possible to find some, find different interpretations.</w:t>
      </w:r>
      <w:r>
        <w:br/>
      </w:r>
      <w:r>
        <w:rPr>
          <w:sz w:val="20"/>
        </w:rPr>
        <w:t>5:48  I agree. But because when comes different interpretation, there is, there is difference</w:t>
      </w:r>
      <w:r>
        <w:br/>
      </w:r>
      <w:r>
        <w:rPr>
          <w:sz w:val="20"/>
        </w:rPr>
        <w:t>5:57  But if one is sincere to understand the Quranic teachings, sincerity is the must. And he is able to decondition his mind.</w:t>
      </w:r>
      <w:r>
        <w:br/>
      </w:r>
      <w:r>
        <w:rPr>
          <w:sz w:val="20"/>
        </w:rPr>
        <w:t>6:10  . He is able to</w:t>
      </w:r>
      <w:r>
        <w:br/>
      </w:r>
      <w:r>
        <w:rPr>
          <w:sz w:val="20"/>
        </w:rPr>
        <w:t>6:12  go through Quran objectively.</w:t>
      </w:r>
      <w:r>
        <w:br/>
      </w:r>
      <w:r>
        <w:rPr>
          <w:sz w:val="20"/>
        </w:rPr>
        <w:t>6:15  Then there is, I don't think that there is, it is, it is, no doubt you can reach</w:t>
      </w:r>
      <w:r>
        <w:br/>
      </w:r>
      <w:r>
        <w:rPr>
          <w:sz w:val="20"/>
        </w:rPr>
        <w:t>6:24  theright message of the Islam.</w:t>
      </w:r>
      <w:r>
        <w:br/>
      </w:r>
      <w:r>
        <w:rPr>
          <w:sz w:val="20"/>
        </w:rPr>
        <w:t>6:27  Right message. Because people generally obsess, some obsessions,</w:t>
      </w:r>
      <w:r>
        <w:br/>
      </w:r>
      <w:r>
        <w:rPr>
          <w:sz w:val="20"/>
        </w:rPr>
        <w:t>6:33  some, some malices, some</w:t>
      </w:r>
      <w:r>
        <w:br/>
      </w:r>
      <w:r>
        <w:rPr>
          <w:sz w:val="20"/>
        </w:rPr>
        <w:t>6:38  bias. So due to these conditionings,</w:t>
      </w:r>
      <w:r>
        <w:br/>
      </w:r>
      <w:r>
        <w:rPr>
          <w:sz w:val="20"/>
        </w:rPr>
        <w:t>6:43  they adopt some other kind of interpretation other than true interpretation.</w:t>
      </w:r>
      <w:r>
        <w:br/>
      </w:r>
      <w:r>
        <w:rPr>
          <w:sz w:val="20"/>
        </w:rPr>
        <w:t>6:49  As far as myself concerned,</w:t>
      </w:r>
      <w:r>
        <w:br/>
      </w:r>
      <w:r>
        <w:rPr>
          <w:sz w:val="20"/>
        </w:rPr>
        <w:t>6:51  I am completely an objective person.</w:t>
      </w:r>
      <w:r>
        <w:br/>
      </w:r>
      <w:r>
        <w:rPr>
          <w:sz w:val="20"/>
        </w:rPr>
        <w:t>6:55  I don't live in hate, for example. There are news in Muslim media. Every day there are news of some atrocities, some conspiracies. But I don't agree with these kinds of news.</w:t>
      </w:r>
      <w:r>
        <w:br/>
      </w:r>
      <w:r>
        <w:rPr>
          <w:sz w:val="20"/>
        </w:rPr>
        <w:t>7:13  But tell us, what do you think are the roots of the current churning, the current violence that is being attributed to Islamic militant groups in many parts of the world? Yes. Yesterday I met an Egyptian scholar. He was Dr. Salahuddin as-Sultan. He advocated those jihadi groups. He was a youth person.</w:t>
      </w:r>
      <w:r>
        <w:br/>
      </w:r>
      <w:r>
        <w:rPr>
          <w:sz w:val="20"/>
        </w:rPr>
        <w:t>7:43  He was Egyptian. So I said that you have to see the result. If you find some difficulties, some problems, and you want to go to jihad, so why are you not seeing the result? You are doing jihad perhaps since 100 years, but no result.</w:t>
      </w:r>
      <w:r>
        <w:br/>
      </w:r>
      <w:r>
        <w:rPr>
          <w:sz w:val="20"/>
        </w:rPr>
        <w:t>8:07  So is jihad an action, seeking some positive result, or is it some negative activities?</w:t>
      </w:r>
      <w:r>
        <w:br/>
      </w:r>
      <w:r>
        <w:rPr>
          <w:sz w:val="20"/>
        </w:rPr>
        <w:t>8:23  ? So he was, any, he agreed that</w:t>
      </w:r>
      <w:r>
        <w:br/>
      </w:r>
      <w:r>
        <w:rPr>
          <w:sz w:val="20"/>
        </w:rPr>
        <w:t>8:28  result is, that is important.</w:t>
      </w:r>
      <w:r>
        <w:br/>
      </w:r>
      <w:r>
        <w:rPr>
          <w:sz w:val="20"/>
        </w:rPr>
        <w:t>8:31  So I referred some verses from the Quran.</w:t>
      </w:r>
      <w:r>
        <w:br/>
      </w:r>
      <w:r>
        <w:rPr>
          <w:sz w:val="20"/>
        </w:rPr>
        <w:t>8:36  And I said that also you are abusing the word Jihad.</w:t>
      </w:r>
      <w:r>
        <w:br/>
      </w:r>
      <w:r>
        <w:rPr>
          <w:sz w:val="20"/>
        </w:rPr>
        <w:t>8:42  Because according to the Jihad,</w:t>
      </w:r>
      <w:r>
        <w:br/>
      </w:r>
      <w:r>
        <w:rPr>
          <w:sz w:val="20"/>
        </w:rPr>
        <w:t>8:44  according to the Quran, Jihad is a defensive</w:t>
      </w:r>
      <w:r>
        <w:br/>
      </w:r>
      <w:r>
        <w:rPr>
          <w:sz w:val="20"/>
        </w:rPr>
        <w:t>8:50  action, not offensive action.</w:t>
      </w:r>
      <w:r>
        <w:br/>
      </w:r>
      <w:r>
        <w:rPr>
          <w:sz w:val="20"/>
        </w:rPr>
        <w:t>8:57  It means that if there is attack, then you are allowed to go to war.</w:t>
      </w:r>
      <w:r>
        <w:br/>
      </w:r>
      <w:r>
        <w:rPr>
          <w:sz w:val="20"/>
        </w:rPr>
        <w:t>9:03  Otherwise, not. And the second condition is that jihad is prerogative of an established state. No agencies other than the state are allowed to go to war.</w:t>
      </w:r>
      <w:r>
        <w:br/>
      </w:r>
      <w:r>
        <w:rPr>
          <w:sz w:val="20"/>
        </w:rPr>
        <w:t>9:22  So if you see these verses of the Quran, you will admit that there is no that all those wars like guerrilla wars, proxy wars, and undeclared wars, secret wars, all those wars are not allowed in Islam.</w:t>
      </w:r>
      <w:r>
        <w:br/>
      </w:r>
      <w:r>
        <w:rPr>
          <w:sz w:val="20"/>
        </w:rPr>
        <w:t>9:48  And all these jihads are not I said that these jihads are not fought by any state. Only some private organizations are doing these jihads. So it is haram. It is unlawful.</w:t>
      </w:r>
      <w:r>
        <w:br/>
      </w:r>
      <w:r>
        <w:rPr>
          <w:sz w:val="20"/>
        </w:rPr>
        <w:t>10:04  You have been a great proponent and have entered into so many processes and dialogue with people who Islam might, or at least sort of the extreme wing of Islam might, describe as kafirs. So what is your understanding of this notion of kafir, and what forms the basis of the Islamic dialogue with other faiths?</w:t>
      </w:r>
    </w:p>
    <w:p>
      <w:pPr>
        <w:pStyle w:val="Heading2"/>
      </w:pPr>
      <w:r>
        <w:t>Salahuddin Ayyubi's missed chance to bear witness over revenge</w:t>
      </w:r>
    </w:p>
    <w:p>
      <w:r>
        <w:rPr>
          <w:color w:val="666666"/>
          <w:sz w:val="18"/>
        </w:rPr>
        <w:t>Don't Be Angry Culture January 15, 2012 · 5m 46s · at 33:05 · https://youtu.be/NrA3X8y_FLY?t=1985</w:t>
      </w:r>
    </w:p>
    <w:p>
      <w:r>
        <w:rPr>
          <w:i/>
        </w:rPr>
        <w:t>“Salahuddin Ayyubi ka ek waqia aata hai tareekh ki kitabon mein”</w:t>
      </w:r>
    </w:p>
    <w:p>
      <w:r>
        <w:rPr>
          <w:sz w:val="20"/>
        </w:rPr>
        <w:t>33:05  Salahuddin Ayubi ke ek waqeye ko le kar.</w:t>
      </w:r>
      <w:r>
        <w:br/>
      </w:r>
      <w:r>
        <w:rPr>
          <w:sz w:val="20"/>
        </w:rPr>
        <w:t>33:09  Aap jante hain ke Salahuddin Ayubi barahween sadi eesvi ka aadmi tha. Is ne jo third crusades hain, is mein is ne bohat zabardast role kiya tha.</w:t>
      </w:r>
      <w:r>
        <w:br/>
      </w:r>
      <w:r>
        <w:rPr>
          <w:sz w:val="20"/>
        </w:rPr>
        <w:t>33:23  Aur is ki wajah se third crusade mein musalmanon ko jeet hui thi.</w:t>
      </w:r>
      <w:r>
        <w:br/>
      </w:r>
      <w:r>
        <w:rPr>
          <w:sz w:val="20"/>
        </w:rPr>
        <w:t>33:28  To is ka ek waqea aata hai tareekh ki kitabon mein ke third crusades mein Christian side se ek ek hota tha general, uska naam tha Reginald.</w:t>
      </w:r>
      <w:r>
        <w:br/>
      </w:r>
      <w:r>
        <w:rPr>
          <w:sz w:val="20"/>
        </w:rPr>
        <w:t>33:40  Reginald. To is dauran mein jab ke ladaai chal rahi thi to Reginald ne ek baar ek ek Muslim karwan ko pakda.</w:t>
      </w:r>
      <w:r>
        <w:br/>
      </w:r>
      <w:r>
        <w:rPr>
          <w:sz w:val="20"/>
        </w:rPr>
        <w:t>33:54  Aur Muslim karwan ko jo bhi kiya ho, mara peeta ho, loota ho, jo bhi kiya ho.</w:t>
      </w:r>
      <w:r>
        <w:br/>
      </w:r>
      <w:r>
        <w:rPr>
          <w:sz w:val="20"/>
        </w:rPr>
        <w:t>34:00  To us waqt is ne yani josh mein aa kar Reginald ne kaha musalman se ke bulao Muhammad ko, woh tumhari madad kare.</w:t>
      </w:r>
      <w:r>
        <w:br/>
      </w:r>
      <w:r>
        <w:rPr>
          <w:sz w:val="20"/>
        </w:rPr>
        <w:t>34:16  Call Muhammad to save you yeh aata hai kitabon mein. To yeh jo is ne kaha tha ke bulao Muhammad ko, woh tumhari madad</w:t>
      </w:r>
      <w:r>
        <w:br/>
      </w:r>
      <w:r>
        <w:rPr>
          <w:sz w:val="20"/>
        </w:rPr>
        <w:t>34:27  kare, yeh khabar pahunchi Salahuddin Ayubi ko. Yeh bohat ghussa ho gaye. Bohat ghussa ho gaya, unhon ne kaha ke achha theek hai, main is ko qatl kar ke rahoon ga.</w:t>
      </w:r>
      <w:r>
        <w:br/>
      </w:r>
      <w:r>
        <w:rPr>
          <w:sz w:val="20"/>
        </w:rPr>
        <w:t>34:41  To aakhir mein kya hua ke Hattin mein mashhoor jo hai jang Hattin, barah-e-to yeh Nuh, Hattin mein ek ladaai hui jis mein Salahuddin Ayubi ne bohat bara role tha un ka</w:t>
      </w:r>
      <w:r>
        <w:br/>
      </w:r>
      <w:r>
        <w:rPr>
          <w:sz w:val="20"/>
        </w:rPr>
        <w:t>34:56  . To is mein musalmanon ko jeet hui. Aur is mein Reginald pakda gaya. Reginald giraftaar ho kar ke Salahuddin ke paas laya gaya, us ke tent mein.</w:t>
      </w:r>
      <w:r>
        <w:br/>
      </w:r>
      <w:r>
        <w:rPr>
          <w:sz w:val="20"/>
        </w:rPr>
        <w:t>35:07  Jab tent mein woh aaya, laya gaya to Salahuddin Ayubi ne us ko yaad dilaya ke tum woh shakhs ho jis ne aisa kaha tha ke dekho, ab main tum ko batata hoon, is ka badla leta hoon tum se.</w:t>
      </w:r>
      <w:r>
        <w:br/>
      </w:r>
      <w:r>
        <w:rPr>
          <w:sz w:val="20"/>
        </w:rPr>
        <w:t>35:21  To kitabon mein aata hai ke Salahuddin Ayubi ne talwar uthai aur yeh keh kar us ko qatl kar diya ke ها أنا أنتصر لمحمد علیہ الصلاة والسلام yeh lo, main Muhammad ki taraf se tum se badla leta hoon.</w:t>
      </w:r>
      <w:r>
        <w:br/>
      </w:r>
      <w:r>
        <w:rPr>
          <w:sz w:val="20"/>
        </w:rPr>
        <w:t>35:40  Gardan maar di is ki. Is ko jab main ne parha, is waqeye ko to ek ajeeb ghareeb soch mere andar paida hui.</w:t>
      </w:r>
      <w:r>
        <w:br/>
      </w:r>
      <w:r>
        <w:rPr>
          <w:sz w:val="20"/>
        </w:rPr>
        <w:t>35:50  Main ne kaha Salahuddin Ayubi ke liye woh ek opportunity thi. Gawahi dene ki, sachai gawahi. Dekhiye, hum aap gawah hain.</w:t>
      </w:r>
      <w:r>
        <w:br/>
      </w:r>
      <w:r>
        <w:rPr>
          <w:sz w:val="20"/>
        </w:rPr>
        <w:t>35:59  Hadees mein aata hai ke المسلمون شهداء الله فی الارض musalman jo hai dunya mein haq ke gawah hain.</w:t>
      </w:r>
      <w:r>
        <w:br/>
      </w:r>
      <w:r>
        <w:rPr>
          <w:sz w:val="20"/>
        </w:rPr>
        <w:t>36:10  Yaani jab koi mauqa ho to khade ho kar batayein ke sachai yeh hai, yeh baatil hai, yeh haq hai.</w:t>
      </w:r>
      <w:r>
        <w:br/>
      </w:r>
      <w:r>
        <w:rPr>
          <w:sz w:val="20"/>
        </w:rPr>
        <w:t>36:18  To us waqt kya maamla tha, dekhiye, is par ghaur kijiye. Reginald ne jab yeh kaha tha ke bulao Muhammad ko, tum ko bachayein mujh se, us ke dimagh mein kahin yeh ghusa hua hoga ke musalman Muhammad ko samajhte hain ke un ke andar koi divine power hai,</w:t>
      </w:r>
      <w:r>
        <w:br/>
      </w:r>
      <w:r>
        <w:rPr>
          <w:sz w:val="20"/>
        </w:rPr>
        <w:t>36:38  Khudai taqat hai. Jaisa ke aam taur par hota hai doosre mazhabon mein.</w:t>
      </w:r>
      <w:r>
        <w:br/>
      </w:r>
      <w:r>
        <w:rPr>
          <w:sz w:val="20"/>
        </w:rPr>
        <w:t>36:45  To musalman bhi yahi samajhte honge.</w:t>
      </w:r>
      <w:r>
        <w:br/>
      </w:r>
      <w:r>
        <w:rPr>
          <w:sz w:val="20"/>
        </w:rPr>
        <w:t>36:50  Is liye is ki jo jumla nikla zuban se ke Muhammad Muhammad ko tum samajhte ho ke woh tumhare savior hain, tumhein bachane wale hain, to bulao, bachayein mujh ko un se.</w:t>
      </w:r>
      <w:r>
        <w:br/>
      </w:r>
      <w:r>
        <w:rPr>
          <w:sz w:val="20"/>
        </w:rPr>
        <w:t>37:02  Yeh is ka ek baatil khayal tha, fasid khayal tha. Aisa Islam mein koi taleem nahi hai.</w:t>
      </w:r>
      <w:r>
        <w:br/>
      </w:r>
      <w:r>
        <w:rPr>
          <w:sz w:val="20"/>
        </w:rPr>
        <w:t>37:10  Kyun ke Quran mein hai ke إنما أنا بشر مثلكم إليكم إله واحد ke main ek bashar hoon.</w:t>
      </w:r>
      <w:r>
        <w:br/>
      </w:r>
      <w:r>
        <w:rPr>
          <w:sz w:val="20"/>
        </w:rPr>
        <w:t>37:21  Yeh farmaya Paighambar ne. Main ek bashar hoon. Sirf itni si baat hai ke mere upar wahi aati hai Allah Ta'ala ki taraf se, is liye ke main is ko tumhein tak pahunchaoon.</w:t>
      </w:r>
      <w:r>
        <w:br/>
      </w:r>
      <w:r>
        <w:rPr>
          <w:sz w:val="20"/>
        </w:rPr>
        <w:t>37:36  Baaki taqat, ikhtiyar, qudrat yeh sab Allah ka hissa hai. Mujhe kisi cheez ki qudrat haasil nahi hai. To yeh kitna bara is ke andar galat fehmi thi Islam ke bare mein ke musalman samajhte hain ke Muhammad jo hain un ke andar koi Khudai taqat hai.</w:t>
      </w:r>
      <w:r>
        <w:br/>
      </w:r>
      <w:r>
        <w:rPr>
          <w:sz w:val="20"/>
        </w:rPr>
        <w:t>37:55  jaisa ke doosri qaumein samajhti hain. jabke mamla yeh hai ke Islam mein yeh aqeedah nahi hai. Islam mein aqeedah yeh hai ke sirf ek Allah taala ko sari taqat hasil hai.</w:t>
      </w:r>
      <w:r>
        <w:br/>
      </w:r>
      <w:r>
        <w:rPr>
          <w:sz w:val="20"/>
        </w:rPr>
        <w:t>38:09  to us waqt Salahuddin Ayyubi ke liye ek opportunity thi gawahi dene ke liye. woh khada hota ke main gawahi deta hoon ke taqat sirf ek Allah ko hai.</w:t>
      </w:r>
      <w:r>
        <w:br/>
      </w:r>
      <w:r>
        <w:rPr>
          <w:sz w:val="20"/>
        </w:rPr>
        <w:t>38:20  Muhammad Allah ke Rasool hain, woh Khuda nahi hain.</w:t>
      </w:r>
      <w:r>
        <w:br/>
      </w:r>
      <w:r>
        <w:rPr>
          <w:sz w:val="20"/>
        </w:rPr>
        <w:t>38:25  Ulama ko bithata ke samjhao is ko, Reginald ko. is ki galat fehmi door karo. marne se pehle woh jaan le ke sachai kya hai.</w:t>
      </w:r>
      <w:r>
        <w:br/>
      </w:r>
      <w:r>
        <w:rPr>
          <w:sz w:val="20"/>
        </w:rPr>
        <w:t>38:36  lekin bas gardan talwar uthai, gardan maar di is ki. kyun? ghusse mein aadmi ki aql jo hai kho jati hai. ghusse mein aadmi right thinking se mehroom ho jata hai.</w:t>
      </w:r>
    </w:p>
    <w:p>
      <w:pPr>
        <w:pStyle w:val="Heading2"/>
      </w:pPr>
      <w:r>
        <w:t>Wrong lesson: wanting Salahuddin's sword in an age of freedom</w:t>
      </w:r>
    </w:p>
    <w:p>
      <w:r>
        <w:rPr>
          <w:color w:val="666666"/>
          <w:sz w:val="18"/>
        </w:rPr>
        <w:t>Age of Democracy May 25, 2014 · 1m 10s · at 22:23 · https://youtu.be/pyZy1-EhW1Q?t=1343</w:t>
      </w:r>
    </w:p>
    <w:p>
      <w:r>
        <w:rPr>
          <w:i/>
        </w:rPr>
        <w:t>“Hamein Salahuddin Ayyubi ki talwar ki zaroorat hai”</w:t>
      </w:r>
    </w:p>
    <w:p>
      <w:r>
        <w:rPr>
          <w:sz w:val="20"/>
        </w:rPr>
        <w:t>22:23  aik poora daur guzra hai, yeh jo French aaye, Afirqi mulkon mein, Britishers aaye, Ashiai mulkon mein, Israel aaya, Palestine mein.</w:t>
      </w:r>
      <w:r>
        <w:br/>
      </w:r>
      <w:r>
        <w:rPr>
          <w:sz w:val="20"/>
        </w:rPr>
        <w:t>22:36  to aik shair thay, Arab shair, un ka shair is tarah goonja, har aadmi us shair ko parhta tha: Hata salāḥ ad-dīn thanī tanfīnā jiddī ḥattayn wa shaf ḥattayn</w:t>
      </w:r>
      <w:r>
        <w:br/>
      </w:r>
      <w:r>
        <w:rPr>
          <w:sz w:val="20"/>
        </w:rPr>
        <w:t>22:50  phir se hamein lao, phir salahuddin ko, aur phir se jang ke maidan garam karo. hamare india ke maulana ali miyan the, woh gaye sham, wahan salahuddin ayubi ki qabr hai, to unhon ne taqreer ki.</w:t>
      </w:r>
      <w:r>
        <w:br/>
      </w:r>
      <w:r>
        <w:rPr>
          <w:sz w:val="20"/>
        </w:rPr>
        <w:t>23:08  unhon ne kaha ke hamein salahuddin ayubi ki talwar ki zaroorat hai. yeh kis qadar be khabar the yeh log, yaani mor din blind the yeh log. yaani zamana keh raha tha ke azadi</w:t>
      </w:r>
      <w:r>
        <w:br/>
      </w:r>
      <w:r>
        <w:rPr>
          <w:sz w:val="20"/>
        </w:rPr>
        <w:t>23:19  aa gayi duniya mein, khoob da'wati kaam karo, khoob Allah ka paigham phailao. age of islam aa gaya, ab in ko talwar chahiye taake mare logon ko.</w:t>
      </w:r>
    </w:p>
    <w:p>
      <w:pPr>
        <w:pStyle w:val="Heading2"/>
      </w:pPr>
      <w:r>
        <w:t>How Muslims misread history from British India to Salahuddin</w:t>
      </w:r>
    </w:p>
    <w:p>
      <w:r>
        <w:rPr>
          <w:color w:val="666666"/>
          <w:sz w:val="18"/>
        </w:rPr>
        <w:t>Age of Democracy May 25, 2014 · 5m 40s · at 17:54 · https://youtu.be/pyZy1-EhW1Q?t=1074</w:t>
      </w:r>
    </w:p>
    <w:p>
      <w:r>
        <w:rPr>
          <w:i/>
        </w:rPr>
        <w:t>“Jab British India mein aaye to saare Musalman bas anti-British ban gaye”</w:t>
      </w:r>
    </w:p>
    <w:p>
      <w:r>
        <w:rPr>
          <w:sz w:val="20"/>
        </w:rPr>
        <w:t>17:54  dekhiye, jab british India mein aaye to saaray musalman bas anti-british ban gaye. bas angrezon ke khilaaf jihad, angrezon ke khilaaf jihad.</w:t>
      </w:r>
      <w:r>
        <w:br/>
      </w:r>
      <w:r>
        <w:rPr>
          <w:sz w:val="20"/>
        </w:rPr>
        <w:t>18:07  ab beshumar logon ne apnay ko marwa</w:t>
      </w:r>
      <w:r>
        <w:br/>
      </w:r>
      <w:r>
        <w:rPr>
          <w:sz w:val="20"/>
        </w:rPr>
        <w:t>18:09  liya. main is ko shahadat nahi kehta, marwaana kehta hoon apnay aap ko. phir kehtay hain ke beshumar itnay log shaheed ho gaye, woh shaheed nahi hue, apnay ko marwaya unhon ne khwah makhwah.</w:t>
      </w:r>
      <w:r>
        <w:br/>
      </w:r>
      <w:r>
        <w:rPr>
          <w:sz w:val="20"/>
        </w:rPr>
        <w:t>18:19  aik hi aadmi tha mere ilm mein, Maulana Altaf Hussain Haali, us ne sachi baat kahi thi. hukoomat ne azadiyan tum ko di hain, taraqqi ki raahein sarasar khuli hain.</w:t>
      </w:r>
      <w:r>
        <w:br/>
      </w:r>
      <w:r>
        <w:rPr>
          <w:sz w:val="20"/>
        </w:rPr>
        <w:t>18:33  Maulana Altaf Hussain Haali, dedh so saal ka zamana hai un ka, pehlay ka.</w:t>
      </w:r>
      <w:r>
        <w:br/>
      </w:r>
      <w:r>
        <w:rPr>
          <w:sz w:val="20"/>
        </w:rPr>
        <w:t>18:39  apni kitaab mein unhon ne bohat si achi baatein kahi theen. is mein aik yeh tha, yahan hukoomat se muraad hai British government. hukoomat ne azadiyan tum ko di hain, taraqqi ki raahein sarasar khuli hain.</w:t>
      </w:r>
      <w:r>
        <w:br/>
      </w:r>
      <w:r>
        <w:rPr>
          <w:sz w:val="20"/>
        </w:rPr>
        <w:t>18:52  yani British period mein main bhi paida hua hoon, isi mein maine dekha woh zamana. aap ko education ki azadi, aap ko business ki azadi, aap ko job ki azadi, aap ko dawat ki azadi.</w:t>
      </w:r>
      <w:r>
        <w:br/>
      </w:r>
      <w:r>
        <w:rPr>
          <w:sz w:val="20"/>
        </w:rPr>
        <w:t>19:04  yani koi bhi aisi cheez nahi jis ki azadi na ho, siwaye is ke ke aap violence karein to us ki azadi nahi rahay gi. except violence in every aspect, you are free.</w:t>
      </w:r>
      <w:r>
        <w:br/>
      </w:r>
      <w:r>
        <w:rPr>
          <w:sz w:val="20"/>
        </w:rPr>
        <w:t>19:19  lekin Haali Haali ko kaha gaya ke Haali hi jo hai, government ka patto hai, government is ka zar-khez molvi hai. keh kar un ki baat ko nahi maana gaya.</w:t>
      </w:r>
      <w:r>
        <w:br/>
      </w:r>
      <w:r>
        <w:rPr>
          <w:sz w:val="20"/>
        </w:rPr>
        <w:t>19:30  to musalmanon ki jo backwardness jo hai, yeh chalta hai wahan se dedh so saal se. yeh jo opportunity laaye thay Britishers, us se unhon ne faida nahi uthaya, us se larnay lagay khali.</w:t>
      </w:r>
      <w:r>
        <w:br/>
      </w:r>
      <w:r>
        <w:rPr>
          <w:sz w:val="20"/>
        </w:rPr>
        <w:t>19:45  woh laaye thay modern age Britishers se, to modern age laaye thay woh. woh science laaye thay, woh modern education laaye thay, modern opportunity laaye thay.</w:t>
      </w:r>
      <w:r>
        <w:br/>
      </w:r>
      <w:r>
        <w:rPr>
          <w:sz w:val="20"/>
        </w:rPr>
        <w:t>19:59  lekin is ko avail nahi kiya musalmanon ne, sirf laraai, laraai, laraai, laraai. to bohat se log is se maare gaye. musalman likhtay hain apni kitabon mein ke taraf shaheed hue, main kehta hoon shaheed nahi hue, apnay ko marwaya unhon ne khwah makhwah.</w:t>
      </w:r>
      <w:r>
        <w:br/>
      </w:r>
      <w:r>
        <w:rPr>
          <w:sz w:val="20"/>
        </w:rPr>
        <w:t>20:15  Maulana Altaf Hussain Haali ne jo baat kahi thi, us ko suna nahi kisi ne, balkay mazaaq uraya. aap ko main aik qissa batata hoon ke Maulana Altaf Hussain Haali ne Sir Syed ki life likhi thi.</w:t>
      </w:r>
      <w:r>
        <w:br/>
      </w:r>
      <w:r>
        <w:rPr>
          <w:sz w:val="20"/>
        </w:rPr>
        <w:t>20:31  life to us zamanay mein Sir Syed ko hi bohat bara samajhtay thay, log bohat bara. to aik thay Akbar Allahabadi,</w:t>
      </w:r>
      <w:r>
        <w:br/>
      </w:r>
      <w:r>
        <w:rPr>
          <w:sz w:val="20"/>
        </w:rPr>
        <w:t>20:43  to unhon ne Maulana Altaf Hussain Haali ke baray mein yeh likha tha: "Syed ki dastaan ko Haali se poochay, Ghazi Mian ka haal Daffali se poochay." yani kis qadar ziyada bekhabar thay log haqiqaton se ke Britishers laaye thay modern opportunities, woh samajhtay hain ke woh hamara dushman hai aur hum ko khatam karna chahta hai.</w:t>
      </w:r>
      <w:r>
        <w:br/>
      </w:r>
      <w:r>
        <w:rPr>
          <w:sz w:val="20"/>
        </w:rPr>
        <w:t>21:09  aisay hi dekhiye, 1948 mein Arab world mein Israel qaaim hua, Balfour Declaration ke tehat.</w:t>
      </w:r>
      <w:r>
        <w:br/>
      </w:r>
      <w:r>
        <w:rPr>
          <w:sz w:val="20"/>
        </w:rPr>
        <w:t>21:19  mere nazdeek Balfour Declaration bilkul sahi tha, us mein koi ghalati nahi thi aur Quran ke mutabiq bhi tha. lekin saaray Arab world ka dushman ban gaya, maro un ko, nikalo un ko, un ko samandar mein dhak kar lo.</w:t>
      </w:r>
      <w:r>
        <w:br/>
      </w:r>
      <w:r>
        <w:rPr>
          <w:sz w:val="20"/>
        </w:rPr>
        <w:t>21:34  us waqt aik aalim tha, sirf Arab, aik Arab aalim, us ne kaha ke tum jeet nahi pao gay, tumhari tabaahi mein aur izafa ho jaye ga.</w:t>
      </w:r>
      <w:r>
        <w:br/>
      </w:r>
      <w:r>
        <w:rPr>
          <w:sz w:val="20"/>
        </w:rPr>
        <w:t>21:43  accept karo Israel ke qaayam ko, accept karo. magar sab ne kaha ke ghaddar hai, yeh ghaddar hai,</w:t>
      </w:r>
      <w:r>
        <w:br/>
      </w:r>
      <w:r>
        <w:rPr>
          <w:sz w:val="20"/>
        </w:rPr>
        <w:t>21:52  woh bechara mar gaya. yeh shair parhtay huay ke sajalam qawmi sajalam qawmi andani la ghish wa ma istataala lafz yani meri qaum jaan legi ke meri qaum se ghaddari nahi ki hai.</w:t>
      </w:r>
      <w:r>
        <w:br/>
      </w:r>
      <w:r>
        <w:rPr>
          <w:sz w:val="20"/>
        </w:rPr>
        <w:t>22:19  raat kitni lambi ho, aakhir kaar to subah ho kar rahay gi.</w:t>
      </w:r>
      <w:r>
        <w:br/>
      </w:r>
      <w:r>
        <w:rPr>
          <w:sz w:val="20"/>
        </w:rPr>
        <w:t>22:23  aik poora daur guzra hai, yeh jo French aaye, Afirqi mulkon mein, Britishers aaye, Ashiai mulkon mein, Israel aaya, Palestine mein.</w:t>
      </w:r>
      <w:r>
        <w:br/>
      </w:r>
      <w:r>
        <w:rPr>
          <w:sz w:val="20"/>
        </w:rPr>
        <w:t>22:36  to aik shair thay, Arab shair, un ka shair is tarah goonja, har aadmi us shair ko parhta tha: Hata salāḥ ad-dīn thanī tanfīnā jiddī ḥattayn wa shaf ḥattayn</w:t>
      </w:r>
      <w:r>
        <w:br/>
      </w:r>
      <w:r>
        <w:rPr>
          <w:sz w:val="20"/>
        </w:rPr>
        <w:t>22:50  phir se hamein lao, phir salahuddin ko, aur phir se jang ke maidan garam karo. hamare india ke maulana ali miyan the, woh gaye sham, wahan salahuddin ayubi ki qabr hai, to unhon ne taqreer ki.</w:t>
      </w:r>
      <w:r>
        <w:br/>
      </w:r>
      <w:r>
        <w:rPr>
          <w:sz w:val="20"/>
        </w:rPr>
        <w:t>23:08  unhon ne kaha ke hamein salahuddin ayubi ki talwar ki zaroorat hai. yeh kis qadar be khabar the yeh log, yaani mor din blind the yeh log. yaani zamana keh raha tha ke azadi</w:t>
      </w:r>
      <w:r>
        <w:br/>
      </w:r>
      <w:r>
        <w:rPr>
          <w:sz w:val="20"/>
        </w:rPr>
        <w:t>23:19  aa gayi duniya mein, khoob da'wati kaam karo, khoob Allah ka paigham phailao. age of islam aa gaya, ab in ko talwar chahiye taake mare logon ko.</w:t>
      </w:r>
    </w:p>
    <w:p>
      <w:pPr>
        <w:pStyle w:val="Heading2"/>
      </w:pPr>
      <w:r>
        <w:t>Shah Hamdan's mission is revivable, Salahuddin's sword is not</w:t>
      </w:r>
    </w:p>
    <w:p>
      <w:r>
        <w:rPr>
          <w:color w:val="666666"/>
          <w:sz w:val="18"/>
        </w:rPr>
        <w:t>Contribution of Sufism in India May 29, 2011 · 5m 04s · at 16:24 · https://youtu.be/lzxSaTnomio?t=984</w:t>
      </w:r>
    </w:p>
    <w:p>
      <w:r>
        <w:rPr>
          <w:i/>
        </w:rPr>
        <w:t>“There was a Sufi named Shaikh Ali Hamdani”</w:t>
      </w:r>
    </w:p>
    <w:p>
      <w:r>
        <w:rPr>
          <w:sz w:val="20"/>
        </w:rPr>
        <w:t>16:24  aur ek bohat bari cheez jo aaj subah mein ne meri samajh mein aayi, ek the sofi sheikh ali hamdani.</w:t>
      </w:r>
      <w:r>
        <w:br/>
      </w:r>
      <w:r>
        <w:rPr>
          <w:sz w:val="20"/>
        </w:rPr>
        <w:t>16:37  sheikh ali hamdani</w:t>
      </w:r>
      <w:r>
        <w:br/>
      </w:r>
      <w:r>
        <w:rPr>
          <w:sz w:val="20"/>
        </w:rPr>
        <w:t>16:40  woh</w:t>
      </w:r>
      <w:r>
        <w:br/>
      </w:r>
      <w:r>
        <w:rPr>
          <w:sz w:val="20"/>
        </w:rPr>
        <w:t>16:43  india aaye. chaudhveen sadi mein woh bhi central asia ke thay. woh chaudhveen sadi mein india aaye, woh aur kashmir mein unhon ne apna markaz banaya.</w:t>
      </w:r>
      <w:r>
        <w:br/>
      </w:r>
      <w:r>
        <w:rPr>
          <w:sz w:val="20"/>
        </w:rPr>
        <w:t>16:58  ek ajib baat aaj meri samajh mein aayi. to</w:t>
      </w:r>
      <w:r>
        <w:br/>
      </w:r>
      <w:r>
        <w:rPr>
          <w:sz w:val="20"/>
        </w:rPr>
        <w:t>17:05  unhon ne wahan islam phailaya kashmir mein aur kin intehai had tak non political thay. woh koi ladai jhagda nahi,</w:t>
      </w:r>
      <w:r>
        <w:br/>
      </w:r>
      <w:r>
        <w:rPr>
          <w:sz w:val="20"/>
        </w:rPr>
        <w:t>17:19  non political, non controversial. un ka tareeqa jo tha kaam ka bilkul hi yani bana takraao wala tareeqa tha.</w:t>
      </w:r>
      <w:r>
        <w:br/>
      </w:r>
      <w:r>
        <w:rPr>
          <w:sz w:val="20"/>
        </w:rPr>
        <w:t>17:31  aur un ko itni bari kamyabi hasil hui kashmir mein ke un ko wahan par ameer kabir kaha jata hai.</w:t>
      </w:r>
      <w:r>
        <w:br/>
      </w:r>
      <w:r>
        <w:rPr>
          <w:sz w:val="20"/>
        </w:rPr>
        <w:t>17:40  aap jante hain ke kashmir mein 1947 ke baad hi se wahan ki jo tareekh thi, woh aap ke ilm mein hai. abhi kashmir ke kuch naujawanon ko yeh khayal hua ke wahan par nai tareekh banayein kashmir ki, yani aman ki tareekh.</w:t>
      </w:r>
      <w:r>
        <w:br/>
      </w:r>
      <w:r>
        <w:rPr>
          <w:sz w:val="20"/>
        </w:rPr>
        <w:t>17:58  takraao nahi, jang nahi, nafrat nahi. to un ko naam kis ka mila? arey, abhi qareeb kabir hamdani ka.</w:t>
      </w:r>
      <w:r>
        <w:br/>
      </w:r>
      <w:r>
        <w:rPr>
          <w:sz w:val="20"/>
        </w:rPr>
        <w:t>18:08  to unhon ne chunaanche wahan par ek mission chalana hai. woh is ka naam hi yeh rakha hai ke "revival of shah hamdan mission". yeh is ka naam hai.</w:t>
      </w:r>
      <w:r>
        <w:br/>
      </w:r>
      <w:r>
        <w:rPr>
          <w:sz w:val="20"/>
        </w:rPr>
        <w:t>18:19  to mein ne socha ke dekhiye, door jadeed mein relevance khatam ho chuka hai in logon ka jo jo talwar ke zariye india mein dakhil hue.</w:t>
      </w:r>
      <w:r>
        <w:br/>
      </w:r>
      <w:r>
        <w:rPr>
          <w:sz w:val="20"/>
        </w:rPr>
        <w:t>18:29  agar aap ko revive karna hai to kya aap woh us tareekh ko revive karenge jo babar ne aur shahabuddin ghori ne banayi?</w:t>
      </w:r>
      <w:r>
        <w:br/>
      </w:r>
      <w:r>
        <w:rPr>
          <w:sz w:val="20"/>
        </w:rPr>
        <w:t>18:38  "revival of ghori mission" aur "revival of babri mission" kar sakte hain aap? koi relevance nahi reh gaya un ka. ek mazak hoga agar aisa koi kare to.</w:t>
      </w:r>
      <w:r>
        <w:br/>
      </w:r>
      <w:r>
        <w:rPr>
          <w:sz w:val="20"/>
        </w:rPr>
        <w:t>18:49  to soofiyon ki tareekh ne yeh itna bara ek mauqa diya hai ke aaj ke halaat mein is ka revive kar saken.</w:t>
      </w:r>
      <w:r>
        <w:br/>
      </w:r>
      <w:r>
        <w:rPr>
          <w:sz w:val="20"/>
        </w:rPr>
        <w:t>19:01  aaj jante hain ke aaj duniya mein aman pasand kiya aata hai, mil milap pasand kiya aata hai, tolerators pasand kiya aata hai. ab ladai bhadai ek purani cheez ban chuki hai.</w:t>
      </w:r>
      <w:r>
        <w:br/>
      </w:r>
      <w:r>
        <w:rPr>
          <w:sz w:val="20"/>
        </w:rPr>
        <w:t>19:12  har aadmi ladaai bhadaai se nafrat karta hai. to agar aap revive karein un logon ki</w:t>
      </w:r>
      <w:r>
        <w:br/>
      </w:r>
      <w:r>
        <w:rPr>
          <w:sz w:val="20"/>
        </w:rPr>
        <w:t>19:22  jinhon ne talwar ki tareekh banai, ladaai ki tareekh banai, to aaj woh irrelevant hoga. woh</w:t>
      </w:r>
      <w:r>
        <w:br/>
      </w:r>
      <w:r>
        <w:rPr>
          <w:sz w:val="20"/>
        </w:rPr>
        <w:t>19:30  un ko revive kiya to is ka koi relevance nahi hoga.</w:t>
      </w:r>
      <w:r>
        <w:br/>
      </w:r>
      <w:r>
        <w:rPr>
          <w:sz w:val="20"/>
        </w:rPr>
        <w:t>19:35  arab mein ek shayar thay, unhon ne kaha tha ke "haat Salahuddin, saatain haat, haat Salahuddin, saan tanfeena, jadadi hatein aur sabteena".</w:t>
      </w:r>
      <w:r>
        <w:br/>
      </w:r>
      <w:r>
        <w:rPr>
          <w:sz w:val="20"/>
        </w:rPr>
        <w:t>19:45  yani Salahuddin ki talwar ko dobara wapas lao. lekin yeh shayari ban kar reh gaya. koi is ko revive nahi kar saka kyunke ab Salahuddin ki talwar ka koi relevance nahi hai.</w:t>
      </w:r>
      <w:r>
        <w:br/>
      </w:r>
      <w:r>
        <w:rPr>
          <w:sz w:val="20"/>
        </w:rPr>
        <w:t>19:57  to woh shayari ban kar reh gaya woh.</w:t>
      </w:r>
      <w:r>
        <w:br/>
      </w:r>
      <w:r>
        <w:rPr>
          <w:sz w:val="20"/>
        </w:rPr>
        <w:t>20:00  lekin ab jo Kashmir mein jo naujawan kaam kar rahe hain, Shah Hamdan mission ka ko jo revive kar rahe hain, kuch zabardast un ko wahan par istiqbal mil raha hai.</w:t>
      </w:r>
      <w:r>
        <w:br/>
      </w:r>
      <w:r>
        <w:rPr>
          <w:sz w:val="20"/>
        </w:rPr>
        <w:t>20:11  gharbiyon mein aate hain, arabi wale bohat pasand karte hain. un ko ja kar woh Quran dete hain, un ko aman ka paigham dete hain. to gaya ke sufiyon ki jo tareekh hai, us ko aap revive kar sakte hain.</w:t>
      </w:r>
      <w:r>
        <w:br/>
      </w:r>
      <w:r>
        <w:rPr>
          <w:sz w:val="20"/>
        </w:rPr>
        <w:t>20:27  badshahon ki tareekh ko aap revive nahi kar sakte.</w:t>
      </w:r>
      <w:r>
        <w:br/>
      </w:r>
      <w:r>
        <w:rPr>
          <w:sz w:val="20"/>
        </w:rPr>
        <w:t>20:29  revive karein ge to siwaye is ke ke yani nakami ke siwa aur kuch aur nahi milne wala hai. to subah meri samajh mein aai ke badshahon ne ya rulers ne jo tareekh banai, us ko aap revive nahi kar sakte.</w:t>
      </w:r>
      <w:r>
        <w:br/>
      </w:r>
      <w:r>
        <w:rPr>
          <w:sz w:val="20"/>
        </w:rPr>
        <w:t>20:46  jis shayar ne kaha tha ke "haat Salahuddin, saan tanfeena, jadadi hatein aur shab hateena", woh hawa mein urh kar reh gaya. ridiculous ban kar reh gaya woh.</w:t>
      </w:r>
      <w:r>
        <w:br/>
      </w:r>
      <w:r>
        <w:rPr>
          <w:sz w:val="20"/>
        </w:rPr>
        <w:t>20:56  woh revive na ho saka.</w:t>
      </w:r>
      <w:r>
        <w:br/>
      </w:r>
      <w:r>
        <w:rPr>
          <w:sz w:val="20"/>
        </w:rPr>
        <w:t>20:59  lekin jo log sufi ke hawale se un ke mission ko revive karna chahte hain, un ko istiqbal mil raha hai. tarqab qab, tarqab ul qubool mil raha hai un ko.</w:t>
      </w:r>
      <w:r>
        <w:br/>
      </w:r>
      <w:r>
        <w:rPr>
          <w:sz w:val="20"/>
        </w:rPr>
        <w:t>21:13  un ko khush aamdeed kaha ja raha hai. kyun? sufiyon ka jo mission tha, woh aman par mabni tha, insaniyat par mabni tha, pyar o mohabbat par mabni tha.</w:t>
      </w:r>
      <w:r>
        <w:br/>
      </w:r>
      <w:r>
        <w:rPr>
          <w:sz w:val="20"/>
        </w:rPr>
        <w:t>21:22  is liye jo ke aaj ka yani aaj ki aaj ki cheez hai.</w:t>
      </w:r>
    </w:p>
    <w:p>
      <w:pPr>
        <w:pStyle w:val="Heading2"/>
      </w:pPr>
      <w:r>
        <w:t>Anachronism: Salahuddin vs Gandhi</w:t>
      </w:r>
    </w:p>
    <w:p>
      <w:r>
        <w:rPr>
          <w:color w:val="666666"/>
          <w:sz w:val="18"/>
        </w:rPr>
        <w:t>Q&amp;A 20 Aug 2006 Maulana Wahiduddin Khan · 2m 29s · at 30:16 · https://youtu.be/g_6-zerS_N4?t=1816</w:t>
      </w:r>
    </w:p>
    <w:p>
      <w:r>
        <w:rPr>
          <w:i/>
        </w:rPr>
        <w:t>“People live in anachronism, clinging to Salahuddin.”</w:t>
      </w:r>
    </w:p>
    <w:p>
      <w:r>
        <w:rPr>
          <w:sz w:val="20"/>
        </w:rPr>
        <w:t>30:16  aaj ko discover nahi kiya inhon ne. maslan arab world mein aap jayen to wahan par aap ko aisi cheezen milengi.</w:t>
      </w:r>
      <w:r>
        <w:br/>
      </w:r>
      <w:r>
        <w:rPr>
          <w:sz w:val="20"/>
        </w:rPr>
        <w:t>30:25  maslan ek bahut, wahan bahut hi popular ek, ek, ek shair hai ke "haath salahuddin thaniya fina jadadi hatayn o shab hatayna" ke salahuddin ko phir se lao</w:t>
      </w:r>
      <w:r>
        <w:br/>
      </w:r>
      <w:r>
        <w:rPr>
          <w:sz w:val="20"/>
        </w:rPr>
        <w:t>30:42  aur salahuddin ne jo maarke kiye the, us ke phir us ko phir zinda karo. ab dekhen, salahuddin jo tha, woh terveen sadi eesvi mein woh paida hua.</w:t>
      </w:r>
      <w:r>
        <w:br/>
      </w:r>
      <w:r>
        <w:rPr>
          <w:sz w:val="20"/>
        </w:rPr>
        <w:t>30:54  us waqt us ne larr kar ke yerushalim ko jeeta. tab larrhai hoti thi sword se. sword ki larrhai hoti thi us zamane mein.</w:t>
      </w:r>
      <w:r>
        <w:br/>
      </w:r>
      <w:r>
        <w:rPr>
          <w:sz w:val="20"/>
        </w:rPr>
        <w:t>31:04  to us ki jeet ko yaad ki hui hai woh</w:t>
      </w:r>
      <w:r>
        <w:br/>
      </w:r>
      <w:r>
        <w:rPr>
          <w:sz w:val="20"/>
        </w:rPr>
        <w:t>31:07  ke "dekho salahuddin kitna woh tha" larr kar ke us ne yerushalim ko regain kiya. to is history ko, past history ko liye baithe hain apne mind mein.</w:t>
      </w:r>
      <w:r>
        <w:br/>
      </w:r>
      <w:r>
        <w:rPr>
          <w:sz w:val="20"/>
        </w:rPr>
        <w:t>31:17  aaj jo hai, us ko nahi samajhte. jaise ke maine is se pehle kaha tha ke allah taala ne mahatma gandhi ke zariye ek bahut badi cheez kholi insan ke upar.</w:t>
      </w:r>
      <w:r>
        <w:br/>
      </w:r>
      <w:r>
        <w:rPr>
          <w:sz w:val="20"/>
        </w:rPr>
        <w:t>31:28  woh yeh ke "peaceful"</w:t>
      </w:r>
      <w:r>
        <w:br/>
      </w:r>
      <w:r>
        <w:rPr>
          <w:sz w:val="20"/>
        </w:rPr>
        <w:t>31:31  ke "peaceful method is far more effective than the violent method". lekin jab aadmi bahut zyada phansa hua ho apne to pakad nahi pata.</w:t>
      </w:r>
      <w:r>
        <w:br/>
      </w:r>
      <w:r>
        <w:rPr>
          <w:sz w:val="20"/>
        </w:rPr>
        <w:t>31:44  jaise ab main kuch aisi families ko jaanta hoon ke woh bachpan sunte aaye hain ke hamare dada bahut oonche the, hamare nana bahut oonche the. to ek, ek un ko apne andar ehsas hai ke hamari family to koi bahut superior family hai.</w:t>
      </w:r>
      <w:r>
        <w:br/>
      </w:r>
      <w:r>
        <w:rPr>
          <w:sz w:val="20"/>
        </w:rPr>
        <w:t>31:59  is mein jite hain. abhi tak paros ke logon ko pata jaan nahi paye. woh paros logon ko kam samajhte hain. woh aise, aisi kai families ko main jaanta hoon ke chuki bachpan sunte the, sunte the, hamare nana to yeh the, hamare dada to woh the.</w:t>
      </w:r>
      <w:r>
        <w:br/>
      </w:r>
      <w:r>
        <w:rPr>
          <w:sz w:val="20"/>
        </w:rPr>
        <w:t>32:15  to ab un ki family mein</w:t>
      </w:r>
      <w:r>
        <w:br/>
      </w:r>
      <w:r>
        <w:rPr>
          <w:sz w:val="20"/>
        </w:rPr>
        <w:t>32:17  log un se zyada aage badh gaye hain. un ke paas ghar zyada bada ghar hai, un ke paas car zyada hai. lekin un ko acknowledge nahi kar paate woh kyunke woh abhi jite hain, ab peeche mein.</w:t>
      </w:r>
      <w:r>
        <w:br/>
      </w:r>
      <w:r>
        <w:rPr>
          <w:sz w:val="20"/>
        </w:rPr>
        <w:t>32:28  aise hi yeh, yeh log jo hain ke yeh abhi salahuddin ke zamane ki history ko jante hain.</w:t>
      </w:r>
      <w:r>
        <w:br/>
      </w:r>
      <w:r>
        <w:rPr>
          <w:sz w:val="20"/>
        </w:rPr>
        <w:t>32:34  aaj ki history jo maslan gandhi ne banai, us ko nahi jante woh. yeh consciously nahi jante kyunke phanse hue hain. hamari koshish hai ke log aaj ki history ko janen.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