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Someone hurt me</w:t>
      </w:r>
    </w:p>
    <w:p>
      <w:r>
        <w:rPr>
          <w:sz w:val="18"/>
        </w:rPr>
        <w:t>Q&amp;A, lecture moments and clips · full transcripts with timestamps · exported 2026-09-22</w:t>
      </w:r>
    </w:p>
    <w:p>
      <w:pPr>
        <w:pStyle w:val="Heading1"/>
      </w:pPr>
      <w:r>
        <w:t>Maulana was asked (30)</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Handling hurt sentiments and reactions</w:t>
      </w:r>
    </w:p>
    <w:p>
      <w:r>
        <w:rPr>
          <w:color w:val="666666"/>
          <w:sz w:val="18"/>
        </w:rPr>
        <w:t>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How to respond when treated badly</w:t>
      </w:r>
    </w:p>
    <w:p>
      <w:r>
        <w:rPr>
          <w:color w:val="666666"/>
          <w:sz w:val="18"/>
        </w:rPr>
        <w:t>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Helping others led to bankruptcy</w:t>
      </w:r>
    </w:p>
    <w:p>
      <w:r>
        <w:rPr>
          <w:color w:val="666666"/>
          <w:sz w:val="18"/>
        </w:rPr>
        <w:t>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Dealing with hurt from Muslims' responses</w:t>
      </w:r>
    </w:p>
    <w:p>
      <w:r>
        <w:rPr>
          <w:color w:val="666666"/>
          <w:sz w:val="18"/>
        </w:rPr>
        <w:t>Dars-e-Quran, Chapter 25, V. 1 (Spreading Quran) September 9, 2018 · 45s · at 52:54 · https://youtu.be/zf3V6LP2Qg0?t=3174</w:t>
      </w:r>
    </w:p>
    <w:p>
      <w:r>
        <w:rPr>
          <w:i/>
        </w:rPr>
        <w:t>“When talking to Muslims about religious matters, their responses cause me so much pain that if not for your guidance, I would become prejudiced against them, but still my heart hurts a lot. What should I do?”</w:t>
      </w:r>
    </w:p>
    <w:p>
      <w:r>
        <w:rPr>
          <w:sz w:val="20"/>
        </w:rPr>
        <w:t>52:54  maulana, agla sawal bheja hai mehtab sahab ne dhampur se. unhon ne likha hai: maulana sahab, aksar musalmanon se deeni baat karte hue un ke jawab se itni takleef hoti hai ke agar aap ki guidance na ho to un se badzan ho jaon,</w:t>
      </w:r>
      <w:r>
        <w:br/>
      </w:r>
      <w:r>
        <w:rPr>
          <w:sz w:val="20"/>
        </w:rPr>
        <w:t>53:14  lekin dil tab bhi bohat dukhta hai. kya karun? bas dua kijiye, jahan koi kuch aur tadbeer nazar na aaye to wahan dua kijiye.</w:t>
      </w:r>
    </w:p>
    <w:p>
      <w:pPr>
        <w:pStyle w:val="Heading2"/>
      </w:pPr>
      <w:r>
        <w:t>Why did you physically confront an attacker?</w:t>
      </w:r>
    </w:p>
    <w:p>
      <w:r>
        <w:rPr>
          <w:color w:val="666666"/>
          <w:sz w:val="18"/>
        </w:rPr>
        <w:t>Islam &amp; Prophet of Islam 21 Oct, 2012 - Maulana Wahiduddin Khan · 2m 07s · at 1:02:29 · https://youtu.be/2hwtfOyNeS0?t=3749</w:t>
      </w:r>
    </w:p>
    <w:p>
      <w:r>
        <w:rPr>
          <w:i/>
        </w:rPr>
        <w:t>“Moulana, I read an incident in your diary that a man came to you with the intention of attacking. You threw him to the ground and sat on his chest. Instead of giving him dawah, why did you do that? That was against your mission. What was the reason?”</w:t>
      </w:r>
    </w:p>
    <w:p>
      <w:r>
        <w:rPr>
          <w:sz w:val="20"/>
        </w:rPr>
        <w:t>1:02:29  maulana, agla sawal ali garh se aya hai doctor muhammad qamar sahib ka. unhon ne likha hai: "maulana sahib, diary mein aap ka ek waqia parha ke aap ke pas ek aadmi hamla karne ki niyat se aya tha.</w:t>
      </w:r>
      <w:r>
        <w:br/>
      </w:r>
      <w:r>
        <w:rPr>
          <w:sz w:val="20"/>
        </w:rPr>
        <w:t>1:02:45  aap is ko zameen par patak kar is ke seenay par charh gaye. is aadmi ko dawat dene ki bajaye aap ne is ke sath aisa kyun kiya?</w:t>
      </w:r>
      <w:r>
        <w:br/>
      </w:r>
      <w:r>
        <w:rPr>
          <w:sz w:val="20"/>
        </w:rPr>
        <w:t>1:02:54  yeh to aap ke mission ke khilaf tha. maulana sahib, is ki kya wajah thi?" mein bohat dukh khul gaya tha. mein ne is ko mein ne mana kiya.</w:t>
      </w:r>
      <w:r>
        <w:br/>
      </w:r>
      <w:r>
        <w:rPr>
          <w:sz w:val="20"/>
        </w:rPr>
        <w:t>1:03:05  pehlay neeche neeche tha. phir mein ne kaha ke aap neeche rakhiye, mein aata hoon. phir woh oopar aa gaya. mein ne kaha aap yahan oopar kyun aa gaye? aap neeche baithiye. phir charh raha tha woh.</w:t>
      </w:r>
      <w:r>
        <w:br/>
      </w:r>
      <w:r>
        <w:rPr>
          <w:sz w:val="20"/>
        </w:rPr>
        <w:t>1:03:15  charha charha ja raha tha oopar. to is ko to humein yahi karna tha. abhi mein ne ghar par pakar liya. to mein kya karta hoon is ko? mein ne ghar par pakar liya.</w:t>
      </w:r>
      <w:r>
        <w:br/>
      </w:r>
      <w:r>
        <w:rPr>
          <w:sz w:val="20"/>
        </w:rPr>
        <w:t>1:03:25  bilkul ek ek bohat hi critical position thi. is waqt har aadmi yahi karega. is waqt har aadmi yahi karega.</w:t>
      </w:r>
      <w:r>
        <w:br/>
      </w:r>
      <w:r>
        <w:rPr>
          <w:sz w:val="20"/>
        </w:rPr>
        <w:t>1:03:34  is mein shakk liya hai is ka muamla ke mein fajar ki namaz parh kar ke masjid se ghar lauta to wahan ek sahib maujood thay.</w:t>
      </w:r>
      <w:r>
        <w:br/>
      </w:r>
      <w:r>
        <w:rPr>
          <w:sz w:val="20"/>
        </w:rPr>
        <w:t>1:03:45  to mein ne kaha ke aap in ka ke aap yahan neeche baithiye, mein abhi aata hoon. oopar oopar ja kar ke abhi wapas aaunga. to baithe nahi woh.</w:t>
      </w:r>
      <w:r>
        <w:br/>
      </w:r>
      <w:r>
        <w:rPr>
          <w:sz w:val="20"/>
        </w:rPr>
        <w:t>1:03:54  phir charhne lagay. charh ke oopar tak pohanchay. mein ne kaha aap oopar kaise aa gaye? mein ne kaha ke aap baithiye. to kya kiya unhon ne ke mera ghar par pakar liya.</w:t>
      </w:r>
      <w:r>
        <w:br/>
      </w:r>
      <w:r>
        <w:rPr>
          <w:sz w:val="20"/>
        </w:rPr>
        <w:t>1:04:05  to is waqt zahiri taur par kya karta? aur to kuch nahi kar sakta tha.</w:t>
      </w:r>
      <w:r>
        <w:br/>
      </w:r>
      <w:r>
        <w:rPr>
          <w:sz w:val="20"/>
        </w:rPr>
        <w:t>1:04:10  phir jo shor gul hua to woh aa gaye. hamare colony ke jo woh hain, jo chokidar log, guard log, to is ko pakar le gaye.</w:t>
      </w:r>
      <w:r>
        <w:br/>
      </w:r>
      <w:r>
        <w:rPr>
          <w:sz w:val="20"/>
        </w:rPr>
        <w:t>1:04:26  yeh bohat ajeeb ghareeb aap ka. ab mein kehta hoon ke aap ne soche baghair yeh yeh likh diya apna sawal.</w:t>
      </w:r>
    </w:p>
    <w:p>
      <w:pPr>
        <w:pStyle w:val="Heading2"/>
      </w:pPr>
      <w:r>
        <w:t>Overcoming Natural Weakness of Complaining</w:t>
      </w:r>
    </w:p>
    <w:p>
      <w:r>
        <w:rPr>
          <w:color w:val="666666"/>
          <w:sz w:val="18"/>
        </w:rPr>
        <w:t>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Suffering: Trial or Punishment</w:t>
      </w:r>
    </w:p>
    <w:p>
      <w:r>
        <w:rPr>
          <w:color w:val="666666"/>
          <w:sz w:val="18"/>
        </w:rPr>
        <w:t>Importance of Creative Thinking December 11, 2011 · 2m 19s · at 59:18 · https://youtu.be/jfML9Arb0S4?t=3558</w:t>
      </w:r>
    </w:p>
    <w:p>
      <w:r>
        <w:rPr>
          <w:i/>
        </w:rPr>
        <w:t>“My question is: if a person suffers due to his own mistake, should we call that a trial or is it a punishment for his own deeds? Please explain.”</w:t>
      </w:r>
    </w:p>
    <w:p>
      <w:r>
        <w:rPr>
          <w:sz w:val="20"/>
        </w:rPr>
        <w:t>59:18  unhon ne likha hai: "mera sawal yeh hai ke insaan ko apni kisi ghalti ki wajah se jo takleef pahunchti hai, kya is ko bhi hum aazmaish kahenge ya woh aazmaish nahi hogi balke apne kiye ki saza hogi?" is ki wazahat farmayen.</w:t>
      </w:r>
      <w:r>
        <w:br/>
      </w:r>
      <w:r>
        <w:rPr>
          <w:sz w:val="20"/>
        </w:rPr>
        <w:t>59:40  nahi, saza nahi kahiye is ko, woh ek ibaadat ka mauqa hai.</w:t>
      </w:r>
      <w:r>
        <w:br/>
      </w:r>
      <w:r>
        <w:rPr>
          <w:sz w:val="20"/>
        </w:rPr>
        <w:t>59:48  dekhen, jab bhi aadmi koi ghalti kare aur us ghalti ka us ko, us ki wajah se us ko koi nuqsan ho to woh ibaadat ka mauqa hota hai.</w:t>
      </w:r>
      <w:r>
        <w:br/>
      </w:r>
      <w:r>
        <w:rPr>
          <w:sz w:val="20"/>
        </w:rPr>
        <w:t>1:00:01  kya is se aadmi ke andar izzat paida hota hai, tawazu paida hoti hai, apni kami ka ehsaas hota hai, modesty aati hai, aur Allah ki taraf rujoo karta hai?</w:t>
      </w:r>
      <w:r>
        <w:br/>
      </w:r>
      <w:r>
        <w:rPr>
          <w:sz w:val="20"/>
        </w:rPr>
        <w:t>1:00:13  woh</w:t>
      </w:r>
      <w:r>
        <w:br/>
      </w:r>
      <w:r>
        <w:rPr>
          <w:sz w:val="20"/>
        </w:rPr>
        <w:t>1:00:14  agar aadmi bilkul sab kaam is ka theek bana hua ho, koi baat bigre na to Allah ki taraf rujoo nahi hoga, us ko dua nahi, us ke ubhre gi, zikr nahi ubhre ga, Allah ki azmat ko daryafti kar paye ga.</w:t>
      </w:r>
      <w:r>
        <w:br/>
      </w:r>
      <w:r>
        <w:rPr>
          <w:sz w:val="20"/>
        </w:rPr>
        <w:t>1:00:28  woh to yeh to, yeh to ek blessing hai, blessing ke aadmi ko koi nuqsan uthana pade, koi baat bigar jaye us ki kahin na kahen.</w:t>
      </w:r>
      <w:r>
        <w:br/>
      </w:r>
      <w:r>
        <w:rPr>
          <w:sz w:val="20"/>
        </w:rPr>
        <w:t>1:00:41  wohi to mauqa hota hai jab aap ko apne apni helplessness ko aap daryaft karte hain, apni izzat ko daryaft karte hain, apni kami ko daryaft karte hain, aur wahan par aap criticize hote hain.</w:t>
      </w:r>
      <w:r>
        <w:br/>
      </w:r>
      <w:r>
        <w:rPr>
          <w:sz w:val="20"/>
        </w:rPr>
        <w:t>1:00:56  aur phir is ke baad woh sari baaten ubharti hain, zikr aur dua aur ibaadat aur inabat, akhbaar yeh sab paida hota hai.</w:t>
      </w:r>
      <w:r>
        <w:br/>
      </w:r>
      <w:r>
        <w:rPr>
          <w:sz w:val="20"/>
        </w:rPr>
        <w:t>1:01:04  main samajhta hoon ke yeh achhi baat nahi ke aadmi ki zindagi mein kuch na bigaad ho, kuch baat sab banti chali jaye, sab is ka theek theek ho.</w:t>
      </w:r>
      <w:r>
        <w:br/>
      </w:r>
      <w:r>
        <w:rPr>
          <w:sz w:val="20"/>
        </w:rPr>
        <w:t>1:01:14  yeh koi achhi baat nahi hai kyunke is ke andar muhasba nahi hoga, is ke andar self thinking nahi hogi. to is wajah se is ko ek rehmat ke roop mein lijiye, is ko kisi zehmat ke roop mein mat lijiye,</w:t>
      </w:r>
      <w:r>
        <w:br/>
      </w:r>
      <w:r>
        <w:rPr>
          <w:sz w:val="20"/>
        </w:rPr>
        <w:t>1:01:33  yeh blessing in disguise hai. yeh</w:t>
      </w:r>
    </w:p>
    <w:p>
      <w:pPr>
        <w:pStyle w:val="Heading2"/>
      </w:pPr>
      <w:r>
        <w:t>Distinguishing Test from Punishment</w:t>
      </w:r>
    </w:p>
    <w:p>
      <w:r>
        <w:rPr>
          <w:color w:val="666666"/>
          <w:sz w:val="18"/>
        </w:rPr>
        <w:t>Peace of Mind April 19, 2015 Maulana Wahiduddin Khan · 59s · at 55:20 · https://youtu.be/bGLY0ALNtjw?t=3320</w:t>
      </w:r>
    </w:p>
    <w:p>
      <w:r>
        <w:rPr>
          <w:i/>
        </w:rPr>
        <w:t>“How to know whether the trouble that has come upon us is a test or a punishment? Please clarify.”</w:t>
      </w:r>
    </w:p>
    <w:p>
      <w:r>
        <w:rPr>
          <w:sz w:val="20"/>
        </w:rPr>
        <w:t>55:20  maulana agla sawal ajmer se kya hai doctor safina tabassum ne.</w:t>
      </w:r>
      <w:r>
        <w:br/>
      </w:r>
      <w:r>
        <w:rPr>
          <w:sz w:val="20"/>
        </w:rPr>
        <w:t>55:24  aur unhone aap se pucha hai ki Maulana Sahab ye kaise jaane ki jo pareshani hum par</w:t>
      </w:r>
      <w:r>
        <w:br/>
      </w:r>
      <w:r>
        <w:rPr>
          <w:sz w:val="20"/>
        </w:rPr>
        <w:t>55:31  aayi hai woh bator-e-imtihaan hai ya bator-e-punishment? is ko wazeh karen.</w:t>
      </w:r>
      <w:r>
        <w:br/>
      </w:r>
      <w:r>
        <w:rPr>
          <w:sz w:val="20"/>
        </w:rPr>
        <w:t>55:43  main dekh to na bator-e-imtihaan hai, na bator-e-punishment hai.</w:t>
      </w:r>
      <w:r>
        <w:br/>
      </w:r>
      <w:r>
        <w:rPr>
          <w:sz w:val="20"/>
        </w:rPr>
        <w:t>55:47  woh due to,</w:t>
      </w:r>
      <w:r>
        <w:br/>
      </w:r>
      <w:r>
        <w:rPr>
          <w:sz w:val="20"/>
        </w:rPr>
        <w:t>55:49  due to the creation plan of god hai.</w:t>
      </w:r>
      <w:r>
        <w:br/>
      </w:r>
      <w:r>
        <w:rPr>
          <w:sz w:val="20"/>
        </w:rPr>
        <w:t>55:51  woh hai challenge.</w:t>
      </w:r>
      <w:r>
        <w:br/>
      </w:r>
      <w:r>
        <w:rPr>
          <w:sz w:val="20"/>
        </w:rPr>
        <w:t>55:53  khuda ne is duniya ko banaya hai challenge par base karke bhi.</w:t>
      </w:r>
      <w:r>
        <w:br/>
      </w:r>
      <w:r>
        <w:rPr>
          <w:sz w:val="20"/>
        </w:rPr>
        <w:t>55:58  is ki wajah se kisi ko kuch milta hai, kisi ko kuch milta hai.</w:t>
      </w:r>
      <w:r>
        <w:br/>
      </w:r>
      <w:r>
        <w:rPr>
          <w:sz w:val="20"/>
        </w:rPr>
        <w:t>56:01  to main samajhta hoon ke</w:t>
      </w:r>
      <w:r>
        <w:br/>
      </w:r>
      <w:r>
        <w:rPr>
          <w:sz w:val="20"/>
        </w:rPr>
        <w:t>56:05  مصیبت یا آرام دونوں relative term ہیں۔</w:t>
      </w:r>
      <w:r>
        <w:br/>
      </w:r>
      <w:r>
        <w:rPr>
          <w:sz w:val="20"/>
        </w:rPr>
        <w:t>56:10  relative terms hain.</w:t>
      </w:r>
      <w:r>
        <w:br/>
      </w:r>
      <w:r>
        <w:rPr>
          <w:sz w:val="20"/>
        </w:rPr>
        <w:t>56:11  asal cheez yeh hai ke duniya mein challenge rahega, azaadi rahegi, compression rahega.</w:t>
      </w:r>
      <w:r>
        <w:br/>
      </w:r>
      <w:r>
        <w:rPr>
          <w:sz w:val="20"/>
        </w:rPr>
        <w:t>56:16  is beech mein aap apni duty anjaam dete rahen.</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Dealing with anger when instigated</w:t>
      </w:r>
    </w:p>
    <w:p>
      <w:r>
        <w:rPr>
          <w:color w:val="666666"/>
          <w:sz w:val="18"/>
        </w:rPr>
        <w:t>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Dealing with negative people and behavior</w:t>
      </w:r>
    </w:p>
    <w:p>
      <w:r>
        <w:rPr>
          <w:color w:val="666666"/>
          <w:sz w:val="18"/>
        </w:rPr>
        <w:t>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How to make amends and get forgiveness?</w:t>
      </w:r>
    </w:p>
    <w:p>
      <w:r>
        <w:rPr>
          <w:color w:val="666666"/>
          <w:sz w:val="18"/>
        </w:rPr>
        <w:t>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Dealing with perceived unprofessional behavior</w:t>
      </w:r>
    </w:p>
    <w:p>
      <w:r>
        <w:rPr>
          <w:color w:val="666666"/>
          <w:sz w:val="18"/>
        </w:rPr>
        <w:t>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Advice on delayed installment due to fraud</w:t>
      </w:r>
    </w:p>
    <w:p>
      <w:r>
        <w:rPr>
          <w:color w:val="666666"/>
          <w:sz w:val="18"/>
        </w:rPr>
        <w:t>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Guidance on handling anger and frustration</w:t>
      </w:r>
    </w:p>
    <w:p>
      <w:r>
        <w:rPr>
          <w:color w:val="666666"/>
          <w:sz w:val="18"/>
        </w:rPr>
        <w:t>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Reacting to workplace mistreatment</w:t>
      </w:r>
    </w:p>
    <w:p>
      <w:r>
        <w:rPr>
          <w:color w:val="666666"/>
          <w:sz w:val="18"/>
        </w:rPr>
        <w:t>Revival of Ummah January 22, 2017 · 2m 17s · at 51:35 · https://youtu.be/vnPsv0TBCfk?t=3095</w:t>
      </w:r>
    </w:p>
    <w:p>
      <w:r>
        <w:rPr>
          <w:i/>
        </w:rPr>
        <w:t>“Maulana sahib, you stress on dealing every issue without any reaction. But what if a person knows that he is being mistreated in his job and he has to leave the job. So how will we stop the wrongs being done in such an organization? If someone is breaking the organization rules and no one is stopping it will affect the whole system. Should we take it that it is in God's hands and we need to be just patient and only observers? Please advise me.”</w:t>
      </w:r>
    </w:p>
    <w:p>
      <w:r>
        <w:rPr>
          <w:sz w:val="20"/>
        </w:rPr>
        <w:t>51:35  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r>
        <w:br/>
      </w:r>
      <w:r>
        <w:rPr>
          <w:sz w:val="20"/>
        </w:rPr>
        <w:t>52:01  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r>
        <w:br/>
      </w:r>
      <w:r>
        <w:rPr>
          <w:sz w:val="20"/>
        </w:rPr>
        <w:t>52:31  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r>
        <w:br/>
      </w:r>
      <w:r>
        <w:rPr>
          <w:sz w:val="20"/>
        </w:rPr>
        <w:t>52:59  bilkul yeh bilkul bilkul baseless baat hai. bad treatment ya mistreatment ka yeh yeh yeh nazariya hi ghalat hai bilkul. sahi baat yeh hai ke aadmi apni ghalati ki price bhugta hai. is duniya mein yahi hota hai hamesha ke you have to pay the price of your fault.</w:t>
      </w:r>
      <w:r>
        <w:br/>
      </w:r>
      <w:r>
        <w:rPr>
          <w:sz w:val="20"/>
        </w:rPr>
        <w:t>53:25  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r>
        <w:br/>
      </w:r>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Request lecture on sectarianism and Quetta incident</w:t>
      </w:r>
    </w:p>
    <w:p>
      <w:r>
        <w:rPr>
          <w:color w:val="666666"/>
          <w:sz w:val="18"/>
        </w:rPr>
        <w:t>Present Day Muslims Jan 13, 2013 · 5m 34s · at 1:11:00 · https://youtu.be/CVcbWVYitog?t=4260</w:t>
      </w:r>
    </w:p>
    <w:p>
      <w:r>
        <w:rPr>
          <w:i/>
        </w:rPr>
        <w:t>“Maulana, please give a lecture on sectarianism. The incident that happened in Quetta three days ago is a result of sectarianism.”</w:t>
      </w:r>
    </w:p>
    <w:p>
      <w:r>
        <w:rPr>
          <w:sz w:val="20"/>
        </w:rPr>
        <w:t>1:11:00  maulana, agla sawal lahore pakistan se hai umar abdul aziz sahib ka. unhon ne likha hai: "maulana sahib, aap firqa warait ke baray mein aik lecture dein.</w:t>
      </w:r>
      <w:r>
        <w:br/>
      </w:r>
      <w:r>
        <w:rPr>
          <w:sz w:val="20"/>
        </w:rPr>
        <w:t>1:11:12  teen din pehle jo quetta mein waqia pesh aya hai, woh firqa warait ka hi nateeja hai." . dekhiye, asal cheez firqa warait nahi hai.</w:t>
      </w:r>
      <w:r>
        <w:br/>
      </w:r>
      <w:r>
        <w:rPr>
          <w:sz w:val="20"/>
        </w:rPr>
        <w:t>1:11:24  asal cheez hai directionless hona. hona pakistan aur doosri jaghon par musalmanon ke paas koi line of action nahi, koi direction nahi, koi goal nahi.</w:t>
      </w:r>
      <w:r>
        <w:br/>
      </w:r>
      <w:r>
        <w:rPr>
          <w:sz w:val="20"/>
        </w:rPr>
        <w:t>1:11:39  aik hi goal sahi hai, woh hai dawat-e-ilallah. dawat-e-ilallah mein koi takrao ki baat nahi hoti. sab barabar ke ho jatay hain.</w:t>
      </w:r>
      <w:r>
        <w:br/>
      </w:r>
      <w:r>
        <w:rPr>
          <w:sz w:val="20"/>
        </w:rPr>
        <w:t>1:11:49  to pakistan ka sab se bari jo kamzori hai, woh firqa warait nahi hai.</w:t>
      </w:r>
      <w:r>
        <w:br/>
      </w:r>
      <w:r>
        <w:rPr>
          <w:sz w:val="20"/>
        </w:rPr>
        <w:t>1:11:54  woh yeh hai ke wahan ke rehnuma, wahan ke ulama, wahan ke logon ko sahi target nahi de sakay. yani dawat ka target.</w:t>
      </w:r>
      <w:r>
        <w:br/>
      </w:r>
      <w:r>
        <w:rPr>
          <w:sz w:val="20"/>
        </w:rPr>
        <w:t>1:12:05  main ne aik pakistan ke aik leader se mujhe mulaqat hui, well-known leader. to main ne kaha ke aap dawat ka kaam kyun nahi karte?</w:t>
      </w:r>
      <w:r>
        <w:br/>
      </w:r>
      <w:r>
        <w:rPr>
          <w:sz w:val="20"/>
        </w:rPr>
        <w:t>1:12:15  pakistan mein hindu hain, pakistan mein christian hain, pakistan mein tourist atay hain, pakistan mein khud musalmanon mein bohat se aisay log hain jo islam mein paida hue lekin woh un ko islam mein shaq o shubah par gaya.</w:t>
      </w:r>
      <w:r>
        <w:br/>
      </w:r>
      <w:r>
        <w:rPr>
          <w:sz w:val="20"/>
        </w:rPr>
        <w:t>1:12:30  yeh sab madu hain. dawat ka kaam kijiye. to ab tak mujhe yaad hai ke unhon ne jumla jo kaha tha ke pakistan mein in cheezon ki kis ko parwah hai?</w:t>
      </w:r>
      <w:r>
        <w:br/>
      </w:r>
      <w:r>
        <w:rPr>
          <w:sz w:val="20"/>
        </w:rPr>
        <w:t>1:12:42  to yeh hai, ghalti yahan hai. firqa warait to aik aik aik phir woh hai, aik zahiri cheez hai.</w:t>
      </w:r>
      <w:r>
        <w:br/>
      </w:r>
      <w:r>
        <w:rPr>
          <w:sz w:val="20"/>
        </w:rPr>
        <w:t>1:12:51  asal cheez nahi hai. asal cheez yeh hai ke nishani galat hai. woh nishani nahi diya gaya. saray log mil kar ke musalmanon ko yeh batayein ke tumhara nishana dawat-e-ilallah hai aur koi cheez nishana nahi hai.</w:t>
      </w:r>
      <w:r>
        <w:br/>
      </w:r>
      <w:r>
        <w:rPr>
          <w:sz w:val="20"/>
        </w:rPr>
        <w:t>1:13:06  tab ja kar ke yeh sab khatam hoga. aap firqa warait ke khilaf likhte rahein, likhte rahein to us se firqa warait khatam nahi honay wali hai. kyunke jar to baqi rahegi, to khatam kaise ho jaye ga?</w:t>
      </w:r>
      <w:r>
        <w:br/>
      </w:r>
      <w:r>
        <w:rPr>
          <w:sz w:val="20"/>
        </w:rPr>
        <w:t>1:13:19  main umar abdul aziz sahib ko yeh bhi batana chahunga kyunke unhon ne poocha hai ke maulana sahib ke puranay lectures woh kahan se le saktay hain. to aap maulana sahib ke puranay lectures www.cpsglobal.org se le saktay hain.</w:t>
      </w:r>
      <w:r>
        <w:br/>
      </w:r>
      <w:r>
        <w:rPr>
          <w:sz w:val="20"/>
        </w:rPr>
        <w:t>1:13:35  us mein videos aur podcast ke do buttons hain. aap us ko agar press karein ge, wahan se aap ko saray download mil jayein g</w:t>
      </w:r>
      <w:r>
        <w:br/>
      </w:r>
      <w:r>
        <w:rPr>
          <w:sz w:val="20"/>
        </w:rPr>
        <w:t>1:13:43  e. doosri cheez yeh ke maulana sahib roz subah lectures detay hain to woh bhi uploaded hain on daily basis.</w:t>
      </w:r>
      <w:r>
        <w:br/>
      </w:r>
      <w:r>
        <w:rPr>
          <w:sz w:val="20"/>
        </w:rPr>
        <w:t>1:13:51  woh aap ko milenge www.alquranmission.org. wahan se aap us ko download kar saktay hain. doosra sawal letay hain.</w:t>
      </w:r>
      <w:r>
        <w:br/>
      </w:r>
      <w:r>
        <w:rPr>
          <w:sz w:val="20"/>
        </w:rPr>
        <w:t>1:14:01  doosra sawal maulana sahib greater noida se hai, danish khan sahib</w:t>
      </w:r>
      <w:r>
        <w:br/>
      </w:r>
      <w:r>
        <w:rPr>
          <w:sz w:val="20"/>
        </w:rPr>
        <w:t>1:14:07  ka. unhon ne likha hai "In today's talk, you mentioned work of education. Did you mean to say that Muslims should be involved in opening schools, colleges, and universities?</w:t>
      </w:r>
      <w:r>
        <w:br/>
      </w:r>
      <w:r>
        <w:rPr>
          <w:sz w:val="20"/>
        </w:rPr>
        <w:t>1:14:22  kindly elaborate." . nahi, dekhiye, khud apni banana muslim school, muslim college, muslim sipahi us ke khilaf ho. jo aaye system us mein shamil ho jaiye.</w:t>
      </w:r>
      <w:r>
        <w:br/>
      </w:r>
      <w:r>
        <w:rPr>
          <w:sz w:val="20"/>
        </w:rPr>
        <w:t>1:14:34  chahe kisi ka bhi ho</w:t>
      </w:r>
      <w:r>
        <w:br/>
      </w:r>
      <w:r>
        <w:rPr>
          <w:sz w:val="20"/>
        </w:rPr>
        <w:t>1:14:36  ۔ yeh jo musalmanon ka mizaj ke muslim school banao, muslim college banao, muslim university banao, us ki wajah se firqa warait paida hui. us ki wajah se woh us din barhta raha.</w:t>
      </w:r>
      <w:r>
        <w:br/>
      </w:r>
      <w:r>
        <w:rPr>
          <w:sz w:val="20"/>
        </w:rPr>
        <w:t>1:14:46  wohi aik taraf pride, aik taraf nafrat.</w:t>
      </w:r>
      <w:r>
        <w:br/>
      </w:r>
      <w:r>
        <w:rPr>
          <w:sz w:val="20"/>
        </w:rPr>
        <w:t>1:14:49  nahi, woh isi mein shamil ho jaiye. Isi main stream mein. Aur dhoom se padhiye. Mehnat kijiye. Alag se koi zaroorat nahi hai.</w:t>
      </w:r>
      <w:r>
        <w:br/>
      </w:r>
      <w:r>
        <w:rPr>
          <w:sz w:val="20"/>
        </w:rPr>
        <w:t>1:14:59  Alag se agar banayein bhi to Muslim school mat banaiye. Muslim college mat banaiye. Balkay aap secular banaiye, secular andaaz mein.</w:t>
      </w:r>
      <w:r>
        <w:br/>
      </w:r>
      <w:r>
        <w:rPr>
          <w:sz w:val="20"/>
        </w:rPr>
        <w:t>1:15:08  Sab sab log padhein, aap bhi padhein, doosre bhi padhein. Taleem mein dekhiye, sectarianism bilkul galat hai.</w:t>
      </w:r>
      <w:r>
        <w:br/>
      </w:r>
      <w:r>
        <w:rPr>
          <w:sz w:val="20"/>
        </w:rPr>
        <w:t>1:15:17  Taleem mein yeh ilhadgi nahi honi chahiye. Musalmanon, Hinduo'n ki alag, unki alag, is Christian ki alag, yeh nahi hona chahiye.</w:t>
      </w:r>
      <w:r>
        <w:br/>
      </w:r>
      <w:r>
        <w:rPr>
          <w:sz w:val="20"/>
        </w:rPr>
        <w:t>1:15:27  Taleem jo hai, sab ke liye common cheez hona chahiye. Aur yeh ghalati Musalmanon mein hui hai. Aur sab se baray zimmedar is ke ulama hain.</w:t>
      </w:r>
      <w:r>
        <w:br/>
      </w:r>
      <w:r>
        <w:rPr>
          <w:sz w:val="20"/>
        </w:rPr>
        <w:t>1:15:36  Ke unhon ne aisay fatway diye ke Musalman jo hai, is se shareek nahi hon gay. Government school tab nahi jayen gay, Hindu school tab nahi jayen gay, Christian school tab nahi jayen gay.</w:t>
      </w:r>
      <w:r>
        <w:br/>
      </w:r>
      <w:r>
        <w:rPr>
          <w:sz w:val="20"/>
        </w:rPr>
        <w:t>1:15:48  Apna school tha nahi.</w:t>
      </w:r>
      <w:r>
        <w:br/>
      </w:r>
      <w:r>
        <w:rPr>
          <w:sz w:val="20"/>
        </w:rPr>
        <w:t>1:15:51  Nahi, jo jo school banay hue hain already, us mein dakhil ho jaiye khoob. Aur dhoom se padhiye. Achay number laiye.</w:t>
      </w:r>
      <w:r>
        <w:br/>
      </w:r>
      <w:r>
        <w:rPr>
          <w:sz w:val="20"/>
        </w:rPr>
        <w:t>1:16:02  Yeh mera is mamlay mein mera nazariya hai. Mein is ko bilkul yani galat samajhta hoon ke alag aik apna aik parallel apna nizam banayein.</w:t>
      </w:r>
      <w:r>
        <w:br/>
      </w:r>
      <w:r>
        <w:rPr>
          <w:sz w:val="20"/>
        </w:rPr>
        <w:t>1:16:14  Muslim taleemi nizam. Mein is ke khilaf h</w:t>
      </w:r>
      <w:r>
        <w:br/>
      </w:r>
      <w:r>
        <w:rPr>
          <w:sz w:val="20"/>
        </w:rPr>
        <w:t>1:16:16  oon. Madaris, madrasay ka tak theek hai. Lekin secular education mein nahi. Madrasay mein aap apni mazhabi taleem dijiye.</w:t>
      </w:r>
      <w:r>
        <w:br/>
      </w:r>
      <w:r>
        <w:rPr>
          <w:sz w:val="20"/>
        </w:rPr>
        <w:t>1:16:25  Lekin jo secular education hai, us mein koi Muslim aur non-Muslim ka farq nahi hai.</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Hazrat Ali's incident with polytheist</w:t>
      </w:r>
    </w:p>
    <w:p>
      <w:r>
        <w:rPr>
          <w:color w:val="666666"/>
          <w:sz w:val="18"/>
        </w:rPr>
        <w:t>Art of Crisis Management I 3 October, 2010 Maulana Wahiduddin Khan · 3m 32s · at 1:24:50 · https://youtu.be/mcJZ0YEOolk?t=5090</w:t>
      </w:r>
    </w:p>
    <w:p>
      <w:r>
        <w:rPr>
          <w:i/>
        </w:rPr>
        <w:t>“Maulana, I read an incident about Hazrat Ali. In a battle, when Hazrat Ali overpowered a polytheist, the polytheist spat on Ali's face. Then Hazrat Ali said something and let him go instead of killing him. When asked, he said that if I killed him after he spat...”</w:t>
      </w:r>
    </w:p>
    <w:p>
      <w:r>
        <w:rPr>
          <w:sz w:val="20"/>
        </w:rPr>
        <w:t>1:24:50  Maulana, yeh sawal kiya hai Maulana Abdul Basit ne Doha, Qatar se. Unhon ne likha hai: "Maulana Hazrat Ali ka ek waqia maine padha tha ke kisi jang mein jab Hazrat Ali ne ek mushrik par qaboo paaya</w:t>
      </w:r>
      <w:r>
        <w:br/>
      </w:r>
      <w:r>
        <w:rPr>
          <w:sz w:val="20"/>
        </w:rPr>
        <w:t>1:25:08  toh us ne Ali ke munh par thook diya. Toh Hazrat Ali ne aise mauqe par ek baat kahi aur use qatl karne ki bajaye chhod diya.</w:t>
      </w:r>
      <w:r>
        <w:br/>
      </w:r>
      <w:r>
        <w:rPr>
          <w:sz w:val="20"/>
        </w:rPr>
        <w:t>1:25:19  Poocha gaya toh bataya ke main agar us ke thookne ke baad qatl karta</w:t>
      </w:r>
      <w:r>
        <w:br/>
      </w:r>
      <w:r>
        <w:rPr>
          <w:sz w:val="20"/>
        </w:rPr>
        <w:t>1:25:24  toh woh Khuda ki raah mein na hota, balke mera jazbati amal hota." Maulana, is mein jazbaat ko aur imaan ko alag kiya gaya hai, magar aaj jazbaat hi ko Islam ki nishani samjha ja raha hai.</w:t>
      </w:r>
      <w:r>
        <w:br/>
      </w:r>
      <w:r>
        <w:rPr>
          <w:sz w:val="20"/>
        </w:rPr>
        <w:t>1:25:40  Aisa kyun hai?</w:t>
      </w:r>
      <w:r>
        <w:br/>
      </w:r>
      <w:r>
        <w:rPr>
          <w:sz w:val="20"/>
        </w:rPr>
        <w:t>1:25:45  Bhai, aisa kyun hai? Yeh dekhein, Musalman daur-e-zawaal mein hain,</w:t>
      </w:r>
      <w:r>
        <w:br/>
      </w:r>
      <w:r>
        <w:rPr>
          <w:sz w:val="20"/>
        </w:rPr>
        <w:t>1:25:50  degeneration un ka ho chuka hai. Yeh toh Quran Hadees se saabit hai ke Musalmanon ka ek zamana aayega ke jab koi degeneration ho jayega.</w:t>
      </w:r>
      <w:r>
        <w:br/>
      </w:r>
      <w:r>
        <w:rPr>
          <w:sz w:val="20"/>
        </w:rPr>
        <w:t>1:26:01  "Lam yabqa al-Islam fi al-ard illa ismuhu". Islam ka sirf naam baqi reh jayega,</w:t>
      </w:r>
      <w:r>
        <w:br/>
      </w:r>
      <w:r>
        <w:rPr>
          <w:sz w:val="20"/>
        </w:rPr>
        <w:t>1:26:07  yahan tak ke masjidon mein namazi honge lekin hidayat nahi hogi. Un mein "masajid aamirah". Yeh masjidain namaz se bhari hongi lekin hidayat se khali hongi.</w:t>
      </w:r>
      <w:r>
        <w:br/>
      </w:r>
      <w:r>
        <w:rPr>
          <w:sz w:val="20"/>
        </w:rPr>
        <w:t>1:26:19  Yeh toh, yeh toh hone wala tha, aur yeh toh law of degeneration jo hai, sab ke liye hota hai, koi is Musalmanon ke liye nahi.</w:t>
      </w:r>
      <w:r>
        <w:br/>
      </w:r>
      <w:r>
        <w:rPr>
          <w:sz w:val="20"/>
        </w:rPr>
        <w:t>1:26:28  Ibn Khaldun ne likha hai ke "lil-quwam a'maar kama lil-afraad a'maar". Jis tarah se afraad jo hain jawan hote hain, phir boodhe ho jaate hain, aisi quwamein bhi jawan hoti hain, boodhi hoti hain.</w:t>
      </w:r>
      <w:r>
        <w:br/>
      </w:r>
      <w:r>
        <w:rPr>
          <w:sz w:val="20"/>
        </w:rPr>
        <w:t>1:26:42  Matlab un ka degeneration hota hai.</w:t>
      </w:r>
      <w:r>
        <w:br/>
      </w:r>
      <w:r>
        <w:rPr>
          <w:sz w:val="20"/>
        </w:rPr>
        <w:t>1:26:45  Toh Musalman aaj kal degenerated lot hain. Main toh in ko maanta hoon, main in ko degeneration ke aakhri hadd par samajhta hoon.</w:t>
      </w:r>
      <w:r>
        <w:br/>
      </w:r>
      <w:r>
        <w:rPr>
          <w:sz w:val="20"/>
        </w:rPr>
        <w:t>1:26:54  In logon ko Quran o Hadees in ka ek business hai, bas us ki spirit kahin maujood nahi hai.</w:t>
      </w:r>
      <w:r>
        <w:br/>
      </w:r>
      <w:r>
        <w:rPr>
          <w:sz w:val="20"/>
        </w:rPr>
        <w:t>1:27:02  Jis maamle mein dekhiye, jis maamle mein dekhiye, woh Quran o Hadees hate hue hain. Woh toh daur-e-zawaal mein hain, yeh aur aur zawaal toh har qaum ko aata hai.</w:t>
      </w:r>
      <w:r>
        <w:br/>
      </w:r>
      <w:r>
        <w:rPr>
          <w:sz w:val="20"/>
        </w:rPr>
        <w:t>1:27:13  Zawaal, daur-e-zawaal jo hai, aisa nahi ke Musalman exception hain.</w:t>
      </w:r>
      <w:r>
        <w:br/>
      </w:r>
      <w:r>
        <w:rPr>
          <w:sz w:val="20"/>
        </w:rPr>
        <w:t>1:27:19  Yeh Isaaiyon ko zawaal aaya, mazhabi mazhabi zawaal, yehudiyon ko mazhabi zawaal aaya, toh Musalmanon ko mazhabi zawaal aayega. Toh ab hamein jo karna hai, woh hai ke phir se,</w:t>
      </w:r>
      <w:r>
        <w:br/>
      </w:r>
      <w:r>
        <w:rPr>
          <w:sz w:val="20"/>
        </w:rPr>
        <w:t>1:27:34  phir se logon ko samjhayein,</w:t>
      </w:r>
      <w:r>
        <w:br/>
      </w:r>
      <w:r>
        <w:rPr>
          <w:sz w:val="20"/>
        </w:rPr>
        <w:t>1:27:36  phir se logon ke</w:t>
      </w:r>
      <w:r>
        <w:br/>
      </w:r>
      <w:r>
        <w:rPr>
          <w:sz w:val="20"/>
        </w:rPr>
        <w:t>1:27:41  zehni taameer karein. Jis ko main kehta hoon "re-engineering of mind".</w:t>
      </w:r>
      <w:r>
        <w:br/>
      </w:r>
      <w:r>
        <w:rPr>
          <w:sz w:val="20"/>
        </w:rPr>
        <w:t>1:27:49  Jo existing situation hai Musalmanon ki, woh toh yahi hai. Lekin hamesha aisa hota hai ke aap un ko samjha bujha kar ke ek naya insaan bana sakte hain.</w:t>
      </w:r>
      <w:r>
        <w:br/>
      </w:r>
      <w:r>
        <w:rPr>
          <w:sz w:val="20"/>
        </w:rPr>
        <w:t>1:27:59  Jaise maine bataya ke aaj mere paas jo telephone aaya ke woh aadmi ne kaha ke main sab se nafrat karta tha, meri kitabein padhte padhte ab sab ka woh</w:t>
      </w:r>
      <w:r>
        <w:br/>
      </w:r>
      <w:r>
        <w:rPr>
          <w:sz w:val="20"/>
        </w:rPr>
        <w:t>1:28:08  khairkhwah ban gaya, sab ko insaan samajhne laga. Toh logon ke zehan ko badliye, logon ke soch ko badliye. Yahan se yeh hai "the starting point".</w:t>
      </w:r>
    </w:p>
    <w:p>
      <w:pPr>
        <w:pStyle w:val="Heading2"/>
      </w:pPr>
      <w:r>
        <w:t>Taking lessons from someone's death</w:t>
      </w:r>
    </w:p>
    <w:p>
      <w:r>
        <w:rPr>
          <w:color w:val="666666"/>
          <w:sz w:val="18"/>
        </w:rPr>
        <w:t>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Punishment for insulting parents</w:t>
      </w:r>
    </w:p>
    <w:p>
      <w:r>
        <w:rPr>
          <w:color w:val="666666"/>
          <w:sz w:val="18"/>
        </w:rPr>
        <w:t>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1"/>
      </w:pPr>
      <w:r>
        <w:t>In the lectures (20)</w:t>
      </w:r>
    </w:p>
    <w:p>
      <w:pPr>
        <w:pStyle w:val="Heading2"/>
      </w:pPr>
      <w:r>
        <w:t>Tawbah-e-Nasuh (Sincere Repentance) 16 Feb 2020 - Maulana Wahiduddin Khan</w:t>
      </w:r>
    </w:p>
    <w:p>
      <w:r>
        <w:rPr>
          <w:color w:val="666666"/>
          <w:sz w:val="18"/>
        </w:rPr>
        <w:t>7:03 · https://youtu.be/0CccKs-1Uu8?t=423</w:t>
      </w:r>
    </w:p>
    <w:p>
      <w:r>
        <w:rPr>
          <w:i/>
        </w:rPr>
        <w:t>“ایک شخص جس نے مجھ کو بدنام کرنے کی کوشش کی تھی۔”</w:t>
      </w:r>
    </w:p>
    <w:p>
      <w:pPr>
        <w:pStyle w:val="Heading2"/>
      </w:pPr>
      <w:r>
        <w:t>Lessons from My Journey to Canada January 03, 2016 Maulana Wahiduddin Khan</w:t>
      </w:r>
    </w:p>
    <w:p>
      <w:r>
        <w:rPr>
          <w:color w:val="666666"/>
          <w:sz w:val="18"/>
        </w:rPr>
        <w:t>33:32 · https://youtu.be/Uh8DWul9IyY?t=2012</w:t>
      </w:r>
    </w:p>
    <w:p>
      <w:r>
        <w:rPr>
          <w:i/>
        </w:rPr>
        <w:t>“کسی نے کوئی”</w:t>
      </w:r>
    </w:p>
    <w:p>
      <w:pPr>
        <w:pStyle w:val="Heading2"/>
      </w:pPr>
      <w:r>
        <w:t>Companions of The Prophet (2) 11 July 2021 - Prof. Farida Khanam and Dr. Saniyasnain Khan</w:t>
      </w:r>
    </w:p>
    <w:p>
      <w:r>
        <w:rPr>
          <w:color w:val="666666"/>
          <w:sz w:val="18"/>
        </w:rPr>
        <w:t>33:11 · https://youtu.be/FkhLHnwvUZQ?t=1991</w:t>
      </w:r>
    </w:p>
    <w:p>
      <w:r>
        <w:rPr>
          <w:i/>
        </w:rPr>
        <w:t>“कोई जुर्म हो गया है।”</w:t>
      </w:r>
    </w:p>
    <w:p>
      <w:pPr>
        <w:pStyle w:val="Heading2"/>
      </w:pPr>
      <w:r>
        <w:t>Interaction of Maulana Wahiduddin Khan with delegates from Italy 5 Aug 2006</w:t>
      </w:r>
    </w:p>
    <w:p>
      <w:r>
        <w:rPr>
          <w:color w:val="666666"/>
          <w:sz w:val="18"/>
        </w:rPr>
        <w:t>12:13 · https://youtu.be/YauaW5q5-TM?t=733</w:t>
      </w:r>
    </w:p>
    <w:p>
      <w:r>
        <w:rPr>
          <w:i/>
        </w:rPr>
        <w:t>“Se qualcuno ti fa dei torti.”</w:t>
      </w:r>
    </w:p>
    <w:p>
      <w:pPr>
        <w:pStyle w:val="Heading2"/>
      </w:pPr>
      <w:r>
        <w:t>Islamic Ethics May 28, 2008</w:t>
      </w:r>
    </w:p>
    <w:p>
      <w:r>
        <w:rPr>
          <w:color w:val="666666"/>
          <w:sz w:val="18"/>
        </w:rPr>
        <w:t>5:34 · https://youtu.be/_isdXSSDbEg?t=334</w:t>
      </w:r>
    </w:p>
    <w:p>
      <w:r>
        <w:rPr>
          <w:i/>
        </w:rPr>
        <w:t>“اپنا کچھ نقصان ہو رہا ہوتا ہے۔”</w:t>
      </w:r>
    </w:p>
    <w:p>
      <w:pPr>
        <w:pStyle w:val="Heading2"/>
      </w:pPr>
      <w:r>
        <w:t>Life After Death January 22, 2012</w:t>
      </w:r>
    </w:p>
    <w:p>
      <w:r>
        <w:rPr>
          <w:color w:val="666666"/>
          <w:sz w:val="18"/>
        </w:rPr>
        <w:t>42:15 · https://youtu.be/5hVH1BLKBF4?t=2535</w:t>
      </w:r>
    </w:p>
    <w:p>
      <w:r>
        <w:rPr>
          <w:i/>
        </w:rPr>
        <w:t>“ایک واقعہ ہوا۔”</w:t>
      </w:r>
    </w:p>
    <w:p>
      <w:pPr>
        <w:pStyle w:val="Heading2"/>
      </w:pPr>
      <w:r>
        <w:t>Life after Death I 22nd Jan. 2012 Maulana Wahiduddin Khan</w:t>
      </w:r>
    </w:p>
    <w:p>
      <w:r>
        <w:rPr>
          <w:color w:val="666666"/>
          <w:sz w:val="18"/>
        </w:rPr>
        <w:t>42:05 · https://youtu.be/Pa8c09DFrkA?t=2525</w:t>
      </w:r>
    </w:p>
    <w:p>
      <w:r>
        <w:rPr>
          <w:i/>
        </w:rPr>
        <w:t>“ایک واقعہ ہوا۔”</w:t>
      </w:r>
    </w:p>
    <w:p>
      <w:pPr>
        <w:pStyle w:val="Heading2"/>
      </w:pPr>
      <w:r>
        <w:t>Age of Alternatives April 05, 2015</w:t>
      </w:r>
    </w:p>
    <w:p>
      <w:r>
        <w:rPr>
          <w:color w:val="666666"/>
          <w:sz w:val="18"/>
        </w:rPr>
        <w:t>1:34 · https://youtu.be/4v0uCM2BZuA?t=94</w:t>
      </w:r>
    </w:p>
    <w:p>
      <w:r>
        <w:rPr>
          <w:i/>
        </w:rPr>
        <w:t>“میرے ساتھ ایک حادثہ پیش آیا، میں ہاسپٹلائز ہو گیا۔”</w:t>
      </w:r>
    </w:p>
    <w:p>
      <w:pPr>
        <w:pStyle w:val="Heading2"/>
      </w:pPr>
      <w:r>
        <w:t>Positive Mind 3 Aug 2019 - Maulana Wahiduddin Khan</w:t>
      </w:r>
    </w:p>
    <w:p>
      <w:r>
        <w:rPr>
          <w:color w:val="666666"/>
          <w:sz w:val="18"/>
        </w:rPr>
        <w:t>4:18 · https://youtu.be/xas4D5O0aMc?t=258</w:t>
      </w:r>
    </w:p>
    <w:p>
      <w:r>
        <w:rPr>
          <w:i/>
        </w:rPr>
        <w:t>“کچھ ایسے واقعات ہوئے ہیں کہ مثلاً مجھے کوئی چوٹ لگی،”</w:t>
      </w:r>
    </w:p>
    <w:p>
      <w:pPr>
        <w:pStyle w:val="Heading2"/>
      </w:pPr>
      <w:r>
        <w:t>Reason for Unhappiness, Distraction in other than God Nov 30, 2019 - Maulana Wahiduddin Khan</w:t>
      </w:r>
    </w:p>
    <w:p>
      <w:r>
        <w:rPr>
          <w:color w:val="666666"/>
          <w:sz w:val="18"/>
        </w:rPr>
        <w:t>56:48 · https://youtu.be/ivFQ3VLLTNo?t=3408</w:t>
      </w:r>
    </w:p>
    <w:p>
      <w:r>
        <w:rPr>
          <w:i/>
        </w:rPr>
        <w:t>“اس کا مینیفیسٹیشن دکھ رہا ہے مجھے۔”</w:t>
      </w:r>
    </w:p>
    <w:p>
      <w:pPr>
        <w:pStyle w:val="Heading2"/>
      </w:pPr>
      <w:r>
        <w:t>The Concept of Justice in Islam May 03, 2007</w:t>
      </w:r>
    </w:p>
    <w:p>
      <w:r>
        <w:rPr>
          <w:color w:val="666666"/>
          <w:sz w:val="18"/>
        </w:rPr>
        <w:t>44:12 · https://youtu.be/DY5SY8H554c?t=2652</w:t>
      </w:r>
    </w:p>
    <w:p>
      <w:r>
        <w:rPr>
          <w:i/>
        </w:rPr>
        <w:t>“He was in a bad mood.”</w:t>
      </w:r>
    </w:p>
    <w:p>
      <w:pPr>
        <w:pStyle w:val="Heading2"/>
      </w:pPr>
      <w:r>
        <w:t>Paradise as A Goal April 26, 2015</w:t>
      </w:r>
    </w:p>
    <w:p>
      <w:r>
        <w:rPr>
          <w:color w:val="666666"/>
          <w:sz w:val="18"/>
        </w:rPr>
        <w:t>31:43 · https://youtu.be/4IWLd2SIBkw?t=1903</w:t>
      </w:r>
    </w:p>
    <w:p>
      <w:r>
        <w:rPr>
          <w:i/>
        </w:rPr>
        <w:t>“زخمی لوگ بہت زیادہ ہیں۔”</w:t>
      </w:r>
    </w:p>
    <w:p>
      <w:pPr>
        <w:pStyle w:val="Heading2"/>
      </w:pPr>
      <w:r>
        <w:t>Goodness in The Face of Evil (Sai Centre) August 20, 2008 Maulana Wahiduddin Khan</w:t>
      </w:r>
    </w:p>
    <w:p>
      <w:r>
        <w:rPr>
          <w:color w:val="666666"/>
          <w:sz w:val="18"/>
        </w:rPr>
        <w:t>8:02 · https://youtu.be/tTPaJXCbZ24?t=482</w:t>
      </w:r>
    </w:p>
    <w:p>
      <w:r>
        <w:rPr>
          <w:i/>
        </w:rPr>
        <w:t>“ریجیکٹ۔ اب دیکھیں کہ انسان نے میرے ساتھ کیا کیا ہے،”</w:t>
      </w:r>
    </w:p>
    <w:p>
      <w:pPr>
        <w:pStyle w:val="Heading2"/>
      </w:pPr>
      <w:r>
        <w:t>Don't Be Angry Culture January 15, 2012</w:t>
      </w:r>
    </w:p>
    <w:p>
      <w:r>
        <w:rPr>
          <w:color w:val="666666"/>
          <w:sz w:val="18"/>
        </w:rPr>
        <w:t>15:12 · https://youtu.be/NrA3X8y_FLY?t=912</w:t>
      </w:r>
    </w:p>
    <w:p>
      <w:r>
        <w:rPr>
          <w:i/>
        </w:rPr>
        <w:t>“کہ جلدی سے میں اندر پہنچ جاؤں۔ تو کسی شخص سے اس کا ٹکر دھکا لگ گیا۔”</w:t>
      </w:r>
    </w:p>
    <w:p>
      <w:pPr>
        <w:pStyle w:val="Heading2"/>
      </w:pPr>
      <w:r>
        <w:t>Three levels of Realization 4 July 2010 - Maulana Wahiduddin Khan</w:t>
      </w:r>
    </w:p>
    <w:p>
      <w:r>
        <w:rPr>
          <w:color w:val="666666"/>
          <w:sz w:val="18"/>
        </w:rPr>
        <w:t>49:42 · https://youtu.be/H-kx5TldzfQ?t=2982</w:t>
      </w:r>
    </w:p>
    <w:p>
      <w:r>
        <w:rPr>
          <w:i/>
        </w:rPr>
        <w:t>“جیسے کسی نے مجھے ایسا کام کیا اس نے گالی دے دی مجھے۔ کوئی ایسا کام کیا جو مجھے خلاف لگا۔”</w:t>
      </w:r>
    </w:p>
    <w:p>
      <w:pPr>
        <w:pStyle w:val="Heading2"/>
      </w:pPr>
      <w:r>
        <w:t>The Search for Truth March 15, 2020 Maulana Wahiduddin Khan</w:t>
      </w:r>
    </w:p>
    <w:p>
      <w:r>
        <w:rPr>
          <w:color w:val="666666"/>
          <w:sz w:val="18"/>
        </w:rPr>
        <w:t>35:11 · https://youtu.be/Vs_wx9z7IZQ?t=2111</w:t>
      </w:r>
    </w:p>
    <w:p>
      <w:r>
        <w:rPr>
          <w:i/>
        </w:rPr>
        <w:t>“تو ایسا ہوا۔ میرے ایڈیفیس کو کسی نے ٹھوکر مار دیا۔”</w:t>
      </w:r>
    </w:p>
    <w:p>
      <w:pPr>
        <w:pStyle w:val="Heading2"/>
      </w:pPr>
      <w:r>
        <w:t>Power of Peace June 6, 2010 Maulana Wahiduddin Khan</w:t>
      </w:r>
    </w:p>
    <w:p>
      <w:r>
        <w:rPr>
          <w:color w:val="666666"/>
          <w:sz w:val="18"/>
        </w:rPr>
        <w:t>1:46:58 · https://youtu.be/QNnouRoYI38?t=6418</w:t>
      </w:r>
    </w:p>
    <w:p>
      <w:r>
        <w:rPr>
          <w:i/>
        </w:rPr>
        <w:t>“اس کا consciousness hit ہو گیا۔”</w:t>
      </w:r>
    </w:p>
    <w:p>
      <w:pPr>
        <w:pStyle w:val="Heading2"/>
      </w:pPr>
      <w:r>
        <w:t>An Introduction to Islamic Fiqh July 27, 2007 Maulana Wahiduddin Khan</w:t>
      </w:r>
    </w:p>
    <w:p>
      <w:r>
        <w:rPr>
          <w:color w:val="666666"/>
          <w:sz w:val="18"/>
        </w:rPr>
        <w:t>35:16 · https://youtu.be/6aEZ4hFo1KY?t=2116</w:t>
      </w:r>
    </w:p>
    <w:p>
      <w:r>
        <w:rPr>
          <w:i/>
        </w:rPr>
        <w:t>“fell in fear.”</w:t>
      </w:r>
    </w:p>
    <w:p>
      <w:pPr>
        <w:pStyle w:val="Heading2"/>
      </w:pPr>
      <w:r>
        <w:t>Become Alert at Satan's Negative Influence Dec 14 2019 - Maulana Wahiduddin Khan</w:t>
      </w:r>
    </w:p>
    <w:p>
      <w:r>
        <w:rPr>
          <w:color w:val="666666"/>
          <w:sz w:val="18"/>
        </w:rPr>
        <w:t>20:26 · https://youtu.be/njCxCpiLQ60?t=1226</w:t>
      </w:r>
    </w:p>
    <w:p>
      <w:r>
        <w:rPr>
          <w:i/>
        </w:rPr>
        <w:t>“کوئی میری طرف”</w:t>
      </w:r>
    </w:p>
    <w:p>
      <w:pPr>
        <w:pStyle w:val="Heading2"/>
      </w:pPr>
      <w:r>
        <w:t>The Root Cause of Terrorism 16 May 2010 - Maulana Wahiduddin Khan</w:t>
      </w:r>
    </w:p>
    <w:p>
      <w:r>
        <w:rPr>
          <w:color w:val="666666"/>
          <w:sz w:val="18"/>
        </w:rPr>
        <w:t>55:08 · https://youtu.be/sq0ZKGJb0vo?t=3308</w:t>
      </w:r>
    </w:p>
    <w:p>
      <w:r>
        <w:rPr>
          <w:i/>
        </w:rPr>
        <w:t>“pounding hard.”</w:t>
      </w:r>
    </w:p>
    <w:p>
      <w:pPr>
        <w:pStyle w:val="Heading1"/>
      </w:pPr>
      <w:r>
        <w:t>Clips (37)</w:t>
      </w:r>
    </w:p>
    <w:p>
      <w:pPr>
        <w:pStyle w:val="Heading2"/>
      </w:pPr>
      <w:r>
        <w:t>Self-cleaner concept with personal evil thought example</w:t>
      </w:r>
    </w:p>
    <w:p>
      <w:r>
        <w:rPr>
          <w:color w:val="666666"/>
          <w:sz w:val="18"/>
        </w:rPr>
        <w:t>Tawbah-e-Nasuh (Sincere Repentance) 16 Feb 2020 - Maulana Wahiduddin Khan · 2m 52s · at 5:29 · https://youtu.be/0CccKs-1Uu8?t=329</w:t>
      </w:r>
    </w:p>
    <w:p>
      <w:r>
        <w:rPr>
          <w:i/>
        </w:rPr>
        <w:t>“To is waqay ke baad university ki building mein jo dekha”</w:t>
      </w:r>
    </w:p>
    <w:p>
      <w:r>
        <w:rPr>
          <w:sz w:val="20"/>
        </w:rPr>
        <w:t>5:29  khalis tauba karo. to is waqe ke baad university ki building mein jo dekha to maine is ayat ka matlab maine yeh samjha ke apne</w:t>
      </w:r>
      <w:r>
        <w:br/>
      </w:r>
      <w:r>
        <w:rPr>
          <w:sz w:val="20"/>
        </w:rPr>
        <w:t>5:52  aap ko clean karne wale bano. yani hamesha apne ko purify karne wale bano. apne ko safai karne wale bano.</w:t>
      </w:r>
      <w:r>
        <w:br/>
      </w:r>
      <w:r>
        <w:rPr>
          <w:sz w:val="20"/>
        </w:rPr>
        <w:t>6:04  yani aap apne aap ko itna zyada sensor banayein</w:t>
      </w:r>
      <w:r>
        <w:br/>
      </w:r>
      <w:r>
        <w:rPr>
          <w:sz w:val="20"/>
        </w:rPr>
        <w:t>6:10  ke jaise hi aap ki personality mein koi dhabba lage, koi bura khayal aa jaye, koi</w:t>
      </w:r>
      <w:r>
        <w:br/>
      </w:r>
      <w:r>
        <w:rPr>
          <w:sz w:val="20"/>
        </w:rPr>
        <w:t>6:25  evil thought aa jaye aap ke andar to aap itne sensor ho aap ke jaldi se aap ko clean karein, safai karein is ki.</w:t>
      </w:r>
      <w:r>
        <w:br/>
      </w:r>
      <w:r>
        <w:rPr>
          <w:sz w:val="20"/>
        </w:rPr>
        <w:t>6:37  yani self cleaner ban jayein. self cleaner</w:t>
      </w:r>
      <w:r>
        <w:br/>
      </w:r>
      <w:r>
        <w:rPr>
          <w:sz w:val="20"/>
        </w:rPr>
        <w:t>6:44  ban jayein aap. apne aap ko clean karne wale ban jayein.</w:t>
      </w:r>
      <w:r>
        <w:br/>
      </w:r>
      <w:r>
        <w:rPr>
          <w:sz w:val="20"/>
        </w:rPr>
        <w:t>6:55  misal ke taur par aaj subah mujhe ek shakhs ka khayal aaya.</w:t>
      </w:r>
      <w:r>
        <w:br/>
      </w:r>
      <w:r>
        <w:rPr>
          <w:sz w:val="20"/>
        </w:rPr>
        <w:t>7:03  ek shakhs jis ne mujh ko badnaam karne ki koshish ki thi.</w:t>
      </w:r>
      <w:r>
        <w:br/>
      </w:r>
      <w:r>
        <w:rPr>
          <w:sz w:val="20"/>
        </w:rPr>
        <w:t>7:15  yani ek shakhs jis ne baqayda yeh promotion kiya mere bare mein ke yeh to bjp ke</w:t>
      </w:r>
      <w:r>
        <w:br/>
      </w:r>
      <w:r>
        <w:rPr>
          <w:sz w:val="20"/>
        </w:rPr>
        <w:t>7:28  molvi hain.</w:t>
      </w:r>
      <w:r>
        <w:br/>
      </w:r>
      <w:r>
        <w:rPr>
          <w:sz w:val="20"/>
        </w:rPr>
        <w:t>7:33  to yeh mere nazdeek ek yeh sochna ke falan aadmi mujh ko badnaam kar raha hai, ek evil thought ka aana tha.</w:t>
      </w:r>
      <w:r>
        <w:br/>
      </w:r>
      <w:r>
        <w:rPr>
          <w:sz w:val="20"/>
        </w:rPr>
        <w:t>7:44  to mein ne socha ke evil thought jo mere andar aaya to ab mein kya karna chahiye is ko?</w:t>
      </w:r>
      <w:r>
        <w:br/>
      </w:r>
      <w:r>
        <w:rPr>
          <w:sz w:val="20"/>
        </w:rPr>
        <w:t>7:54  to jaldi se mein is ke liye dua karne laga. is ke liye achhi dua karne laga ke khudaaya is ko achhi baaton ki tofeeq de.</w:t>
      </w:r>
      <w:r>
        <w:br/>
      </w:r>
      <w:r>
        <w:rPr>
          <w:sz w:val="20"/>
        </w:rPr>
        <w:t>8:09  to yeh tha</w:t>
      </w:r>
      <w:r>
        <w:br/>
      </w:r>
      <w:r>
        <w:rPr>
          <w:sz w:val="20"/>
        </w:rPr>
        <w:t>8:10  clean karna, apne dil ko clean karna. yaani mere andar jo evil thought aagaya is ko mein ne jaldi se clean kiya.</w:t>
      </w:r>
    </w:p>
    <w:p>
      <w:pPr>
        <w:pStyle w:val="Heading2"/>
      </w:pPr>
      <w:r>
        <w:t>22 young men fixing Islam's image</w:t>
      </w:r>
    </w:p>
    <w:p>
      <w:r>
        <w:rPr>
          <w:color w:val="666666"/>
          <w:sz w:val="18"/>
        </w:rPr>
        <w:t>Lessons from My Journey to Canada January 03, 2016 Maulana Wahiduddin Khan · 5m 06s · at 30:56 · https://youtu.be/Uh8DWul9IyY?t=1856</w:t>
      </w:r>
    </w:p>
    <w:p>
      <w:r>
        <w:rPr>
          <w:i/>
        </w:rPr>
        <w:t>“On the last day, those who invited us - a youth organization.”</w:t>
      </w:r>
    </w:p>
    <w:p>
      <w:r>
        <w:rPr>
          <w:sz w:val="20"/>
        </w:rPr>
        <w:t>30:56  Mr. Fauzan Khan ke sath 22 naujawan hain</w:t>
      </w:r>
      <w:r>
        <w:br/>
      </w:r>
      <w:r>
        <w:rPr>
          <w:sz w:val="20"/>
        </w:rPr>
        <w:t>31:01  sab ke sab aaye hamare hamare jahan hum ko thehraya tha unhon ne</w:t>
      </w:r>
      <w:r>
        <w:br/>
      </w:r>
      <w:r>
        <w:rPr>
          <w:sz w:val="20"/>
        </w:rPr>
        <w:t>31:08  wahan par aur mein kursi pe baitha tha woh log farsh pe baith gaye</w:t>
      </w:r>
      <w:r>
        <w:br/>
      </w:r>
      <w:r>
        <w:rPr>
          <w:sz w:val="20"/>
        </w:rPr>
        <w:t>31:16  aur bohat hi ziyada se jaise kisi buzurg se koi mile is tarah se mile woh</w:t>
      </w:r>
      <w:r>
        <w:br/>
      </w:r>
      <w:r>
        <w:rPr>
          <w:sz w:val="20"/>
        </w:rPr>
        <w:t>31:23  yeh bhi anokha anokha tajurba tha aur jahan mein jata hoon to aisa kahin nahi hota keh wahan</w:t>
      </w:r>
      <w:r>
        <w:br/>
      </w:r>
      <w:r>
        <w:rPr>
          <w:sz w:val="20"/>
        </w:rPr>
        <w:t>31:28  ke jo founder president hain apne sath sathiyon ko le kar aaye</w:t>
      </w:r>
      <w:r>
        <w:br/>
      </w:r>
      <w:r>
        <w:rPr>
          <w:sz w:val="20"/>
        </w:rPr>
        <w:t>31:34  to Mr. Fauzan Khan jo hain</w:t>
      </w:r>
      <w:r>
        <w:br/>
      </w:r>
      <w:r>
        <w:rPr>
          <w:sz w:val="20"/>
        </w:rPr>
        <w:t>31:37  unki kahani shuru hoti hai nine eleven se</w:t>
      </w:r>
      <w:r>
        <w:br/>
      </w:r>
      <w:r>
        <w:rPr>
          <w:sz w:val="20"/>
        </w:rPr>
        <w:t>31:42  America</w:t>
      </w:r>
      <w:r>
        <w:br/>
      </w:r>
      <w:r>
        <w:rPr>
          <w:sz w:val="20"/>
        </w:rPr>
        <w:t>31:42  mein jo nine eleven ka waqea hua</w:t>
      </w:r>
      <w:r>
        <w:br/>
      </w:r>
      <w:r>
        <w:rPr>
          <w:sz w:val="20"/>
        </w:rPr>
        <w:t>31:47  is ke baad sari dunya mein islam ki image kharab hui har jagah ye samjha jane laga ke islam terrorism ki taleem deta hai to ye aur wo 22 naujawan unhon ne mil kar ye tay kiya ke hum is image ko theek karenge</w:t>
      </w:r>
      <w:r>
        <w:br/>
      </w:r>
      <w:r>
        <w:rPr>
          <w:sz w:val="20"/>
        </w:rPr>
        <w:t>32:09  to unhon ne aik tehreek shuru ki is is tehreek mein unhon ne</w:t>
      </w:r>
      <w:r>
        <w:br/>
      </w:r>
      <w:r>
        <w:rPr>
          <w:sz w:val="20"/>
        </w:rPr>
        <w:t>32:16  hazaron hazar naujawano ko mobilize kiya hai</w:t>
      </w:r>
      <w:r>
        <w:br/>
      </w:r>
      <w:r>
        <w:rPr>
          <w:sz w:val="20"/>
        </w:rPr>
        <w:t>32:20  aur woh unhi ka ijtima tha jaise hum is ko aur kai logon ko bator speaker bulaya tha</w:t>
      </w:r>
      <w:r>
        <w:br/>
      </w:r>
      <w:r>
        <w:rPr>
          <w:sz w:val="20"/>
        </w:rPr>
        <w:t>32:28  unhon ne to jitne naujawan thay</w:t>
      </w:r>
      <w:r>
        <w:br/>
      </w:r>
      <w:r>
        <w:rPr>
          <w:sz w:val="20"/>
        </w:rPr>
        <w:t>32:33  sab ke sab positive kisi ek naujawan ne koi wahan par jangjoo'i ki baat nahi ki</w:t>
      </w:r>
      <w:r>
        <w:br/>
      </w:r>
      <w:r>
        <w:rPr>
          <w:sz w:val="20"/>
        </w:rPr>
        <w:t>32:43  yahan to ya alaik mein ek program tha merit university mein merit university mein tha program wahan par ek ek naujawan khada hoga laga shor karne</w:t>
      </w:r>
      <w:r>
        <w:br/>
      </w:r>
      <w:r>
        <w:rPr>
          <w:sz w:val="20"/>
        </w:rPr>
        <w:t>32:57  aur hamare jalsay ko yani</w:t>
      </w:r>
      <w:r>
        <w:br/>
      </w:r>
      <w:r>
        <w:rPr>
          <w:sz w:val="20"/>
        </w:rPr>
        <w:t>33:02  ki taqreer na ho ek hangama khara kar diya yeh halat India ki halat yeh hai</w:t>
      </w:r>
      <w:r>
        <w:br/>
      </w:r>
      <w:r>
        <w:rPr>
          <w:sz w:val="20"/>
        </w:rPr>
        <w:t>33:09  aisi halat har jagah hai</w:t>
      </w:r>
      <w:r>
        <w:br/>
      </w:r>
      <w:r>
        <w:rPr>
          <w:sz w:val="20"/>
        </w:rPr>
        <w:t>33:12  wahan kuch nahi</w:t>
      </w:r>
      <w:r>
        <w:br/>
      </w:r>
      <w:r>
        <w:rPr>
          <w:sz w:val="20"/>
        </w:rPr>
        <w:t>33:15  un ke sath jo 22 naujawan hain woh bhi sab ke sab bohat sanjeeda aur jo mukhtalif jagahon</w:t>
      </w:r>
      <w:r>
        <w:br/>
      </w:r>
      <w:r>
        <w:rPr>
          <w:sz w:val="20"/>
        </w:rPr>
        <w:t>33:23  se naujawan aaye thay woh sab sanjeeda</w:t>
      </w:r>
      <w:r>
        <w:br/>
      </w:r>
      <w:r>
        <w:rPr>
          <w:sz w:val="20"/>
        </w:rPr>
        <w:t>33:28  larkay aur larkiyan dono</w:t>
      </w:r>
      <w:r>
        <w:br/>
      </w:r>
      <w:r>
        <w:rPr>
          <w:sz w:val="20"/>
        </w:rPr>
        <w:t>33:32  kisi ne koi</w:t>
      </w:r>
      <w:r>
        <w:br/>
      </w:r>
      <w:r>
        <w:rPr>
          <w:sz w:val="20"/>
        </w:rPr>
        <w:t>33:36  koi negative baat nahi ki to mister fauzan khan ne ye tay kiya nine eleven ke baad ke hum islam ki image ko durust karenge to naujawano ko un ke sath 22 naujawan un ko sath dene ke liye khare hogaye is tarah ye ek group bana</w:t>
      </w:r>
      <w:r>
        <w:br/>
      </w:r>
      <w:r>
        <w:rPr>
          <w:sz w:val="20"/>
        </w:rPr>
        <w:t>34:03  aur wo</w:t>
      </w:r>
      <w:r>
        <w:br/>
      </w:r>
      <w:r>
        <w:rPr>
          <w:sz w:val="20"/>
        </w:rPr>
        <w:t>34:07  unhon ne kaam karna shuru kiya to unhi ne woh beshak woh naujawano ko mobilize kar rahay</w:t>
      </w:r>
      <w:r>
        <w:br/>
      </w:r>
      <w:r>
        <w:rPr>
          <w:sz w:val="20"/>
        </w:rPr>
        <w:t>34:14  hain to mere pas yeh log ikhatta hue</w:t>
      </w:r>
      <w:r>
        <w:br/>
      </w:r>
      <w:r>
        <w:rPr>
          <w:sz w:val="20"/>
        </w:rPr>
        <w:t>34:20  parson sham ko sab ke sab</w:t>
      </w:r>
      <w:r>
        <w:br/>
      </w:r>
      <w:r>
        <w:rPr>
          <w:sz w:val="20"/>
        </w:rPr>
        <w:t>34:25  aur ikhatta kis liye apna apne karname bayan karne nahi hain</w:t>
      </w:r>
      <w:r>
        <w:br/>
      </w:r>
      <w:r>
        <w:rPr>
          <w:sz w:val="20"/>
        </w:rPr>
        <w:t>34:29  apne ikhtilafat bayan karne ke liye nahi hain aam tor par jo hota hai ke log milte hain</w:t>
      </w:r>
      <w:r>
        <w:br/>
      </w:r>
      <w:r>
        <w:rPr>
          <w:sz w:val="20"/>
        </w:rPr>
        <w:t>34:36  to apne karname batatay hain ya ikhtilaf</w:t>
      </w:r>
      <w:r>
        <w:br/>
      </w:r>
      <w:r>
        <w:rPr>
          <w:sz w:val="20"/>
        </w:rPr>
        <w:t>34:41  do hi subjects hota hai logon ka ya to apna karname bayan karne ke ya hamare khilaf koi</w:t>
      </w:r>
      <w:r>
        <w:br/>
      </w:r>
      <w:r>
        <w:rPr>
          <w:sz w:val="20"/>
        </w:rPr>
        <w:t>34:48  bohat hi shadeed gheeb tanqideen</w:t>
      </w:r>
      <w:r>
        <w:br/>
      </w:r>
      <w:r>
        <w:rPr>
          <w:sz w:val="20"/>
        </w:rPr>
        <w:t>34:52  ke aap</w:t>
      </w:r>
      <w:r>
        <w:br/>
      </w:r>
      <w:r>
        <w:rPr>
          <w:sz w:val="20"/>
        </w:rPr>
        <w:t>34:53  aisa karte hain aap kaise israel pahunch gaye israel ko koi koi visit kiya aap ne ye ek baat ko wo baat ko babri mashriq ke bare mein aisa kyun keh diya aap ne to is liye ikattha hote hain mere pas ye log ikattha hue the ke humein guidance dijiye guidance</w:t>
      </w:r>
      <w:r>
        <w:br/>
      </w:r>
      <w:r>
        <w:rPr>
          <w:sz w:val="20"/>
        </w:rPr>
        <w:t>35:16  to mein ne kaha ke</w:t>
      </w:r>
      <w:r>
        <w:br/>
      </w:r>
      <w:r>
        <w:rPr>
          <w:sz w:val="20"/>
        </w:rPr>
        <w:t>35:19  dekhiye aap bohat acha kaam kar rahay hain ke Muslim naujawano ko aap mobilize kar rahay hain bohat</w:t>
      </w:r>
      <w:r>
        <w:br/>
      </w:r>
      <w:r>
        <w:rPr>
          <w:sz w:val="20"/>
        </w:rPr>
        <w:t>35:26  acha kaam kar rahay hain</w:t>
      </w:r>
      <w:r>
        <w:br/>
      </w:r>
      <w:r>
        <w:rPr>
          <w:sz w:val="20"/>
        </w:rPr>
        <w:t>35:29  to mein ne kaha ke aap ne bohat se</w:t>
      </w:r>
      <w:r>
        <w:br/>
      </w:r>
      <w:r>
        <w:rPr>
          <w:sz w:val="20"/>
        </w:rPr>
        <w:t>35:32  Muslim scholars ko yahan bulaya hai unhon ne speeches dein</w:t>
      </w:r>
      <w:r>
        <w:br/>
      </w:r>
      <w:r>
        <w:rPr>
          <w:sz w:val="20"/>
        </w:rPr>
        <w:t>35:36  is se un ko koi</w:t>
      </w:r>
      <w:r>
        <w:br/>
      </w:r>
      <w:r>
        <w:rPr>
          <w:sz w:val="20"/>
        </w:rPr>
        <w:t>35:39  koi gol mila hoga har ek ko</w:t>
      </w:r>
      <w:r>
        <w:br/>
      </w:r>
      <w:r>
        <w:rPr>
          <w:sz w:val="20"/>
        </w:rPr>
        <w:t>35:43  inshallah lekin ap ke pas ek common gol hona chahiye sab sab ka ek ek hi ek hi</w:t>
      </w:r>
      <w:r>
        <w:br/>
      </w:r>
      <w:r>
        <w:rPr>
          <w:sz w:val="20"/>
        </w:rPr>
        <w:t>35:49  gol ek hi nishana ek hi target</w:t>
      </w:r>
      <w:r>
        <w:br/>
      </w:r>
      <w:r>
        <w:rPr>
          <w:sz w:val="20"/>
        </w:rPr>
        <w:t>35:54  tab taake woh un ke andar woh ittehad ki taqat bane woh</w:t>
      </w:r>
      <w:r>
        <w:br/>
      </w:r>
      <w:r>
        <w:rPr>
          <w:sz w:val="20"/>
        </w:rPr>
        <w:t>36:00  to maine un ko kaha ke ap ka nishana</w:t>
      </w:r>
    </w:p>
    <w:p>
      <w:pPr>
        <w:pStyle w:val="Heading2"/>
      </w:pPr>
      <w:r>
        <w:t>Umar upholds justice for a Copt against governor's son</w:t>
      </w:r>
    </w:p>
    <w:p>
      <w:r>
        <w:rPr>
          <w:color w:val="666666"/>
          <w:sz w:val="18"/>
        </w:rPr>
        <w:t>Companions of The Prophet (2) 11 July 2021 - Prof. Farida Khanam and Dr. Saniyasnain Khan · 2m 43s · at 31:20 · https://youtu.be/FkhLHnwvUZQ?t=1880</w:t>
      </w:r>
    </w:p>
    <w:p>
      <w:r>
        <w:rPr>
          <w:i/>
        </w:rPr>
        <w:t>“Ek aur waqya hai, yeh Hazrat Umar ke zamane ka hai”</w:t>
      </w:r>
    </w:p>
    <w:p>
      <w:r>
        <w:rPr>
          <w:sz w:val="20"/>
        </w:rPr>
        <w:t>31:20  ek aur waqya hai, yeh hazrat umar ke zamane ka hai. hazrat umar ke zamane mein yeh sare ilake fateh ho gaye the, misr wagairah. to misr ke governor the amar ibnul aas. to amar ibnul aas ke zamane mein wahan arbon mein ghode ka race wagairah hota tha. to un ghode ki race hui, to aisa ittefaq hua ki</w:t>
      </w:r>
      <w:r>
        <w:br/>
      </w:r>
      <w:r>
        <w:rPr>
          <w:sz w:val="20"/>
        </w:rPr>
        <w:t>31:45  ek kaapt ka, yani misri ka ghoda jo hai, wah race mein aage badh gaya. to yeh us zamane mein, us zamane ka aap sochiye ki us zamane mein jo kankad nation thi, unki koi haisiyat nahin hoti thi. bilkul ghulam ke tarike se samjha jata tha. yeh to islam ne bahut zyada unko darja diya, unko barabari ka darja diya. lekin</w:t>
      </w:r>
      <w:r>
        <w:br/>
      </w:r>
      <w:r>
        <w:rPr>
          <w:sz w:val="20"/>
        </w:rPr>
        <w:t>32:07  rawaj jo hai, bahut dheere-dheere jata hai. to wah jo hai, kankad the. to arab jo hain, wah apne aap ko bilkul royal class the. to unka beta jo tha, mohammad, unka ghoda bhi usmein shamil tha. aur unka ghoda jo hai, wah</w:t>
      </w:r>
      <w:r>
        <w:br/>
      </w:r>
      <w:r>
        <w:rPr>
          <w:sz w:val="20"/>
        </w:rPr>
        <w:t>32:26  peeche reh gaya. aur wah ek fipti, yani egyptian ka ghoda jo hai, wah aage badh gaya. to wah bahut gussa ho gaye, mohammad. aur unhon ne usko kode se marna shuru kiya, kehne lage, "yeh koda lo, yani koda khao, matlab koda mara jayega tumhein." to unhon ne wah koda liya aur usko marna shuru kar diya. to ab chunki us fipti ko maloom tha ki hazrat umar khalifa hain aur bahut zyada insaf</w:t>
      </w:r>
      <w:r>
        <w:br/>
      </w:r>
      <w:r>
        <w:rPr>
          <w:sz w:val="20"/>
        </w:rPr>
        <w:t>32:56  karte hain, wah to wah aaya madina. aur madine mein puri roda sunai. to hazrat umar ne kaha, "tum yahin baitho." aur usi waqt khat likha aur amar ibnul aas aur unke bete mohammad ko bulaya. wah bahut ghabrae ki akhir aisi kya baat hai,</w:t>
      </w:r>
      <w:r>
        <w:br/>
      </w:r>
      <w:r>
        <w:rPr>
          <w:sz w:val="20"/>
        </w:rPr>
        <w:t>33:11  koi jurm ho gaya hai.</w:t>
      </w:r>
      <w:r>
        <w:br/>
      </w:r>
      <w:r>
        <w:rPr>
          <w:sz w:val="20"/>
        </w:rPr>
        <w:t>33:13  bulaya hai, bete se poocha, "kya baat hai?" bete ne kaha, "mujhe to pata nahin." to khair, dono gaye. to unhon ne, hazrat umar ne kaha, us waqt phir unhon ne fipti ko bulaya aur kaha, "yeh koda lo, sharif zade ko maro." kyunki jab usne mara tha na, to usne kaha tha, "main sharifon ki aulad hoon." yani tum, tumhari himmat kaise padi ki tumne apna ghoda aage kar diya?</w:t>
      </w:r>
      <w:r>
        <w:br/>
      </w:r>
      <w:r>
        <w:rPr>
          <w:sz w:val="20"/>
        </w:rPr>
        <w:t>33:40  to wahi hazrat umar ne kaha, "yeh koda lo, sharif</w:t>
      </w:r>
      <w:r>
        <w:br/>
      </w:r>
      <w:r>
        <w:rPr>
          <w:sz w:val="20"/>
        </w:rPr>
        <w:t>33:44  zade ko maro." misri ne unko itna mara, yahan tak ki unko khoon aloot kar diya. phir uske baad hazrat umar ne kaha, "amar ibnul aas, jo ki governor the aur wahi fate bhi the, wahi governor bhi the, unke sar par maro. kyunki unhi ki,</w:t>
      </w:r>
    </w:p>
    <w:p>
      <w:pPr>
        <w:pStyle w:val="Heading2"/>
      </w:pPr>
      <w:r>
        <w:t>A 50-year-old memory proves the soul outlives changing cells</w:t>
      </w:r>
    </w:p>
    <w:p>
      <w:r>
        <w:rPr>
          <w:color w:val="666666"/>
          <w:sz w:val="18"/>
        </w:rPr>
        <w:t>Life After Death January 22, 2012 · 2m 09s · at 42:03 · https://youtu.be/5hVH1BLKBF4?t=2523</w:t>
      </w:r>
    </w:p>
    <w:p>
      <w:r>
        <w:rPr>
          <w:i/>
        </w:rPr>
        <w:t>“اب سے پچاس سال پہلے ایک واقعہ ہوا، آج بھی Vivid Memory میں ہے”</w:t>
      </w:r>
    </w:p>
    <w:p>
      <w:r>
        <w:rPr>
          <w:sz w:val="20"/>
        </w:rPr>
        <w:t>42:03  misal ke tor par dekhiye, Memory, hafiza. ab se pachas saal pehle</w:t>
      </w:r>
      <w:r>
        <w:br/>
      </w:r>
      <w:r>
        <w:rPr>
          <w:sz w:val="20"/>
        </w:rPr>
        <w:t>42:15  ek waqea hua.</w:t>
      </w:r>
      <w:r>
        <w:br/>
      </w:r>
      <w:r>
        <w:rPr>
          <w:sz w:val="20"/>
        </w:rPr>
        <w:t>42:19  woh aap ne suna aur dekha. aaj woh aap ki aap ki Vivid Memory mein hai woh bilkul. aap jo sochte hain to woh aa jata hai aap ke samne.</w:t>
      </w:r>
      <w:r>
        <w:br/>
      </w:r>
      <w:r>
        <w:rPr>
          <w:sz w:val="20"/>
        </w:rPr>
        <w:t>42:30  ke yeh dekha tha maine, yeh bola tha main, yeh manzar mere samne aaya tha. to yeh hai Psychology, Modern Psychology mein yeh sawal kiya gaya hai ke woh aakhir kahan hai woh?</w:t>
      </w:r>
      <w:r>
        <w:br/>
      </w:r>
      <w:r>
        <w:rPr>
          <w:sz w:val="20"/>
        </w:rPr>
        <w:t>42:41  woh yaad-dasht, woh Memory. jab yeh agar Body ke Cells par thi to Cell to toot gaya.</w:t>
      </w:r>
      <w:r>
        <w:br/>
      </w:r>
      <w:r>
        <w:rPr>
          <w:sz w:val="20"/>
        </w:rPr>
        <w:t>42:48  Body ka jo Physical Cells hain hamare andar wahin par woh Memory thi to woh to toot chuka woh.</w:t>
      </w:r>
      <w:r>
        <w:br/>
      </w:r>
      <w:r>
        <w:rPr>
          <w:sz w:val="20"/>
        </w:rPr>
        <w:t>42:58  is se yeh baat sabit hui hai ke woh hamari Body ke bahar hai. yaani Physical Being hamari jo hai us ke siwa kahin koi cheez hai hamare andar wahan woh Memory hai.</w:t>
      </w:r>
      <w:r>
        <w:br/>
      </w:r>
      <w:r>
        <w:rPr>
          <w:sz w:val="20"/>
        </w:rPr>
        <w:t>43:15  isi liye ek scientist ne kaha hai ke Human Personality ke bare mein ke Personality is a changeless in change .</w:t>
      </w:r>
      <w:r>
        <w:br/>
      </w:r>
      <w:r>
        <w:rPr>
          <w:sz w:val="20"/>
        </w:rPr>
        <w:t>43:27  yeh jo hamari Personality hai is ke bare mein kaha hai ke Personality is a changeless in change . yaani badalti hui, badalte hue wajood ke andar ek na badalne wala ek wajood.</w:t>
      </w:r>
      <w:r>
        <w:br/>
      </w:r>
      <w:r>
        <w:rPr>
          <w:sz w:val="20"/>
        </w:rPr>
        <w:t>43:45  yaani Physical Sense mein mein badalta hoon, har waqt badalta hoon. lekin is ke mawara ek aur cheez hai jo badalti nahi. to is ne is ko kaha ke Personality is a changeless in change .</w:t>
      </w:r>
      <w:r>
        <w:br/>
      </w:r>
      <w:r>
        <w:rPr>
          <w:sz w:val="20"/>
        </w:rPr>
        <w:t>43:59  insan ki hasti, insan ka wajood ek badalti hui cheez ke darmayan ek na badalne wali cheez hai.</w:t>
      </w:r>
      <w:r>
        <w:br/>
      </w:r>
      <w:r>
        <w:rPr>
          <w:sz w:val="20"/>
        </w:rPr>
        <w:t>44:11  kaisi ajeeb baat hai.</w:t>
      </w:r>
    </w:p>
    <w:p>
      <w:pPr>
        <w:pStyle w:val="Heading2"/>
      </w:pPr>
      <w:r>
        <w:t>Human personality is changeless in change</w:t>
      </w:r>
    </w:p>
    <w:p>
      <w:r>
        <w:rPr>
          <w:color w:val="666666"/>
          <w:sz w:val="18"/>
        </w:rPr>
        <w:t>Life after Death I 22nd Jan. 2012 Maulana Wahiduddin Khan · 4m 59s · at 39:28 · https://youtu.be/Pa8c09DFrkA?t=2368</w:t>
      </w:r>
    </w:p>
    <w:p>
      <w:r>
        <w:rPr>
          <w:i/>
        </w:rPr>
        <w:t>“Look, our body has countless cells”</w:t>
      </w:r>
    </w:p>
    <w:p>
      <w:r>
        <w:rPr>
          <w:sz w:val="20"/>
        </w:rPr>
        <w:t>39:28  dekhiye hamari jo hamari jo body hai, hamari body jo hai is mein countless cells hain is ke andar.</w:t>
      </w:r>
      <w:r>
        <w:br/>
      </w:r>
      <w:r>
        <w:rPr>
          <w:sz w:val="20"/>
        </w:rPr>
        <w:t>39:38  billion billion cells hain. chhote chhote jo dekhein dikhai nahi dete. jaise eent eenton se mil kar ke building banti hai.</w:t>
      </w:r>
      <w:r>
        <w:br/>
      </w:r>
      <w:r>
        <w:rPr>
          <w:sz w:val="20"/>
        </w:rPr>
        <w:t>39:49  to aise hi bohat se chhote chhote cells se mil kar hamari body banta hai. hum jo khana khate hain us se wahi living cells bante rehte hain.</w:t>
      </w:r>
      <w:r>
        <w:br/>
      </w:r>
      <w:r>
        <w:rPr>
          <w:sz w:val="20"/>
        </w:rPr>
        <w:t>40:00  lekin building mein to jo aap ne eent laga di wahi lagi hui hai so saal tak. aap ki body mein har din cell badalte hain.</w:t>
      </w:r>
      <w:r>
        <w:br/>
      </w:r>
      <w:r>
        <w:rPr>
          <w:sz w:val="20"/>
        </w:rPr>
        <w:t>40:10  har din jo aap khate hain woh naye cell bante hain. woh replace hota rehta hai. yaani pichhle cell nikalte rehte hain.</w:t>
      </w:r>
      <w:r>
        <w:br/>
      </w:r>
      <w:r>
        <w:rPr>
          <w:sz w:val="20"/>
        </w:rPr>
        <w:t>40:19  aur naye cell is ki jagah lete rehte hain. to yeh replacement hota rehta hai. to andaza lagaya gaya hai ke yeh jo amal hai replacement ka, yaani purane cell ka nikalna</w:t>
      </w:r>
      <w:r>
        <w:br/>
      </w:r>
      <w:r>
        <w:rPr>
          <w:sz w:val="20"/>
        </w:rPr>
        <w:t>40:38  aur naye cell ka aana. kyunke woh bohat chhote hote hain. is liye aap aise kahin dikhai nahi dega ke cell nikal rahe hain. woh bohat hi chhote.</w:t>
      </w:r>
      <w:r>
        <w:br/>
      </w:r>
      <w:r>
        <w:rPr>
          <w:sz w:val="20"/>
        </w:rPr>
        <w:t>40:48  aankh se dikhai nahi dete woh. to yaani</w:t>
      </w:r>
      <w:r>
        <w:br/>
      </w:r>
      <w:r>
        <w:rPr>
          <w:sz w:val="20"/>
        </w:rPr>
        <w:t>40:56  bachpan mein, jawani mein, budhape mein muddat badalti hai. to average lagaya gaya hai ke das saal mein ek aadmi ke tamam cell badal jaate hain.</w:t>
      </w:r>
      <w:r>
        <w:br/>
      </w:r>
      <w:r>
        <w:rPr>
          <w:sz w:val="20"/>
        </w:rPr>
        <w:t>41:08  ek average period. is ka matlab kya hua?</w:t>
      </w:r>
      <w:r>
        <w:br/>
      </w:r>
      <w:r>
        <w:rPr>
          <w:sz w:val="20"/>
        </w:rPr>
        <w:t>41:16  ke agar ek aadmi ko nauve saal hai to goya nauve baar paida hua, nauve baar mara.</w:t>
      </w:r>
      <w:r>
        <w:br/>
      </w:r>
      <w:r>
        <w:rPr>
          <w:sz w:val="20"/>
        </w:rPr>
        <w:t>41:28  yaani kyunke cell toote phir bhi mein zinda hoon.</w:t>
      </w:r>
      <w:r>
        <w:br/>
      </w:r>
      <w:r>
        <w:rPr>
          <w:sz w:val="20"/>
        </w:rPr>
        <w:t>41:34  to is par bohat tehqeeq ki gayi hai modern psychology mein. modern cycle psychology ka ek subject hai ke jab yeh body marta rehta hai to woh jo ek aur soul jo hai, soul ya mind ya spirit, woh woh kahan hai?</w:t>
      </w:r>
      <w:r>
        <w:br/>
      </w:r>
      <w:r>
        <w:rPr>
          <w:sz w:val="20"/>
        </w:rPr>
        <w:t>41:53  misal ke taur par dekhiye memory, hafiza. ab se pachas saal pehle</w:t>
      </w:r>
      <w:r>
        <w:br/>
      </w:r>
      <w:r>
        <w:rPr>
          <w:sz w:val="20"/>
        </w:rPr>
        <w:t>42:05  ek waqea hua.</w:t>
      </w:r>
      <w:r>
        <w:br/>
      </w:r>
      <w:r>
        <w:rPr>
          <w:sz w:val="20"/>
        </w:rPr>
        <w:t>42:09  woh aap ne suna aur dekha. aaj woh aap ki aap ki viewed memory mein hai, woh bilkul aap jo sochte hain to woh aa jata hai aap ke samne.</w:t>
      </w:r>
      <w:r>
        <w:br/>
      </w:r>
      <w:r>
        <w:rPr>
          <w:sz w:val="20"/>
        </w:rPr>
        <w:t>42:19  ke yeh dekha tha maine, yeh bola tha main, yeh manzar mere samne aaya tha.</w:t>
      </w:r>
      <w:r>
        <w:br/>
      </w:r>
      <w:r>
        <w:rPr>
          <w:sz w:val="20"/>
        </w:rPr>
        <w:t>42:25  to yeh psychology, modern psychology mein yeh sawal kiya gaya hai ke woh aakhir kahan hai woh? woh yaad-dasht, woh memory. jab yeh agar body ke cells par thi to cell to toot gaya.</w:t>
      </w:r>
      <w:r>
        <w:br/>
      </w:r>
      <w:r>
        <w:rPr>
          <w:sz w:val="20"/>
        </w:rPr>
        <w:t>42:38  body ka jo physical cells hain hamare andar, wahin par woh memory thi. to woh to toot chuka woh.</w:t>
      </w:r>
      <w:r>
        <w:br/>
      </w:r>
      <w:r>
        <w:rPr>
          <w:sz w:val="20"/>
        </w:rPr>
        <w:t>42:48  to is se yeh baat sabit hui hai ke woh hamari body ke bahar hai. yaani physical being hamari jo hai, us ke siwa kahin koi cheez hai hamare andar, wahan woh memory hai.</w:t>
      </w:r>
      <w:r>
        <w:br/>
      </w:r>
      <w:r>
        <w:rPr>
          <w:sz w:val="20"/>
        </w:rPr>
        <w:t>43:05  isi liye ek scientist ne kaha hai ke human personality ke bare mein ke personality, personality is a changeless in change.</w:t>
      </w:r>
      <w:r>
        <w:br/>
      </w:r>
      <w:r>
        <w:rPr>
          <w:sz w:val="20"/>
        </w:rPr>
        <w:t>43:17  yeh jo hamari personality hai, is ke bare mein kaha hai ke personality is a changeless in change.</w:t>
      </w:r>
      <w:r>
        <w:br/>
      </w:r>
      <w:r>
        <w:rPr>
          <w:sz w:val="20"/>
        </w:rPr>
        <w:t>43:25  yaani badalti hui, badalte hue wajood ke andar ek na badalne wala ek wajood. yaani physical sense mein mein badalta hoon, har waqt badalta hoon.</w:t>
      </w:r>
      <w:r>
        <w:br/>
      </w:r>
      <w:r>
        <w:rPr>
          <w:sz w:val="20"/>
        </w:rPr>
        <w:t>43:38  lekin is ke mawara ek aur cheez hai jo badalti nahi.</w:t>
      </w:r>
      <w:r>
        <w:br/>
      </w:r>
      <w:r>
        <w:rPr>
          <w:sz w:val="20"/>
        </w:rPr>
        <w:t>43:43  to us ne is ko kaha ke personality is a changeless in change. insaan ki hasti, insaan ka wajood ek badalti hui cheez ke darmiyan ek na badalne wali cheez cheez hai.</w:t>
      </w:r>
      <w:r>
        <w:br/>
      </w:r>
      <w:r>
        <w:rPr>
          <w:sz w:val="20"/>
        </w:rPr>
        <w:t>44:01  kaisi ajeeb baat hai.</w:t>
      </w:r>
      <w:r>
        <w:br/>
      </w:r>
      <w:r>
        <w:rPr>
          <w:sz w:val="20"/>
        </w:rPr>
        <w:t>44:03  yeh sochne se maloom hoti hai.</w:t>
      </w:r>
      <w:r>
        <w:br/>
      </w:r>
      <w:r>
        <w:rPr>
          <w:sz w:val="20"/>
        </w:rPr>
        <w:t>44:08  sochne se maloom hoti hai yeh.</w:t>
      </w:r>
      <w:r>
        <w:br/>
      </w:r>
      <w:r>
        <w:rPr>
          <w:sz w:val="20"/>
        </w:rPr>
        <w:t>44:16  to dekhiye quran mein hai ke mun dohuma jannatan . jannatein do hain. hadith mein bataya hai ke jannatein so hain.</w:t>
      </w:r>
    </w:p>
    <w:p>
      <w:pPr>
        <w:pStyle w:val="Heading2"/>
      </w:pPr>
      <w:r>
        <w:t>Hospitalized 16 weeks, yet classes never stopped</w:t>
      </w:r>
    </w:p>
    <w:p>
      <w:r>
        <w:rPr>
          <w:color w:val="666666"/>
          <w:sz w:val="18"/>
        </w:rPr>
        <w:t>Age of Alternatives April 05, 2015 · 2m 34s · at 0:56 · https://youtu.be/4v0uCM2BZuA?t=56</w:t>
      </w:r>
    </w:p>
    <w:p>
      <w:r>
        <w:rPr>
          <w:i/>
        </w:rPr>
        <w:t>“Every Sunday there is a spiritual class since 2001”</w:t>
      </w:r>
    </w:p>
    <w:p>
      <w:r>
        <w:rPr>
          <w:sz w:val="20"/>
        </w:rPr>
        <w:t>0:56  har Sunday ko spiritual class hoti hai. Yeh silsila 2001 se jaari hai, aur is darmiyan kabhi gap nahi hua.</w:t>
      </w:r>
      <w:r>
        <w:br/>
      </w:r>
      <w:r>
        <w:rPr>
          <w:sz w:val="20"/>
        </w:rPr>
        <w:t>1:16  pichle dino ek ajeeb waqia hua ke 12 December ko</w:t>
      </w:r>
      <w:r>
        <w:br/>
      </w:r>
      <w:r>
        <w:rPr>
          <w:sz w:val="20"/>
        </w:rPr>
        <w:t>1:34  mere sath ek hadsa pesh aya, mein hospitalize ho gaya.</w:t>
      </w:r>
      <w:r>
        <w:br/>
      </w:r>
      <w:r>
        <w:rPr>
          <w:sz w:val="20"/>
        </w:rPr>
        <w:t>1:43  is ke baad, yaani 16 haftay tak, mein yahan personally nahi aa saka.</w:t>
      </w:r>
      <w:r>
        <w:br/>
      </w:r>
      <w:r>
        <w:rPr>
          <w:sz w:val="20"/>
        </w:rPr>
        <w:t>1:55  aaj 16 haftay ke baad pehli bar mein yahan personally aaya hoon. Lekin is pure 16 haftay mein jo weekly program hamare hote hain, wo sab jaari rahe.</w:t>
      </w:r>
      <w:r>
        <w:br/>
      </w:r>
      <w:r>
        <w:rPr>
          <w:sz w:val="20"/>
        </w:rPr>
        <w:t>2:14  wo sab barabar jaari rahe, koi farq nahi pada. Yaani meri speech aur meri tasweer ke sath yahan log dekhte rahe.</w:t>
      </w:r>
      <w:r>
        <w:br/>
      </w:r>
      <w:r>
        <w:rPr>
          <w:sz w:val="20"/>
        </w:rPr>
        <w:t>2:26  yeh kaise hua ke mein yahan mojood na rahoon aur program is tarah rahe, hota rahe jaise ke mein yahan mojood hoon?</w:t>
      </w:r>
      <w:r>
        <w:br/>
      </w:r>
      <w:r>
        <w:rPr>
          <w:sz w:val="20"/>
        </w:rPr>
        <w:t>2:43  yeh kaise hua? Yaani absence ke bawajood presence.</w:t>
      </w:r>
      <w:r>
        <w:br/>
      </w:r>
      <w:r>
        <w:rPr>
          <w:sz w:val="20"/>
        </w:rPr>
        <w:t>2:53  yeh anokha waqia hua through alternative arrangement. Modern technology ne yeh moqa diya hai ke aap is tarah ka alternative arrangement kar saken ke mein yahan mojood na rahoon, yaani speaker yahan mojood na rahe, phir bhi log speaker ko dekhen aur us ki awaz ko sunen.</w:t>
      </w:r>
      <w:r>
        <w:br/>
      </w:r>
      <w:r>
        <w:rPr>
          <w:sz w:val="20"/>
        </w:rPr>
        <w:t>3:19  to yeh Allah taala ka bohat bara inaam tha jo modern technology ki soorat mein Allah ne hamein faraham kiya.</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Two companions collide, anger turns to apology and self-blame</w:t>
      </w:r>
    </w:p>
    <w:p>
      <w:r>
        <w:rPr>
          <w:color w:val="666666"/>
          <w:sz w:val="18"/>
        </w:rPr>
        <w:t>Don't Be Angry Culture January 15, 2012 · 3m 29s · at 14:14 · https://youtu.be/NrA3X8y_FLY?t=854</w:t>
      </w:r>
    </w:p>
    <w:p>
      <w:r>
        <w:rPr>
          <w:i/>
        </w:rPr>
        <w:t>“Ek sahabi the Madine ke bahar ke, jinhone Islam qubool kiya”</w:t>
      </w:r>
    </w:p>
    <w:p>
      <w:r>
        <w:rPr>
          <w:sz w:val="20"/>
        </w:rPr>
        <w:t>14:14  to ek misaal mein deta hoon aap ko. ek sahabi the madine ke bahar ke.</w:t>
      </w:r>
      <w:r>
        <w:br/>
      </w:r>
      <w:r>
        <w:rPr>
          <w:sz w:val="20"/>
        </w:rPr>
        <w:t>14:24  madine ke bahar ek qabila tha, woh us ne Islam qubool kiya. to us ne apne ek aadmi ko bheja madine ke rasool Allah ke paas jao.</w:t>
      </w:r>
      <w:r>
        <w:br/>
      </w:r>
      <w:r>
        <w:rPr>
          <w:sz w:val="20"/>
        </w:rPr>
        <w:t>14:37  aap kuch hua to baitho aur kuch deen seekh kar aao aur hamein batao. to woh aadmi aaya. us waqt aap ek safar mein the aur khayme mein the aap.</w:t>
      </w:r>
      <w:r>
        <w:br/>
      </w:r>
      <w:r>
        <w:rPr>
          <w:sz w:val="20"/>
        </w:rPr>
        <w:t>14:56  to khayme mein log ja rahe the, rasool Allah andar khayme ke andar the to log ja rahe the, us ke andar dakhil ho rahe the. to woh aadmi jo aaya tha bahar se, us ne andar dakhil hone mein thoda jaldi ki.</w:t>
      </w:r>
      <w:r>
        <w:br/>
      </w:r>
      <w:r>
        <w:rPr>
          <w:sz w:val="20"/>
        </w:rPr>
        <w:t>15:12  ke jaldi se mein andar pahunch jaon. to kisi shakhs se us ka takkar dhakka lag gaya.</w:t>
      </w:r>
      <w:r>
        <w:br/>
      </w:r>
      <w:r>
        <w:rPr>
          <w:sz w:val="20"/>
        </w:rPr>
        <w:t>15:23  to woh doosra aadmi jo jis ko dhakka laga tha, woh ghussa aa gaya. us ko ghussa aa gaya. ghusse mein us ne kaha la in darabt la in darabtani la darban la darban la in dafa'tani la tafanak agar ab tum phir mujhe dhakka doge, mein tum ko dhakka doonga.</w:t>
      </w:r>
      <w:r>
        <w:br/>
      </w:r>
      <w:r>
        <w:rPr>
          <w:sz w:val="20"/>
        </w:rPr>
        <w:t>15:45  tum maroge to mein tum ko maroonga. ghusse mein us ne kaha.</w:t>
      </w:r>
      <w:r>
        <w:br/>
      </w:r>
      <w:r>
        <w:rPr>
          <w:sz w:val="20"/>
        </w:rPr>
        <w:t>15:51  to doosra aadmi ghussa nahi hua. us ne us ko explain kiya. us ne kaha ke dekho, mein door se aaya hoon. mujhe rasool Allah se kuch seekhna hai.</w:t>
      </w:r>
      <w:r>
        <w:br/>
      </w:r>
      <w:r>
        <w:rPr>
          <w:sz w:val="20"/>
        </w:rPr>
        <w:t>16:04  to mein kuch logon ne mujhe bheja hai. mein jaldi kar raha tha. taake agar wahan andar bheed ho jayegi to mein nahi pahunch paunga.</w:t>
      </w:r>
      <w:r>
        <w:br/>
      </w:r>
      <w:r>
        <w:rPr>
          <w:sz w:val="20"/>
        </w:rPr>
        <w:t>16:15  to is liye main thora mujh se jaldi ho gai.</w:t>
      </w:r>
      <w:r>
        <w:br/>
      </w:r>
      <w:r>
        <w:rPr>
          <w:sz w:val="20"/>
        </w:rPr>
        <w:t>16:20  is ki wajah se tum ko dhakka lag gaya. to wahi aadmi jis ne pehle ghusse mein kaha tha ke main tum ko maro ga, aik dam is ka mood badal gaya.</w:t>
      </w:r>
      <w:r>
        <w:br/>
      </w:r>
      <w:r>
        <w:rPr>
          <w:sz w:val="20"/>
        </w:rPr>
        <w:t>16:31  achanak badal gaya. is ne kaha ke wallah la ashra min pehle is ne kaha tha ya ashra al-rijal wahi wahi shakhs ke munh se nikla tha ya ashra al-rijal aye bohat hi ziyada buray aadmi.</w:t>
      </w:r>
      <w:r>
        <w:br/>
      </w:r>
      <w:r>
        <w:rPr>
          <w:sz w:val="20"/>
        </w:rPr>
        <w:t>16:50  aye logon mein sab se ziyada buray aadmi. lekin jab is ne explain kiya to wahi shakhs dobara kehta hai ke wallah la ashra mink khuda ki qasam, main hi sab se ziyada bura hoon.</w:t>
      </w:r>
      <w:r>
        <w:br/>
      </w:r>
      <w:r>
        <w:rPr>
          <w:sz w:val="20"/>
        </w:rPr>
        <w:t>17:11  khuda ki qasam, main hi sab se ziyada bura hoon. wallah la ashra mink</w:t>
      </w:r>
      <w:r>
        <w:br/>
      </w:r>
      <w:r>
        <w:rPr>
          <w:sz w:val="20"/>
        </w:rPr>
        <w:t>17:19  ab dekhiye, ghussa aya is aadmi ko. lekin jaise hi yeh baat explain ki gayi, foran woh maan gaya. apni ghalati ko tasleem kiya.</w:t>
      </w:r>
      <w:r>
        <w:br/>
      </w:r>
      <w:r>
        <w:rPr>
          <w:sz w:val="20"/>
        </w:rPr>
        <w:t>17:30  aur maafi mangi. yeh aik misaal hai. aik aur misaal mein arz karta hoon. ke ghusse se kitna bara nuqsan hota hai.</w:t>
      </w:r>
    </w:p>
    <w:p>
      <w:pPr>
        <w:pStyle w:val="Heading2"/>
      </w:pPr>
      <w:r>
        <w:t>Personal breakdown and rebirth through shock</w:t>
      </w:r>
    </w:p>
    <w:p>
      <w:r>
        <w:rPr>
          <w:color w:val="666666"/>
          <w:sz w:val="18"/>
        </w:rPr>
        <w:t>The Search for Truth March 15, 2020 Maulana Wahiduddin Khan · 3m 44s · at 32:40 · https://youtu.be/Vs_wx9z7IZQ?t=1960</w:t>
      </w:r>
    </w:p>
    <w:p>
      <w:r>
        <w:rPr>
          <w:i/>
        </w:rPr>
        <w:t>“Main ek gaon mein peda hua.”</w:t>
      </w:r>
    </w:p>
    <w:p>
      <w:r>
        <w:rPr>
          <w:sz w:val="20"/>
        </w:rPr>
        <w:t>32:40  misalan mein apne bare mein keh sakta hoon ke mein ek gaon mein paida hua. gaon ki satah par mein ne apna soch shuru ki.</w:t>
      </w:r>
      <w:r>
        <w:br/>
      </w:r>
      <w:r>
        <w:rPr>
          <w:sz w:val="20"/>
        </w:rPr>
        <w:t>32:51  soch. phir woh soch jo hai barhte barhte develop hui.</w:t>
      </w:r>
      <w:r>
        <w:br/>
      </w:r>
      <w:r>
        <w:rPr>
          <w:sz w:val="20"/>
        </w:rPr>
        <w:t>32:58  aur wohi cheez bani jo is ko aaj kal kehte hain muslim empowerment. toh shuru mein mein muslim empowerment mein jeeta tha.</w:t>
      </w:r>
      <w:r>
        <w:br/>
      </w:r>
      <w:r>
        <w:rPr>
          <w:sz w:val="20"/>
        </w:rPr>
        <w:t>33:13  meri sari soch</w:t>
      </w:r>
      <w:r>
        <w:br/>
      </w:r>
      <w:r>
        <w:rPr>
          <w:sz w:val="20"/>
        </w:rPr>
        <w:t>33:17  isi gard ghoomti thi. balkeh mein ne apna ek barkat banaya. ek dhancha banaya.</w:t>
      </w:r>
      <w:r>
        <w:br/>
      </w:r>
      <w:r>
        <w:rPr>
          <w:sz w:val="20"/>
        </w:rPr>
        <w:t>33:28  ek dunya banai.</w:t>
      </w:r>
      <w:r>
        <w:br/>
      </w:r>
      <w:r>
        <w:rPr>
          <w:sz w:val="20"/>
        </w:rPr>
        <w:t>33:33  phir aisa hua ke mera sara dhancha toot kisi ne toot tod diya.</w:t>
      </w:r>
      <w:r>
        <w:br/>
      </w:r>
      <w:r>
        <w:rPr>
          <w:sz w:val="20"/>
        </w:rPr>
        <w:t>33:41  aisa laga jaise mere dhanchay par koi eta bomb gira diya. mujhe ab tak yaad hai ke us daur mein mein raat ki tareekiyon mein rota tha ke ab mein kya karoon?</w:t>
      </w:r>
      <w:r>
        <w:br/>
      </w:r>
      <w:r>
        <w:rPr>
          <w:sz w:val="20"/>
        </w:rPr>
        <w:t>33:55  mera toh dhancha toot gaya.</w:t>
      </w:r>
      <w:r>
        <w:br/>
      </w:r>
      <w:r>
        <w:rPr>
          <w:sz w:val="20"/>
        </w:rPr>
        <w:t>33:58  mera edifice kaisa hai? mera sara edifice toot phoot gaya.</w:t>
      </w:r>
      <w:r>
        <w:br/>
      </w:r>
      <w:r>
        <w:rPr>
          <w:sz w:val="20"/>
        </w:rPr>
        <w:t>34:07  meri apni zaati.</w:t>
      </w:r>
      <w:r>
        <w:br/>
      </w:r>
      <w:r>
        <w:rPr>
          <w:sz w:val="20"/>
        </w:rPr>
        <w:t>34:16  toh is daur mein mein bhagta tha idhar udhar.</w:t>
      </w:r>
      <w:r>
        <w:br/>
      </w:r>
      <w:r>
        <w:rPr>
          <w:sz w:val="20"/>
        </w:rPr>
        <w:t>34:22  to aaj is daur mein yeh lafz mere paas nahi tha. Muslim empowerment. Ab ab jis ko log kehte hain Muslim empowerment wahi mera edifice tha.</w:t>
      </w:r>
      <w:r>
        <w:br/>
      </w:r>
      <w:r>
        <w:rPr>
          <w:sz w:val="20"/>
        </w:rPr>
        <w:t>34:39  lekin aise halaat pade hue ke jis ne jaise jaise jaise jhonka laga diya ho. Aap ne kabhi dekha hoga ke bachche chhote bachche jo hote hain hote hain woh dhanchhe banate hain.</w:t>
      </w:r>
      <w:r>
        <w:br/>
      </w:r>
      <w:r>
        <w:rPr>
          <w:sz w:val="20"/>
        </w:rPr>
        <w:t>34:56  lakri ya</w:t>
      </w:r>
      <w:r>
        <w:br/>
      </w:r>
      <w:r>
        <w:rPr>
          <w:sz w:val="20"/>
        </w:rPr>
        <w:t>34:57  kisi cheez ke tukron se. Phir koi us ko thokar maar deta hai. Sab uska edifice bikhar jata hai.</w:t>
      </w:r>
      <w:r>
        <w:br/>
      </w:r>
      <w:r>
        <w:rPr>
          <w:sz w:val="20"/>
        </w:rPr>
        <w:t>35:11  to aisa hua. Mere edifice ko kisi ne thokar maar di.</w:t>
      </w:r>
      <w:r>
        <w:br/>
      </w:r>
      <w:r>
        <w:rPr>
          <w:sz w:val="20"/>
        </w:rPr>
        <w:t>35:19  lekin yeh jo</w:t>
      </w:r>
      <w:r>
        <w:br/>
      </w:r>
      <w:r>
        <w:rPr>
          <w:sz w:val="20"/>
        </w:rPr>
        <w:t>35:25  shock tha usi se ek naya insaan</w:t>
      </w:r>
      <w:r>
        <w:br/>
      </w:r>
      <w:r>
        <w:rPr>
          <w:sz w:val="20"/>
        </w:rPr>
        <w:t>35:34  convergence hua.</w:t>
      </w:r>
      <w:r>
        <w:br/>
      </w:r>
      <w:r>
        <w:rPr>
          <w:sz w:val="20"/>
        </w:rPr>
        <w:t>35:40  agar main apni khud abhi tak maine apni khud samajh nahi likhi hai. Agar main khud ko bhi likhoon</w:t>
      </w:r>
      <w:r>
        <w:br/>
      </w:r>
      <w:r>
        <w:rPr>
          <w:sz w:val="20"/>
        </w:rPr>
        <w:t>35:51  to yeh hogi. Emergence of</w:t>
      </w:r>
      <w:r>
        <w:br/>
      </w:r>
      <w:r>
        <w:rPr>
          <w:sz w:val="20"/>
        </w:rPr>
        <w:t>35:56  no man.</w:t>
      </w:r>
      <w:r>
        <w:br/>
      </w:r>
      <w:r>
        <w:rPr>
          <w:sz w:val="20"/>
        </w:rPr>
        <w:t>36:02  to main samajhta hoon ke har insaan ke upar Newton ka apple shock guzarta hai.</w:t>
      </w:r>
      <w:r>
        <w:br/>
      </w:r>
      <w:r>
        <w:rPr>
          <w:sz w:val="20"/>
        </w:rPr>
        <w:t>36:11  na woh azab hai na woh test hai. Woh thokar hai ke jaago apne potential ko discover karo.</w:t>
      </w:r>
    </w:p>
    <w:p>
      <w:pPr>
        <w:pStyle w:val="Heading2"/>
      </w:pPr>
      <w:r>
        <w:t>Saying 'I was wrong' transforms an angry coworker</w:t>
      </w:r>
    </w:p>
    <w:p>
      <w:r>
        <w:rPr>
          <w:color w:val="666666"/>
          <w:sz w:val="18"/>
        </w:rPr>
        <w:t>Power of Peace June 6, 2010 Maulana Wahiduddin Khan · 2m 31s · at 1:45:38 · https://youtu.be/QNnouRoYI38?t=6338</w:t>
      </w:r>
    </w:p>
    <w:p>
      <w:r>
        <w:rPr>
          <w:i/>
        </w:rPr>
        <w:t>“Hamare sathi ki cab mein ek lady bahut ghussa karti thi”</w:t>
      </w:r>
    </w:p>
    <w:p>
      <w:r>
        <w:rPr>
          <w:sz w:val="20"/>
        </w:rPr>
        <w:t>1:45:38  hai. Aaj ka qissa batata hoon main ke aaj hi hamare ek saathi hain, woh hamari member hain is team ki.</w:t>
      </w:r>
      <w:r>
        <w:br/>
      </w:r>
      <w:r>
        <w:rPr>
          <w:sz w:val="20"/>
        </w:rPr>
        <w:t>1:45:48  to un ka qissa mujhe maloom hua, woh kisi company mein kaam karti hain. To gaadi aati hai, us ko cab kehte hain, ghar se office laane ke liye.</w:t>
      </w:r>
      <w:r>
        <w:br/>
      </w:r>
      <w:r>
        <w:rPr>
          <w:sz w:val="20"/>
        </w:rPr>
        <w:t>1:45:59  to us mein chaar ladies hoti hain un ke saath aur bhi kuch. To ek lady aati hai, bohat woh ghasoor hai, jhagda karti hai.</w:t>
      </w:r>
      <w:r>
        <w:br/>
      </w:r>
      <w:r>
        <w:rPr>
          <w:sz w:val="20"/>
        </w:rPr>
        <w:t>1:46:08  koi zara sa bhi kuch keh de, bas lad jaati hai. Sab se us ki ladai rehti hai. Achha, woh hamesha der karti hai.</w:t>
      </w:r>
      <w:r>
        <w:br/>
      </w:r>
      <w:r>
        <w:rPr>
          <w:sz w:val="20"/>
        </w:rPr>
        <w:t>1:46:17  Yaani gaadi gayi, us ka khari hui, late aayegi. Ab sab log late pahunchenge wahan par. To Ijz ne us se kisi din keh diya ke bhai, aap der kar ke aati hain, time par aaiye.</w:t>
      </w:r>
      <w:r>
        <w:br/>
      </w:r>
      <w:r>
        <w:rPr>
          <w:sz w:val="20"/>
        </w:rPr>
        <w:t>1:46:29  bas ghussa ho gayi woh, lagi bolne, be-tahasha.</w:t>
      </w:r>
      <w:r>
        <w:br/>
      </w:r>
      <w:r>
        <w:rPr>
          <w:sz w:val="20"/>
        </w:rPr>
        <w:t>1:46:34  to unhon ne kiya kiya? jaldi se hath aise kar ke, bhai mujh ko maaf kijiye. mujh ko maaf kar dijiye, meri ghalti thi. kuch uss ko nahi boli.</w:t>
      </w:r>
      <w:r>
        <w:br/>
      </w:r>
      <w:r>
        <w:rPr>
          <w:sz w:val="20"/>
        </w:rPr>
        <w:t>1:46:46  bas mujh ko maaf kar dijiye, ghalti meri thi. I was wrong. jante hain, miracle ho gaya, miracle. wahi lady jo hai, uss ka aap uss se kiya hua?</w:t>
      </w:r>
      <w:r>
        <w:br/>
      </w:r>
      <w:r>
        <w:rPr>
          <w:sz w:val="20"/>
        </w:rPr>
        <w:t>1:46:58  uss ka consciousness hit ho gaya.</w:t>
      </w:r>
      <w:r>
        <w:br/>
      </w:r>
      <w:r>
        <w:rPr>
          <w:sz w:val="20"/>
        </w:rPr>
        <w:t>1:47:00  jo log uss ko bolte the, to uss ko uss ke ego ko hit karte the woh. to aur ghussa hoti thi woh. unhon ne aisa kar ke uss ke consciousness ko hit kar diya.</w:t>
      </w:r>
      <w:r>
        <w:br/>
      </w:r>
      <w:r>
        <w:rPr>
          <w:sz w:val="20"/>
        </w:rPr>
        <w:t>1:47:10  to unhon ne bataya keh das din ho gaye hain, ab theek time par aati hai woh. yani hamari gari khari hoti hai, to theek time par aa kar bant jati hai.</w:t>
      </w:r>
      <w:r>
        <w:br/>
      </w:r>
      <w:r>
        <w:rPr>
          <w:sz w:val="20"/>
        </w:rPr>
        <w:t>1:47:20  aur uss ne baat ko bas uss ne kaha keh bhai, aap ne mere sath bohat acha kiya, woh ghalti meri thi.</w:t>
      </w:r>
      <w:r>
        <w:br/>
      </w:r>
      <w:r>
        <w:rPr>
          <w:sz w:val="20"/>
        </w:rPr>
        <w:t>1:47:27  yani kabhi uss ne aisa nahi bola tha woh keh woh ghalti meri thi. to aap ne apni Ijz ko daryaft kijiye, tabhi aap yeh sab baatein kar payenge.</w:t>
      </w:r>
      <w:r>
        <w:br/>
      </w:r>
      <w:r>
        <w:rPr>
          <w:sz w:val="20"/>
        </w:rPr>
        <w:t>1:47:37  jo aadmi arguments mein jeeta ho, woh kaise aisa karega keh kahe keh sahib, mujhe maaf kijiye. to yeh mujh ko maaf kijiye, yeh bohat bari baat hai.</w:t>
      </w:r>
      <w:r>
        <w:br/>
      </w:r>
      <w:r>
        <w:rPr>
          <w:sz w:val="20"/>
        </w:rPr>
        <w:t>1:47:49  kisi ko down kar sakte hain aap</w:t>
      </w:r>
      <w:r>
        <w:br/>
      </w:r>
      <w:r>
        <w:rPr>
          <w:sz w:val="20"/>
        </w:rPr>
        <w:t>1:47:53  lekin yeh bari baat kehne ke liye bohat bara dil gurda chahiye, bohat bara hausla chahiye. aur phir discovery chahiye. tab aap kahan pate hain keh mujhe maaf kijiye, ghalti meri thi. to main samajhta hoon keh sab se bari taqat hai Ijz ki daryaft.</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Two Englishmen who converted after encountering the Quran</w:t>
      </w:r>
    </w:p>
    <w:p>
      <w:r>
        <w:rPr>
          <w:color w:val="666666"/>
          <w:sz w:val="18"/>
        </w:rPr>
        <w:t>Dars-e-Quran (Al-Baqarah (The Heifer) 2 1-6) July 19, 2015 · 3m 19s · at 16:17 · https://youtu.be/JJOfEihDoIs?t=977</w:t>
      </w:r>
    </w:p>
    <w:p>
      <w:r>
        <w:rPr>
          <w:i/>
        </w:rPr>
        <w:t>“Ek angrez ne Quran padha, mujhe different book lagi”</w:t>
      </w:r>
    </w:p>
    <w:p>
      <w:r>
        <w:rPr>
          <w:sz w:val="20"/>
        </w:rPr>
        <w:t>16:17  mein aik misaal deta hoon ke mutallashi ka matlab kya hai. aik shakhs ne, aik aik angrez ne quran parha.</w:t>
      </w:r>
      <w:r>
        <w:br/>
      </w:r>
      <w:r>
        <w:rPr>
          <w:sz w:val="20"/>
        </w:rPr>
        <w:t>16:34  to is woh kehta hai ke jab mein ne Quran ko parha to mujhe is mein aik aik different Quran mujhe aik different book lagi.</w:t>
      </w:r>
      <w:r>
        <w:br/>
      </w:r>
      <w:r>
        <w:rPr>
          <w:sz w:val="20"/>
        </w:rPr>
        <w:t>16:45  kyun? quran mein is ka jo author hai insan ko khitab karta hai. eiha insan, eiha insan, eiha insan. aisi to koi kitab hai nahin. to is ne kaha ke mein ne bohat si kitaben parhi hain, lekin yeh jo andaaz hai,</w:t>
      </w:r>
      <w:r>
        <w:br/>
      </w:r>
      <w:r>
        <w:rPr>
          <w:sz w:val="20"/>
        </w:rPr>
        <w:t>17:00  eiha insan, to laga ke mujhe mujh se koi mujh ko koi address kar raha hai. is ka jo author hai woh mujh ko address kar raha hai.</w:t>
      </w:r>
      <w:r>
        <w:br/>
      </w:r>
      <w:r>
        <w:rPr>
          <w:sz w:val="20"/>
        </w:rPr>
        <w:t>17:14  to dekhiye difference jo hai is se aik curiosity paida hoti hai. to quran ka aik different book hona is ko.</w:t>
      </w:r>
      <w:r>
        <w:br/>
      </w:r>
      <w:r>
        <w:rPr>
          <w:sz w:val="20"/>
        </w:rPr>
        <w:t>17:24  is ko strike kar gaya. aur phir is ne socha, socha, socha aur phir is ne accept kar liya quran ke deen ko.</w:t>
      </w:r>
      <w:r>
        <w:br/>
      </w:r>
      <w:r>
        <w:rPr>
          <w:sz w:val="20"/>
        </w:rPr>
        <w:t>17:37  to jo seeker hota hai woh is ke andar yeh baat hoti hai.</w:t>
      </w:r>
      <w:r>
        <w:br/>
      </w:r>
      <w:r>
        <w:rPr>
          <w:sz w:val="20"/>
        </w:rPr>
        <w:t>17:43  aise bohat se waqiat hain.</w:t>
      </w:r>
      <w:r>
        <w:br/>
      </w:r>
      <w:r>
        <w:rPr>
          <w:sz w:val="20"/>
        </w:rPr>
        <w:t>17:48  misalan yeh aik angrez ne likha hai, baad mein unhon ne bhi is tarah qabool kar liya.</w:t>
      </w:r>
      <w:r>
        <w:br/>
      </w:r>
      <w:r>
        <w:rPr>
          <w:sz w:val="20"/>
        </w:rPr>
        <w:t>17:59  ke woh morocco gaye to hotel mein thehre. to hotel ke barabar kamre se awaz aati thi,</w:t>
      </w:r>
      <w:r>
        <w:br/>
      </w:r>
      <w:r>
        <w:rPr>
          <w:sz w:val="20"/>
        </w:rPr>
        <w:t>18:08  koi arab wahan thehra hua tha. to quran ki qirat woh is par sunata tha, yeh recorder par.</w:t>
      </w:r>
      <w:r>
        <w:br/>
      </w:r>
      <w:r>
        <w:rPr>
          <w:sz w:val="20"/>
        </w:rPr>
        <w:t>18:21  to is ne jab suna quran ki qirat ko to woh different lagi is ki. is ki is ki awaz mein is ne kaha ke quran ki awaz mein mein sound art par excellence hai.</w:t>
      </w:r>
      <w:r>
        <w:br/>
      </w:r>
      <w:r>
        <w:rPr>
          <w:sz w:val="20"/>
        </w:rPr>
        <w:t>18:39  to is ka jo quran ki jo awaz thi woh lekin dosri kitabon mein to aisi awaz hoti nahin. aap kabhi tajurba kar lijiye, koi bhi dosri kitab li jiye, is ko kisi se parhwaiye.</w:t>
      </w:r>
      <w:r>
        <w:br/>
      </w:r>
      <w:r>
        <w:rPr>
          <w:sz w:val="20"/>
        </w:rPr>
        <w:t>18:52  aur phir quran parhwaiye aik hafiz se. to aap ko different lage ga.</w:t>
      </w:r>
      <w:r>
        <w:br/>
      </w:r>
      <w:r>
        <w:rPr>
          <w:sz w:val="20"/>
        </w:rPr>
        <w:t>19:00  to difference insan ko hit karta hai. difference.</w:t>
      </w:r>
      <w:r>
        <w:br/>
      </w:r>
      <w:r>
        <w:rPr>
          <w:sz w:val="20"/>
        </w:rPr>
        <w:t>19:09  to is ne janna chaha ke bhai yeh awaz kis cheez ki hai? pata chala ke yeh to quran ki awaz hai.</w:t>
      </w:r>
      <w:r>
        <w:br/>
      </w:r>
      <w:r>
        <w:rPr>
          <w:sz w:val="20"/>
        </w:rPr>
        <w:t>19:20  to is ne baqayda arabi zaban seekhi. quran ko samajhne ke liye. aur phir baad ko is ne islam qabool kar liya.</w:t>
      </w:r>
      <w:r>
        <w:br/>
      </w:r>
      <w:r>
        <w:rPr>
          <w:sz w:val="20"/>
        </w:rPr>
        <w:t>19:30  aur quran ka tarjuma bhi is ne angrezi mein kiya.</w:t>
      </w:r>
    </w:p>
    <w:p>
      <w:pPr>
        <w:pStyle w:val="Heading2"/>
      </w:pPr>
      <w:r>
        <w:t>Yusuf's grateful, humble reaction upon being exonerated</w:t>
      </w:r>
    </w:p>
    <w:p>
      <w:r>
        <w:rPr>
          <w:color w:val="666666"/>
          <w:sz w:val="18"/>
        </w:rPr>
        <w:t>Lessons from The Story of Prophet Yusuf Part 3 July 17, 2022 · 1m 22s · at 7:28 · https://youtu.be/IweBlcs49uM?t=448</w:t>
      </w:r>
    </w:p>
    <w:p>
      <w:r>
        <w:rPr>
          <w:i/>
        </w:rPr>
        <w:t>“یوسف علیہ السلام کو معلوم ہوا کہ زلیخا نے اقرار کر لیا”</w:t>
      </w:r>
    </w:p>
    <w:p>
      <w:r>
        <w:rPr>
          <w:sz w:val="20"/>
        </w:rPr>
        <w:t>7:28  jab yusuf alaihissalam ko maloom hua ke zulekha ne apne jurm ka iqrar kar liya hai aur sare ilzamat se woh bari ho gaye hain to unhon ne Allah ka shukr ada kiya aur ek bohat achhi baat kahi, kaha ke jo Aziz Misr hai, jo un ka aaqa tha, us ko ab yeh pata chal jayega ke maine us ke peeth peeche koi burai nahi ki.</w:t>
      </w:r>
      <w:r>
        <w:br/>
      </w:r>
      <w:r>
        <w:rPr>
          <w:sz w:val="20"/>
        </w:rPr>
        <w:t>7:54  ji</w:t>
      </w:r>
      <w:r>
        <w:br/>
      </w:r>
      <w:r>
        <w:rPr>
          <w:sz w:val="20"/>
        </w:rPr>
        <w:t>7:55  zhalika liyalam annahu lam yakhunhu bilghayb ke "I have not betrayed behind his back".</w:t>
      </w:r>
      <w:r>
        <w:br/>
      </w:r>
      <w:r>
        <w:rPr>
          <w:sz w:val="20"/>
        </w:rPr>
        <w:t>8:04  ji. yani un ko yeh ehsas tha ke mera jo aaqa hai jis ne mujhe slave ke taur par khareeda aur woh laya apne ghar, bari izzat se rakha, us ne apne bete ki tarah se pala, meri training ki, mujhe education dilwai, meri bohat izzat ki, bohat hi honorable position di ghar mein.</w:t>
      </w:r>
      <w:r>
        <w:br/>
      </w:r>
      <w:r>
        <w:rPr>
          <w:sz w:val="20"/>
        </w:rPr>
        <w:t>8:24  ab us ko yeh ehsas hoga ke maine koi us ke peeth peeche koi burai ki hai. ji.</w:t>
      </w:r>
      <w:r>
        <w:br/>
      </w:r>
      <w:r>
        <w:rPr>
          <w:sz w:val="20"/>
        </w:rPr>
        <w:t>8:32  to ab kam se kam un ko itminan ho gaya ke Aziz ab mutmain ho gaya hoga ke maine koi aisi burai nahi ki. ji. ji.</w:t>
      </w:r>
      <w:r>
        <w:br/>
      </w:r>
      <w:r>
        <w:rPr>
          <w:sz w:val="20"/>
        </w:rPr>
        <w:t>8:41  ji. ji. mashallah. doctor sahib, agar dekhein to matlab Khuda ki nisbat se jab insan dekhta hai to sirf apne aap ko aajiz pata hai, us ke siwa kuch nahi</w:t>
      </w:r>
      <w:r>
        <w:br/>
      </w:r>
      <w:r>
        <w:rPr>
          <w:sz w:val="20"/>
        </w:rPr>
        <w:t>8:51  ۔ bilkul. aur mera agla sawal bhi modesty ki taraf hai, lekin is se pehle main yeh bhi yaad kar raha hoon ke maulana ne ek bohat achhi line likhi thi apni kitab mein ke "Modesty is that virtue which dresses a person's inner self".</w:t>
      </w:r>
    </w:p>
    <w:p>
      <w:pPr>
        <w:pStyle w:val="Heading2"/>
      </w:pPr>
      <w:r>
        <w:t>From the Hyderabad bomb blast to why killing the body is futile</w:t>
      </w:r>
    </w:p>
    <w:p>
      <w:r>
        <w:rPr>
          <w:color w:val="666666"/>
          <w:sz w:val="18"/>
        </w:rPr>
        <w:t>Islamic Outlook on Life August 26, 2007 · 5m 39s · at 3:36 · https://youtu.be/QCAHPg3_G_M?t=216</w:t>
      </w:r>
    </w:p>
    <w:p>
      <w:r>
        <w:rPr>
          <w:i/>
        </w:rPr>
        <w:t>“Aaj mere saamne yeh aaj ka Times of India hai”</w:t>
      </w:r>
    </w:p>
    <w:p>
      <w:r>
        <w:rPr>
          <w:sz w:val="20"/>
        </w:rPr>
        <w:t>3:36  almaidah ke verse number thirty two mein ek aayat hai.</w:t>
      </w:r>
      <w:r>
        <w:br/>
      </w:r>
      <w:r>
        <w:rPr>
          <w:sz w:val="20"/>
        </w:rPr>
        <w:t>3:43  is mein bataya gaya hai ke insan jab shuru mein zameen par basaya gaya to shuru hi mein ek insan ne doosre insan ko maar dala.</w:t>
      </w:r>
      <w:r>
        <w:br/>
      </w:r>
      <w:r>
        <w:rPr>
          <w:sz w:val="20"/>
        </w:rPr>
        <w:t>3:56  yeh the qabil aur habil. qabil ne habil ko maar dala.</w:t>
      </w:r>
      <w:r>
        <w:br/>
      </w:r>
      <w:r>
        <w:rPr>
          <w:sz w:val="20"/>
        </w:rPr>
        <w:t>4:04  us waqt khuda ne yeh likh diya aur tamam jo revealed religion the is mein sab ko bataya, revelation ke through ek baat.</w:t>
      </w:r>
      <w:r>
        <w:br/>
      </w:r>
      <w:r>
        <w:rPr>
          <w:sz w:val="20"/>
        </w:rPr>
        <w:t>4:15  woh quran mein quote ki gayi hai. woh kya hai? man qatala nafsan bighair nafs wa fasad fakama qatala nass jamee</w:t>
      </w:r>
      <w:r>
        <w:br/>
      </w:r>
      <w:r>
        <w:rPr>
          <w:sz w:val="20"/>
        </w:rPr>
        <w:t>4:29  wa man ahya fakama ahya nass jamee yeh quran ki aayat hai, chapter number five, verse number thirty two.</w:t>
      </w:r>
      <w:r>
        <w:br/>
      </w:r>
      <w:r>
        <w:rPr>
          <w:sz w:val="20"/>
        </w:rPr>
        <w:t>4:43  is mein kaha gaya hai ke jis ne ek insan ko mara to us ne sare hi insanon ko maar dala.</w:t>
      </w:r>
      <w:r>
        <w:br/>
      </w:r>
      <w:r>
        <w:rPr>
          <w:sz w:val="20"/>
        </w:rPr>
        <w:t>4:56  jis ne ek insan ko mara to goya ke us ne sare hi insanon ko maar dala. aur jis ne ek insan ko zindagi di to us ne sare insanon ko zindagi di.</w:t>
      </w:r>
      <w:r>
        <w:br/>
      </w:r>
      <w:r>
        <w:rPr>
          <w:sz w:val="20"/>
        </w:rPr>
        <w:t>5:13  is aayat mein yeh jo baat hai ke jis ne zindagi di ek insan ko, woh aaj hi meri samajh mein aai</w:t>
      </w:r>
      <w:r>
        <w:br/>
      </w:r>
      <w:r>
        <w:rPr>
          <w:sz w:val="20"/>
        </w:rPr>
        <w:t>5:20  . tafseeron mein is ki ek bohat zyada mein samajh nahi paya tha jo tafseeron mein jo baatein likhi gayi hain is se. woh kaise?</w:t>
      </w:r>
      <w:r>
        <w:br/>
      </w:r>
      <w:r>
        <w:rPr>
          <w:sz w:val="20"/>
        </w:rPr>
        <w:t>5:28  jab bhi koi baat hoti hai to mera mind jo hai active ho jata hai sochne ke liye. to ek shock laga mujhe is par. ke innocent log, bachche, auratein,</w:t>
      </w:r>
      <w:r>
        <w:br/>
      </w:r>
      <w:r>
        <w:rPr>
          <w:sz w:val="20"/>
        </w:rPr>
        <w:t>5:43  yeh koi ladne wale log nahi the. koi wahan battle field nahi tha.</w:t>
      </w:r>
      <w:r>
        <w:br/>
      </w:r>
      <w:r>
        <w:rPr>
          <w:sz w:val="20"/>
        </w:rPr>
        <w:t>5:48  wahan bum phata aur shayad kai bum phate to is mein forty aadmi mar gaye aur bohat sare zakhmi hue. is par main sochne laga.</w:t>
      </w:r>
      <w:r>
        <w:br/>
      </w:r>
      <w:r>
        <w:rPr>
          <w:sz w:val="20"/>
        </w:rPr>
        <w:t>6:01  ke kyun mara unhon ne? zahir hai ke unhein koi complaint hogi, koi shikayat hogi.</w:t>
      </w:r>
      <w:r>
        <w:br/>
      </w:r>
      <w:r>
        <w:rPr>
          <w:sz w:val="20"/>
        </w:rPr>
        <w:t>6:11  un logon se na ho to un ki qaum se hogi, un ki communities hogi</w:t>
      </w:r>
      <w:r>
        <w:br/>
      </w:r>
      <w:r>
        <w:rPr>
          <w:sz w:val="20"/>
        </w:rPr>
        <w:t>6:15  . jis community ko woh belong kar rahe hain, to us ko woh, un logon ko woh us community ka ek part samajhte honge.</w:t>
      </w:r>
      <w:r>
        <w:br/>
      </w:r>
      <w:r>
        <w:rPr>
          <w:sz w:val="20"/>
        </w:rPr>
        <w:t>6:27  to apna ghussa utara unhon ne is ke upar. to zahir hai ke jab tak aadmi ko ghussa na ho, revenge na ho, koi complaint na ho, aadmi kabhi kisi ko marega nahi.</w:t>
      </w:r>
      <w:r>
        <w:br/>
      </w:r>
      <w:r>
        <w:rPr>
          <w:sz w:val="20"/>
        </w:rPr>
        <w:t>6:42  ab yeh hai woh cheez ke yeh revenge ka phenomenon hai ke aadmi ne maar dala. ab quran kehta hai ke ke agar tum ne ek insan ko bhi zindagi di to goya ke tum ne sare insanon ko zindagi di.</w:t>
      </w:r>
      <w:r>
        <w:br/>
      </w:r>
      <w:r>
        <w:rPr>
          <w:sz w:val="20"/>
        </w:rPr>
        <w:t>6:57  is ko compare kar ke jab maine socha yeh samajh mein aaya ke un ke sath, un ke paas ek aur option tha.</w:t>
      </w:r>
      <w:r>
        <w:br/>
      </w:r>
      <w:r>
        <w:rPr>
          <w:sz w:val="20"/>
        </w:rPr>
        <w:t>7:07  woh option tha un ko life dena. yani un ki soch ko badalna. un ki soch ko kill karna. unhon ne un ke body ko kill kiya.</w:t>
      </w:r>
      <w:r>
        <w:br/>
      </w:r>
      <w:r>
        <w:rPr>
          <w:sz w:val="20"/>
        </w:rPr>
        <w:t>7:18  quran keh raha hai ke tum ek aur option bhi tumhare paas tha. woh tha un ki soch ko badlo. jis soch ki wajah se unhon ne tumhare sath negative sulook kiya.</w:t>
      </w:r>
      <w:r>
        <w:br/>
      </w:r>
      <w:r>
        <w:rPr>
          <w:sz w:val="20"/>
        </w:rPr>
        <w:t>7:32  tum ko provoke kiya. tum ko nuqsan pohanchaya.</w:t>
      </w:r>
      <w:r>
        <w:br/>
      </w:r>
      <w:r>
        <w:rPr>
          <w:sz w:val="20"/>
        </w:rPr>
        <w:t>7:37  kuch bhi tumhare sath aisa kiya jo tum ko pasand nahi aaya to wo kisi soch ki waja se hua. kyun ke money is a thinking money is a thinking animal aadmi soch wala haiwan hai,</w:t>
      </w:r>
      <w:r>
        <w:br/>
      </w:r>
      <w:r>
        <w:rPr>
          <w:sz w:val="20"/>
        </w:rPr>
        <w:t>7:53  soch ke mutabiq wo amal karta hai. ye ek maloom baat hai. to reason lies in the thinking reason lies in the mind</w:t>
      </w:r>
      <w:r>
        <w:br/>
      </w:r>
      <w:r>
        <w:rPr>
          <w:sz w:val="20"/>
        </w:rPr>
        <w:t>8:06  body to sirf vehicle hai mind ka.</w:t>
      </w:r>
      <w:r>
        <w:br/>
      </w:r>
      <w:r>
        <w:rPr>
          <w:sz w:val="20"/>
        </w:rPr>
        <w:t>8:11  to jis se aap ko shikayat hai, jis se aap ghussa hain, to aap body ko kill kar rahe hain. halanke body ki kya qasoor?</w:t>
      </w:r>
      <w:r>
        <w:br/>
      </w:r>
      <w:r>
        <w:rPr>
          <w:sz w:val="20"/>
        </w:rPr>
        <w:t>8:20  body to vehicle hai sirf. wo to tool hai sirf. asal to hai mind. to mind ko to aap kill kar nahi sakte. mind ko koi bhi kill nahi kar sakta.</w:t>
      </w:r>
      <w:r>
        <w:br/>
      </w:r>
      <w:r>
        <w:rPr>
          <w:sz w:val="20"/>
        </w:rPr>
        <w:t>8:33  mind aap ke sare weapon se oopar hai. jis tarah se aap angel ko kill nahi kar sakte, usi tarah se aap mind ko kill nahi kar sakte.</w:t>
      </w:r>
      <w:r>
        <w:br/>
      </w:r>
      <w:r>
        <w:rPr>
          <w:sz w:val="20"/>
        </w:rPr>
        <w:t>8:46  to ek futile exercise hai ke tum ne body ko kill kar diya aur mind to waise hi ka waise hi raha.</w:t>
      </w:r>
      <w:r>
        <w:br/>
      </w:r>
      <w:r>
        <w:rPr>
          <w:sz w:val="20"/>
        </w:rPr>
        <w:t>8:54  is dunya se nikal kar wo ek aur dunya mein pahunch gaya ya nahi hua bas.</w:t>
      </w:r>
      <w:r>
        <w:br/>
      </w:r>
      <w:r>
        <w:rPr>
          <w:sz w:val="20"/>
        </w:rPr>
        <w:t>8:59  to is ayat mein jo kaha gaya hai ke jis ne ek insan ko zindagi di to us ne goya ke sare insanon ko zindagi di. yani jis ne us ke thinking ko change kiya, jis ne us ki negativity ko positivity mein badla,</w:t>
      </w:r>
    </w:p>
    <w:p>
      <w:pPr>
        <w:pStyle w:val="Heading2"/>
      </w:pPr>
      <w:r>
        <w:t>Sabr as silent planning with personal example</w:t>
      </w:r>
    </w:p>
    <w:p>
      <w:r>
        <w:rPr>
          <w:color w:val="666666"/>
          <w:sz w:val="18"/>
        </w:rPr>
        <w:t>Patience and Creative Thinking April 20, 2020 Maulana Wahiduddin Khan · 2m 40s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r>
        <w:br/>
      </w:r>
      <w:r>
        <w:rPr>
          <w:sz w:val="20"/>
        </w:rPr>
        <w:t>11:29  sabr naam hai khamosh planning ka, yaani reaction na karne ka.</w:t>
      </w:r>
      <w:r>
        <w:br/>
      </w:r>
      <w:r>
        <w:rPr>
          <w:sz w:val="20"/>
        </w:rPr>
        <w:t>11:43  main ne apne zaati satah par is ka barha tajruba kiya hai.</w:t>
      </w:r>
      <w:r>
        <w:br/>
      </w:r>
      <w:r>
        <w:rPr>
          <w:sz w:val="20"/>
        </w:rPr>
        <w:t>11:51  mere saath kai baar aisa hua ke kuch logon ne</w:t>
      </w:r>
      <w:r>
        <w:br/>
      </w:r>
      <w:r>
        <w:rPr>
          <w:sz w:val="20"/>
        </w:rPr>
        <w:t>12:03  ghalat saboot, ghalt saboot kiya, to main ne reaction nahi kiya</w:t>
      </w:r>
      <w:r>
        <w:br/>
      </w:r>
      <w:r>
        <w:rPr>
          <w:sz w:val="20"/>
        </w:rPr>
        <w:t>12:15  balkeh khamosh planning ka raasta ikhtiyar kiya.</w:t>
      </w:r>
      <w:r>
        <w:br/>
      </w:r>
      <w:r>
        <w:rPr>
          <w:sz w:val="20"/>
        </w:rPr>
        <w:t>12:23  to Allah ke fazl se mujhe kamyabi hasil hui.</w:t>
      </w:r>
      <w:r>
        <w:br/>
      </w:r>
      <w:r>
        <w:rPr>
          <w:sz w:val="20"/>
        </w:rPr>
        <w:t>12:33  hum qaumi satah par to yeh kaam nahi kar sakte ke qaum ki baag dor hamare haath mein nahi, nahi hai.</w:t>
      </w:r>
      <w:r>
        <w:br/>
      </w:r>
      <w:r>
        <w:rPr>
          <w:sz w:val="20"/>
        </w:rPr>
        <w:t>12:43  qaum ki baag dor hamare haath mein nahin hai, lekin anfaradi satah par hum kar sakte hain aisa.</w:t>
      </w:r>
      <w:r>
        <w:br/>
      </w:r>
      <w:r>
        <w:rPr>
          <w:sz w:val="20"/>
        </w:rPr>
        <w:t>13:02  mein aap logon ko dawat deta hoon ke agarchay qaumi satah par baag dor aap ke haath mein nahin hai, lekin khandANI satah par, anfaradi satah par,</w:t>
      </w:r>
      <w:r>
        <w:br/>
      </w:r>
      <w:r>
        <w:rPr>
          <w:sz w:val="20"/>
        </w:rPr>
        <w:t>13:19  yaqeenan aap</w:t>
      </w:r>
      <w:r>
        <w:br/>
      </w:r>
      <w:r>
        <w:rPr>
          <w:sz w:val="20"/>
        </w:rPr>
        <w:t>13:24  apni taqdeer khud bana sakte hain.</w:t>
      </w:r>
    </w:p>
    <w:p>
      <w:pPr>
        <w:pStyle w:val="Heading2"/>
      </w:pPr>
      <w:r>
        <w:t>Spiritual experience and secret of patience</w:t>
      </w:r>
    </w:p>
    <w:p>
      <w:r>
        <w:rPr>
          <w:color w:val="666666"/>
          <w:sz w:val="18"/>
        </w:rPr>
        <w:t>The Spiritual Message of Fasting April 29, 2020 Maulana Wahiduddin Khan · 4m 06s · at 37:12 · https://youtu.be/QCqKrVhGUF0?t=2232</w:t>
      </w:r>
    </w:p>
    <w:p>
      <w:r>
        <w:rPr>
          <w:i/>
        </w:rPr>
        <w:t>“Aaj hi main apne ek din ko yaad kar raha tha”</w:t>
      </w:r>
    </w:p>
    <w:p>
      <w:r>
        <w:rPr>
          <w:sz w:val="20"/>
        </w:rPr>
        <w:t>37:12  wohi sachi dua hai. aaj hi mein apne aik din ko yaad kar raha tha jo adam garh mein guzra tha.</w:t>
      </w:r>
      <w:r>
        <w:br/>
      </w:r>
      <w:r>
        <w:rPr>
          <w:sz w:val="20"/>
        </w:rPr>
        <w:t>37:25  adam garh up ka shehar.</w:t>
      </w:r>
      <w:r>
        <w:br/>
      </w:r>
      <w:r>
        <w:rPr>
          <w:sz w:val="20"/>
        </w:rPr>
        <w:t>37:31  wahan mere bare bhai ka ghar tha. is ke qareeb hi jamia masjid thi.</w:t>
      </w:r>
      <w:r>
        <w:br/>
      </w:r>
      <w:r>
        <w:rPr>
          <w:sz w:val="20"/>
        </w:rPr>
        <w:t>37:44  to aik din mein wahan gaya aur us waqt koi namaz ka waqt nahi tha kuch nahi tha to bilkul sunata tha us waqt.</w:t>
      </w:r>
      <w:r>
        <w:br/>
      </w:r>
      <w:r>
        <w:rPr>
          <w:sz w:val="20"/>
        </w:rPr>
        <w:t>37:58  to mein andar gaya to wahan aik papite ka aik peir</w:t>
      </w:r>
      <w:r>
        <w:br/>
      </w:r>
      <w:r>
        <w:rPr>
          <w:sz w:val="20"/>
        </w:rPr>
        <w:t>38:04  tha jis se phool jhad rahe the. is ko dekh kar mein ro para.</w:t>
      </w:r>
      <w:r>
        <w:br/>
      </w:r>
      <w:r>
        <w:rPr>
          <w:sz w:val="20"/>
        </w:rPr>
        <w:t>38:16  to papite ke peir se phool jhad rahe the aur meri aankh se aansu</w:t>
      </w:r>
      <w:r>
        <w:br/>
      </w:r>
      <w:r>
        <w:rPr>
          <w:sz w:val="20"/>
        </w:rPr>
        <w:t>38:23  gir rahe the. us waqt be tazgi ke andaaz mein bilkul mere liye un ki kaise yeh alfaaz nikle ke khudawand tu kab aaye ga mein kab tak tera tere aane ka intezar karoon.</w:t>
      </w:r>
      <w:r>
        <w:br/>
      </w:r>
      <w:r>
        <w:rPr>
          <w:sz w:val="20"/>
        </w:rPr>
        <w:t>38:41  Khawand to kab aaye ga mein kab tak tere aanay ka intezar karoon.</w:t>
      </w:r>
      <w:r>
        <w:br/>
      </w:r>
      <w:r>
        <w:rPr>
          <w:sz w:val="20"/>
        </w:rPr>
        <w:t>38:49  to jab aap</w:t>
      </w:r>
      <w:r>
        <w:br/>
      </w:r>
      <w:r>
        <w:rPr>
          <w:sz w:val="20"/>
        </w:rPr>
        <w:t>38:51  apne aap ko jab doob jatay hain aap sachai mein to aap ko is qism ke tajrubay hotay</w:t>
      </w:r>
      <w:r>
        <w:br/>
      </w:r>
      <w:r>
        <w:rPr>
          <w:sz w:val="20"/>
        </w:rPr>
        <w:t>38:57  hain.</w:t>
      </w:r>
      <w:r>
        <w:br/>
      </w:r>
      <w:r>
        <w:rPr>
          <w:sz w:val="20"/>
        </w:rPr>
        <w:t>39:13  sahib ahmad likhte hain maulana sahib you and javed gandhi both deserve more praise than what you got in the muslim world yet both of you are extremely positive and optimistic about the world what is the secret of your sabr.</w:t>
      </w:r>
      <w:r>
        <w:br/>
      </w:r>
      <w:r>
        <w:rPr>
          <w:sz w:val="20"/>
        </w:rPr>
        <w:t>39:42  bhai mera secret to yahi hai ke mein allah mein jeene wala insan hoon.</w:t>
      </w:r>
      <w:r>
        <w:br/>
      </w:r>
      <w:r>
        <w:rPr>
          <w:sz w:val="20"/>
        </w:rPr>
        <w:t>39:52  kisi ko mein</w:t>
      </w:r>
      <w:r>
        <w:br/>
      </w:r>
      <w:r>
        <w:rPr>
          <w:sz w:val="20"/>
        </w:rPr>
        <w:t>39:59  kisi ko mein apna</w:t>
      </w:r>
      <w:r>
        <w:br/>
      </w:r>
      <w:r>
        <w:rPr>
          <w:sz w:val="20"/>
        </w:rPr>
        <w:t>40:08  bara nahi samajhta. mein sirf allah ko apna bara samajhta hoon.</w:t>
      </w:r>
      <w:r>
        <w:br/>
      </w:r>
      <w:r>
        <w:rPr>
          <w:sz w:val="20"/>
        </w:rPr>
        <w:t>40:18  bas yahi meri zindagi hai.</w:t>
      </w:r>
      <w:r>
        <w:br/>
      </w:r>
      <w:r>
        <w:rPr>
          <w:sz w:val="20"/>
        </w:rPr>
        <w:t>40:22  wo keh rahe hain ke logon ne aap ko woh ahmiyat nahi di jo aap ko milni chahiye thi phir bhi aap ke andar bohat ziyada sabr hai aur positive hain to is ka secret kya hai?</w:t>
      </w:r>
      <w:r>
        <w:br/>
      </w:r>
      <w:r>
        <w:rPr>
          <w:sz w:val="20"/>
        </w:rPr>
        <w:t>40:34  mujhe is ka iqdar hi nahi ke koi mujhe darja de. yahi yahi sabr yahi is ka secret hai.</w:t>
      </w:r>
      <w:r>
        <w:br/>
      </w:r>
      <w:r>
        <w:rPr>
          <w:sz w:val="20"/>
        </w:rPr>
        <w:t>40:45  kisi insaniyat kisi insan ke appreciation ka mujhe intezar hi nahi hai.</w:t>
      </w:r>
      <w:r>
        <w:br/>
      </w:r>
      <w:r>
        <w:rPr>
          <w:sz w:val="20"/>
        </w:rPr>
        <w:t>40:55  allah rab ul alameen ko mein ne discover kar liya yahi mera sab se bara سرمایہ hai.</w:t>
      </w:r>
      <w:r>
        <w:br/>
      </w:r>
      <w:r>
        <w:rPr>
          <w:sz w:val="20"/>
        </w:rPr>
        <w:t>41:06  sab se bara.</w:t>
      </w:r>
    </w:p>
    <w:p>
      <w:pPr>
        <w:pStyle w:val="Heading2"/>
      </w:pPr>
      <w:r>
        <w:t>Differentiating Islam from Muslims</w:t>
      </w:r>
    </w:p>
    <w:p>
      <w:r>
        <w:rPr>
          <w:color w:val="666666"/>
          <w:sz w:val="18"/>
        </w:rPr>
        <w:t>Interview Session with Maulana Wahiduddin Khan English · 2m 39s · at 6:24 · https://youtu.be/oNKYrZsbzr4?t=384</w:t>
      </w:r>
    </w:p>
    <w:p>
      <w:r>
        <w:rPr>
          <w:i/>
        </w:rPr>
        <w:t>“Islam is based on its scripture.”</w:t>
      </w:r>
    </w:p>
    <w:p>
      <w:r>
        <w:rPr>
          <w:sz w:val="20"/>
        </w:rPr>
        <w:t>6:24  Islam is based on its scripture. Islam is an ideology. And Muslims are a group of people</w:t>
      </w:r>
      <w:r>
        <w:br/>
      </w:r>
      <w:r>
        <w:rPr>
          <w:sz w:val="20"/>
        </w:rPr>
        <w:t>6:35  .</w:t>
      </w:r>
      <w:r>
        <w:br/>
      </w:r>
      <w:r>
        <w:rPr>
          <w:sz w:val="20"/>
        </w:rPr>
        <w:t>6:39  They are they are not the representative of Islam. The representative of Islam is its scripture. If you want to know what is Islam, you have to see the Qur'an.</w:t>
      </w:r>
      <w:r>
        <w:br/>
      </w:r>
      <w:r>
        <w:rPr>
          <w:sz w:val="20"/>
        </w:rPr>
        <w:t>6:51  But for example, in our present time, Muslims started</w:t>
      </w:r>
      <w:r>
        <w:br/>
      </w:r>
      <w:r>
        <w:rPr>
          <w:sz w:val="20"/>
        </w:rPr>
        <w:t>7:02  fighting.</w:t>
      </w:r>
      <w:r>
        <w:br/>
      </w:r>
      <w:r>
        <w:rPr>
          <w:sz w:val="20"/>
        </w:rPr>
        <w:t>7:04  They declared that this and that is our enemy. So we have to fight with these enemies. This is completely against the Islamic spirit because, you know, in the Islam,</w:t>
      </w:r>
      <w:r>
        <w:br/>
      </w:r>
      <w:r>
        <w:rPr>
          <w:sz w:val="20"/>
        </w:rPr>
        <w:t>7:18  Islam differentiates between enemy and attacker. If there is attack, then you can go to war as a defens</w:t>
      </w:r>
      <w:r>
        <w:br/>
      </w:r>
      <w:r>
        <w:rPr>
          <w:sz w:val="20"/>
        </w:rPr>
        <w:t>7:33  e. But if there are some enemies, you have no reason to go to fight with these enemies.</w:t>
      </w:r>
      <w:r>
        <w:br/>
      </w:r>
      <w:r>
        <w:rPr>
          <w:sz w:val="20"/>
        </w:rPr>
        <w:t>7:43  There's very clear words in the Qur'an: "Do good deed in return for bad deed." Then you will find that your enemy has become your dearest friend.</w:t>
      </w:r>
      <w:r>
        <w:br/>
      </w:r>
      <w:r>
        <w:rPr>
          <w:sz w:val="20"/>
        </w:rPr>
        <w:t>7:54  So if there is some enemy, you have to enter into discussion, dialogue, and other peaceful means.</w:t>
      </w:r>
      <w:r>
        <w:br/>
      </w:r>
      <w:r>
        <w:rPr>
          <w:sz w:val="20"/>
        </w:rPr>
        <w:t>8:06  You are not allowed to go to fighting against enemies. In Islam, war is</w:t>
      </w:r>
      <w:r>
        <w:br/>
      </w:r>
      <w:r>
        <w:rPr>
          <w:sz w:val="20"/>
        </w:rPr>
        <w:t>8:18  specifically only for those who attack on your co</w:t>
      </w:r>
      <w:r>
        <w:br/>
      </w:r>
      <w:r>
        <w:rPr>
          <w:sz w:val="20"/>
        </w:rPr>
        <w:t>8:22  untry. And then only the state has theright to go to war, not the people. So I present all those activities that are people are engaged in the name of jihad.</w:t>
      </w:r>
      <w:r>
        <w:br/>
      </w:r>
      <w:r>
        <w:rPr>
          <w:sz w:val="20"/>
        </w:rPr>
        <w:t>8:37  They're not jihad because no state is involved. Everywhere in the in every in Kashmir, in Palestine, everywhere in the world,</w:t>
      </w:r>
      <w:r>
        <w:br/>
      </w:r>
      <w:r>
        <w:rPr>
          <w:sz w:val="20"/>
        </w:rPr>
        <w:t>8:53  NGOs are involved in these violent activities, not the state. So it is un-Islamic completely.</w:t>
      </w:r>
      <w:r>
        <w:br/>
      </w:r>
      <w:r>
        <w:rPr>
          <w:sz w:val="20"/>
        </w:rPr>
        <w:t>9:03  Do you think that today, to solve that problem of peace, we need to find a way to reestablish a better justice between human beings and a notion of spreading more resources and putting more in common or richness instead of keeping it for ourselves like some countries do</w:t>
      </w:r>
    </w:p>
    <w:p>
      <w:pPr>
        <w:pStyle w:val="Heading2"/>
      </w:pPr>
      <w:r>
        <w:t>Self blame instead of blaming others</w:t>
      </w:r>
    </w:p>
    <w:p>
      <w:r>
        <w:rPr>
          <w:color w:val="666666"/>
          <w:sz w:val="18"/>
        </w:rPr>
        <w:t>Tazkiyah and Self Criticism April 13, 2020 Maulana Wahiduddin Khan · 1m 47s · at 25:18 · https://youtu.be/D4pMJtT4vDg?t=1518</w:t>
      </w:r>
    </w:p>
    <w:p>
      <w:r>
        <w:rPr>
          <w:i/>
        </w:rPr>
        <w:t>“Ghalti ke chances bahut zyada hain”</w:t>
      </w:r>
    </w:p>
    <w:p>
      <w:r>
        <w:rPr>
          <w:sz w:val="20"/>
        </w:rPr>
        <w:t>25:18  " Ghalti ke chances bohat zyada hain. Bohat zyada. Kyun ke aadmi ki yeh kamzori hai ke wo apne ko justify karta hai.</w:t>
      </w:r>
      <w:r>
        <w:br/>
      </w:r>
      <w:r>
        <w:rPr>
          <w:sz w:val="20"/>
        </w:rPr>
        <w:t>25:28  Doosron ko blame dena. Yaad rakhiye ke bohat aam yeh mizaj hai</w:t>
      </w:r>
      <w:r>
        <w:br/>
      </w:r>
      <w:r>
        <w:rPr>
          <w:sz w:val="20"/>
        </w:rPr>
        <w:t>25:35  insaan ke andar.</w:t>
      </w:r>
      <w:r>
        <w:br/>
      </w:r>
      <w:r>
        <w:rPr>
          <w:sz w:val="20"/>
        </w:rPr>
        <w:t>25:39  Bohat aam hai. Apne ko justify karna aur doosron ko blame dena.</w:t>
      </w:r>
      <w:r>
        <w:br/>
      </w:r>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r>
        <w:br/>
      </w:r>
      <w:r>
        <w:rPr>
          <w:sz w:val="20"/>
        </w:rPr>
        <w:t>26:26  Misal ke taur par dekhiye, meri zindagi mein bohat se aise waqiyat hain ke kisi ne mujh ko, kisi ne mujh ko</w:t>
      </w:r>
      <w:r>
        <w:br/>
      </w:r>
      <w:r>
        <w:rPr>
          <w:sz w:val="20"/>
        </w:rPr>
        <w:t>26:38  dukh pahunchaya. To sochte sochte main yeh nikalta hoon ke meri kaun si ghalti ki thi ke us ko mauqa mila.</w:t>
      </w:r>
      <w:r>
        <w:br/>
      </w:r>
      <w:r>
        <w:rPr>
          <w:sz w:val="20"/>
        </w:rPr>
        <w:t>26:53  Meri kaun si ghalti ki thi ke us ko mauqa mile ke</w:t>
      </w:r>
      <w:r>
        <w:br/>
      </w:r>
      <w:r>
        <w:rPr>
          <w:sz w:val="20"/>
        </w:rPr>
        <w:t>26:57  wo mujhe dukh pahunchaye. To ghalti karta hai wo aur main dhoondta hoon apne andar is ka.</w:t>
      </w:r>
    </w:p>
    <w:p>
      <w:pPr>
        <w:pStyle w:val="Heading2"/>
      </w:pPr>
      <w:r>
        <w:t>Why anger is a loss even when you win the fight</w:t>
      </w:r>
    </w:p>
    <w:p>
      <w:r>
        <w:rPr>
          <w:color w:val="666666"/>
          <w:sz w:val="18"/>
        </w:rPr>
        <w:t>Don't Be Angry Culture January 15, 2012 · 1m 47s · at 22:20 · https://youtu.be/NrA3X8y_FLY?t=1340</w:t>
      </w:r>
    </w:p>
    <w:p>
      <w:r>
        <w:rPr>
          <w:i/>
        </w:rPr>
        <w:t>“Ek hadith hai: taqatwar wo nahi jo pachhaar de ladai mein”</w:t>
      </w:r>
    </w:p>
    <w:p>
      <w:r>
        <w:rPr>
          <w:sz w:val="20"/>
        </w:rPr>
        <w:t>22:20  ek hadith hai laysa shadeedul basar</w:t>
      </w:r>
      <w:r>
        <w:br/>
      </w:r>
      <w:r>
        <w:rPr>
          <w:sz w:val="20"/>
        </w:rPr>
        <w:t>22:27  inna shadeeda mayamliku indal ghadab yaani taqatwar woh nahi hai jo pachhad de ladai mein, ladka pachhad de.</w:t>
      </w:r>
      <w:r>
        <w:br/>
      </w:r>
      <w:r>
        <w:rPr>
          <w:sz w:val="20"/>
        </w:rPr>
        <w:t>22:39  nahin. taqatwar woh hai jo apne ghusse ko control kar le.</w:t>
      </w:r>
      <w:r>
        <w:br/>
      </w:r>
      <w:r>
        <w:rPr>
          <w:sz w:val="20"/>
        </w:rPr>
        <w:t>22:48  jo apne ghusse ko control kar le. kyunke aap larr kar kisi ko pachhada aap ne to kya kiya aap ne? ek aadmi ko apna dushman bana liya aap ne.</w:t>
      </w:r>
      <w:r>
        <w:br/>
      </w:r>
      <w:r>
        <w:rPr>
          <w:sz w:val="20"/>
        </w:rPr>
        <w:t>22:57  aap ghaur kijiye. agar larr gaye aur aap ne aap khud haare to to zillat hi zillat hai.</w:t>
      </w:r>
      <w:r>
        <w:br/>
      </w:r>
      <w:r>
        <w:rPr>
          <w:sz w:val="20"/>
        </w:rPr>
        <w:t>23:07  lekin farz kijiye aap jeet gaye aur us ko aap ne pachhad diya tab bhi bohat bada nuqsan hai. khwamkhwah ek shakhs ko apna dushman bana liya aap ne.</w:t>
      </w:r>
      <w:r>
        <w:br/>
      </w:r>
      <w:r>
        <w:rPr>
          <w:sz w:val="20"/>
        </w:rPr>
        <w:t>23:19  dushman. ek aadmi ke dil mein apni nafrat daal di.</w:t>
      </w:r>
      <w:r>
        <w:br/>
      </w:r>
      <w:r>
        <w:rPr>
          <w:sz w:val="20"/>
        </w:rPr>
        <w:t>23:26  to kya yeh kam nuqsan hai yeh? to ghusse ke waqt agar aap bazahir kamyab hon, tab bhi nuqsan hai.</w:t>
      </w:r>
      <w:r>
        <w:br/>
      </w:r>
      <w:r>
        <w:rPr>
          <w:sz w:val="20"/>
        </w:rPr>
        <w:t>23:37  aur aur agar nakaam hon, tab bhi nuqsan hai. yaani ghussa aaya aur kisi se larr gaye aap. to farz kijiye bazahir aap kamyab ho jayein.</w:t>
      </w:r>
      <w:r>
        <w:br/>
      </w:r>
      <w:r>
        <w:rPr>
          <w:sz w:val="20"/>
        </w:rPr>
        <w:t>23:49  tab bhi us ko aap ne aap us ke andar nafrat daal di. us ko apna dushman bana liya.</w:t>
      </w:r>
      <w:r>
        <w:br/>
      </w:r>
      <w:r>
        <w:rPr>
          <w:sz w:val="20"/>
        </w:rPr>
        <w:t>23:57  is wajah se har haal mein mufeed baat yeh hai ke aadmi ghusse ko control kare. ghusse ko control kare.</w:t>
      </w:r>
    </w:p>
    <w:p>
      <w:pPr>
        <w:pStyle w:val="Heading2"/>
      </w:pPr>
      <w:r>
        <w:t>Every person's lifelong duty: deconditioning your personality</w:t>
      </w:r>
    </w:p>
    <w:p>
      <w:r>
        <w:rPr>
          <w:color w:val="666666"/>
          <w:sz w:val="18"/>
        </w:rPr>
        <w:t>About Deconditioning April 6, 2008 · 4m 29s · at 35:03 · https://youtu.be/CaCcbaMubWs?t=2103</w:t>
      </w:r>
    </w:p>
    <w:p>
      <w:r>
        <w:rPr>
          <w:i/>
        </w:rPr>
        <w:t>“Man is born into an environment, a family, a society.”</w:t>
      </w:r>
    </w:p>
    <w:p>
      <w:r>
        <w:rPr>
          <w:sz w:val="20"/>
        </w:rPr>
        <w:t>35:03  khair to mein yeh keh raha tha ke insan paida hota hai aik environment mein, aik ghar mein, aik society mein, institutions hote hain, wahan woh parhta hai to different qism ke us ko experience hote hain,</w:t>
      </w:r>
      <w:r>
        <w:br/>
      </w:r>
      <w:r>
        <w:rPr>
          <w:sz w:val="20"/>
        </w:rPr>
        <w:t>35:23  different type ke experience hain. is mein us ki conditioning hoti rehti hai, is mein woh conditioning hoti rehti hai.</w:t>
      </w:r>
      <w:r>
        <w:br/>
      </w:r>
      <w:r>
        <w:rPr>
          <w:sz w:val="20"/>
        </w:rPr>
        <w:t>35:33  yeh by nature nahi hoti hai, aisa nahi hai ke woh genetic code mein likha hua hai, woh aur wohi aa raha hai. nahi, environment mein, jis environment mein paida hua, jis mahaul mein paida hua, us ke andar us ki conditioning hone lagi.</w:t>
      </w:r>
      <w:r>
        <w:br/>
      </w:r>
      <w:r>
        <w:rPr>
          <w:sz w:val="20"/>
        </w:rPr>
        <w:t>35:52  to insan ka mein samajhta hoon ke har insan ka, har aurat aur mard ka pehla kaam hai apni ko apni deconditioning.</w:t>
      </w:r>
      <w:r>
        <w:br/>
      </w:r>
      <w:r>
        <w:rPr>
          <w:sz w:val="20"/>
        </w:rPr>
        <w:t>35:59  yani jo insan bana tha environment ke zariye se, us ko khud se woh banaye. yani har aadmi ko apne ko aik naya janam dena hai, har aadmi ko isi duniya mein aik reverse chahiye.</w:t>
      </w:r>
      <w:r>
        <w:br/>
      </w:r>
      <w:r>
        <w:rPr>
          <w:sz w:val="20"/>
        </w:rPr>
        <w:t>36:15  har aadmi ko aik kitaab chhapi hai "new born" isi isi cheez par ke aadmi phir se apne aap ko banana padta hai, phir se banana padta hai.</w:t>
      </w:r>
      <w:r>
        <w:br/>
      </w:r>
      <w:r>
        <w:rPr>
          <w:sz w:val="20"/>
        </w:rPr>
        <w:t>36:27  aadmi ko</w:t>
      </w:r>
      <w:r>
        <w:br/>
      </w:r>
      <w:r>
        <w:rPr>
          <w:sz w:val="20"/>
        </w:rPr>
        <w:t>36:28  jaise aadmi ke andar farz kiya ghussa aa gaya tha, us ko nikalna hai. kisi se hate paida ho gaya tha, us ko khatam karna hai. us ke andar agar selfishness aa gayi thi, us ko andar se nikalna hai.</w:t>
      </w:r>
      <w:r>
        <w:br/>
      </w:r>
      <w:r>
        <w:rPr>
          <w:sz w:val="20"/>
        </w:rPr>
        <w:t>36:43  to apne mahaul ke asar se, maslan aik baat bohat aam hai aaj kal ke har family ke log apni family ko superior samajh lete hain.</w:t>
      </w:r>
      <w:r>
        <w:br/>
      </w:r>
      <w:r>
        <w:rPr>
          <w:sz w:val="20"/>
        </w:rPr>
        <w:t>36:53  mein jis se bhi milta hoon, bas apni family ki b</w:t>
      </w:r>
      <w:r>
        <w:br/>
      </w:r>
      <w:r>
        <w:rPr>
          <w:sz w:val="20"/>
        </w:rPr>
        <w:t>36:55  atein karta hai. mera beta aisa, meri beti aisi, mera dada esa. to har aadmi jo hai, apni family ko superior samjhe hue hai.</w:t>
      </w:r>
      <w:r>
        <w:br/>
      </w:r>
      <w:r>
        <w:rPr>
          <w:sz w:val="20"/>
        </w:rPr>
        <w:t>37:04  natija kya hai? us ki family ke bahar jo beauty hai, woh us ko dikhai nahi deti. us ki family ke bahar jo glory hai, us ko dikhai nahi deti. us ki family ke bahar jo meaning hai, us ko dikhai nahi deti.</w:t>
      </w:r>
      <w:r>
        <w:br/>
      </w:r>
      <w:r>
        <w:rPr>
          <w:sz w:val="20"/>
        </w:rPr>
        <w:t>37:17  yeh bohat hi general baat hai ke amli apni family ki barhai mein jeete hain sab log.</w:t>
      </w:r>
      <w:r>
        <w:br/>
      </w:r>
      <w:r>
        <w:rPr>
          <w:sz w:val="20"/>
        </w:rPr>
        <w:t>37:26  natija kya hota hai? ke apni family ki ghalti kisi ko dikhai nahi deti, doosre ko dikhai deti hai. jaisa ke maine kaha ke is saal ke wrongs ko correct karne ka har ek ko bolta hai, boliye.</w:t>
      </w:r>
      <w:r>
        <w:br/>
      </w:r>
      <w:r>
        <w:rPr>
          <w:sz w:val="20"/>
        </w:rPr>
        <w:t>37:41  lekin apni family ke mistakes ko badalna, apni family ki ghalti ko pakadna, apni family ko theek karna, yeh soch nahi hoti logon mein.</w:t>
      </w:r>
      <w:r>
        <w:br/>
      </w:r>
      <w:r>
        <w:rPr>
          <w:sz w:val="20"/>
        </w:rPr>
        <w:t>37:54  to is tarah ki cheezein jo hain, woh isi waqt, is isi ke liye ek process chahiye. har har aadmi ko, har aadmi ko, har aadmi ko woh hai deconditioning ka process.</w:t>
      </w:r>
      <w:r>
        <w:br/>
      </w:r>
      <w:r>
        <w:rPr>
          <w:sz w:val="20"/>
        </w:rPr>
        <w:t>38:06  baghair apni deconditioning ke, aap ek ek achhe insaan nahi ban sakte.</w:t>
      </w:r>
      <w:r>
        <w:br/>
      </w:r>
      <w:r>
        <w:rPr>
          <w:sz w:val="20"/>
        </w:rPr>
        <w:t>38:12  yaani woh woh jo aap ki ek layer hai, aap ke upar baith gayi thi aap ki personality par, mahaul ke asar se, environment ke asar se, society ke asar se, us ko hatana, hatana, hatana hai.</w:t>
      </w:r>
      <w:r>
        <w:br/>
      </w:r>
      <w:r>
        <w:rPr>
          <w:sz w:val="20"/>
        </w:rPr>
        <w:t>38:27  apne ko ek ek insaan paida hua hai maa ke pait se, aur ek aap ko khud apne aap ko banana hai, khud apne ko banana hai.</w:t>
      </w:r>
      <w:r>
        <w:br/>
      </w:r>
      <w:r>
        <w:rPr>
          <w:sz w:val="20"/>
        </w:rPr>
        <w:t>38:36  aap har insaan ka yeh kaam hai.</w:t>
      </w:r>
      <w:r>
        <w:br/>
      </w:r>
      <w:r>
        <w:rPr>
          <w:sz w:val="20"/>
        </w:rPr>
        <w:t>38:39  maa ke pait se jo paida hua tha insaan, phir society ne us ko banaya, society ne us ko mold kiya. ab ab teesra jo ek process hai, woh hai deconditioning ka process.</w:t>
      </w:r>
      <w:r>
        <w:br/>
      </w:r>
      <w:r>
        <w:rPr>
          <w:sz w:val="20"/>
        </w:rPr>
        <w:t>38:50  tab aap ja kar ke sachhe insaan banenge, aur tab ja kar aap is qabil honge ke Khuda aap ko select kare is ideal world ke liye. to yeh sab cheezein test papers hain, test ke liye.</w:t>
      </w:r>
      <w:r>
        <w:br/>
      </w:r>
      <w:r>
        <w:rPr>
          <w:sz w:val="20"/>
        </w:rPr>
        <w:t>39:05  yeh agar yeh sab cheezein na hon to kyun aap ko select kiya jayega? aap ko apne aap se ladna hai, aap ko apne ghaltiyon ko pakadna hai, apni self- hembring karna hai, apna introspection karna hai,</w:t>
      </w:r>
      <w:r>
        <w:br/>
      </w:r>
      <w:r>
        <w:rPr>
          <w:sz w:val="20"/>
        </w:rPr>
        <w:t>39:21  aur karte karte karte apne aap ko right person banana hai. deconditioning ka matlab hai ke apne aap ko right person banana. yeh har aadmi ko karna hai.</w:t>
      </w:r>
    </w:p>
    <w:p>
      <w:pPr>
        <w:pStyle w:val="Heading2"/>
      </w:pPr>
      <w:r>
        <w:t>Being worthy of God's tawfiq</w:t>
      </w:r>
    </w:p>
    <w:p>
      <w:r>
        <w:rPr>
          <w:color w:val="666666"/>
          <w:sz w:val="18"/>
        </w:rPr>
        <w:t>How to Develop Love for God Nov 27, 2019 - Maulana Wahiduddin Khan's Interaction with Ulama · 31s · at 2:15 · https://youtu.be/550SpYYj6eM?t=135</w:t>
      </w:r>
    </w:p>
    <w:p>
      <w:r>
        <w:rPr>
          <w:i/>
        </w:rPr>
        <w:t>“Iska matlab yeh hua”</w:t>
      </w:r>
    </w:p>
    <w:p>
      <w:r>
        <w:rPr>
          <w:sz w:val="20"/>
        </w:rPr>
        <w:t>2:15  Is ka matlab yeh hua ke aadmi ko</w:t>
      </w:r>
      <w:r>
        <w:br/>
      </w:r>
      <w:r>
        <w:rPr>
          <w:sz w:val="20"/>
        </w:rPr>
        <w:t>2:27  qabil-e-tofeeq banana hai.</w:t>
      </w:r>
      <w:r>
        <w:br/>
      </w:r>
      <w:r>
        <w:rPr>
          <w:sz w:val="20"/>
        </w:rPr>
        <w:t>2:36  Aadmi ko</w:t>
      </w:r>
      <w:r>
        <w:br/>
      </w:r>
      <w:r>
        <w:rPr>
          <w:sz w:val="20"/>
        </w:rPr>
        <w:t>2:39  apne aap ko qabil-e-tofeeq banana hai.</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Dual being and personality building concept</w:t>
      </w:r>
    </w:p>
    <w:p>
      <w:r>
        <w:rPr>
          <w:color w:val="666666"/>
          <w:sz w:val="18"/>
        </w:rPr>
        <w:t>People of Paradise February 17, 2019 Maulana Wahiduddin Khan · 6m 18s · at 19:59 · https://youtu.be/zAJQJjX2PCI?t=1199</w:t>
      </w:r>
    </w:p>
    <w:p>
      <w:r>
        <w:rPr>
          <w:i/>
        </w:rPr>
        <w:t>“Mera experience hua, woh ye tha ke main ek dual being hoon.”</w:t>
      </w:r>
    </w:p>
    <w:p>
      <w:r>
        <w:rPr>
          <w:sz w:val="20"/>
        </w:rPr>
        <w:t>19:59  mera jo experience hua us waqt, woh yeh tha ke main ek dual being hoon.</w:t>
      </w:r>
      <w:r>
        <w:br/>
      </w:r>
      <w:r>
        <w:rPr>
          <w:sz w:val="20"/>
        </w:rPr>
        <w:t>20:12  mere do personality hain. ek hai physical personality, ek hai spiritual personality. physical personality yahan padi hui hai aur spiritual personality wahan mujhe dekh rahi khadi hogi.</w:t>
      </w:r>
      <w:r>
        <w:br/>
      </w:r>
      <w:r>
        <w:rPr>
          <w:sz w:val="20"/>
        </w:rPr>
        <w:t>20:32  to khulasa yeh ke is tajurbe ko le kar aur science ki study ko le kar jo meri soch bani hai, woh yeh hai ke insaan paida hota hai to bazahir woh sirf ek physical being hota hai,</w:t>
      </w:r>
      <w:r>
        <w:br/>
      </w:r>
      <w:r>
        <w:rPr>
          <w:sz w:val="20"/>
        </w:rPr>
        <w:t>20:54  ek physical wajood hota hai. bachcha hota hai, phir badhte badhte badhte poora insaan banta hai. woh hai physical being.</w:t>
      </w:r>
      <w:r>
        <w:br/>
      </w:r>
      <w:r>
        <w:rPr>
          <w:sz w:val="20"/>
        </w:rPr>
        <w:t>21:05  isi ke sath insan apni ek spiritual being banata hai.</w:t>
      </w:r>
      <w:r>
        <w:br/>
      </w:r>
      <w:r>
        <w:rPr>
          <w:sz w:val="20"/>
        </w:rPr>
        <w:t>21:14  is dunya mein jo experience hote hain, is dunya mein jo guzarta hai is ke sath, to is ke response ke mutabiq kabhi response deta hai positive,</w:t>
      </w:r>
      <w:r>
        <w:br/>
      </w:r>
      <w:r>
        <w:rPr>
          <w:sz w:val="20"/>
        </w:rPr>
        <w:t>21:30  kabhi negative.</w:t>
      </w:r>
      <w:r>
        <w:br/>
      </w:r>
      <w:r>
        <w:rPr>
          <w:sz w:val="20"/>
        </w:rPr>
        <w:t>21:35  to in dunya ke</w:t>
      </w:r>
      <w:r>
        <w:br/>
      </w:r>
      <w:r>
        <w:rPr>
          <w:sz w:val="20"/>
        </w:rPr>
        <w:t>21:40  dunya ke tajribat, dunya ke waqiat, dunya ki happening, is ke darmiyan is ki ek aur hasti banti hai.</w:t>
      </w:r>
      <w:r>
        <w:br/>
      </w:r>
      <w:r>
        <w:rPr>
          <w:sz w:val="20"/>
        </w:rPr>
        <w:t>21:50  ek to yeh hasti jo paida hui hai, is ko main kahunga ke physical hasti. Is physical hasti ke sath sath jo tajribat hote hain, is mein main koi response deta hoon.</w:t>
      </w:r>
      <w:r>
        <w:br/>
      </w:r>
      <w:r>
        <w:rPr>
          <w:sz w:val="20"/>
        </w:rPr>
        <w:t>22:04  is response ko le kar ek aur hasti banti rehti hai, banti rehti hai, banti rehti hai.</w:t>
      </w:r>
      <w:r>
        <w:br/>
      </w:r>
      <w:r>
        <w:rPr>
          <w:sz w:val="20"/>
        </w:rPr>
        <w:t>22:14  yani woh doosri hasti jo hai, woh spiritual hasti hoti hai. Misal ke taur par kisi ne mujhe takleef pahunchai aur main us ke liye dua kar raha hoon to meri ek hasti ban rahi hai.</w:t>
      </w:r>
      <w:r>
        <w:br/>
      </w:r>
      <w:r>
        <w:rPr>
          <w:sz w:val="20"/>
        </w:rPr>
        <w:t>22:34  takleef ek physical waqia hai. Us ne pathar mara aur mera choot lagi hai mujhe. To that is physical event.</w:t>
      </w:r>
      <w:r>
        <w:br/>
      </w:r>
      <w:r>
        <w:rPr>
          <w:sz w:val="20"/>
        </w:rPr>
        <w:t>22:46  isi ke sath main kya response deta hoon, woh banta rehta hai ke ghussa aaya to main ne maaf kar diya.</w:t>
      </w:r>
      <w:r>
        <w:br/>
      </w:r>
      <w:r>
        <w:rPr>
          <w:sz w:val="20"/>
        </w:rPr>
        <w:t>22:57  pathar mara to main ne us ki duain keen.</w:t>
      </w:r>
      <w:r>
        <w:br/>
      </w:r>
      <w:r>
        <w:rPr>
          <w:sz w:val="20"/>
        </w:rPr>
        <w:t>23:04  us ne zulm kiya to main ne us ko inna lakum nas. Main us ke liye khair khwah banna laga.</w:t>
      </w:r>
      <w:r>
        <w:br/>
      </w:r>
      <w:r>
        <w:rPr>
          <w:sz w:val="20"/>
        </w:rPr>
        <w:t>23:16  jo sifat Quran mein batai gayi hain, dozaq ke bhi aur aur jannat ke bhi, woh isi isi isi par guzarti hain spiritual insan par.</w:t>
      </w:r>
      <w:r>
        <w:br/>
      </w:r>
      <w:r>
        <w:rPr>
          <w:sz w:val="20"/>
        </w:rPr>
        <w:t>23:33  yani agar aap doosre ko doosre se nafrat karen, us ko pathar maren, us ko bomb se urayen, to chahe aap daawa kar rahe hon jannat ka, aap ja rahe hain jahannum mein.</w:t>
      </w:r>
      <w:r>
        <w:br/>
      </w:r>
      <w:r>
        <w:rPr>
          <w:sz w:val="20"/>
        </w:rPr>
        <w:t>23:54  yani negative response aur positive response ka farq hota hai ke jo kuch guzra aap ke upar,</w:t>
      </w:r>
      <w:r>
        <w:br/>
      </w:r>
      <w:r>
        <w:rPr>
          <w:sz w:val="20"/>
        </w:rPr>
        <w:t>24:06  woh aap ko farz kijiye ke negative experience hai lekin response aap ka positive aap de rahe hain.</w:t>
      </w:r>
      <w:r>
        <w:br/>
      </w:r>
      <w:r>
        <w:rPr>
          <w:sz w:val="20"/>
        </w:rPr>
        <w:t>24:21  yani ghussa ke jawab mein maafi, zulm ke jawab mein dua.</w:t>
      </w:r>
      <w:r>
        <w:br/>
      </w:r>
      <w:r>
        <w:rPr>
          <w:sz w:val="20"/>
        </w:rPr>
        <w:t>24:31  jaise peghambar ko pathar mara gaya, khoon beh raha hai aur peghambar keh raha hai: "Rabbighfir li qaumi fa-innahum la ya'lamoon".</w:t>
      </w:r>
      <w:r>
        <w:br/>
      </w:r>
      <w:r>
        <w:rPr>
          <w:sz w:val="20"/>
        </w:rPr>
        <w:t>24:45  ae mere rab</w:t>
      </w:r>
      <w:r>
        <w:br/>
      </w:r>
      <w:r>
        <w:rPr>
          <w:sz w:val="20"/>
        </w:rPr>
        <w:t>24:46  , meri meri qaum ko phir bhi aap meri qaum bol rahe hain. Yeh nahi ke yeh zalim,</w:t>
      </w:r>
      <w:r>
        <w:br/>
      </w:r>
      <w:r>
        <w:rPr>
          <w:sz w:val="20"/>
        </w:rPr>
        <w:t>24:57  ae ae mere</w:t>
      </w:r>
      <w:r>
        <w:br/>
      </w:r>
      <w:r>
        <w:rPr>
          <w:sz w:val="20"/>
        </w:rPr>
        <w:t>24:59  rab, meri qaum ko hidayat de. Yeh nahi kahe ke us ko barbaad kar de kyunke woh jante nahi.</w:t>
      </w:r>
      <w:r>
        <w:br/>
      </w:r>
      <w:r>
        <w:rPr>
          <w:sz w:val="20"/>
        </w:rPr>
        <w:t>25:11  us ko in awareness ke khane mein daal diya peghambar ne, zulm ke khane mein nahi dala. Yani jin logon ne us ko pathar mara tha aur khoon beh raha tha aur peghambar gir pada tha,</w:t>
      </w:r>
      <w:r>
        <w:br/>
      </w:r>
      <w:r>
        <w:rPr>
          <w:sz w:val="20"/>
        </w:rPr>
        <w:t>25:27  tab bhi peghambar us ke jo kiya hai, us ne us ke us ko us ke in awareness ke khane mein daal raha hai, zulm ke khane mein nahi.</w:t>
      </w:r>
      <w:r>
        <w:br/>
      </w:r>
      <w:r>
        <w:rPr>
          <w:sz w:val="20"/>
        </w:rPr>
        <w:t>25:41  yeh hai waqiat ka, yeh hai waqiat ke darmiyan personality ka banna. In waqiat ke darmiyan agar negative personality ban rahi hai to woh jahannami personality hai.</w:t>
      </w:r>
      <w:r>
        <w:br/>
      </w:r>
      <w:r>
        <w:rPr>
          <w:sz w:val="20"/>
        </w:rPr>
        <w:t>25:57  aur in waqiat ke darmiyan agar positive personality ban rahi hai to woh jannati personality hai. yeh sab bilkul irrelevant baatein hain ke is ummat ke liye jannat hai, is is ummat ke liye yani kafiron ke liye jahannum hai,</w:t>
      </w:r>
    </w:p>
    <w:p>
      <w:pPr>
        <w:pStyle w:val="Heading2"/>
      </w:pPr>
      <w:r>
        <w:t>finding justification to stay free of negativity toward media</w:t>
      </w:r>
    </w:p>
    <w:p>
      <w:r>
        <w:rPr>
          <w:color w:val="666666"/>
          <w:sz w:val="18"/>
        </w:rPr>
        <w:t>Stress and Spirituality January 1, 2012 · 5m 46s · at 1:24:28 · https://youtu.be/TPhXL9-g6ME?t=5068</w:t>
      </w:r>
    </w:p>
    <w:p>
      <w:r>
        <w:rPr>
          <w:i/>
        </w:rPr>
        <w:t>“People have persecuted me my whole life, yet I stay positive”</w:t>
      </w:r>
    </w:p>
    <w:p>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Hadith: whoever doesn't thank people doesn't thank God</w:t>
      </w:r>
    </w:p>
    <w:p>
      <w:r>
        <w:rPr>
          <w:color w:val="666666"/>
          <w:sz w:val="18"/>
        </w:rPr>
        <w:t>Islam A Religion of Peace January 8, 2007 Maulana Wahiduddin Khan · 41s · at 33:14 · https://youtu.be/N1-IgG2ycKw?t=1994</w:t>
      </w:r>
    </w:p>
    <w:p>
      <w:r>
        <w:rPr>
          <w:i/>
        </w:rPr>
        <w:t>“Man lam yashkur an-nas lam yashkur Allah.”</w:t>
      </w:r>
    </w:p>
    <w:p>
      <w:r>
        <w:rPr>
          <w:sz w:val="20"/>
        </w:rPr>
        <w:t>33:14  to woh kya hai is hadith mein aap ghor kijiye. to hadith yeh hai ke man lam yashkur al-nas lam yashkur Allah.</w:t>
      </w:r>
      <w:r>
        <w:br/>
      </w:r>
      <w:r>
        <w:rPr>
          <w:sz w:val="20"/>
        </w:rPr>
        <w:t>33:28  jo aadmi insan ka shukr nahi kare ga woh khuda ka shukr bhi nahi kare ga.</w:t>
      </w:r>
      <w:r>
        <w:br/>
      </w:r>
      <w:r>
        <w:rPr>
          <w:sz w:val="20"/>
        </w:rPr>
        <w:t>33:35  shukr kya hai? shukr hai acknowledge karna. acknowledge karne ko shukr kaha jata hai. yaani kisi ki contribution hai.</w:t>
      </w:r>
      <w:r>
        <w:br/>
      </w:r>
      <w:r>
        <w:rPr>
          <w:sz w:val="20"/>
        </w:rPr>
        <w:t>33:46  kisi ka aap kisi ne aap ke sath kuch kiya hai. kisi ne aap ke sath kuch kiya hai.</w:t>
      </w:r>
    </w:p>
    <w:p>
      <w:pPr>
        <w:pStyle w:val="Heading2"/>
      </w:pPr>
      <w:r>
        <w:t>Why true gratitude requires patience amid life's provocations</w:t>
      </w:r>
    </w:p>
    <w:p>
      <w:r>
        <w:rPr>
          <w:color w:val="666666"/>
          <w:sz w:val="18"/>
        </w:rPr>
        <w:t>Lessons from The Quran And Hadith · 5m 34s · at 3:14 · https://youtu.be/fBflSQEPstg?t=194</w:t>
      </w:r>
    </w:p>
    <w:p>
      <w:r>
        <w:rPr>
          <w:i/>
        </w:rPr>
        <w:t>“Duniya aisi jagah hai jahan hamesha kuch na kuch takleef hoti hai.”</w:t>
      </w:r>
    </w:p>
    <w:p>
      <w:r>
        <w:rPr>
          <w:sz w:val="20"/>
        </w:rPr>
        <w:t>3:14  Ab sawal yeh hai ke dunya to ek aisi jagah hai jahan har waqt kuch na kuch provocation hota rehta hai. Kuch na kuch taang khinchna, kuch na kuch takleef, kuch na kuch pareshani.</w:t>
      </w:r>
      <w:r>
        <w:br/>
      </w:r>
      <w:r>
        <w:rPr>
          <w:sz w:val="20"/>
        </w:rPr>
        <w:t>3:29  Dunya aisi jagah hai jahan aap is se bach nahi sakte ke rozana kuch na kuch aap ko unwanted situation pesh aaye.</w:t>
      </w:r>
      <w:r>
        <w:br/>
      </w:r>
      <w:r>
        <w:rPr>
          <w:sz w:val="20"/>
        </w:rPr>
        <w:t>3:41  kuchh nakhushgawar baaten pesh aaein.</w:t>
      </w:r>
      <w:r>
        <w:br/>
      </w:r>
      <w:r>
        <w:rPr>
          <w:sz w:val="20"/>
        </w:rPr>
        <w:t>3:44  kyunke duniya mein Allah taala ne har insaan ko azaadi di hai. jab azaadi di hai to azaadi par Khuda ne koi rok nahin lagai hai.</w:t>
      </w:r>
      <w:r>
        <w:br/>
      </w:r>
      <w:r>
        <w:rPr>
          <w:sz w:val="20"/>
        </w:rPr>
        <w:t>3:59  aadmi is ke liye bhi azaad hai ke apni azaadi ko misuse kare. apni azaadi ka galat istemaal kare.</w:t>
      </w:r>
      <w:r>
        <w:br/>
      </w:r>
      <w:r>
        <w:rPr>
          <w:sz w:val="20"/>
        </w:rPr>
        <w:t>4:07  aap jante hain ke apni azaadi ka galat istemaal kar ke insaan ne payghambar Yahya ko qatl kar diya. apni zaat, apni azaadi ka galat istemaal kar ke insaan ne Rasool Allah sal Allah alaih wasallam ke sahabi Hazrat Usman aur Hazrat Ali ko qatl kar diya.</w:t>
      </w:r>
      <w:r>
        <w:br/>
      </w:r>
      <w:r>
        <w:rPr>
          <w:sz w:val="20"/>
        </w:rPr>
        <w:t>4:29  to</w:t>
      </w:r>
      <w:r>
        <w:br/>
      </w:r>
      <w:r>
        <w:rPr>
          <w:sz w:val="20"/>
        </w:rPr>
        <w:t>4:30  aisi duniya mein jahan logon ko apni azaadi ko misuse karne ki bhi azaadi hai, to wahan to yahi hoga ke har waqt kuchh na kuchh</w:t>
      </w:r>
      <w:r>
        <w:br/>
      </w:r>
      <w:r>
        <w:rPr>
          <w:sz w:val="20"/>
        </w:rPr>
        <w:t>4:43  nakhushgawar waqiaat paish aate rahenge.</w:t>
      </w:r>
      <w:r>
        <w:br/>
      </w:r>
      <w:r>
        <w:rPr>
          <w:sz w:val="20"/>
        </w:rPr>
        <w:t>4:48  to sachcha shukr karne ke liye woh shukr jo ek thrill ke taur par aap ki zabaan se nikle, us ke liye sabr zaroori hai.</w:t>
      </w:r>
      <w:r>
        <w:br/>
      </w:r>
      <w:r>
        <w:rPr>
          <w:sz w:val="20"/>
        </w:rPr>
        <w:t>5:01  sabr ka matlab kya hai?</w:t>
      </w:r>
      <w:r>
        <w:br/>
      </w:r>
      <w:r>
        <w:rPr>
          <w:sz w:val="20"/>
        </w:rPr>
        <w:t>5:04  har us cheez ko bhulana</w:t>
      </w:r>
      <w:r>
        <w:br/>
      </w:r>
      <w:r>
        <w:rPr>
          <w:sz w:val="20"/>
        </w:rPr>
        <w:t>5:08  jo aap ko disturb kare. jo aap ke e'tedaal ko darham barham kare. is ko bhulana.</w:t>
      </w:r>
      <w:r>
        <w:br/>
      </w:r>
      <w:r>
        <w:rPr>
          <w:sz w:val="20"/>
        </w:rPr>
        <w:t>5:22  Martin Dawson, Bernard Shaw ne kaha tha ke jis aadmi ke paas bhulane ko kuchh na ho, wahi sab se zyada uneducated insaan hai.</w:t>
      </w:r>
      <w:r>
        <w:br/>
      </w:r>
      <w:r>
        <w:rPr>
          <w:sz w:val="20"/>
        </w:rPr>
        <w:t>5:36  to main yeh kahunga ke jis aadmi ke paas bhulane ko, bhulane wali spirit na ho, woh sachcha shukr Allah taala ka ata nahin kar sakta.</w:t>
      </w:r>
      <w:r>
        <w:br/>
      </w:r>
      <w:r>
        <w:rPr>
          <w:sz w:val="20"/>
        </w:rPr>
        <w:t>5:47  kabhi nahin.</w:t>
      </w:r>
      <w:r>
        <w:br/>
      </w:r>
      <w:r>
        <w:rPr>
          <w:sz w:val="20"/>
        </w:rPr>
        <w:t>5:49  woh to, is ka dil to bhara rahega negative thought ke saath.</w:t>
      </w:r>
      <w:r>
        <w:br/>
      </w:r>
      <w:r>
        <w:rPr>
          <w:sz w:val="20"/>
        </w:rPr>
        <w:t>5:57  to shukr kya karega? woh lip service karega woh?</w:t>
      </w:r>
      <w:r>
        <w:br/>
      </w:r>
      <w:r>
        <w:rPr>
          <w:sz w:val="20"/>
        </w:rPr>
        <w:t>6:04  dekhiye, main yeh samjha hoon ke</w:t>
      </w:r>
      <w:r>
        <w:br/>
      </w:r>
      <w:r>
        <w:rPr>
          <w:sz w:val="20"/>
        </w:rPr>
        <w:t>6:11  shukr karne ke liye is ki zaroorat nahin ke aap ke paas kothi ho, boat ho, bank balance ho, job ho, aap bahut bada uhda aap ke paas ho.</w:t>
      </w:r>
      <w:r>
        <w:br/>
      </w:r>
      <w:r>
        <w:rPr>
          <w:sz w:val="20"/>
        </w:rPr>
        <w:t>6:22  nahin. yeh sab kuchh nahin. shukr karna hai is baat par ke, shukr karna hai is baat par jo abhi mili hui hai aap ko.</w:t>
      </w:r>
      <w:r>
        <w:br/>
      </w:r>
      <w:r>
        <w:rPr>
          <w:sz w:val="20"/>
        </w:rPr>
        <w:t>6:34  main bol raha hoon aur aap sun rahe hain. main bol raha hoon aur aap sun rahe hain. yeh kaise possible hua?</w:t>
      </w:r>
      <w:r>
        <w:br/>
      </w:r>
      <w:r>
        <w:rPr>
          <w:sz w:val="20"/>
        </w:rPr>
        <w:t>6:46  is mein hazaron hazar factors involve hain.</w:t>
      </w:r>
      <w:r>
        <w:br/>
      </w:r>
      <w:r>
        <w:rPr>
          <w:sz w:val="20"/>
        </w:rPr>
        <w:t>6:53  aisa nahin ho sakta ke aap Khuda ki nematen jo mili hui hain woh na hon, phir bhi hum bol saken.</w:t>
      </w:r>
      <w:r>
        <w:br/>
      </w:r>
      <w:r>
        <w:rPr>
          <w:sz w:val="20"/>
        </w:rPr>
        <w:t>7:03  aap jante hain ke bolne se aap ki aawaz, meri aawaz jo aap tak pahunchti hai, to hawa ka medium chahiye.</w:t>
      </w:r>
      <w:r>
        <w:br/>
      </w:r>
      <w:r>
        <w:rPr>
          <w:sz w:val="20"/>
        </w:rPr>
        <w:t>7:11  hawa na ho to meri aawaz aap tak nahin pahunchegi. is ke ilawa aur hazaron factors darkar hain. aur jab electronic</w:t>
      </w:r>
      <w:r>
        <w:br/>
      </w:r>
      <w:r>
        <w:rPr>
          <w:sz w:val="20"/>
        </w:rPr>
        <w:t>7:25  aalat ke zariye se aap sun rahe hon meri baat, tab to aur bhi zyada bahut si baaten is mein involve ho jaati hain.</w:t>
      </w:r>
      <w:r>
        <w:br/>
      </w:r>
      <w:r>
        <w:rPr>
          <w:sz w:val="20"/>
        </w:rPr>
        <w:t>7:33  to isi par shukr ke main bol raha hoon, doosra insaan sun raha hai. isi par shukr ke maine aankh kholi aur cheezon ko main dekhne laga.</w:t>
      </w:r>
      <w:r>
        <w:br/>
      </w:r>
      <w:r>
        <w:rPr>
          <w:sz w:val="20"/>
        </w:rPr>
        <w:t>7:47  isi par shukr ke main zameen par chalna chaha to main zameen par chal raha hoon.</w:t>
      </w:r>
      <w:r>
        <w:br/>
      </w:r>
      <w:r>
        <w:rPr>
          <w:sz w:val="20"/>
        </w:rPr>
        <w:t>7:53  kyunki yeh saari cheezein agar zameen par, jis ko kaha jata hai life support system, woh na ho to hum kuch bhi nahi kar sakte.</w:t>
      </w:r>
      <w:r>
        <w:br/>
      </w:r>
      <w:r>
        <w:rPr>
          <w:sz w:val="20"/>
        </w:rPr>
        <w:t>8:05  to sacha shukr karne ke liye zaroori hai ke aap ke andar sabr ki spirit ho. sabr ki spirit ka matlab kya hai? avoid karna, tolerate karna, bhula dena.</w:t>
      </w:r>
      <w:r>
        <w:br/>
      </w:r>
      <w:r>
        <w:rPr>
          <w:sz w:val="20"/>
        </w:rPr>
        <w:t>8:17  badi se badi baaton ko nazar andaaz kar dena. jab aap aisa karenge to aap ka dil saaf suthra dil rahega.</w:t>
      </w:r>
      <w:r>
        <w:br/>
      </w:r>
      <w:r>
        <w:rPr>
          <w:sz w:val="20"/>
        </w:rPr>
        <w:t>8:29  aap ka dil positive thought ka dil hoga.</w:t>
      </w:r>
      <w:r>
        <w:br/>
      </w:r>
      <w:r>
        <w:rPr>
          <w:sz w:val="20"/>
        </w:rPr>
        <w:t>8:34  aap ka dil negative thought se pak hoga. tab aap ke andar thrill wala shukr paida hoga. aur tab aap sacha shukr kar sakenge.</w:t>
      </w:r>
    </w:p>
    <w:p>
      <w:pPr>
        <w:pStyle w:val="Heading2"/>
      </w:pPr>
      <w:r>
        <w:t>Positive mindset attracts angels</w:t>
      </w:r>
    </w:p>
    <w:p>
      <w:r>
        <w:rPr>
          <w:color w:val="666666"/>
          <w:sz w:val="18"/>
        </w:rPr>
        <w:t>Building a Heavenly Personality 15 April 2012 Maulana Wahiduddin Khan · 27s · at 30:27 · https://youtu.be/lVtjH4AZ7dU?t=1827</w:t>
      </w:r>
    </w:p>
    <w:p>
      <w:r>
        <w:rPr>
          <w:i/>
        </w:rPr>
        <w:t>“Jis ke andar positive soch hai wahan malaika utrenge”</w:t>
      </w:r>
    </w:p>
    <w:p>
      <w:r>
        <w:rPr>
          <w:sz w:val="20"/>
        </w:rPr>
        <w:t>30:27  to jis ke andar manfi soch ho wahan shaitaan utrenge. woh shaitanon ki mohabbat banega. jis ke andar musbat soch ho wahan mala'ika utrenge.</w:t>
      </w:r>
      <w:r>
        <w:br/>
      </w:r>
      <w:r>
        <w:rPr>
          <w:sz w:val="20"/>
        </w:rPr>
        <w:t>30:40  mala'ika ki mohabbat banega.</w:t>
      </w:r>
      <w:r>
        <w:br/>
      </w:r>
      <w:r>
        <w:rPr>
          <w:sz w:val="20"/>
        </w:rPr>
        <w:t>30:45  misaal ke taur par aap ko kisi ne aap ko kisi ne takleef de di, aap ke khilaf koi baat keh di, aap offend ho gaye.</w:t>
      </w:r>
    </w:p>
    <w:p>
      <w:pPr>
        <w:pStyle w:val="Heading2"/>
      </w:pPr>
      <w:r>
        <w:t>what monasticism is and why Islam rejects full renunciation</w:t>
      </w:r>
    </w:p>
    <w:p>
      <w:r>
        <w:rPr>
          <w:color w:val="666666"/>
          <w:sz w:val="18"/>
        </w:rPr>
        <w:t>Itikaf (Intellectual Seclusion) April 16, 2023 · 4m 03s · at 6:05 · https://youtu.be/Yci8zFmfCU4?t=365</w:t>
      </w:r>
    </w:p>
    <w:p>
      <w:r>
        <w:rPr>
          <w:i/>
        </w:rPr>
        <w:t>“Rahbaniyat aur itikaf mein koi farq hai?”</w:t>
      </w:r>
    </w:p>
    <w:p>
      <w:r>
        <w:rPr>
          <w:sz w:val="20"/>
        </w:rPr>
        <w:t>6:05  hai, doosra yeh ke hum jante hain rehbaniyat kehe ya jisko sanyasi banna kaha jata hai. to yeh rehbaniyat kya cheez hai, itkaf aur is mein koi farq hai?</w:t>
      </w:r>
      <w:r>
        <w:br/>
      </w:r>
      <w:r>
        <w:rPr>
          <w:sz w:val="20"/>
        </w:rPr>
        <w:t>6:16  haan, bahut zyada farq hai kyunke rehbaniyat isi ko kehte hain jisko hum monastism kehte hain. to yeh rehbaniyat jo hai, woh duniya se mustaqil taur par kinara kashi ikhtiyar karna hai, duniya ko chhod dena hai.</w:t>
      </w:r>
      <w:r>
        <w:br/>
      </w:r>
      <w:r>
        <w:rPr>
          <w:sz w:val="20"/>
        </w:rPr>
        <w:t>6:30  to Islam se pehle yehi tha aur ab bhi sufiyon ne aisa kiya hai ke unhon ne goshah nasheeni mustaqil taur par ikhtiyar ki.</w:t>
      </w:r>
      <w:r>
        <w:br/>
      </w:r>
      <w:r>
        <w:rPr>
          <w:sz w:val="20"/>
        </w:rPr>
        <w:t>6:39  to is tarike se yeh Islam mein, ah, Islam se pehle ye tradition chali aa rahi thi aur har mazhab mein tha. aap dekhte hain Hindu mazhab mein sadhu hain, Buddhism mein monk hain aur Christianity mein nun</w:t>
      </w:r>
      <w:r>
        <w:br/>
      </w:r>
      <w:r>
        <w:rPr>
          <w:sz w:val="20"/>
        </w:rPr>
        <w:t>6:57  hain. to yeh log jangalon mein, pahadon mein wahan rehte hain, din raat mujahide karte hain, riyazat karte hain. Islam mein in logon ka yeh soch thi ke yeh jo hamari jism hai, jiske tamam desires hain, to isi wajah se hum spiritual enlightenment tak nahin pahunch pate hain.</w:t>
      </w:r>
      <w:r>
        <w:br/>
      </w:r>
      <w:r>
        <w:rPr>
          <w:sz w:val="20"/>
        </w:rPr>
        <w:t>7:18  to humko har pleasures ko deny karna hai, abstinence ki zindagi guzarna hai.</w:t>
      </w:r>
      <w:r>
        <w:br/>
      </w:r>
      <w:r>
        <w:rPr>
          <w:sz w:val="20"/>
        </w:rPr>
        <w:t>7:25  to jab jism woh hai pak ho jayega desires se, tabhi humko spiritual enlightenment milega. to yeh kahin kahin bohat hi extreme form mein paya jata hai, jaise jainism mein aur buddhism mein.</w:t>
      </w:r>
      <w:r>
        <w:br/>
      </w:r>
      <w:r>
        <w:rPr>
          <w:sz w:val="20"/>
        </w:rPr>
        <w:t>7:37  to woh log bilkul hi jungla pahad mein chale jate hain. lekin islam mein kya hai ke, ah, moderation hai,</w:t>
      </w:r>
      <w:r>
        <w:br/>
      </w:r>
      <w:r>
        <w:rPr>
          <w:sz w:val="20"/>
        </w:rPr>
        <w:t>7:46  waqti tor par aap dunya darana zindagi se alag hokar Khuda ki ibadat karte hain, ghore o fikr karte hain spiritual baaton mein.</w:t>
      </w:r>
      <w:r>
        <w:br/>
      </w:r>
      <w:r>
        <w:rPr>
          <w:sz w:val="20"/>
        </w:rPr>
        <w:t>7:56  phir uske baad phir aap dunya mein wapas aa jate hain. Islam mein baat kya hai ke Islam ke mutabiq insan halat test mein hai.</w:t>
      </w:r>
      <w:r>
        <w:br/>
      </w:r>
      <w:r>
        <w:rPr>
          <w:sz w:val="20"/>
        </w:rPr>
        <w:t>8:05  agar woh mustaqil tor par jungla pahad chala jayega to uska test hi nahi hoga, kyunke test to hota hai jab jab hum doosre logon ke darmiyan rehte hain.</w:t>
      </w:r>
      <w:r>
        <w:br/>
      </w:r>
      <w:r>
        <w:rPr>
          <w:sz w:val="20"/>
        </w:rPr>
        <w:t>8:14  kisi ne humein kuch bura keh diya hai, kisi ne humein provoke kar diya hai, kisi ne humein ghussa dila diya hai, to</w:t>
      </w:r>
      <w:r>
        <w:br/>
      </w:r>
      <w:r>
        <w:rPr>
          <w:sz w:val="20"/>
        </w:rPr>
        <w:t>8:20  phir hamara response kya hota hai? to yeh sab wahan hota hi nahi, wahan to din raat baithe kar ibadat karna hai. to lekin doosre mazahib mein kya tha ke, ah, apne punarjanm ka concept hai.</w:t>
      </w:r>
      <w:r>
        <w:br/>
      </w:r>
      <w:r>
        <w:rPr>
          <w:sz w:val="20"/>
        </w:rPr>
        <w:t>8:33  to woh kehte hain ke jab tak hum apni desires ko khatam nahi kar denge, tab tak humko punarjanm se chhutkara nahi milega.</w:t>
      </w:r>
      <w:r>
        <w:br/>
      </w:r>
      <w:r>
        <w:rPr>
          <w:sz w:val="20"/>
        </w:rPr>
        <w:t>8:42  aur buddhism mein to khaas tareeqe se yeh bohat hi main unki philosophy hai ke yahi jo desires hain, yahi doosra body marne ke baad doosra body le kar aati hain.</w:t>
      </w:r>
      <w:r>
        <w:br/>
      </w:r>
      <w:r>
        <w:rPr>
          <w:sz w:val="20"/>
        </w:rPr>
        <w:t>8:57  to humein isko khatam karna hai, tabhi humein salvation ya mukti ya moksha jo bhi hai, woh milega. to is wajah se woh log jo hain, ek bada tabqa unka rehbaniyat ka tareeqa isne ikhtiyar kiya hai.</w:t>
      </w:r>
      <w:r>
        <w:br/>
      </w:r>
      <w:r>
        <w:rPr>
          <w:sz w:val="20"/>
        </w:rPr>
        <w:t>9:12  ismein jo Quran ki ayat aayi hai rehbaniyat ke ta'alluq se, Surah Hadid ayat number 27, 27 mein hai aur</w:t>
      </w:r>
      <w:r>
        <w:br/>
      </w:r>
      <w:r>
        <w:rPr>
          <w:sz w:val="20"/>
        </w:rPr>
        <w:t>9:27  ke rehbaniyat ko unhone khud se ijad kar liya, humne un par yeh cheez lazim nahi ki thi. haan, unhone Allah Ta'ala ki raza paane ke liye isko kiya, magar uski woh poori tareeqe se riayat nahi kar sake.</w:t>
      </w:r>
      <w:r>
        <w:br/>
      </w:r>
      <w:r>
        <w:rPr>
          <w:sz w:val="20"/>
        </w:rPr>
        <w:t>9:39  to ismein do cheezein hain: ek to yeh hai ke yeh cheez khud insan ne apni taraf se ki thi aur itkaf mein hota hai ke Allah Ta'ala ki taraf se hai. doosri cheez woh yeh hai ke ab isko poori tareeqe se iska haq bhi ada nahi kar paye, kyunke insan ke nature ke khilaf hai. insan das din, paanch din kya hai, dunya se alag reh sakta hai, magar poori zindagi dunya se alag rehna yeh cheez nahi ho sakti.</w:t>
      </w:r>
      <w:r>
        <w:br/>
      </w:r>
      <w:r>
        <w:rPr>
          <w:sz w:val="20"/>
        </w:rPr>
        <w:t>10:00  insan ke bare mein aata hai ke woh kya hai, ah, tamadduni insan hai ke doosre insan ke baghair nahi reh sakta.</w:t>
      </w:r>
    </w:p>
    <w:p>
      <w:pPr>
        <w:pStyle w:val="Heading2"/>
      </w:pPr>
      <w:r>
        <w:t>Arab Spring proves: stability beats chaotic idealism</w:t>
      </w:r>
    </w:p>
    <w:p>
      <w:r>
        <w:rPr>
          <w:color w:val="666666"/>
          <w:sz w:val="18"/>
        </w:rPr>
        <w:t>The Importance of Team Work February 5, 2012 · 3m 43s · at 10:27 · https://youtu.be/qBbwznqIqVw?t=627</w:t>
      </w:r>
    </w:p>
    <w:p>
      <w:r>
        <w:rPr>
          <w:i/>
        </w:rPr>
        <w:t>“Mazlim jo mumalik hain, har mulk mein siyasat chal rahi hai hukmaranon ke khilaf”</w:t>
      </w:r>
    </w:p>
    <w:p>
      <w:r>
        <w:rPr>
          <w:sz w:val="20"/>
        </w:rPr>
        <w:t>10:27  kyunke jo bhi hukumat hai woh bil farz woh is mein bigaad hai, tab bhi stability stability to qaim hai.</w:t>
      </w:r>
      <w:r>
        <w:br/>
      </w:r>
      <w:r>
        <w:rPr>
          <w:sz w:val="20"/>
        </w:rPr>
        <w:t>10:36  political istahkam to qaim hai.</w:t>
      </w:r>
      <w:r>
        <w:br/>
      </w:r>
      <w:r>
        <w:rPr>
          <w:sz w:val="20"/>
        </w:rPr>
        <w:t>10:41  aap jin mulkon mein hangame kiye gaye, arab countries mein, jahan jahan bazahir logon ko kamyabi hasil hui.</w:t>
      </w:r>
      <w:r>
        <w:br/>
      </w:r>
      <w:r>
        <w:rPr>
          <w:sz w:val="20"/>
        </w:rPr>
        <w:t>10:50  to ab kya hai? yani pehle jo hukumat thi to ab kya hai? pehle bazahir wahan par amriat thi, ab kya hai?</w:t>
      </w:r>
      <w:r>
        <w:br/>
      </w:r>
      <w:r>
        <w:rPr>
          <w:sz w:val="20"/>
        </w:rPr>
        <w:t>11:02  fasaad hai.</w:t>
      </w:r>
      <w:r>
        <w:br/>
      </w:r>
      <w:r>
        <w:rPr>
          <w:sz w:val="20"/>
        </w:rPr>
        <w:t>11:04  aapas ki ladai hai.</w:t>
      </w:r>
      <w:r>
        <w:br/>
      </w:r>
      <w:r>
        <w:rPr>
          <w:sz w:val="20"/>
        </w:rPr>
        <w:t>11:08  khoon kharaba dobara jari hai har jagah. to kam az kam pehle stability to thi, istahkam to tha. hukmaran jaisa bhi ho, lekin istahkam to tha.</w:t>
      </w:r>
      <w:r>
        <w:br/>
      </w:r>
      <w:r>
        <w:rPr>
          <w:sz w:val="20"/>
        </w:rPr>
        <w:t>11:24  to istahkam jo hai hamare liye kya hai? lesser evil. to in hadithon ka matlab yeh hai ke zindagi mein aksar aisa hota hai ke option jo hai</w:t>
      </w:r>
      <w:r>
        <w:br/>
      </w:r>
      <w:r>
        <w:rPr>
          <w:sz w:val="20"/>
        </w:rPr>
        <w:t>11:41  right aur wrong ke darmiyan nahi hota. option jo hai woh hota hai lesser evil aur greater evil ke beech mein.</w:t>
      </w:r>
      <w:r>
        <w:br/>
      </w:r>
      <w:r>
        <w:rPr>
          <w:sz w:val="20"/>
        </w:rPr>
        <w:t>11:54  yeh kitni badi wisdom hai. aur yeh uswa e rasool hai.</w:t>
      </w:r>
      <w:r>
        <w:br/>
      </w:r>
      <w:r>
        <w:rPr>
          <w:sz w:val="20"/>
        </w:rPr>
        <w:t>12:00  uswa e rasool yeh hai.</w:t>
      </w:r>
      <w:r>
        <w:br/>
      </w:r>
      <w:r>
        <w:rPr>
          <w:sz w:val="20"/>
        </w:rPr>
        <w:t>12:07  yani Allah rasool Allah sallallahu alaihi wasallam ke jo zindagi ke jo namune hain, jo aap ke qaul se ya amal se sabit hote hain, un mein se ek bahut bada uswa ya hikmat ya wisdom yeh hai</w:t>
      </w:r>
      <w:r>
        <w:br/>
      </w:r>
      <w:r>
        <w:rPr>
          <w:sz w:val="20"/>
        </w:rPr>
        <w:t>12:22  ke jab political maidan mein siyasat ke maamle mein tumhare liye ideal government ka option mumkin na ho to stable government ka option le lo.</w:t>
      </w:r>
      <w:r>
        <w:br/>
      </w:r>
      <w:r>
        <w:rPr>
          <w:sz w:val="20"/>
        </w:rPr>
        <w:t>12:38  to kiya hog</w:t>
      </w:r>
      <w:r>
        <w:br/>
      </w:r>
      <w:r>
        <w:rPr>
          <w:sz w:val="20"/>
        </w:rPr>
        <w:t>12:39  a? kam az kam yeh hoga ke deeni sargharmiyan jaari rahen gi. madaris chalen ge, masjidें chalen gi, taleem gahen chalen gi, dawatullah ka kaam hoga.</w:t>
      </w:r>
      <w:r>
        <w:br/>
      </w:r>
      <w:r>
        <w:rPr>
          <w:sz w:val="20"/>
        </w:rPr>
        <w:t>12:56  yani sari, yani adr deen politics sari sargharmiyan jaari rahen gi. ke jab bigad hoga woh to sirf political maidan mein hoga.</w:t>
      </w:r>
      <w:r>
        <w:br/>
      </w:r>
      <w:r>
        <w:rPr>
          <w:sz w:val="20"/>
        </w:rPr>
        <w:t>13:08  baqi to hazaron maidan doosre bhi hain.</w:t>
      </w:r>
      <w:r>
        <w:br/>
      </w:r>
      <w:r>
        <w:rPr>
          <w:sz w:val="20"/>
        </w:rPr>
        <w:t>13:14  to adr deen politics sari sargharmiyan taawri andaaz mein jaari rahen gi. yeh hai is ki wisdom.</w:t>
      </w:r>
      <w:r>
        <w:br/>
      </w:r>
      <w:r>
        <w:rPr>
          <w:sz w:val="20"/>
        </w:rPr>
        <w:t>13:26  to rasool Allah ke naam par hazaron kitaben likhi gayi hain.</w:t>
      </w:r>
      <w:r>
        <w:br/>
      </w:r>
      <w:r>
        <w:rPr>
          <w:sz w:val="20"/>
        </w:rPr>
        <w:t>13:32  har saal 12 rabi ul awal ko beshumar jalsay kiye jatay hain, jashan manaye jatay hain. lekin yeh jo itna bara nuqta hai, itni bari wisdom jo rasool Allah ne batai, woh mein ne na kahin pahad ne suna, khud mujh ko discover karna pada.</w:t>
      </w:r>
      <w:r>
        <w:br/>
      </w:r>
      <w:r>
        <w:rPr>
          <w:sz w:val="20"/>
        </w:rPr>
        <w:t>13:56  to yeh hai haal hamari qaum ka.</w:t>
      </w:r>
      <w:r>
        <w:br/>
      </w:r>
      <w:r>
        <w:rPr>
          <w:sz w:val="20"/>
        </w:rPr>
        <w:t>14:01  ab mein is mozu par aata hoon jo mein ne arz kiya ke team ki ahmiyat. team kiya hai?</w:t>
      </w:r>
    </w:p>
    <w:p>
      <w:pPr>
        <w:pStyle w:val="Heading2"/>
      </w:pPr>
      <w:r>
        <w:t>True repentance requires heartfelt confession</w:t>
      </w:r>
    </w:p>
    <w:p>
      <w:r>
        <w:rPr>
          <w:color w:val="666666"/>
          <w:sz w:val="18"/>
        </w:rPr>
        <w:t>Sayings of the Prophet-Part 2 (Prophetic Wisdom) 9 April, 2006 · 2m 43s · at 6:33 · https://youtu.be/pFWZonwLrXs?t=393</w:t>
      </w:r>
    </w:p>
    <w:p>
      <w:r>
        <w:rPr>
          <w:i/>
        </w:rPr>
        <w:t>“Lekin main yahan arz kar doon”</w:t>
      </w:r>
    </w:p>
    <w:p>
      <w:r>
        <w:rPr>
          <w:sz w:val="20"/>
        </w:rPr>
        <w:t>6:33  lekin mein yahan arz kar doon keh English culture mein jo hai, sorry sorry, is sey yeh kuch bhi nahi, woh to aik minors hain, social manners.</w:t>
      </w:r>
      <w:r>
        <w:br/>
      </w:r>
      <w:r>
        <w:rPr>
          <w:sz w:val="20"/>
        </w:rPr>
        <w:t>6:43  yeh saari jo kaha jata hai aaj kal, woh social manners hain. is ki koi religious value nahi hai, is ki koi spiritual value nahi hai.</w:t>
      </w:r>
      <w:r>
        <w:br/>
      </w:r>
      <w:r>
        <w:rPr>
          <w:sz w:val="20"/>
        </w:rPr>
        <w:t>6:54  merey nazdeek woh mehaz lip service hota hai, lip service. yeh social etiquettes hain, social manners hain, bas.</w:t>
      </w:r>
      <w:r>
        <w:br/>
      </w:r>
      <w:r>
        <w:rPr>
          <w:sz w:val="20"/>
        </w:rPr>
        <w:t>7:06  to mein saari ko kuch bhi nahi samajhta, balkey mein saari ko bura manta hoon. koi mujh sey saari agar kehta hai to yaqeen kijiye, mujhe khushi nahi hoti. mujhe lagta hai keh is ney pathar maar diya.</w:t>
      </w:r>
      <w:r>
        <w:br/>
      </w:r>
      <w:r>
        <w:rPr>
          <w:sz w:val="20"/>
        </w:rPr>
        <w:t>7:19  yaani koi aadmi ghalati karey aur mujh sey kahe keh saari, to mujhe lagta hai keh is ney pathar maar diya.</w:t>
      </w:r>
      <w:r>
        <w:br/>
      </w:r>
      <w:r>
        <w:rPr>
          <w:sz w:val="20"/>
        </w:rPr>
        <w:t>7:28  kyunke lip service kiya hai? is sey acha to aadmi chup rahe. aadmi ko kehna chahiye: "I was wrong, I was wrong, I was wrong".</w:t>
      </w:r>
      <w:r>
        <w:br/>
      </w:r>
      <w:r>
        <w:rPr>
          <w:sz w:val="20"/>
        </w:rPr>
        <w:t>7:42  mein samajhta hoon keh lip service, yaani saari jo hai, woh lip service hai. aur "I was wrong" kehna dil ki tarp ka zuban sey zahir hona hai.</w:t>
      </w:r>
      <w:r>
        <w:br/>
      </w:r>
      <w:r>
        <w:rPr>
          <w:sz w:val="20"/>
        </w:rPr>
        <w:t>7:57  aadmi ke andar aik storm aata hai keh "oho, mujh sey itni bari ghalati ho gayi". aik storm uthta hai aadmi ke andar keh mein ney ghalati kar dali.</w:t>
      </w:r>
      <w:r>
        <w:br/>
      </w:r>
      <w:r>
        <w:rPr>
          <w:sz w:val="20"/>
        </w:rPr>
        <w:t>8:10  is storm ka aik zuban par aik thoda sa zahir hota hai jahan aadmi kehta hai keh "I was wrong".</w:t>
      </w:r>
      <w:r>
        <w:br/>
      </w:r>
      <w:r>
        <w:rPr>
          <w:sz w:val="20"/>
        </w:rPr>
        <w:t>8:21  to jo ghalati ka etraaf lip service ho, woh to aik aur ghalati ka izafa hai. aik ghalati ke baad doosri ghalati karna hai.</w:t>
      </w:r>
      <w:r>
        <w:br/>
      </w:r>
      <w:r>
        <w:rPr>
          <w:sz w:val="20"/>
        </w:rPr>
        <w:t>8:34  lekin jo ghalati dil ki tarp ke saath juri hui ho,</w:t>
      </w:r>
      <w:r>
        <w:br/>
      </w:r>
      <w:r>
        <w:rPr>
          <w:sz w:val="20"/>
        </w:rPr>
        <w:t>8:44  jo etraaf dil ki ghalati ke saath, jo etraaf dil ki tarp ke saath jura hua ho, jo etraaf aadmi ke dil ki pukaar ho,</w:t>
      </w:r>
      <w:r>
        <w:br/>
      </w:r>
      <w:r>
        <w:rPr>
          <w:sz w:val="20"/>
        </w:rPr>
        <w:t>8:57  woh ghalati ka etraaf hai aur bilashuba is par bohat bara reward hai. sochiye keh aisa kyun hai? is ki wajah yeh hai keh ghalati agarche insaan ke saath hoti hai, lekin yaad rakhiye,</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Why the Qur'an says each community has its own worship</w:t>
      </w:r>
    </w:p>
    <w:p>
      <w:r>
        <w:rPr>
          <w:color w:val="666666"/>
          <w:sz w:val="18"/>
        </w:rPr>
        <w:t>The Concept of Doomsday in islam May 16, 2009 · 1m 39s · at 31:57 · https://youtu.be/yPjFg8vwSLw?t=1917</w:t>
      </w:r>
    </w:p>
    <w:p>
      <w:r>
        <w:rPr>
          <w:i/>
        </w:rPr>
        <w:t>“Surah Hajj says each community has its own way of worship — why?”</w:t>
      </w:r>
    </w:p>
    <w:p>
      <w:r>
        <w:rPr>
          <w:sz w:val="20"/>
        </w:rPr>
        <w:t>31:57  Maulana, Surah Hajj. One thing is we have appointed for every community ways of worship to observe.</w:t>
      </w:r>
      <w:r>
        <w:br/>
      </w:r>
      <w:r>
        <w:rPr>
          <w:sz w:val="20"/>
        </w:rPr>
        <w:t>32:08  Let them not dispute with you on the matter. Please clarify this.</w:t>
      </w:r>
      <w:r>
        <w:br/>
      </w:r>
      <w:r>
        <w:rPr>
          <w:sz w:val="20"/>
        </w:rPr>
        <w:t>32:16  There was some dispute when Islam introduced</w:t>
      </w:r>
      <w:r>
        <w:br/>
      </w:r>
      <w:r>
        <w:rPr>
          <w:sz w:val="20"/>
        </w:rPr>
        <w:t>32:27  a form of Hajj that was not prevalent in the past. So people were used to doing Hajj with the other form.</w:t>
      </w:r>
      <w:r>
        <w:br/>
      </w:r>
      <w:r>
        <w:rPr>
          <w:sz w:val="20"/>
        </w:rPr>
        <w:t>32:40  So they were quarreling.</w:t>
      </w:r>
      <w:r>
        <w:br/>
      </w:r>
      <w:r>
        <w:rPr>
          <w:sz w:val="20"/>
        </w:rPr>
        <w:t>32:44  It is not correct because they feel that their form was Ibrahimi form.</w:t>
      </w:r>
      <w:r>
        <w:br/>
      </w:r>
      <w:r>
        <w:rPr>
          <w:sz w:val="20"/>
        </w:rPr>
        <w:t>32:54  And this was innovation. So this verse means that avoid</w:t>
      </w:r>
      <w:r>
        <w:br/>
      </w:r>
      <w:r>
        <w:rPr>
          <w:sz w:val="20"/>
        </w:rPr>
        <w:t>33:04  the controversy. Because at that time, there was controversy. Now, there is no controversy.</w:t>
      </w:r>
      <w:r>
        <w:br/>
      </w:r>
      <w:r>
        <w:rPr>
          <w:sz w:val="20"/>
        </w:rPr>
        <w:t>33:12  So it was a temporary phase. It was a temporary phase. So in such a situation when people are</w:t>
      </w:r>
      <w:r>
        <w:br/>
      </w:r>
      <w:r>
        <w:rPr>
          <w:sz w:val="20"/>
        </w:rPr>
        <w:t>33:26  quarreling, so you have no option other than to avoid, to ignor</w:t>
      </w:r>
    </w:p>
    <w:p>
      <w:pPr>
        <w:pStyle w:val="Heading2"/>
      </w:pPr>
      <w:r>
        <w:t>Crying baby is nature's exercise, patience example</w:t>
      </w:r>
    </w:p>
    <w:p>
      <w:r>
        <w:rPr>
          <w:color w:val="666666"/>
          <w:sz w:val="18"/>
        </w:rPr>
        <w:t>Power of Peace June 6, 2010 Maulana Wahiduddin Khan · 58s · at 4:09 · https://youtu.be/QNnouRoYI38?t=249</w:t>
      </w:r>
    </w:p>
    <w:p>
      <w:r>
        <w:rPr>
          <w:i/>
        </w:rPr>
        <w:t>“Mera bachcha jab rota hai dil tarapta hai”</w:t>
      </w:r>
    </w:p>
    <w:p>
      <w:r>
        <w:rPr>
          <w:sz w:val="20"/>
        </w:rPr>
        <w:t>4:09  jaise aaj meri baat cheet hui aik aik lady se,</w:t>
      </w:r>
      <w:r>
        <w:br/>
      </w:r>
      <w:r>
        <w:rPr>
          <w:sz w:val="20"/>
        </w:rPr>
        <w:t>4:13  to unho ne kaha ke mera bachcha jab rota hai to mera dil tarpne lagta hai. maine kaha ke agar bachche ke rone par aap sabr karein to aap bohat bara faida milega aap ko.</w:t>
      </w:r>
      <w:r>
        <w:br/>
      </w:r>
      <w:r>
        <w:rPr>
          <w:sz w:val="20"/>
        </w:rPr>
        <w:t>4:26  bachcha jab rota hai to nature us ki exercise karwati hai. bachcha daur to sakta nahi, to wohi exercise us ki—rone se sara exercise hoti hai—yeh jo hai na, yeh sab.</w:t>
      </w:r>
      <w:r>
        <w:br/>
      </w:r>
      <w:r>
        <w:rPr>
          <w:sz w:val="20"/>
        </w:rPr>
        <w:t>4:38  haath paon maarta hai.</w:t>
      </w:r>
      <w:r>
        <w:br/>
      </w:r>
      <w:r>
        <w:rPr>
          <w:sz w:val="20"/>
        </w:rPr>
        <w:t>4:42  to bachche ka rona bachche ki exercise hai. ab chunke maein jo hain ya baap jo hain, sabr nahi kar paate, daurte hain us ko god mein le lete hain.</w:t>
      </w:r>
      <w:r>
        <w:br/>
      </w:r>
      <w:r>
        <w:rPr>
          <w:sz w:val="20"/>
        </w:rPr>
        <w:t>4:54  kya hua? unho ne us ko—us process ko—stop kar diya. Exercise ke process ko stop kar diya.</w:t>
      </w:r>
      <w:r>
        <w:br/>
      </w:r>
      <w:r>
        <w:rPr>
          <w:sz w:val="20"/>
        </w:rPr>
        <w:t>5:04  us ko kamzor bana diya.</w:t>
      </w:r>
    </w:p>
    <w:p>
      <w:pPr>
        <w:pStyle w:val="Heading2"/>
      </w:pPr>
      <w:r>
        <w:t>Man seeks Quranic charm to escape a murder case</w:t>
      </w:r>
    </w:p>
    <w:p>
      <w:r>
        <w:rPr>
          <w:color w:val="666666"/>
          <w:sz w:val="18"/>
        </w:rPr>
        <w:t>The Problem of Conditioning April 22, 2012 · 2m 55s · at 5:45 · https://youtu.be/j-kJQzOz46g?t=345</w:t>
      </w:r>
    </w:p>
    <w:p>
      <w:r>
        <w:rPr>
          <w:i/>
        </w:rPr>
        <w:t>“Aaj subah mere paas ek telephone aaya”</w:t>
      </w:r>
    </w:p>
    <w:p>
      <w:r>
        <w:rPr>
          <w:sz w:val="20"/>
        </w:rPr>
        <w:t>5:45  conditioning ki wajah se jo nuqsan hota hai, us ko mein batane ki koshish karunga. dekhiye, aaj subah meray pas aik telephone aaya.</w:t>
      </w:r>
      <w:r>
        <w:br/>
      </w:r>
      <w:r>
        <w:rPr>
          <w:sz w:val="20"/>
        </w:rPr>
        <w:t>5:58  aaj hi subah. ek sahab keh rahe the telephone par ke aap quran ke aalim hain to mera ek masla hai, is ko quran se hal bataiye, is ka.</w:t>
      </w:r>
      <w:r>
        <w:br/>
      </w:r>
      <w:r>
        <w:rPr>
          <w:sz w:val="20"/>
        </w:rPr>
        <w:t>6:13  unhon ne kaha ke hamare haan ek murder ka case ho gaya hai, qatl ka case. aur logon ne mujhe is mein phansaya do.</w:t>
      </w:r>
      <w:r>
        <w:br/>
      </w:r>
      <w:r>
        <w:rPr>
          <w:sz w:val="20"/>
        </w:rPr>
        <w:t>6:22  mere khilaf police case ban gaya.</w:t>
      </w:r>
      <w:r>
        <w:br/>
      </w:r>
      <w:r>
        <w:rPr>
          <w:sz w:val="20"/>
        </w:rPr>
        <w:t>6:26  to aap mujhe koi quran se aise aise amal bataiye, is ko main kar ke bach jaaun. aap jante hain ke baqayda aisi kitabein chhapi hui hain, amliyat ki,</w:t>
      </w:r>
      <w:r>
        <w:br/>
      </w:r>
      <w:r>
        <w:rPr>
          <w:sz w:val="20"/>
        </w:rPr>
        <w:t>6:40  amliyat qurani bhi chhapi hui kitab. to un ke nazdeek quran in ko aisa nuskha dega jis par amal kar ke wo amliyati ma'ne mein wo case se bach jayen.</w:t>
      </w:r>
      <w:r>
        <w:br/>
      </w:r>
      <w:r>
        <w:rPr>
          <w:sz w:val="20"/>
        </w:rPr>
        <w:t>6:58  to main ne socha ke dekhiye, musalman quran ko kis ma'ne mein lete hain? ya to wo samajhte hain ke quran tilawat ke liye hai, tilawat karo aur sawab hasil karte raho.</w:t>
      </w:r>
      <w:r>
        <w:br/>
      </w:r>
      <w:r>
        <w:rPr>
          <w:sz w:val="20"/>
        </w:rPr>
        <w:t>7:16  taraveeh ke zamane mein quran khatm kar lo aur bahut bada sawab un ko mil jayega. ya phir amliyat ke ma'ne mein.</w:t>
      </w:r>
      <w:r>
        <w:br/>
      </w:r>
      <w:r>
        <w:rPr>
          <w:sz w:val="20"/>
        </w:rPr>
        <w:t>7:28  amliyat ke ma'ne mein. yaani quran mein</w:t>
      </w:r>
      <w:r>
        <w:br/>
      </w:r>
      <w:r>
        <w:rPr>
          <w:sz w:val="20"/>
        </w:rPr>
        <w:t>7:33  ghor o fikr kar ke, tadabbur kar ke apni zindagi ka jaiza lena, ye ummat mein rawaji is ka nahi hai.</w:t>
      </w:r>
      <w:r>
        <w:br/>
      </w:r>
      <w:r>
        <w:rPr>
          <w:sz w:val="20"/>
        </w:rPr>
        <w:t>7:43  is ka rawaji ummat mein nahi hai.</w:t>
      </w:r>
      <w:r>
        <w:br/>
      </w:r>
      <w:r>
        <w:rPr>
          <w:sz w:val="20"/>
        </w:rPr>
        <w:t>7:47  abhi kal parson ek mazmoon padh raha tha main, is mein dhoom se wo likha tha unhon ne ke islam sari duniya ke masail ka hal hai.</w:t>
      </w:r>
      <w:r>
        <w:br/>
      </w:r>
      <w:r>
        <w:rPr>
          <w:sz w:val="20"/>
        </w:rPr>
        <w:t>7:57  quran sari duniya ke masail ka hal hai. to main ne socha ke quran mein to sari duniya ke masail ka hal musalmanon ko dikhai deta hai, khud apne bare mein hal dikhai nahi deta.</w:t>
      </w:r>
      <w:r>
        <w:br/>
      </w:r>
      <w:r>
        <w:rPr>
          <w:sz w:val="20"/>
        </w:rPr>
        <w:t>8:10  isi akhbar mein, isi magazine mein ye bhi chhapa hua tha musalmanon ke bare mein ke maujooda zamane mein musalman scienceon ka shikar hain, dushmanon se ghare hue hain.</w:t>
      </w:r>
      <w:r>
        <w:br/>
      </w:r>
      <w:r>
        <w:rPr>
          <w:sz w:val="20"/>
        </w:rPr>
        <w:t>8:23  isi mein aap bataiye ke musalman jo masail mein mubtala hain to is ka hal nahi quran mein hai? sare alam ke liye quran mein hal hai aur musalmanon ke masail ka hal nahi quran mein?</w:t>
      </w:r>
      <w:r>
        <w:br/>
      </w:r>
      <w:r>
        <w:rPr>
          <w:sz w:val="20"/>
        </w:rPr>
        <w:t>8:34  kaisi ajeeb soch hai.</w:t>
      </w:r>
    </w:p>
    <w:p>
      <w:pPr>
        <w:pStyle w:val="Heading2"/>
      </w:pPr>
      <w:r>
        <w:t>A sheep's lesson: defense only when truly threatened</w:t>
      </w:r>
    </w:p>
    <w:p>
      <w:r>
        <w:rPr>
          <w:color w:val="666666"/>
          <w:sz w:val="18"/>
        </w:rPr>
        <w:t>The Concept of Spirituality in Islam June 11, 2006 · 2m 39s · at 1:04:51 · https://youtu.be/ahSf-4d3AlM?t=3891</w:t>
      </w:r>
    </w:p>
    <w:p>
      <w:r>
        <w:rPr>
          <w:i/>
        </w:rPr>
        <w:t>“This morning a sheep bit me — and taught me something.”</w:t>
      </w:r>
    </w:p>
    <w:p>
      <w:r>
        <w:rPr>
          <w:sz w:val="20"/>
        </w:rPr>
        <w:t>1:04:51  aaj mein subah yahan baitha tha to ek bheerh ne mujhe yahan kaat liya aur abhi bhi iski takleef hai mere paon mein.</w:t>
      </w:r>
      <w:r>
        <w:br/>
      </w:r>
      <w:r>
        <w:rPr>
          <w:sz w:val="20"/>
        </w:rPr>
        <w:t>1:05:02  to mein ne socha, to mujhe is mein ek bohat ajeeb qism ka lesson mila.</w:t>
      </w:r>
      <w:r>
        <w:br/>
      </w:r>
      <w:r>
        <w:rPr>
          <w:sz w:val="20"/>
        </w:rPr>
        <w:t>1:05:12  wo bheerh jo thi, wo kaale rang ki bheerh, der se wahan par baithi hui thi, lekin mujhe wo kaati nahi thi.</w:t>
      </w:r>
      <w:r>
        <w:br/>
      </w:r>
      <w:r>
        <w:rPr>
          <w:sz w:val="20"/>
        </w:rPr>
        <w:t>1:05:20  is ne mujhe phir kya hua? wo bheerh kisi wajah se mere paon par aa gayi to mein ne us ko hatana chaha. us ko tab us ne kaata.</w:t>
      </w:r>
      <w:r>
        <w:br/>
      </w:r>
      <w:r>
        <w:rPr>
          <w:sz w:val="20"/>
        </w:rPr>
        <w:t>1:05:31  kyun? us ne kaata defence ke taur par.</w:t>
      </w:r>
      <w:r>
        <w:br/>
      </w:r>
      <w:r>
        <w:rPr>
          <w:sz w:val="20"/>
        </w:rPr>
        <w:t>1:05:36  animal ki yeh nature hai ke wo is waqt tak aap ko seeng nahi marenge, aap ko ding nahi marenge, aap ko koi takleef nahi pahunchayenge jab tak ke yeh na mehsoos karein wo ke aadmi un ko kuch karne ja raha hai,</w:t>
      </w:r>
      <w:r>
        <w:br/>
      </w:r>
      <w:r>
        <w:rPr>
          <w:sz w:val="20"/>
        </w:rPr>
        <w:t>1:05:52  haram-ul-banne ja raha hai un ke liye. to is waqt tak jab tak ke wahan bheerh jo thi, yeh samajhti thi ke meri taraf se is ko koi harm nahi pahunchne wala hai, tab tak wo reng rahi thi.</w:t>
      </w:r>
      <w:r>
        <w:br/>
      </w:r>
      <w:r>
        <w:rPr>
          <w:sz w:val="20"/>
        </w:rPr>
        <w:t>1:06:04  aise hi</w:t>
      </w:r>
      <w:r>
        <w:br/>
      </w:r>
      <w:r>
        <w:rPr>
          <w:sz w:val="20"/>
        </w:rPr>
        <w:t>1:06:05  jab mere paon par aa gayi wo aur mein ne apne haath se us ko hataya, aise hi to us ko mehsoos hua ke wo ab khatra aa gaya. tab us ne kaat liya. to mein ne socha ke dekhiye, insaan se kitna acha yeh bheerh hai.</w:t>
      </w:r>
      <w:r>
        <w:br/>
      </w:r>
      <w:r>
        <w:rPr>
          <w:sz w:val="20"/>
        </w:rPr>
        <w:t>1:06:18  insaan khwaam-khwaah hi kisi ke upar waar karta hai, khwaam-khwaah hi kisi ke upar attack karta hai, khwaam-khwaah hi kisi ke liye harmful banta hai. lekin</w:t>
      </w:r>
      <w:r>
        <w:br/>
      </w:r>
      <w:r>
        <w:rPr>
          <w:sz w:val="20"/>
        </w:rPr>
        <w:t>1:06:27  bheerh jo hai, is waqt to us ne apna, us par jo khuda ne jo us ko hathiyaar diya hai, is waqt istemaal kiya jab ke us ne mehsoos kiya ke us ke liye defence ka time aa gaya hai,</w:t>
      </w:r>
      <w:r>
        <w:br/>
      </w:r>
      <w:r>
        <w:rPr>
          <w:sz w:val="20"/>
        </w:rPr>
        <w:t>1:06:42  is se pehle nahi.</w:t>
      </w:r>
      <w:r>
        <w:br/>
      </w:r>
      <w:r>
        <w:rPr>
          <w:sz w:val="20"/>
        </w:rPr>
        <w:t>1:06:45  kyun ke ab bheerh ya koi bhi animal jo duniya mein hai, wo yeh message de raha hai ke agar tumhare upar koi attack kar de, tab to tum defence mein ja sakte ho, kuch kar sakte ho.</w:t>
      </w:r>
      <w:r>
        <w:br/>
      </w:r>
      <w:r>
        <w:rPr>
          <w:sz w:val="20"/>
        </w:rPr>
        <w:t>1:07:02  lekin jab tak koi attack nahin karta, jab tak koi egreshan nahin karta, us waqt tum ko peacefull rehna hai. us waqt tum ko peacefull rehna hai.</w:t>
      </w:r>
      <w:r>
        <w:br/>
      </w:r>
      <w:r>
        <w:rPr>
          <w:sz w:val="20"/>
        </w:rPr>
        <w:t>1:07:22  yani ek bheed ke andar bhi ye sabak hai. kaisi ajeeb baat hai!</w:t>
      </w:r>
    </w:p>
    <w:p>
      <w:pPr>
        <w:pStyle w:val="Heading2"/>
      </w:pPr>
      <w:r>
        <w:t>Don't hate the invitee – story of father and son</w:t>
      </w:r>
    </w:p>
    <w:p>
      <w:r>
        <w:rPr>
          <w:color w:val="666666"/>
          <w:sz w:val="18"/>
        </w:rPr>
        <w:t>Interaction with umries 25 july, 2019 - Maulana Wahiduddin Khan · 3m 05s · at 39:04 · https://youtu.be/MjQYVF1PwhM?t=2344</w:t>
      </w:r>
    </w:p>
    <w:p>
      <w:r>
        <w:rPr>
          <w:i/>
        </w:rPr>
        <w:t>“Jese mein ek waqea batata hoon aap ko”</w:t>
      </w:r>
    </w:p>
    <w:p>
      <w:r>
        <w:rPr>
          <w:sz w:val="20"/>
        </w:rPr>
        <w:t>39:04  jaise mein ek waqea batata hoon aap ko, hamare ek saathi the bangalore mein, doctor ahmad sultan.</w:t>
      </w:r>
      <w:r>
        <w:br/>
      </w:r>
      <w:r>
        <w:rPr>
          <w:sz w:val="20"/>
        </w:rPr>
        <w:t>39:13  ab un ki death ho chuki hai, un ka naam tha doctor ahmad sultan. woh bangalore mein rehte the to ek hindu ladka un ke paas aaya.</w:t>
      </w:r>
      <w:r>
        <w:br/>
      </w:r>
      <w:r>
        <w:rPr>
          <w:sz w:val="20"/>
        </w:rPr>
        <w:t>39:28  un ka un ka ta'alluqaat musalmanon se bhi the, hinduo se bhi the.</w:t>
      </w:r>
      <w:r>
        <w:br/>
      </w:r>
      <w:r>
        <w:rPr>
          <w:sz w:val="20"/>
        </w:rPr>
        <w:t>39:35  to us hindu ladke ne kaha ke "mera baap mujh se ghussa ho gaya hai" aur mujh ko ghar se nikaal diya.</w:t>
      </w:r>
      <w:r>
        <w:br/>
      </w:r>
      <w:r>
        <w:rPr>
          <w:sz w:val="20"/>
        </w:rPr>
        <w:t>39:48  "mera baap mujh se ghussa ho gaya hai aur mujh ko ghar se nikaal diya hai". to doctor ahmad sultan ne kaha ke "koha koha yaar nahi, tum mat ghussa ghussa ho.</w:t>
      </w:r>
      <w:r>
        <w:br/>
      </w:r>
      <w:r>
        <w:rPr>
          <w:sz w:val="20"/>
        </w:rPr>
        <w:t>40:04  tum aisa karo ke ek din baap ke ghar jao, baap ke ghar jao aur knock karo, darwaza khatkao.</w:t>
      </w:r>
      <w:r>
        <w:br/>
      </w:r>
      <w:r>
        <w:rPr>
          <w:sz w:val="20"/>
        </w:rPr>
        <w:t>40:20  jab baap nikle aur darwaza khole to kuch aur na karo, us ke paaon par gir pado, apna sir us ke paaon par rakh rakh do</w:t>
      </w:r>
      <w:r>
        <w:br/>
      </w:r>
      <w:r>
        <w:rPr>
          <w:sz w:val="20"/>
        </w:rPr>
        <w:t>40:37  aur sirf ek hi baat kaho: "baap, mujhe maaf kar do, bas aur kuch mat karna. yeh ek karna ke "baap, mujh se ghalti ho gayi, mujhe maaf karo".</w:t>
      </w:r>
      <w:r>
        <w:br/>
      </w:r>
      <w:r>
        <w:rPr>
          <w:sz w:val="20"/>
        </w:rPr>
        <w:t>40:54  to bete ne aise hi kiya, woh gaya aur knock kiya. baap nikla to foran gir pada us ke paaon par</w:t>
      </w:r>
      <w:r>
        <w:br/>
      </w:r>
      <w:r>
        <w:rPr>
          <w:sz w:val="20"/>
        </w:rPr>
        <w:t>41:09  rote hue.</w:t>
      </w:r>
      <w:r>
        <w:br/>
      </w:r>
      <w:r>
        <w:rPr>
          <w:sz w:val="20"/>
        </w:rPr>
        <w:t>41:14  ab dekhen kya hota hai, wohi baap jis ne is ko dhakka de kar nikaal diya tha: "jao, jao hamare ghar se, jao jahan chahe jao", usi baap ne is bachhe ko seene se laga liya,</w:t>
      </w:r>
      <w:r>
        <w:br/>
      </w:r>
      <w:r>
        <w:rPr>
          <w:sz w:val="20"/>
        </w:rPr>
        <w:t>41:34  same baap. aur us ke baad woh ghar daakhil ho gaya aur bete ki taraf rehne laga.</w:t>
      </w:r>
      <w:r>
        <w:br/>
      </w:r>
      <w:r>
        <w:rPr>
          <w:sz w:val="20"/>
        </w:rPr>
        <w:t>41:47  to mad'u jo hai, mad'u ko jab aap dushman samajh len to aise alfaaz niklenge nahi ke woh us ke andar rujoo ho, woh lote apne nature ki taraf.</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