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Someone insulted my faith</w:t>
      </w:r>
    </w:p>
    <w:p>
      <w:r>
        <w:rPr>
          <w:sz w:val="18"/>
        </w:rPr>
        <w:t>Q&amp;A, lecture moments and clips · full transcripts with timestamps · exported 2026-09-21</w:t>
      </w:r>
    </w:p>
    <w:p>
      <w:pPr>
        <w:pStyle w:val="Heading1"/>
      </w:pPr>
      <w:r>
        <w:t>Maulana was asked (30)</w:t>
      </w:r>
    </w:p>
    <w:p>
      <w:pPr>
        <w:pStyle w:val="Heading2"/>
      </w:pPr>
      <w:r>
        <w:t>Responding to Islam violence accusation</w:t>
      </w:r>
    </w:p>
    <w:p>
      <w:r>
        <w:rPr>
          <w:color w:val="666666"/>
          <w:sz w:val="18"/>
        </w:rPr>
        <w:t>Divine Help January 04, 2015 · 1m 30s · at 46:11 · https://youtu.be/IsFIb5jI5u8?t=2771</w:t>
      </w:r>
    </w:p>
    <w:p>
      <w:r>
        <w:rPr>
          <w:i/>
        </w:rPr>
        <w:t>“A Christian posted his comment on WhatsApp that he hated Islam as he believed it was a religion of violence. What should be the response?”</w:t>
      </w:r>
    </w:p>
    <w:p>
      <w:r>
        <w:rPr>
          <w:sz w:val="20"/>
        </w:rPr>
        <w:t>46:11  things." Jazakumullah مولانا, ab hum sawal lete hain, yeh sawal Dr. Farida Khanam ne bheja hai Delhi</w:t>
      </w:r>
      <w:r>
        <w:br/>
      </w:r>
      <w:r>
        <w:rPr>
          <w:sz w:val="20"/>
        </w:rPr>
        <w:t>46:18  se aur unhon ne likha hai ke "A Christian posted his comment on WhatsApp that he hated Islam</w:t>
      </w:r>
      <w:r>
        <w:br/>
      </w:r>
      <w:r>
        <w:rPr>
          <w:sz w:val="20"/>
        </w:rPr>
        <w:t>46:25  as he believed it was a religion of violence.</w:t>
      </w:r>
      <w:r>
        <w:br/>
      </w:r>
      <w:r>
        <w:rPr>
          <w:sz w:val="20"/>
        </w:rPr>
        <w:t>46:32  But he says I have read some of Maulana Wahiduddin Khan's writings. These are very unlike the Islam I know. Now he wants to read more about Islam. Maulana, what is your comment on this?</w:t>
      </w:r>
      <w:r>
        <w:br/>
      </w:r>
      <w:r>
        <w:rPr>
          <w:sz w:val="20"/>
        </w:rPr>
        <w:t>46:48  " Bhai dekhein, yeh jo comment aaya hai, mere is nazariye ki taeed karta hai ke humein supporting</w:t>
      </w:r>
      <w:r>
        <w:br/>
      </w:r>
      <w:r>
        <w:rPr>
          <w:sz w:val="20"/>
        </w:rPr>
        <w:t>46:54  literature bhi phailana hai, tarjume ke sath sath.</w:t>
      </w:r>
      <w:r>
        <w:br/>
      </w:r>
      <w:r>
        <w:rPr>
          <w:sz w:val="20"/>
        </w:rPr>
        <w:t>47:00  Yaani pehla kaam hai ke hum Quran ke tarjume tamam zabanon mein tayyar kar ke phailayein.</w:t>
      </w:r>
      <w:r>
        <w:br/>
      </w:r>
      <w:r>
        <w:rPr>
          <w:sz w:val="20"/>
        </w:rPr>
        <w:t>47:06  Sath sath yeh bohat hi ahem baat yeh bhi hai ke supporting literature jis ko mein kehta hoon,</w:t>
      </w:r>
      <w:r>
        <w:br/>
      </w:r>
      <w:r>
        <w:rPr>
          <w:sz w:val="20"/>
        </w:rPr>
        <w:t>47:12  kyun ke agar aap aisa literature nahi phailayeinge to sirf tarjume se poori baat clear nahi hogi.</w:t>
      </w:r>
      <w:r>
        <w:br/>
      </w:r>
      <w:r>
        <w:rPr>
          <w:sz w:val="20"/>
        </w:rPr>
        <w:t>47:18  Kyun ke aaj ka insan jo hai, us ko samne rakh kar ke aap ko supporting literature phailana hai.</w:t>
      </w:r>
      <w:r>
        <w:br/>
      </w:r>
      <w:r>
        <w:rPr>
          <w:sz w:val="20"/>
        </w:rPr>
        <w:t>47:24  Allah ke fazal se hamare mission mein supporting literature bohat bari tadad mein tayyar kiya gaya hai.</w:t>
      </w:r>
      <w:r>
        <w:br/>
      </w:r>
      <w:r>
        <w:rPr>
          <w:sz w:val="20"/>
        </w:rPr>
        <w:t>47:30  To logon ko chahiye ke woh Quran ke tarjume hi phailayein aur is hamare sath jo kitabein chapi</w:t>
      </w:r>
      <w:r>
        <w:br/>
      </w:r>
      <w:r>
        <w:rPr>
          <w:sz w:val="20"/>
        </w:rPr>
        <w:t>47:36  hain, us ko bhi phailayein."</w:t>
      </w:r>
      <w:r>
        <w:br/>
      </w:r>
      <w:r>
        <w:rPr>
          <w:sz w:val="20"/>
        </w:rPr>
        <w:t>47:42  maulana sahib, agla sawal aa naghma siddiqui ne kiya hai dilli se aur unhon ne likha hai ke</w:t>
      </w:r>
    </w:p>
    <w:p>
      <w:pPr>
        <w:pStyle w:val="Heading2"/>
      </w:pPr>
      <w:r>
        <w:t>Answering Criticism of Fear-Based Worship</w:t>
      </w:r>
    </w:p>
    <w:p>
      <w:r>
        <w:rPr>
          <w:color w:val="666666"/>
          <w:sz w:val="18"/>
        </w:rPr>
        <w:t>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Atheist's claim of relative morality</w:t>
      </w:r>
    </w:p>
    <w:p>
      <w:r>
        <w:rPr>
          <w:color w:val="666666"/>
          <w:sz w:val="18"/>
        </w:rPr>
        <w:t>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Misunderstood question about belief</w:t>
      </w:r>
    </w:p>
    <w:p>
      <w:r>
        <w:rPr>
          <w:color w:val="666666"/>
          <w:sz w:val="18"/>
        </w:rPr>
        <w:t>God Oriented Life (In Conversation with Maulana) 23 10 11 · 8m 17s · at 7:23 · https://youtu.be/E_LWwsWww2U?t=443</w:t>
      </w:r>
    </w:p>
    <w:p>
      <w:r>
        <w:rPr>
          <w:i/>
        </w:rPr>
        <w:t>“I had asked a question from Maulana in the last Sunday talk but perhaps it was misunderstood. I have a firm belief in God but the basic question in my mind relates to...”</w:t>
      </w:r>
    </w:p>
    <w:p>
      <w:r>
        <w:rPr>
          <w:sz w:val="20"/>
        </w:rPr>
        <w:t>7:23  maulana yeh sawal aaya hai Mr Ashish Diwari ka Kanpur se unhone likha hai I had asked</w:t>
      </w:r>
      <w:r>
        <w:br/>
      </w:r>
      <w:r>
        <w:rPr>
          <w:sz w:val="20"/>
        </w:rPr>
        <w:t>7:30  This question, I had asked a question from Maulana in the last Sunday talk, but perhaps it was</w:t>
      </w:r>
      <w:r>
        <w:br/>
      </w:r>
      <w:r>
        <w:rPr>
          <w:sz w:val="20"/>
        </w:rPr>
        <w:t>7:37  misunderstood. I have a firm belief in God, but the basic question in my mind relates to</w:t>
      </w:r>
      <w:r>
        <w:br/>
      </w:r>
      <w:r>
        <w:rPr>
          <w:sz w:val="20"/>
        </w:rPr>
        <w:t>7:45  Why we are here in this world you have said that the creation plan of God is to</w:t>
      </w:r>
      <w:r>
        <w:br/>
      </w:r>
      <w:r>
        <w:rPr>
          <w:sz w:val="20"/>
        </w:rPr>
        <w:t>7:50  test man in this world and find out whether he is worthy of living in paradise but God</w:t>
      </w:r>
      <w:r>
        <w:br/>
      </w:r>
      <w:r>
        <w:rPr>
          <w:sz w:val="20"/>
        </w:rPr>
        <w:t>7:58  as the most merciful to His creatures. So why would He subject them to trials and hardships?</w:t>
      </w:r>
      <w:r>
        <w:br/>
      </w:r>
      <w:r>
        <w:rPr>
          <w:sz w:val="20"/>
        </w:rPr>
        <w:t>8:04  for testing them if such a test is not</w:t>
      </w:r>
      <w:r>
        <w:br/>
      </w:r>
      <w:r>
        <w:rPr>
          <w:sz w:val="20"/>
        </w:rPr>
        <w:t>8:08  really necessary and the outcome of the test is known in advance if quran is truly the word of god it must answer this basic question is there any verse in quran that can shed any light on this matter in my own reading of quran i could not find the answer please provide your valuable guidance in this regard</w:t>
      </w:r>
      <w:r>
        <w:br/>
      </w:r>
      <w:r>
        <w:rPr>
          <w:sz w:val="20"/>
        </w:rPr>
        <w:t>8:32  dekhein yeh yahi ek question nahi billion question hain lekin aap ko karna kya hai science mein ek formula hai us ko kehte hain principle of elimination yani kuch question aise hote hain un ko aap ko yani chhodna padta hai ignore karna padta hai warna aap kahin nahi pahunche</w:t>
      </w:r>
      <w:r>
        <w:br/>
      </w:r>
      <w:r>
        <w:rPr>
          <w:sz w:val="20"/>
        </w:rPr>
        <w:t>8:57  farz kijiye ke aap delhi mein hai aap ko jana hai kanpur toh har waqt yeh andesha hai ke mein train se jaon toh kahin train jo hai patri se utar jaye kahin earthquake aa jaye kahin woh storm aa jaye toh kya aap safar nahi karenge</w:t>
      </w:r>
      <w:r>
        <w:br/>
      </w:r>
      <w:r>
        <w:rPr>
          <w:sz w:val="20"/>
        </w:rPr>
        <w:t>9:17  us ko eliminate karte hain aap is is sawalat ko eliminate karte hain har maamle mein isi ki baat nahi hai har maamle mein hazaron question hain side questions side us ko aap eliminate karte hain toh duniya mein zinda hain toh yeh ek side question hai asal baat jo sochne ki us mein focus hona chahiye woh kya hai</w:t>
      </w:r>
      <w:r>
        <w:br/>
      </w:r>
      <w:r>
        <w:rPr>
          <w:sz w:val="20"/>
        </w:rPr>
        <w:t>9:40  ke allah taala ne kitni bari mere sath yani rehmat ki hai ke mujhe paida kiya jab ke mein mera wajood nahi tha ek duniya mein rakha 60 70 saal 50 saal 80 saal ke liye aur mujhe sirf itna karna hai ke hai ke azadi ko misuse na karoon aur us ke baad mujhe eternal priority milegi</w:t>
      </w:r>
      <w:r>
        <w:br/>
      </w:r>
      <w:r>
        <w:rPr>
          <w:sz w:val="20"/>
        </w:rPr>
        <w:t>10:09  mein ek shakhs se mila ek baar jo padh raha tha university mein toh ek kamre mein raat din rehta tha woh farz us ko zaroor tha ke mujhe top karna hai top karna hai bade bade baal ho gaye the baal nahi banwata tha woh</w:t>
      </w:r>
      <w:r>
        <w:br/>
      </w:r>
      <w:r>
        <w:rPr>
          <w:sz w:val="20"/>
        </w:rPr>
        <w:t>10:27  yani bilkul neat bana hua tha us zamane mein woh toh mein ne us se poocha ke bhai aap ki halat hai aisi toh yeh aap ko kaisa lagta hai yeh</w:t>
      </w:r>
      <w:r>
        <w:br/>
      </w:r>
      <w:r>
        <w:rPr>
          <w:sz w:val="20"/>
        </w:rPr>
        <w:t>10:39  toh us ne kaha yeh baat kahi ke jab mein yeh sochta hoon jis din mein top karunga us din foran mere taraqqi ke darwaze khul jayenge toh sab bhool jata hai pareshani bhool jati hai</w:t>
      </w:r>
      <w:r>
        <w:br/>
      </w:r>
      <w:r>
        <w:rPr>
          <w:sz w:val="20"/>
        </w:rPr>
        <w:t>10:53  agar woh yeh sochta ke kahin main mar jaon beech mein ke accident ho jaye ke falan baat</w:t>
      </w:r>
      <w:r>
        <w:br/>
      </w:r>
      <w:r>
        <w:rPr>
          <w:sz w:val="20"/>
        </w:rPr>
        <w:t>10:58  ho jaye to use phansa rehta hai woh dekhen side question mein phansna yeh is ka naam hai</w:t>
      </w:r>
      <w:r>
        <w:br/>
      </w:r>
      <w:r>
        <w:rPr>
          <w:sz w:val="20"/>
        </w:rPr>
        <w:t>11:04  confusion yaad rakhiye</w:t>
      </w:r>
      <w:r>
        <w:br/>
      </w:r>
      <w:r>
        <w:rPr>
          <w:sz w:val="20"/>
        </w:rPr>
        <w:t>11:07  side question hamesha hi hotay hain kisi bhi cheez mein agar aap side question mein phanse to aap</w:t>
      </w:r>
      <w:r>
        <w:br/>
      </w:r>
      <w:r>
        <w:rPr>
          <w:sz w:val="20"/>
        </w:rPr>
        <w:t>11:13  zinda reh rahe hain aap shadi na karen aap bachon ko na padhayen aap business na karen aap</w:t>
      </w:r>
      <w:r>
        <w:br/>
      </w:r>
      <w:r>
        <w:rPr>
          <w:sz w:val="20"/>
        </w:rPr>
        <w:t>11:16  job na karen kyunke har jagah side question maujood hai</w:t>
      </w:r>
      <w:r>
        <w:br/>
      </w:r>
      <w:r>
        <w:rPr>
          <w:sz w:val="20"/>
        </w:rPr>
        <w:t>11:21  to yeh science mein yahi hota hai ke aaj scientist jab aap kisi cheez ki tehqeeq karta hai</w:t>
      </w:r>
      <w:r>
        <w:br/>
      </w:r>
      <w:r>
        <w:rPr>
          <w:sz w:val="20"/>
        </w:rPr>
        <w:t>11:27  to bohat si cheezen darmian mein aati hain ke cheezen jo ab amal ke amal ke bete roop</w:t>
      </w:r>
      <w:r>
        <w:br/>
      </w:r>
      <w:r>
        <w:rPr>
          <w:sz w:val="20"/>
        </w:rPr>
        <w:t>11:32  mein hain mili juli roop mein hain</w:t>
      </w:r>
      <w:r>
        <w:br/>
      </w:r>
      <w:r>
        <w:rPr>
          <w:sz w:val="20"/>
        </w:rPr>
        <w:t>11:35  scientist aik cheez ki tehqeeq kar raha hai to beech</w:t>
      </w:r>
      <w:r>
        <w:br/>
      </w:r>
      <w:r>
        <w:rPr>
          <w:sz w:val="20"/>
        </w:rPr>
        <w:t>11:38  mein doosri cheezen aati hain jiska taluq chemistry se hai iska taluq biology se hai is</w:t>
      </w:r>
      <w:r>
        <w:br/>
      </w:r>
      <w:r>
        <w:rPr>
          <w:sz w:val="20"/>
        </w:rPr>
        <w:t>11:42  ka taluq physics hai iska taluq is se hai is se woh chhodta jata hai is aik</w:t>
      </w:r>
      <w:r>
        <w:br/>
      </w:r>
      <w:r>
        <w:rPr>
          <w:sz w:val="20"/>
        </w:rPr>
        <w:t>11:47  cheez tak safar karta hai woh tab woh tehqeeq kar pata hai jisko kehte hain principle of</w:t>
      </w:r>
      <w:r>
        <w:br/>
      </w:r>
      <w:r>
        <w:rPr>
          <w:sz w:val="20"/>
        </w:rPr>
        <w:t>11:53  elimination to aap ko yeh karna hai yahan bhi karna hai</w:t>
      </w:r>
      <w:r>
        <w:br/>
      </w:r>
      <w:r>
        <w:rPr>
          <w:sz w:val="20"/>
        </w:rPr>
        <w:t>11:59  side questions ko aap ko ignore karna padega nahi to phanse rahenge phanse rahenge kuch</w:t>
      </w:r>
      <w:r>
        <w:br/>
      </w:r>
      <w:r>
        <w:rPr>
          <w:sz w:val="20"/>
        </w:rPr>
        <w:t>12:04  nahi hoga aur sawal yeh hai ke aap isi mein kyun itna zyada</w:t>
      </w:r>
      <w:r>
        <w:br/>
      </w:r>
      <w:r>
        <w:rPr>
          <w:sz w:val="20"/>
        </w:rPr>
        <w:t>12:10  mein kehta hoon aap ki zindagi kaun sa maamla aisa hai jahan yeh sab question na hon aur us ko eliminate na kiya ho aap ne</w:t>
      </w:r>
      <w:r>
        <w:br/>
      </w:r>
      <w:r>
        <w:rPr>
          <w:sz w:val="20"/>
        </w:rPr>
        <w:t>12:17  jab aap ne business ki hogi jab aap ne padha hoga jab aap ne job kiya hoga jab</w:t>
      </w:r>
      <w:r>
        <w:br/>
      </w:r>
      <w:r>
        <w:rPr>
          <w:sz w:val="20"/>
        </w:rPr>
        <w:t>12:21  aap ne shadi ki hogi jab aap ne bachay ko school mein dakhil kiya hoga jab aap ne</w:t>
      </w:r>
      <w:r>
        <w:br/>
      </w:r>
      <w:r>
        <w:rPr>
          <w:sz w:val="20"/>
        </w:rPr>
        <w:t>12:26  safar har jagah aise question thay aaj bhi aise question hain</w:t>
      </w:r>
      <w:r>
        <w:br/>
      </w:r>
      <w:r>
        <w:rPr>
          <w:sz w:val="20"/>
        </w:rPr>
        <w:t>12:32  to aap is ko eliminate karte hain apnay jo aap ka goal hai is badhte rehte hain badhte</w:t>
      </w:r>
      <w:r>
        <w:br/>
      </w:r>
      <w:r>
        <w:rPr>
          <w:sz w:val="20"/>
        </w:rPr>
        <w:t>12:37  rehte hain badhte rehte hain to yeh side question yani principle principle of elimination yeh universal principle hai</w:t>
      </w:r>
      <w:r>
        <w:br/>
      </w:r>
      <w:r>
        <w:rPr>
          <w:sz w:val="20"/>
        </w:rPr>
        <w:t>12:46  har aadmi is pe karta hi karta hai amal na kare to pagal ho jaye to main kahun</w:t>
      </w:r>
      <w:r>
        <w:br/>
      </w:r>
      <w:r>
        <w:rPr>
          <w:sz w:val="20"/>
        </w:rPr>
        <w:t>12:51  ga sirf yeh sochiye ke kaisa aaj yeh mauqa diya Allah taala ne mujh ko ke main aik</w:t>
      </w:r>
      <w:r>
        <w:br/>
      </w:r>
      <w:r>
        <w:rPr>
          <w:sz w:val="20"/>
        </w:rPr>
        <w:t>12:57  sirf aik cheez ko aik aik</w:t>
      </w:r>
      <w:r>
        <w:br/>
      </w:r>
      <w:r>
        <w:rPr>
          <w:sz w:val="20"/>
        </w:rPr>
        <w:t>13:02  cheez sabit kar doon apni zindagi mein ke main ne Khuda ki di hui freedom ko misuse</w:t>
      </w:r>
      <w:r>
        <w:br/>
      </w:r>
      <w:r>
        <w:rPr>
          <w:sz w:val="20"/>
        </w:rPr>
        <w:t>13:07  nahi kiya aur uske baad i eternal paradise hai</w:t>
      </w:r>
      <w:r>
        <w:br/>
      </w:r>
      <w:r>
        <w:rPr>
          <w:sz w:val="20"/>
        </w:rPr>
        <w:t>13:13  to yeh to bilkul thrilling aap ko thrill aayega soch kar ke</w:t>
      </w:r>
      <w:r>
        <w:br/>
      </w:r>
      <w:r>
        <w:rPr>
          <w:sz w:val="20"/>
        </w:rPr>
        <w:t>13:18  thrill aayega</w:t>
      </w:r>
      <w:r>
        <w:br/>
      </w:r>
      <w:r>
        <w:rPr>
          <w:sz w:val="20"/>
        </w:rPr>
        <w:t>13:20  yeh kyunke aap ne is ko discover nahi kiya yani woh thrilling discovery aap ko nahi hui goal</w:t>
      </w:r>
      <w:r>
        <w:br/>
      </w:r>
      <w:r>
        <w:rPr>
          <w:sz w:val="20"/>
        </w:rPr>
        <w:t>13:27  ke baray mein to aap side question mein phanse hue hain</w:t>
      </w:r>
      <w:r>
        <w:br/>
      </w:r>
      <w:r>
        <w:rPr>
          <w:sz w:val="20"/>
        </w:rPr>
        <w:t>13:31  mein sirf yahi kahunga ke aap doosri zindagi ke doosre mamle mein is ke aasani karte to</w:t>
      </w:r>
      <w:r>
        <w:br/>
      </w:r>
      <w:r>
        <w:rPr>
          <w:sz w:val="20"/>
        </w:rPr>
        <w:t>13:36  aap double standard aap double standard ban rahe hain</w:t>
      </w:r>
      <w:r>
        <w:br/>
      </w:r>
      <w:r>
        <w:rPr>
          <w:sz w:val="20"/>
        </w:rPr>
        <w:t>13:41  dekhein saada baat nahi hai aap double standard ban rahe hain har doosre mamle mein aap side</w:t>
      </w:r>
      <w:r>
        <w:br/>
      </w:r>
      <w:r>
        <w:rPr>
          <w:sz w:val="20"/>
        </w:rPr>
        <w:t>13:47  question ko ignore karte hain har doosre maamle mein koi maamla aisa nahi hai ke aap side question ko</w:t>
      </w:r>
      <w:r>
        <w:br/>
      </w:r>
      <w:r>
        <w:rPr>
          <w:sz w:val="20"/>
        </w:rPr>
        <w:t>13:56  ek baar to yahan par dekhiye yahan jo prime minister the jo kuch din ke liye pehle chand</w:t>
      </w:r>
      <w:r>
        <w:br/>
      </w:r>
      <w:r>
        <w:rPr>
          <w:sz w:val="20"/>
        </w:rPr>
        <w:t>14:03  sheikh chand sheikh ke haan boatsey mein unhon ne ek form banaya tha bohat acha form bohat beauty</w:t>
      </w:r>
      <w:r>
        <w:br/>
      </w:r>
      <w:r>
        <w:rPr>
          <w:sz w:val="20"/>
        </w:rPr>
        <w:t>14:09  full to unhon ne ek baar to wahan function kiya tha mujhe bulaya tha wahan ab zahir hai</w:t>
      </w:r>
      <w:r>
        <w:br/>
      </w:r>
      <w:r>
        <w:rPr>
          <w:sz w:val="20"/>
        </w:rPr>
        <w:t>14:16  ke prime minister ka form aur wahan par</w:t>
      </w:r>
      <w:r>
        <w:br/>
      </w:r>
      <w:r>
        <w:rPr>
          <w:sz w:val="20"/>
        </w:rPr>
        <w:t>14:20  bohat aala intezamat the acha mein ne jo khana khaya to mujhe food poisoning ho gayi</w:t>
      </w:r>
      <w:r>
        <w:br/>
      </w:r>
      <w:r>
        <w:rPr>
          <w:sz w:val="20"/>
        </w:rPr>
        <w:t>14:26  food poisoning hui aur itna zyada mein pareshan hua ke bayan se bahar ab isi ko le kar</w:t>
      </w:r>
      <w:r>
        <w:br/>
      </w:r>
      <w:r>
        <w:rPr>
          <w:sz w:val="20"/>
        </w:rPr>
        <w:t>14:32  mein kahoon har khane ko mein shakk karoon to bhooka nahi mar jaunga mein</w:t>
      </w:r>
      <w:r>
        <w:br/>
      </w:r>
      <w:r>
        <w:rPr>
          <w:sz w:val="20"/>
        </w:rPr>
        <w:t>14:37  ke wahan ka jo khana tha chand sheikh ke haan woh us mein pata nahi kya cheez ki thi food poisoning ho gayi ab har khane mein shakk karoon mein toh bhooka maroon ga mein aise hi mein kashmir mein gaya toh wahan par pahalgam mein pani pi liya mein ne wahan pani woh heavy water hota hai heavy water toh mere sir mein bohat dard hua bohat dard hua ke mein</w:t>
      </w:r>
      <w:r>
        <w:br/>
      </w:r>
      <w:r>
        <w:rPr>
          <w:sz w:val="20"/>
        </w:rPr>
        <w:t>15:04  yani bolna bhi mushkil se hota tha to ab mein koi pani na piyoon jo pani piyoon ga</w:t>
      </w:r>
      <w:r>
        <w:br/>
      </w:r>
      <w:r>
        <w:rPr>
          <w:sz w:val="20"/>
        </w:rPr>
        <w:t>15:11  samjhun ke bhai wahi phir dobara na ho jaye shakk kar loon to yeh dekhiye shakk mein jeena</w:t>
      </w:r>
      <w:r>
        <w:br/>
      </w:r>
      <w:r>
        <w:rPr>
          <w:sz w:val="20"/>
        </w:rPr>
        <w:t>15:17  koi jeena nahi hai</w:t>
      </w:r>
      <w:r>
        <w:br/>
      </w:r>
      <w:r>
        <w:rPr>
          <w:sz w:val="20"/>
        </w:rPr>
        <w:t>15:19  aaj aisa aadmi double standard banta hai kuch cheezon mein shakk karega kuch cheezon mein nahi kare</w:t>
      </w:r>
      <w:r>
        <w:br/>
      </w:r>
      <w:r>
        <w:rPr>
          <w:sz w:val="20"/>
        </w:rPr>
        <w:t>15:22  ga kuch cheezon mein side question par zor dega kuch cheezon ko ignore karega</w:t>
      </w:r>
      <w:r>
        <w:br/>
      </w:r>
      <w:r>
        <w:rPr>
          <w:sz w:val="20"/>
        </w:rPr>
        <w:t>15:30  to is se bachiye ke aap ka case double standard case ban jaye dual thinking ka case ban</w:t>
      </w:r>
      <w:r>
        <w:br/>
      </w:r>
      <w:r>
        <w:rPr>
          <w:sz w:val="20"/>
        </w:rPr>
        <w:t>15:36  jaye is se bachiye</w:t>
      </w:r>
    </w:p>
    <w:p>
      <w:pPr>
        <w:pStyle w:val="Heading2"/>
      </w:pPr>
      <w:r>
        <w:t>Addressing Accusations of Being Traitors</w:t>
      </w:r>
    </w:p>
    <w:p>
      <w:r>
        <w:rPr>
          <w:color w:val="666666"/>
          <w:sz w:val="18"/>
        </w:rPr>
        <w:t>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Response to propaganda about Christianity work</w:t>
      </w:r>
    </w:p>
    <w:p>
      <w:r>
        <w:rPr>
          <w:color w:val="666666"/>
          <w:sz w:val="18"/>
        </w:rPr>
        <w:t>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Religion restricts freedom, so reject it</w:t>
      </w:r>
    </w:p>
    <w:p>
      <w:r>
        <w:rPr>
          <w:color w:val="666666"/>
          <w:sz w:val="18"/>
        </w:rPr>
        <w:t>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Punishment for insulting parents</w:t>
      </w:r>
    </w:p>
    <w:p>
      <w:r>
        <w:rPr>
          <w:color w:val="666666"/>
          <w:sz w:val="18"/>
        </w:rPr>
        <w:t>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Religious persecution or confusion today</w:t>
      </w:r>
    </w:p>
    <w:p>
      <w:r>
        <w:rPr>
          <w:color w:val="666666"/>
          <w:sz w:val="18"/>
        </w:rPr>
        <w:t>Spiritual Light of The Believers (Itmam-E-Noor ) May 12, 2013 · 1m 37s · at 49:04 · https://youtu.be/SmjmddWA1Jo?t=2944</w:t>
      </w:r>
    </w:p>
    <w:p>
      <w:r>
        <w:rPr>
          <w:i/>
        </w:rPr>
        <w:t>“Today, is it religious persecution or religious confusion?”</w:t>
      </w:r>
    </w:p>
    <w:p>
      <w:r>
        <w:rPr>
          <w:sz w:val="20"/>
        </w:rPr>
        <w:t>49:04  maulana, agla sawal lene se pehle aik comment parhna chahein ge jo mehtab ahmad sahib ne bheja hai dhampur se.</w:t>
      </w:r>
      <w:r>
        <w:br/>
      </w:r>
      <w:r>
        <w:rPr>
          <w:sz w:val="20"/>
        </w:rPr>
        <w:t>49:11  unhon ne likha hai: maulana sahib, your lecture every time gives me knowledge. mehtab sahib, dhampur.</w:t>
      </w:r>
      <w:r>
        <w:br/>
      </w:r>
      <w:r>
        <w:rPr>
          <w:sz w:val="20"/>
        </w:rPr>
        <w:t>49:21  agla sawal maulana. maulana yaqoob umri ka, gulbergah se. unhon ne likha hai: maulana, aaj religious persecution hai ya religious confusion?</w:t>
      </w:r>
      <w:r>
        <w:br/>
      </w:r>
      <w:r>
        <w:rPr>
          <w:sz w:val="20"/>
        </w:rPr>
        <w:t>49:32  is ki wazahat karen. woh dono hain.</w:t>
      </w:r>
      <w:r>
        <w:br/>
      </w:r>
      <w:r>
        <w:rPr>
          <w:sz w:val="20"/>
        </w:rPr>
        <w:t>49:35  persecution hota tha hukumat ki taraf se, woh khatm ho gaya. aur confusion to ab aap ka apna mamla hai, is ka hukumat se koi talluq nahi hai.</w:t>
      </w:r>
      <w:r>
        <w:br/>
      </w:r>
      <w:r>
        <w:rPr>
          <w:sz w:val="20"/>
        </w:rPr>
        <w:t>49:47  religious persecution jo tha, woh regime ki taraf se tha.</w:t>
      </w:r>
      <w:r>
        <w:br/>
      </w:r>
      <w:r>
        <w:rPr>
          <w:sz w:val="20"/>
        </w:rPr>
        <w:t>49:55  yani jo hakim hua karte thay, un ki taraf se tha, woh khatm ho gaya. bohat confusion to aap ka apna zaati mamla hai.</w:t>
      </w:r>
      <w:r>
        <w:br/>
      </w:r>
      <w:r>
        <w:rPr>
          <w:sz w:val="20"/>
        </w:rPr>
        <w:t>50:04  woh woh to rahega, woh to imtehan hai, woh to test ki baat hai. woh to test rahega. aap ko confusion ke parde ko phaar kar ke bahar aana hai.</w:t>
      </w:r>
      <w:r>
        <w:br/>
      </w:r>
      <w:r>
        <w:rPr>
          <w:sz w:val="20"/>
        </w:rPr>
        <w:t>50:14  quran mein dekhiye, yeh hai ke wa laa albasna 'alayhim ma yalbasoon yani hamesha is dunya mein iltibas rahega. iltibas ke ma'ni hain element of doubt.</w:t>
      </w:r>
      <w:r>
        <w:br/>
      </w:r>
      <w:r>
        <w:rPr>
          <w:sz w:val="20"/>
        </w:rPr>
        <w:t>50:25  isi element of doubt ko hum kehte hain confusion.</w:t>
      </w:r>
      <w:r>
        <w:br/>
      </w:r>
      <w:r>
        <w:rPr>
          <w:sz w:val="20"/>
        </w:rPr>
        <w:t>50:29  to element of doubt jo hai, woh to woh to hai test ki wajah se. woh to har aadmi ka apna kaam hai ke is ko is se bahar aaye.</w:t>
      </w:r>
      <w:r>
        <w:br/>
      </w:r>
      <w:r>
        <w:rPr>
          <w:sz w:val="20"/>
        </w:rPr>
        <w:t>50:38  woh</w:t>
      </w:r>
    </w:p>
    <w:p>
      <w:pPr>
        <w:pStyle w:val="Heading2"/>
      </w:pPr>
      <w:r>
        <w:t>Atheism as overconfidence beyond capacity</w:t>
      </w:r>
    </w:p>
    <w:p>
      <w:r>
        <w:rPr>
          <w:color w:val="666666"/>
          <w:sz w:val="18"/>
        </w:rPr>
        <w:t>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Explanation of verifying news from a sinful person</w:t>
      </w:r>
    </w:p>
    <w:p>
      <w:r>
        <w:rPr>
          <w:color w:val="666666"/>
          <w:sz w:val="18"/>
        </w:rPr>
        <w:t>Q&amp;A 13 Nov 2011 · 5m 01s · at 42:19 · https://youtu.be/oOZ9h37_pL8?t=2539</w:t>
      </w:r>
    </w:p>
    <w:p>
      <w:r>
        <w:rPr>
          <w:i/>
        </w:rPr>
        <w:t>“Please explain the verse: 'O you who believe, if a sinful person brings you news, verify it, lest you unwittingly harm others and then regret what you have done' (Chapter 49, verse 6).”</w:t>
      </w:r>
    </w:p>
    <w:p>
      <w:r>
        <w:rPr>
          <w:sz w:val="20"/>
        </w:rPr>
        <w:t>42:19  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r>
        <w:br/>
      </w:r>
      <w:r>
        <w:rPr>
          <w:sz w:val="20"/>
        </w:rPr>
        <w:t>42:46  this is in chapter 48 verse number 6.</w:t>
      </w:r>
      <w:r>
        <w:br/>
      </w:r>
      <w:r>
        <w:rPr>
          <w:sz w:val="20"/>
        </w:rPr>
        <w:t>42:54  yahan woh hai agar jaa ko faasiq bin bin fatabainu. is ka matlab hai ke koi aap is khabar jab milte hain koi negative news.</w:t>
      </w:r>
      <w:r>
        <w:br/>
      </w:r>
      <w:r>
        <w:rPr>
          <w:sz w:val="20"/>
        </w:rPr>
        <w:t>43:05  yahan negative news murad hai. to is ki tehqeeq karo. fatabainu tabainu ke mani hain khoob tehqeeq karo khoob pata karo.</w:t>
      </w:r>
      <w:r>
        <w:br/>
      </w:r>
      <w:r>
        <w:rPr>
          <w:sz w:val="20"/>
        </w:rPr>
        <w:t>43:15  khoob is ki scurity karo. yeh nahi ke main suna aur lage baandh kar</w:t>
      </w:r>
      <w:r>
        <w:br/>
      </w:r>
      <w:r>
        <w:rPr>
          <w:sz w:val="20"/>
        </w:rPr>
        <w:t>43:21  yeh bilkul galat hai gunah hai yeh. yeh matlab hai is ka. ke quran mein yeh hukum diya gaya hai ke aap ke yeh tareeqa nahi hona chahiye ke koi khabar suni aur phir lage baandh kar doosron se us ko.</w:t>
      </w:r>
      <w:r>
        <w:br/>
      </w:r>
      <w:r>
        <w:rPr>
          <w:sz w:val="20"/>
        </w:rPr>
        <w:t>43:37  kyunke</w:t>
      </w:r>
      <w:r>
        <w:br/>
      </w:r>
      <w:r>
        <w:rPr>
          <w:sz w:val="20"/>
        </w:rPr>
        <w:t>43:38  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r>
        <w:br/>
      </w:r>
      <w:r>
        <w:rPr>
          <w:sz w:val="20"/>
        </w:rPr>
        <w:t>44:00  achha farz kijiye ke aap kahein kahan main time hai t</w:t>
      </w:r>
      <w:r>
        <w:br/>
      </w:r>
      <w:r>
        <w:rPr>
          <w:sz w:val="20"/>
        </w:rPr>
        <w:t>44:03  elephone karne ka to aap ko kahan woh time hai khabrein phailane ka? yeh khabrein kyun phailate hain aap? misaal ke taur par mere bare mein taqreeban saare mukhalifeen kya karte hain</w:t>
      </w:r>
      <w:r>
        <w:br/>
      </w:r>
      <w:r>
        <w:rPr>
          <w:sz w:val="20"/>
        </w:rPr>
        <w:t>44:17  baghair meri kitabon ko padhe hue suni sunai baton par mere bare mein phailate rehte hain. to aap ke liye do option hain. ya to chup rahein ya baqayda tehqeeq kar ke bolein.</w:t>
      </w:r>
      <w:r>
        <w:br/>
      </w:r>
      <w:r>
        <w:rPr>
          <w:sz w:val="20"/>
        </w:rPr>
        <w:t>44:30  yeh sirf option nahi hai ke tehqeeq bhi na karein aap bolna bhi shuru kar dein.</w:t>
      </w:r>
      <w:r>
        <w:br/>
      </w:r>
      <w:r>
        <w:rPr>
          <w:sz w:val="20"/>
        </w:rPr>
        <w:t>44:36  aap ko kisi ke bare mein ek negative baat batana hai to aap ko haq nahi hai aap bohat bara gunah karein ge ke bila tehqeeq ke lage bolne us ko.</w:t>
      </w:r>
      <w:r>
        <w:br/>
      </w:r>
      <w:r>
        <w:rPr>
          <w:sz w:val="20"/>
        </w:rPr>
        <w:t>44:47  chup reh sakte hain chup rehna jaiz hai. chup rehna to jaiz hai lekin bila tehqeeq ke bolna hargiz jaiz nahi hai. yeh bohat bara hukum hai quran majeed mein.</w:t>
      </w:r>
      <w:r>
        <w:br/>
      </w:r>
      <w:r>
        <w:rPr>
          <w:sz w:val="20"/>
        </w:rPr>
        <w:t>44:57  aur hum to isi ka shikar ho rahe hain. hamare itne mukhalifeen hain bila tehqeeq ke hamare khilaf bolte rehte hain.</w:t>
      </w:r>
      <w:r>
        <w:br/>
      </w:r>
      <w:r>
        <w:rPr>
          <w:sz w:val="20"/>
        </w:rPr>
        <w:t>45:04  maslan dekhiye ek sahab mere paas aaye ek misaal deta hoon. ek sahab mere paas aaye unhon ne kaha ke aap ka percha nikalte hain mujh ko bataya gaya hai ke is mein dunyavi baatein hoti hain sab.</w:t>
      </w:r>
      <w:r>
        <w:br/>
      </w:r>
      <w:r>
        <w:rPr>
          <w:sz w:val="20"/>
        </w:rPr>
        <w:t>45:19  koi deeni baatein hoti nahi.</w:t>
      </w:r>
      <w:r>
        <w:br/>
      </w:r>
      <w:r>
        <w:rPr>
          <w:sz w:val="20"/>
        </w:rPr>
        <w:t>45:23  to main ne kaha achha baithiye. aur jo latest issue tha us ko main ne nikala. main ne kaha is ko dekhiye ek ek waraq ultiye. ek ek mazmoon ko dekhiye.</w:t>
      </w:r>
      <w:r>
        <w:br/>
      </w:r>
      <w:r>
        <w:rPr>
          <w:sz w:val="20"/>
        </w:rPr>
        <w:t>45:34  to us mein sara jitna bhi percha tha kisi ne ek ayat par base karta tha kisi ne hadith base karta tha. ya koi</w:t>
      </w:r>
      <w:r>
        <w:br/>
      </w:r>
      <w:r>
        <w:rPr>
          <w:sz w:val="20"/>
        </w:rPr>
        <w:t>45:41  sahaba ke is par base karta tha. to maine kaha dekhiye kahan is mein duniyavi baatein hain.</w:t>
      </w:r>
      <w:r>
        <w:br/>
      </w:r>
      <w:r>
        <w:rPr>
          <w:sz w:val="20"/>
        </w:rPr>
        <w:t>45:49  saare aakhirat ki baatein hain jannat ki baatein hain quran ki baatein hain islam ki</w:t>
      </w:r>
      <w:r>
        <w:br/>
      </w:r>
      <w:r>
        <w:rPr>
          <w:sz w:val="20"/>
        </w:rPr>
        <w:t>45:53  baatein hain yeh kahan wo?</w:t>
      </w:r>
      <w:r>
        <w:br/>
      </w:r>
      <w:r>
        <w:rPr>
          <w:sz w:val="20"/>
        </w:rPr>
        <w:t>45:56  to ek shakhs ne kaha usko aap ne sun liya.</w:t>
      </w:r>
      <w:r>
        <w:br/>
      </w:r>
      <w:r>
        <w:rPr>
          <w:sz w:val="20"/>
        </w:rPr>
        <w:t>46:01  to yaad rakhiye suni sunai baaton par usko yani usko lagna bolne lagna usko hadith</w:t>
      </w:r>
      <w:r>
        <w:br/>
      </w:r>
      <w:r>
        <w:rPr>
          <w:sz w:val="20"/>
        </w:rPr>
        <w:t>46:09  mein aata hai kafwa bilmar'e kadhiban an yuhadditha bikulli ma sami'a yani is aadmi ke jhootha hone ke</w:t>
      </w:r>
      <w:r>
        <w:br/>
      </w:r>
      <w:r>
        <w:rPr>
          <w:sz w:val="20"/>
        </w:rPr>
        <w:t>46:17  liye yeh baat kafi hai ki jo kuch suna hai usko lage bayan karne.</w:t>
      </w:r>
      <w:r>
        <w:br/>
      </w:r>
      <w:r>
        <w:rPr>
          <w:sz w:val="20"/>
        </w:rPr>
        <w:t>46:24  to phir main kahunga ke aap ke sirf do mein option hain. ya to chup rahen. ya to chup rahen. ya bolen tehqeeq kar ke bolen.</w:t>
      </w:r>
      <w:r>
        <w:br/>
      </w:r>
      <w:r>
        <w:rPr>
          <w:sz w:val="20"/>
        </w:rPr>
        <w:t>46:33  bila tehqeeq ke bolenge to Allah taala ka zabardast pakad hogi is ki. bahut zyada pakad hogi.</w:t>
      </w:r>
      <w:r>
        <w:br/>
      </w:r>
      <w:r>
        <w:rPr>
          <w:sz w:val="20"/>
        </w:rPr>
        <w:t>46:41  maulana raipur se ek comment aaya hai sawal nahi hai yeh yeh kya hai misster idrees ne</w:t>
      </w:r>
      <w:r>
        <w:br/>
      </w:r>
      <w:r>
        <w:rPr>
          <w:sz w:val="20"/>
        </w:rPr>
        <w:t>46:47  aur un ke sath shabana ne jo dekh rahe hain yeh program abhi unhon ne likha hai ke</w:t>
      </w:r>
      <w:r>
        <w:br/>
      </w:r>
      <w:r>
        <w:rPr>
          <w:sz w:val="20"/>
        </w:rPr>
        <w:t>46:53  In reply to the question about hesitation in interaction for Dawah work, you just replied, we should not</w:t>
      </w:r>
      <w:r>
        <w:br/>
      </w:r>
      <w:r>
        <w:rPr>
          <w:sz w:val="20"/>
        </w:rPr>
        <w:t>47:01  only share what we know but also we should be ready to learn what other person shares</w:t>
      </w:r>
      <w:r>
        <w:br/>
      </w:r>
      <w:r>
        <w:rPr>
          <w:sz w:val="20"/>
        </w:rPr>
        <w:t>47:08  because daawa work is a to way sharing process this is a magical answer and it solves one</w:t>
      </w:r>
      <w:r>
        <w:br/>
      </w:r>
      <w:r>
        <w:rPr>
          <w:sz w:val="20"/>
        </w:rPr>
        <w:t>47:14  of the biggest problems of a daawa thanks for the question and thanks for the answer.</w:t>
      </w:r>
    </w:p>
    <w:p>
      <w:pPr>
        <w:pStyle w:val="Heading2"/>
      </w:pPr>
      <w:r>
        <w:t>Advice about an Egyptian who quotes enmity verse</w:t>
      </w:r>
    </w:p>
    <w:p>
      <w:r>
        <w:rPr>
          <w:color w:val="666666"/>
          <w:sz w:val="18"/>
        </w:rPr>
        <w:t>Dars-e-Quran, Chapter 2, Verse 79 June 24, 2018 · 1m 12s · at 55:08 · https://youtu.be/7OeNcHSoPp0?t=3308</w:t>
      </w:r>
    </w:p>
    <w:p>
      <w:r>
        <w:rPr>
          <w:i/>
        </w:rPr>
        <w:t>“Moulana, an Egyptian is influenced by your books but also hates Jews. When I said something more to him, he started quoting a Quranic verse—the verse of enmity. What would be your advice?”</w:t>
      </w:r>
    </w:p>
    <w:p>
      <w:r>
        <w:rPr>
          <w:sz w:val="20"/>
        </w:rPr>
        <w:t>55:08  maulana, in ka ek aur sawal hai. unhone likha hai: "maulana, ek misri aap ki kitabon se mutasir hai magar yahood se nafrat bhi karta hai.</w:t>
      </w:r>
      <w:r>
        <w:br/>
      </w:r>
      <w:r>
        <w:rPr>
          <w:sz w:val="20"/>
        </w:rPr>
        <w:t>55:21  jab maine us se kuch aur baat kahi toh quran ki ayat pesh karne laga. adawat ki ayat. us par aap ka advice kya hoga?" advice yeh hai ke aap yeh sochein</w:t>
      </w:r>
    </w:p>
    <w:p>
      <w:pPr>
        <w:pStyle w:val="Heading2"/>
      </w:pPr>
      <w:r>
        <w:t>Response to student rejecting God's test</w:t>
      </w:r>
    </w:p>
    <w:p>
      <w:r>
        <w:rPr>
          <w:color w:val="666666"/>
          <w:sz w:val="18"/>
        </w:rPr>
        <w:t>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Response to hadith condemning nationalism</w:t>
      </w:r>
    </w:p>
    <w:p>
      <w:r>
        <w:rPr>
          <w:color w:val="666666"/>
          <w:sz w:val="18"/>
        </w:rPr>
        <w:t>Importance of Peace August 17, 2014 · 2m 59s · at 51:03 · https://youtu.be/ifxSwh2Jckw?t=3063</w:t>
      </w:r>
    </w:p>
    <w:p>
      <w:r>
        <w:rPr>
          <w:i/>
        </w:rPr>
        <w:t>“On the occasion of Independence Day, one of my Muslim friends quoted some hadith condemning nationalism for Muslims. What should be my answer for him?”</w:t>
      </w:r>
    </w:p>
    <w:p>
      <w:r>
        <w:rPr>
          <w:sz w:val="20"/>
        </w:rPr>
        <w:t>51:03  nahi to meri jo kitab chhapi hai, woh isi mauzu par hai, izhar-e-deen. is ko aap parh kar is se aap jaan sakte hain. maulana, agla sawal ajmer se hai.</w:t>
      </w:r>
      <w:r>
        <w:br/>
      </w:r>
      <w:r>
        <w:rPr>
          <w:sz w:val="20"/>
        </w:rPr>
        <w:t>51:13  doctor safina tabassum ne kiya hai aur unhon ne likha hai: maulana sahib on the occasion of Independence Day, one of my Muslim friends quoted some hadith condemning nationalism for Muslims.</w:t>
      </w:r>
      <w:r>
        <w:br/>
      </w:r>
      <w:r>
        <w:rPr>
          <w:sz w:val="20"/>
        </w:rPr>
        <w:t>51:30  What should be my answer for him? Ple</w:t>
      </w:r>
      <w:r>
        <w:br/>
      </w:r>
      <w:r>
        <w:rPr>
          <w:sz w:val="20"/>
        </w:rPr>
        <w:t>51:33  ase guide me. to woh hadith to ab mujhe pata nahi kaun si hadith unhon ne ki. lekin jahan tak main samajhta hoon, naye sunniz jo hai, woh aain-e-islami tareeqa hai.</w:t>
      </w:r>
      <w:r>
        <w:br/>
      </w:r>
      <w:r>
        <w:rPr>
          <w:sz w:val="20"/>
        </w:rPr>
        <w:t>51:47  naye sunniz koi kufr nahi hai.</w:t>
      </w:r>
      <w:r>
        <w:br/>
      </w:r>
      <w:r>
        <w:rPr>
          <w:sz w:val="20"/>
        </w:rPr>
        <w:t>51:52  har cheez ko log ghair islami bana lete hain ke democracy islam ke khilaf hai. aur naye sunniz islam ke khilaf hai. aur modern concept hai, wataniyat ka, woh islam ke khilaf.</w:t>
      </w:r>
      <w:r>
        <w:br/>
      </w:r>
      <w:r>
        <w:rPr>
          <w:sz w:val="20"/>
        </w:rPr>
        <w:t>52:06  yeh to bilkul galat baatein hain. is ka islam se koi talluq nahi hai. logon ne khud hi khud bana rakha hai. islam dekhiye, sirf do cheez ka naam hai.</w:t>
      </w:r>
      <w:r>
        <w:br/>
      </w:r>
      <w:r>
        <w:rPr>
          <w:sz w:val="20"/>
        </w:rPr>
        <w:t>52:21  Allah ko aik manna aur insano ki khair khwahi. Sare insano ki khair khwah ban jaiye. Aur aik Allah ko apna rab banaiye.</w:t>
      </w:r>
      <w:r>
        <w:br/>
      </w:r>
      <w:r>
        <w:rPr>
          <w:sz w:val="20"/>
        </w:rPr>
        <w:t>52:33  Yeh do cheezen basic hain Islam mein. Bas. Baqi yeh musalmano ne ghalat taur par har cheez ko yeh Islam ke khilaf ho, Islam ke khilaf ho, Islam ke khilaf ho, yeh bana rakha hai.</w:t>
      </w:r>
      <w:r>
        <w:br/>
      </w:r>
      <w:r>
        <w:rPr>
          <w:sz w:val="20"/>
        </w:rPr>
        <w:t>52:45  Yeh bilkul ghalat baatein hain.</w:t>
      </w:r>
      <w:r>
        <w:br/>
      </w:r>
      <w:r>
        <w:rPr>
          <w:sz w:val="20"/>
        </w:rPr>
        <w:t>52:50  Is par bhi bohat likh chuka hoon mein apni kitabon mein. Kafi is mein likha hai. Maslan aap meri kitab "Deen Kamil" parhiye. Is mein is par guftagu ki gayi hai.</w:t>
      </w:r>
      <w:r>
        <w:br/>
      </w:r>
      <w:r>
        <w:rPr>
          <w:sz w:val="20"/>
        </w:rPr>
        <w:t>53:04  Fuqaha ke haan aik usool hai jis ko kehte hain "Taysir al-Fatwa" aur "Ta'seer al-Fatwa". Yani</w:t>
      </w:r>
      <w:r>
        <w:br/>
      </w:r>
      <w:r>
        <w:rPr>
          <w:sz w:val="20"/>
        </w:rPr>
        <w:t>53:15  Fatwa de kar mamle ko mushkil banana. Aik hai fatwa de kar mamle ko aasan banana. To is zamani ke ulama ne sirf aik hi baat jani hai, woh "Ta'seer al-Fatwa".</w:t>
      </w:r>
      <w:r>
        <w:br/>
      </w:r>
      <w:r>
        <w:rPr>
          <w:sz w:val="20"/>
        </w:rPr>
        <w:t>53:26  Aise fatwe do ke sab zindagi mushkil hoti chali jaye. "Taysir al-Fatwa" par kisi aalim amal nahi karta. Karega to choti choti baaton mein, choti choti baaton mein.</w:t>
      </w:r>
      <w:r>
        <w:br/>
      </w:r>
      <w:r>
        <w:rPr>
          <w:sz w:val="20"/>
        </w:rPr>
        <w:t>53:40  Jo badi badi baatein hain, is mein har aadmi mein "Ta'seer al-Fatwa" ka usool pakde hue hai.</w:t>
      </w:r>
      <w:r>
        <w:br/>
      </w:r>
      <w:r>
        <w:rPr>
          <w:sz w:val="20"/>
        </w:rPr>
        <w:t>53:49  Choti baaton mein "Taysir al-Fatwa" aur badi baaton mein "Ta'seer al-Fatwa". Yeh sare ulama ka tareeqa hai. Ab kya karein, yeh hamein bhugtna padta hai is ko.</w:t>
      </w:r>
    </w:p>
    <w:p>
      <w:pPr>
        <w:pStyle w:val="Heading2"/>
      </w:pPr>
      <w:r>
        <w:t>Can a Muslim Hate a Non-Believer</w:t>
      </w:r>
    </w:p>
    <w:p>
      <w:r>
        <w:rPr>
          <w:color w:val="666666"/>
          <w:sz w:val="18"/>
        </w:rPr>
        <w:t>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Presenting monotheistic God to monastic believer</w:t>
      </w:r>
    </w:p>
    <w:p>
      <w:r>
        <w:rPr>
          <w:color w:val="666666"/>
          <w:sz w:val="18"/>
        </w:rPr>
        <w:t>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Approach to soften Muslims' hearts</w:t>
      </w:r>
    </w:p>
    <w:p>
      <w:r>
        <w:rPr>
          <w:color w:val="666666"/>
          <w:sz w:val="18"/>
        </w:rPr>
        <w:t>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Things that derail from love of God</w:t>
      </w:r>
    </w:p>
    <w:p>
      <w:r>
        <w:rPr>
          <w:color w:val="666666"/>
          <w:sz w:val="18"/>
        </w:rPr>
        <w:t>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Advice for those upset by unanswered prayers</w:t>
      </w:r>
    </w:p>
    <w:p>
      <w:r>
        <w:rPr>
          <w:color w:val="666666"/>
          <w:sz w:val="18"/>
        </w:rPr>
        <w:t>The Existence of God July 23, 2017 Maulana Wahiduddin Khan · 1m 28s · at 58:28 · https://youtu.be/shLM_JhG3iE?t=3508</w:t>
      </w:r>
    </w:p>
    <w:p>
      <w:r>
        <w:rPr>
          <w:i/>
        </w:rPr>
        <w:t>“Maulana sahib, many a times people get upset when their prayers are not accepted by God Almighty. They get negative, and Satan exploits such people by increasing their disbelief. What would be your advice to such people?”</w:t>
      </w:r>
    </w:p>
    <w:p>
      <w:r>
        <w:rPr>
          <w:sz w:val="20"/>
        </w:rPr>
        <w:t>58:28  Maulana kamran sahib ne ahmedabad se sawal bheja hai. unhon ne likha hai: "Maulana sahib, many a times people get upset when their prayers are not accepted by God Almighty.</w:t>
      </w:r>
      <w:r>
        <w:br/>
      </w:r>
      <w:r>
        <w:rPr>
          <w:sz w:val="20"/>
        </w:rPr>
        <w:t>58:40  They get negative, and Satan exploits such people by increasing their disbelief.</w:t>
      </w:r>
      <w:r>
        <w:br/>
      </w:r>
      <w:r>
        <w:rPr>
          <w:sz w:val="20"/>
        </w:rPr>
        <w:t>58:48  What would be your advice to such people?" dekhen, aise logon ko chahiye ke pehle woh parhen Quran ko, Allah ki kitab ko.</w:t>
      </w:r>
      <w:r>
        <w:br/>
      </w:r>
      <w:r>
        <w:rPr>
          <w:sz w:val="20"/>
        </w:rPr>
        <w:t>59:04  yeh tasawwur galat hai ke aap jo dua karen, woh Allah poora karta rahega. ke Khuda aap ka naoozubillah khadim hai. aap dua karen to Allah apne ilm ke mutabiq is ko poora karega, aap ke mutabiq nahi.</w:t>
      </w:r>
      <w:r>
        <w:br/>
      </w:r>
      <w:r>
        <w:rPr>
          <w:sz w:val="20"/>
        </w:rPr>
        <w:t>59:21  ke aap dua karen baith kar ke mera ghoda car ban jaye to Allah ka agar qanoon nahi hai aisa to ghoda car nahi banega.</w:t>
      </w:r>
      <w:r>
        <w:br/>
      </w:r>
      <w:r>
        <w:rPr>
          <w:sz w:val="20"/>
        </w:rPr>
        <w:t>59:32  aap dua karen ke meri ek bari car jo hai, woh ijad ban jaye to yeh nahi poora hoga, kyunke Allah ke yeh yani fitrat ka yeh qanoon hi nahi hai.</w:t>
      </w:r>
      <w:r>
        <w:br/>
      </w:r>
      <w:r>
        <w:rPr>
          <w:sz w:val="20"/>
        </w:rPr>
        <w:t>59:43  to dua insan karta hai apne hisab se, lekin Khuda poora karta hai apne hisab se.</w:t>
      </w:r>
    </w:p>
    <w:p>
      <w:pPr>
        <w:pStyle w:val="Heading2"/>
      </w:pPr>
      <w:r>
        <w:t>Doctor's Misconception About Quranic Fear</w:t>
      </w:r>
    </w:p>
    <w:p>
      <w:r>
        <w:rPr>
          <w:color w:val="666666"/>
          <w:sz w:val="18"/>
        </w:rPr>
        <w:t>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Approach to daily mishaps</w:t>
      </w:r>
    </w:p>
    <w:p>
      <w:r>
        <w:rPr>
          <w:color w:val="666666"/>
          <w:sz w:val="18"/>
        </w:rPr>
        <w:t>Divine Crusades December 14, 2014 · 42s · at 48:36 · https://youtu.be/qZhY00S5LQg?t=2916</w:t>
      </w:r>
    </w:p>
    <w:p>
      <w:r>
        <w:rPr>
          <w:i/>
        </w:rPr>
        <w:t>“What should be the approach of a believer towards mis-happening that occurs in daily life?”</w:t>
      </w:r>
    </w:p>
    <w:p>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r>
        <w:br/>
      </w:r>
      <w:r>
        <w:rPr>
          <w:sz w:val="20"/>
        </w:rPr>
        <w:t>48:57  Ignore the unwanted things.</w:t>
      </w:r>
      <w:r>
        <w:br/>
      </w:r>
      <w:r>
        <w:rPr>
          <w:sz w:val="20"/>
        </w:rPr>
        <w:t>49:02  aur apne aap ko lagaye raho marifat mein aur dawat mein.</w:t>
      </w:r>
      <w:r>
        <w:br/>
      </w:r>
      <w:r>
        <w:rPr>
          <w:sz w:val="20"/>
        </w:rPr>
        <w:t>49:08  toh ignore toh karna hi padega, avoid toh karna hi padega.</w:t>
      </w:r>
      <w:r>
        <w:br/>
      </w:r>
      <w:r>
        <w:rPr>
          <w:sz w:val="20"/>
        </w:rPr>
        <w:t>49:13  agar aap aisa nahi karenge toh aap opportunity ko avail nahi kar sakte.</w:t>
      </w:r>
    </w:p>
    <w:p>
      <w:pPr>
        <w:pStyle w:val="Heading2"/>
      </w:pPr>
      <w:r>
        <w:t>How does falsehood arise in a community?</w:t>
      </w:r>
    </w:p>
    <w:p>
      <w:r>
        <w:rPr>
          <w:color w:val="666666"/>
          <w:sz w:val="18"/>
        </w:rPr>
        <w:t>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Changing Muslims' stance on insulting Prophet</w:t>
      </w:r>
    </w:p>
    <w:p>
      <w:r>
        <w:rPr>
          <w:color w:val="666666"/>
          <w:sz w:val="18"/>
        </w:rPr>
        <w:t>The Importance of the Quran May 15, 2016 Maulana Wahiduddin Khan · 56s · at 1:02:27 · https://youtu.be/9a-OOUR_bLg?t=3747</w:t>
      </w:r>
    </w:p>
    <w:p>
      <w:r>
        <w:rPr>
          <w:i/>
        </w:rPr>
        <w:t>“Muslims are not willing to change their stand on insulting the Prophet. They take it as a matter of utmost concern and feel hurt. If anyone says anything against the Prophet, how can we bring about the change in their thinking?”</w:t>
      </w:r>
    </w:p>
    <w:p>
      <w:r>
        <w:rPr>
          <w:sz w:val="20"/>
        </w:rPr>
        <w:t>1:02:27  maulana, agla sawal lete hain jo salman sahib ne bheja hai bhigneshwar se aur unhon ne likha hai: "maulana, Muslims are not willing to change their stand on shatm-e-rasool.</w:t>
      </w:r>
      <w:r>
        <w:br/>
      </w:r>
      <w:r>
        <w:rPr>
          <w:sz w:val="20"/>
        </w:rPr>
        <w:t>1:02:41  they take it as a matter of utmost concern and feel hurt. if anyone says anything against the prophet, how can we bring about the change in their thinking?"</w:t>
      </w:r>
      <w:r>
        <w:br/>
      </w:r>
      <w:r>
        <w:rPr>
          <w:sz w:val="20"/>
        </w:rPr>
        <w:t>1:02:57  yahi hai ke aap bataiye, quran hadith hum ne is pe kitabein likhi hain, mazameen likhe hain, hum ne sabit kiya ke nahi, quran mein na hadith mein yeh.</w:t>
      </w:r>
      <w:r>
        <w:br/>
      </w:r>
      <w:r>
        <w:rPr>
          <w:sz w:val="20"/>
        </w:rPr>
        <w:t>1:03:08  yeh baatein logon ko achhi tarike se pata hai samjhaie ke jo jo quran mein na ho, hadith mein na ho to islam ka masla kaise ban jayegi?</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Issue of Insulting the Prophet</w:t>
      </w:r>
    </w:p>
    <w:p>
      <w:r>
        <w:rPr>
          <w:color w:val="666666"/>
          <w:sz w:val="18"/>
        </w:rPr>
        <w:t>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Origin of falsehood in community</w:t>
      </w:r>
    </w:p>
    <w:p>
      <w:r>
        <w:rPr>
          <w:color w:val="666666"/>
          <w:sz w:val="18"/>
        </w:rPr>
        <w:t>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1"/>
      </w:pPr>
      <w:r>
        <w:t>In the lectures (20)</w:t>
      </w:r>
    </w:p>
    <w:p>
      <w:pPr>
        <w:pStyle w:val="Heading2"/>
      </w:pPr>
      <w:r>
        <w:t>Tawbah-e-Nasuh (Sincere Repentance) 16 Feb 2020 - Maulana Wahiduddin Khan</w:t>
      </w:r>
    </w:p>
    <w:p>
      <w:r>
        <w:rPr>
          <w:color w:val="666666"/>
          <w:sz w:val="18"/>
        </w:rPr>
        <w:t>7:03 · https://youtu.be/0CccKs-1Uu8?t=423</w:t>
      </w:r>
    </w:p>
    <w:p>
      <w:r>
        <w:rPr>
          <w:i/>
        </w:rPr>
        <w:t>“ایک شخص جس نے مجھ کو بدنام کرنے کی کوشش کی تھی۔”</w:t>
      </w:r>
    </w:p>
    <w:p>
      <w:pPr>
        <w:pStyle w:val="Heading2"/>
      </w:pPr>
      <w:r>
        <w:t>Prophet of Islam A Role Model 16 Jan, 2011 - Maulana Wahiduddin Khan</w:t>
      </w:r>
    </w:p>
    <w:p>
      <w:r>
        <w:rPr>
          <w:color w:val="666666"/>
          <w:sz w:val="18"/>
        </w:rPr>
        <w:t>5:55 · https://youtu.be/ya0bvV77BLc?t=355</w:t>
      </w:r>
    </w:p>
    <w:p>
      <w:r>
        <w:rPr>
          <w:i/>
        </w:rPr>
        <w:t>“یہ مسلم ہے، یہ غیر مسلم ہے۔ اس نے میری عزت کی، اس نے میری بے عزتی کر دی۔ اس نے مجھے یہ نقصان پہنچایا، اس نے مجھے فائدہ پہنچایا۔”</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Tawbah-e-Nasuh (Sincere Repentance) 16 Feb 2020 - Maulana Wahiduddin Khan</w:t>
      </w:r>
    </w:p>
    <w:p>
      <w:r>
        <w:rPr>
          <w:color w:val="666666"/>
          <w:sz w:val="18"/>
        </w:rPr>
        <w:t>7:33 · https://youtu.be/0CccKs-1Uu8?t=453</w:t>
      </w:r>
    </w:p>
    <w:p>
      <w:r>
        <w:rPr>
          <w:i/>
        </w:rPr>
        <w:t>“تو یہ میرے نزدیک ایک یہ سوچنا کہ فلاں آدمی مجھ کو بدنام کر رہا ہے، ایک ایول تھاٹ کا آنا تھا۔”</w:t>
      </w:r>
    </w:p>
    <w:p>
      <w:pPr>
        <w:pStyle w:val="Heading2"/>
      </w:pPr>
      <w:r>
        <w:t>Advance Preparation and Planning October 27, 2018</w:t>
      </w:r>
    </w:p>
    <w:p>
      <w:r>
        <w:rPr>
          <w:color w:val="666666"/>
          <w:sz w:val="18"/>
        </w:rPr>
        <w:t>20:09 · https://youtu.be/X0ycKqLspoA?t=1209</w:t>
      </w:r>
    </w:p>
    <w:p>
      <w:r>
        <w:rPr>
          <w:i/>
        </w:rPr>
        <w:t>“ایک اس کی امپورٹنس جو ہے، میں نے ڈسکور کیا ایک مذہبی عقیدے سے۔”</w:t>
      </w:r>
    </w:p>
    <w:p>
      <w:pPr>
        <w:pStyle w:val="Heading2"/>
      </w:pPr>
      <w:r>
        <w:t>Media Activism September 11, 2006</w:t>
      </w:r>
    </w:p>
    <w:p>
      <w:r>
        <w:rPr>
          <w:color w:val="666666"/>
          <w:sz w:val="18"/>
        </w:rPr>
        <w:t>42:40 · https://youtu.be/xCHUoDvxfho?t=2560</w:t>
      </w:r>
    </w:p>
    <w:p>
      <w:r>
        <w:rPr>
          <w:i/>
        </w:rPr>
        <w:t>“ایک صاحب نے مجھ سے بتایا کہ مسجد میں ایک صاحب آئے اور انہوں نے ہمارے خلاف وہاں پر اسپیچ دی۔”</w:t>
      </w:r>
    </w:p>
    <w:p>
      <w:pPr>
        <w:pStyle w:val="Heading2"/>
      </w:pPr>
      <w:r>
        <w:t>Don't Be Angry Culture January 15, 2012</w:t>
      </w:r>
    </w:p>
    <w:p>
      <w:r>
        <w:rPr>
          <w:color w:val="666666"/>
          <w:sz w:val="18"/>
        </w:rPr>
        <w:t>6:43 · https://youtu.be/NrA3X8y_FLY?t=403</w:t>
      </w:r>
    </w:p>
    <w:p>
      <w:r>
        <w:rPr>
          <w:i/>
        </w:rPr>
        <w:t>“غصہ آدمی کے ایمان کو”</w:t>
      </w:r>
    </w:p>
    <w:p>
      <w:pPr>
        <w:pStyle w:val="Heading2"/>
      </w:pPr>
      <w:r>
        <w:t>Don't Be Angry Culture January 15, 2012 Maulana Wahiduddin Khan</w:t>
      </w:r>
    </w:p>
    <w:p>
      <w:r>
        <w:rPr>
          <w:color w:val="666666"/>
          <w:sz w:val="18"/>
        </w:rPr>
        <w:t>6:54 · https://youtu.be/rY1Ikwmwwdk?t=414</w:t>
      </w:r>
    </w:p>
    <w:p>
      <w:r>
        <w:rPr>
          <w:i/>
        </w:rPr>
        <w:t>“غصہ آدمی کے ایمان کو”</w:t>
      </w:r>
    </w:p>
    <w:p>
      <w:pPr>
        <w:pStyle w:val="Heading2"/>
      </w:pPr>
      <w:r>
        <w:t>God, Man and Paradise April 22, 2007</w:t>
      </w:r>
    </w:p>
    <w:p>
      <w:r>
        <w:rPr>
          <w:color w:val="666666"/>
          <w:sz w:val="18"/>
        </w:rPr>
        <w:t>1:02:56 · https://youtu.be/dJ7Hp3i_nkA?t=3776</w:t>
      </w:r>
    </w:p>
    <w:p>
      <w:r>
        <w:rPr>
          <w:i/>
        </w:rPr>
        <w:t>“مذہب کو Disprove کر دیا ہے۔”</w:t>
      </w:r>
    </w:p>
    <w:p>
      <w:pPr>
        <w:pStyle w:val="Heading2"/>
      </w:pPr>
      <w:r>
        <w:t>Interaction with umries 25 july, 2019 - Maulana Wahiduddin Khan</w:t>
      </w:r>
    </w:p>
    <w:p>
      <w:r>
        <w:rPr>
          <w:color w:val="666666"/>
          <w:sz w:val="18"/>
        </w:rPr>
        <w:t>4:02 · https://youtu.be/MjQYVF1PwhM?t=242</w:t>
      </w:r>
    </w:p>
    <w:p>
      <w:r>
        <w:rPr>
          <w:i/>
        </w:rPr>
        <w:t>“تو کسی وجہ سے اس ادارے کے لوگ مجھ سے غصہ ہو گئے۔”</w:t>
      </w:r>
    </w:p>
    <w:p>
      <w:pPr>
        <w:pStyle w:val="Heading2"/>
      </w:pPr>
      <w:r>
        <w:t>The Age of Giving Global Thanks Dec 15. 2019—Maulana Wahiduddin Khan</w:t>
      </w:r>
    </w:p>
    <w:p>
      <w:r>
        <w:rPr>
          <w:color w:val="666666"/>
          <w:sz w:val="18"/>
        </w:rPr>
        <w:t>27:09 · https://youtu.be/254Pgn6Ldts?t=1629</w:t>
      </w:r>
    </w:p>
    <w:p>
      <w:r>
        <w:rPr>
          <w:i/>
        </w:rPr>
        <w:t>“مجھے تو اتنا بھی شک نہیں۔ ہمارے خلاف ظلم ہو رہا ہے۔ جو لوگ بولتے ہیں، وہ حرام بولی بول رہے ہیں۔”</w:t>
      </w:r>
    </w:p>
    <w:p>
      <w:pPr>
        <w:pStyle w:val="Heading2"/>
      </w:pPr>
      <w:r>
        <w:t>Don't Be Angry Culture January 15, 2012</w:t>
      </w:r>
    </w:p>
    <w:p>
      <w:r>
        <w:rPr>
          <w:color w:val="666666"/>
          <w:sz w:val="18"/>
        </w:rPr>
        <w:t>23:19 · https://youtu.be/NrA3X8y_FLY?t=1399</w:t>
      </w:r>
    </w:p>
    <w:p>
      <w:r>
        <w:rPr>
          <w:i/>
        </w:rPr>
        <w:t>“دشمن۔ ایک آدمی کے دل میں اپنی نفرت ڈال دی۔”</w:t>
      </w:r>
    </w:p>
    <w:p>
      <w:pPr>
        <w:pStyle w:val="Heading2"/>
      </w:pPr>
      <w:r>
        <w:t>Lessons from My Journey to Canada January 03, 2016 Maulana Wahiduddin Khan</w:t>
      </w:r>
    </w:p>
    <w:p>
      <w:r>
        <w:rPr>
          <w:color w:val="666666"/>
          <w:sz w:val="18"/>
        </w:rPr>
        <w:t>33:32 · https://youtu.be/Uh8DWul9IyY?t=2012</w:t>
      </w:r>
    </w:p>
    <w:p>
      <w:r>
        <w:rPr>
          <w:i/>
        </w:rPr>
        <w:t>“کسی نے کوئی”</w:t>
      </w:r>
    </w:p>
    <w:p>
      <w:pPr>
        <w:pStyle w:val="Heading2"/>
      </w:pPr>
      <w:r>
        <w:t>Q&amp;A 09 Mar 2008 Maulana Wahiduddin Khan</w:t>
      </w:r>
    </w:p>
    <w:p>
      <w:r>
        <w:rPr>
          <w:color w:val="666666"/>
          <w:sz w:val="18"/>
        </w:rPr>
        <w:t>16:06 · https://youtu.be/qE__fts05yw?t=966</w:t>
      </w:r>
    </w:p>
    <w:p>
      <w:r>
        <w:rPr>
          <w:i/>
        </w:rPr>
        <w:t>“ایمپٹی مائنڈ ہو کے دوسرے مذہب سے ڈائیلاگ کرتا ہوں۔”</w:t>
      </w:r>
    </w:p>
    <w:p>
      <w:pPr>
        <w:pStyle w:val="Heading2"/>
      </w:pPr>
      <w:r>
        <w:t>Revival of Faith September 25, 2011 Maulana Wahiduddin Khan</w:t>
      </w:r>
    </w:p>
    <w:p>
      <w:r>
        <w:rPr>
          <w:color w:val="666666"/>
          <w:sz w:val="18"/>
        </w:rPr>
        <w:t>4:42 · https://youtu.be/sG_btZMffxg?t=282</w:t>
      </w:r>
    </w:p>
    <w:p>
      <w:r>
        <w:rPr>
          <w:i/>
        </w:rPr>
        <w:t>“ایمان بوسیدہ ہوتا ہے۔”</w:t>
      </w:r>
    </w:p>
    <w:p>
      <w:pPr>
        <w:pStyle w:val="Heading2"/>
      </w:pPr>
      <w:r>
        <w:t>Revival of Faith I 25 Sept, 2011 - Maulana Wahiduddin Khan</w:t>
      </w:r>
    </w:p>
    <w:p>
      <w:r>
        <w:rPr>
          <w:color w:val="666666"/>
          <w:sz w:val="18"/>
        </w:rPr>
        <w:t>4:50 · https://youtu.be/y8_SQ8dJ0w0?t=290</w:t>
      </w:r>
    </w:p>
    <w:p>
      <w:r>
        <w:rPr>
          <w:i/>
        </w:rPr>
        <w:t>“ایمان بوسیدہ ہوتا ہے۔”</w:t>
      </w:r>
    </w:p>
    <w:p>
      <w:pPr>
        <w:pStyle w:val="Heading2"/>
      </w:pPr>
      <w:r>
        <w:t>Muslim Militancy July 8, 2007</w:t>
      </w:r>
    </w:p>
    <w:p>
      <w:r>
        <w:rPr>
          <w:color w:val="666666"/>
          <w:sz w:val="18"/>
        </w:rPr>
        <w:t>1:06:49 · https://youtu.be/mfIIEFQDOtg?t=4009</w:t>
      </w:r>
    </w:p>
    <w:p>
      <w:r>
        <w:rPr>
          <w:i/>
        </w:rPr>
        <w:t>“کہ آپ تو وہ level of confidence کو low کر رہے ہیں۔ کسی بات کو مجھے غلط لگی اور میں نے ٹوکا اس کو، تو وہ کیا کہتے ہیں؟”</w:t>
      </w:r>
    </w:p>
    <w:p>
      <w:pPr>
        <w:pStyle w:val="Heading2"/>
      </w:pPr>
      <w:r>
        <w:t>A Brief Survey of Islamic History (Eng) February 15, 2007</w:t>
      </w:r>
    </w:p>
    <w:p>
      <w:r>
        <w:rPr>
          <w:color w:val="666666"/>
          <w:sz w:val="18"/>
        </w:rPr>
        <w:t>43:59 · https://youtu.be/MdRtdA99UlA?t=2639</w:t>
      </w:r>
    </w:p>
    <w:p>
      <w:r>
        <w:rPr>
          <w:i/>
        </w:rPr>
        <w:t>“He became a disgraced person.”</w:t>
      </w:r>
    </w:p>
    <w:p>
      <w:pPr>
        <w:pStyle w:val="Heading2"/>
      </w:pPr>
      <w:r>
        <w:t>Islma A Religion of Peace (English) January 7, 2010</w:t>
      </w:r>
    </w:p>
    <w:p>
      <w:r>
        <w:rPr>
          <w:color w:val="666666"/>
          <w:sz w:val="18"/>
        </w:rPr>
        <w:t>48:27 · https://youtu.be/YKg_GJj8Hvg?t=2907</w:t>
      </w:r>
    </w:p>
    <w:p>
      <w:r>
        <w:rPr>
          <w:i/>
        </w:rPr>
        <w:t>“I want to say I have such a sorrow about my country and the enemy images that it has of people of your faith.”</w:t>
      </w:r>
    </w:p>
    <w:p>
      <w:pPr>
        <w:pStyle w:val="Heading2"/>
      </w:pPr>
      <w:r>
        <w:t>Islam A Religion of Peace January 7, 2010 Maulana Wahiduddin Khan</w:t>
      </w:r>
    </w:p>
    <w:p>
      <w:r>
        <w:rPr>
          <w:color w:val="666666"/>
          <w:sz w:val="18"/>
        </w:rPr>
        <w:t>48:39 · https://youtu.be/L3qaWEfRY6o?t=2919</w:t>
      </w:r>
    </w:p>
    <w:p>
      <w:r>
        <w:rPr>
          <w:i/>
        </w:rPr>
        <w:t>“I want to say I have such a sorrow about my country and the enemy images that it has of people of your faith.”</w:t>
      </w:r>
    </w:p>
    <w:p>
      <w:pPr>
        <w:pStyle w:val="Heading1"/>
      </w:pPr>
      <w:r>
        <w:t>Clips (38)</w:t>
      </w:r>
    </w:p>
    <w:p>
      <w:pPr>
        <w:pStyle w:val="Heading2"/>
      </w:pPr>
      <w:r>
        <w:t>Self-cleaner concept with personal evil thought example</w:t>
      </w:r>
    </w:p>
    <w:p>
      <w:r>
        <w:rPr>
          <w:color w:val="666666"/>
          <w:sz w:val="18"/>
        </w:rPr>
        <w:t>Tawbah-e-Nasuh (Sincere Repentance) 16 Feb 2020 - Maulana Wahiduddin Khan · 2m 52s · at 5:29 · https://youtu.be/0CccKs-1Uu8?t=329</w:t>
      </w:r>
    </w:p>
    <w:p>
      <w:r>
        <w:rPr>
          <w:i/>
        </w:rPr>
        <w:t>“To is waqay ke baad university ki building mein jo dekha”</w:t>
      </w:r>
    </w:p>
    <w:p>
      <w:r>
        <w:rPr>
          <w:sz w:val="20"/>
        </w:rPr>
        <w:t>5:29  khalis tauba karo. to is waqe ke baad university ki building mein jo dekha to maine is ayat ka matlab maine yeh samjha ke apne</w:t>
      </w:r>
      <w:r>
        <w:br/>
      </w:r>
      <w:r>
        <w:rPr>
          <w:sz w:val="20"/>
        </w:rPr>
        <w:t>5:52  aap ko clean karne wale bano. yani hamesha apne ko purify karne wale bano. apne ko safai karne wale bano.</w:t>
      </w:r>
      <w:r>
        <w:br/>
      </w:r>
      <w:r>
        <w:rPr>
          <w:sz w:val="20"/>
        </w:rPr>
        <w:t>6:04  yani aap apne aap ko itna zyada sensor banayein</w:t>
      </w:r>
      <w:r>
        <w:br/>
      </w:r>
      <w:r>
        <w:rPr>
          <w:sz w:val="20"/>
        </w:rPr>
        <w:t>6:10  ke jaise hi aap ki personality mein koi dhabba lage, koi bura khayal aa jaye, koi</w:t>
      </w:r>
      <w:r>
        <w:br/>
      </w:r>
      <w:r>
        <w:rPr>
          <w:sz w:val="20"/>
        </w:rPr>
        <w:t>6:25  evil thought aa jaye aap ke andar to aap itne sensor ho aap ke jaldi se aap ko clean karein, safai karein is ki.</w:t>
      </w:r>
      <w:r>
        <w:br/>
      </w:r>
      <w:r>
        <w:rPr>
          <w:sz w:val="20"/>
        </w:rPr>
        <w:t>6:37  yani self cleaner ban jayein. self cleaner</w:t>
      </w:r>
      <w:r>
        <w:br/>
      </w:r>
      <w:r>
        <w:rPr>
          <w:sz w:val="20"/>
        </w:rPr>
        <w:t>6:44  ban jayein aap. apne aap ko clean karne wale ban jayein.</w:t>
      </w:r>
      <w:r>
        <w:br/>
      </w:r>
      <w:r>
        <w:rPr>
          <w:sz w:val="20"/>
        </w:rPr>
        <w:t>6:55  misal ke taur par aaj subah mujhe ek shakhs ka khayal aaya.</w:t>
      </w:r>
      <w:r>
        <w:br/>
      </w:r>
      <w:r>
        <w:rPr>
          <w:sz w:val="20"/>
        </w:rPr>
        <w:t>7:03  ek shakhs jis ne mujh ko badnaam karne ki koshish ki thi.</w:t>
      </w:r>
      <w:r>
        <w:br/>
      </w:r>
      <w:r>
        <w:rPr>
          <w:sz w:val="20"/>
        </w:rPr>
        <w:t>7:15  yani ek shakhs jis ne baqayda yeh promotion kiya mere bare mein ke yeh to bjp ke</w:t>
      </w:r>
      <w:r>
        <w:br/>
      </w:r>
      <w:r>
        <w:rPr>
          <w:sz w:val="20"/>
        </w:rPr>
        <w:t>7:28  molvi hain.</w:t>
      </w:r>
      <w:r>
        <w:br/>
      </w:r>
      <w:r>
        <w:rPr>
          <w:sz w:val="20"/>
        </w:rPr>
        <w:t>7:33  to yeh mere nazdeek ek yeh sochna ke falan aadmi mujh ko badnaam kar raha hai, ek evil thought ka aana tha.</w:t>
      </w:r>
      <w:r>
        <w:br/>
      </w:r>
      <w:r>
        <w:rPr>
          <w:sz w:val="20"/>
        </w:rPr>
        <w:t>7:44  to mein ne socha ke evil thought jo mere andar aaya to ab mein kya karna chahiye is ko?</w:t>
      </w:r>
      <w:r>
        <w:br/>
      </w:r>
      <w:r>
        <w:rPr>
          <w:sz w:val="20"/>
        </w:rPr>
        <w:t>7:54  to jaldi se mein is ke liye dua karne laga. is ke liye achhi dua karne laga ke khudaaya is ko achhi baaton ki tofeeq de.</w:t>
      </w:r>
      <w:r>
        <w:br/>
      </w:r>
      <w:r>
        <w:rPr>
          <w:sz w:val="20"/>
        </w:rPr>
        <w:t>8:09  to yeh tha</w:t>
      </w:r>
      <w:r>
        <w:br/>
      </w:r>
      <w:r>
        <w:rPr>
          <w:sz w:val="20"/>
        </w:rPr>
        <w:t>8:10  clean karna, apne dil ko clean karna. yaani mere andar jo evil thought aagaya is ko mein ne jaldi se clean kiya.</w:t>
      </w:r>
    </w:p>
    <w:p>
      <w:pPr>
        <w:pStyle w:val="Heading2"/>
      </w:pPr>
      <w:r>
        <w:t>Discovering Allah leads to secondarity</w:t>
      </w:r>
    </w:p>
    <w:p>
      <w:r>
        <w:rPr>
          <w:color w:val="666666"/>
          <w:sz w:val="18"/>
        </w:rPr>
        <w:t>Prophet of Islam A Role Model 16 Jan, 2011 - Maulana Wahiduddin Khan · 37s · at 5:27 · https://youtu.be/ya0bvV77BLc?t=327</w:t>
      </w:r>
    </w:p>
    <w:p>
      <w:r>
        <w:rPr>
          <w:i/>
        </w:rPr>
        <w:t>“Rasool Allah woh insaan the jinhone Allah ko daryaft kiya”</w:t>
      </w:r>
    </w:p>
    <w:p>
      <w:r>
        <w:rPr>
          <w:sz w:val="20"/>
        </w:rPr>
        <w:t>5:27  is par maine ghor kiya to mere samajh mein aaya ke rasool Allah woh insan thay jinhon ne Allah ko daryaft kiya tha.</w:t>
      </w:r>
      <w:r>
        <w:br/>
      </w:r>
      <w:r>
        <w:rPr>
          <w:sz w:val="20"/>
        </w:rPr>
        <w:t>5:37  aap Allah mein jeene wale ban gaye thay.</w:t>
      </w:r>
      <w:r>
        <w:br/>
      </w:r>
      <w:r>
        <w:rPr>
          <w:sz w:val="20"/>
        </w:rPr>
        <w:t>5:42  jo aadmi Allah mein jeene wala ban jaye to har doosri cheez us ke liye secondary ban jati hai. sab cheez secondary.</w:t>
      </w:r>
      <w:r>
        <w:br/>
      </w:r>
      <w:r>
        <w:rPr>
          <w:sz w:val="20"/>
        </w:rPr>
        <w:t>5:55  yeh muslim hai, yeh ghair muslim hai. is ne meri izzat ki, is ne meri be izzati kar di. is ne mujhe yeh nuqsan pohanchaya, is ne mujhe faida pohanchaya.</w:t>
      </w:r>
    </w:p>
    <w:p>
      <w:pPr>
        <w:pStyle w:val="Heading2"/>
      </w:pPr>
      <w:r>
        <w:t>Planning: Quranic foundation and US law example</w:t>
      </w:r>
    </w:p>
    <w:p>
      <w:r>
        <w:rPr>
          <w:color w:val="666666"/>
          <w:sz w:val="18"/>
        </w:rPr>
        <w:t>Advance Preparation and Planning October 27, 2018 · 5m 41s · at 17:35 · https://youtu.be/X0ycKqLspoA?t=1055</w:t>
      </w:r>
    </w:p>
    <w:p>
      <w:r>
        <w:rPr>
          <w:i/>
        </w:rPr>
        <w:t>“Planning mein dekhiye, apna kaam theek time par karna”</w:t>
      </w:r>
    </w:p>
    <w:p>
      <w:r>
        <w:rPr>
          <w:sz w:val="20"/>
        </w:rPr>
        <w:t>17:35  toh planning mein dekhiye, apna kaam theek time par karna, yeh planning ka bohat bara part hai.</w:t>
      </w:r>
      <w:r>
        <w:br/>
      </w:r>
      <w:r>
        <w:rPr>
          <w:sz w:val="20"/>
        </w:rPr>
        <w:t>17:44  theek time par. toh mein nay apnay mind ki lehaz say, kay mera mind jo hai, philosophical mind hai. toh mein nay iss cheez ko philosophize kiya,</w:t>
      </w:r>
      <w:r>
        <w:br/>
      </w:r>
      <w:r>
        <w:rPr>
          <w:sz w:val="20"/>
        </w:rPr>
        <w:t>17:59  yaani philosophically importance iss ki nikali. woh kaisay? quran mein aik ayat hai namaz kay baray mein kay namaz waqt par ada karo.</w:t>
      </w:r>
      <w:r>
        <w:br/>
      </w:r>
      <w:r>
        <w:rPr>
          <w:sz w:val="20"/>
        </w:rPr>
        <w:t>18:17  inna al-salata al-mu'minina kitaban mawquutan, yaani muqarrar waqt par nawaza karo.</w:t>
      </w:r>
      <w:r>
        <w:br/>
      </w:r>
      <w:r>
        <w:rPr>
          <w:sz w:val="20"/>
        </w:rPr>
        <w:t>18:27  kay jab mawquutan jo hai, yaani in time, toh uss ko mein nay expand kiya, extend kiya.</w:t>
      </w:r>
      <w:r>
        <w:br/>
      </w:r>
      <w:r>
        <w:rPr>
          <w:sz w:val="20"/>
        </w:rPr>
        <w:t>18:40  yaani yeh principle jo hai, sirf namaz kay liye nahi hai, yeh poori life kay liye hai. poori life ko in time ada karna, theek time par ada karna,</w:t>
      </w:r>
      <w:r>
        <w:br/>
      </w:r>
      <w:r>
        <w:rPr>
          <w:sz w:val="20"/>
        </w:rPr>
        <w:t>18:58  yeh planning ka part hai. toh inna al-salata al-mu'minina kitaban mawquutan, uss ka iss quran ki iss ayat ka matlab hai kay momin par namaz waqt waqt par farz ki gayi hai.</w:t>
      </w:r>
      <w:r>
        <w:br/>
      </w:r>
      <w:r>
        <w:rPr>
          <w:sz w:val="20"/>
        </w:rPr>
        <w:t>19:22  yaani time ki pabandi kay saath farz ki gayi hai. toh aap jantay hain kay paanch waqt hai namaz. toh paanch waqt time par parhna.</w:t>
      </w:r>
      <w:r>
        <w:br/>
      </w:r>
      <w:r>
        <w:rPr>
          <w:sz w:val="20"/>
        </w:rPr>
        <w:t>19:34  toh mein nay uss say nikala kay</w:t>
      </w:r>
      <w:r>
        <w:br/>
      </w:r>
      <w:r>
        <w:rPr>
          <w:sz w:val="20"/>
        </w:rPr>
        <w:t>19:41  yeh jo quran ki ayat hai, uss ka ta'alluq sirf</w:t>
      </w:r>
      <w:r>
        <w:br/>
      </w:r>
      <w:r>
        <w:rPr>
          <w:sz w:val="20"/>
        </w:rPr>
        <w:t>19:50  namaz namaz say nahi hai,</w:t>
      </w:r>
      <w:r>
        <w:br/>
      </w:r>
      <w:r>
        <w:rPr>
          <w:sz w:val="20"/>
        </w:rPr>
        <w:t>19:56  balkay poori life say hai. to is tarah say main nay planning ko aik philosophical base di.</w:t>
      </w:r>
      <w:r>
        <w:br/>
      </w:r>
      <w:r>
        <w:rPr>
          <w:sz w:val="20"/>
        </w:rPr>
        <w:t>20:09  aik is ki importance jo hai, main nay discover kiya aik mazhabi aqeeday say.</w:t>
      </w:r>
      <w:r>
        <w:br/>
      </w:r>
      <w:r>
        <w:rPr>
          <w:sz w:val="20"/>
        </w:rPr>
        <w:t>20:23  to aap ko chahiye kay aap mission kay liye jo kaam kar rahay hain, mission kay liye kaam kar rahay hain, jo to hamesha pehlay say planning karain, pehlay say apnay ko prepare karain.</w:t>
      </w:r>
      <w:r>
        <w:br/>
      </w:r>
      <w:r>
        <w:rPr>
          <w:sz w:val="20"/>
        </w:rPr>
        <w:t>20:43  yani advance preparation. to main America kai bar gaya hoon. wahan kay baray main mujhe pata chala kay America main second world war kay baad immigrant bohat ziyada aaye,</w:t>
      </w:r>
      <w:r>
        <w:br/>
      </w:r>
      <w:r>
        <w:rPr>
          <w:sz w:val="20"/>
        </w:rPr>
        <w:t>21:04  Asia say, Africa say immigrant. to America main jo log thay, pehlay puranay, woh bohat ziyada educated log thay.</w:t>
      </w:r>
      <w:r>
        <w:br/>
      </w:r>
      <w:r>
        <w:rPr>
          <w:sz w:val="20"/>
        </w:rPr>
        <w:t>21:16  educated log. to woh jantay thay kay planning kiya cheez hai</w:t>
      </w:r>
      <w:r>
        <w:br/>
      </w:r>
      <w:r>
        <w:rPr>
          <w:sz w:val="20"/>
        </w:rPr>
        <w:t>21:26  aur pehlay say apnay ko tayyar karna kiya cheez hai. lekin jo yeh immigrant aaye thay idhar udhar say, woh is ko jantay nahi thay.</w:t>
      </w:r>
      <w:r>
        <w:br/>
      </w:r>
      <w:r>
        <w:rPr>
          <w:sz w:val="20"/>
        </w:rPr>
        <w:t>21:38  unki education hoti thi, ziyada nahi thi. to afsaron main time ki pabandi kam honay lagi.</w:t>
      </w:r>
      <w:r>
        <w:br/>
      </w:r>
      <w:r>
        <w:rPr>
          <w:sz w:val="20"/>
        </w:rPr>
        <w:t>21:48  aagay aa rahay hain, peechay aa rahay hain, dair main aa rahay hain. to America main yeh yeh law bana kay agar koi shakhs panch minute bhi dair ho jaye kisi ko pohanchay main afsar say, to us ki salary say kaat diya jaye.</w:t>
      </w:r>
      <w:r>
        <w:br/>
      </w:r>
      <w:r>
        <w:rPr>
          <w:sz w:val="20"/>
        </w:rPr>
        <w:t>22:09  yani panch minute jitna dollar un ko milti hogi, woh kaat liya jaye us say. is tarah America main compulsion create kiya gaya.</w:t>
      </w:r>
      <w:r>
        <w:br/>
      </w:r>
      <w:r>
        <w:rPr>
          <w:sz w:val="20"/>
        </w:rPr>
        <w:t>22:23  aur is kay baad say log itna ziyada conscious ho gaye kay unhon nay aik principle bana liya kay ghar say rawana hon aadha ghanta pehlay.</w:t>
      </w:r>
      <w:r>
        <w:br/>
      </w:r>
      <w:r>
        <w:rPr>
          <w:sz w:val="20"/>
        </w:rPr>
        <w:t>22:37  yani jana hai afsar to us ka jo time hota hai normal, to us say adha ghanta pehlay kaisay niklain ta kay koi eventuality uthay, late na kar day.</w:t>
      </w:r>
      <w:r>
        <w:br/>
      </w:r>
      <w:r>
        <w:rPr>
          <w:sz w:val="20"/>
        </w:rPr>
        <w:t>22:53  kyun kay kyun kay cut cut jaye ga paisa.</w:t>
      </w:r>
      <w:r>
        <w:br/>
      </w:r>
      <w:r>
        <w:rPr>
          <w:sz w:val="20"/>
        </w:rPr>
        <w:t>22:59  is wajah say America main yeh nahi hota kay aagay aa rahay hain, peechay aa rahay hain, late aa rahay hain. yeh wahan nahi hota is sab ka. to isi tarah say humain karna hai kay hum planning kay baray main bohat hi ziyada conscious ho jayain.</w:t>
      </w:r>
    </w:p>
    <w:p>
      <w:pPr>
        <w:pStyle w:val="Heading2"/>
      </w:pPr>
      <w:r>
        <w:t>the origin story of the book title 'God Arises'</w:t>
      </w:r>
    </w:p>
    <w:p>
      <w:r>
        <w:rPr>
          <w:color w:val="666666"/>
          <w:sz w:val="18"/>
        </w:rPr>
        <w:t>God, Man and Paradise April 22, 2007 · 2m 48s · at 1:02:45 · https://youtu.be/dJ7Hp3i_nkA?t=3765</w:t>
      </w:r>
    </w:p>
    <w:p>
      <w:r>
        <w:rPr>
          <w:i/>
        </w:rPr>
        <w:t>“Jab science ki evidences saamne aayin, log samjhe science ne mazhab ko disprove kar diya”</w:t>
      </w:r>
    </w:p>
    <w:p>
      <w:r>
        <w:rPr>
          <w:sz w:val="20"/>
        </w:rPr>
        <w:t>1:02:45  to jab shuru mein jab science ki Evidences aayin samne, science ki Discoveries, to logon ne samjha ke science ne mazhab ko Disprove kar diya hai.</w:t>
      </w:r>
      <w:r>
        <w:br/>
      </w:r>
      <w:r>
        <w:rPr>
          <w:sz w:val="20"/>
        </w:rPr>
        <w:t>1:02:56  mazhab ko Disprove kar diya hai.</w:t>
      </w:r>
      <w:r>
        <w:br/>
      </w:r>
      <w:r>
        <w:rPr>
          <w:sz w:val="20"/>
        </w:rPr>
        <w:t>1:02:59  isi par maine woh kitab bhi likhi thi, ghaliban woh pehli kitab thi God Arises . Aaye Concept hi yahi tha ke us waqt jab ke log yeh keh rahe hain ke science ne Disprove kar diya hai, Khuda uth kar ke us ko khatm kar deta hai.</w:t>
      </w:r>
      <w:r>
        <w:br/>
      </w:r>
      <w:r>
        <w:rPr>
          <w:sz w:val="20"/>
        </w:rPr>
        <w:t>1:03:17  jaise ke Hazrat Musa ka asaa aaya to woh saare un ke Magic khatm ho gaye woh</w:t>
      </w:r>
      <w:r>
        <w:br/>
      </w:r>
      <w:r>
        <w:rPr>
          <w:sz w:val="20"/>
        </w:rPr>
        <w:t>1:03:23  . To yahi Concept tha us ko, us ka naam rakha tha hum ne God Arises . Aur God Arises jo tha, naam bilkul yeh mujhe mein keh sakta hoon ke phir Reveal hua tha mujhe.</w:t>
      </w:r>
      <w:r>
        <w:br/>
      </w:r>
      <w:r>
        <w:rPr>
          <w:sz w:val="20"/>
        </w:rPr>
        <w:t>1:03:34  kyun ke us ki Date bhi mujhe pata hai. Main Nadwa, Lucknow mein Nadwa ki majlis mein tha, ghaliban zuhr ka waqt tha. Aur wahan par baitha hua tha, yaani namaz se kuch pehle.</w:t>
      </w:r>
      <w:r>
        <w:br/>
      </w:r>
      <w:r>
        <w:rPr>
          <w:sz w:val="20"/>
        </w:rPr>
        <w:t>1:03:48  achanak mere Mind mein yeh aaya God Arises .</w:t>
      </w:r>
      <w:r>
        <w:br/>
      </w:r>
      <w:r>
        <w:rPr>
          <w:sz w:val="20"/>
        </w:rPr>
        <w:t>1:03:53  yeh bohat pehle ki baat hai, ghaliban 65 ki baat hai, ya 64 ki baat hai. To yeh yeh Title jo hai, main samajhta hoon ke yeh Reveal Title hai.</w:t>
      </w:r>
      <w:r>
        <w:br/>
      </w:r>
      <w:r>
        <w:rPr>
          <w:sz w:val="20"/>
        </w:rPr>
        <w:t>1:04:04  us waqt Concept yahi hai. Yeh liya gaya tha, us ka Expression jo hai, Biblical Expression hai yeh. Is mein hai ke Let God Arise, Let His Enemies Be Scattered .</w:t>
      </w:r>
      <w:r>
        <w:br/>
      </w:r>
      <w:r>
        <w:rPr>
          <w:sz w:val="20"/>
        </w:rPr>
        <w:t>1:04:17  to us waqt jo Concept tha, woh yeh tha ke log yeh keh rahe hain ke science ki Discoveries ne Religion ko aur Khuda ko Disprove kar diya hai. To is mein tha ke yeh galat hai.</w:t>
      </w:r>
      <w:r>
        <w:br/>
      </w:r>
      <w:r>
        <w:rPr>
          <w:sz w:val="20"/>
        </w:rPr>
        <w:t>1:04:27  Reaffirm kiya hai. Yaani science ki Discoveries ne Khuda ke Belief ko Reaffirm kiya hai.</w:t>
      </w:r>
      <w:r>
        <w:br/>
      </w:r>
      <w:r>
        <w:rPr>
          <w:sz w:val="20"/>
        </w:rPr>
        <w:t>1:04:35  phir se ek baar Scientific jo Base hai, Scientific jo Criterion hai, usi Criterion par Khuda ko aur Religious Truth ko phir se proof kar diya hai.</w:t>
      </w:r>
      <w:r>
        <w:br/>
      </w:r>
      <w:r>
        <w:rPr>
          <w:sz w:val="20"/>
        </w:rPr>
        <w:t>1:04:47  yeh tha us ka matlab. To maine, mera matlab yeh tha ke jis tarah se pichhle zamanon mein har Prophet ko Khuda ne aisi koi cheez di jo un ke zamane ke Criterion par apni sachai ko woh proof kar sak</w:t>
      </w:r>
      <w:r>
        <w:br/>
      </w:r>
      <w:r>
        <w:rPr>
          <w:sz w:val="20"/>
        </w:rPr>
        <w:t>1:05:03  e. Isi tarah aaj Khuda ne aisa kiya hai ke jis ko maine kaha ke civilization ka Supportive role. Is zamane mein civilization ne humein yeh Support diya ke aise Evidence diye ke hum aaj ke Scientific Criterion par sachai ko aur Khuda ko proof kar saken.</w:t>
      </w:r>
      <w:r>
        <w:br/>
      </w:r>
      <w:r>
        <w:rPr>
          <w:sz w:val="20"/>
        </w:rPr>
        <w:t>1:05:23  is par maine kai kitabein likhi hain, is mein se ek kitab hai, woh do kitabein aap padh sakte hain jo English mein hain. Ek hai God Arises, ek hai Religion and Science .</w:t>
      </w:r>
    </w:p>
    <w:p>
      <w:pPr>
        <w:pStyle w:val="Heading2"/>
      </w:pPr>
      <w:r>
        <w:t>From room partition to a greater door</w:t>
      </w:r>
    </w:p>
    <w:p>
      <w:r>
        <w:rPr>
          <w:color w:val="666666"/>
          <w:sz w:val="18"/>
        </w:rPr>
        <w:t>Interaction with umries 25 july, 2019 - Maulana Wahiduddin Khan · 5m 50s · at 3:21 · https://youtu.be/MjQYVF1PwhM?t=201</w:t>
      </w:r>
    </w:p>
    <w:p>
      <w:r>
        <w:rPr>
          <w:i/>
        </w:rPr>
        <w:t>“Mein teen saal mein Lucknow mein raha hoon”</w:t>
      </w:r>
    </w:p>
    <w:p>
      <w:r>
        <w:rPr>
          <w:sz w:val="20"/>
        </w:rPr>
        <w:t>3:21  mein teen saal mein lucknow mein raha hoon. teen saal.</w:t>
      </w:r>
      <w:r>
        <w:br/>
      </w:r>
      <w:r>
        <w:rPr>
          <w:sz w:val="20"/>
        </w:rPr>
        <w:t>3:31  to wahan par</w:t>
      </w:r>
      <w:r>
        <w:br/>
      </w:r>
      <w:r>
        <w:rPr>
          <w:sz w:val="20"/>
        </w:rPr>
        <w:t>3:36  aik mashhoor idaray mein mujh ko liya gaya tha.</w:t>
      </w:r>
      <w:r>
        <w:br/>
      </w:r>
      <w:r>
        <w:rPr>
          <w:sz w:val="20"/>
        </w:rPr>
        <w:t>3:47  to is mein rehta tha mein. to wahan par mujhe aik kamra diya gaya tha. woh kamra kafi bara tha, yani taqreeban itna hi bara jis mein aap baithe hue hain.</w:t>
      </w:r>
      <w:r>
        <w:br/>
      </w:r>
      <w:r>
        <w:rPr>
          <w:sz w:val="20"/>
        </w:rPr>
        <w:t>4:02  to kisi wajah se is idaray ke log mujh se ghussa ho gaye.</w:t>
      </w:r>
      <w:r>
        <w:br/>
      </w:r>
      <w:r>
        <w:rPr>
          <w:sz w:val="20"/>
        </w:rPr>
        <w:t>4:13  mujh se to sabhi log ghussa ho jatay hain kyunke mein be-darakht bolta hoon.</w:t>
      </w:r>
      <w:r>
        <w:br/>
      </w:r>
      <w:r>
        <w:rPr>
          <w:sz w:val="20"/>
        </w:rPr>
        <w:t>4:21  to ghussa ho gaye.</w:t>
      </w:r>
      <w:r>
        <w:br/>
      </w:r>
      <w:r>
        <w:rPr>
          <w:sz w:val="20"/>
        </w:rPr>
        <w:t>4:26  to unhon ne chaha ke mujhe</w:t>
      </w:r>
      <w:r>
        <w:br/>
      </w:r>
      <w:r>
        <w:rPr>
          <w:sz w:val="20"/>
        </w:rPr>
        <w:t>4:31  koi</w:t>
      </w:r>
      <w:r>
        <w:br/>
      </w:r>
      <w:r>
        <w:rPr>
          <w:sz w:val="20"/>
        </w:rPr>
        <w:t>4:37  mere khilaf kuch karna chahe, shayad, shayad. to kya hua ke yeh kamra jo hai aap jahan baithe hain, aap taqreeban itna hi bara kamra tha aur jis tarah yahan par idhar to darwaza hai, idhar darwaza hai, idhar wahan bhi tha.</w:t>
      </w:r>
      <w:r>
        <w:br/>
      </w:r>
      <w:r>
        <w:rPr>
          <w:sz w:val="20"/>
        </w:rPr>
        <w:t>4:57  to aik darwazay ki taraf mein baitha karta tha, kursi base par.</w:t>
      </w:r>
      <w:r>
        <w:br/>
      </w:r>
      <w:r>
        <w:rPr>
          <w:sz w:val="20"/>
        </w:rPr>
        <w:t>5:05  kursi base par. to aik din kya hua ke mein apni kursi mez par baitha hua kuch kar raha tha to achaanak peechay ki taraf se khat-khat ki awaz aayi.</w:t>
      </w:r>
      <w:r>
        <w:br/>
      </w:r>
      <w:r>
        <w:rPr>
          <w:sz w:val="20"/>
        </w:rPr>
        <w:t>5:23  khat-khat ki awaz. to peechay mein ne dekha to wahan par kya tha ke kuch mazdoor aur aik idaray ke aik zimmedar aadmi khare thay,</w:t>
      </w:r>
      <w:r>
        <w:br/>
      </w:r>
      <w:r>
        <w:rPr>
          <w:sz w:val="20"/>
        </w:rPr>
        <w:t>5:41  woh mazdoor se deewar todwa, tod, todwa rahe thay. is liye darwaza nahi hai, yeh todi ja rahi thi. nahi, darwaza haan nahi, teri nahi, woh darwaza band karne us par aik darwaza tha,</w:t>
      </w:r>
      <w:r>
        <w:br/>
      </w:r>
      <w:r>
        <w:rPr>
          <w:sz w:val="20"/>
        </w:rPr>
        <w:t>5:59  us ko band karne ke liye kaam kar rahe thay. woh mujh se kaha nahi tha unhon ne ke kya karne walay hain, pehle us waqt. to mein aik zabaan se dekh ke phir apni jagah baith gaya,</w:t>
      </w:r>
      <w:r>
        <w:br/>
      </w:r>
      <w:r>
        <w:rPr>
          <w:sz w:val="20"/>
        </w:rPr>
        <w:t>6:16  baith gaya. aur unhon ne kya kiya ke peechay ki taraf aik darwaza laga hua tha, us ko tod kar ke woh darwaza ko band kar diya.</w:t>
      </w:r>
      <w:r>
        <w:br/>
      </w:r>
      <w:r>
        <w:rPr>
          <w:sz w:val="20"/>
        </w:rPr>
        <w:t>6:32  haan, yahan nahi band kiya, ab yaad aaya, beech mein partition kar diya. haan, partition kar diya unhon ne. dakhil hue peechay se aur yahan partition, yani partition ki maani hai ke mera kamra adha kar diya hai.</w:t>
      </w:r>
      <w:r>
        <w:br/>
      </w:r>
      <w:r>
        <w:rPr>
          <w:sz w:val="20"/>
        </w:rPr>
        <w:t>6:51  mera kamra adha kar diya hai. eent un ke paas thi aur gaara un ke paas tha. to woh aisay hi kamra jo tha, peechay se dakhil hue, mujh se bataye baghair, aur wahan par aik deewar khari kar di.</w:t>
      </w:r>
      <w:r>
        <w:br/>
      </w:r>
      <w:r>
        <w:rPr>
          <w:sz w:val="20"/>
        </w:rPr>
        <w:t>7:06  partition, mera kamra adha kar diya. mein chup chap dekhta raha, dekhta kya, apna kaam karta raha.</w:t>
      </w:r>
      <w:r>
        <w:br/>
      </w:r>
      <w:r>
        <w:rPr>
          <w:sz w:val="20"/>
        </w:rPr>
        <w:t>7:18  woh partition kar ke chalay gaye,</w:t>
      </w:r>
      <w:r>
        <w:br/>
      </w:r>
      <w:r>
        <w:rPr>
          <w:sz w:val="20"/>
        </w:rPr>
        <w:t>7:23  chalay gaye. acha, wahan par jo talaba raha karte thay, us mein se jo aisay talaba jo zaheen thay, kuch nai soch un ke andar thi, woh mere paas aya karte thay.</w:t>
      </w:r>
      <w:r>
        <w:br/>
      </w:r>
      <w:r>
        <w:rPr>
          <w:sz w:val="20"/>
        </w:rPr>
        <w:t>7:42  to yeh khabar bohat jald poore idaray mein phail gayi. to shaam ke woh jo talaba mere paas aya karte thay, woh shaam ko aaye aur bohat hi ghamgeen, bohat hi sad.</w:t>
      </w:r>
      <w:r>
        <w:br/>
      </w:r>
      <w:r>
        <w:rPr>
          <w:sz w:val="20"/>
        </w:rPr>
        <w:t>8:02  to mein ne kaha ke bhai kya baat hai, aap log bohat ghamgeen nazar atay hain.</w:t>
      </w:r>
      <w:r>
        <w:br/>
      </w:r>
      <w:r>
        <w:rPr>
          <w:sz w:val="20"/>
        </w:rPr>
        <w:t>8:09  to bohat baar, kai baar poochne ke baad unhon ne kaha ke dekhiye ji, yeh kya kiya, unhon ne partition kar diya aap kamre ka.</w:t>
      </w:r>
      <w:r>
        <w:br/>
      </w:r>
      <w:r>
        <w:rPr>
          <w:sz w:val="20"/>
        </w:rPr>
        <w:t>8:22  to bohat itminaan se maine jawab diya tha, yeh sab likha hua hai meri diary mein, bohat itminaan se.</w:t>
      </w:r>
      <w:r>
        <w:br/>
      </w:r>
      <w:r>
        <w:rPr>
          <w:sz w:val="20"/>
        </w:rPr>
        <w:t>8:32  koi gham nahi, koi ghussa nahi, koi ghussa nahi.</w:t>
      </w:r>
      <w:r>
        <w:br/>
      </w:r>
      <w:r>
        <w:rPr>
          <w:sz w:val="20"/>
        </w:rPr>
        <w:t>8:41  to jo lafz meri zubaan se nikla, woh taqreeban yeh tha ke yeh log mere liye</w:t>
      </w:r>
      <w:r>
        <w:br/>
      </w:r>
      <w:r>
        <w:rPr>
          <w:sz w:val="20"/>
        </w:rPr>
        <w:t>8:53  is karble ka darwaza band kar rahe hain taake zyada bada darwaza mere liye khola jaye.</w:t>
      </w:r>
      <w:r>
        <w:br/>
      </w:r>
      <w:r>
        <w:rPr>
          <w:sz w:val="20"/>
        </w:rPr>
        <w:t>9:04  yaani Allah rab ul alameen mere liye zyada bada darwaza khole.</w:t>
      </w:r>
    </w:p>
    <w:p>
      <w:pPr>
        <w:pStyle w:val="Heading2"/>
      </w:pPr>
      <w:r>
        <w:t>Why anger is a loss even when you win the fight</w:t>
      </w:r>
    </w:p>
    <w:p>
      <w:r>
        <w:rPr>
          <w:color w:val="666666"/>
          <w:sz w:val="18"/>
        </w:rPr>
        <w:t>Don't Be Angry Culture January 15, 2012 · 1m 47s · at 22:20 · https://youtu.be/NrA3X8y_FLY?t=1340</w:t>
      </w:r>
    </w:p>
    <w:p>
      <w:r>
        <w:rPr>
          <w:i/>
        </w:rPr>
        <w:t>“Ek hadith hai: taqatwar wo nahi jo pachhaar de ladai mein”</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r>
        <w:br/>
      </w:r>
      <w:r>
        <w:rPr>
          <w:sz w:val="20"/>
        </w:rPr>
        <w:t>22:57  aap ghaur kijiye. agar larr gaye aur aap ne aap khud haare to to zillat hi zillat hai.</w:t>
      </w:r>
      <w:r>
        <w:br/>
      </w:r>
      <w:r>
        <w:rPr>
          <w:sz w:val="20"/>
        </w:rPr>
        <w:t>23:07  lekin farz kijiye aap jeet gaye aur us ko aap ne pachhad diya tab bhi bohat bada nuqsan hai. khwamkhwah ek shakhs ko apna dushman bana liya aap ne.</w:t>
      </w:r>
      <w:r>
        <w:br/>
      </w:r>
      <w:r>
        <w:rPr>
          <w:sz w:val="20"/>
        </w:rPr>
        <w:t>23:19  dushman. ek aadmi ke dil mein apni nafrat daal di.</w:t>
      </w:r>
      <w:r>
        <w:br/>
      </w:r>
      <w:r>
        <w:rPr>
          <w:sz w:val="20"/>
        </w:rPr>
        <w:t>23:26  to kya yeh kam nuqsan hai yeh? to ghusse ke waqt agar aap bazahir kamyab hon, tab bhi nuqsan hai.</w:t>
      </w:r>
      <w:r>
        <w:br/>
      </w:r>
      <w:r>
        <w:rPr>
          <w:sz w:val="20"/>
        </w:rPr>
        <w:t>23:37  aur aur agar nakaam hon, tab bhi nuqsan hai. yaani ghussa aaya aur kisi se larr gaye aap. to farz kijiye bazahir aap kamyab ho jayein.</w:t>
      </w:r>
      <w:r>
        <w:br/>
      </w:r>
      <w:r>
        <w:rPr>
          <w:sz w:val="20"/>
        </w:rPr>
        <w:t>23:49  tab bhi us ko aap ne aap us ke andar nafrat daal di. us ko apna dushman bana liya.</w:t>
      </w:r>
      <w:r>
        <w:br/>
      </w:r>
      <w:r>
        <w:rPr>
          <w:sz w:val="20"/>
        </w:rPr>
        <w:t>23:57  is wajah se har haal mein mufeed baat yeh hai ke aadmi ghusse ko control kare. ghusse ko control kare.</w:t>
      </w:r>
    </w:p>
    <w:p>
      <w:pPr>
        <w:pStyle w:val="Heading2"/>
      </w:pPr>
      <w:r>
        <w:t>22 young men fixing Islam's image</w:t>
      </w:r>
    </w:p>
    <w:p>
      <w:r>
        <w:rPr>
          <w:color w:val="666666"/>
          <w:sz w:val="18"/>
        </w:rPr>
        <w:t>Lessons from My Journey to Canada January 03, 2016 Maulana Wahiduddin Khan · 5m 06s · at 30:56 · https://youtu.be/Uh8DWul9IyY?t=1856</w:t>
      </w:r>
    </w:p>
    <w:p>
      <w:r>
        <w:rPr>
          <w:i/>
        </w:rPr>
        <w:t>“On the last day, those who invited us - a youth organization.”</w:t>
      </w:r>
    </w:p>
    <w:p>
      <w:r>
        <w:rPr>
          <w:sz w:val="20"/>
        </w:rPr>
        <w:t>30:56  Mr. Fauzan Khan ke sath 22 naujawan hain</w:t>
      </w:r>
      <w:r>
        <w:br/>
      </w:r>
      <w:r>
        <w:rPr>
          <w:sz w:val="20"/>
        </w:rPr>
        <w:t>31:01  sab ke sab aaye hamare hamare jahan hum ko thehraya tha unhon ne</w:t>
      </w:r>
      <w:r>
        <w:br/>
      </w:r>
      <w:r>
        <w:rPr>
          <w:sz w:val="20"/>
        </w:rPr>
        <w:t>31:08  wahan par aur mein kursi pe baitha tha woh log farsh pe baith gaye</w:t>
      </w:r>
      <w:r>
        <w:br/>
      </w:r>
      <w:r>
        <w:rPr>
          <w:sz w:val="20"/>
        </w:rPr>
        <w:t>31:16  aur bohat hi ziyada se jaise kisi buzurg se koi mile is tarah se mile woh</w:t>
      </w:r>
      <w:r>
        <w:br/>
      </w:r>
      <w:r>
        <w:rPr>
          <w:sz w:val="20"/>
        </w:rPr>
        <w:t>31:23  yeh bhi anokha anokha tajurba tha aur jahan mein jata hoon to aisa kahin nahi hota keh wahan</w:t>
      </w:r>
      <w:r>
        <w:br/>
      </w:r>
      <w:r>
        <w:rPr>
          <w:sz w:val="20"/>
        </w:rPr>
        <w:t>31:28  ke jo founder president hain apne sath sathiyon ko le kar aaye</w:t>
      </w:r>
      <w:r>
        <w:br/>
      </w:r>
      <w:r>
        <w:rPr>
          <w:sz w:val="20"/>
        </w:rPr>
        <w:t>31:34  to Mr. Fauzan Khan jo hain</w:t>
      </w:r>
      <w:r>
        <w:br/>
      </w:r>
      <w:r>
        <w:rPr>
          <w:sz w:val="20"/>
        </w:rPr>
        <w:t>31:37  unki kahani shuru hoti hai nine eleven se</w:t>
      </w:r>
      <w:r>
        <w:br/>
      </w:r>
      <w:r>
        <w:rPr>
          <w:sz w:val="20"/>
        </w:rPr>
        <w:t>31:42  America</w:t>
      </w:r>
      <w:r>
        <w:br/>
      </w:r>
      <w:r>
        <w:rPr>
          <w:sz w:val="20"/>
        </w:rPr>
        <w:t>31:42  mein jo nine eleven ka waqea hua</w:t>
      </w:r>
      <w:r>
        <w:br/>
      </w:r>
      <w:r>
        <w:rPr>
          <w:sz w:val="20"/>
        </w:rPr>
        <w:t>31:47  is ke baad sari dunya mein islam ki image kharab hui har jagah ye samjha jane laga ke islam terrorism ki taleem deta hai to ye aur wo 22 naujawan unhon ne mil kar ye tay kiya ke hum is image ko theek karenge</w:t>
      </w:r>
      <w:r>
        <w:br/>
      </w:r>
      <w:r>
        <w:rPr>
          <w:sz w:val="20"/>
        </w:rPr>
        <w:t>32:09  to unhon ne aik tehreek shuru ki is is tehreek mein unhon ne</w:t>
      </w:r>
      <w:r>
        <w:br/>
      </w:r>
      <w:r>
        <w:rPr>
          <w:sz w:val="20"/>
        </w:rPr>
        <w:t>32:16  hazaron hazar naujawano ko mobilize kiya hai</w:t>
      </w:r>
      <w:r>
        <w:br/>
      </w:r>
      <w:r>
        <w:rPr>
          <w:sz w:val="20"/>
        </w:rPr>
        <w:t>32:20  aur woh unhi ka ijtima tha jaise hum is ko aur kai logon ko bator speaker bulaya tha</w:t>
      </w:r>
      <w:r>
        <w:br/>
      </w:r>
      <w:r>
        <w:rPr>
          <w:sz w:val="20"/>
        </w:rPr>
        <w:t>32:28  unhon ne to jitne naujawan thay</w:t>
      </w:r>
      <w:r>
        <w:br/>
      </w:r>
      <w:r>
        <w:rPr>
          <w:sz w:val="20"/>
        </w:rPr>
        <w:t>32:33  sab ke sab positive kisi ek naujawan ne koi wahan par jangjoo'i ki baat nahi ki</w:t>
      </w:r>
      <w:r>
        <w:br/>
      </w:r>
      <w:r>
        <w:rPr>
          <w:sz w:val="20"/>
        </w:rPr>
        <w:t>32:43  yahan to ya alaik mein ek program tha merit university mein merit university mein tha program wahan par ek ek naujawan khada hoga laga shor karne</w:t>
      </w:r>
      <w:r>
        <w:br/>
      </w:r>
      <w:r>
        <w:rPr>
          <w:sz w:val="20"/>
        </w:rPr>
        <w:t>32:57  aur hamare jalsay ko yani</w:t>
      </w:r>
      <w:r>
        <w:br/>
      </w:r>
      <w:r>
        <w:rPr>
          <w:sz w:val="20"/>
        </w:rPr>
        <w:t>33:02  ki taqreer na ho ek hangama khara kar diya yeh halat India ki halat yeh hai</w:t>
      </w:r>
      <w:r>
        <w:br/>
      </w:r>
      <w:r>
        <w:rPr>
          <w:sz w:val="20"/>
        </w:rPr>
        <w:t>33:09  aisi halat har jagah hai</w:t>
      </w:r>
      <w:r>
        <w:br/>
      </w:r>
      <w:r>
        <w:rPr>
          <w:sz w:val="20"/>
        </w:rPr>
        <w:t>33:12  wahan kuch nahi</w:t>
      </w:r>
      <w:r>
        <w:br/>
      </w:r>
      <w:r>
        <w:rPr>
          <w:sz w:val="20"/>
        </w:rPr>
        <w:t>33:15  un ke sath jo 22 naujawan hain woh bhi sab ke sab bohat sanjeeda aur jo mukhtalif jagahon</w:t>
      </w:r>
      <w:r>
        <w:br/>
      </w:r>
      <w:r>
        <w:rPr>
          <w:sz w:val="20"/>
        </w:rPr>
        <w:t>33:23  se naujawan aaye thay woh sab sanjeeda</w:t>
      </w:r>
      <w:r>
        <w:br/>
      </w:r>
      <w:r>
        <w:rPr>
          <w:sz w:val="20"/>
        </w:rPr>
        <w:t>33:28  larkay aur larkiyan dono</w:t>
      </w:r>
      <w:r>
        <w:br/>
      </w:r>
      <w:r>
        <w:rPr>
          <w:sz w:val="20"/>
        </w:rPr>
        <w:t>33:32  kisi ne koi</w:t>
      </w:r>
      <w:r>
        <w:br/>
      </w:r>
      <w:r>
        <w:rPr>
          <w:sz w:val="20"/>
        </w:rPr>
        <w:t>33:36  koi negative baat nahi ki to mister fauzan khan ne ye tay kiya nine eleven ke baad ke hum islam ki image ko durust karenge to naujawano ko un ke sath 22 naujawan un ko sath dene ke liye khare hogaye is tarah ye ek group bana</w:t>
      </w:r>
      <w:r>
        <w:br/>
      </w:r>
      <w:r>
        <w:rPr>
          <w:sz w:val="20"/>
        </w:rPr>
        <w:t>34:03  aur wo</w:t>
      </w:r>
      <w:r>
        <w:br/>
      </w:r>
      <w:r>
        <w:rPr>
          <w:sz w:val="20"/>
        </w:rPr>
        <w:t>34:07  unhon ne kaam karna shuru kiya to unhi ne woh beshak woh naujawano ko mobilize kar rahay</w:t>
      </w:r>
      <w:r>
        <w:br/>
      </w:r>
      <w:r>
        <w:rPr>
          <w:sz w:val="20"/>
        </w:rPr>
        <w:t>34:14  hain to mere pas yeh log ikhatta hue</w:t>
      </w:r>
      <w:r>
        <w:br/>
      </w:r>
      <w:r>
        <w:rPr>
          <w:sz w:val="20"/>
        </w:rPr>
        <w:t>34:20  parson sham ko sab ke sab</w:t>
      </w:r>
      <w:r>
        <w:br/>
      </w:r>
      <w:r>
        <w:rPr>
          <w:sz w:val="20"/>
        </w:rPr>
        <w:t>34:25  aur ikhatta kis liye apna apne karname bayan karne nahi hain</w:t>
      </w:r>
      <w:r>
        <w:br/>
      </w:r>
      <w:r>
        <w:rPr>
          <w:sz w:val="20"/>
        </w:rPr>
        <w:t>34:29  apne ikhtilafat bayan karne ke liye nahi hain aam tor par jo hota hai ke log milte hain</w:t>
      </w:r>
      <w:r>
        <w:br/>
      </w:r>
      <w:r>
        <w:rPr>
          <w:sz w:val="20"/>
        </w:rPr>
        <w:t>34:36  to apne karname batatay hain ya ikhtilaf</w:t>
      </w:r>
      <w:r>
        <w:br/>
      </w:r>
      <w:r>
        <w:rPr>
          <w:sz w:val="20"/>
        </w:rPr>
        <w:t>34:41  do hi subjects hota hai logon ka ya to apna karname bayan karne ke ya hamare khilaf koi</w:t>
      </w:r>
      <w:r>
        <w:br/>
      </w:r>
      <w:r>
        <w:rPr>
          <w:sz w:val="20"/>
        </w:rPr>
        <w:t>34:48  bohat hi shadeed gheeb tanqideen</w:t>
      </w:r>
      <w:r>
        <w:br/>
      </w:r>
      <w:r>
        <w:rPr>
          <w:sz w:val="20"/>
        </w:rPr>
        <w:t>34:52  ke aap</w:t>
      </w:r>
      <w:r>
        <w:br/>
      </w:r>
      <w:r>
        <w:rPr>
          <w:sz w:val="20"/>
        </w:rPr>
        <w:t>34:53  aisa karte hain aap kaise israel pahunch gaye israel ko koi koi visit kiya aap ne ye ek baat ko wo baat ko babri mashriq ke bare mein aisa kyun keh diya aap ne to is liye ikattha hote hain mere pas ye log ikattha hue the ke humein guidance dijiye guidance</w:t>
      </w:r>
      <w:r>
        <w:br/>
      </w:r>
      <w:r>
        <w:rPr>
          <w:sz w:val="20"/>
        </w:rPr>
        <w:t>35:16  to mein ne kaha ke</w:t>
      </w:r>
      <w:r>
        <w:br/>
      </w:r>
      <w:r>
        <w:rPr>
          <w:sz w:val="20"/>
        </w:rPr>
        <w:t>35:19  dekhiye aap bohat acha kaam kar rahay hain ke Muslim naujawano ko aap mobilize kar rahay hain bohat</w:t>
      </w:r>
      <w:r>
        <w:br/>
      </w:r>
      <w:r>
        <w:rPr>
          <w:sz w:val="20"/>
        </w:rPr>
        <w:t>35:26  acha kaam kar rahay hain</w:t>
      </w:r>
      <w:r>
        <w:br/>
      </w:r>
      <w:r>
        <w:rPr>
          <w:sz w:val="20"/>
        </w:rPr>
        <w:t>35:29  to mein ne kaha ke aap ne bohat se</w:t>
      </w:r>
      <w:r>
        <w:br/>
      </w:r>
      <w:r>
        <w:rPr>
          <w:sz w:val="20"/>
        </w:rPr>
        <w:t>35:32  Muslim scholars ko yahan bulaya hai unhon ne speeches dein</w:t>
      </w:r>
      <w:r>
        <w:br/>
      </w:r>
      <w:r>
        <w:rPr>
          <w:sz w:val="20"/>
        </w:rPr>
        <w:t>35:36  is se un ko koi</w:t>
      </w:r>
      <w:r>
        <w:br/>
      </w:r>
      <w:r>
        <w:rPr>
          <w:sz w:val="20"/>
        </w:rPr>
        <w:t>35:39  koi gol mila hoga har ek ko</w:t>
      </w:r>
      <w:r>
        <w:br/>
      </w:r>
      <w:r>
        <w:rPr>
          <w:sz w:val="20"/>
        </w:rPr>
        <w:t>35:43  inshallah lekin ap ke pas ek common gol hona chahiye sab sab ka ek ek hi ek hi</w:t>
      </w:r>
      <w:r>
        <w:br/>
      </w:r>
      <w:r>
        <w:rPr>
          <w:sz w:val="20"/>
        </w:rPr>
        <w:t>35:49  gol ek hi nishana ek hi target</w:t>
      </w:r>
      <w:r>
        <w:br/>
      </w:r>
      <w:r>
        <w:rPr>
          <w:sz w:val="20"/>
        </w:rPr>
        <w:t>35:54  tab taake woh un ke andar woh ittehad ki taqat bane woh</w:t>
      </w:r>
      <w:r>
        <w:br/>
      </w:r>
      <w:r>
        <w:rPr>
          <w:sz w:val="20"/>
        </w:rPr>
        <w:t>36:00  to maine un ko kaha ke ap ka nishana</w:t>
      </w:r>
    </w:p>
    <w:p>
      <w:pPr>
        <w:pStyle w:val="Heading2"/>
      </w:pPr>
      <w:r>
        <w:t>The age of dialogue and mutual learning</w:t>
      </w:r>
    </w:p>
    <w:p>
      <w:r>
        <w:rPr>
          <w:color w:val="666666"/>
          <w:sz w:val="18"/>
        </w:rPr>
        <w:t>Q&amp;A 09 Mar 2008 Maulana Wahiduddin Khan · 2m 42s · at 13:47 · https://youtu.be/qE__fts05yw?t=827</w:t>
      </w:r>
    </w:p>
    <w:p>
      <w:r>
        <w:rPr>
          <w:i/>
        </w:rPr>
        <w:t>“This is the age of dialogue”</w:t>
      </w:r>
    </w:p>
    <w:p>
      <w:r>
        <w:rPr>
          <w:sz w:val="20"/>
        </w:rPr>
        <w:t>13:47  jis age mein ham hain, yah age of dialogue hai. aur age is, aur age is age of dialogue.</w:t>
      </w:r>
      <w:r>
        <w:br/>
      </w:r>
      <w:r>
        <w:rPr>
          <w:sz w:val="20"/>
        </w:rPr>
        <w:t>14:01  aur main samajhta hoon ki</w:t>
      </w:r>
      <w:r>
        <w:br/>
      </w:r>
      <w:r>
        <w:rPr>
          <w:sz w:val="20"/>
        </w:rPr>
        <w:t>14:05  bahut achha hai har mazhab ke liye. dialogue jo hai, to yah traditionally log jis jo traditionally log jo jante hain, vah debate hai.</w:t>
      </w:r>
      <w:r>
        <w:br/>
      </w:r>
      <w:r>
        <w:rPr>
          <w:sz w:val="20"/>
        </w:rPr>
        <w:t>14:22  debate khoob hai har mazhab mein. dialogue nahin hai. dekhen, dialogue debate mein kya difference hai?</w:t>
      </w:r>
      <w:r>
        <w:br/>
      </w:r>
      <w:r>
        <w:rPr>
          <w:sz w:val="20"/>
        </w:rPr>
        <w:t>14:34  da</w:t>
      </w:r>
      <w:r>
        <w:br/>
      </w:r>
      <w:r>
        <w:rPr>
          <w:sz w:val="20"/>
        </w:rPr>
        <w:t>14:35  aye. debate mein aap apni hi superiority ko establish karna chahte hain.</w:t>
      </w:r>
      <w:r>
        <w:br/>
      </w:r>
      <w:r>
        <w:rPr>
          <w:sz w:val="20"/>
        </w:rPr>
        <w:t>14:43  jab hoga debate do do mein, to har ek chahega ki main apni superiority ko establish karoon.</w:t>
      </w:r>
      <w:r>
        <w:br/>
      </w:r>
      <w:r>
        <w:rPr>
          <w:sz w:val="20"/>
        </w:rPr>
        <w:t>14:54  that is debate. jaise hamare bachpan mein</w:t>
      </w:r>
      <w:r>
        <w:br/>
      </w:r>
      <w:r>
        <w:rPr>
          <w:sz w:val="20"/>
        </w:rPr>
        <w:t>15:01  ek hindu musalman mein bahut hota tha, shastra arth jo kahte hain, debate. to ek ne kitab chhapi: kafar tod.</w:t>
      </w:r>
      <w:r>
        <w:br/>
      </w:r>
      <w:r>
        <w:rPr>
          <w:sz w:val="20"/>
        </w:rPr>
        <w:t>15:12  to doosre ne chhapi: kafar tod ka bhanda phod. dekhen, yah hai debate.</w:t>
      </w:r>
      <w:r>
        <w:br/>
      </w:r>
      <w:r>
        <w:rPr>
          <w:sz w:val="20"/>
        </w:rPr>
        <w:t>15:18  debate mein aap ka concern yah nahin hota ki hum doosre ke dil ko jeeten, usko convince karen.</w:t>
      </w:r>
      <w:r>
        <w:br/>
      </w:r>
      <w:r>
        <w:rPr>
          <w:sz w:val="20"/>
        </w:rPr>
        <w:t>15:28  ya concern nahin hota aap ka. aap ka hota hai ki main kisi tarike se apni superiority ko establish karoon.</w:t>
      </w:r>
      <w:r>
        <w:br/>
      </w:r>
      <w:r>
        <w:rPr>
          <w:sz w:val="20"/>
        </w:rPr>
        <w:t>15:36  yah debate hai. dialogue mein aisa nahin hai. dialogue to aap seekhte hain. yah hai mutual learning. dialogue means mutual learning.</w:t>
      </w:r>
      <w:r>
        <w:br/>
      </w:r>
      <w:r>
        <w:rPr>
          <w:sz w:val="20"/>
        </w:rPr>
        <w:t>15:48  aur main kah sakta hoon ki kam az kam main musalmanon mein to aise log mein nahin pata</w:t>
      </w:r>
      <w:r>
        <w:br/>
      </w:r>
      <w:r>
        <w:rPr>
          <w:sz w:val="20"/>
        </w:rPr>
        <w:t>15:54  jo jo in ke andar spirit of dialogue ho. main apne bare mein keh sakta hoon ke mere andar hundred percent spirit of dialogue hai. main empty mind ho kar ke doosre mazhab ko parhta hoon.</w:t>
      </w:r>
      <w:r>
        <w:br/>
      </w:r>
      <w:r>
        <w:rPr>
          <w:sz w:val="20"/>
        </w:rPr>
        <w:t>16:06  empty mind ho ke doosre mazhab se dialogue karta hoon.</w:t>
      </w:r>
      <w:r>
        <w:br/>
      </w:r>
      <w:r>
        <w:rPr>
          <w:sz w:val="20"/>
        </w:rPr>
        <w:t>16:11  to bias ko hata kar, pre-subvision ko hata kar, aur sense of spiritual, sense of superiority ko hata kar, jab aap doosre se baat karte hain to that is dialogue.</w:t>
      </w:r>
    </w:p>
    <w:p>
      <w:pPr>
        <w:pStyle w:val="Heading2"/>
      </w:pPr>
      <w:r>
        <w:t>hadith: faith wears out like cloth</w:t>
      </w:r>
    </w:p>
    <w:p>
      <w:r>
        <w:rPr>
          <w:color w:val="666666"/>
          <w:sz w:val="18"/>
        </w:rPr>
        <w:t>Revival of Faith September 25, 2011 Maulana Wahiduddin Khan · 48s · at 3:59 · https://youtu.be/sG_btZMffxg?t=239</w:t>
      </w:r>
    </w:p>
    <w:p>
      <w:r>
        <w:rPr>
          <w:i/>
        </w:rPr>
        <w:t>“There's a hadith: iman becomes worn out inside you”</w:t>
      </w:r>
    </w:p>
    <w:p>
      <w:r>
        <w:rPr>
          <w:sz w:val="20"/>
        </w:rPr>
        <w:t>3:59  dekhiye, aik hadees hai ke: "inna al-imana layakhlaqu</w:t>
      </w:r>
      <w:r>
        <w:br/>
      </w:r>
      <w:r>
        <w:rPr>
          <w:sz w:val="20"/>
        </w:rPr>
        <w:t>4:12  fi jawfi ahadikum kama yakhlaqu as-sawbu fasallu Allahu imanakum fi qulubikum".</w:t>
      </w:r>
      <w:r>
        <w:br/>
      </w:r>
      <w:r>
        <w:rPr>
          <w:sz w:val="20"/>
        </w:rPr>
        <w:t>4:29  yaani imaan boodida hota hai, faith becomes worn out.</w:t>
      </w:r>
      <w:r>
        <w:br/>
      </w:r>
      <w:r>
        <w:rPr>
          <w:sz w:val="20"/>
        </w:rPr>
        <w:t>4:42  imaan boodida hota hai.</w:t>
      </w:r>
    </w:p>
    <w:p>
      <w:pPr>
        <w:pStyle w:val="Heading2"/>
      </w:pPr>
      <w:r>
        <w:t>Faith wears out, pray for revival</w:t>
      </w:r>
    </w:p>
    <w:p>
      <w:r>
        <w:rPr>
          <w:color w:val="666666"/>
          <w:sz w:val="18"/>
        </w:rPr>
        <w:t>Revival of Faith I 25 Sept, 2011 - Maulana Wahiduddin Khan · 55s · at 4:39 · https://youtu.be/y8_SQ8dJ0w0?t=279</w:t>
      </w:r>
    </w:p>
    <w:p>
      <w:r>
        <w:rPr>
          <w:i/>
        </w:rPr>
        <w:t>“Faith becomes worn out”</w:t>
      </w:r>
    </w:p>
    <w:p>
      <w:r>
        <w:rPr>
          <w:sz w:val="20"/>
        </w:rPr>
        <w:t>4:39  imaan boseeda hota hai, faith becomes worn out.</w:t>
      </w:r>
      <w:r>
        <w:br/>
      </w:r>
      <w:r>
        <w:rPr>
          <w:sz w:val="20"/>
        </w:rPr>
        <w:t>4:50  imaan boseeda hota hai.</w:t>
      </w:r>
      <w:r>
        <w:br/>
      </w:r>
      <w:r>
        <w:rPr>
          <w:sz w:val="20"/>
        </w:rPr>
        <w:t>4:57  to tum imaan ko fi jawfikum yani imaan ka zahir boseeda nahi hota, is ka batin boseeda hota hai,</w:t>
      </w:r>
      <w:r>
        <w:br/>
      </w:r>
      <w:r>
        <w:rPr>
          <w:sz w:val="20"/>
        </w:rPr>
        <w:t>5:11  yani spirit ke aitbar se boseeda hota hai.</w:t>
      </w:r>
      <w:r>
        <w:br/>
      </w:r>
      <w:r>
        <w:rPr>
          <w:sz w:val="20"/>
        </w:rPr>
        <w:t>5:19  to tum is ko allah se dua kiya karte raho ke tumhare imaan ko revive kare, dobara zinda kar de.</w:t>
      </w:r>
    </w:p>
    <w:p>
      <w:pPr>
        <w:pStyle w:val="Heading2"/>
      </w:pPr>
      <w:r>
        <w:t>Adam's mistake, and God's forgiveness after repentance</w:t>
      </w:r>
    </w:p>
    <w:p>
      <w:r>
        <w:rPr>
          <w:color w:val="666666"/>
          <w:sz w:val="18"/>
        </w:rPr>
        <w:t>A Brief Survey of Islamic History (Eng) February 15, 2007 · 2m 12s · at 43:44 · https://youtu.be/MdRtdA99UlA?t=2624</w:t>
      </w:r>
    </w:p>
    <w:p>
      <w:r>
        <w:rPr>
          <w:i/>
        </w:rPr>
        <w:t>“Adam ate the fruit of the forbidden tree.”</w:t>
      </w:r>
    </w:p>
    <w:p>
      <w:r>
        <w:rPr>
          <w:sz w:val="20"/>
        </w:rPr>
        <w:t>43:44  This was a mistake committed by Adam. And when he committed this mistake, he was disgraced by God.</w:t>
      </w:r>
      <w:r>
        <w:br/>
      </w:r>
      <w:r>
        <w:rPr>
          <w:sz w:val="20"/>
        </w:rPr>
        <w:t>43:59  He became a disgraced person.</w:t>
      </w:r>
      <w:r>
        <w:br/>
      </w:r>
      <w:r>
        <w:rPr>
          <w:sz w:val="20"/>
        </w:rPr>
        <w:t>44:03  Then he went to introspection. And Adam</w:t>
      </w:r>
      <w:r>
        <w:br/>
      </w:r>
      <w:r>
        <w:rPr>
          <w:sz w:val="20"/>
        </w:rPr>
        <w:t>44:13  obtained introspection. Adam</w:t>
      </w:r>
      <w:r>
        <w:br/>
      </w:r>
      <w:r>
        <w:rPr>
          <w:sz w:val="20"/>
        </w:rPr>
        <w:t>44:19  admitted that he committed a mistake. He was wrong. So, he asked forgiveness from God.</w:t>
      </w:r>
      <w:r>
        <w:br/>
      </w:r>
      <w:r>
        <w:rPr>
          <w:sz w:val="20"/>
        </w:rPr>
        <w:t>44:32  He asked forgiveness from God. And God forgave him. And God again bestowed His blessing on Adam.</w:t>
      </w:r>
      <w:r>
        <w:br/>
      </w:r>
      <w:r>
        <w:rPr>
          <w:sz w:val="20"/>
        </w:rPr>
        <w:t>44:45  This is very important. From this reference, we can have a great lesson.</w:t>
      </w:r>
      <w:r>
        <w:br/>
      </w:r>
      <w:r>
        <w:rPr>
          <w:sz w:val="20"/>
        </w:rPr>
        <w:t>44:56  And this lesson is that</w:t>
      </w:r>
      <w:r>
        <w:br/>
      </w:r>
      <w:r>
        <w:rPr>
          <w:sz w:val="20"/>
        </w:rPr>
        <w:t>45:01  everyone can commit a mistake, including the prophet. So, committing a mistake is not</w:t>
      </w:r>
      <w:r>
        <w:br/>
      </w:r>
      <w:r>
        <w:rPr>
          <w:sz w:val="20"/>
        </w:rPr>
        <w:t>45:13  a problem. Simply, committing a mistake is not a</w:t>
      </w:r>
      <w:r>
        <w:br/>
      </w:r>
      <w:r>
        <w:rPr>
          <w:sz w:val="20"/>
        </w:rPr>
        <w:t>45:18  problem. The problem is that you fail to admit that you were wrong.</w:t>
      </w:r>
      <w:r>
        <w:br/>
      </w:r>
      <w:r>
        <w:rPr>
          <w:sz w:val="20"/>
        </w:rPr>
        <w:t>45:31  When you commit a mistake, you have to say, "I was wrong. I was wrong. Oh God, forgive me. Oh God, forgive me." So, if you commit a mistake, you have to go to introsp</w:t>
      </w:r>
      <w:r>
        <w:br/>
      </w:r>
      <w:r>
        <w:rPr>
          <w:sz w:val="20"/>
        </w:rPr>
        <w:t>45:47  ection. You have to admit that you were wrong. And God will bestow His blessing on you again.</w:t>
      </w:r>
    </w:p>
    <w:p>
      <w:pPr>
        <w:pStyle w:val="Heading2"/>
      </w:pPr>
      <w:r>
        <w:t>True gratitude vs. our tiny share of complaints</w:t>
      </w:r>
    </w:p>
    <w:p>
      <w:r>
        <w:rPr>
          <w:color w:val="666666"/>
          <w:sz w:val="18"/>
        </w:rPr>
        <w:t>Fasting Training for Discipline August 16, 2009 · 1m 44s · at 17:06 · https://youtu.be/sZw-RIqkF1c?t=1026</w:t>
      </w:r>
    </w:p>
    <w:p>
      <w:r>
        <w:rPr>
          <w:i/>
        </w:rPr>
        <w:t>“Sacha hamd kaise niklega uske dil se?”</w:t>
      </w:r>
    </w:p>
    <w:p>
      <w:r>
        <w:rPr>
          <w:sz w:val="20"/>
        </w:rPr>
        <w:t>17:06  sacha hamd kaisay niklay ga is kay dil say? jab har har waqt aap ko kisi say shikayat hai, kisi say aap ko takleef puhanch rahi hai to aap sacha hamd nahi kar sakay</w:t>
      </w:r>
      <w:r>
        <w:br/>
      </w:r>
      <w:r>
        <w:rPr>
          <w:sz w:val="20"/>
        </w:rPr>
        <w:t>17:18  e. lafz service karenge, aap lafz service sachay hamd karne ke liye aap ko sochna parega. to maine socha, socha, socha to mere nateejay pohancha ke insaan ki jin baaton ko le kar hum complaint bhi jeetay hain, shikayat bhi jeetay hain,</w:t>
      </w:r>
      <w:r>
        <w:br/>
      </w:r>
      <w:r>
        <w:rPr>
          <w:sz w:val="20"/>
        </w:rPr>
        <w:t>17:37  woh kya hain? woh zindagi ka less than one percent hai.</w:t>
      </w:r>
      <w:r>
        <w:br/>
      </w:r>
      <w:r>
        <w:rPr>
          <w:sz w:val="20"/>
        </w:rPr>
        <w:t>17:42  kisi ne kuch humein bura keh diya, kisi ne hamara farz kijiye ke hamara kapra chheen liya, kisi ne hum se kuch paise chheen liye.</w:t>
      </w:r>
      <w:r>
        <w:br/>
      </w:r>
      <w:r>
        <w:rPr>
          <w:sz w:val="20"/>
        </w:rPr>
        <w:t>17:55  is tarah ki cheezein hoti hain. ab zyada tar to munh se bolne ko le kar ke shikayat le kar baith jatay hain ke hum yeh kyun keh diya, woh kyun keh diya.</w:t>
      </w:r>
      <w:r>
        <w:br/>
      </w:r>
      <w:r>
        <w:rPr>
          <w:sz w:val="20"/>
        </w:rPr>
        <w:t>18:06  zindagi mein in cheezon ka hissa less than one percent hai.</w:t>
      </w:r>
      <w:r>
        <w:br/>
      </w:r>
      <w:r>
        <w:rPr>
          <w:sz w:val="20"/>
        </w:rPr>
        <w:t>18:11  ab Khuda ko aap dekhiye to more than 99 percent to Khuda ki boundaries hain.</w:t>
      </w:r>
      <w:r>
        <w:br/>
      </w:r>
      <w:r>
        <w:rPr>
          <w:sz w:val="20"/>
        </w:rPr>
        <w:t>18:19  jaise ke main bol raha hoon, aap sochiye, aap kisi ko sochein ke bolna kaisi ajeeb cheez hai. aadmi ne apne mind se socha, zabaan se us ne ada kiya,</w:t>
      </w:r>
      <w:r>
        <w:br/>
      </w:r>
      <w:r>
        <w:rPr>
          <w:sz w:val="20"/>
        </w:rPr>
        <w:t>18:32  phir hawa ke zariye se doosron tak woh cheez, woh views pohanchin,</w:t>
      </w:r>
      <w:r>
        <w:br/>
      </w:r>
      <w:r>
        <w:rPr>
          <w:sz w:val="20"/>
        </w:rPr>
        <w:t>18:38  phir kaan se aap ne suna, phir kaan ne bhi dimaagh tak pohanchaya to aap ne samjha is ko. yeh saari baatein aap sochiye to insaan se jo aap ko dukh pohancha hai, us se billion time zyada to aap ko Khuda se mil raha hai.</w:t>
      </w:r>
    </w:p>
    <w:p>
      <w:pPr>
        <w:pStyle w:val="Heading2"/>
      </w:pPr>
      <w:r>
        <w:t>Suicide is haram due to pessimism</w:t>
      </w:r>
    </w:p>
    <w:p>
      <w:r>
        <w:rPr>
          <w:color w:val="666666"/>
          <w:sz w:val="18"/>
        </w:rPr>
        <w:t>Islam and Peace (In Conversation with Maulana) · 1m 59s · at 16:18 · https://youtu.be/vFVw6wPt5lk?t=978</w:t>
      </w:r>
    </w:p>
    <w:p>
      <w:r>
        <w:rPr>
          <w:i/>
        </w:rPr>
        <w:t>“Punishment and reward depend on intention.”</w:t>
      </w:r>
    </w:p>
    <w:p>
      <w:r>
        <w:rPr>
          <w:sz w:val="20"/>
        </w:rPr>
        <w:t>16:18  The reason is that punishment and reward both depend on intention, not simply on deed.</w:t>
      </w:r>
      <w:r>
        <w:br/>
      </w:r>
      <w:r>
        <w:rPr>
          <w:sz w:val="20"/>
        </w:rPr>
        <w:t>16:29  So one who commits suicide, he shows bad intention because he showed that he became pessimist.</w:t>
      </w:r>
      <w:r>
        <w:br/>
      </w:r>
      <w:r>
        <w:rPr>
          <w:sz w:val="20"/>
        </w:rPr>
        <w:t>16:39  He became a frustrated person</w:t>
      </w:r>
      <w:r>
        <w:br/>
      </w:r>
      <w:r>
        <w:rPr>
          <w:sz w:val="20"/>
        </w:rPr>
        <w:t>16:45  . He lost the hope from God. So it is haram in Islam to be pessimist.</w:t>
      </w:r>
      <w:r>
        <w:br/>
      </w:r>
      <w:r>
        <w:rPr>
          <w:sz w:val="20"/>
        </w:rPr>
        <w:t>16:59  It is haram in Islam.</w:t>
      </w:r>
      <w:r>
        <w:br/>
      </w:r>
      <w:r>
        <w:rPr>
          <w:sz w:val="20"/>
        </w:rPr>
        <w:t>17:02  You are not allowed to be pessimist. You have to wait for God's blessing. If you are in trouble, if you are facing some problem,</w:t>
      </w:r>
      <w:r>
        <w:br/>
      </w:r>
      <w:r>
        <w:rPr>
          <w:sz w:val="20"/>
        </w:rPr>
        <w:t>17:16  you have to wait for you have to pray to God and wait.</w:t>
      </w:r>
      <w:r>
        <w:br/>
      </w:r>
      <w:r>
        <w:rPr>
          <w:sz w:val="20"/>
        </w:rPr>
        <w:t>17:28  It means that if you are facing some trouble, some problem, you have to pray to God and you have to wait for the solution.</w:t>
      </w:r>
      <w:r>
        <w:br/>
      </w:r>
      <w:r>
        <w:rPr>
          <w:sz w:val="20"/>
        </w:rPr>
        <w:t>17:42  God will help you.</w:t>
      </w:r>
      <w:r>
        <w:br/>
      </w:r>
      <w:r>
        <w:rPr>
          <w:sz w:val="20"/>
        </w:rPr>
        <w:t>17:46  So it is not allowed in Islam to commit suicide. It is haram. So one who commits suicide, he proved that he was a pessimist.</w:t>
      </w:r>
      <w:r>
        <w:br/>
      </w:r>
      <w:r>
        <w:rPr>
          <w:sz w:val="20"/>
        </w:rPr>
        <w:t>17:57  He was a disappointed person.</w:t>
      </w:r>
      <w:r>
        <w:br/>
      </w:r>
      <w:r>
        <w:rPr>
          <w:sz w:val="20"/>
        </w:rPr>
        <w:t>18:00  And disappointment is haram.</w:t>
      </w:r>
      <w:r>
        <w:br/>
      </w:r>
      <w:r>
        <w:rPr>
          <w:sz w:val="20"/>
        </w:rPr>
        <w:t>18:06  So the basic reason is disappointment. So Molana, is our destiny governed by God? Does He choose who is evil and who is bad?</w:t>
      </w:r>
    </w:p>
    <w:p>
      <w:pPr>
        <w:pStyle w:val="Heading2"/>
      </w:pPr>
      <w:r>
        <w:t>Turning negative to positive via introspection</w:t>
      </w:r>
    </w:p>
    <w:p>
      <w:r>
        <w:rPr>
          <w:color w:val="666666"/>
          <w:sz w:val="18"/>
        </w:rPr>
        <w:t>Islam and Science (In Conversation with Maulana) · 2m 23s · at 17:49 · https://youtu.be/pKS94tSXlT4?t=1069</w:t>
      </w:r>
    </w:p>
    <w:p>
      <w:r>
        <w:rPr>
          <w:i/>
        </w:rPr>
        <w:t>“Iska method hai muhasaba.”</w:t>
      </w:r>
    </w:p>
    <w:p>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p>
    <w:p>
      <w:pPr>
        <w:pStyle w:val="Heading2"/>
      </w:pPr>
      <w:r>
        <w:t>Avoiding differences in collective dawa</w:t>
      </w:r>
    </w:p>
    <w:p>
      <w:r>
        <w:rPr>
          <w:color w:val="666666"/>
          <w:sz w:val="18"/>
        </w:rPr>
        <w:t>Role of Dayee in the Modern Age Sept 22, 2012 - Maulana Wahiduddin Khan · 4m 08s · at 43:02 · https://youtu.be/kRdsp_EkGX4?t=2582</w:t>
      </w:r>
    </w:p>
    <w:p>
      <w:r>
        <w:rPr>
          <w:i/>
        </w:rPr>
        <w:t>“Rasool Allah ne ek misaal di.”</w:t>
      </w:r>
    </w:p>
    <w:p>
      <w:r>
        <w:rPr>
          <w:sz w:val="20"/>
        </w:rPr>
        <w:t>43:02  Main aap ko ek misaal deta hoon. Rasool Allah ne ek baar ek maqam par kuch dasta bhejna tha. To kuch logon ke sath aap ne Hazrat Umar Ibn Al-Aas ko bhej diya.</w:t>
      </w:r>
      <w:r>
        <w:br/>
      </w:r>
      <w:r>
        <w:rPr>
          <w:sz w:val="20"/>
        </w:rPr>
        <w:t>43:16  Sara jitna bara dasta banana tha utna bara abhi nahi bana tha to ek giroh ke sath aap ne bhej diya un ko. Baad ko aap ne bhejha Hazrat Abu Ubaidah Ibn Al-Jarrah ke sath kuch aur logon ko.</w:t>
      </w:r>
      <w:r>
        <w:br/>
      </w:r>
      <w:r>
        <w:rPr>
          <w:sz w:val="20"/>
        </w:rPr>
        <w:t>43:31  Ke ja kar un se milo. To jab bhejha aap ne to aap ne naseehat ki Hazrat Abu Ubaidah Ibn Al-Jarrah ko ke jab tum milo Umar Ibn Al-Aas se to kabhi bhi ikhtilaf na karna mil kar kaam karna.</w:t>
      </w:r>
      <w:r>
        <w:br/>
      </w:r>
      <w:r>
        <w:rPr>
          <w:sz w:val="20"/>
        </w:rPr>
        <w:t>43:57  Fatawawwa'a wala takhtalifu mil kar kaam karna hai ikhtilaf mat karna. To jab wahan pohanche woh jahan Umar Ibn Al-Aas padao dale hue thay to namaz ka waqt aya.</w:t>
      </w:r>
      <w:r>
        <w:br/>
      </w:r>
      <w:r>
        <w:rPr>
          <w:sz w:val="20"/>
        </w:rPr>
        <w:t>44:11  To Umar Ibn Al-Aas chhote thay aur Ubaidah Ibn Al-Jarrah bade thay senior thay yeh. To wahan jo log thay unhone chaha ke senior hone ke nate Abu Ubaidah Ibn Al-Jarrah jo hain wahi namaz padhayen.</w:t>
      </w:r>
      <w:r>
        <w:br/>
      </w:r>
      <w:r>
        <w:rPr>
          <w:sz w:val="20"/>
        </w:rPr>
        <w:t>44:27  To Umar Ibn Al-Aas ne kaha ke nahi main namaz padhaunga. Kyun ke asal to main hoon woh to meri madad ke liye bhejhe gaye hain. Is par niza'a qaim hui.</w:t>
      </w:r>
      <w:r>
        <w:br/>
      </w:r>
      <w:r>
        <w:rPr>
          <w:sz w:val="20"/>
        </w:rPr>
        <w:t>44:40  To Hazrat Abu Ubaidah Ibn Al-Jarrah ne yeh keh kar baat ko khatam kar diya. Ke Rasool Allah Sal Allahu Alaihi Wa Sallam ne kaha tha ke tum ikhtilaf mat karna.</w:t>
      </w:r>
      <w:r>
        <w:br/>
      </w:r>
      <w:r>
        <w:rPr>
          <w:sz w:val="20"/>
        </w:rPr>
        <w:t>44:50  To unhone kaha ke is</w:t>
      </w:r>
      <w:r>
        <w:br/>
      </w:r>
      <w:r>
        <w:rPr>
          <w:sz w:val="20"/>
        </w:rPr>
        <w:t>44:57  Rooh ko dekhiye aap.</w:t>
      </w:r>
      <w:r>
        <w:br/>
      </w:r>
      <w:r>
        <w:rPr>
          <w:sz w:val="20"/>
        </w:rPr>
        <w:t>45:06  Khuda ki qasam agar tum meri baat na mano tab bhi main tumhari itaat karunga.</w:t>
      </w:r>
      <w:r>
        <w:br/>
      </w:r>
      <w:r>
        <w:rPr>
          <w:sz w:val="20"/>
        </w:rPr>
        <w:t>45:15  Yeh thay woh log jin ko hum Sahaba kehte hain. Yeh thay woh log jinhone Islam ko qaim kiya. Yeh woh thay woh log jinhone Islam ki jarrein jamayin aaj is ka hum phal kha rahe hain.</w:t>
      </w:r>
      <w:r>
        <w:br/>
      </w:r>
      <w:r>
        <w:rPr>
          <w:sz w:val="20"/>
        </w:rPr>
        <w:t>45:34  Khuda ki qasam agar tum meri baat na mano tab bhi main tumhari itaat karunga.</w:t>
      </w:r>
      <w:r>
        <w:br/>
      </w:r>
      <w:r>
        <w:rPr>
          <w:sz w:val="20"/>
        </w:rPr>
        <w:t>45:42  To main ne kai baar yeh baat kahi ke yeh mission dawat ka mission jo hai is ko koi bhi khatra kisi cheez se nahi hai. Sirf aapas ke ikhtilaf se khatra ho sakta hai agar ho sakta hai to.</w:t>
      </w:r>
      <w:r>
        <w:br/>
      </w:r>
      <w:r>
        <w:rPr>
          <w:sz w:val="20"/>
        </w:rPr>
        <w:t>45:56  Yeh Rasool Allah Sal Allahu Alaihi Wa Sallam ne yeh baat kahi thi. Yeh baat Rasool Allah ne kahi thi ke is mission ko koi khatra nahi hai. Agar hoga to sirf aapas ke ikhtilaf se khatra hoga.</w:t>
      </w:r>
      <w:r>
        <w:br/>
      </w:r>
      <w:r>
        <w:rPr>
          <w:sz w:val="20"/>
        </w:rPr>
        <w:t>46:09  Wahi hamare CPS ke mission mein bhi hai.</w:t>
      </w:r>
      <w:r>
        <w:br/>
      </w:r>
      <w:r>
        <w:rPr>
          <w:sz w:val="20"/>
        </w:rPr>
        <w:t>46:16  Sab se bari cheez jo Shaitan dakhil karta hai woh aapas ka ikhtilaf hai. Dekhiye ek hai ikhtilaf e rai is ko main nahi keh raha hoon.</w:t>
      </w:r>
      <w:r>
        <w:br/>
      </w:r>
      <w:r>
        <w:rPr>
          <w:sz w:val="20"/>
        </w:rPr>
        <w:t>46:27  Ikhtilaf e rai ko main nahi keh raha hoon. Main jis cheez ko keh raha hoon woh yeh hai ke kisi ki rai alag ho to usi chahe ke wahi rai chale. Aur na chale to woh lage propaganda karne.</w:t>
      </w:r>
      <w:r>
        <w:br/>
      </w:r>
      <w:r>
        <w:rPr>
          <w:sz w:val="20"/>
        </w:rPr>
        <w:t>46:43  aur negative khayalat phailane yeh haram se zyada buri cheez hai yaqeen kijie. main samajhta hoon ke sharab peena gunah hai khanzir ka ka gosht khana gunah hai lekin is se bhi zyada bada gunah yeh hai ke dawat ke liye koi ijtimaaiyat qaim ho.</w:t>
      </w:r>
      <w:r>
        <w:br/>
      </w:r>
      <w:r>
        <w:rPr>
          <w:sz w:val="20"/>
        </w:rPr>
        <w:t>47:02  dawat ke liye koi kaam uthe aur koi shakhs apni ek zaati rai ko le kar is mein khalal daalne lage.</w:t>
      </w:r>
    </w:p>
    <w:p>
      <w:pPr>
        <w:pStyle w:val="Heading2"/>
      </w:pPr>
      <w:r>
        <w:t>Story of revenge and its consequences</w:t>
      </w:r>
    </w:p>
    <w:p>
      <w:r>
        <w:rPr>
          <w:color w:val="666666"/>
          <w:sz w:val="18"/>
        </w:rPr>
        <w:t>Universal Study of The Quran 26 July, 2019 - Maulana Wahiduddin Khan · 2m 18s · at 14:03 · https://youtu.be/Ac4V122XwXA?t=843</w:t>
      </w:r>
    </w:p>
    <w:p>
      <w:r>
        <w:rPr>
          <w:i/>
        </w:rPr>
        <w:t>“To unhonne faisla kiya ke main is ko qatal karunga”</w:t>
      </w:r>
    </w:p>
    <w:p>
      <w:r>
        <w:rPr>
          <w:sz w:val="20"/>
        </w:rPr>
        <w:t>14:03  to unhon ne faisla kiya ke main is ko qatl karunga. maar dalunga. ghusse mein yeh kaha unhon ne mujh se.</w:t>
      </w:r>
      <w:r>
        <w:br/>
      </w:r>
      <w:r>
        <w:rPr>
          <w:sz w:val="20"/>
        </w:rPr>
        <w:t>14:12  kisi wajah se woh dilli aaye the woh ke maine shayad maine socha hai. maine tay kiya hai ke main is shakhs ko qatl karunga.</w:t>
      </w:r>
      <w:r>
        <w:br/>
      </w:r>
      <w:r>
        <w:rPr>
          <w:sz w:val="20"/>
        </w:rPr>
        <w:t>14:24  mere sath dhoka dhoka kiya hai is ne.</w:t>
      </w:r>
      <w:r>
        <w:br/>
      </w:r>
      <w:r>
        <w:rPr>
          <w:sz w:val="20"/>
        </w:rPr>
        <w:t>14:31  to maine un ki baatein suni.</w:t>
      </w:r>
      <w:r>
        <w:br/>
      </w:r>
      <w:r>
        <w:rPr>
          <w:sz w:val="20"/>
        </w:rPr>
        <w:t>14:38  us waqt main shayad us us building mein nahi tha. purane dilli mein tha ghaliban. jamiat building mein.</w:t>
      </w:r>
      <w:r>
        <w:br/>
      </w:r>
      <w:r>
        <w:rPr>
          <w:sz w:val="20"/>
        </w:rPr>
        <w:t>14:50  to is ko sunne ke baad maine is se kaha ke aap ki soch sahi soch nahi hai. woh kehte hain ji mujhe dhoka diya is ne.</w:t>
      </w:r>
      <w:r>
        <w:br/>
      </w:r>
      <w:r>
        <w:rPr>
          <w:sz w:val="20"/>
        </w:rPr>
        <w:t>15:06  to meri zuban se ek jumla nikla</w:t>
      </w:r>
      <w:r>
        <w:br/>
      </w:r>
      <w:r>
        <w:rPr>
          <w:sz w:val="20"/>
        </w:rPr>
        <w:t>15:11  ke kya aap sochte hain ke aap jab qatl kar dalenge is ko to baat meri khatm ho jayegi?</w:t>
      </w:r>
      <w:r>
        <w:br/>
      </w:r>
      <w:r>
        <w:rPr>
          <w:sz w:val="20"/>
        </w:rPr>
        <w:t>15:24  baat meri khatm ho jayegi? to meri zuban se nikla tha jumla ke inteqam lene se pehle soch liye ke inteqam ka bhi inteqam liya jayega.</w:t>
      </w:r>
      <w:r>
        <w:br/>
      </w:r>
      <w:r>
        <w:rPr>
          <w:sz w:val="20"/>
        </w:rPr>
        <w:t>15:38  jameed building mein yeh jumla nikla tha meri zuban se.</w:t>
      </w:r>
      <w:r>
        <w:br/>
      </w:r>
      <w:r>
        <w:rPr>
          <w:sz w:val="20"/>
        </w:rPr>
        <w:t>15:44  inteqam lene se pehle soch liye ke inteqam ka bhi inteqam liya jayega.</w:t>
      </w:r>
      <w:r>
        <w:br/>
      </w:r>
      <w:r>
        <w:rPr>
          <w:sz w:val="20"/>
        </w:rPr>
        <w:t>15:52  yani aap marenge is aadmi ko phir is ke bete jo hain jo zinda rahenge woh hum marenge aap ko. woh chhodenge aap ko.</w:t>
      </w:r>
      <w:r>
        <w:br/>
      </w:r>
      <w:r>
        <w:rPr>
          <w:sz w:val="20"/>
        </w:rPr>
        <w:t>16:03  is ke bete aap chhodenge. wahi inteqam unhein bhadka bhadkega. to maine kaha ke inteqam lene se pehle soch liye ke inteqam ka bhi inteqam liya jayega.</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Age of violence ends, age of peace begins, ancient persecution stories</w:t>
      </w:r>
    </w:p>
    <w:p>
      <w:r>
        <w:rPr>
          <w:color w:val="666666"/>
          <w:sz w:val="18"/>
        </w:rPr>
        <w:t>Discovery of Modern Age February 10, 2013 · 5m 55s · at 11:30 · https://youtu.be/qYGA53ii7E4?t=690</w:t>
      </w:r>
    </w:p>
    <w:p>
      <w:r>
        <w:rPr>
          <w:i/>
        </w:rPr>
        <w:t>“Might is right — sabse badi taqat talwar thi”</w:t>
      </w:r>
    </w:p>
    <w:p>
      <w:r>
        <w:rPr>
          <w:sz w:val="20"/>
        </w:rPr>
        <w:t>11:30  might is right. sab se bari taqat qadeem zamanay mein talwar hua karti thi.</w:t>
      </w:r>
      <w:r>
        <w:br/>
      </w:r>
      <w:r>
        <w:rPr>
          <w:sz w:val="20"/>
        </w:rPr>
        <w:t>11:37  is daur ko Allah taala ne nikala, aik naya zamanay paida kiya, jahan sab se bari taqat aman hai.</w:t>
      </w:r>
      <w:r>
        <w:br/>
      </w:r>
      <w:r>
        <w:rPr>
          <w:sz w:val="20"/>
        </w:rPr>
        <w:t>11:48  yeh bohat bari planning thi Allah taala ki. yeh khawamkhwah nahi ho gaya. isi baat ka Rasool Allah Sal Allahu Alaihi Wasallam ke zamanay mein ailaan kiya gaya tha, Quran mein bhi, hadith ke andar bhi, ke aap ke aik naya daur aa gaya.</w:t>
      </w:r>
      <w:r>
        <w:br/>
      </w:r>
      <w:r>
        <w:rPr>
          <w:sz w:val="20"/>
        </w:rPr>
        <w:t>12:07  aik lambi jahad ke baad, kai hazar ki jahad ke baad, culmination tha Islam ka aakhri zamanay. is ke baray mein mein aap ko arz karna chahoon ga.</w:t>
      </w:r>
      <w:r>
        <w:br/>
      </w:r>
      <w:r>
        <w:rPr>
          <w:sz w:val="20"/>
        </w:rPr>
        <w:t>12:21  Quran mein dekhen, Surah Al-Maidah mein yeh ayat hai jis mein ke takmeel-e-deen ka zikr hai. "alyawma akmaltu lakum deenakum" ki jo ayat hai, Surah Al-Maidah mein, us mein farmaya: "alyawma yaisa allazeena kafaroo min deenikum".</w:t>
      </w:r>
      <w:r>
        <w:br/>
      </w:r>
      <w:r>
        <w:rPr>
          <w:sz w:val="20"/>
        </w:rPr>
        <w:t>12:43  kaha jata hai ke ye quran ki aakhri ayat hai, rasool Allah salallaho alaihe wasallam ke zamane ke aakhri zamane mein. is ka tarjuma ye hai ke aaj al kuffar ya al inkar</w:t>
      </w:r>
      <w:r>
        <w:br/>
      </w:r>
      <w:r>
        <w:rPr>
          <w:sz w:val="20"/>
        </w:rPr>
        <w:t>13:02  deen ke mamle mein mayoos ho gaye.</w:t>
      </w:r>
      <w:r>
        <w:br/>
      </w:r>
      <w:r>
        <w:rPr>
          <w:sz w:val="20"/>
        </w:rPr>
        <w:t>13:07  to ab tum un se na daro, mujh se daro. yani ab tum al inkar se na daro, Allah se daro. is ka matlab kya hai?</w:t>
      </w:r>
      <w:r>
        <w:br/>
      </w:r>
      <w:r>
        <w:rPr>
          <w:sz w:val="20"/>
        </w:rPr>
        <w:t>13:19  ye ek naye daur ke aamad ka aelan hai ke daur khauf khatam ho gaya, daur aman aa gaya.</w:t>
      </w:r>
      <w:r>
        <w:br/>
      </w:r>
      <w:r>
        <w:rPr>
          <w:sz w:val="20"/>
        </w:rPr>
        <w:t>13:31  daur khauf khatam ho gaya, daur aman aa gaya. ye ek daur ki aamad ka aelan tha, ye. ye koi prasarar fazilat ka mamla nahi hai.</w:t>
      </w:r>
      <w:r>
        <w:br/>
      </w:r>
      <w:r>
        <w:rPr>
          <w:sz w:val="20"/>
        </w:rPr>
        <w:t>13:41  lekin yahi baat rasool Allah salallaho alaihe wasallam ne ek hadith mein farmai</w:t>
      </w:r>
      <w:r>
        <w:br/>
      </w:r>
      <w:r>
        <w:rPr>
          <w:sz w:val="20"/>
        </w:rPr>
        <w:t>13:48  ke ek zamana aayega jab ke ek aurat hazrat moosa se sana kar jayegi,</w:t>
      </w:r>
      <w:r>
        <w:br/>
      </w:r>
      <w:r>
        <w:rPr>
          <w:sz w:val="20"/>
        </w:rPr>
        <w:t>14:00  is tanha oont par baith kar. "wala takhafaw illa Allah".</w:t>
      </w:r>
      <w:r>
        <w:br/>
      </w:r>
      <w:r>
        <w:rPr>
          <w:sz w:val="20"/>
        </w:rPr>
        <w:t>14:10  is ko Allah ke siwa kisi ka dar nahi hoga. ye kya? ye daur ka aelan tha ke ek naya daur aane wala hai jabke khauf khatam aur aman ka har taraf daur daur hai.</w:t>
      </w:r>
      <w:r>
        <w:br/>
      </w:r>
      <w:r>
        <w:rPr>
          <w:sz w:val="20"/>
        </w:rPr>
        <w:t>14:30  to dekhiye, qadeem zamane mein bohat tashaddud hua karta tha, lias persecute hua karta tha. hadith mein aur quran mein is ka zikr bar bar aaya hai.</w:t>
      </w:r>
      <w:r>
        <w:br/>
      </w:r>
      <w:r>
        <w:rPr>
          <w:sz w:val="20"/>
        </w:rPr>
        <w:t>14:41  misal ke taur par dekhiye, haj maseeh ke baad kuch log jin ko ashab kaha jata hai, wo tauheed par iman laye.</w:t>
      </w:r>
      <w:r>
        <w:br/>
      </w:r>
      <w:r>
        <w:rPr>
          <w:sz w:val="20"/>
        </w:rPr>
        <w:t>14:58  is zamane mein hazrat maseeh ki taleemat abhi unhe bigad nahi aayi thi. ye turkey ke shumali ilake mein kuch log the, is zamane mein turkey mein romans ki hukumat thi,</w:t>
      </w:r>
      <w:r>
        <w:br/>
      </w:r>
      <w:r>
        <w:rPr>
          <w:sz w:val="20"/>
        </w:rPr>
        <w:t>15:14  romans ki. to wo log mushrik hua karte the.</w:t>
      </w:r>
      <w:r>
        <w:br/>
      </w:r>
      <w:r>
        <w:rPr>
          <w:sz w:val="20"/>
        </w:rPr>
        <w:t>15:21  to tauheed un ke liye na qabil bardasht thi aur un ko khatra hua ke use maar dalenge. to wo khamoshi se apne gharon se nikal kar chale gaye, pahad ke khod.</w:t>
      </w:r>
      <w:r>
        <w:br/>
      </w:r>
      <w:r>
        <w:rPr>
          <w:sz w:val="20"/>
        </w:rPr>
        <w:t>15:37  ye khod abhi bhi maujood hai, internet par dekh sakte hain aap. bible mein bhi is ka zikr hai. bible mein un ko seven sleepers kaha jata hai.</w:t>
      </w:r>
      <w:r>
        <w:br/>
      </w:r>
      <w:r>
        <w:rPr>
          <w:sz w:val="20"/>
        </w:rPr>
        <w:t>15:47  is se bhi is baat par ke Allah ek hai, un ko apni basti mein rehne ki ijazat nahi thi. ya to Allah ek hai, khana chodo ya tum ko hum qatl kar denge.</w:t>
      </w:r>
      <w:r>
        <w:br/>
      </w:r>
      <w:r>
        <w:rPr>
          <w:sz w:val="20"/>
        </w:rPr>
        <w:t>16:03  hazrat ibrahim ko dekhiye, Allah ek hai kehne par aag mein dal diya gaya. koi un ka jurm nahi tha, un ke khilaf koi criminal case nahi tha.</w:t>
      </w:r>
      <w:r>
        <w:br/>
      </w:r>
      <w:r>
        <w:rPr>
          <w:sz w:val="20"/>
        </w:rPr>
        <w:t>16:14  sirf ye baat thi ke unhone kaha ke Allah ek hai, isi ek ki ibadat karo. quran mein surah al burrow mein likhi gayi hai: "wa ma nakham min Allah yawm billah al aziz al habib".</w:t>
      </w:r>
      <w:r>
        <w:br/>
      </w:r>
      <w:r>
        <w:rPr>
          <w:sz w:val="20"/>
        </w:rPr>
        <w:t>16:28  yahan bhi ashab al khutoot ka zikr hai. aag ke gurhe mein koi log dal diye gaye the, kis liye?</w:t>
      </w:r>
      <w:r>
        <w:br/>
      </w:r>
      <w:r>
        <w:rPr>
          <w:sz w:val="20"/>
        </w:rPr>
        <w:t>16:37  nihayat hi peaceful the wo log, lekin sirf tauheed ko mante the.</w:t>
      </w:r>
      <w:r>
        <w:br/>
      </w:r>
      <w:r>
        <w:rPr>
          <w:sz w:val="20"/>
        </w:rPr>
        <w:t>16:42  Allah ek hai, isi ki ibadat karo. ye pura ka pura hazaron saal ka daur tashaddud ka daur tha.</w:t>
      </w:r>
      <w:r>
        <w:br/>
      </w:r>
      <w:r>
        <w:rPr>
          <w:sz w:val="20"/>
        </w:rPr>
        <w:t>16:55  to wo daur to tha. Allah taala ne insaan azadi de di hai. azadi ko misuse karne ki wajah se ye daur tha. to Allah taala insaan ki azadi ko ab wash nahi kar sakta.</w:t>
      </w:r>
      <w:r>
        <w:br/>
      </w:r>
      <w:r>
        <w:rPr>
          <w:sz w:val="20"/>
        </w:rPr>
        <w:t>17:07  ye mumkin nahi hai ke insaan ki azadi ko misuse kar diya jaye kamon se pehle.</w:t>
      </w:r>
      <w:r>
        <w:br/>
      </w:r>
      <w:r>
        <w:rPr>
          <w:sz w:val="20"/>
        </w:rPr>
        <w:t>17:13  to azadi ko pak rakhte hue Allah taala ne tareekh ko banjh kiya, yahan tak ke wo Islam ka zamana aa gaya.</w:t>
      </w:r>
    </w:p>
    <w:p>
      <w:pPr>
        <w:pStyle w:val="Heading2"/>
      </w:pPr>
      <w:r>
        <w:t>what monasticism is and why Islam rejects full renunciation</w:t>
      </w:r>
    </w:p>
    <w:p>
      <w:r>
        <w:rPr>
          <w:color w:val="666666"/>
          <w:sz w:val="18"/>
        </w:rPr>
        <w:t>Itikaf (Intellectual Seclusion) April 16, 2023 · 4m 03s · at 6:05 · https://youtu.be/Yci8zFmfCU4?t=365</w:t>
      </w:r>
    </w:p>
    <w:p>
      <w:r>
        <w:rPr>
          <w:i/>
        </w:rPr>
        <w:t>“Rahbaniyat aur itikaf mein koi farq hai?”</w:t>
      </w:r>
    </w:p>
    <w:p>
      <w:r>
        <w:rPr>
          <w:sz w:val="20"/>
        </w:rPr>
        <w:t>6:05  hai, doosra yeh ke hum jante hain rehbaniyat kehe ya jisko sanyasi banna kaha jata hai. to yeh rehbaniyat kya cheez hai, itkaf aur is mein koi farq hai?</w:t>
      </w:r>
      <w:r>
        <w:br/>
      </w:r>
      <w:r>
        <w:rPr>
          <w:sz w:val="20"/>
        </w:rPr>
        <w:t>6:16  haan, bahut zyada farq hai kyunke rehbaniyat isi ko kehte hain jisko hum monastism kehte hain. to yeh rehbaniyat jo hai, woh duniya se mustaqil taur par kinara kashi ikhtiyar karna hai, duniya ko chhod dena hai.</w:t>
      </w:r>
      <w:r>
        <w:br/>
      </w:r>
      <w:r>
        <w:rPr>
          <w:sz w:val="20"/>
        </w:rPr>
        <w:t>6:30  to Islam se pehle yehi tha aur ab bhi sufiyon ne aisa kiya hai ke unhon ne goshah nasheeni mustaqil taur par ikhtiyar ki.</w:t>
      </w:r>
      <w:r>
        <w:br/>
      </w:r>
      <w:r>
        <w:rPr>
          <w:sz w:val="20"/>
        </w:rPr>
        <w:t>6:39  to is tarike se yeh Islam mein, ah, Islam se pehle ye tradition chali aa rahi thi aur har mazhab mein tha. aap dekhte hain Hindu mazhab mein sadhu hain, Buddhism mein monk hain aur Christianity mein nun</w:t>
      </w:r>
      <w:r>
        <w:br/>
      </w:r>
      <w:r>
        <w:rPr>
          <w:sz w:val="20"/>
        </w:rPr>
        <w:t>6:57  hain. to yeh log jangalon mein, pahadon mein wahan rehte hain, din raat mujahide karte hain, riyazat karte hain. Islam mein in logon ka yeh soch thi ke yeh jo hamari jism hai, jiske tamam desires hain, to isi wajah se hum spiritual enlightenment tak nahin pahunch pate hain.</w:t>
      </w:r>
      <w:r>
        <w:br/>
      </w:r>
      <w:r>
        <w:rPr>
          <w:sz w:val="20"/>
        </w:rPr>
        <w:t>7:18  to humko har pleasures ko deny karna hai, abstinence ki zindagi guzarna hai.</w:t>
      </w:r>
      <w:r>
        <w:br/>
      </w:r>
      <w:r>
        <w:rPr>
          <w:sz w:val="20"/>
        </w:rPr>
        <w:t>7:25  to jab jism woh hai pak ho jayega desires se, tabhi humko spiritual enlightenment milega. to yeh kahin kahin bohat hi extreme form mein paya jata hai, jaise jainism mein aur buddhism mein.</w:t>
      </w:r>
      <w:r>
        <w:br/>
      </w:r>
      <w:r>
        <w:rPr>
          <w:sz w:val="20"/>
        </w:rPr>
        <w:t>7:37  to woh log bilkul hi jungla pahad mein chale jate hain. lekin islam mein kya hai ke, ah, moderation hai,</w:t>
      </w:r>
      <w:r>
        <w:br/>
      </w:r>
      <w:r>
        <w:rPr>
          <w:sz w:val="20"/>
        </w:rPr>
        <w:t>7:46  waqti tor par aap dunya darana zindagi se alag hokar Khuda ki ibadat karte hain, ghore o fikr karte hain spiritual baaton mein.</w:t>
      </w:r>
      <w:r>
        <w:br/>
      </w:r>
      <w:r>
        <w:rPr>
          <w:sz w:val="20"/>
        </w:rPr>
        <w:t>7:56  phir uske baad phir aap dunya mein wapas aa jate hain. Islam mein baat kya hai ke Islam ke mutabiq insan halat test mein hai.</w:t>
      </w:r>
      <w:r>
        <w:br/>
      </w:r>
      <w:r>
        <w:rPr>
          <w:sz w:val="20"/>
        </w:rPr>
        <w:t>8:05  agar woh mustaqil tor par jungla pahad chala jayega to uska test hi nahi hoga, kyunke test to hota hai jab jab hum doosre logon ke darmiyan rehte hain.</w:t>
      </w:r>
      <w:r>
        <w:br/>
      </w:r>
      <w:r>
        <w:rPr>
          <w:sz w:val="20"/>
        </w:rPr>
        <w:t>8:14  kisi ne humein kuch bura keh diya hai, kisi ne humein provoke kar diya hai, kisi ne humein ghussa dila diya hai, to</w:t>
      </w:r>
      <w:r>
        <w:br/>
      </w:r>
      <w:r>
        <w:rPr>
          <w:sz w:val="20"/>
        </w:rPr>
        <w:t>8:20  phir hamara response kya hota hai? to yeh sab wahan hota hi nahi, wahan to din raat baithe kar ibadat karna hai. to lekin doosre mazahib mein kya tha ke, ah, apne punarjanm ka concept hai.</w:t>
      </w:r>
      <w:r>
        <w:br/>
      </w:r>
      <w:r>
        <w:rPr>
          <w:sz w:val="20"/>
        </w:rPr>
        <w:t>8:33  to woh kehte hain ke jab tak hum apni desires ko khatam nahi kar denge, tab tak humko punarjanm se chhutkara nahi milega.</w:t>
      </w:r>
      <w:r>
        <w:br/>
      </w:r>
      <w:r>
        <w:rPr>
          <w:sz w:val="20"/>
        </w:rPr>
        <w:t>8:42  aur buddhism mein to khaas tareeqe se yeh bohat hi main unki philosophy hai ke yahi jo desires hain, yahi doosra body marne ke baad doosra body le kar aati hain.</w:t>
      </w:r>
      <w:r>
        <w:br/>
      </w:r>
      <w:r>
        <w:rPr>
          <w:sz w:val="20"/>
        </w:rPr>
        <w:t>8:57  to humein isko khatam karna hai, tabhi humein salvation ya mukti ya moksha jo bhi hai, woh milega. to is wajah se woh log jo hain, ek bada tabqa unka rehbaniyat ka tareeqa isne ikhtiyar kiya hai.</w:t>
      </w:r>
      <w:r>
        <w:br/>
      </w:r>
      <w:r>
        <w:rPr>
          <w:sz w:val="20"/>
        </w:rPr>
        <w:t>9:12  ismein jo Quran ki ayat aayi hai rehbaniyat ke ta'alluq se, Surah Hadid ayat number 27, 27 mein hai aur</w:t>
      </w:r>
      <w:r>
        <w:br/>
      </w:r>
      <w:r>
        <w:rPr>
          <w:sz w:val="20"/>
        </w:rPr>
        <w:t>9:27  ke rehbaniyat ko unhone khud se ijad kar liya, humne un par yeh cheez lazim nahi ki thi. haan, unhone Allah Ta'ala ki raza paane ke liye isko kiya, magar uski woh poori tareeqe se riayat nahi kar sake.</w:t>
      </w:r>
      <w:r>
        <w:br/>
      </w:r>
      <w:r>
        <w:rPr>
          <w:sz w:val="20"/>
        </w:rPr>
        <w:t>9:39  to ismein do cheezein hain: ek to yeh hai ke yeh cheez khud insan ne apni taraf se ki thi aur itkaf mein hota hai ke Allah Ta'ala ki taraf se hai. doosri cheez woh yeh hai ke ab isko poori tareeqe se iska haq bhi ada nahi kar paye, kyunke insan ke nature ke khilaf hai. insan das din, paanch din kya hai, dunya se alag reh sakta hai, magar poori zindagi dunya se alag rehna yeh cheez nahi ho sakti.</w:t>
      </w:r>
      <w:r>
        <w:br/>
      </w:r>
      <w:r>
        <w:rPr>
          <w:sz w:val="20"/>
        </w:rPr>
        <w:t>10:00  insan ke bare mein aata hai ke woh kya hai, ah, tamadduni insan hai ke doosre insan ke baghair nahi reh sakta.</w:t>
      </w:r>
    </w:p>
    <w:p>
      <w:pPr>
        <w:pStyle w:val="Heading2"/>
      </w:pPr>
      <w:r>
        <w:t>Hatred for Jews/Christians is political</w:t>
      </w:r>
    </w:p>
    <w:p>
      <w:r>
        <w:rPr>
          <w:color w:val="666666"/>
          <w:sz w:val="18"/>
        </w:rPr>
        <w:t>Question and Answer April 07, 2020 Maulana Wahiduddin Khan · 2m 38s · at 31:10 · https://youtu.be/_GFv068coXA?t=1870</w:t>
      </w:r>
    </w:p>
    <w:p>
      <w:r>
        <w:rPr>
          <w:i/>
        </w:rPr>
        <w:t>“Maulana sahib, musalmanon mein Jews aur Christians ke baare mein nafrat kyun payi jati hai?”</w:t>
      </w:r>
    </w:p>
    <w:p>
      <w:r>
        <w:rPr>
          <w:sz w:val="20"/>
        </w:rPr>
        <w:t>31:10  farhan raza sahib puchte hain: "maulana sahib, musalmanon mein jooz aur isaiyon ke bare mein nafrat kyun pai jati hai?" ye kaha jata hai ke quran mein yahood o nasara ko kaha gaya hai ke dost mat banao.</w:t>
      </w:r>
      <w:r>
        <w:br/>
      </w:r>
      <w:r>
        <w:rPr>
          <w:sz w:val="20"/>
        </w:rPr>
        <w:t>31:28  ab hamari zimmedari hai Khuda ka paigham sab tak pohnchana to aisa kaise ho sakta hai jab nafrat hai to un ko dawat ka paigham kaise pohanchaya ja sakta hai?</w:t>
      </w:r>
      <w:r>
        <w:br/>
      </w:r>
      <w:r>
        <w:rPr>
          <w:sz w:val="20"/>
        </w:rPr>
        <w:t>31:41  ye to kahin nahi hai quran mein ke nafrat karo.</w:t>
      </w:r>
      <w:r>
        <w:br/>
      </w:r>
      <w:r>
        <w:rPr>
          <w:sz w:val="20"/>
        </w:rPr>
        <w:t>31:48  ye to kahin nahi hai. aaj kal jo logon mein nafrat ka jazba aa gaya hai to wo political thinking ki wajah se musalmanon ki sari thinking jo hai process ho gayi hai.</w:t>
      </w:r>
      <w:r>
        <w:br/>
      </w:r>
      <w:r>
        <w:rPr>
          <w:sz w:val="20"/>
        </w:rPr>
        <w:t>32:06  main samajhta hoon ke ye politics hai jo nafrat paida karti hai. mazhab nahi.</w:t>
      </w:r>
      <w:r>
        <w:br/>
      </w:r>
      <w:r>
        <w:rPr>
          <w:sz w:val="20"/>
        </w:rPr>
        <w:t>32:18  mazhab nafrat nahi paida karta. politics nafrat paida karti hai. musalmanon mein bohat ziyada political thinking aa gayi hai.</w:t>
      </w:r>
      <w:r>
        <w:br/>
      </w:r>
      <w:r>
        <w:rPr>
          <w:sz w:val="20"/>
        </w:rPr>
        <w:t>32:28  ye politics ki sab se bara masla hai.</w:t>
      </w:r>
      <w:r>
        <w:br/>
      </w:r>
      <w:r>
        <w:rPr>
          <w:sz w:val="20"/>
        </w:rPr>
        <w:t>32:37  aur wo main is mein thora add kar doon ke sirf state of war jab qaim hoti hai tab kaha jata hai ke logon se mat milo.</w:t>
      </w:r>
      <w:r>
        <w:br/>
      </w:r>
      <w:r>
        <w:rPr>
          <w:sz w:val="20"/>
        </w:rPr>
        <w:t>32:46  is mein har qaum mein aisa hota hai. state of war mein bohat sari restrictions hoti hain. lekin aam halat mein khud rasool Allah salallahu alaihi wasallam sab se milte the, sab ko paigham pohanchate the.</w:t>
      </w:r>
      <w:r>
        <w:br/>
      </w:r>
      <w:r>
        <w:rPr>
          <w:sz w:val="20"/>
        </w:rPr>
        <w:t>32:58  to ye baat jo hai bilkul galat hai ke is nafrat jo hai honi chahiye aur is ki wajah se hum ko dawat mein rukawat ho rahi hai.</w:t>
      </w:r>
      <w:r>
        <w:br/>
      </w:r>
      <w:r>
        <w:rPr>
          <w:sz w:val="20"/>
        </w:rPr>
        <w:t>33:07  kyun ke nafrat ka koi matlab hi nahi hai. ab normal situation mein nafrat ka koi matlab hi nahi aur poori islami tareekh mein</w:t>
      </w:r>
      <w:r>
        <w:br/>
      </w:r>
      <w:r>
        <w:rPr>
          <w:sz w:val="20"/>
        </w:rPr>
        <w:t>33:15  yahood o nasara ne mil kar kaam kiya hai. spain ki tareekh dekh lijiye, abbasi tareekh dekh lijiye to musalman yahood o nasara ke sath tamam jo unhon ne progress kiya wo sab is mein wo shamil the.</w:t>
      </w:r>
      <w:r>
        <w:br/>
      </w:r>
      <w:r>
        <w:rPr>
          <w:sz w:val="20"/>
        </w:rPr>
        <w:t>33:29  kabhi bhi nafrat nahi ki musalmanon ne. ke ab jo molana sahib ne kaha hai ke yeh bilkul siyasi</w:t>
      </w:r>
      <w:r>
        <w:br/>
      </w:r>
      <w:r>
        <w:rPr>
          <w:sz w:val="20"/>
        </w:rPr>
        <w:t>33:35  reason ki waja se hai.</w:t>
      </w:r>
      <w:r>
        <w:br/>
      </w:r>
      <w:r>
        <w:rPr>
          <w:sz w:val="20"/>
        </w:rPr>
        <w:t>33:38  ji haan, bohat sahih hai.</w:t>
      </w:r>
    </w:p>
    <w:p>
      <w:pPr>
        <w:pStyle w:val="Heading2"/>
      </w:pPr>
      <w:r>
        <w:t>World endorsed killing Rushdie, only I opposed it</w:t>
      </w:r>
    </w:p>
    <w:p>
      <w:r>
        <w:rPr>
          <w:color w:val="666666"/>
          <w:sz w:val="18"/>
        </w:rPr>
        <w:t>Muslim Militancy July 8, 2007 · 1m 31s · at 48:31 · https://youtu.be/mfIIEFQDOtg?t=2911</w:t>
      </w:r>
    </w:p>
    <w:p>
      <w:r>
        <w:rPr>
          <w:i/>
        </w:rPr>
        <w:t>“ایران سے فتویٰ نکل گیا کہ رشدی کو مار ڈالو”</w:t>
      </w:r>
    </w:p>
    <w:p>
      <w:r>
        <w:rPr>
          <w:sz w:val="20"/>
        </w:rPr>
        <w:t>48:31  jis zamane mein iran ke mufti logon ne fatwa diya tha ke rushdie ko mar dalo. ek kitab chhapi thi aap jante hain rushdie ki The Satanic Verses is kitab par sare musalman ghussa ho gaye sari duniya mein.</w:t>
      </w:r>
      <w:r>
        <w:br/>
      </w:r>
      <w:r>
        <w:rPr>
          <w:sz w:val="20"/>
        </w:rPr>
        <w:t>48:48  aur iran se fatwa nikal gaya ke rushdie ko mar dalo. aur sare musalmanon ne is ko endorse kiya. sirf mein ne is ke khilaf kitab likhi thi.</w:t>
      </w:r>
      <w:r>
        <w:br/>
      </w:r>
      <w:r>
        <w:rPr>
          <w:sz w:val="20"/>
        </w:rPr>
        <w:t>48:58  mujh ko chhod kar kisi ek musalman ne bhi is ke khilaf statement nahi diya. to is zamane mein mein britain gaya tha, wahan par ek aadmi mile, ireland ke the woh.</w:t>
      </w:r>
      <w:r>
        <w:br/>
      </w:r>
      <w:r>
        <w:rPr>
          <w:sz w:val="20"/>
        </w:rPr>
        <w:t>49:09  to unhon ne kaha ke hamare haan to sab kehte hain ke pehle yeh tha ke beware of dogs</w:t>
      </w:r>
      <w:r>
        <w:br/>
      </w:r>
      <w:r>
        <w:rPr>
          <w:sz w:val="20"/>
        </w:rPr>
        <w:t>49:15  ab kehte hain ke beware of Muslims ke agar koi aisi munh se nikal di aisi baat, aur yun musalman ko laga yeh to hamare deen ke khilaf hai, to woh chalay khada ho jayega, mar dalega tum ko.</w:t>
      </w:r>
      <w:r>
        <w:br/>
      </w:r>
      <w:r>
        <w:rPr>
          <w:sz w:val="20"/>
        </w:rPr>
        <w:t>49:28  to beware of Muslims</w:t>
      </w:r>
      <w:r>
        <w:br/>
      </w:r>
      <w:r>
        <w:rPr>
          <w:sz w:val="20"/>
        </w:rPr>
        <w:t>49:33  in cheezon ka sab se bada nuksan yeh hua hai ke islam badnam ho gaya. khuda ka deen badnam ho gaya.</w:t>
      </w:r>
      <w:r>
        <w:br/>
      </w:r>
      <w:r>
        <w:rPr>
          <w:sz w:val="20"/>
        </w:rPr>
        <w:t>49:43  yeh defamation hai islam ka. Defamation.</w:t>
      </w:r>
      <w:r>
        <w:br/>
      </w:r>
      <w:r>
        <w:rPr>
          <w:sz w:val="20"/>
        </w:rPr>
        <w:t>49:50  aur yaad rakhiye islam mein yeh bhi ek principle hai ke woh cheez jis se image jo hai kharab ho rahi ho, us ko na karna.</w:t>
      </w:r>
    </w:p>
    <w:p>
      <w:pPr>
        <w:pStyle w:val="Heading2"/>
      </w:pPr>
      <w:r>
        <w:t>Even prophets don't know what happens after death</w:t>
      </w:r>
    </w:p>
    <w:p>
      <w:r>
        <w:rPr>
          <w:color w:val="666666"/>
          <w:sz w:val="18"/>
        </w:rPr>
        <w:t>Death and The Sense of Urgency September 15, 2018 · 4m 31s · at 12:24 · https://youtu.be/XDP_1Q8dE18?t=744</w:t>
      </w:r>
    </w:p>
    <w:p>
      <w:r>
        <w:rPr>
          <w:i/>
        </w:rPr>
        <w:t>“Maut ek aisa ajeeb waqea hai ke kisi bhi aadmi ko.”</w:t>
      </w:r>
    </w:p>
    <w:p>
      <w:r>
        <w:rPr>
          <w:sz w:val="20"/>
        </w:rPr>
        <w:t>12:24  maut ek aisa ajeeb waqea hai ke kisi bhi aadmi ko, hatta ke paighambar ko bhi, maut ke aage ka jo marhala hai, us ke bare mein kuch bhi pata nahin hai.</w:t>
      </w:r>
      <w:r>
        <w:br/>
      </w:r>
      <w:r>
        <w:rPr>
          <w:sz w:val="20"/>
        </w:rPr>
        <w:t>12:41  misalan ek hi hadith mein aata hai Bukhari mein ke "wallah la adri, wallah la adri, wallah la adri, wa ana rasool Allah, ma yafal bi wa la bikn".</w:t>
      </w:r>
      <w:r>
        <w:br/>
      </w:r>
      <w:r>
        <w:rPr>
          <w:sz w:val="20"/>
        </w:rPr>
        <w:t>12:59  yahan par maut ka lafz nahin hai, lekin matlab moti ke baad ki baat hai ke maut ke baad mere sath kya hoga, tumhare sath kya hoga.</w:t>
      </w:r>
      <w:r>
        <w:br/>
      </w:r>
      <w:r>
        <w:rPr>
          <w:sz w:val="20"/>
        </w:rPr>
        <w:t>13:12  to sahib, is ki sharah maine parhi to sharah mujhe pasand nahin aayi. ek top ke aalim ki sharah hai woh.</w:t>
      </w:r>
      <w:r>
        <w:br/>
      </w:r>
      <w:r>
        <w:rPr>
          <w:sz w:val="20"/>
        </w:rPr>
        <w:t>13:23  unhon ne kaha ke yeh Rasool Allah ne is waqt kaha tha jab un ko is ka ilm nahin tha ke un ke sare maaf ho chuke hain.</w:t>
      </w:r>
      <w:r>
        <w:br/>
      </w:r>
      <w:r>
        <w:rPr>
          <w:sz w:val="20"/>
        </w:rPr>
        <w:t>13:34  Surah Fatah mein jo aaya hai, kya alfaaz hain Surah Fatah mein?</w:t>
      </w:r>
      <w:r>
        <w:br/>
      </w:r>
      <w:r>
        <w:rPr>
          <w:sz w:val="20"/>
        </w:rPr>
        <w:t>13:46  dekhiye, yeh yeh Allah Rab ul Alameen ko address statement karna hai. woh jo aaya hai na Quran mein ke "ma qadar Allah haq qadrahu".</w:t>
      </w:r>
      <w:r>
        <w:br/>
      </w:r>
      <w:r>
        <w:rPr>
          <w:sz w:val="20"/>
        </w:rPr>
        <w:t>14:07  logon ne Allah ko underestimate kiya.</w:t>
      </w:r>
      <w:r>
        <w:br/>
      </w:r>
      <w:r>
        <w:rPr>
          <w:sz w:val="20"/>
        </w:rPr>
        <w:t>14:15  logon ne Allah ko underestimate kiya. dekhiye, agar aap sahi maanon mein</w:t>
      </w:r>
      <w:r>
        <w:br/>
      </w:r>
      <w:r>
        <w:rPr>
          <w:sz w:val="20"/>
        </w:rPr>
        <w:t>14:25  Allah ki marifat aap ko hasil hui ho, itni badi kainat bana raha ho Khuda, aisi kainat jis ki koi had hi nahin hai, aur is ko manage karne wala bahut hi perfect management, kitna zabardast control hai.</w:t>
      </w:r>
      <w:r>
        <w:br/>
      </w:r>
      <w:r>
        <w:rPr>
          <w:sz w:val="20"/>
        </w:rPr>
        <w:t>14:48  to aisa khallaq, aisa razzaq, aisa aalim Khuda,</w:t>
      </w:r>
      <w:r>
        <w:br/>
      </w:r>
      <w:r>
        <w:rPr>
          <w:sz w:val="20"/>
        </w:rPr>
        <w:t>14:57  kya aap sochte hain Khuda khud agar aap se keh de ke "ae bande, maine tujh ko maaf kiya", tab bhi aap ke hawass bakhta rahenge?</w:t>
      </w:r>
      <w:r>
        <w:br/>
      </w:r>
      <w:r>
        <w:rPr>
          <w:sz w:val="20"/>
        </w:rPr>
        <w:t>15:12  yaani farishte ke zariye nahin, Allah Rab ul Alameen khud hi keh de.</w:t>
      </w:r>
      <w:r>
        <w:br/>
      </w:r>
      <w:r>
        <w:rPr>
          <w:sz w:val="20"/>
        </w:rPr>
        <w:t>15:21  to chounke sari taqat Khuda ke hath mein hai, kisi bhi second ke fraction mein woh apne faisle ko badal sakta hai.</w:t>
      </w:r>
      <w:r>
        <w:br/>
      </w:r>
      <w:r>
        <w:rPr>
          <w:sz w:val="20"/>
        </w:rPr>
        <w:t>15:32  kisi bhi second ke fraction mein woh apne faisle ko badal sakta hai. aise qadir mutlaq Khuda ke bare mein yeh kehna hai ke pehle ka hukum batao, baad ka hukum batao, yeh sab bilkul yaani Khuda ko underestimate karna hai.</w:t>
      </w:r>
      <w:r>
        <w:br/>
      </w:r>
      <w:r>
        <w:rPr>
          <w:sz w:val="20"/>
        </w:rPr>
        <w:t>15:58  to Rasool Allah ne jo baat kahi hai hadith mein, sach poochhen to woh</w:t>
      </w:r>
      <w:r>
        <w:br/>
      </w:r>
      <w:r>
        <w:rPr>
          <w:sz w:val="20"/>
        </w:rPr>
        <w:t>16:06  is ko le kar nahin hai jo surah fatah mein hai. bhai, is ko le kar hai ke Allah kitna azeem hai. woh azmat khodawandi ko le kar kaha unhon ne.</w:t>
      </w:r>
      <w:r>
        <w:br/>
      </w:r>
      <w:r>
        <w:rPr>
          <w:sz w:val="20"/>
        </w:rPr>
        <w:t>16:19  aur jab azmat khodawandi aap ko aap ke mind pe chha jaye to aap ko kuch yaad yaad hoga, kuch aap ko yaad nahin rahega.</w:t>
      </w:r>
      <w:r>
        <w:br/>
      </w:r>
      <w:r>
        <w:rPr>
          <w:sz w:val="20"/>
        </w:rPr>
        <w:t>16:40  aur doosri baat yeh hai ke agar bil farz yahi muamla ho to woh to ek hi aadmi ke liye hai, rasool Allah ke liye, sari ummat ke liye thodi hai ke is ko aap aisa keh kar apne ko bhi aap shamil kar lo.</w:t>
      </w:r>
    </w:p>
    <w:p>
      <w:pPr>
        <w:pStyle w:val="Heading2"/>
      </w:pPr>
      <w:r>
        <w:t>How to avoid negative thinking, a personal method</w:t>
      </w:r>
    </w:p>
    <w:p>
      <w:r>
        <w:rPr>
          <w:color w:val="666666"/>
          <w:sz w:val="18"/>
        </w:rPr>
        <w:t>Jihad Fillah June 23, 2013 · 2m 14s · at 1:02:05 · https://youtu.be/NRTno1eQTos?t=3725</w:t>
      </w:r>
    </w:p>
    <w:p>
      <w:r>
        <w:rPr>
          <w:i/>
        </w:rPr>
        <w:t>“I live with a hundred percent positive mind, always”</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why debate is the wrong path to unity</w:t>
      </w:r>
    </w:p>
    <w:p>
      <w:r>
        <w:rPr>
          <w:color w:val="666666"/>
          <w:sz w:val="18"/>
        </w:rPr>
        <w:t>Position of Islam in a Pluralistic Society (English) March 12, 2007 Maulana Wahiduddin Khan · 40s · at 1:50 · https://youtu.be/zeBT1HGl2n8?t=110</w:t>
      </w:r>
    </w:p>
    <w:p>
      <w:r>
        <w:rPr>
          <w:i/>
        </w:rPr>
        <w:t>“Debate is not very good, because debate always generates hate.”</w:t>
      </w:r>
    </w:p>
    <w:p>
      <w:r>
        <w:rPr>
          <w:sz w:val="20"/>
        </w:rPr>
        <w:t>1:50  But then we see a change in the history, and people became more and more interested in debate.</w:t>
      </w:r>
      <w:r>
        <w:br/>
      </w:r>
      <w:r>
        <w:rPr>
          <w:sz w:val="20"/>
        </w:rPr>
        <w:t>2:05  But again, I would like to say that debate is not very good because, you know, debate always generates hate.</w:t>
      </w:r>
      <w:r>
        <w:br/>
      </w:r>
      <w:r>
        <w:rPr>
          <w:sz w:val="20"/>
        </w:rPr>
        <w:t>2:18  Hate.</w:t>
      </w:r>
      <w:r>
        <w:br/>
      </w:r>
      <w:r>
        <w:rPr>
          <w:sz w:val="20"/>
        </w:rPr>
        <w:t>2:20  So I don't think that anything that generates hate is good for us.</w:t>
      </w:r>
    </w:p>
    <w:p>
      <w:pPr>
        <w:pStyle w:val="Heading2"/>
      </w:pPr>
      <w:r>
        <w:t>Why true gratitude requires patience amid life's provocations</w:t>
      </w:r>
    </w:p>
    <w:p>
      <w:r>
        <w:rPr>
          <w:color w:val="666666"/>
          <w:sz w:val="18"/>
        </w:rPr>
        <w:t>Lessons from The Quran And Hadith · 5m 34s · at 3:14 · https://youtu.be/fBflSQEPstg?t=194</w:t>
      </w:r>
    </w:p>
    <w:p>
      <w:r>
        <w:rPr>
          <w:i/>
        </w:rPr>
        <w:t>“Duniya aisi jagah hai jahan hamesha kuch na kuch takleef hoti hai.”</w:t>
      </w:r>
    </w:p>
    <w:p>
      <w:r>
        <w:rPr>
          <w:sz w:val="20"/>
        </w:rPr>
        <w:t>3:14  Ab sawal yeh hai ke dunya to ek aisi jagah hai jahan har waqt kuch na kuch provocation hota rehta hai. Kuch na kuch taang khinchna, kuch na kuch takleef, kuch na kuch pareshani.</w:t>
      </w:r>
      <w:r>
        <w:br/>
      </w:r>
      <w:r>
        <w:rPr>
          <w:sz w:val="20"/>
        </w:rPr>
        <w:t>3:29  Dunya aisi jagah hai jahan aap is se bach nahi sakte ke rozana kuch na kuch aap ko unwanted situation pesh aaye.</w:t>
      </w:r>
      <w:r>
        <w:br/>
      </w:r>
      <w:r>
        <w:rPr>
          <w:sz w:val="20"/>
        </w:rPr>
        <w:t>3:41  kuchh nakhushgawar baaten pesh aaein.</w:t>
      </w:r>
      <w:r>
        <w:br/>
      </w:r>
      <w:r>
        <w:rPr>
          <w:sz w:val="20"/>
        </w:rPr>
        <w:t>3:44  kyunke duniya mein Allah taala ne har insaan ko azaadi di hai. jab azaadi di hai to azaadi par Khuda ne koi rok nahin lagai hai.</w:t>
      </w:r>
      <w:r>
        <w:br/>
      </w:r>
      <w:r>
        <w:rPr>
          <w:sz w:val="20"/>
        </w:rPr>
        <w:t>3:59  aadmi is ke liye bhi azaad hai ke apni azaadi ko misuse kare. apni azaadi ka galat istemaal kare.</w:t>
      </w:r>
      <w:r>
        <w:br/>
      </w:r>
      <w:r>
        <w:rPr>
          <w:sz w:val="20"/>
        </w:rPr>
        <w:t>4:07  aap jante hain ke apni azaadi ka galat istemaal kar ke insaan ne payghambar Yahya ko qatl kar diya. apni zaat, apni azaadi ka galat istemaal kar ke insaan ne Rasool Allah sal Allah alaih wasallam ke sahabi Hazrat Usman aur Hazrat Ali ko qatl kar diya.</w:t>
      </w:r>
      <w:r>
        <w:br/>
      </w:r>
      <w:r>
        <w:rPr>
          <w:sz w:val="20"/>
        </w:rPr>
        <w:t>4:29  to</w:t>
      </w:r>
      <w:r>
        <w:br/>
      </w:r>
      <w:r>
        <w:rPr>
          <w:sz w:val="20"/>
        </w:rPr>
        <w:t>4:30  aisi duniya mein jahan logon ko apni azaadi ko misuse karne ki bhi azaadi hai, to wahan to yahi hoga ke har waqt kuchh na kuchh</w:t>
      </w:r>
      <w:r>
        <w:br/>
      </w:r>
      <w:r>
        <w:rPr>
          <w:sz w:val="20"/>
        </w:rPr>
        <w:t>4:43  nakhushgawar waqiaat paish aate rahenge.</w:t>
      </w:r>
      <w:r>
        <w:br/>
      </w:r>
      <w:r>
        <w:rPr>
          <w:sz w:val="20"/>
        </w:rPr>
        <w:t>4:48  to sachcha shukr karne ke liye woh shukr jo ek thrill ke taur par aap ki zabaan se nikle, us ke liye sabr zaroori hai.</w:t>
      </w:r>
      <w:r>
        <w:br/>
      </w:r>
      <w:r>
        <w:rPr>
          <w:sz w:val="20"/>
        </w:rPr>
        <w:t>5:01  sabr ka matlab kya hai?</w:t>
      </w:r>
      <w:r>
        <w:br/>
      </w:r>
      <w:r>
        <w:rPr>
          <w:sz w:val="20"/>
        </w:rPr>
        <w:t>5:04  har us cheez ko bhulana</w:t>
      </w:r>
      <w:r>
        <w:br/>
      </w:r>
      <w:r>
        <w:rPr>
          <w:sz w:val="20"/>
        </w:rPr>
        <w:t>5:08  jo aap ko disturb kare. jo aap ke e'tedaal ko darham barham kare. is ko bhulana.</w:t>
      </w:r>
      <w:r>
        <w:br/>
      </w:r>
      <w:r>
        <w:rPr>
          <w:sz w:val="20"/>
        </w:rPr>
        <w:t>5:22  Martin Dawson, Bernard Shaw ne kaha tha ke jis aadmi ke paas bhulane ko kuchh na ho, wahi sab se zyada uneducated insaan hai.</w:t>
      </w:r>
      <w:r>
        <w:br/>
      </w:r>
      <w:r>
        <w:rPr>
          <w:sz w:val="20"/>
        </w:rPr>
        <w:t>5:36  to main yeh kahunga ke jis aadmi ke paas bhulane ko, bhulane wali spirit na ho, woh sachcha shukr Allah taala ka ata nahin kar sakta.</w:t>
      </w:r>
      <w:r>
        <w:br/>
      </w:r>
      <w:r>
        <w:rPr>
          <w:sz w:val="20"/>
        </w:rPr>
        <w:t>5:47  kabhi nahin.</w:t>
      </w:r>
      <w:r>
        <w:br/>
      </w:r>
      <w:r>
        <w:rPr>
          <w:sz w:val="20"/>
        </w:rPr>
        <w:t>5:49  woh to, is ka dil to bhara rahega negative thought ke saath.</w:t>
      </w:r>
      <w:r>
        <w:br/>
      </w:r>
      <w:r>
        <w:rPr>
          <w:sz w:val="20"/>
        </w:rPr>
        <w:t>5:57  to shukr kya karega? woh lip service karega woh?</w:t>
      </w:r>
      <w:r>
        <w:br/>
      </w:r>
      <w:r>
        <w:rPr>
          <w:sz w:val="20"/>
        </w:rPr>
        <w:t>6:04  dekhiye, main yeh samjha hoon ke</w:t>
      </w:r>
      <w:r>
        <w:br/>
      </w:r>
      <w:r>
        <w:rPr>
          <w:sz w:val="20"/>
        </w:rPr>
        <w:t>6:11  shukr karne ke liye is ki zaroorat nahin ke aap ke paas kothi ho, boat ho, bank balance ho, job ho, aap bahut bada uhda aap ke paas ho.</w:t>
      </w:r>
      <w:r>
        <w:br/>
      </w:r>
      <w:r>
        <w:rPr>
          <w:sz w:val="20"/>
        </w:rPr>
        <w:t>6:22  nahin. yeh sab kuchh nahin. shukr karna hai is baat par ke, shukr karna hai is baat par jo abhi mili hui hai aap ko.</w:t>
      </w:r>
      <w:r>
        <w:br/>
      </w:r>
      <w:r>
        <w:rPr>
          <w:sz w:val="20"/>
        </w:rPr>
        <w:t>6:34  main bol raha hoon aur aap sun rahe hain. main bol raha hoon aur aap sun rahe hain. yeh kaise possible hua?</w:t>
      </w:r>
      <w:r>
        <w:br/>
      </w:r>
      <w:r>
        <w:rPr>
          <w:sz w:val="20"/>
        </w:rPr>
        <w:t>6:46  is mein hazaron hazar factors involve hain.</w:t>
      </w:r>
      <w:r>
        <w:br/>
      </w:r>
      <w:r>
        <w:rPr>
          <w:sz w:val="20"/>
        </w:rPr>
        <w:t>6:53  aisa nahin ho sakta ke aap Khuda ki nematen jo mili hui hain woh na hon, phir bhi hum bol saken.</w:t>
      </w:r>
      <w:r>
        <w:br/>
      </w:r>
      <w:r>
        <w:rPr>
          <w:sz w:val="20"/>
        </w:rPr>
        <w:t>7:03  aap jante hain ke bolne se aap ki aawaz, meri aawaz jo aap tak pahunchti hai, to hawa ka medium chahiye.</w:t>
      </w:r>
      <w:r>
        <w:br/>
      </w:r>
      <w:r>
        <w:rPr>
          <w:sz w:val="20"/>
        </w:rPr>
        <w:t>7:11  hawa na ho to meri aawaz aap tak nahin pahunchegi. is ke ilawa aur hazaron factors darkar hain. aur jab electronic</w:t>
      </w:r>
      <w:r>
        <w:br/>
      </w:r>
      <w:r>
        <w:rPr>
          <w:sz w:val="20"/>
        </w:rPr>
        <w:t>7:25  aalat ke zariye se aap sun rahe hon meri baat, tab to aur bhi zyada bahut si baaten is mein involve ho jaati hain.</w:t>
      </w:r>
      <w:r>
        <w:br/>
      </w:r>
      <w:r>
        <w:rPr>
          <w:sz w:val="20"/>
        </w:rPr>
        <w:t>7:33  to isi par shukr ke main bol raha hoon, doosra insaan sun raha hai. isi par shukr ke maine aankh kholi aur cheezon ko main dekhne laga.</w:t>
      </w:r>
      <w:r>
        <w:br/>
      </w:r>
      <w:r>
        <w:rPr>
          <w:sz w:val="20"/>
        </w:rPr>
        <w:t>7:47  isi par shukr ke main zameen par chalna chaha to main zameen par chal raha hoon.</w:t>
      </w:r>
      <w:r>
        <w:br/>
      </w:r>
      <w:r>
        <w:rPr>
          <w:sz w:val="20"/>
        </w:rPr>
        <w:t>7:53  kyunki yeh saari cheezein agar zameen par, jis ko kaha jata hai life support system, woh na ho to hum kuch bhi nahi kar sakte.</w:t>
      </w:r>
      <w:r>
        <w:br/>
      </w:r>
      <w:r>
        <w:rPr>
          <w:sz w:val="20"/>
        </w:rPr>
        <w:t>8:05  to sacha shukr karne ke liye zaroori hai ke aap ke andar sabr ki spirit ho. sabr ki spirit ka matlab kya hai? avoid karna, tolerate karna, bhula dena.</w:t>
      </w:r>
      <w:r>
        <w:br/>
      </w:r>
      <w:r>
        <w:rPr>
          <w:sz w:val="20"/>
        </w:rPr>
        <w:t>8:17  badi se badi baaton ko nazar andaaz kar dena. jab aap aisa karenge to aap ka dil saaf suthra dil rahega.</w:t>
      </w:r>
      <w:r>
        <w:br/>
      </w:r>
      <w:r>
        <w:rPr>
          <w:sz w:val="20"/>
        </w:rPr>
        <w:t>8:29  aap ka dil positive thought ka dil hoga.</w:t>
      </w:r>
      <w:r>
        <w:br/>
      </w:r>
      <w:r>
        <w:rPr>
          <w:sz w:val="20"/>
        </w:rPr>
        <w:t>8:34  aap ka dil negative thought se pak hoga. tab aap ke andar thrill wala shukr paida hoga. aur tab aap sacha shukr kar sakenge.</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Critique of ijma as a false third source of Islam</w:t>
      </w:r>
    </w:p>
    <w:p>
      <w:r>
        <w:rPr>
          <w:color w:val="666666"/>
          <w:sz w:val="18"/>
        </w:rPr>
        <w:t>Ijtihad February 25, 2007 Maulana Wahiduddin Khan · 5m 57s · at 2:49 · https://youtu.be/JnD3L6F6-lw?t=169</w:t>
      </w:r>
    </w:p>
    <w:p>
      <w:r>
        <w:rPr>
          <w:i/>
        </w:rPr>
        <w:t>“شریعت میں چار سورسز بتائے گئے: قرآن، سنت، اجماع اور قیاس — یہ درست نہیں۔”</w:t>
      </w:r>
    </w:p>
    <w:p>
      <w:r>
        <w:rPr>
          <w:sz w:val="20"/>
        </w:rPr>
        <w:t>2:49  Islamic law mein jin logon ne kaam kiya to woh faqih kehlate hain. to un logon ne soch kar ke yeh banaya ke islam mein shariat mein chaar sources hain.</w:t>
      </w:r>
      <w:r>
        <w:br/>
      </w:r>
      <w:r>
        <w:rPr>
          <w:sz w:val="20"/>
        </w:rPr>
        <w:t>3:09  chaar sources hain jin ko kehte hain masdar ya maakhaz. to chaar sources hain:</w:t>
      </w:r>
      <w:r>
        <w:br/>
      </w:r>
      <w:r>
        <w:rPr>
          <w:sz w:val="20"/>
        </w:rPr>
        <w:t>3:16  quran, sunnat, ijma aur qiyas. quran ka matlab hai word of god.</w:t>
      </w:r>
      <w:r>
        <w:br/>
      </w:r>
      <w:r>
        <w:rPr>
          <w:sz w:val="20"/>
        </w:rPr>
        <w:t>3:25  sunnat ka matlab hai rasool Allah ne jo diya hai apne qaul se ya amal se.</w:t>
      </w:r>
      <w:r>
        <w:br/>
      </w:r>
      <w:r>
        <w:rPr>
          <w:sz w:val="20"/>
        </w:rPr>
        <w:t>3:35  ijma ka matlab hai un logon ke nazdeek ke jis par ummat ke log kisi rai par ittifaq karne lage hon woh ijma hai.</w:t>
      </w:r>
      <w:r>
        <w:br/>
      </w:r>
      <w:r>
        <w:rPr>
          <w:sz w:val="20"/>
        </w:rPr>
        <w:t>3:48  qiyas ka matlab hota hai guess karna. yani soch kar ke apni aqal se quran o sunnat ki roshni mein rai banana.</w:t>
      </w:r>
      <w:r>
        <w:br/>
      </w:r>
      <w:r>
        <w:rPr>
          <w:sz w:val="20"/>
        </w:rPr>
        <w:t>4:02  mein samajhta hoon ke yeh jo categorization hua yeh sahi nahi tha. sahi is sense mein ke dekhiye rasool Allah aakhri zamane mein rasool Allah ki ek hadith hai ke تَرَكْتُ فِيكُمُ الثَّقْلَيْنِ لَنْ تَذِلُّوا مَا تَمَسَّكْتُمْ بِهِمَا.</w:t>
      </w:r>
      <w:r>
        <w:br/>
      </w:r>
      <w:r>
        <w:rPr>
          <w:sz w:val="20"/>
        </w:rPr>
        <w:t>4:29  mein tumhare darmiyan do bhaari cheez chhod raha hoon.</w:t>
      </w:r>
      <w:r>
        <w:br/>
      </w:r>
      <w:r>
        <w:rPr>
          <w:sz w:val="20"/>
        </w:rPr>
        <w:t>4:34  khuda ki kitab aur rasool ki sunnat. jab tak tum us ko pakde rahoge tum gumrah na hoge. jis ko kehte hain thaqalain yani quran aur sunnat.</w:t>
      </w:r>
      <w:r>
        <w:br/>
      </w:r>
      <w:r>
        <w:rPr>
          <w:sz w:val="20"/>
        </w:rPr>
        <w:t>4:47  ab sawal yeh hai ke jab hadith mein do bataya gaya tha to chaar kahan se bana liya unhone? pehla sawal paida hota hai chaar kahan se bana liya?</w:t>
      </w:r>
      <w:r>
        <w:br/>
      </w:r>
      <w:r>
        <w:rPr>
          <w:sz w:val="20"/>
        </w:rPr>
        <w:t>5:00  to maine dekhiye qiyas aur ijma dono hi ek bidat hain. sawal yeh hai ke ijma ka word jo hai na rasool Allah ne use kiya na abubakar khaleefa awwal na umar khaleefa sani.</w:t>
      </w:r>
      <w:r>
        <w:br/>
      </w:r>
      <w:r>
        <w:rPr>
          <w:sz w:val="20"/>
        </w:rPr>
        <w:t>5:16  yani poora jo khilafat-e-rashida hai us ko hum kehte hain to ijma ka lafz to use nahi hua.</w:t>
      </w:r>
      <w:r>
        <w:br/>
      </w:r>
      <w:r>
        <w:rPr>
          <w:sz w:val="20"/>
        </w:rPr>
        <w:t>5:23  baat ko use hua to mein us ko bidat kahunga. aur hadith mein aata hai ke bidat mein kabhi khair nahi hota achhai nahi hoti.</w:t>
      </w:r>
      <w:r>
        <w:br/>
      </w:r>
      <w:r>
        <w:rPr>
          <w:sz w:val="20"/>
        </w:rPr>
        <w:t>5:36  ijma ke tasawwur ka bohat bada nuqsan hua ummat ko. yani do ke siwa koi teesra bhi koi teesri cheez bhi hai jo muqaddas ho sakti hai.</w:t>
      </w:r>
      <w:r>
        <w:br/>
      </w:r>
      <w:r>
        <w:rPr>
          <w:sz w:val="20"/>
        </w:rPr>
        <w:t>5:51  muqaddas maani ke mutabiq absolute tor par woh ab absolute ho sakti hai woh. to quran absolute hai. sunnat-e-rasool absolute hai.</w:t>
      </w:r>
      <w:r>
        <w:br/>
      </w:r>
      <w:r>
        <w:rPr>
          <w:sz w:val="20"/>
        </w:rPr>
        <w:t>6:00  ab ijma laga diya unhone is mein. ek teesri cheez bhi absolute ban gayi. to kisi ko kya right hai ke teesri cheez ko matlab absolute ke shamil kare deen mein?</w:t>
      </w:r>
      <w:r>
        <w:br/>
      </w:r>
      <w:r>
        <w:rPr>
          <w:sz w:val="20"/>
        </w:rPr>
        <w:t>6:13  yeh mere nazdeek bidat hai.</w:t>
      </w:r>
      <w:r>
        <w:br/>
      </w:r>
      <w:r>
        <w:rPr>
          <w:sz w:val="20"/>
        </w:rPr>
        <w:t>6:16  ab ghor kijiye ke jab rasool ALLAH do keh rahe hain thaqalain to teen kahan se bana liya aap ne? ke ek aur hai ijma. is ijma ko wahi darja de diya practical taur par jo quran ka aur sunnat ka hai.</w:t>
      </w:r>
      <w:r>
        <w:br/>
      </w:r>
      <w:r>
        <w:rPr>
          <w:sz w:val="20"/>
        </w:rPr>
        <w:t>6:31  kese kisi ko yeh right hai ke woh ek aur cheez barhaye is mein?</w:t>
      </w:r>
      <w:r>
        <w:br/>
      </w:r>
      <w:r>
        <w:rPr>
          <w:sz w:val="20"/>
        </w:rPr>
        <w:t>6:38  is ki waja se bohat nuksan hua hai.</w:t>
      </w:r>
      <w:r>
        <w:br/>
      </w:r>
      <w:r>
        <w:rPr>
          <w:sz w:val="20"/>
        </w:rPr>
        <w:t>6:41  jaise ek sahab ne mujh se kaha abhi kal ki baat hai ke meri jo kitabein hain unhone kaha ke is ko aap parhiye. to unhone kya kaha pehle ulma ki tasdeeq lao.</w:t>
      </w:r>
      <w:r>
        <w:br/>
      </w:r>
      <w:r>
        <w:rPr>
          <w:sz w:val="20"/>
        </w:rPr>
        <w:t>6:56  ulma ka certificate lao tab hum parhein ge is ko.</w:t>
      </w:r>
      <w:r>
        <w:br/>
      </w:r>
      <w:r>
        <w:rPr>
          <w:sz w:val="20"/>
        </w:rPr>
        <w:t>7:03  bohat se log isi mein mubtala hain isi fareb mein ke ulma ka certificate lao. sawal yeh hai ke ulma ka certificate kyun laein hum?</w:t>
      </w:r>
      <w:r>
        <w:br/>
      </w:r>
      <w:r>
        <w:rPr>
          <w:sz w:val="20"/>
        </w:rPr>
        <w:t>7:10  to is ka is ka sharah milta hai ijma mein. yani deen quran o sunnat. ek aur unhone garh liya absolute source.</w:t>
      </w:r>
      <w:r>
        <w:br/>
      </w:r>
      <w:r>
        <w:rPr>
          <w:sz w:val="20"/>
        </w:rPr>
        <w:t>7:25  koi bhi yeh nahi kehta ke quran o sunnat ki daleel lao hamari literature par. aaj tak mujhe ek insan nahi mila hai jo yeh kahe ke theek hai in ki kitab hum parhein ge quran o sunnat mein kya dil</w:t>
      </w:r>
      <w:r>
        <w:br/>
      </w:r>
      <w:r>
        <w:rPr>
          <w:sz w:val="20"/>
        </w:rPr>
        <w:t>7:37  yeel hai is ke liye? kyun ke quran o sunnat hi ooper base karti hai sari kitabein. to koi aadmi yeh kehne ki position mein nahi hai hamari literature ke bare mein ke quran o hadees se daleel lao.</w:t>
      </w:r>
      <w:r>
        <w:br/>
      </w:r>
      <w:r>
        <w:rPr>
          <w:sz w:val="20"/>
        </w:rPr>
        <w:t>7:52  kyun ke woh sab quran o hadees hi ooper to base karti hai. ab kya nikala hai ulma ki tasdeeq lao. yeh ulma ki tasdeeq jo nikla hai yeh yeh isi ijma ke concept se nikla hai.</w:t>
      </w:r>
      <w:r>
        <w:br/>
      </w:r>
      <w:r>
        <w:rPr>
          <w:sz w:val="20"/>
        </w:rPr>
        <w:t>8:04  ke do ke siwa koi teesra bhi hai source jo absolute hai. kitni bari gumrahi hai bataiye. kitni bari gumrahi hai.</w:t>
      </w:r>
      <w:r>
        <w:br/>
      </w:r>
      <w:r>
        <w:rPr>
          <w:sz w:val="20"/>
        </w:rPr>
        <w:t>8:17  to khuli khuli gumrahi hai yeh. jab rasool ALLAH yeh keh rahe hain ke taraktu fikumuth thaqalain mein tumhare darmiyan do bhari cheez chhod raha hoon.</w:t>
      </w:r>
      <w:r>
        <w:br/>
      </w:r>
      <w:r>
        <w:rPr>
          <w:sz w:val="20"/>
        </w:rPr>
        <w:t>8:27  thaqal mani bhari cheez.</w:t>
      </w:r>
      <w:r>
        <w:br/>
      </w:r>
      <w:r>
        <w:rPr>
          <w:sz w:val="20"/>
        </w:rPr>
        <w:t>8:30  bhari cheez ka matlab yeh hai ke absolute source of truth. ab sochiye ke jab rasool ALLAH keh rahe hain ke do cheez to aap ne teesra kyun mila diya is mein?</w:t>
      </w:r>
      <w:r>
        <w:br/>
      </w:r>
      <w:r>
        <w:rPr>
          <w:sz w:val="20"/>
        </w:rPr>
        <w:t>8:41  yeh ijma bhi ek bhari cheez hai.</w:t>
      </w:r>
    </w:p>
    <w:p>
      <w:pPr>
        <w:pStyle w:val="Heading2"/>
      </w:pPr>
      <w:r>
        <w:t>The complete teaching on true repentance in Islam</w:t>
      </w:r>
    </w:p>
    <w:p>
      <w:r>
        <w:rPr>
          <w:color w:val="666666"/>
          <w:sz w:val="18"/>
        </w:rPr>
        <w:t>Dars-e-Quran June 28, 2007 · 5m 13s · at 17:35 · https://youtu.be/2zYv7VV4iwk?t=1055</w:t>
      </w:r>
    </w:p>
    <w:p>
      <w:r>
        <w:rPr>
          <w:i/>
        </w:rPr>
        <w:t>“Yeh un logon ke bare mein hai jinse koi ghalti ho jaye”</w:t>
      </w:r>
    </w:p>
    <w:p>
      <w:r>
        <w:rPr>
          <w:sz w:val="20"/>
        </w:rPr>
        <w:t>17:35  yeh un logon ke baray mein hai ke jin se koi ghalat fehmi ho jaye, jin se koi khata sarzad ho jaye. to farmaya ke illa allazeena ta'abbu wa aslahu wa bayyanu</w:t>
      </w:r>
      <w:r>
        <w:br/>
      </w:r>
      <w:r>
        <w:rPr>
          <w:sz w:val="20"/>
        </w:rPr>
        <w:t>17:53  magar woh log jo toba karen aur islah karen aur is ko bayan karen.</w:t>
      </w:r>
      <w:r>
        <w:br/>
      </w:r>
      <w:r>
        <w:rPr>
          <w:sz w:val="20"/>
        </w:rPr>
        <w:t>18:06  yeh bohat hi teeno lafz is mein bohat hi ahem hain ke agar aap ne koi aisi baat kar di, yeh kisi se aap lar gaye, kisi ko gaali de di, aap ne ghassay mein aa gaye to kya karna hai?</w:t>
      </w:r>
      <w:r>
        <w:br/>
      </w:r>
      <w:r>
        <w:rPr>
          <w:sz w:val="20"/>
        </w:rPr>
        <w:t>18:24  toba karna hai. toba ka matlab hota hai. hadith mein aata hai ke al-tawbah wa al-nadam. toba sharmindagi ka naam hai.</w:t>
      </w:r>
      <w:r>
        <w:br/>
      </w:r>
      <w:r>
        <w:rPr>
          <w:sz w:val="20"/>
        </w:rPr>
        <w:t>18:35  yeh ehsas ke mujh se ghalati ho gayi, mein ne Khuda ke aik banday ko be-izzati kar diya, mein ne Khuda ke aik banday ki haq talfi ki, yeh soch kar aap ke andar toba aaye,</w:t>
      </w:r>
      <w:r>
        <w:br/>
      </w:r>
      <w:r>
        <w:rPr>
          <w:sz w:val="20"/>
        </w:rPr>
        <w:t>18:53  sharmindagi aaye, pachtawa aaye to pehla hai ta'abbu. is ke baad kya hai? aslihu</w:t>
      </w:r>
      <w:r>
        <w:br/>
      </w:r>
      <w:r>
        <w:rPr>
          <w:sz w:val="20"/>
        </w:rPr>
        <w:t>19:02  to toba aisi cheez nahi ke aap mujh se bol dein toba toba. yeh nahi hai. toba ka nateeja hona chahiye islah yani islah.</w:t>
      </w:r>
      <w:r>
        <w:br/>
      </w:r>
      <w:r>
        <w:rPr>
          <w:sz w:val="20"/>
        </w:rPr>
        <w:t>19:20  agar dili dil mein ho tab bhi woh toba nahi hai. munh se aap ne bol diya toba toba, woh bhi toba nahi hai. toba woh hai jo islah ban jaye.</w:t>
      </w:r>
      <w:r>
        <w:br/>
      </w:r>
      <w:r>
        <w:rPr>
          <w:sz w:val="20"/>
        </w:rPr>
        <w:t>19:32  tooba woh hai jo islaah. tooba woh hai jo khud islaah ban jaye. yaani jo ghalti hui hai, uski islaah.</w:t>
      </w:r>
      <w:r>
        <w:br/>
      </w:r>
      <w:r>
        <w:rPr>
          <w:sz w:val="20"/>
        </w:rPr>
        <w:t>19:45  aur iske baad farmaya ke wa bayyanu</w:t>
      </w:r>
      <w:r>
        <w:br/>
      </w:r>
      <w:r>
        <w:rPr>
          <w:sz w:val="20"/>
        </w:rPr>
        <w:t>19:51  yeh surah baqarah ki 160 aayat hai.</w:t>
      </w:r>
      <w:r>
        <w:br/>
      </w:r>
      <w:r>
        <w:rPr>
          <w:sz w:val="20"/>
        </w:rPr>
        <w:t>19:55  is mein dekhiye ke tooba, islaah. phir ek baar farmate hain ke wa bayyanu aur usko bayan kiya.</w:t>
      </w:r>
      <w:r>
        <w:br/>
      </w:r>
      <w:r>
        <w:rPr>
          <w:sz w:val="20"/>
        </w:rPr>
        <w:t>20:06  bayan karne ka matlab kya hai? agar aap ko ehsaas hua ke maine ghalti ki hai to aap ko bayan karna padega.</w:t>
      </w:r>
      <w:r>
        <w:br/>
      </w:r>
      <w:r>
        <w:rPr>
          <w:sz w:val="20"/>
        </w:rPr>
        <w:t>20:15  yaani bolna padega. aap ko kehna padega I was wrong mein ghalti par tha. yeh bolna padega.</w:t>
      </w:r>
      <w:r>
        <w:br/>
      </w:r>
      <w:r>
        <w:rPr>
          <w:sz w:val="20"/>
        </w:rPr>
        <w:t>20:25  dili dil mein liye rahein to woh Khuda ke nazdeek qabool nahi ki jayegi. yeh bohat ahem aayat hai.</w:t>
      </w:r>
      <w:r>
        <w:br/>
      </w:r>
      <w:r>
        <w:rPr>
          <w:sz w:val="20"/>
        </w:rPr>
        <w:t>20:34  to teen baatein hain: tooba, islaah aur bayan.</w:t>
      </w:r>
      <w:r>
        <w:br/>
      </w:r>
      <w:r>
        <w:rPr>
          <w:sz w:val="20"/>
        </w:rPr>
        <w:t>20:43  bayan ka matlab hai ailaan. to tooba naam hai sharmindagi ka.</w:t>
      </w:r>
      <w:r>
        <w:br/>
      </w:r>
      <w:r>
        <w:rPr>
          <w:sz w:val="20"/>
        </w:rPr>
        <w:t>20:51  aadmi dil mein sharminda ho. aur islaah naam hai khud islaah ka. ke jo ghalti ho gayi thi, usko phir aap na dohraayein.</w:t>
      </w:r>
      <w:r>
        <w:br/>
      </w:r>
      <w:r>
        <w:rPr>
          <w:sz w:val="20"/>
        </w:rPr>
        <w:t>21:06  aur saath saath bayan aur ailaan. yaani itraaf aap ka itna zabardast ho ke munh se aap bolein.</w:t>
      </w:r>
      <w:r>
        <w:br/>
      </w:r>
      <w:r>
        <w:rPr>
          <w:sz w:val="20"/>
        </w:rPr>
        <w:t>21:15  dekhiye, agar aap ko sakht sharmindagi hogi, sakht sharmindagi, sakht tooba, to aap bole baghair reh nahi sakte.</w:t>
      </w:r>
      <w:r>
        <w:br/>
      </w:r>
      <w:r>
        <w:rPr>
          <w:sz w:val="20"/>
        </w:rPr>
        <w:t>21:28  agar sakht sharmindagi aaye dil ke andar, bohat zyada ehsaas aaye ke maine bhaari bhool mujh se ho gayi,</w:t>
      </w:r>
      <w:r>
        <w:br/>
      </w:r>
      <w:r>
        <w:rPr>
          <w:sz w:val="20"/>
        </w:rPr>
        <w:t>21:39  to yeh namumkin hai ke dili dil mein reh jaye aisa ehsaas. aur munh se niklega woh. yaani aap munh se bolein ge I was wrong munh se bolein ge ke aye bhai, mujhe maaf karo.</w:t>
      </w:r>
      <w:r>
        <w:br/>
      </w:r>
      <w:r>
        <w:rPr>
          <w:sz w:val="20"/>
        </w:rPr>
        <w:t>21:57  mujh se ghalti ho gayi. to yaad rakhiye, jab tak yeh teeno cheezein ekatha na hon, woh tooba nahi hai.</w:t>
      </w:r>
      <w:r>
        <w:br/>
      </w:r>
      <w:r>
        <w:rPr>
          <w:sz w:val="20"/>
        </w:rPr>
        <w:t>22:08  teen cheez ka matlab hai ke jo ghalti ho gayi hai, us par sakht sharmindagi. uske baad apni islaah kar leni.</w:t>
      </w:r>
      <w:r>
        <w:br/>
      </w:r>
      <w:r>
        <w:rPr>
          <w:sz w:val="20"/>
        </w:rPr>
        <w:t>22:21  apne ko sudhaar leni. aur uske baad apni ghalti ka ailaan karna. apni ghaltiyon par maafi mangna.</w:t>
      </w:r>
      <w:r>
        <w:br/>
      </w:r>
      <w:r>
        <w:rPr>
          <w:sz w:val="20"/>
        </w:rPr>
        <w:t>22:36  yeh bohat hi zaroori hai ke teeno shartein ekatha hon. agar teeno shartein ekatha na hon to woh Khuda ke nazdeek tooba nahi hogi.</w:t>
      </w:r>
    </w:p>
    <w:p>
      <w:pPr>
        <w:pStyle w:val="Heading2"/>
      </w:pPr>
      <w:r>
        <w:t>what makes a guru trustworthy and unconditional</w:t>
      </w:r>
    </w:p>
    <w:p>
      <w:r>
        <w:rPr>
          <w:color w:val="666666"/>
          <w:sz w:val="18"/>
        </w:rPr>
        <w:t>In Conversation With Maulana Wahiduddin Khan (English) May 15, 2008 · 2m 23s · at 17:45 · https://youtu.be/Yq3-vUwEu-w?t=1065</w:t>
      </w:r>
    </w:p>
    <w:p>
      <w:r>
        <w:rPr>
          <w:i/>
        </w:rPr>
        <w:t>“What do you mean by an unconditional guru?”</w:t>
      </w:r>
    </w:p>
    <w:p>
      <w:r>
        <w:rPr>
          <w:sz w:val="20"/>
        </w:rPr>
        <w:t>17:45  And for his spiritual development, he needs a spiritual guru. But it is said that one should have a guru as an unconditional guru.</w:t>
      </w:r>
      <w:r>
        <w:br/>
      </w:r>
      <w:r>
        <w:rPr>
          <w:sz w:val="20"/>
        </w:rPr>
        <w:t>17:55  What do you mean by an unconditional guru? Unconditional here means trustworthy guru.</w:t>
      </w:r>
      <w:r>
        <w:br/>
      </w:r>
      <w:r>
        <w:rPr>
          <w:sz w:val="20"/>
        </w:rPr>
        <w:t>18:05  It doesn't mean that God is a that guru is a god. Guru is not God. Guru is not God.</w:t>
      </w:r>
      <w:r>
        <w:br/>
      </w:r>
      <w:r>
        <w:rPr>
          <w:sz w:val="20"/>
        </w:rPr>
        <w:t>18:16  Also, I can say that guru is not a perfect person or superhuman being. No. God is just like a trained teacher.</w:t>
      </w:r>
      <w:r>
        <w:br/>
      </w:r>
      <w:r>
        <w:rPr>
          <w:sz w:val="20"/>
        </w:rPr>
        <w:t>18:26  Every student needs a trained teacher. Without training, one cannot be a good teacher.</w:t>
      </w:r>
      <w:r>
        <w:br/>
      </w:r>
      <w:r>
        <w:rPr>
          <w:sz w:val="20"/>
        </w:rPr>
        <w:t>18:34  So guru is also like a trained teacher. Guru is one who has knowledge, who has experience, who has reached to the maturity, to the age of maturity.</w:t>
      </w:r>
      <w:r>
        <w:br/>
      </w:r>
      <w:r>
        <w:rPr>
          <w:sz w:val="20"/>
        </w:rPr>
        <w:t>18:47  So all these things put together make a guru. So I think that everyone cannot reach this stag</w:t>
      </w:r>
      <w:r>
        <w:br/>
      </w:r>
      <w:r>
        <w:rPr>
          <w:sz w:val="20"/>
        </w:rPr>
        <w:t>19:01  e. It is very difficult to have all these things: study, knowledge, experience, maturity. So many things are required to make a guru.</w:t>
      </w:r>
      <w:r>
        <w:br/>
      </w:r>
      <w:r>
        <w:rPr>
          <w:sz w:val="20"/>
        </w:rPr>
        <w:t>19:15  So it is not possible for everyone to have all these thing</w:t>
      </w:r>
      <w:r>
        <w:br/>
      </w:r>
      <w:r>
        <w:rPr>
          <w:sz w:val="20"/>
        </w:rPr>
        <w:t>19:20  s. So I can say that everyone needs a guru. And he must adopt him as an unconditional guru.</w:t>
      </w:r>
      <w:r>
        <w:br/>
      </w:r>
      <w:r>
        <w:rPr>
          <w:sz w:val="20"/>
        </w:rPr>
        <w:t>19:32  Because without adopting him as an unconditional guru, you cannot develop trust between disciple and guru.</w:t>
      </w:r>
      <w:r>
        <w:br/>
      </w:r>
      <w:r>
        <w:rPr>
          <w:sz w:val="20"/>
        </w:rPr>
        <w:t>19:41  There is no trust</w:t>
      </w:r>
      <w:r>
        <w:br/>
      </w:r>
      <w:r>
        <w:rPr>
          <w:sz w:val="20"/>
        </w:rPr>
        <w:t>19:43  . So to develop trust between disciple and guru, it requires to take him as an unconditional guru.</w:t>
      </w:r>
      <w:r>
        <w:br/>
      </w:r>
      <w:r>
        <w:rPr>
          <w:sz w:val="20"/>
        </w:rPr>
        <w:t>19:55  So according to my experience, it is very, very important for everyone, for every man and woman, to adopt someone as his unconditional guru.</w:t>
      </w:r>
    </w:p>
    <w:p>
      <w:pPr>
        <w:pStyle w:val="Heading2"/>
      </w:pPr>
      <w:r>
        <w:t>human nature as source of unshakeable hope</w:t>
      </w:r>
    </w:p>
    <w:p>
      <w:r>
        <w:rPr>
          <w:color w:val="666666"/>
          <w:sz w:val="18"/>
        </w:rPr>
        <w:t>Nature of Modern Problem 12 July 2009 · 47s · at 4:43 · https://youtu.be/vcldH1rCExM?t=283</w:t>
      </w:r>
    </w:p>
    <w:p>
      <w:r>
        <w:rPr>
          <w:i/>
        </w:rPr>
        <w:t>“Nature is reality, nature is God's own scheme”</w:t>
      </w:r>
    </w:p>
    <w:p>
      <w:r>
        <w:rPr>
          <w:sz w:val="20"/>
        </w:rPr>
        <w:t>4:43  nature wahi hai jo reality hai,</w:t>
      </w:r>
      <w:r>
        <w:br/>
      </w:r>
      <w:r>
        <w:rPr>
          <w:sz w:val="20"/>
        </w:rPr>
        <w:t>4:47  nature wahi hai jo God ki scheme ke mutabiq hai. to is mein dekhein, kitna hope hai, hope hamare liye kitna bara hope hai ke sari duniya propaganda kar dale, sari duniya aap ko</w:t>
      </w:r>
      <w:r>
        <w:br/>
      </w:r>
      <w:r>
        <w:rPr>
          <w:sz w:val="20"/>
        </w:rPr>
        <w:t>5:08  badnaam kar dale.</w:t>
      </w:r>
      <w:r>
        <w:br/>
      </w:r>
      <w:r>
        <w:rPr>
          <w:sz w:val="20"/>
        </w:rPr>
        <w:t>5:10  lekin</w:t>
      </w:r>
      <w:r>
        <w:br/>
      </w:r>
      <w:r>
        <w:rPr>
          <w:sz w:val="20"/>
        </w:rPr>
        <w:t>5:14  ek aisi limit aati hai jahan woh helpless ho jata hai, woh hai nature. to address the nature, kabhi bhi propaganda se aap</w:t>
      </w:r>
    </w:p>
    <w:p>
      <w:pPr>
        <w:pStyle w:val="Heading2"/>
      </w:pPr>
      <w:r>
        <w:t>Hadith story: the man with no hatred in his heart</w:t>
      </w:r>
    </w:p>
    <w:p>
      <w:r>
        <w:rPr>
          <w:color w:val="666666"/>
          <w:sz w:val="18"/>
        </w:rPr>
        <w:t>Building a Heavenly Personality 15 April 2012 · 4m 15s · at 49:41 · https://youtu.be/4YO-sZSBFPI?t=2981</w:t>
      </w:r>
    </w:p>
    <w:p>
      <w:r>
        <w:rPr>
          <w:i/>
        </w:rPr>
        <w:t>“The Prophet said, 'This man is a person of paradise'”</w:t>
      </w:r>
    </w:p>
    <w:p>
      <w:r>
        <w:rPr>
          <w:sz w:val="20"/>
        </w:rPr>
        <w:t>49:41  ek waqia aata hai ke ye muddat rasool allah salallaho alaihi wasallam baithe hue the ek maqam par kuch apne saahibiyon ke hamrah ek shakhs guzra aap ke samne se wo bas chala gaya wo</w:t>
      </w:r>
      <w:r>
        <w:br/>
      </w:r>
      <w:r>
        <w:rPr>
          <w:sz w:val="20"/>
        </w:rPr>
        <w:t>49:58  idhar se aya idhar se chala gaya to aap ne farmaya ke ye jannati hai halanke dekhiye is ne rasool allah ke pas aa kar salam bhi nahi kiya tha</w:t>
      </w:r>
      <w:r>
        <w:br/>
      </w:r>
      <w:r>
        <w:rPr>
          <w:sz w:val="20"/>
        </w:rPr>
        <w:t>50:10  ya rasool allah ke pas aa kar hathon ko bosa bhi nahi diya tha bas wo chala gaya wo to apne koi kaam se ja raha tha chala chala gaya aap ne kaha ye jannati hai to ek sahabi kehte hain ke mujhe shoq hua ke main janoon ke is mein kya sifat hai ke aap ne farmaya ke jannati hai to main us ke ghar gaya</w:t>
      </w:r>
      <w:r>
        <w:br/>
      </w:r>
      <w:r>
        <w:rPr>
          <w:sz w:val="20"/>
        </w:rPr>
        <w:t>50:35  qadeem zamane mein jab ke aaj kal ki tarah se hotel aur musafir khane bhai sahab nahi hua karta tha to ek riwayat thi qadeem zamane mein ke ek aadmi agar kahin aa jaye musafir to teen din us ko haq hota hai ke teen din us us ko aap mehman rakhein ye riwayat thi qadeem zamane mein to wo teen din raha is ka is aadmi ke ghar teen din</w:t>
      </w:r>
      <w:r>
        <w:br/>
      </w:r>
      <w:r>
        <w:rPr>
          <w:sz w:val="20"/>
        </w:rPr>
        <w:t>51:03  teesre din is ne kaha ke ab main ja raha hoon is aadmi ne poocha ke tum aaye</w:t>
      </w:r>
      <w:r>
        <w:br/>
      </w:r>
      <w:r>
        <w:rPr>
          <w:sz w:val="20"/>
        </w:rPr>
        <w:t>51:09  aur teen din rahe kuch khaas baat tum ne ki nahin aakhir kis liye kis silsile mein aaye</w:t>
      </w:r>
      <w:r>
        <w:br/>
      </w:r>
      <w:r>
        <w:rPr>
          <w:sz w:val="20"/>
        </w:rPr>
        <w:t>51:13  the tum aane ka maqsad kya tha</w:t>
      </w:r>
      <w:r>
        <w:br/>
      </w:r>
      <w:r>
        <w:rPr>
          <w:sz w:val="20"/>
        </w:rPr>
        <w:t>51:18  to is ne kaha ke yeh aisa waqea guzra tha</w:t>
      </w:r>
      <w:r>
        <w:br/>
      </w:r>
      <w:r>
        <w:rPr>
          <w:sz w:val="20"/>
        </w:rPr>
        <w:t>51:22  ke rasool Allah ne farmaya tha ke yeh aadmi jannati hai tum aaya tha dekhne ke liye ke</w:t>
      </w:r>
      <w:r>
        <w:br/>
      </w:r>
      <w:r>
        <w:rPr>
          <w:sz w:val="20"/>
        </w:rPr>
        <w:t>51:28  tumhare se kaun sa amal hai</w:t>
      </w:r>
      <w:r>
        <w:br/>
      </w:r>
      <w:r>
        <w:rPr>
          <w:sz w:val="20"/>
        </w:rPr>
        <w:t>51:31  jis ki wajah se aap ne farmaya</w:t>
      </w:r>
      <w:r>
        <w:br/>
      </w:r>
      <w:r>
        <w:rPr>
          <w:sz w:val="20"/>
        </w:rPr>
        <w:t>51:33  tumhein to koi amal paya nahi tum to ek jis tarah sab log panch waqt namaz padhte hain tumhein panch waqt namaz padhte ho jis tarah doosre log apne kaam dham mein rehte hain tum bhi kaam dham mein rehte ho koi khaas yani koi special amal tumhare andar mujhe nahi dikhai diya to bas samajh nahi paya ke wo kaun si sifat tumhare andar hai jis ki wajah se aap ne farmaya aisa</w:t>
      </w:r>
      <w:r>
        <w:br/>
      </w:r>
      <w:r>
        <w:rPr>
          <w:sz w:val="20"/>
        </w:rPr>
        <w:t>52:02  to us ne jo baat kahi dekhiye wo bhi sahabi tha us ne kaha ke teen din jo hai tum ne dekha waise hi main hoon aam insaan ki tarah lekin ek sifat mere andar yeh hai</w:t>
      </w:r>
      <w:r>
        <w:br/>
      </w:r>
      <w:r>
        <w:rPr>
          <w:sz w:val="20"/>
        </w:rPr>
        <w:t>52:19  ke mere dil mein kisi ke khilaf nafrat nahi</w:t>
      </w:r>
      <w:r>
        <w:br/>
      </w:r>
      <w:r>
        <w:rPr>
          <w:sz w:val="20"/>
        </w:rPr>
        <w:t>52:27  mere dil mein kisi ke khilaf nafrat nahi</w:t>
      </w:r>
      <w:r>
        <w:br/>
      </w:r>
      <w:r>
        <w:rPr>
          <w:sz w:val="20"/>
        </w:rPr>
        <w:t>52:30  to us ne kaha ke bas yahi baat hai jis ki wajah se tum tumhare bare mein rasool allah ne aisa farmaya ab dekhein nafrat nahi yeh saadah baat nahi hai</w:t>
      </w:r>
      <w:r>
        <w:br/>
      </w:r>
      <w:r>
        <w:rPr>
          <w:sz w:val="20"/>
        </w:rPr>
        <w:t>52:42  yeh saadah baat nahi kyunke wo ab wo aadmi bhi usi duniya mein rehta tha</w:t>
      </w:r>
      <w:r>
        <w:br/>
      </w:r>
      <w:r>
        <w:rPr>
          <w:sz w:val="20"/>
        </w:rPr>
        <w:t>52:48  jahan log nafrat ki boliyaan bolte hain wo kisi farishton ka nahi rehta tha wo</w:t>
      </w:r>
      <w:r>
        <w:br/>
      </w:r>
      <w:r>
        <w:rPr>
          <w:sz w:val="20"/>
        </w:rPr>
        <w:t>52:56  nafrat nahi ke maani yeh hain ke agarche log mujh se yani nafrat wala tajurba mujh se hota hai mujh ko doosron ki taraf se koi ghussa dilata hai koi bhadka deta hai koi provoke karta hai kisi se koi nuksan pahunch jata hai kisi se koi kaanta chubh jata hai yani yeh sab waqiat jis se doosron ke sath hota hoga yaqeenan is ka is ka is ke sath bhi hota hoga kyunke yeh to hona hi hona hai</w:t>
      </w:r>
      <w:r>
        <w:br/>
      </w:r>
      <w:r>
        <w:rPr>
          <w:sz w:val="20"/>
        </w:rPr>
        <w:t>53:25  to us ne jo yeh kaha ke mere dil mein kisi ke khilaf nafrat nahi is ka matlab kya tha agarche nafrat ke asbab mere sath pesh aate hain phir bhi main kisi ke khilaf nafrat nahi paalta apne andar yeh matlab is ka hai</w:t>
      </w:r>
      <w:r>
        <w:br/>
      </w:r>
      <w:r>
        <w:rPr>
          <w:sz w:val="20"/>
        </w:rPr>
        <w:t>53:42  ke agarche doosron ki taraf se mujhe nafrat ke tajurba karaye jate hain</w:t>
      </w:r>
      <w:r>
        <w:br/>
      </w:r>
      <w:r>
        <w:rPr>
          <w:sz w:val="20"/>
        </w:rPr>
        <w:t>53:50  phir bhi main nafrat nahi karta</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Umar upholds justice for a Copt against governor's son</w:t>
      </w:r>
    </w:p>
    <w:p>
      <w:r>
        <w:rPr>
          <w:color w:val="666666"/>
          <w:sz w:val="18"/>
        </w:rPr>
        <w:t>Companions of The Prophet (2) 11 July 2021 - Prof. Farida Khanam and Dr. Saniyasnain Khan · 2m 43s · at 31:20 · https://youtu.be/FkhLHnwvUZQ?t=1880</w:t>
      </w:r>
    </w:p>
    <w:p>
      <w:r>
        <w:rPr>
          <w:i/>
        </w:rPr>
        <w:t>“Ek aur waqya hai, yeh Hazrat Umar ke zamane ka hai”</w:t>
      </w:r>
    </w:p>
    <w:p>
      <w:r>
        <w:rPr>
          <w:sz w:val="20"/>
        </w:rPr>
        <w:t>31:20  ek aur waqya hai, yeh hazrat umar ke zamane ka hai. hazrat umar ke zamane mein yeh sare ilake fateh ho gaye the, misr wagairah. to misr ke governor the amar ibnul aas. to amar ibnul aas ke zamane mein wahan arbon mein ghode ka race wagairah hota tha. to un ghode ki race hui, to aisa ittefaq hua ki</w:t>
      </w:r>
      <w:r>
        <w:br/>
      </w:r>
      <w:r>
        <w:rPr>
          <w:sz w:val="20"/>
        </w:rPr>
        <w:t>31:45  ek kaapt ka, yani misri ka ghoda jo hai, wah race mein aage badh gaya. to yeh us zamane mein, us zamane ka aap sochiye ki us zamane mein jo kankad nation thi, unki koi haisiyat nahin hoti thi. bilkul ghulam ke tarike se samjha jata tha. yeh to islam ne bahut zyada unko darja diya, unko barabari ka darja diya. lekin</w:t>
      </w:r>
      <w:r>
        <w:br/>
      </w:r>
      <w:r>
        <w:rPr>
          <w:sz w:val="20"/>
        </w:rPr>
        <w:t>32:07  rawaj jo hai, bahut dheere-dheere jata hai. to wah jo hai, kankad the. to arab jo hain, wah apne aap ko bilkul royal class the. to unka beta jo tha, mohammad, unka ghoda bhi usmein shamil tha. aur unka ghoda jo hai, wah</w:t>
      </w:r>
      <w:r>
        <w:br/>
      </w:r>
      <w:r>
        <w:rPr>
          <w:sz w:val="20"/>
        </w:rPr>
        <w:t>32:26  peeche reh gaya. aur wah ek fipti, yani egyptian ka ghoda jo hai, wah aage badh gaya. to wah bahut gussa ho gaye, mohammad. aur unhon ne usko kode se marna shuru kiya, kehne lage, "yeh koda lo, yani koda khao, matlab koda mara jayega tumhein." to unhon ne wah koda liya aur usko marna shuru kar diya. to ab chunki us fipti ko maloom tha ki hazrat umar khalifa hain aur bahut zyada insaf</w:t>
      </w:r>
      <w:r>
        <w:br/>
      </w:r>
      <w:r>
        <w:rPr>
          <w:sz w:val="20"/>
        </w:rPr>
        <w:t>32:56  karte hain, wah to wah aaya madina. aur madine mein puri roda sunai. to hazrat umar ne kaha, "tum yahin baitho." aur usi waqt khat likha aur amar ibnul aas aur unke bete mohammad ko bulaya. wah bahut ghabrae ki akhir aisi kya baat hai,</w:t>
      </w:r>
      <w:r>
        <w:br/>
      </w:r>
      <w:r>
        <w:rPr>
          <w:sz w:val="20"/>
        </w:rPr>
        <w:t>33:11  koi jurm ho gaya hai.</w:t>
      </w:r>
      <w:r>
        <w:br/>
      </w:r>
      <w:r>
        <w:rPr>
          <w:sz w:val="20"/>
        </w:rPr>
        <w:t>33:13  bulaya hai, bete se poocha, "kya baat hai?" bete ne kaha, "mujhe to pata nahin." to khair, dono gaye. to unhon ne, hazrat umar ne kaha, us waqt phir unhon ne fipti ko bulaya aur kaha, "yeh koda lo, sharif zade ko maro." kyunki jab usne mara tha na, to usne kaha tha, "main sharifon ki aulad hoon." yani tum, tumhari himmat kaise padi ki tumne apna ghoda aage kar diya?</w:t>
      </w:r>
      <w:r>
        <w:br/>
      </w:r>
      <w:r>
        <w:rPr>
          <w:sz w:val="20"/>
        </w:rPr>
        <w:t>33:40  to wahi hazrat umar ne kaha, "yeh koda lo, sharif</w:t>
      </w:r>
      <w:r>
        <w:br/>
      </w:r>
      <w:r>
        <w:rPr>
          <w:sz w:val="20"/>
        </w:rPr>
        <w:t>33:44  zade ko maro." misri ne unko itna mara, yahan tak ki unko khoon aloot kar diya. phir uske baad hazrat umar ne kaha, "amar ibnul aas, jo ki governor the aur wahi fate bhi the, wahi governor bhi the, unke sar par maro. kyunki unhi ki,</w:t>
      </w:r>
    </w:p>
    <w:p>
      <w:pPr>
        <w:pStyle w:val="Heading2"/>
      </w:pPr>
      <w:r>
        <w:t>Sabr as silent planning with personal example</w:t>
      </w:r>
    </w:p>
    <w:p>
      <w:r>
        <w:rPr>
          <w:color w:val="666666"/>
          <w:sz w:val="18"/>
        </w:rPr>
        <w:t>Patience and Creative Thinking April 20, 2020 Maulana Wahiduddin Khan · 2m 40s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r>
        <w:br/>
      </w:r>
      <w:r>
        <w:rPr>
          <w:sz w:val="20"/>
        </w:rPr>
        <w:t>11:29  sabr naam hai khamosh planning ka, yaani reaction na karne ka.</w:t>
      </w:r>
      <w:r>
        <w:br/>
      </w:r>
      <w:r>
        <w:rPr>
          <w:sz w:val="20"/>
        </w:rPr>
        <w:t>11:43  main ne apne zaati satah par is ka barha tajruba kiya hai.</w:t>
      </w:r>
      <w:r>
        <w:br/>
      </w:r>
      <w:r>
        <w:rPr>
          <w:sz w:val="20"/>
        </w:rPr>
        <w:t>11:51  mere saath kai baar aisa hua ke kuch logon ne</w:t>
      </w:r>
      <w:r>
        <w:br/>
      </w:r>
      <w:r>
        <w:rPr>
          <w:sz w:val="20"/>
        </w:rPr>
        <w:t>12:03  ghalat saboot, ghalt saboot kiya, to main ne reaction nahi kiya</w:t>
      </w:r>
      <w:r>
        <w:br/>
      </w:r>
      <w:r>
        <w:rPr>
          <w:sz w:val="20"/>
        </w:rPr>
        <w:t>12:15  balkeh khamosh planning ka raasta ikhtiyar kiya.</w:t>
      </w:r>
      <w:r>
        <w:br/>
      </w:r>
      <w:r>
        <w:rPr>
          <w:sz w:val="20"/>
        </w:rPr>
        <w:t>12:23  to Allah ke fazl se mujhe kamyabi hasil hui.</w:t>
      </w:r>
      <w:r>
        <w:br/>
      </w:r>
      <w:r>
        <w:rPr>
          <w:sz w:val="20"/>
        </w:rPr>
        <w:t>12:33  hum qaumi satah par to yeh kaam nahi kar sakte ke qaum ki baag dor hamare haath mein nahi, nahi hai.</w:t>
      </w:r>
      <w:r>
        <w:br/>
      </w:r>
      <w:r>
        <w:rPr>
          <w:sz w:val="20"/>
        </w:rPr>
        <w:t>12:43  qaum ki baag dor hamare haath mein nahin hai, lekin anfaradi satah par hum kar sakte hain aisa.</w:t>
      </w:r>
      <w:r>
        <w:br/>
      </w:r>
      <w:r>
        <w:rPr>
          <w:sz w:val="20"/>
        </w:rPr>
        <w:t>13:02  mein aap logon ko dawat deta hoon ke agarchay qaumi satah par baag dor aap ke haath mein nahin hai, lekin khandANI satah par, anfaradi satah par,</w:t>
      </w:r>
      <w:r>
        <w:br/>
      </w:r>
      <w:r>
        <w:rPr>
          <w:sz w:val="20"/>
        </w:rPr>
        <w:t>13:19  yaqeenan aap</w:t>
      </w:r>
      <w:r>
        <w:br/>
      </w:r>
      <w:r>
        <w:rPr>
          <w:sz w:val="20"/>
        </w:rPr>
        <w:t>13:24  apni taqdeer khud bana sakte hain.</w:t>
      </w:r>
    </w:p>
    <w:p>
      <w:pPr>
        <w:pStyle w:val="Heading2"/>
      </w:pPr>
      <w:r>
        <w:t>finding justification to stay free of negativity toward media</w:t>
      </w:r>
    </w:p>
    <w:p>
      <w:r>
        <w:rPr>
          <w:color w:val="666666"/>
          <w:sz w:val="18"/>
        </w:rPr>
        <w:t>Stress and Spirituality January 1, 2012 · 5m 46s · at 1:24:28 · https://youtu.be/TPhXL9-g6ME?t=5068</w:t>
      </w:r>
    </w:p>
    <w:p>
      <w:r>
        <w:rPr>
          <w:i/>
        </w:rPr>
        <w:t>“People have persecuted me my whole life, yet I stay positive”</w:t>
      </w:r>
    </w:p>
    <w:p>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thorns among roses, and the save-yourself formula</w:t>
      </w:r>
    </w:p>
    <w:p>
      <w:r>
        <w:rPr>
          <w:color w:val="666666"/>
          <w:sz w:val="18"/>
        </w:rPr>
        <w:t>The Power of Remembering God Often September 26, 2010 · 5m 43s · at 20:55 · https://youtu.be/GMmwEr7Wt80?t=1255</w:t>
      </w:r>
    </w:p>
    <w:p>
      <w:r>
        <w:rPr>
          <w:i/>
        </w:rPr>
        <w:t>“When we live in society, what is society really like?”</w:t>
      </w:r>
    </w:p>
    <w:p>
      <w:r>
        <w:rPr>
          <w:sz w:val="20"/>
        </w:rPr>
        <w:t>20:55  dekhein, jab hum samaaj mein jeete hain to samaaj kya hai? samaaj aisi hai jaise gulaab ka phool hai, to is mein kaante bhi hain.</w:t>
      </w:r>
      <w:r>
        <w:br/>
      </w:r>
      <w:r>
        <w:rPr>
          <w:sz w:val="20"/>
        </w:rPr>
        <w:t>21:06  aisa koi gulaab ka phool nahi hota jis mein kaante na hon.</w:t>
      </w:r>
      <w:r>
        <w:br/>
      </w:r>
      <w:r>
        <w:rPr>
          <w:sz w:val="20"/>
        </w:rPr>
        <w:t>21:14  main jahan rehta tha, adampur mein, wahan ek aadmi ko gulaab ka phool bahut pasand hota tha. to us ne ek lagaya, to us mein kaanta bhi nikal aaya us shaakh mein.</w:t>
      </w:r>
      <w:r>
        <w:br/>
      </w:r>
      <w:r>
        <w:rPr>
          <w:sz w:val="20"/>
        </w:rPr>
        <w:t>21:24  to us ne us ko kaat diya. yaani gulaab ke shaakhon mein jo jo kaante the, us ko tod diya aur shaakhon ko ka</w:t>
      </w:r>
      <w:r>
        <w:br/>
      </w:r>
      <w:r>
        <w:rPr>
          <w:sz w:val="20"/>
        </w:rPr>
        <w:t>21:34  t diya. us ne samjha ke ab jo niklega, is ke andar shaakh hai, is mein kaante nahi honge. to phir jo shaakhain nikli, un mein bhi kaante the.</w:t>
      </w:r>
      <w:r>
        <w:br/>
      </w:r>
      <w:r>
        <w:rPr>
          <w:sz w:val="20"/>
        </w:rPr>
        <w:t>21:44  dobara us ne aise hi kiya ke kaanton ko tod diya aur aur us ko shaakhon ko kaat diya.</w:t>
      </w:r>
      <w:r>
        <w:br/>
      </w:r>
      <w:r>
        <w:rPr>
          <w:sz w:val="20"/>
        </w:rPr>
        <w:t>21:54  woh samajhta tha ke ab jo niklegi, woh shaakh hai, is mein kaante nahi honge. phir bhi kaante nikle.</w:t>
      </w:r>
      <w:r>
        <w:br/>
      </w:r>
      <w:r>
        <w:rPr>
          <w:sz w:val="20"/>
        </w:rPr>
        <w:t>22:00  yeh bhi khuda ka aik bohat bara sabaq hai, aik lesson hai ke samaj mein phool hain to kaantay bhi hain.</w:t>
      </w:r>
      <w:r>
        <w:br/>
      </w:r>
      <w:r>
        <w:rPr>
          <w:sz w:val="20"/>
        </w:rPr>
        <w:t>22:11  yeh nahi ho sakta ke aisa samaj tum ko mil jaye jahan phool phool hain aur kaantay ghayab. Insanon se aap ko dukh puhanchay ga, insanon se aap ko shikayat hogi, koi insaan aap ko bura keh de ga, koi insaan aap ko takleef de de ga.</w:t>
      </w:r>
      <w:r>
        <w:br/>
      </w:r>
      <w:r>
        <w:rPr>
          <w:sz w:val="20"/>
        </w:rPr>
        <w:t>22:29  yeh sab hona hi hona hai. Kyunke yahi to test hai. Khuda yahi to dekhna chahta hai ke tum kaanton ke beech mein phool ban kar reh sakte ho ke nahi reh sakte ho.</w:t>
      </w:r>
      <w:r>
        <w:br/>
      </w:r>
      <w:r>
        <w:rPr>
          <w:sz w:val="20"/>
        </w:rPr>
        <w:t>22:44  yahi to dekhna chahta hai khuda</w:t>
      </w:r>
      <w:r>
        <w:br/>
      </w:r>
      <w:r>
        <w:rPr>
          <w:sz w:val="20"/>
        </w:rPr>
        <w:t>22:50  ke kaantay walay insaan hon ge, phir bhi tumhein phool ban kar rehna hai.</w:t>
      </w:r>
      <w:r>
        <w:br/>
      </w:r>
      <w:r>
        <w:rPr>
          <w:sz w:val="20"/>
        </w:rPr>
        <w:t>23:00  to shikayat kis baat ki? Aisi halat mein shikayat kis ki parti hai? Kis ke oopar parti hai? Woh khuda par parti hai, creator par parti hai, khaliq par parti hai.</w:t>
      </w:r>
      <w:r>
        <w:br/>
      </w:r>
      <w:r>
        <w:rPr>
          <w:sz w:val="20"/>
        </w:rPr>
        <w:t>23:13  to dekhen, bohat bari price deni parti hai is insaan ko jo apne dil se hate na nikal sake.</w:t>
      </w:r>
      <w:r>
        <w:br/>
      </w:r>
      <w:r>
        <w:rPr>
          <w:sz w:val="20"/>
        </w:rPr>
        <w:t>23:23  main ne bohat safar kiye, idhar udhar, aksar deshon ke safar kiye. Jahan dekhta hoon, main logon ke andar hate rehta hai.</w:t>
      </w:r>
      <w:r>
        <w:br/>
      </w:r>
      <w:r>
        <w:rPr>
          <w:sz w:val="20"/>
        </w:rPr>
        <w:t>23:34  upar upar achi achi baatein bolen ge, lekin aap scrutiny kijiye. Yeh scrutiny ki hai to andar hate nikle ga. Un ke khilaf, un ke khilaf, un ke khilaf, un ke khilaf hate nikle ga.</w:t>
      </w:r>
      <w:r>
        <w:br/>
      </w:r>
      <w:r>
        <w:rPr>
          <w:sz w:val="20"/>
        </w:rPr>
        <w:t>23:53  log samajhte nahi ke aap shikayat kar rahe hain kis ki? Shikayat kar rahe hain?</w:t>
      </w:r>
      <w:r>
        <w:br/>
      </w:r>
      <w:r>
        <w:rPr>
          <w:sz w:val="20"/>
        </w:rPr>
        <w:t>24:01  shikayat kis ki kar rahe hain? Aap samajhte hain ke doosre ki shikayat kar rahe hain, lekin aap apne ko kill kar rahe hain, apne ko kill kar rahe hain.</w:t>
      </w:r>
      <w:r>
        <w:br/>
      </w:r>
      <w:r>
        <w:rPr>
          <w:sz w:val="20"/>
        </w:rPr>
        <w:t>24:15  woh khuda ke khilaf shikayat kar rahe hain. Aap</w:t>
      </w:r>
      <w:r>
        <w:br/>
      </w:r>
      <w:r>
        <w:rPr>
          <w:sz w:val="20"/>
        </w:rPr>
        <w:t>24:20  jis ko dekhen, hate mein jeeta hai, nafrat mein jeeta hai.</w:t>
      </w:r>
      <w:r>
        <w:br/>
      </w:r>
      <w:r>
        <w:rPr>
          <w:sz w:val="20"/>
        </w:rPr>
        <w:t>24:27  aik C.M. Joad, aik bohat bara writer hai, philosopher hai. Us ne kitaab likhi hai, Modern Witness. Us ne likha ke hate jo hai, hate aur violence jo hai, yeh yeh insaan ke nature mein hai.</w:t>
      </w:r>
      <w:r>
        <w:br/>
      </w:r>
      <w:r>
        <w:rPr>
          <w:sz w:val="20"/>
        </w:rPr>
        <w:t>24:43  magar yeh baat galat hai, insaan ke nature mein nahi hai.</w:t>
      </w:r>
      <w:r>
        <w:br/>
      </w:r>
      <w:r>
        <w:rPr>
          <w:sz w:val="20"/>
        </w:rPr>
        <w:t>24:48  yani aisa nahi ke insaan ke nature hi mein daakhil kar diye gaya ho hate aur nafrat aur shikayat, yeh sab cheezein negativity nahi.</w:t>
      </w:r>
      <w:r>
        <w:br/>
      </w:r>
      <w:r>
        <w:rPr>
          <w:sz w:val="20"/>
        </w:rPr>
        <w:t>24:59  asal cheez yeh hai ke aap jo hai, jo samaj ke andar jo baatein hain, us ko aap manage nahi kar sake.</w:t>
      </w:r>
      <w:r>
        <w:br/>
      </w:r>
      <w:r>
        <w:rPr>
          <w:sz w:val="20"/>
        </w:rPr>
        <w:t>25:10  yani you you failed to manage the hate items of our society.</w:t>
      </w:r>
      <w:r>
        <w:br/>
      </w:r>
      <w:r>
        <w:rPr>
          <w:sz w:val="20"/>
        </w:rPr>
        <w:t>25:19  woh manage karna kya hai? Aap yeh sochiye ke bhai insaan ko azadi di hai khuda ne, to azadi ko misuse bhi kare ga. Woh</w:t>
      </w:r>
      <w:r>
        <w:br/>
      </w:r>
      <w:r>
        <w:rPr>
          <w:sz w:val="20"/>
        </w:rPr>
        <w:t>25:28  jab azadi di hai to misuse bhi kare ga. Yeh to nahi ho sakta ke azadi bhi ho aur woh misuse na kar paye. Jab misuse karne se uska haath baandh diya jaye to phir azadi khatam ho jati hai.</w:t>
      </w:r>
      <w:r>
        <w:br/>
      </w:r>
      <w:r>
        <w:rPr>
          <w:sz w:val="20"/>
        </w:rPr>
        <w:t>25:45  to yeh aap daryaft karen ke yeh hai, it is part of creation plan of God. Yeh jo yeh jo samaj mein hai ke log azadi ko misuse karte hain,</w:t>
      </w:r>
      <w:r>
        <w:br/>
      </w:r>
      <w:r>
        <w:rPr>
          <w:sz w:val="20"/>
        </w:rPr>
        <w:t>25:58  log aap ko takleef puhanchate hain, log aap ko, logon ko, aap aap ko logon se shikayatein hoti hain waghera, yeh kya hai?</w:t>
      </w:r>
      <w:r>
        <w:br/>
      </w:r>
      <w:r>
        <w:rPr>
          <w:sz w:val="20"/>
        </w:rPr>
        <w:t>26:07  is liye hai ke khuda ne is dunya mein insaan rakha hai test ke liye, imtehan ke liye, janchne ke liye, azmaish ke liye. To koi janch mein fail hoga, koi pass hoga, koi stand kare ga, koi stand nahi kare ga.</w:t>
      </w:r>
      <w:r>
        <w:br/>
      </w:r>
      <w:r>
        <w:rPr>
          <w:sz w:val="20"/>
        </w:rPr>
        <w:t>26:25  yeh hoga hi hoga, aap us ko khatam nahi kar sakte. Is liye kya hai formula? Formula hai: save yourself, apne aap ko bachao.</w:t>
      </w:r>
      <w:r>
        <w:br/>
      </w:r>
      <w:r>
        <w:rPr>
          <w:sz w:val="20"/>
        </w:rPr>
        <w:t>26:39  save yourself, apne aap ko bachao. Dunya mein kechar bhi hoga, dunya mein kaantay bhi hon ge,</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The traffic camera that proved everything is recorded</w:t>
      </w:r>
    </w:p>
    <w:p>
      <w:r>
        <w:rPr>
          <w:color w:val="666666"/>
          <w:sz w:val="18"/>
        </w:rPr>
        <w:t>On Life and Death July 24, 2011 · 5m 38s · at 49:00 · https://youtu.be/Z0pdhT_HJNk?t=2940</w:t>
      </w:r>
    </w:p>
    <w:p>
      <w:r>
        <w:rPr>
          <w:i/>
        </w:rPr>
        <w:t>“I read a story from when CCTV was first installed in Delhi.”</w:t>
      </w:r>
    </w:p>
    <w:p>
      <w:r>
        <w:rPr>
          <w:sz w:val="20"/>
        </w:rPr>
        <w:t>49:00  jaise ek qissa maine padha tha, shuru zamane mein jab dilli mein connaught place ke area mein woh lagaya gaya tha, video jo kiya tha, us ko kya system kehte hain?</w:t>
      </w:r>
      <w:r>
        <w:br/>
      </w:r>
      <w:r>
        <w:rPr>
          <w:sz w:val="20"/>
        </w:rPr>
        <w:t>49:13  lagate hain sadkon par? surveillance hain, CCTV, CCTV. haan, woh camere lage rehte hain, aane janey walon ko record karte rehte hain.</w:t>
      </w:r>
      <w:r>
        <w:br/>
      </w:r>
      <w:r>
        <w:rPr>
          <w:sz w:val="20"/>
        </w:rPr>
        <w:t>49:26  to ab woh control room mein ek aadmi bahar ko pass karta hai. to ek scooter wala hai, three wheeler wala, aaya wahan, no parking, jahan likha hua tha, wahan par khada kar diya us ne apna scooter.</w:t>
      </w:r>
      <w:r>
        <w:br/>
      </w:r>
      <w:r>
        <w:rPr>
          <w:sz w:val="20"/>
        </w:rPr>
        <w:t>49:41  kyun ke is ko koi dost mil gaya tha.</w:t>
      </w:r>
      <w:r>
        <w:br/>
      </w:r>
      <w:r>
        <w:rPr>
          <w:sz w:val="20"/>
        </w:rPr>
        <w:t>49:47  to scooter khada kiya, jeeb se cigarette nikala, do, ek khud piya, ek apne dost ko diya.</w:t>
      </w:r>
      <w:r>
        <w:br/>
      </w:r>
      <w:r>
        <w:rPr>
          <w:sz w:val="20"/>
        </w:rPr>
        <w:t>49:55  ab yeh sab kar raha hai woh, no parking par. ab wahan par aa gaya police wala ek aadmi. yeh ek qissa chupa tha is zamane mein Hindustan Times mein.</w:t>
      </w:r>
      <w:r>
        <w:br/>
      </w:r>
      <w:r>
        <w:rPr>
          <w:sz w:val="20"/>
        </w:rPr>
        <w:t>50:08  to police wale ne kaha ke tum ne khada kar ke dekhiye gaadi yahan, yeh to no parking hai. to us ne is ko suna nahi, police ki baaten, koi suna</w:t>
      </w:r>
      <w:r>
        <w:br/>
      </w:r>
      <w:r>
        <w:rPr>
          <w:sz w:val="20"/>
        </w:rPr>
        <w:t>50:16  nahi is ko. apne dost se baaten karta raha, cigarette peeta raha.</w:t>
      </w:r>
      <w:r>
        <w:br/>
      </w:r>
      <w:r>
        <w:rPr>
          <w:sz w:val="20"/>
        </w:rPr>
        <w:t>50:22  to police ne kaha acha theek hai, chalo hamare room mein chalo. to is ko room mein le gaya wahan.</w:t>
      </w:r>
      <w:r>
        <w:br/>
      </w:r>
      <w:r>
        <w:rPr>
          <w:sz w:val="20"/>
        </w:rPr>
        <w:t>50:32  wahan afsar baitha hua tha control room mein.</w:t>
      </w:r>
      <w:r>
        <w:br/>
      </w:r>
      <w:r>
        <w:rPr>
          <w:sz w:val="20"/>
        </w:rPr>
        <w:t>50:38  to is ne bataya police wale ne ke aisa kar raha tha yeh.</w:t>
      </w:r>
      <w:r>
        <w:br/>
      </w:r>
      <w:r>
        <w:rPr>
          <w:sz w:val="20"/>
        </w:rPr>
        <w:t>50:42  aur woh to khud hi dekh dekh raha tha is par andar, woh screen par. to wahan jo control room mein jo baitha hua tha, us ne kaha ke dekho tum ne yeh kiya hai ke no parking par apni gaadi khadi ki, wahan par baaten kar rahe ho tum, wahan cigarette pi rahe ho.</w:t>
      </w:r>
      <w:r>
        <w:br/>
      </w:r>
      <w:r>
        <w:rPr>
          <w:sz w:val="20"/>
        </w:rPr>
        <w:t>50:59  kaha nahi nahi, main ne aisa kabhi nahi kiya, yeh to galat baat hai. yani bilkul saaf inkar kar diya is ne.</w:t>
      </w:r>
      <w:r>
        <w:br/>
      </w:r>
      <w:r>
        <w:rPr>
          <w:sz w:val="20"/>
        </w:rPr>
        <w:t>51:07  to phir is ne screen par jo un ka record tha us ka, us ko shuru dohrai replay hone laga woh.</w:t>
      </w:r>
      <w:r>
        <w:br/>
      </w:r>
      <w:r>
        <w:rPr>
          <w:sz w:val="20"/>
        </w:rPr>
        <w:t>51:16  ab woh dekh raha hai ke main aata hoon, apne ko dekh raha hai woh. ke main gaadi chalata hoon, aata hoon. mera dost wahan mil jata hai.</w:t>
      </w:r>
      <w:r>
        <w:br/>
      </w:r>
      <w:r>
        <w:rPr>
          <w:sz w:val="20"/>
        </w:rPr>
        <w:t>51:26  mein gaari rokta hoon. sigret nikaalta hoon, us ko deta hoon. woh peeta hai, mein peeta hoon. aur mana kar raha hai, woh nahin maanta mein.</w:t>
      </w:r>
      <w:r>
        <w:br/>
      </w:r>
      <w:r>
        <w:rPr>
          <w:sz w:val="20"/>
        </w:rPr>
        <w:t>51:34  yeh sab dekha is ne.</w:t>
      </w:r>
      <w:r>
        <w:br/>
      </w:r>
      <w:r>
        <w:rPr>
          <w:sz w:val="20"/>
        </w:rPr>
        <w:t>51:36  toh is ka is ka kaha tha ke is mein report karte hue ke bilkul woh chup ho gaya bolti band ho gayi is ki.</w:t>
      </w:r>
      <w:r>
        <w:br/>
      </w:r>
      <w:r>
        <w:rPr>
          <w:sz w:val="20"/>
        </w:rPr>
        <w:t>51:46  yaani jaise hi dekha apne aap ko screen par, us ne is ki ek dam zabaan khamosh ho gayi. phir bol nahin nikli is ko, kuch bhi nahin bol paaya woh. toh yeh haal hum mein har shakhs ka hone wala hai.</w:t>
      </w:r>
      <w:r>
        <w:br/>
      </w:r>
      <w:r>
        <w:rPr>
          <w:sz w:val="20"/>
        </w:rPr>
        <w:t>52:03  mein aksar apne baray mein sochta hoon, rozana mujhe yeh khabrein milti hain ke choti baatein phailate rehte hain log. abhi kal mere paas telephone aaya ke ek saahab mere baray mein phaila rahe hain ke mein yaani Islam dushman taaqaton ka agent hoon.</w:t>
      </w:r>
      <w:r>
        <w:br/>
      </w:r>
      <w:r>
        <w:rPr>
          <w:sz w:val="20"/>
        </w:rPr>
        <w:t>52:22  dhoom se phaila rahe hain, kai log is ko maan bhi rahe hain. toh mere baray mein shayad ajeeb baat hai, shayad abhi America gaya toh wahan bhi yeh sab phaili hui baatein.</w:t>
      </w:r>
      <w:r>
        <w:br/>
      </w:r>
      <w:r>
        <w:rPr>
          <w:sz w:val="20"/>
        </w:rPr>
        <w:t>52:32  jahan jaata hoon, wahan phaili hui hoti hain baatein, choti baatein, bilkul base less baatein.</w:t>
      </w:r>
      <w:r>
        <w:br/>
      </w:r>
      <w:r>
        <w:rPr>
          <w:sz w:val="20"/>
        </w:rPr>
        <w:t>52:39  toh agar in ko yeh pata ho ke yeh jo bol rahe hain, jo yeh baatein phaila rahe hain, yeh sab record ho rahi hain, record jis tarah is is aadmi ki baat record ho rahi thi.</w:t>
      </w:r>
      <w:r>
        <w:br/>
      </w:r>
      <w:r>
        <w:rPr>
          <w:sz w:val="20"/>
        </w:rPr>
        <w:t>52:52  three wheeler wala jo tha, us ko pata nahin tha ke meri baat record ho rahi hai.</w:t>
      </w:r>
      <w:r>
        <w:br/>
      </w:r>
      <w:r>
        <w:rPr>
          <w:sz w:val="20"/>
        </w:rPr>
        <w:t>52:59  toh hum jo kuch bolte hain, hadees quran majeed mein hai ke dono, har aadmi ke dono kandhay par farishtay hotay hain.</w:t>
      </w:r>
      <w:r>
        <w:br/>
      </w:r>
      <w:r>
        <w:rPr>
          <w:sz w:val="20"/>
        </w:rPr>
        <w:t>53:11  har aadmi ke saath do farishtay, yeh record karne ke liye.</w:t>
      </w:r>
      <w:r>
        <w:br/>
      </w:r>
      <w:r>
        <w:rPr>
          <w:sz w:val="20"/>
        </w:rPr>
        <w:t>53:18  jo aadmi bolta hai, jo kuch karta hai, har cheez record kar raha hai woh.</w:t>
      </w:r>
      <w:r>
        <w:br/>
      </w:r>
      <w:r>
        <w:rPr>
          <w:sz w:val="20"/>
        </w:rPr>
        <w:t>53:24  aap ghhor kijiye ke aadmi yeh soche ke kis tarah se mein kisi ke khilaaf jhooti jhooti baat phailata raha.</w:t>
      </w:r>
      <w:r>
        <w:br/>
      </w:r>
      <w:r>
        <w:rPr>
          <w:sz w:val="20"/>
        </w:rPr>
        <w:t>53:36  base less baatein phailata raha. kisi ko kisi ke khilaaf na-insaafi karta raha.</w:t>
      </w:r>
      <w:r>
        <w:br/>
      </w:r>
      <w:r>
        <w:rPr>
          <w:sz w:val="20"/>
        </w:rPr>
        <w:t>53:46  toh us waqt jab Allah taala ke saamnay pahunche ga, wahan woh screen khol di jaye gi wahan ke dekho yeh yeh tum karte rahe. wahan inkaar kare ga, wahan bhi inkaar kare ga woh.</w:t>
      </w:r>
      <w:r>
        <w:br/>
      </w:r>
      <w:r>
        <w:rPr>
          <w:sz w:val="20"/>
        </w:rPr>
        <w:t>53:54  lekin jab khol di jaye gi toh wahan par wohi hoga. us ko is ka alfaaz gum ho jayen ge.</w:t>
      </w:r>
      <w:r>
        <w:br/>
      </w:r>
      <w:r>
        <w:rPr>
          <w:sz w:val="20"/>
        </w:rPr>
        <w:t>54:04  yeh bohat ziyada sochne ki baat hai.</w:t>
      </w:r>
      <w:r>
        <w:br/>
      </w:r>
      <w:r>
        <w:rPr>
          <w:sz w:val="20"/>
        </w:rPr>
        <w:t>54:07  mein samajhta hoon ke agar sirf aadmi yeh soche ke mujhe marna hai aur marne ke baad Allah taala ke saamnay pesh hona hai toh yeh baat aadmi ki islaah ke liye kaafi ho jaye.</w:t>
      </w:r>
      <w:r>
        <w:br/>
      </w:r>
      <w:r>
        <w:rPr>
          <w:sz w:val="20"/>
        </w:rPr>
        <w:t>54:26  yeh baat aadmi ki islaah ke liye kaafi ho jaye.</w:t>
      </w:r>
      <w:r>
        <w:br/>
      </w:r>
      <w:r>
        <w:rPr>
          <w:sz w:val="20"/>
        </w:rPr>
        <w:t>54:32  sahaba ke baray mein bohat se waaqiaat aise aate hain ke unhon ne ek ek tareeqa alag kiya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