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Success, but I feel empty</w:t>
      </w:r>
    </w:p>
    <w:p>
      <w:r>
        <w:rPr>
          <w:sz w:val="18"/>
        </w:rPr>
        <w:t>Q&amp;A, lecture moments and clips · full transcripts with timestamps · exported 2026-09-21</w:t>
      </w:r>
    </w:p>
    <w:p>
      <w:pPr>
        <w:pStyle w:val="Heading1"/>
      </w:pPr>
      <w:r>
        <w:t>Maulana was asked (30)</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Feeling dejected despite working</w:t>
      </w:r>
    </w:p>
    <w:p>
      <w:r>
        <w:rPr>
          <w:color w:val="666666"/>
          <w:sz w:val="18"/>
        </w:rPr>
        <w:t>Spirituality in Simple Living, High Thinking October 27, 2019 Maulana Wahiduddin Khan · 6m 26s · at 38:31 · https://youtu.be/Kr28g15eFr8?t=2311</w:t>
      </w:r>
    </w:p>
    <w:p>
      <w:r>
        <w:rPr>
          <w:i/>
        </w:rPr>
        <w:t>“Although I claim to work, I always feel dejected as if I have done nothing. Please explain this.”</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r>
        <w:br/>
      </w:r>
      <w:r>
        <w:rPr>
          <w:sz w:val="20"/>
        </w:rPr>
        <w:t>40:37  riaz bhat sahib ne bangalore se comment bheja hai. unhon</w:t>
      </w:r>
      <w:r>
        <w:br/>
      </w:r>
      <w:r>
        <w:rPr>
          <w:sz w:val="20"/>
        </w:rPr>
        <w:t>40:40  ne likha hai: "maulana sahib, thanks for giving us a wing of spiritual living. nice explanation of simple living by self management, relieving the mind of unnecessary burden of competitive thinking, leading its way towards spiritual thought process.</w:t>
      </w:r>
      <w:r>
        <w:br/>
      </w:r>
      <w:r>
        <w:rPr>
          <w:sz w:val="20"/>
        </w:rPr>
        <w:t>41:01  praying for all of us to adhere to this advice."</w:t>
      </w:r>
      <w:r>
        <w:br/>
      </w:r>
      <w:r>
        <w:rPr>
          <w:sz w:val="20"/>
        </w:rPr>
        <w:t>41:07  zaheer uddin khwaja sahib ne rai chor se likha hai: "simple living and high thinking is prophetic formula of life.</w:t>
      </w:r>
      <w:r>
        <w:br/>
      </w:r>
      <w:r>
        <w:rPr>
          <w:sz w:val="20"/>
        </w:rPr>
        <w:t>41:17  rasool Allah total life is example of this formula and one can say the greatest sunnah of rasool Allah."</w:t>
      </w:r>
      <w:r>
        <w:br/>
      </w:r>
      <w:r>
        <w:rPr>
          <w:sz w:val="20"/>
        </w:rPr>
        <w:t>41:27  doctor safina tabassum ne saharanpur se likha hai: "maulana sahib, aap ne wazeh kar diya materialism mein rehna apne ko distraction mein daal kar rehna hai.</w:t>
      </w:r>
      <w:r>
        <w:br/>
      </w:r>
      <w:r>
        <w:rPr>
          <w:sz w:val="20"/>
        </w:rPr>
        <w:t>41:39  is mein ulajh kar aap higher goals ko nahi pahunch sakte. jazak Allah."</w:t>
      </w:r>
      <w:r>
        <w:br/>
      </w:r>
      <w:r>
        <w:rPr>
          <w:sz w:val="20"/>
        </w:rPr>
        <w:t>41:47  javed iqbal sahib ne west bengal se likha hai: "muslims ko lip service chhodna padega, tabhi high thinking in ke andar aayegi." sahi hai, mein is se agree karta hoon ke lip service bohat zyada clear habit hai,</w:t>
      </w:r>
      <w:r>
        <w:br/>
      </w:r>
      <w:r>
        <w:rPr>
          <w:sz w:val="20"/>
        </w:rPr>
        <w:t>42:10  clear habit hai. maulana miss shabana ansari ne pakistan se likha hai.</w:t>
      </w:r>
      <w:r>
        <w:br/>
      </w:r>
      <w:r>
        <w:rPr>
          <w:sz w:val="20"/>
        </w:rPr>
        <w:t>42:17  unhon ne aap se poocha hai: "maulana, kya simple living se murad need based zindagi guzarna hai aur materialistic lifestyle se bachna chahiye?</w:t>
      </w:r>
      <w:r>
        <w:br/>
      </w:r>
      <w:r>
        <w:rPr>
          <w:sz w:val="20"/>
        </w:rPr>
        <w:t>42:30  kya yeh sahi hai?"</w:t>
      </w:r>
      <w:r>
        <w:br/>
      </w:r>
      <w:r>
        <w:rPr>
          <w:sz w:val="20"/>
        </w:rPr>
        <w:t>42:33  dekhen, main samajhta hoon ke is ka koi yani</w:t>
      </w:r>
      <w:r>
        <w:br/>
      </w:r>
      <w:r>
        <w:rPr>
          <w:sz w:val="20"/>
        </w:rPr>
        <w:t>42:41  external koi koi</w:t>
      </w:r>
      <w:r>
        <w:br/>
      </w:r>
      <w:r>
        <w:rPr>
          <w:sz w:val="20"/>
        </w:rPr>
        <w:t>42:47  formula nahin hai. Aap khud faisla karte hain ke</w:t>
      </w:r>
      <w:r>
        <w:br/>
      </w:r>
      <w:r>
        <w:rPr>
          <w:sz w:val="20"/>
        </w:rPr>
        <w:t>42:58  mere liye</w:t>
      </w:r>
      <w:r>
        <w:br/>
      </w:r>
      <w:r>
        <w:rPr>
          <w:sz w:val="20"/>
        </w:rPr>
        <w:t>43:02  kya tareeqa sahih hai. Doosra aadmi jo bataye ga woh adhoori knowledge ke base pe bataye ga, poori knowledge sirf aap ko hoti hai.</w:t>
      </w:r>
      <w:r>
        <w:br/>
      </w:r>
      <w:r>
        <w:rPr>
          <w:sz w:val="20"/>
        </w:rPr>
        <w:t>43:18  Mislan dekhen, main apne bare mein kehta hoon ke main bachpan se mera dard tha ke kapre ka shauq nahin, khane ka shauq nahin, kuch nahin.</w:t>
      </w:r>
      <w:r>
        <w:br/>
      </w:r>
      <w:r>
        <w:rPr>
          <w:sz w:val="20"/>
        </w:rPr>
        <w:t>43:30  Mislan meri maa batati thi</w:t>
      </w:r>
      <w:r>
        <w:br/>
      </w:r>
      <w:r>
        <w:rPr>
          <w:sz w:val="20"/>
        </w:rPr>
        <w:t>43:35  ke chhote jab main chhota tha aur eid ke din kapra naya bachchon ke ghar ke bachchon ke liye banaya jata tha to sab log naye kapre pehan kar khush shauq se shauq se pehante the.</w:t>
      </w:r>
      <w:r>
        <w:br/>
      </w:r>
      <w:r>
        <w:rPr>
          <w:sz w:val="20"/>
        </w:rPr>
        <w:t>43:55  main pehanta hi nahin tha,</w:t>
      </w:r>
      <w:r>
        <w:br/>
      </w:r>
      <w:r>
        <w:rPr>
          <w:sz w:val="20"/>
        </w:rPr>
        <w:t>43:59  main pehanta hi nahin tha. Meri maa kehti thi: "Kapra pehan lo, eid ka din hai, eid ka din hai." To main jante hain kya karta tha?</w:t>
      </w:r>
      <w:r>
        <w:br/>
      </w:r>
      <w:r>
        <w:rPr>
          <w:sz w:val="20"/>
        </w:rPr>
        <w:t>44:11  Jaldi kya hai? Jaldi kya hai? Halanke eid ka din hota tha, woh jaldi thi. Aise mein main use padhta tha to har hafte ek baar main ghar aata tha.</w:t>
      </w:r>
      <w:r>
        <w:br/>
      </w:r>
      <w:r>
        <w:rPr>
          <w:sz w:val="20"/>
        </w:rPr>
        <w:t>44:28  To jab bhi aata tha wahan to hamari poochhti thi maa ke aaj khane ke liye kya pakaya hai?</w:t>
      </w:r>
      <w:r>
        <w:br/>
      </w:r>
      <w:r>
        <w:rPr>
          <w:sz w:val="20"/>
        </w:rPr>
        <w:t>44:38  Aise maa poochhti hai aam taur par. To mujhe yaad hai ke ek baar bhi maine nahin kaha ke falan cheez pakaiye, jo jo rahe ga wohi kha len ge.</w:t>
      </w:r>
      <w:r>
        <w:br/>
      </w:r>
      <w:r>
        <w:rPr>
          <w:sz w:val="20"/>
        </w:rPr>
        <w:t>44:53  Yeh mizaj ki baat hai,</w:t>
      </w:r>
    </w:p>
    <w:p>
      <w:pPr>
        <w:pStyle w:val="Heading2"/>
      </w:pPr>
      <w:r>
        <w:t>Overcoming Disappointments After Failures</w:t>
      </w:r>
    </w:p>
    <w:p>
      <w:r>
        <w:rPr>
          <w:color w:val="666666"/>
          <w:sz w:val="18"/>
        </w:rPr>
        <w:t>Modern Age June 9, 2019 Maulana Wahiduddin Khan · 2m 28s · at 54:48 · https://youtu.be/7mjCvAvHEdA?t=3288</w:t>
      </w:r>
    </w:p>
    <w:p>
      <w:r>
        <w:rPr>
          <w:i/>
        </w:rPr>
        <w:t>“How can we overcome disappointments after failures?”</w:t>
      </w:r>
    </w:p>
    <w:p>
      <w:r>
        <w:rPr>
          <w:sz w:val="20"/>
        </w:rPr>
        <w:t>54:48  maulana, agla sawal miss rutaba hussain ne kiya hai. unhon ne location nahi likhi hai. un ka sawal hai ke "How can we overcome disappointments after failures؟" is ke baray mein batayein.</w:t>
      </w:r>
      <w:r>
        <w:br/>
      </w:r>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Dealing with failed change plans</w:t>
      </w:r>
    </w:p>
    <w:p>
      <w:r>
        <w:rPr>
          <w:color w:val="666666"/>
          <w:sz w:val="18"/>
        </w:rPr>
        <w:t>Modern Age June 9, 2019 Maulana Wahiduddin Khan · 3m 20s · at 44:34 · https://youtu.be/7mjCvAvHEdA?t=2674</w:t>
      </w:r>
    </w:p>
    <w:p>
      <w:r>
        <w:rPr>
          <w:i/>
        </w:rPr>
        <w:t>“After repeatedly planning change, if change is not happening and success is not achieved, what should be done? Please advise us.”</w:t>
      </w:r>
    </w:p>
    <w:p>
      <w:r>
        <w:rPr>
          <w:sz w:val="20"/>
        </w:rPr>
        <w:t>44:34  Maulana, agla sawal Saharanpur se Adeel Shams sahib ne kiya hai. Unhon ne likha hai, "Bar bar planning change karne ke baad bhi agar change nahi aa raha hai aur kamyabi nahi mil rahi hai to aise mein kya karna chahiye?</w:t>
      </w:r>
      <w:r>
        <w:br/>
      </w:r>
      <w:r>
        <w:rPr>
          <w:sz w:val="20"/>
        </w:rPr>
        <w:t>44:51  Hamein is ke bare mein advice karein." Nahi, dekhiye, yeh sawal hi galat hai.</w:t>
      </w:r>
      <w:r>
        <w:br/>
      </w:r>
      <w:r>
        <w:rPr>
          <w:sz w:val="20"/>
        </w:rPr>
        <w:t>44:59  Aisa koi case mere ilm mein nahi hai. Aap ke ilm mein hai to naam le kar is ko bataiye is ke case ko. Yeh change karna aap ek ek ambiguous term hai.</w:t>
      </w:r>
      <w:r>
        <w:br/>
      </w:r>
      <w:r>
        <w:rPr>
          <w:sz w:val="20"/>
        </w:rPr>
        <w:t>45:12  Sahi hai change karna, nahi sahi hai correction karna. Change karne se kya ho jayega?</w:t>
      </w:r>
      <w:r>
        <w:br/>
      </w:r>
      <w:r>
        <w:rPr>
          <w:sz w:val="20"/>
        </w:rPr>
        <w:t>45:22  Change karne se kuch nahi ho jayega. Aap ko tayyar rehna chahiye apni soch mein badlao lana,</w:t>
      </w:r>
      <w:r>
        <w:br/>
      </w:r>
      <w:r>
        <w:rPr>
          <w:sz w:val="20"/>
        </w:rPr>
        <w:t>45:33  chahe aap ko galat manna pade, chahe apne aap ko galat manna pade to lekin badlao laiye. To correction aisi cheez hai.</w:t>
      </w:r>
      <w:r>
        <w:br/>
      </w:r>
      <w:r>
        <w:rPr>
          <w:sz w:val="20"/>
        </w:rPr>
        <w:t>45:46  Aap correction kar ke dekhiye, aap zaroor kamyab honge. Maulana Meer Faheem sahib ne Sher Nagar se likha hai, "Is it necessary to identify with any sect in Islam</w:t>
      </w:r>
      <w:r>
        <w:br/>
      </w:r>
      <w:r>
        <w:rPr>
          <w:sz w:val="20"/>
        </w:rPr>
        <w:t>46:03  ? Wouldn't it be great if we call ourselves Muslims only?" Sect kya cheez? Sect aisi city?</w:t>
      </w:r>
      <w:r>
        <w:br/>
      </w:r>
      <w:r>
        <w:rPr>
          <w:sz w:val="20"/>
        </w:rPr>
        <w:t>46:12  aisi si ti? Sect? nahin, yeh yeh sect to sab sab bidat hai. Ji, saare sect jitne bhi banaye gaye hain sab bidat hain.</w:t>
      </w:r>
      <w:r>
        <w:br/>
      </w:r>
      <w:r>
        <w:rPr>
          <w:sz w:val="20"/>
        </w:rPr>
        <w:t>46:22  is ka Islam se koi talluq nahin hai. To Maulana, woh yeh keh rahe hain ke kya hum apne aap ko sirf Muslims kahein to kya yeh?</w:t>
      </w:r>
      <w:r>
        <w:br/>
      </w:r>
      <w:r>
        <w:rPr>
          <w:sz w:val="20"/>
        </w:rPr>
        <w:t>46:30  kehne ki baat nahin hai, discover kijiye. Kehne se kya hota hai? Sachay Islam ko Quran aur Hadees ke mutale se discover kijiye.</w:t>
      </w:r>
      <w:r>
        <w:br/>
      </w:r>
      <w:r>
        <w:rPr>
          <w:sz w:val="20"/>
        </w:rPr>
        <w:t>46:40  shakhs shakhs se se kuch nahin hota.</w:t>
      </w:r>
      <w:r>
        <w:br/>
      </w:r>
      <w:r>
        <w:rPr>
          <w:sz w:val="20"/>
        </w:rPr>
        <w:t>46:47  aap Quran ko Hadees ko barah-e-rast parhiye, barah-e-rast parhiye. Hamari kitabein parhiye, aap sakht koi cheez nahin.</w:t>
      </w:r>
      <w:r>
        <w:br/>
      </w:r>
      <w:r>
        <w:rPr>
          <w:sz w:val="20"/>
        </w:rPr>
        <w:t>46:58  firqa jo hai, firqa woh bidat hai. Sab phir sab firqay bidat mein khare hue hain. In ki koi ahmiyat nahin hai. Aap apni jis apni tehqeeq se, apne mutale se discover kijiye ke sachai kya hai.</w:t>
      </w:r>
      <w:r>
        <w:br/>
      </w:r>
      <w:r>
        <w:rPr>
          <w:sz w:val="20"/>
        </w:rPr>
        <w:t>47:20  hamari kitabein aap har jagah available hain, is ko parhiye. InshaAllah aap ko rasta khul jaye ga.</w:t>
      </w:r>
      <w:r>
        <w:br/>
      </w:r>
      <w:r>
        <w:rPr>
          <w:sz w:val="20"/>
        </w:rPr>
        <w:t>47:34  Maulana Yaqoob Umri ne Delhi se comment bheja hai. Unhon ne likha hai, "Maulana, the news of Mukesh Ambani and Azeem Hashim Premji won to all take such events in terms of community pride, but Maulana, you gave us a wider and real stick approach to such events that is planning.</w:t>
      </w:r>
    </w:p>
    <w:p>
      <w:pPr>
        <w:pStyle w:val="Heading2"/>
      </w:pPr>
      <w:r>
        <w:t>Avoiding Emptiness in Family Life</w:t>
      </w:r>
    </w:p>
    <w:p>
      <w:r>
        <w:rPr>
          <w:color w:val="666666"/>
          <w:sz w:val="18"/>
        </w:rPr>
        <w:t>Roza (Fasting) Shock May 26, 2019 · 1m 53s · at 34:32 · https://youtu.be/GXYhGriFRpM?t=2072</w:t>
      </w:r>
    </w:p>
    <w:p>
      <w:r>
        <w:rPr>
          <w:i/>
        </w:rPr>
        <w:t>“You said absolutely right, today everyone is living a family-oriented life and is preoccupied with just making the family happy, but in the end nothing comes in hand. What is the way to avoid this? Please tell us all.”</w:t>
      </w:r>
    </w:p>
    <w:p>
      <w:r>
        <w:rPr>
          <w:sz w:val="20"/>
        </w:rPr>
        <w:t>34:32  maulana, agla sawal bheja hai miss nadia saif ne. unhon ne apni location nahi likhi hai. un ka sawal hai: "maulana sahib, aap ne bilkul sahi kaha, aaj ki aaj ki har koi family oriented zindagi guzar raha hai aur usi fikr mein pada hai ke bas family khush ho jaye, lekin aakhir mein kuch bhi hath mein nahi aata.</w:t>
      </w:r>
      <w:r>
        <w:br/>
      </w:r>
      <w:r>
        <w:rPr>
          <w:sz w:val="20"/>
        </w:rPr>
        <w:t>34:56  is se bachne ka kya tareeqa hai? yeh hum sab ko bataen."</w:t>
      </w:r>
      <w:r>
        <w:br/>
      </w:r>
      <w:r>
        <w:rPr>
          <w:sz w:val="20"/>
        </w:rPr>
        <w:t>35:01  tareeqa yeh hai ke aap chhodiye, allah ko pakdiye, bas aur kya tareeqa hai? ji, jaise main dekhen, aaj subah utha to mere mind mein tha ke aaj koi speech nahi hogi.</w:t>
      </w:r>
      <w:r>
        <w:br/>
      </w:r>
      <w:r>
        <w:rPr>
          <w:sz w:val="20"/>
        </w:rPr>
        <w:t>35:17  main ne rest se keh diya ke bhai, ab koi speech nahi hogi. to rest ka agar nahi, kuch to hona chahiye. to isi soch mein main wahan se yahan aa raha tha.</w:t>
      </w:r>
      <w:r>
        <w:br/>
      </w:r>
      <w:r>
        <w:rPr>
          <w:sz w:val="20"/>
        </w:rPr>
        <w:t>35:30  jab main seven ke gate pe pahuncha to achaanak mere dil mein kaha: "assalam o alaikum ayha al malaika." is ka matlab yeh tha ke main malaika se keh raha hoon ke malaika batao, main kya karoon?</w:t>
      </w:r>
      <w:r>
        <w:br/>
      </w:r>
      <w:r>
        <w:rPr>
          <w:sz w:val="20"/>
        </w:rPr>
        <w:t>35:46  meri samajh mein kuch nahi aa raha. to achaanak unhon ne bataya ke batao logon ko ke som to is liye hai ke logon ka mind trigger ho.</w:t>
      </w:r>
      <w:r>
        <w:br/>
      </w:r>
      <w:r>
        <w:rPr>
          <w:sz w:val="20"/>
        </w:rPr>
        <w:t>35:58  som jo hai, fast shock hai. yeh yeh sab log karein, is mein mushkil kya hai?</w:t>
      </w:r>
      <w:r>
        <w:br/>
      </w:r>
      <w:r>
        <w:rPr>
          <w:sz w:val="20"/>
        </w:rPr>
        <w:t>36:10  aamir mori sahib ne kashmir se apna comment bheja hai. unhon ne likha hai: "maulana sahib, your lectures are the source of mind triggering for all of us.</w:t>
      </w:r>
      <w:r>
        <w:br/>
      </w:r>
      <w:r>
        <w:rPr>
          <w:sz w:val="20"/>
        </w:rPr>
        <w:t>36:21  whenever we listen to you, we feel more connected to god.</w:t>
      </w:r>
    </w:p>
    <w:p>
      <w:pPr>
        <w:pStyle w:val="Heading2"/>
      </w:pPr>
      <w:r>
        <w:t>Planning and success</w:t>
      </w:r>
    </w:p>
    <w:p>
      <w:r>
        <w:rPr>
          <w:color w:val="666666"/>
          <w:sz w:val="18"/>
        </w:rPr>
        <w:t>Roza (Fasting) Shock May 26, 2019 · 4m 06s · at 24:14 · https://youtu.be/GXYhGriFRpM?t=1454</w:t>
      </w:r>
    </w:p>
    <w:p>
      <w:r>
        <w:rPr>
          <w:i/>
        </w:rPr>
        <w:t>“Firstly, I would like to thank you for guiding us to the straight path in this very confusing life. My question for today is: In today's fast paced world, it is often observed and heard that people who do not have few plans in their life, are poor personalities and weak leaders. Successful people often boast that they are rich and successful because they plan their life very well.”</w:t>
      </w:r>
    </w:p>
    <w:p>
      <w:r>
        <w:rPr>
          <w:sz w:val="20"/>
        </w:rPr>
        <w:t>24:14  Maulana, agla sawal Dubai se Mr. Sailesh Malhotra ne bheja hai. Unhon ne likha hai: "Maulana, firstly, I would like to thank you for guiding us to the straight path in this very confusing life.</w:t>
      </w:r>
      <w:r>
        <w:br/>
      </w:r>
      <w:r>
        <w:rPr>
          <w:sz w:val="20"/>
        </w:rPr>
        <w:t>24:30  My question for today is: In today's fast-paced world, it is often observed and heard that people who do not have few plans in their life,</w:t>
      </w:r>
      <w:r>
        <w:br/>
      </w:r>
      <w:r>
        <w:rPr>
          <w:sz w:val="20"/>
        </w:rPr>
        <w:t>24:43  are poor personalities and weak leaders. Successful people often boast that they are rich and successful because they have planned their life very well.</w:t>
      </w:r>
      <w:r>
        <w:br/>
      </w:r>
      <w:r>
        <w:rPr>
          <w:sz w:val="20"/>
        </w:rPr>
        <w:t>24:56  Not all are that lucky. It is true that as a human, while I can do as much planning as possible, I cannot control the outcome.</w:t>
      </w:r>
      <w:r>
        <w:br/>
      </w:r>
      <w:r>
        <w:rPr>
          <w:sz w:val="20"/>
        </w:rPr>
        <w:t>25:09  So it is not the process of planning that determines the person's quality, but the outcome of the plan. Often, I for an instance, will put in my best efforts and leave the outcome to God.</w:t>
      </w:r>
      <w:r>
        <w:br/>
      </w:r>
      <w:r>
        <w:rPr>
          <w:sz w:val="20"/>
        </w:rPr>
        <w:t>25:26  Does this make me a bad leader or a person? Please shed some light on this very confusing topic. Also, what should one do in a such situation like this?</w:t>
      </w:r>
      <w:r>
        <w:br/>
      </w:r>
      <w:r>
        <w:rPr>
          <w:sz w:val="20"/>
        </w:rPr>
        <w:t>25:39  Bhai, main is ka jism bataiye kya hai?</w:t>
      </w:r>
      <w:r>
        <w:br/>
      </w:r>
      <w:r>
        <w:rPr>
          <w:sz w:val="20"/>
        </w:rPr>
        <w:t>25:44  Maulana, un ka yeh sawal hai ke ah jo insaan kamyab nahi hota aaj ki duniya mein, ah woh woh insaan hai jis ne planning nahi ki hai apni life mein.</w:t>
      </w:r>
      <w:r>
        <w:br/>
      </w:r>
      <w:r>
        <w:rPr>
          <w:sz w:val="20"/>
        </w:rPr>
        <w:t>25:55  Lekin yeh bhi dekha gaya hai ke ah jo kamyab log hain, ah woh is baat ke bare mein bohat boast karte hain ke hum ne ah bohat sahi planning ki, isi liye hum kamyab hue.</w:t>
      </w:r>
      <w:r>
        <w:br/>
      </w:r>
      <w:r>
        <w:rPr>
          <w:sz w:val="20"/>
        </w:rPr>
        <w:t>26:08  to un ka sawal yeh hai ke main aksar yeh karta hoon ke main apne best efforts dalta hoon aur phir Khuda pe ah daal deta hoon is ka outcome.</w:t>
      </w:r>
      <w:r>
        <w:br/>
      </w:r>
      <w:r>
        <w:rPr>
          <w:sz w:val="20"/>
        </w:rPr>
        <w:t>26:17  Hmm, to kya is se mere ko yeh ah weak leadership category mein dala jayega? Kyun ke outcome log zyada dekhte hain, ah yeh decide karne ke liye ke kitna strong leader hai, jab ke outcome hamare haath mein nahi hai.</w:t>
      </w:r>
      <w:r>
        <w:br/>
      </w:r>
      <w:r>
        <w:rPr>
          <w:sz w:val="20"/>
        </w:rPr>
        <w:t>26:37  Bhai, mujh par to clear hua ji ji, par main apna tajurba batata hoon ke pehli baat yeh hai ke jo aap planning karte hain to planning karte kis baat se?</w:t>
      </w:r>
      <w:r>
        <w:br/>
      </w:r>
      <w:r>
        <w:rPr>
          <w:sz w:val="20"/>
        </w:rPr>
        <w:t>26:53  Apne mind se. Aur mind kis ne diya hai aap ko? Mind Allah ne diya. To har kamyab planning aap ko Allah ki reminder hai.</w:t>
      </w:r>
      <w:r>
        <w:br/>
      </w:r>
      <w:r>
        <w:rPr>
          <w:sz w:val="20"/>
        </w:rPr>
        <w:t>27:05  Aur doosri baat yeh ke planning ke baad jo aap kamyabi hui to is mein shart ek condition hai, aur woh hai</w:t>
      </w:r>
      <w:r>
        <w:br/>
      </w:r>
      <w:r>
        <w:rPr>
          <w:sz w:val="20"/>
        </w:rPr>
        <w:t>27:17  Yaani apne hadd ke andar rehna. Log hadd ke andar nahi rehte, is liye planning phir ho jati hai, kamyabi bhi phir ho jati hai.</w:t>
      </w:r>
      <w:r>
        <w:br/>
      </w:r>
      <w:r>
        <w:rPr>
          <w:sz w:val="20"/>
        </w:rPr>
        <w:t>27:27  Chahay political success ho ya material success ho, is ke baad zaroori hai ke aap ek hadd ke andar rahein, apni limitation ko jaanein.</w:t>
      </w:r>
      <w:r>
        <w:br/>
      </w:r>
      <w:r>
        <w:rPr>
          <w:sz w:val="20"/>
        </w:rPr>
        <w:t>27:40  To right planning ke baad bhi ek cheez baqi hai ke aap limit ko cross na karein, tab aap kamyab kahe kahe jayenge sahi maano mein.</w:t>
      </w:r>
      <w:r>
        <w:br/>
      </w:r>
      <w:r>
        <w:rPr>
          <w:sz w:val="20"/>
        </w:rPr>
        <w:t>27:54  Maulana, agla comment bheja hai Delhi se Dr. Naghma Siddiqui ne. Unhone likha hai: "Maulana, jazak Allah for clarifying that God and the hereafter should be the focus of her life,</w:t>
      </w:r>
      <w:r>
        <w:br/>
      </w:r>
      <w:r>
        <w:rPr>
          <w:sz w:val="20"/>
        </w:rPr>
        <w:t>28:08  and roza saves us from distraction, so we can focus on God and the hereafter. May God help us to achieve this, insha</w:t>
      </w:r>
      <w:r>
        <w:br/>
      </w:r>
      <w:r>
        <w:rPr>
          <w:sz w:val="20"/>
        </w:rPr>
        <w:t>28:21  Allah." Maulana, agla sawal bheja hai Bilal Shafee Sahab ne Itanagar se. Unhone likha hai: "Hum jo Quran translation print karte hain, is mein agar kahin koi translation mein human error ki wajah se mistake pai jati hai,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Failing to pray despite CPS mission work</w:t>
      </w:r>
    </w:p>
    <w:p>
      <w:r>
        <w:rPr>
          <w:color w:val="666666"/>
          <w:sz w:val="18"/>
        </w:rPr>
        <w:t>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Guidance for childless couple's loneliness</w:t>
      </w:r>
    </w:p>
    <w:p>
      <w:r>
        <w:rPr>
          <w:color w:val="666666"/>
          <w:sz w:val="18"/>
        </w:rPr>
        <w:t>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Overcoming obsessions and achieving peace</w:t>
      </w:r>
    </w:p>
    <w:p>
      <w:r>
        <w:rPr>
          <w:color w:val="666666"/>
          <w:sz w:val="18"/>
        </w:rPr>
        <w:t>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Overcoming carelessness and achieving goals</w:t>
      </w:r>
    </w:p>
    <w:p>
      <w:r>
        <w:rPr>
          <w:color w:val="666666"/>
          <w:sz w:val="18"/>
        </w:rPr>
        <w:t>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Requirements for re-planning after failure</w:t>
      </w:r>
    </w:p>
    <w:p>
      <w:r>
        <w:rPr>
          <w:color w:val="666666"/>
          <w:sz w:val="18"/>
        </w:rPr>
        <w:t>Replanning | February 26, 2017 · 1m 28s · at 1:06:27 · https://youtu.be/E120hwMH9x8?t=3987</w:t>
      </w:r>
    </w:p>
    <w:p>
      <w:r>
        <w:rPr>
          <w:i/>
        </w:rPr>
        <w:t>“What are the requirements for re-planning? The first step is to accept that I am unsuccessful, but what are the other requirements?”</w:t>
      </w:r>
    </w:p>
    <w:p>
      <w:r>
        <w:rPr>
          <w:sz w:val="20"/>
        </w:rPr>
        <w:t>1:06:27  ke liye Maulana agla sawal kolkata se bhi bheja hai Aftab Alam sahib ne unhon ne likha hai what</w:t>
      </w:r>
      <w:r>
        <w:br/>
      </w:r>
      <w:r>
        <w:rPr>
          <w:sz w:val="20"/>
        </w:rPr>
        <w:t>1:06:37  are the requirements for re planning the first step is to accept that I am unsuccessful</w:t>
      </w:r>
      <w:r>
        <w:br/>
      </w:r>
      <w:r>
        <w:rPr>
          <w:sz w:val="20"/>
        </w:rPr>
        <w:t>1:06:48  but what are the other requirements Maulana iss ke baray mein bataiye dekhiye re planning ke liye mein</w:t>
      </w:r>
      <w:r>
        <w:br/>
      </w:r>
      <w:r>
        <w:rPr>
          <w:sz w:val="20"/>
        </w:rPr>
        <w:t>1:06:58  samajhta hoon ke zaroorat iss baat ki hoti hai ke aadmi ke andar positive thinking ho complaint na</w:t>
      </w:r>
      <w:r>
        <w:br/>
      </w:r>
      <w:r>
        <w:rPr>
          <w:sz w:val="20"/>
        </w:rPr>
        <w:t>1:07:08  ho protest na ho violence na ho enemy hai woh hamare khilaaf yeh sab baatein na hon</w:t>
      </w:r>
      <w:r>
        <w:br/>
      </w:r>
      <w:r>
        <w:rPr>
          <w:sz w:val="20"/>
        </w:rPr>
        <w:t>1:07:18  toh woh aadmi phir nature par aa jata hai nature par toh jab aap nature par aa jayen</w:t>
      </w:r>
      <w:r>
        <w:br/>
      </w:r>
      <w:r>
        <w:rPr>
          <w:sz w:val="20"/>
        </w:rPr>
        <w:t>1:07:25  toh nature khud hi aap ko batati hai kya karna hai kya karna hai kya karna hai toh</w:t>
      </w:r>
      <w:r>
        <w:br/>
      </w:r>
      <w:r>
        <w:rPr>
          <w:sz w:val="20"/>
        </w:rPr>
        <w:t>1:07:33  self obsession se bahar aana seekhiye yeh jo negative thought hai yeh sab aap ko aik obsession ban</w:t>
      </w:r>
      <w:r>
        <w:br/>
      </w:r>
      <w:r>
        <w:rPr>
          <w:sz w:val="20"/>
        </w:rPr>
        <w:t>1:07:40  jate hain obsession issi obsession mein aadmi jeene lagta hai obsession se bahar aaiye toh sab kuch aap ko</w:t>
      </w:r>
      <w:r>
        <w:br/>
      </w:r>
      <w:r>
        <w:rPr>
          <w:sz w:val="20"/>
        </w:rPr>
        <w:t>1:07:48  khul jayega museebat yeh hai ke log aik self created obsession mein jeete hain self created obsession</w:t>
      </w:r>
    </w:p>
    <w:p>
      <w:pPr>
        <w:pStyle w:val="Heading2"/>
      </w:pPr>
      <w:r>
        <w:t>How to overcome carelessness and achieve goals?</w:t>
      </w:r>
    </w:p>
    <w:p>
      <w:r>
        <w:rPr>
          <w:color w:val="666666"/>
          <w:sz w:val="18"/>
        </w:rPr>
        <w:t>The Character of a Dayee 4 March 2012 - Maulana Wahiduddin Khan · 2m 30s · at 1:35:07 · https://youtu.be/YtavJpVNbEM?t=5707</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1:35:07  maulana, agla sawal haiderabad se aaya hai mr ahad sham hasnain sahib ka. unhon ne likha hai: "maulana, I am very careless at times, despite knowing all the pros and cons of being careless, and knowing that the path I have chosen will surely lead to failure.</w:t>
      </w:r>
      <w:r>
        <w:br/>
      </w:r>
      <w:r>
        <w:rPr>
          <w:sz w:val="20"/>
        </w:rPr>
        <w:t>1:35:28  why does this happen? please suggest and advise me, how should i become consistent in achieving my goals?"</w:t>
      </w:r>
      <w:r>
        <w:br/>
      </w:r>
      <w:r>
        <w:rPr>
          <w:sz w:val="20"/>
        </w:rPr>
        <w:t>1:35:36  yeh to koi, yeh to koi sawal nahi hai. main yeh kahunga ke aap ya to apni aql ko develop kijiye, nahi to kisi ko apne guru bana lijiye.</w:t>
      </w:r>
      <w:r>
        <w:br/>
      </w:r>
      <w:r>
        <w:rPr>
          <w:sz w:val="20"/>
        </w:rPr>
        <w:t>1:35:48  do mein se ek kaam kijiye, aap ne third option le rakha hai.</w:t>
      </w:r>
      <w:r>
        <w:br/>
      </w:r>
      <w:r>
        <w:rPr>
          <w:sz w:val="20"/>
        </w:rPr>
        <w:t>1:35:54  ya to apne apna intellectual development andaza kijiye ke aap, aap ke saare action aap ki, aap ki aql ke pakad mein aa jayein.</w:t>
      </w:r>
      <w:r>
        <w:br/>
      </w:r>
      <w:r>
        <w:rPr>
          <w:sz w:val="20"/>
        </w:rPr>
        <w:t>1:36:06  yaani itna aap is apne mind ko develop karein, itna develop karein ke woh control kare aap ke saare actions ko.</w:t>
      </w:r>
      <w:r>
        <w:br/>
      </w:r>
      <w:r>
        <w:rPr>
          <w:sz w:val="20"/>
        </w:rPr>
        <w:t>1:36:14  agar aap nahi kar paate hain to phir kisi ko apne guru bana lijiye, murshid bana lijiye. aksar log teesra, aathwan le rakhe hain ke na to kisi ko murshid banate hain, na khud apni aql, na development karte hain apni aql ka, aur yun hi bhagte hain idhar udhar.</w:t>
      </w:r>
      <w:r>
        <w:br/>
      </w:r>
      <w:r>
        <w:rPr>
          <w:sz w:val="20"/>
        </w:rPr>
        <w:t>1:36:30  to woh third position le rakha hai unhon ne.</w:t>
      </w:r>
      <w:r>
        <w:br/>
      </w:r>
      <w:r>
        <w:rPr>
          <w:sz w:val="20"/>
        </w:rPr>
        <w:t>1:36:34  to main yeh kahunga ke aap ke liye do mein se ek ka option hai: ya to study kar ke, gaur o fikr kar ke, aur jo bhi tareeqa hai learning ko badhane ka,</w:t>
      </w:r>
      <w:r>
        <w:br/>
      </w:r>
      <w:r>
        <w:rPr>
          <w:sz w:val="20"/>
        </w:rPr>
        <w:t>1:36:48  is ko ikhtiyar kar ke apna intellectual development ka intezaam karein ke woh aap ke poore,</w:t>
      </w:r>
      <w:r>
        <w:br/>
      </w:r>
      <w:r>
        <w:rPr>
          <w:sz w:val="20"/>
        </w:rPr>
        <w:t>1:36:56  yaani poori life ko control karne lage, aap ke actions ko control karne lage. kyun ke main samajhta hoon ke yeh jo phenomena hai, woh haqeeqat mein hota hai jab intellectual development mein kami ho, tab hota hai.</w:t>
      </w:r>
      <w:r>
        <w:br/>
      </w:r>
      <w:r>
        <w:rPr>
          <w:sz w:val="20"/>
        </w:rPr>
        <w:t>1:37:14  aisa</w:t>
      </w:r>
      <w:r>
        <w:br/>
      </w:r>
      <w:r>
        <w:rPr>
          <w:sz w:val="20"/>
        </w:rPr>
        <w:t>1:37:17  ya to aisa kijiye, ya phir kisi ko murshid maan lijiye, yaani jis ko main kehta hoon, yaani unconditional guru, jis par aap ko bharosa ho, jis aalim par, us ko aap bana lijiye.</w:t>
      </w:r>
      <w:r>
        <w:br/>
      </w:r>
      <w:r>
        <w:rPr>
          <w:sz w:val="20"/>
        </w:rPr>
        <w:t>1:37:31  koi teesra option mumkin nahi hai, woh jo kaha hai, us ko kijiye.</w:t>
      </w:r>
    </w:p>
    <w:p>
      <w:pPr>
        <w:pStyle w:val="Heading2"/>
      </w:pPr>
      <w:r>
        <w:t>Frustration after discovering truth</w:t>
      </w:r>
    </w:p>
    <w:p>
      <w:r>
        <w:rPr>
          <w:color w:val="666666"/>
          <w:sz w:val="18"/>
        </w:rPr>
        <w:t>Man and Paradise August 18, 2013 · 2m 20s · at 1:02:06 · https://youtu.be/v7eX25YAjDU?t=3726</w:t>
      </w:r>
    </w:p>
    <w:p>
      <w:r>
        <w:rPr>
          <w:i/>
        </w:rPr>
        <w:t>“Even after discovering the truth, moments of frustration come in life, and we go through a sense of helplessness. Does this indicate that our discovery of truth is less than the desired level? Please advise.”</w:t>
      </w:r>
    </w:p>
    <w:p>
      <w:r>
        <w:rPr>
          <w:sz w:val="20"/>
        </w:rPr>
        <w:t>1:02:06  a. Maulana, yeh sawal hai Sajid Anwar sahib ka Roorkee se. unhon ne likha hai: "Maulana, even after discovering the truth, moments of frustration come in our life, and we go through a sense of helplessness.</w:t>
      </w:r>
      <w:r>
        <w:br/>
      </w:r>
      <w:r>
        <w:rPr>
          <w:sz w:val="20"/>
        </w:rPr>
        <w:t>1:02:23  Does this indicate that our discovery of truth is less than the desired level? Please advise."</w:t>
      </w:r>
      <w:r>
        <w:br/>
      </w:r>
      <w:r>
        <w:rPr>
          <w:sz w:val="20"/>
        </w:rPr>
        <w:t>1:02:33  nahi, dekhen, sachai ki discovery hone ke baad bhi yeh baat baqi rahegi. kyunke Quran mein hai ke aik ayat hai وَلَا لَبَسْنَا عَلَيْهِمْ مَا عَلِمْسُونَ jis mein aik qanoon bataya gaya hai.</w:t>
      </w:r>
      <w:r>
        <w:br/>
      </w:r>
      <w:r>
        <w:rPr>
          <w:sz w:val="20"/>
        </w:rPr>
        <w:t>1:02:50  yeh sirf aik masla nahi hai ke is dunya mein hamesha iltibas rahega. iltibas ka matlab hai element of doubt.</w:t>
      </w:r>
      <w:r>
        <w:br/>
      </w:r>
      <w:r>
        <w:rPr>
          <w:sz w:val="20"/>
        </w:rPr>
        <w:t>1:03:00  kabhi khatam nahi hoga maut se pehle. to element of doubt aap ka aik aik intellectual struggle ka mahol paida karta hai.</w:t>
      </w:r>
      <w:r>
        <w:br/>
      </w:r>
      <w:r>
        <w:rPr>
          <w:sz w:val="20"/>
        </w:rPr>
        <w:t>1:03:10  agar element of doubt na ho to intellectual struggle khatam ho jaye. apne intellectual development bhi khatam ho jaye. yeh koi yani achhi baat nahi hai ke aap ko doubt na ho, question na ho, sawalat aap ke mind mein na aayen.</w:t>
      </w:r>
      <w:r>
        <w:br/>
      </w:r>
      <w:r>
        <w:rPr>
          <w:sz w:val="20"/>
        </w:rPr>
        <w:t>1:03:26  yeh koi achhi baat nahi hai.</w:t>
      </w:r>
      <w:r>
        <w:br/>
      </w:r>
      <w:r>
        <w:rPr>
          <w:sz w:val="20"/>
        </w:rPr>
        <w:t>1:03:29  dekhen, intellectual development Islam mein bohat zyada ahmiyat is ki hai. lekin intellectual development ho nahi sakta agar intellectual struggle aap ke mind mein jari na rahe musalsal tor par.</w:t>
      </w:r>
      <w:r>
        <w:br/>
      </w:r>
      <w:r>
        <w:rPr>
          <w:sz w:val="20"/>
        </w:rPr>
        <w:t>1:03:45  yani it requires continuous intellectual struggle, otherwise there is no intellectual development</w:t>
      </w:r>
      <w:r>
        <w:br/>
      </w:r>
      <w:r>
        <w:rPr>
          <w:sz w:val="20"/>
        </w:rPr>
        <w:t>1:03:56  to yeh koi is ko aap na aisa aap ke mind mein agar aata hai to is ko aap galat yani is ko aap kuch bura na samjhiye, is ko unwanted mat samjhiye.</w:t>
      </w:r>
      <w:r>
        <w:br/>
      </w:r>
      <w:r>
        <w:rPr>
          <w:sz w:val="20"/>
        </w:rPr>
        <w:t>1:04:08  wohi to hai jis se aap ka intellectual development jari rahega musalsal tor par. aap sochenge, sochenge, sochenge, aap fikri jahad karenge aur phir aap ka zehni irtqa hota rahega.</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Overcoming anxiety to change mindset</w:t>
      </w:r>
    </w:p>
    <w:p>
      <w:r>
        <w:rPr>
          <w:color w:val="666666"/>
          <w:sz w:val="18"/>
        </w:rPr>
        <w:t>How to Become Deserving of Paradise August 16, 2020 Maulana Wahiduddin Khan · 1m 15s · at 38:21 · https://youtu.be/jFXK3TMiqtA?t=2301</w:t>
      </w:r>
    </w:p>
    <w:p>
      <w:r>
        <w:rPr>
          <w:i/>
        </w:rPr>
        <w:t>“Sometimes we know we need to change and try, but anxiety and tension keeps us away from changing and our mindset is not positive. So what is the missing action and what should we do?”</w:t>
      </w:r>
    </w:p>
    <w:p>
      <w:r>
        <w:rPr>
          <w:sz w:val="20"/>
        </w:rPr>
        <w:t>38:21  Maulana, yeh sawal Saudi se bheja hai Gulzar Khan sahib ne. unhon ne likha hai: "Maulana, sometimes we know we need to change and try, but anxiety and tension keeps us away from changing our mind set to positive.</w:t>
      </w:r>
      <w:r>
        <w:br/>
      </w:r>
      <w:r>
        <w:rPr>
          <w:sz w:val="20"/>
        </w:rPr>
        <w:t>38:40  so what is the missing action and what should we do?" aap apne conscious ko</w:t>
      </w:r>
      <w:r>
        <w:br/>
      </w:r>
      <w:r>
        <w:rPr>
          <w:sz w:val="20"/>
        </w:rPr>
        <w:t>38:52  conscious kabhi ghalati nahi karta. conscious Khuda ki awaz hai, woh kabhi ghalati nahi karta.</w:t>
      </w:r>
      <w:r>
        <w:br/>
      </w:r>
      <w:r>
        <w:rPr>
          <w:sz w:val="20"/>
        </w:rPr>
        <w:t>39:06  to ek martaba maine ek article padhta padha tha: "follow</w:t>
      </w:r>
      <w:r>
        <w:br/>
      </w:r>
      <w:r>
        <w:rPr>
          <w:sz w:val="20"/>
        </w:rPr>
        <w:t>39:11  follow that impulse,</w:t>
      </w:r>
      <w:r>
        <w:br/>
      </w:r>
      <w:r>
        <w:rPr>
          <w:sz w:val="20"/>
        </w:rPr>
        <w:t>39:15  follow that impulse."</w:t>
      </w:r>
      <w:r>
        <w:br/>
      </w:r>
      <w:r>
        <w:rPr>
          <w:sz w:val="20"/>
        </w:rPr>
        <w:t>39:18  mein kahunga: "follow your conscience,</w:t>
      </w:r>
      <w:r>
        <w:br/>
      </w:r>
      <w:r>
        <w:rPr>
          <w:sz w:val="20"/>
        </w:rPr>
        <w:t>39:23  "Follow the voice of your own conscience."</w:t>
      </w:r>
      <w:r>
        <w:br/>
      </w:r>
      <w:r>
        <w:rPr>
          <w:sz w:val="20"/>
        </w:rPr>
        <w:t>39:28  bas itna hi kafi hai.</w:t>
      </w:r>
    </w:p>
    <w:p>
      <w:pPr>
        <w:pStyle w:val="Heading2"/>
      </w:pPr>
      <w:r>
        <w:t>Overcoming Difficulty in Staying Always Positive</w:t>
      </w:r>
    </w:p>
    <w:p>
      <w:r>
        <w:rPr>
          <w:color w:val="666666"/>
          <w:sz w:val="18"/>
        </w:rPr>
        <w:t>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Question about man's complete freedom</w:t>
      </w:r>
    </w:p>
    <w:p>
      <w:r>
        <w:rPr>
          <w:color w:val="666666"/>
          <w:sz w:val="18"/>
        </w:rPr>
        <w:t>The Message of Eid Al-Adha November 6, 2011 Maulana Wahiduddin Khan · 1m 31s · at 1:04:38 · https://youtu.be/y59PU_RD2cg?t=3878</w:t>
      </w:r>
    </w:p>
    <w:p>
      <w:r>
        <w:rPr>
          <w:i/>
        </w:rPr>
        <w:t>“Is man 100% free?”</w:t>
      </w:r>
    </w:p>
    <w:p>
      <w:r>
        <w:rPr>
          <w:sz w:val="20"/>
        </w:rPr>
        <w:t>1:04:38  maulana, agla sawal miss naghma siddiqui ka hai, de</w:t>
      </w:r>
      <w:r>
        <w:br/>
      </w:r>
      <w:r>
        <w:rPr>
          <w:sz w:val="20"/>
        </w:rPr>
        <w:t>1:04:41  li se. unhon ne likha hai ke "Is man 100% free?" is ke baray mein bataen.</w:t>
      </w:r>
      <w:r>
        <w:br/>
      </w:r>
      <w:r>
        <w:rPr>
          <w:sz w:val="20"/>
        </w:rPr>
        <w:t>1:04:50  dekhiye, apne will ke aitbaar se 100% free hai. is duniya mein dekhiye, hamein do cheezon ke beech mein rehna padta hai. ek hai hamari azaadi, doosre hamare bahar jo hai infrastructure.</w:t>
      </w:r>
      <w:r>
        <w:br/>
      </w:r>
      <w:r>
        <w:rPr>
          <w:sz w:val="20"/>
        </w:rPr>
        <w:t>1:05:04  yeh jo hawa hai, pani hai, jo sari cheezen hain, us ko mein infrastructure</w:t>
      </w:r>
      <w:r>
        <w:br/>
      </w:r>
      <w:r>
        <w:rPr>
          <w:sz w:val="20"/>
        </w:rPr>
        <w:t>1:05:08  kehta hoon. infrastructure jo hai, woh to Khuda ki taraf se supply kiya jata hai. is mein aap ko koi ikhtiyar nahi hai.</w:t>
      </w:r>
      <w:r>
        <w:br/>
      </w:r>
      <w:r>
        <w:rPr>
          <w:sz w:val="20"/>
        </w:rPr>
        <w:t>1:05:17  aap ko oxygen hi saans lena hai, pani se pyas bujhani hai, aur khana jo hai, usi se aap ne bhook mitani hai.</w:t>
      </w:r>
      <w:r>
        <w:br/>
      </w:r>
      <w:r>
        <w:rPr>
          <w:sz w:val="20"/>
        </w:rPr>
        <w:t>1:05:29  koi aur ikhtiyar aap ke paas nahi hai is maamle mein. lekin</w:t>
      </w:r>
      <w:r>
        <w:br/>
      </w:r>
      <w:r>
        <w:rPr>
          <w:sz w:val="20"/>
        </w:rPr>
        <w:t>1:05:35  aap ko jo aazadi hai, us ko chahe chahe aap istemal kari</w:t>
      </w:r>
      <w:r>
        <w:br/>
      </w:r>
      <w:r>
        <w:rPr>
          <w:sz w:val="20"/>
        </w:rPr>
        <w:t>1:05:38  n, khayen ya na khayen, sach bolen ya jhoot bolen, logon se peaceful tareeqe se rahen, larr kar rahen un se, khud hi khud kha len ya doosron ko bhi khila den.</w:t>
      </w:r>
      <w:r>
        <w:br/>
      </w:r>
      <w:r>
        <w:rPr>
          <w:sz w:val="20"/>
        </w:rPr>
        <w:t>1:05:50  to is dunya mein 50-50 ka mamla hai. 50 percent aap ki freedom aur 50 percent infrastructure. Infrastructure ke mamle mein aap par jabr hai, lekin aap ko jo freedom hai, us pe koi jabr nahin.</w:t>
      </w:r>
      <w:r>
        <w:br/>
      </w:r>
      <w:r>
        <w:rPr>
          <w:sz w:val="20"/>
        </w:rPr>
        <w:t>1:06:04  100 percent aazadi hai.</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Feeling of doing little in dawah work</w:t>
      </w:r>
    </w:p>
    <w:p>
      <w:r>
        <w:rPr>
          <w:color w:val="666666"/>
          <w:sz w:val="18"/>
        </w:rPr>
        <w:t>Journey of History December 23, 2012 · 1m 30s · at 1:22:29 · https://youtu.be/bvjWl3U3Dmw?t=4949</w:t>
      </w:r>
    </w:p>
    <w:p>
      <w:r>
        <w:rPr>
          <w:i/>
        </w:rPr>
        <w:t>“When we do dawah work, it gives immense pleasure to us. We feel we are doing the job which God has asked us to do. We are acting as part of the divine scheme. But simultaneously a thought comes to the mind that the task is so big but we are doing very little. Please advise.”</w:t>
      </w:r>
    </w:p>
    <w:p>
      <w:r>
        <w:rPr>
          <w:sz w:val="20"/>
        </w:rPr>
        <w:t>1:22:29  maulana, agla sawal Roorkee se hai Sajid Anwar sahib ka.</w:t>
      </w:r>
      <w:r>
        <w:br/>
      </w:r>
      <w:r>
        <w:rPr>
          <w:sz w:val="20"/>
        </w:rPr>
        <w:t>1:22:33  unhon ne likha hai: "maulana, when we do da'wah work, it gives an immense pleasure to us. we feel we are doing the job which God has asked us to do.</w:t>
      </w:r>
      <w:r>
        <w:br/>
      </w:r>
      <w:r>
        <w:rPr>
          <w:sz w:val="20"/>
        </w:rPr>
        <w:t>1:22:46  we are acting as part of the divine scheme. but simultaneously a thought also comes to the mind that the task is so big but we are doing very little.</w:t>
      </w:r>
      <w:r>
        <w:br/>
      </w:r>
      <w:r>
        <w:rPr>
          <w:sz w:val="20"/>
        </w:rPr>
        <w:t>1:22:58  this gives a kind of depression. how to overcome this</w:t>
      </w:r>
      <w:r>
        <w:br/>
      </w:r>
      <w:r>
        <w:rPr>
          <w:sz w:val="20"/>
        </w:rPr>
        <w:t>1:23:03  ? please advise." nahi nahi, depression ki baat hi nahi hai. depression ki baat hai ke aap dua kijiye ke Allah taala aur tofeeq de aap ko. bhai, jitna aap kar saken us ke siwa agar baqi karna hai to aap dua kijiye.</w:t>
      </w:r>
      <w:r>
        <w:br/>
      </w:r>
      <w:r>
        <w:rPr>
          <w:sz w:val="20"/>
        </w:rPr>
        <w:t>1:23:17  dua jo hai sab se bada zariya hai apne aap ko depression se bachane ka. jahan aap ki had ruk rahi ho wahan Allah ki had shuru ho jati hai.</w:t>
      </w:r>
      <w:r>
        <w:br/>
      </w:r>
      <w:r>
        <w:rPr>
          <w:sz w:val="20"/>
        </w:rPr>
        <w:t>1:23:29  aap dua kijiye.</w:t>
      </w:r>
      <w:r>
        <w:br/>
      </w:r>
      <w:r>
        <w:rPr>
          <w:sz w:val="20"/>
        </w:rPr>
        <w:t>1:23:32  koi sawal nahi hai depression ka, tension ka, despair ka, mayoosi ka, kuch bhi nahi. dua jo hai master formula hai. master formula in sab cheezon ka.</w:t>
      </w:r>
      <w:r>
        <w:br/>
      </w:r>
      <w:r>
        <w:rPr>
          <w:sz w:val="20"/>
        </w:rPr>
        <w:t>1:23:46  dua ka matlab hota hai Allah taala mazeed tofeeq de, Allah taala mazeed raaste khole, Allah taala mazeed mauqe de, Allah mazeed humein saathi de.</w:t>
      </w:r>
      <w:r>
        <w:br/>
      </w:r>
      <w:r>
        <w:rPr>
          <w:sz w:val="20"/>
        </w:rPr>
        <w:t>1:23:56  to yeh yeh kaam kijiye.</w:t>
      </w:r>
    </w:p>
    <w:p>
      <w:pPr>
        <w:pStyle w:val="Heading2"/>
      </w:pPr>
      <w:r>
        <w:t>How to overcome frustration and purify soul</w:t>
      </w:r>
    </w:p>
    <w:p>
      <w:r>
        <w:rPr>
          <w:color w:val="666666"/>
          <w:sz w:val="18"/>
        </w:rPr>
        <w:t>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Struggling to attain peace for ten years</w:t>
      </w:r>
    </w:p>
    <w:p>
      <w:r>
        <w:rPr>
          <w:color w:val="666666"/>
          <w:sz w:val="18"/>
        </w:rPr>
        <w:t>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Unanswered prayers and deeds</w:t>
      </w:r>
    </w:p>
    <w:p>
      <w:r>
        <w:rPr>
          <w:color w:val="666666"/>
          <w:sz w:val="18"/>
        </w:rPr>
        <w:t>Importance of Ijtihad December 21,2014 · 1m 56s · at 49:22 · https://youtu.be/6AgisKQ8V7s?t=2962</w:t>
      </w:r>
    </w:p>
    <w:p>
      <w:r>
        <w:rPr>
          <w:i/>
        </w:rPr>
        <w:t>“If a person's prayer is not accepted for a long time, what should he think? Is all his deeds wasted or something else?”</w:t>
      </w:r>
    </w:p>
    <w:p>
      <w:r>
        <w:rPr>
          <w:sz w:val="20"/>
        </w:rPr>
        <w:t>49:22  maulana, ab sawal lete hain jo Jameel Akhtar sahib ne Delhi se bheja hai aur unhon ne likha</w:t>
      </w:r>
      <w:r>
        <w:br/>
      </w:r>
      <w:r>
        <w:rPr>
          <w:sz w:val="20"/>
        </w:rPr>
        <w:t>49:28  hai ke agar kisi shakhs ki dua lambe arse tak qabool na hoti hai to woh kya soche?</w:t>
      </w:r>
      <w:r>
        <w:br/>
      </w:r>
      <w:r>
        <w:rPr>
          <w:sz w:val="20"/>
        </w:rPr>
        <w:t>49:34  kya is ka sara amal bekar hai ya kuch aur? dekhiye, dua ke mamle mein hadith mein aya</w:t>
      </w:r>
      <w:r>
        <w:br/>
      </w:r>
      <w:r>
        <w:rPr>
          <w:sz w:val="20"/>
        </w:rPr>
        <w:t>49:40  hai ke dua ka matlab yeh nahi ke jo aap dua karen woh poora ho jaye.</w:t>
      </w:r>
      <w:r>
        <w:br/>
      </w:r>
      <w:r>
        <w:rPr>
          <w:sz w:val="20"/>
        </w:rPr>
        <w:t>49:46  hamesha aisa hoga ke dua according to law of nature qabool hogi.</w:t>
      </w:r>
      <w:r>
        <w:br/>
      </w:r>
      <w:r>
        <w:rPr>
          <w:sz w:val="20"/>
        </w:rPr>
        <w:t>49:51  mein dua karoon ke yeh building jo hai sone ki building ho jaye to hazar saal tak bhi</w:t>
      </w:r>
      <w:r>
        <w:br/>
      </w:r>
      <w:r>
        <w:rPr>
          <w:sz w:val="20"/>
        </w:rPr>
        <w:t>49:57  nahi hogi, woh nahi hogi, kabhi bhi nahi hogi.</w:t>
      </w:r>
      <w:r>
        <w:br/>
      </w:r>
      <w:r>
        <w:rPr>
          <w:sz w:val="20"/>
        </w:rPr>
        <w:t>50:03  maine apne bete ko papering kar ke bigad rakha hai, ab mein dua karoon mera beta jo</w:t>
      </w:r>
      <w:r>
        <w:br/>
      </w:r>
      <w:r>
        <w:rPr>
          <w:sz w:val="20"/>
        </w:rPr>
        <w:t>50:09  hai abubakar siddique ban jaye to kabhi qabool nahi hogi.</w:t>
      </w:r>
      <w:r>
        <w:br/>
      </w:r>
      <w:r>
        <w:rPr>
          <w:sz w:val="20"/>
        </w:rPr>
        <w:t>50:15  agar mein galat tareeqe se business kar raha hoon aur business mera chal nahi raha to aap dua</w:t>
      </w:r>
      <w:r>
        <w:br/>
      </w:r>
      <w:r>
        <w:rPr>
          <w:sz w:val="20"/>
        </w:rPr>
        <w:t>50:21  karoon to kabhi bhi nahi chalega.</w:t>
      </w:r>
      <w:r>
        <w:br/>
      </w:r>
      <w:r>
        <w:rPr>
          <w:sz w:val="20"/>
        </w:rPr>
        <w:t>50:26  woh toh yaad rakhiye, dua jo hai hamesha according to law of nature qabool hoti hai.</w:t>
      </w:r>
      <w:r>
        <w:br/>
      </w:r>
      <w:r>
        <w:rPr>
          <w:sz w:val="20"/>
        </w:rPr>
        <w:t>50:32  toh jab bhi dua qabool na ho rahi ho toh aap yeh mat samjhiye ke Allah ne qabool nahi kiya.</w:t>
      </w:r>
      <w:r>
        <w:br/>
      </w:r>
      <w:r>
        <w:rPr>
          <w:sz w:val="20"/>
        </w:rPr>
        <w:t>50:38  yeh samjhiye ke aap ne dua hi galat kar rakhi hai.</w:t>
      </w:r>
      <w:r>
        <w:br/>
      </w:r>
      <w:r>
        <w:rPr>
          <w:sz w:val="20"/>
        </w:rPr>
        <w:t>50:44  isko discover kijiye.</w:t>
      </w:r>
      <w:r>
        <w:br/>
      </w:r>
      <w:r>
        <w:rPr>
          <w:sz w:val="20"/>
        </w:rPr>
        <w:t>50:50  agar yeh batate hain is mein ke woh dua kya kar rakhi hai unhone toh mein batata,</w:t>
      </w:r>
      <w:r>
        <w:br/>
      </w:r>
      <w:r>
        <w:rPr>
          <w:sz w:val="20"/>
        </w:rPr>
        <w:t>50:56  yeh toh bataya nahi.</w:t>
      </w:r>
      <w:r>
        <w:br/>
      </w:r>
      <w:r>
        <w:rPr>
          <w:sz w:val="20"/>
        </w:rPr>
        <w:t>51:02  toh mein as a principle bata sakta hoon, phir woh batayein mujhe ke dua kya kya tha jo</w:t>
      </w:r>
      <w:r>
        <w:br/>
      </w:r>
      <w:r>
        <w:rPr>
          <w:sz w:val="20"/>
        </w:rPr>
        <w:t>51:07  qabool nahi hui.</w:t>
      </w:r>
      <w:r>
        <w:br/>
      </w:r>
      <w:r>
        <w:rPr>
          <w:sz w:val="20"/>
        </w:rPr>
        <w:t>51:13  toh mein abhi bataunga isi waqt ke unhone dua hi galat kar rakhi hogi.</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Overcoming incapability in spreading God's message</w:t>
      </w:r>
    </w:p>
    <w:p>
      <w:r>
        <w:rPr>
          <w:color w:val="666666"/>
          <w:sz w:val="18"/>
        </w:rPr>
        <w:t>Eid-al-Azha I October 13, 2013 · 1m 01s · at 1:08:04 · https://youtu.be/oy7zn-uODcU?t=4084</w:t>
      </w:r>
    </w:p>
    <w:p>
      <w:r>
        <w:rPr>
          <w:i/>
        </w:rPr>
        <w:t>“We realize our responsibility of spreading God's message but find ourselves incapable most of the times. What is your advice?”</w:t>
      </w:r>
    </w:p>
    <w:p>
      <w:r>
        <w:rPr>
          <w:sz w:val="20"/>
        </w:rPr>
        <w:t>1:08:04  bhi kijiye is liye aadmi misuse of freedom ka option leta hai Maulana agla sawal dilli se</w:t>
      </w:r>
      <w:r>
        <w:br/>
      </w:r>
      <w:r>
        <w:rPr>
          <w:sz w:val="20"/>
        </w:rPr>
        <w:t>1:08:12  hai miss naghma siddiqui ka unhon ne likha hai we realize ar responsibility of spreading gods message but</w:t>
      </w:r>
      <w:r>
        <w:br/>
      </w:r>
      <w:r>
        <w:rPr>
          <w:sz w:val="20"/>
        </w:rPr>
        <w:t>1:08:19  find our self incapable most of the times what is your advice in this regard bhai dekhiye</w:t>
      </w:r>
      <w:r>
        <w:br/>
      </w:r>
      <w:r>
        <w:rPr>
          <w:sz w:val="20"/>
        </w:rPr>
        <w:t>1:08:27  mera to yahi kehna hai ke aadmi apni taqat ke hisab se kare aur baqiyon ke liye dua</w:t>
      </w:r>
      <w:r>
        <w:br/>
      </w:r>
      <w:r>
        <w:rPr>
          <w:sz w:val="20"/>
        </w:rPr>
        <w:t>1:08:35  kare jo bhi meri taqat hai jo mera jisko quran is se kaha gaya is wow seen</w:t>
      </w:r>
      <w:r>
        <w:br/>
      </w:r>
      <w:r>
        <w:rPr>
          <w:sz w:val="20"/>
        </w:rPr>
        <w:t>1:08:42  ghain is mani capacity is ke lehaz se karna aur jo jahan mujhe lage ke meri yahan limit</w:t>
      </w:r>
      <w:r>
        <w:br/>
      </w:r>
      <w:r>
        <w:rPr>
          <w:sz w:val="20"/>
        </w:rPr>
        <w:t>1:08:50  aa gayi yahan meri had aa gayi to wahan par dua kar doon dua se sab raste khulte</w:t>
      </w:r>
      <w:r>
        <w:br/>
      </w:r>
      <w:r>
        <w:rPr>
          <w:sz w:val="20"/>
        </w:rPr>
        <w:t>1:08:58  hain to apni taqat ke mutabiq dua aur baqiya ke liye Allah se darkhwast mein yahi saada hal</w:t>
      </w:r>
    </w:p>
    <w:p>
      <w:pPr>
        <w:pStyle w:val="Heading2"/>
      </w:pPr>
      <w:r>
        <w:t>Helping people accept unattainable ideals</w:t>
      </w:r>
    </w:p>
    <w:p>
      <w:r>
        <w:rPr>
          <w:color w:val="666666"/>
          <w:sz w:val="18"/>
        </w:rPr>
        <w:t>The Search of Man July 7, 2013 · 5m 08s · at 48:35 · https://youtu.be/44_ud_OInuU?t=2915</w:t>
      </w:r>
    </w:p>
    <w:p>
      <w:r>
        <w:rPr>
          <w:i/>
        </w:rPr>
        <w:t>“Everybody accepts the fact that all are free but are not able to accept the next step that this ideal cannot be achieved and run towards ideal. How to make people understand this simple thing?”</w:t>
      </w:r>
    </w:p>
    <w:p>
      <w:r>
        <w:rPr>
          <w:sz w:val="20"/>
        </w:rPr>
        <w:t>48:35  maulana, agla sawal hai miss naghma siddiqui ka new delhi se.</w:t>
      </w:r>
      <w:r>
        <w:br/>
      </w:r>
      <w:r>
        <w:rPr>
          <w:sz w:val="20"/>
        </w:rPr>
        <w:t>48:40  unhon ne likha hai: "Everybody accept the fact that all are free but are not able to accept the next step that this ideal cannot be achieved and run towards ideal.</w:t>
      </w:r>
      <w:r>
        <w:br/>
      </w:r>
      <w:r>
        <w:rPr>
          <w:sz w:val="20"/>
        </w:rPr>
        <w:t>48:55  how to make people understand this simple thing?" main jo maine kiya woh yeh tha ke poori tareekh maine dekha ke ideal koi achieve nahin kar saka,</w:t>
      </w:r>
      <w:r>
        <w:br/>
      </w:r>
      <w:r>
        <w:rPr>
          <w:sz w:val="20"/>
        </w:rPr>
        <w:t>49:09  chahe woh king ho, chahe baldiya ho, chahe kuch bhi ho. to pehle chahe ke aakhir apna ideal ko achieve koi nahin kar pata.</w:t>
      </w:r>
      <w:r>
        <w:br/>
      </w:r>
      <w:r>
        <w:rPr>
          <w:sz w:val="20"/>
        </w:rPr>
        <w:t>49:21  tab maine daryaft kiya ke ke woh Allah ka jo creation plan hai, us ke khilaaf hai. yeh yeh karna chahiye aadmi ko.</w:t>
      </w:r>
      <w:r>
        <w:br/>
      </w:r>
      <w:r>
        <w:rPr>
          <w:sz w:val="20"/>
        </w:rPr>
        <w:t>49:35  maulana, agla question aaya</w:t>
      </w:r>
      <w:r>
        <w:br/>
      </w:r>
      <w:r>
        <w:rPr>
          <w:sz w:val="20"/>
        </w:rPr>
        <w:t>49:36  hai: "jo cheez Allah ke creation plan ke khilaaf ho, woh aap kaise achieve karein?" misaal ke taur par aam mein aam ka phal nikalta hai account laakhon se.</w:t>
      </w:r>
      <w:r>
        <w:br/>
      </w:r>
      <w:r>
        <w:rPr>
          <w:sz w:val="20"/>
        </w:rPr>
        <w:t>49:49  ab aam ke phal mein aap save bhi karna chahein to niklega nahin.</w:t>
      </w:r>
      <w:r>
        <w:br/>
      </w:r>
      <w:r>
        <w:rPr>
          <w:sz w:val="20"/>
        </w:rPr>
        <w:t>49:55  saaf saaf, yaani bilkul simple sa is ka raaz hai. maulana, next question hai zaheeruddin sahib ka raichur se.</w:t>
      </w:r>
      <w:r>
        <w:br/>
      </w:r>
      <w:r>
        <w:rPr>
          <w:sz w:val="20"/>
        </w:rPr>
        <w:t>50:03  unhon ne likha hai: "maulana, to understand what is achievable or what is not requires lot of wisdom and insight.</w:t>
      </w:r>
      <w:r>
        <w:br/>
      </w:r>
      <w:r>
        <w:rPr>
          <w:sz w:val="20"/>
        </w:rPr>
        <w:t>50:12  how can one acquire them?" nahin, har aadmi sochta hai.</w:t>
      </w:r>
      <w:r>
        <w:br/>
      </w:r>
      <w:r>
        <w:rPr>
          <w:sz w:val="20"/>
        </w:rPr>
        <w:t>50:20  log kehte hain ke aag jalati hai, kaha aag apne haath daalta hai to aag mein test karne ke liye</w:t>
      </w:r>
      <w:r>
        <w:br/>
      </w:r>
      <w:r>
        <w:rPr>
          <w:sz w:val="20"/>
        </w:rPr>
        <w:t>50:28  aadmi sincere ho to har cheez ke baare mein woh aise karega ke us ko jaanche ga, examine karega aur pata karega ke yeh achievable hai ya nahin.</w:t>
      </w:r>
      <w:r>
        <w:br/>
      </w:r>
      <w:r>
        <w:rPr>
          <w:sz w:val="20"/>
        </w:rPr>
        <w:t>50:40  jis tarah se aadmi aag pe haath nahin daalta, is tarah se woh doosre kaam bhi bache ga in achievable goals se.</w:t>
      </w:r>
      <w:r>
        <w:br/>
      </w:r>
      <w:r>
        <w:rPr>
          <w:sz w:val="20"/>
        </w:rPr>
        <w:t>50:51  maulana, agla question hai mubeen sahib ka jamia nagar se</w:t>
      </w:r>
      <w:r>
        <w:br/>
      </w:r>
      <w:r>
        <w:rPr>
          <w:sz w:val="20"/>
        </w:rPr>
        <w:t>50:54  . unhon ne likha hai: "musalmanon mein alag alag firqe ka zimmedaar kaun hai? aur Khuda ke haan agarche in logon ne deen ki ghair mamooli, ghair mamooli kaam anjaam diya hai, to in logon ka anjaam Khuda ke haan kya hoga?" Khuda kya?</w:t>
      </w:r>
      <w:r>
        <w:br/>
      </w:r>
      <w:r>
        <w:rPr>
          <w:sz w:val="20"/>
        </w:rPr>
        <w:t>51:10  aap aap ka yeh kaam nahin hai. apne baare mein bhi kya pata hai aap ko? aap ko Khuda ka kya hoga? yeh to ghair dori sawal hai.</w:t>
      </w:r>
      <w:r>
        <w:br/>
      </w:r>
      <w:r>
        <w:rPr>
          <w:sz w:val="20"/>
        </w:rPr>
        <w:t>51:19  baqi jo masla hai, us ke baare mein jaanna chahein, aap hamari kitaab padh lijiyye: "tajdeed</w:t>
      </w:r>
      <w:r>
        <w:br/>
      </w:r>
      <w:r>
        <w:rPr>
          <w:sz w:val="20"/>
        </w:rPr>
        <w:t>51:23  deen". is mein is masle par aaya hai. yeh bohat hi galat tareeqa hai ke Khuda ke haan anjaam kya hoga, yeh aap ek soch lein.</w:t>
      </w:r>
      <w:r>
        <w:br/>
      </w:r>
      <w:r>
        <w:rPr>
          <w:sz w:val="20"/>
        </w:rPr>
        <w:t>51:33  aap ka apna anjaam kya hoga, yeh pata nahin hai. to doosre ke baare mein kaise aap sochte hain? yeh bilkul galat hai. baqi jo wajah hai fiqah bandi ki, us ko aap jaanna chahein to hamari kitaab padh lijiyye: "tajdeed deen".</w:t>
      </w:r>
      <w:r>
        <w:br/>
      </w:r>
      <w:r>
        <w:rPr>
          <w:sz w:val="20"/>
        </w:rPr>
        <w:t>51:52  maulana, agla question hai khwaja kaleemuddin sahib ka pennsylvania usa se. unhon ne likha hai: "one of the brotherhood members recently in egypt declared that now they will resort back to violence to achieve their goals." my question to you maulana sahib: "why doesn't man refuse?</w:t>
      </w:r>
      <w:r>
        <w:br/>
      </w:r>
      <w:r>
        <w:rPr>
          <w:sz w:val="20"/>
        </w:rPr>
        <w:t>52:12  man refuse to learn lesson from his or her his or their own experiences?"</w:t>
      </w:r>
      <w:r>
        <w:br/>
      </w:r>
      <w:r>
        <w:rPr>
          <w:sz w:val="20"/>
        </w:rPr>
        <w:t>52:21  dekhein, in logon ne jo galat ek galat masla bana rakha hai, woh yeh hai ke kaamyaab hue to wazeh hai: mar gaya to shaheed, yeh koi Islam nahin hai.</w:t>
      </w:r>
      <w:r>
        <w:br/>
      </w:r>
      <w:r>
        <w:rPr>
          <w:sz w:val="20"/>
        </w:rPr>
        <w:t>52:35  woh sochte hain ke agar hum kaamyaab nahin hue political system mein to lad kar kuch log maare gaye to shaheed to ho jayenge. yeh bilkul galat hai.</w:t>
      </w:r>
      <w:r>
        <w:br/>
      </w:r>
      <w:r>
        <w:rPr>
          <w:sz w:val="20"/>
        </w:rPr>
        <w:t>52:44  islam mein aisi koi taleem nahi hai.</w:t>
      </w:r>
    </w:p>
    <w:p>
      <w:pPr>
        <w:pStyle w:val="Heading1"/>
      </w:pPr>
      <w:r>
        <w:t>In the lectures (10)</w:t>
      </w:r>
    </w:p>
    <w:p>
      <w:pPr>
        <w:pStyle w:val="Heading2"/>
      </w:pPr>
      <w:r>
        <w:t>Hadith (English) March 27, 2007 Maulana Wahiduddin Khan</w:t>
      </w:r>
    </w:p>
    <w:p>
      <w:r>
        <w:rPr>
          <w:color w:val="666666"/>
          <w:sz w:val="18"/>
        </w:rPr>
        <w:t>27:21 · https://youtu.be/VnwRJbqn9tU?t=1641</w:t>
      </w:r>
    </w:p>
    <w:p>
      <w:r>
        <w:rPr>
          <w:i/>
        </w:rPr>
        <w:t>“Have I availed that opportunity? I was insuccessful.”</w:t>
      </w:r>
    </w:p>
    <w:p>
      <w:pPr>
        <w:pStyle w:val="Heading2"/>
      </w:pPr>
      <w:r>
        <w:t>The Belief System of Islam August 01, 2007</w:t>
      </w:r>
    </w:p>
    <w:p>
      <w:r>
        <w:rPr>
          <w:color w:val="666666"/>
          <w:sz w:val="18"/>
        </w:rPr>
        <w:t>35:32 · https://youtu.be/5pdnwRaPfmY?t=2132</w:t>
      </w:r>
    </w:p>
    <w:p>
      <w:r>
        <w:rPr>
          <w:i/>
        </w:rPr>
        <w:t>“Every man and woman are living with this feeling that I failed to achieve happiness”</w:t>
      </w:r>
    </w:p>
    <w:p>
      <w:pPr>
        <w:pStyle w:val="Heading2"/>
      </w:pPr>
      <w:r>
        <w:t>Surah Al-'Asr I November 23, 2014</w:t>
      </w:r>
    </w:p>
    <w:p>
      <w:r>
        <w:rPr>
          <w:color w:val="666666"/>
          <w:sz w:val="18"/>
        </w:rPr>
        <w:t>14:11 · https://youtu.be/K1G2YJVBE5U?t=851</w:t>
      </w:r>
    </w:p>
    <w:p>
      <w:r>
        <w:rPr>
          <w:i/>
        </w:rPr>
        <w:t>“پوری کامیابی نہ ملے۔ اپنی صفائیں نہ ملیں۔”</w:t>
      </w:r>
    </w:p>
    <w:p>
      <w:pPr>
        <w:pStyle w:val="Heading2"/>
      </w:pPr>
      <w:r>
        <w:t>Patience and Creative Thinking April 20, 2020 Maulana Wahiduddin Khan</w:t>
      </w:r>
    </w:p>
    <w:p>
      <w:r>
        <w:rPr>
          <w:color w:val="666666"/>
          <w:sz w:val="18"/>
        </w:rPr>
        <w:t>59:31 · https://youtu.be/zhpSQwyj_6Q?t=3571</w:t>
      </w:r>
    </w:p>
    <w:p>
      <w:r>
        <w:rPr>
          <w:i/>
        </w:rPr>
        <w:t>“I feel lack of motivation sometimes, and motivation and energy”</w:t>
      </w:r>
    </w:p>
    <w:p>
      <w:pPr>
        <w:pStyle w:val="Heading2"/>
      </w:pPr>
      <w:r>
        <w:t>Ramazan Month of Study of the Quran April 30, 2020 Maulana Wahiduddin Khan</w:t>
      </w:r>
    </w:p>
    <w:p>
      <w:r>
        <w:rPr>
          <w:color w:val="666666"/>
          <w:sz w:val="18"/>
        </w:rPr>
        <w:t>15:14 · https://youtu.be/AUSxxGBJHCk?t=914</w:t>
      </w:r>
    </w:p>
    <w:p>
      <w:r>
        <w:rPr>
          <w:i/>
        </w:rPr>
        <w:t>“احساس کرتی ہے کہ وہ ناکام ہو جاتا ہے۔”</w:t>
      </w:r>
    </w:p>
    <w:p>
      <w:pPr>
        <w:pStyle w:val="Heading2"/>
      </w:pPr>
      <w:r>
        <w:t>Difference Management June 6, 2007 Maulana Wahiduddin Khan</w:t>
      </w:r>
    </w:p>
    <w:p>
      <w:r>
        <w:rPr>
          <w:color w:val="666666"/>
          <w:sz w:val="18"/>
        </w:rPr>
        <w:t>33:57 · https://youtu.be/Qcrm0lX88dA?t=2037</w:t>
      </w:r>
    </w:p>
    <w:p>
      <w:r>
        <w:rPr>
          <w:i/>
        </w:rPr>
        <w:t>“According to my experience, separation is only a failure.”</w:t>
      </w:r>
    </w:p>
    <w:p>
      <w:pPr>
        <w:pStyle w:val="Heading2"/>
      </w:pPr>
      <w:r>
        <w:t>Realization of God November 26, 2024</w:t>
      </w:r>
    </w:p>
    <w:p>
      <w:r>
        <w:rPr>
          <w:color w:val="666666"/>
          <w:sz w:val="18"/>
        </w:rPr>
        <w:t>8:05 · https://youtu.be/AG1gtOdLvGs?t=485</w:t>
      </w:r>
    </w:p>
    <w:p>
      <w:r>
        <w:rPr>
          <w:i/>
        </w:rPr>
        <w:t>“یہ احساس ہوتا ہے کہ میں کچھ نہیں ہوں، میری کوئی حیثیت نہیں ہے۔”</w:t>
      </w:r>
    </w:p>
    <w:p>
      <w:pPr>
        <w:pStyle w:val="Heading2"/>
      </w:pPr>
      <w:r>
        <w:t>A Brief Survey of Islamic History (Eng) February 15, 2007</w:t>
      </w:r>
    </w:p>
    <w:p>
      <w:r>
        <w:rPr>
          <w:color w:val="666666"/>
          <w:sz w:val="18"/>
        </w:rPr>
        <w:t>16:39 · https://youtu.be/MdRtdA99UlA?t=999</w:t>
      </w:r>
    </w:p>
    <w:p>
      <w:r>
        <w:rPr>
          <w:i/>
        </w:rPr>
        <w:t>“disappointed.”</w:t>
      </w:r>
    </w:p>
    <w:p>
      <w:pPr>
        <w:pStyle w:val="Heading2"/>
      </w:pPr>
      <w:r>
        <w:t>How to stay away from Distraction November 10, 2018</w:t>
      </w:r>
    </w:p>
    <w:p>
      <w:r>
        <w:rPr>
          <w:color w:val="666666"/>
          <w:sz w:val="18"/>
        </w:rPr>
        <w:t>33:00 · https://youtu.be/SfVcrBUbvuU?t=1980</w:t>
      </w:r>
    </w:p>
    <w:p>
      <w:r>
        <w:rPr>
          <w:i/>
        </w:rPr>
        <w:t>“لیکن میں اپنی ذاتی طور پر دیکھتا ہوں کہ تھوڑی سی بھی مجھے کامیابی حاصل ہو جاتی تو یہ ایک اندر سے ایک پراؤڈ فیل ہونے لگتا ہے۔ میں سمجھنے لگتا ہوں کہ یہ میں بھی کچھ ہوں۔”</w:t>
      </w:r>
    </w:p>
    <w:p>
      <w:pPr>
        <w:pStyle w:val="Heading2"/>
      </w:pPr>
      <w:r>
        <w:t>Discussions on the impact of Maulana Wahiduddin Khan's Thought July 1, 2020</w:t>
      </w:r>
    </w:p>
    <w:p>
      <w:r>
        <w:rPr>
          <w:color w:val="666666"/>
          <w:sz w:val="18"/>
        </w:rPr>
        <w:t>18:32 · https://youtu.be/Xzuu-nbDm4g?t=1112</w:t>
      </w:r>
    </w:p>
    <w:p>
      <w:r>
        <w:rPr>
          <w:i/>
        </w:rPr>
        <w:t>“And the feeling that I get is that there is not we or they. So first thing, I think that has happened.”</w:t>
      </w:r>
    </w:p>
    <w:p>
      <w:pPr>
        <w:pStyle w:val="Heading1"/>
      </w:pPr>
      <w:r>
        <w:t>Clips (8)</w:t>
      </w:r>
    </w:p>
    <w:p>
      <w:pPr>
        <w:pStyle w:val="Heading2"/>
      </w:pPr>
      <w:r>
        <w:t>Stop saying if, live future-oriented not past-oriented</w:t>
      </w:r>
    </w:p>
    <w:p>
      <w:r>
        <w:rPr>
          <w:color w:val="666666"/>
          <w:sz w:val="18"/>
        </w:rPr>
        <w:t>Hadith (English) March 27, 2007 Maulana Wahiduddin Khan · 4m 22s · at 25:57 · https://youtu.be/VnwRJbqn9tU?t=1557</w:t>
      </w:r>
    </w:p>
    <w:p>
      <w:r>
        <w:rPr>
          <w:i/>
        </w:rPr>
        <w:t>“Don't say if, if is a satanic thought”</w:t>
      </w:r>
    </w:p>
    <w:p>
      <w:r>
        <w:rPr>
          <w:sz w:val="20"/>
        </w:rPr>
        <w:t>25:57  Then there is a hadith. "la taqul law fa-inna law min amal al-shaitan."</w:t>
      </w:r>
      <w:r>
        <w:br/>
      </w:r>
      <w:r>
        <w:rPr>
          <w:sz w:val="20"/>
        </w:rPr>
        <w:t>26:07  Don't say if. If is a satanic</w:t>
      </w:r>
      <w:r>
        <w:br/>
      </w:r>
      <w:r>
        <w:rPr>
          <w:sz w:val="20"/>
        </w:rPr>
        <w:t>26:18  thought.</w:t>
      </w:r>
      <w:r>
        <w:br/>
      </w:r>
      <w:r>
        <w:rPr>
          <w:sz w:val="20"/>
        </w:rPr>
        <w:t>26:26  Don't say law</w:t>
      </w:r>
      <w:r>
        <w:br/>
      </w:r>
      <w:r>
        <w:rPr>
          <w:sz w:val="20"/>
        </w:rPr>
        <w:t>26:28  . "la taqul law fa-inna law min amal al-shaitan." law means if. Don't say if because if is a satanic thought.</w:t>
      </w:r>
      <w:r>
        <w:br/>
      </w:r>
      <w:r>
        <w:rPr>
          <w:sz w:val="20"/>
        </w:rPr>
        <w:t>26:42  You know every time - everyone has some</w:t>
      </w:r>
      <w:r>
        <w:br/>
      </w:r>
      <w:r>
        <w:rPr>
          <w:sz w:val="20"/>
        </w:rPr>
        <w:t>26:53  sad memory about his past.</w:t>
      </w:r>
      <w:r>
        <w:br/>
      </w:r>
      <w:r>
        <w:rPr>
          <w:sz w:val="20"/>
        </w:rPr>
        <w:t>26:56  Everyone, every minor woman, has some</w:t>
      </w:r>
      <w:r>
        <w:br/>
      </w:r>
      <w:r>
        <w:rPr>
          <w:sz w:val="20"/>
        </w:rPr>
        <w:t>27:07  sad memory about their past. So they say. In the past, there was such and such opportunity, and I failed to avail that opportunity.</w:t>
      </w:r>
      <w:r>
        <w:br/>
      </w:r>
      <w:r>
        <w:rPr>
          <w:sz w:val="20"/>
        </w:rPr>
        <w:t>27:21  Have I availed that opportunity? I was insuccessful.</w:t>
      </w:r>
      <w:r>
        <w:br/>
      </w:r>
      <w:r>
        <w:rPr>
          <w:sz w:val="20"/>
        </w:rPr>
        <w:t>27:27  This is law - if. So if is a satanic thought because - why it is a satanic thought?</w:t>
      </w:r>
      <w:r>
        <w:br/>
      </w:r>
      <w:r>
        <w:rPr>
          <w:sz w:val="20"/>
        </w:rPr>
        <w:t>27:39  This kind of thinking always</w:t>
      </w:r>
      <w:r>
        <w:br/>
      </w:r>
      <w:r>
        <w:rPr>
          <w:sz w:val="20"/>
        </w:rPr>
        <w:t>27:47  makes you live with sadness. Always makes you live with the past</w:t>
      </w:r>
      <w:r>
        <w:br/>
      </w:r>
      <w:r>
        <w:rPr>
          <w:sz w:val="20"/>
        </w:rPr>
        <w:t>27:55  . You forget the future, and you are living in the past. This is the 'lau' culture. 'lau' culture is a satanic culture.</w:t>
      </w:r>
      <w:r>
        <w:br/>
      </w:r>
      <w:r>
        <w:rPr>
          <w:sz w:val="20"/>
        </w:rPr>
        <w:t>28:06  If culture is a satanic culture. So don't think like this. Always see the future.</w:t>
      </w:r>
      <w:r>
        <w:br/>
      </w:r>
      <w:r>
        <w:rPr>
          <w:sz w:val="20"/>
        </w:rPr>
        <w:t>28:17  Don't see to the past.</w:t>
      </w:r>
      <w:r>
        <w:br/>
      </w:r>
      <w:r>
        <w:rPr>
          <w:sz w:val="20"/>
        </w:rPr>
        <w:t>28:23  Everyone misses some opportunity in the past, but you have to forget it. Everyone</w:t>
      </w:r>
      <w:r>
        <w:br/>
      </w:r>
      <w:r>
        <w:rPr>
          <w:sz w:val="20"/>
        </w:rPr>
        <w:t>28:34  has missed some opportunity in the past. So everyone is living in that memory.</w:t>
      </w:r>
      <w:r>
        <w:br/>
      </w:r>
      <w:r>
        <w:rPr>
          <w:sz w:val="20"/>
        </w:rPr>
        <w:t>28:46  But it is wrong. It is a satanic thought</w:t>
      </w:r>
      <w:r>
        <w:br/>
      </w:r>
      <w:r>
        <w:rPr>
          <w:sz w:val="20"/>
        </w:rPr>
        <w:t>28:51  . You have to go beyond that memory. You have to think about the future.</w:t>
      </w:r>
      <w:r>
        <w:br/>
      </w:r>
      <w:r>
        <w:rPr>
          <w:sz w:val="20"/>
        </w:rPr>
        <w:t>28:59  Your thinking must be future-oriented rather than past-oriented.</w:t>
      </w:r>
      <w:r>
        <w:br/>
      </w:r>
      <w:r>
        <w:rPr>
          <w:sz w:val="20"/>
        </w:rPr>
        <w:t>29:07  Don't think about missed opportunities. Always think about the present opportunities.</w:t>
      </w:r>
      <w:r>
        <w:br/>
      </w:r>
      <w:r>
        <w:rPr>
          <w:sz w:val="20"/>
        </w:rPr>
        <w:t>29:17  "فإن لو من عمل الشيطان." For saying 'lau' is a satanic thought.</w:t>
      </w:r>
      <w:r>
        <w:br/>
      </w:r>
      <w:r>
        <w:rPr>
          <w:sz w:val="20"/>
        </w:rPr>
        <w:t>29:26  'lau' means if. Because if you think like this, you always think about the past</w:t>
      </w:r>
      <w:r>
        <w:br/>
      </w:r>
      <w:r>
        <w:rPr>
          <w:sz w:val="20"/>
        </w:rPr>
        <w:t>29:36  , you will forget the present opportunities because you are living in those opportunities which you have passed in the past.</w:t>
      </w:r>
      <w:r>
        <w:br/>
      </w:r>
      <w:r>
        <w:rPr>
          <w:sz w:val="20"/>
        </w:rPr>
        <w:t>29:50  So the Prophet of Islam has said that 'lau' is 'amal al-Shaytan'.</w:t>
      </w:r>
      <w:r>
        <w:br/>
      </w:r>
      <w:r>
        <w:rPr>
          <w:sz w:val="20"/>
        </w:rPr>
        <w:t>29:57  If is a satanic thought. If is a satanic thought.</w:t>
      </w:r>
      <w:r>
        <w:br/>
      </w:r>
      <w:r>
        <w:rPr>
          <w:sz w:val="20"/>
        </w:rPr>
        <w:t>30:08  So leave this kind of thought. Then</w:t>
      </w:r>
    </w:p>
    <w:p>
      <w:pPr>
        <w:pStyle w:val="Heading2"/>
      </w:pPr>
      <w:r>
        <w:t>Loss is God's mercy that leads to questioning</w:t>
      </w:r>
    </w:p>
    <w:p>
      <w:r>
        <w:rPr>
          <w:color w:val="666666"/>
          <w:sz w:val="18"/>
        </w:rPr>
        <w:t>Surah Al-'Asr I November 23, 2014 · 3m 45s · at 13:04 · https://youtu.be/K1G2YJVBE5U?t=784</w:t>
      </w:r>
    </w:p>
    <w:p>
      <w:r>
        <w:rPr>
          <w:i/>
        </w:rPr>
        <w:t>“Allah Ta'ala ne yeh surat-e-haal jo duniya mein rakhi hai”</w:t>
      </w:r>
    </w:p>
    <w:p>
      <w:r>
        <w:rPr>
          <w:sz w:val="20"/>
        </w:rPr>
        <w:t>13:04  Allah taala ne yeh soorat-e-haal jo dunya mein rakhi hai ke insan ne apnay khwahish ko na pa saka,</w:t>
      </w:r>
      <w:r>
        <w:br/>
      </w:r>
      <w:r>
        <w:rPr>
          <w:sz w:val="20"/>
        </w:rPr>
        <w:t>13:12  apnay baray baray plan banaye lekin aakhir mein laga hai us ko ke mujhe mera maqsad to hasil nahi hua. Us ko poori kamyabi na mili, us ko apni safa'ain na milen.</w:t>
      </w:r>
      <w:r>
        <w:br/>
      </w:r>
      <w:r>
        <w:rPr>
          <w:sz w:val="20"/>
        </w:rPr>
        <w:t>13:24  Yeh jo soorat-e-haal hai, mein sochta hoon ke yeh Allah taala ki sab se bari rehmat hai.</w:t>
      </w:r>
      <w:r>
        <w:br/>
      </w:r>
      <w:r>
        <w:rPr>
          <w:sz w:val="20"/>
        </w:rPr>
        <w:t>13:33  Sab se bari rehmat hai. Wal asr innal insana lafi khusr ke tareekh is baat ki gawahi hai ke insan ghaatay mein hai.</w:t>
      </w:r>
      <w:r>
        <w:br/>
      </w:r>
      <w:r>
        <w:rPr>
          <w:sz w:val="20"/>
        </w:rPr>
        <w:t>13:44  Yeh Allah ki aik rehmat ka zikr hai yahan par. Kisi</w:t>
      </w:r>
      <w:r>
        <w:br/>
      </w:r>
      <w:r>
        <w:rPr>
          <w:sz w:val="20"/>
        </w:rPr>
        <w:t>13:51  kisi</w:t>
      </w:r>
      <w:r>
        <w:br/>
      </w:r>
      <w:r>
        <w:rPr>
          <w:sz w:val="20"/>
        </w:rPr>
        <w:t>13:54  history ke shar ka zikr nahi hai. Aik bohat bari rehmat ka. Ke Allah taala ne insan ki fitrat ko aisa banaya, dunya ko aisa banaya ke insan ko yahan par</w:t>
      </w:r>
      <w:r>
        <w:br/>
      </w:r>
      <w:r>
        <w:rPr>
          <w:sz w:val="20"/>
        </w:rPr>
        <w:t>14:11  puri kamyabi na milay. apni safaain na milay.</w:t>
      </w:r>
      <w:r>
        <w:br/>
      </w:r>
      <w:r>
        <w:rPr>
          <w:sz w:val="20"/>
        </w:rPr>
        <w:t>14:20  to kiya hoga? phir sochay ga woh.</w:t>
      </w:r>
      <w:r>
        <w:br/>
      </w:r>
      <w:r>
        <w:rPr>
          <w:sz w:val="20"/>
        </w:rPr>
        <w:t>14:26  phir woh sochay ga.</w:t>
      </w:r>
      <w:r>
        <w:br/>
      </w:r>
      <w:r>
        <w:rPr>
          <w:sz w:val="20"/>
        </w:rPr>
        <w:t>14:32  jab aadmi kisi jab aadmi kisi nuqsan se dochar hota hai, jab zindagi mein is ko koi manfi tajurba hota hai to woh sochta hai ke where I missed the pass</w:t>
      </w:r>
      <w:r>
        <w:br/>
      </w:r>
      <w:r>
        <w:rPr>
          <w:sz w:val="20"/>
        </w:rPr>
        <w:t>14:53  kya ghalti mujh se ho gayi? yeh insaan ki fitrat mein hai ke jab is ko koi manfi tajurba ho to woh sochay</w:t>
      </w:r>
      <w:r>
        <w:br/>
      </w:r>
      <w:r>
        <w:rPr>
          <w:sz w:val="20"/>
        </w:rPr>
        <w:t>15:10  ke what was wrong</w:t>
      </w:r>
      <w:r>
        <w:br/>
      </w:r>
      <w:r>
        <w:rPr>
          <w:sz w:val="20"/>
        </w:rPr>
        <w:t>15:13  . yeh bohat hi bari rehmat Allah taala ki hai ke insaan ko is sawal se dochar kar diya.</w:t>
      </w:r>
      <w:r>
        <w:br/>
      </w:r>
      <w:r>
        <w:rPr>
          <w:sz w:val="20"/>
        </w:rPr>
        <w:t>15:22  agar aisa hota ke dunya mein aadmi ko puri kamyabi milti, khoob apni safaain milti, jo chahta hai woh sab milta is ko.</w:t>
      </w:r>
      <w:r>
        <w:br/>
      </w:r>
      <w:r>
        <w:rPr>
          <w:sz w:val="20"/>
        </w:rPr>
        <w:t>15:35  to is ka maani kiya hai ke is ke zehn mein sawal hi na jagta.</w:t>
      </w:r>
      <w:r>
        <w:br/>
      </w:r>
      <w:r>
        <w:rPr>
          <w:sz w:val="20"/>
        </w:rPr>
        <w:t>15:40  yeh sochta hi nahi ke kya is dunya ke ilawa koi dunya hai jahan mein puri kamyabi ko hasil kar sakoon. phir to isi dunya ko, phir to wohi right here right now banta hai is ke zehn mein.</w:t>
      </w:r>
      <w:r>
        <w:br/>
      </w:r>
      <w:r>
        <w:rPr>
          <w:sz w:val="20"/>
        </w:rPr>
        <w:t>15:54  abhi to right hereright now jo bana hai woh to jhoot par bana hai.</w:t>
      </w:r>
      <w:r>
        <w:br/>
      </w:r>
      <w:r>
        <w:rPr>
          <w:sz w:val="20"/>
        </w:rPr>
        <w:t>16:01  jhoot par. kyunke milta to kuch nahi.</w:t>
      </w:r>
      <w:r>
        <w:br/>
      </w:r>
      <w:r>
        <w:rPr>
          <w:sz w:val="20"/>
        </w:rPr>
        <w:t>16:07  phir to woh samjhta ke yeh to sab cheez mil gayi. jo hum ne chaha tha woh mil gaya hum ko. to walasr innal insana lafi khusr jo ayat hai ke tareekh is baat ki gawah hai ke insaan ghaate mein hai,</w:t>
      </w:r>
      <w:r>
        <w:br/>
      </w:r>
      <w:r>
        <w:rPr>
          <w:sz w:val="20"/>
        </w:rPr>
        <w:t>16:23  yeh Allah taala ki rehmat ka zikr hai, rehmat ka.</w:t>
      </w:r>
      <w:r>
        <w:br/>
      </w:r>
      <w:r>
        <w:rPr>
          <w:sz w:val="20"/>
        </w:rPr>
        <w:t>16:32  yaani haq insaan ke hawale se Allah ki sab se bari rehmat ka zikr hai yeh.</w:t>
      </w:r>
    </w:p>
    <w:p>
      <w:pPr>
        <w:pStyle w:val="Heading2"/>
      </w:pPr>
      <w:r>
        <w:t>Reading Quran in any language and its preservation</w:t>
      </w:r>
    </w:p>
    <w:p>
      <w:r>
        <w:rPr>
          <w:color w:val="666666"/>
          <w:sz w:val="18"/>
        </w:rPr>
        <w:t>Ramazan Month of Study of the Quran April 30, 2020 Maulana Wahiduddin Khan · 4m 09s · at 11:56 · https://youtu.be/AUSxxGBJHCk?t=716</w:t>
      </w:r>
    </w:p>
    <w:p>
      <w:r>
        <w:rPr>
          <w:i/>
        </w:rPr>
        <w:t>“Dekhiye, jis tarah bhi aap Quran ko parhein, wo sahi hai”</w:t>
      </w:r>
    </w:p>
    <w:p>
      <w:r>
        <w:rPr>
          <w:sz w:val="20"/>
        </w:rPr>
        <w:t>11:56  dekhiye, jis tarah bhi aap quran ko parhein, woh sahi hai.</w:t>
      </w:r>
      <w:r>
        <w:br/>
      </w:r>
      <w:r>
        <w:rPr>
          <w:sz w:val="20"/>
        </w:rPr>
        <w:t>12:09  jis tarah bhi parhein,</w:t>
      </w:r>
      <w:r>
        <w:br/>
      </w:r>
      <w:r>
        <w:rPr>
          <w:sz w:val="20"/>
        </w:rPr>
        <w:t>12:13  bashart ke is mein koi milawat na ki gayi ho.</w:t>
      </w:r>
      <w:r>
        <w:br/>
      </w:r>
      <w:r>
        <w:rPr>
          <w:sz w:val="20"/>
        </w:rPr>
        <w:t>12:20  chahe woh arabi mein parhein aap, chahe kisi aur zaban mein, agar is mein koi milawat nahi ki gayi hai to woh parhna sahi hai.</w:t>
      </w:r>
      <w:r>
        <w:br/>
      </w:r>
      <w:r>
        <w:rPr>
          <w:sz w:val="20"/>
        </w:rPr>
        <w:t>12:36  ya aap mutala karein to bohat aasani se aap jaan sakte hain ke kaun sa quran hai jis mein koi milawat ki gayi hai.</w:t>
      </w:r>
      <w:r>
        <w:br/>
      </w:r>
      <w:r>
        <w:rPr>
          <w:sz w:val="20"/>
        </w:rPr>
        <w:t>12:49  mere khayal se</w:t>
      </w:r>
      <w:r>
        <w:br/>
      </w:r>
      <w:r>
        <w:rPr>
          <w:sz w:val="20"/>
        </w:rPr>
        <w:t>12:55  umat jo hai, umat muslima jo hai, is mamle mein intehai zyada hassas hai, intehai zyada hassas hai ke agar koi zara bhi farq kar diya jaye to log</w:t>
      </w:r>
      <w:r>
        <w:br/>
      </w:r>
      <w:r>
        <w:rPr>
          <w:sz w:val="20"/>
        </w:rPr>
        <w:t>13:14  us ke khilaf</w:t>
      </w:r>
      <w:r>
        <w:br/>
      </w:r>
      <w:r>
        <w:rPr>
          <w:sz w:val="20"/>
        </w:rPr>
        <w:t>13:18  shor karte hain aur us ko accept nahi karte.</w:t>
      </w:r>
      <w:r>
        <w:br/>
      </w:r>
      <w:r>
        <w:rPr>
          <w:sz w:val="20"/>
        </w:rPr>
        <w:t>13:32  yeh bohat zyada umat, umat bohat zyada hassas hai is mamle mein, aur yeh hassasiyat, yeh hassasiyat jo hai, is ki wajah se quran mehfooz hai.</w:t>
      </w:r>
      <w:r>
        <w:br/>
      </w:r>
      <w:r>
        <w:rPr>
          <w:sz w:val="20"/>
        </w:rPr>
        <w:t>13:51  quran mehfooz hai.</w:t>
      </w:r>
      <w:r>
        <w:br/>
      </w:r>
      <w:r>
        <w:rPr>
          <w:sz w:val="20"/>
        </w:rPr>
        <w:t>13:59  log bohat zyada hassas hain ke koi zara bhi koi</w:t>
      </w:r>
      <w:r>
        <w:br/>
      </w:r>
      <w:r>
        <w:rPr>
          <w:sz w:val="20"/>
        </w:rPr>
        <w:t>14:07  kisi qism ka change quran mein koi na kar paye.</w:t>
      </w:r>
      <w:r>
        <w:br/>
      </w:r>
      <w:r>
        <w:rPr>
          <w:sz w:val="20"/>
        </w:rPr>
        <w:t>14:24  is par bohat kuch likha gaya hai, aap tafseel mein parhna chahein to parh sakte hain.</w:t>
      </w:r>
      <w:r>
        <w:br/>
      </w:r>
      <w:r>
        <w:rPr>
          <w:sz w:val="20"/>
        </w:rPr>
        <w:t>14:44  quran ke jo tarjume hain, tafaseer hain, is mein koi is ke mamle mein umat zyada hassas hai ke koi milawat</w:t>
      </w:r>
      <w:r>
        <w:br/>
      </w:r>
      <w:r>
        <w:rPr>
          <w:sz w:val="20"/>
        </w:rPr>
        <w:t>15:01  koi kar nahi pata. koi milawat agar karta hai to umat intehai zyada is ke khilaf</w:t>
      </w:r>
      <w:r>
        <w:br/>
      </w:r>
      <w:r>
        <w:rPr>
          <w:sz w:val="20"/>
        </w:rPr>
        <w:t>15:14  ehsas karti hai ke woh nakam ho jata hai.</w:t>
      </w:r>
      <w:r>
        <w:br/>
      </w:r>
      <w:r>
        <w:rPr>
          <w:sz w:val="20"/>
        </w:rPr>
        <w:t>15:22  is liye aam taur par aik currency hoga ke aap ko jo tarjuma ya jo tafseer available ho, us ko aap istemal kar sakte hain,</w:t>
      </w:r>
      <w:r>
        <w:br/>
      </w:r>
      <w:r>
        <w:rPr>
          <w:sz w:val="20"/>
        </w:rPr>
        <w:t>15:38  kyun ke kisi</w:t>
      </w:r>
      <w:r>
        <w:br/>
      </w:r>
      <w:r>
        <w:rPr>
          <w:sz w:val="20"/>
        </w:rPr>
        <w:t>15:40  tarjuma ya tafseer mein koi</w:t>
      </w:r>
      <w:r>
        <w:br/>
      </w:r>
      <w:r>
        <w:rPr>
          <w:sz w:val="20"/>
        </w:rPr>
        <w:t>15:47  haqeeqi maano mein koi ghalti amalan inshallah shamil nahi hogi.</w:t>
      </w:r>
    </w:p>
    <w:p>
      <w:pPr>
        <w:pStyle w:val="Heading2"/>
      </w:pPr>
      <w:r>
        <w:t>Separation is failure</w:t>
      </w:r>
    </w:p>
    <w:p>
      <w:r>
        <w:rPr>
          <w:color w:val="666666"/>
          <w:sz w:val="18"/>
        </w:rPr>
        <w:t>Difference Management June 6, 2007 Maulana Wahiduddin Khan · 34s · at 33:57 · https://youtu.be/Qcrm0lX88dA?t=2037</w:t>
      </w:r>
    </w:p>
    <w:p>
      <w:r>
        <w:rPr>
          <w:i/>
        </w:rPr>
        <w:t>“According to my experience, separation is only a failure.”</w:t>
      </w:r>
    </w:p>
    <w:p>
      <w:r>
        <w:rPr>
          <w:sz w:val="20"/>
        </w:rPr>
        <w:t>33:57  According to my experience, separation is only a failure.</w:t>
      </w:r>
      <w:r>
        <w:br/>
      </w:r>
      <w:r>
        <w:rPr>
          <w:sz w:val="20"/>
        </w:rPr>
        <w:t>34:10  If you want to manage, you can manage all the differences. There is no problem.</w:t>
      </w:r>
      <w:r>
        <w:br/>
      </w:r>
      <w:r>
        <w:rPr>
          <w:sz w:val="20"/>
        </w:rPr>
        <w:t>34:21  So separation means failure in management.</w:t>
      </w:r>
    </w:p>
    <w:p>
      <w:pPr>
        <w:pStyle w:val="Heading2"/>
      </w:pPr>
      <w:r>
        <w:t>Worship is the result of true recognition of God</w:t>
      </w:r>
    </w:p>
    <w:p>
      <w:r>
        <w:rPr>
          <w:color w:val="666666"/>
          <w:sz w:val="18"/>
        </w:rPr>
        <w:t>Realization of God November 26, 2024 · 31s · at 7:38 · https://youtu.be/AG1gtOdLvGs?t=458</w:t>
      </w:r>
    </w:p>
    <w:p>
      <w:r>
        <w:rPr>
          <w:i/>
        </w:rPr>
        <w:t>“Asal mein ibadat nateeja hai marifat ka.”</w:t>
      </w:r>
    </w:p>
    <w:p>
      <w:r>
        <w:rPr>
          <w:sz w:val="20"/>
        </w:rPr>
        <w:t>7:38  Dekhiye, yahan Quran mein ibaadat ka lafz hai aur Ibn Abbas ne jo hai na, maarfat ka lafz istemal kiya. Asal mein ibaadat nateeja hai maarfat ka.</w:t>
      </w:r>
      <w:r>
        <w:br/>
      </w:r>
      <w:r>
        <w:rPr>
          <w:sz w:val="20"/>
        </w:rPr>
        <w:t>7:52  Jab ek insaan ko sachche ma'ano mein Allah ki daryaft hoti hai, Allah ki sachi pehchan hasil hoti hai to us ke nateeje ke taur par insaan ke andar apni aajizi ka ehsas hota hai.</w:t>
      </w:r>
      <w:r>
        <w:br/>
      </w:r>
      <w:r>
        <w:rPr>
          <w:sz w:val="20"/>
        </w:rPr>
        <w:t>8:05  Yeh ehsas hota hai ke main kuch nahi hoon, meri koi hesiyat nahi hai.</w:t>
      </w:r>
    </w:p>
    <w:p>
      <w:pPr>
        <w:pStyle w:val="Heading2"/>
      </w:pPr>
      <w:r>
        <w:t>Prophet Yunus, the fish, and never losing hope</w:t>
      </w:r>
    </w:p>
    <w:p>
      <w:r>
        <w:rPr>
          <w:color w:val="666666"/>
          <w:sz w:val="18"/>
        </w:rPr>
        <w:t>A Brief Survey of Islamic History (Eng) February 15, 2007 · 5m 04s · at 15:44 · https://youtu.be/MdRtdA99UlA?t=944</w:t>
      </w:r>
    </w:p>
    <w:p>
      <w:r>
        <w:rPr>
          <w:i/>
        </w:rPr>
        <w:t>“Yunus was sent to Nineveh, a city in present Iraq.”</w:t>
      </w:r>
    </w:p>
    <w:p>
      <w:r>
        <w:rPr>
          <w:sz w:val="20"/>
        </w:rPr>
        <w:t>15:44  You know Yunus was sent to Nineveh. Nineveh was a city in in the present Iraq</w:t>
      </w:r>
      <w:r>
        <w:br/>
      </w:r>
      <w:r>
        <w:rPr>
          <w:sz w:val="20"/>
        </w:rPr>
        <w:t>15:57  . So, Yunus was sent as a prophet to those people who were living in Nineveh.</w:t>
      </w:r>
      <w:r>
        <w:br/>
      </w:r>
      <w:r>
        <w:rPr>
          <w:sz w:val="20"/>
        </w:rPr>
        <w:t>16:09  Then what happened?</w:t>
      </w:r>
      <w:r>
        <w:br/>
      </w:r>
      <w:r>
        <w:rPr>
          <w:sz w:val="20"/>
        </w:rPr>
        <w:t>16:12  Prophet Yunus gave the message of God.</w:t>
      </w:r>
      <w:r>
        <w:br/>
      </w:r>
      <w:r>
        <w:rPr>
          <w:sz w:val="20"/>
        </w:rPr>
        <w:t>16:23  And but after some time, he decided that they are not giving a positive response.</w:t>
      </w:r>
      <w:r>
        <w:br/>
      </w:r>
      <w:r>
        <w:rPr>
          <w:sz w:val="20"/>
        </w:rPr>
        <w:t>16:35  So, he became</w:t>
      </w:r>
      <w:r>
        <w:br/>
      </w:r>
      <w:r>
        <w:rPr>
          <w:sz w:val="20"/>
        </w:rPr>
        <w:t>16:39  disappointed.</w:t>
      </w:r>
      <w:r>
        <w:br/>
      </w:r>
      <w:r>
        <w:rPr>
          <w:sz w:val="20"/>
        </w:rPr>
        <w:t>16:44  So, due to this disappointment, he left Nineveh and wanted to go somewhere else.</w:t>
      </w:r>
      <w:r>
        <w:br/>
      </w:r>
      <w:r>
        <w:rPr>
          <w:sz w:val="20"/>
        </w:rPr>
        <w:t>16:58  But what happened?</w:t>
      </w:r>
      <w:r>
        <w:br/>
      </w:r>
      <w:r>
        <w:rPr>
          <w:sz w:val="20"/>
        </w:rPr>
        <w:t>17:01  When he reached the coast of the sea and boarded a boat—so, during the travel in the sea, there was a storm.</w:t>
      </w:r>
      <w:r>
        <w:br/>
      </w:r>
      <w:r>
        <w:rPr>
          <w:sz w:val="20"/>
        </w:rPr>
        <w:t>17:18  So, according to the ancient tradition, people wanted to throw someone</w:t>
      </w:r>
      <w:r>
        <w:br/>
      </w:r>
      <w:r>
        <w:rPr>
          <w:sz w:val="20"/>
        </w:rPr>
        <w:t>17:34  only to make the boat lighter.</w:t>
      </w:r>
      <w:r>
        <w:br/>
      </w:r>
      <w:r>
        <w:rPr>
          <w:sz w:val="20"/>
        </w:rPr>
        <w:t>17:39  So, they decided to throw Yunus. And Yunus was thrown into the sea.</w:t>
      </w:r>
      <w:r>
        <w:br/>
      </w:r>
      <w:r>
        <w:rPr>
          <w:sz w:val="20"/>
        </w:rPr>
        <w:t>17:50  Then what happened?</w:t>
      </w:r>
      <w:r>
        <w:br/>
      </w:r>
      <w:r>
        <w:rPr>
          <w:sz w:val="20"/>
        </w:rPr>
        <w:t>17:53  According to the Qur'an and also according to the Bible, some big fish swallowed him.</w:t>
      </w:r>
      <w:r>
        <w:br/>
      </w:r>
      <w:r>
        <w:rPr>
          <w:sz w:val="20"/>
        </w:rPr>
        <w:t>18:04  And he compelled to live in the stomach of that fish, perhaps up to forty days.</w:t>
      </w:r>
      <w:r>
        <w:br/>
      </w:r>
      <w:r>
        <w:rPr>
          <w:sz w:val="20"/>
        </w:rPr>
        <w:t>18:17  Then he,</w:t>
      </w:r>
      <w:r>
        <w:br/>
      </w:r>
      <w:r>
        <w:rPr>
          <w:sz w:val="20"/>
        </w:rPr>
        <w:t>18:27  after introspection, found that he was guilty. So, he was repentant.</w:t>
      </w:r>
      <w:r>
        <w:br/>
      </w:r>
      <w:r>
        <w:rPr>
          <w:sz w:val="20"/>
        </w:rPr>
        <w:t>18:37  After this repentance, God accepted his tawbah or repentance. And that fish again threw him on the coast.</w:t>
      </w:r>
      <w:r>
        <w:br/>
      </w:r>
      <w:r>
        <w:rPr>
          <w:sz w:val="20"/>
        </w:rPr>
        <w:t>18:52  So, then</w:t>
      </w:r>
      <w:r>
        <w:br/>
      </w:r>
      <w:r>
        <w:rPr>
          <w:sz w:val="20"/>
        </w:rPr>
        <w:t>18:56  an angel came to him and said that you were guilty.</w:t>
      </w:r>
      <w:r>
        <w:br/>
      </w:r>
      <w:r>
        <w:rPr>
          <w:sz w:val="20"/>
        </w:rPr>
        <w:t>19:05  You left</w:t>
      </w:r>
      <w:r>
        <w:br/>
      </w:r>
      <w:r>
        <w:rPr>
          <w:sz w:val="20"/>
        </w:rPr>
        <w:t>19:11  Nineveh without completing your da'wah work. So, you must go to Nineveh again.</w:t>
      </w:r>
      <w:r>
        <w:br/>
      </w:r>
      <w:r>
        <w:rPr>
          <w:sz w:val="20"/>
        </w:rPr>
        <w:t>19:21  He again visited Nineveh. And again, he was engaged in da'wah work.</w:t>
      </w:r>
      <w:r>
        <w:br/>
      </w:r>
      <w:r>
        <w:rPr>
          <w:sz w:val="20"/>
        </w:rPr>
        <w:t>19:32  And all the Nineveh people accepted Islam. So, this example is very important.</w:t>
      </w:r>
      <w:r>
        <w:br/>
      </w:r>
      <w:r>
        <w:rPr>
          <w:sz w:val="20"/>
        </w:rPr>
        <w:t>19:42  Very, very important.</w:t>
      </w:r>
      <w:r>
        <w:br/>
      </w:r>
      <w:r>
        <w:rPr>
          <w:sz w:val="20"/>
        </w:rPr>
        <w:t>19:44  This example tells us—this example tells us that we are not allowed to go in frustration, in disappointment.</w:t>
      </w:r>
      <w:r>
        <w:br/>
      </w:r>
      <w:r>
        <w:rPr>
          <w:sz w:val="20"/>
        </w:rPr>
        <w:t>19:59  Da'wah work is a continuous work. There is no end of da'wah work.</w:t>
      </w:r>
      <w:r>
        <w:br/>
      </w:r>
      <w:r>
        <w:rPr>
          <w:sz w:val="20"/>
        </w:rPr>
        <w:t>20:05  We have to do da'wah work continuously. And we must be hopeful.</w:t>
      </w:r>
      <w:r>
        <w:br/>
      </w:r>
      <w:r>
        <w:rPr>
          <w:sz w:val="20"/>
        </w:rPr>
        <w:t>20:20  And we have to hope that after some time—maybe after some months or after some years—they will accept your message.</w:t>
      </w:r>
      <w:r>
        <w:br/>
      </w:r>
      <w:r>
        <w:rPr>
          <w:sz w:val="20"/>
        </w:rPr>
        <w:t>20:33  So, there is a great lesson in the life of Prophet Yunus. That is, we have to—that da'wahi must be hopeful for every time.</w:t>
      </w:r>
    </w:p>
    <w:p>
      <w:pPr>
        <w:pStyle w:val="Heading2"/>
      </w:pPr>
      <w:r>
        <w:t>Q&amp;A on developing humility like Umar</w:t>
      </w:r>
    </w:p>
    <w:p>
      <w:r>
        <w:rPr>
          <w:color w:val="666666"/>
          <w:sz w:val="18"/>
        </w:rPr>
        <w:t>How to stay away from Distraction November 10, 2018 · 5m 08s · at 32:25 · https://youtu.be/SfVcrBUbvuU?t=1945</w:t>
      </w:r>
    </w:p>
    <w:p>
      <w:r>
        <w:rPr>
          <w:i/>
        </w:rPr>
        <w:t>“Moulana, my question is.”</w:t>
      </w:r>
    </w:p>
    <w:p>
      <w:r>
        <w:rPr>
          <w:sz w:val="20"/>
        </w:rPr>
        <w:t>32:25  Maulana, mera ek sawal hai. mera</w:t>
      </w:r>
      <w:r>
        <w:br/>
      </w:r>
      <w:r>
        <w:rPr>
          <w:sz w:val="20"/>
        </w:rPr>
        <w:t>32:30  sawal yeh hai ke Hazrat Umar bohat hi kamyab aadmi the.</w:t>
      </w:r>
      <w:r>
        <w:br/>
      </w:r>
      <w:r>
        <w:rPr>
          <w:sz w:val="20"/>
        </w:rPr>
        <w:t>32:40  bahaise sahaba bhi bohat kamyab rahe aur bahaise khaleefa bhi bohat kamyab rahe. is ke bawajood un ke andar tawazu baqi rahi aur woh aakhri lamhe mein kehte hain: "kafafa lali wala aliha" ke barabar barabar ho jaye, na mere upar kuch rahe aur na mere khilaf jaye.</w:t>
      </w:r>
      <w:r>
        <w:br/>
      </w:r>
      <w:r>
        <w:rPr>
          <w:sz w:val="20"/>
        </w:rPr>
        <w:t>33:00  lekin mein apni zaati taur par dekhta hoon ke thori si bhi mujhe kamyabi hasil ho jati to yeh ek andar se ek proud feel hone lagta hai. mein samajhne lagta hoon ke yeh mein bhi kuch hoon.</w:t>
      </w:r>
      <w:r>
        <w:br/>
      </w:r>
      <w:r>
        <w:rPr>
          <w:sz w:val="20"/>
        </w:rPr>
        <w:t>33:11  to yeh cheez kaise mein door kar sakta hoon? tawazu mere andar kaise aa sakti hai?</w:t>
      </w:r>
      <w:r>
        <w:br/>
      </w:r>
      <w:r>
        <w:rPr>
          <w:sz w:val="20"/>
        </w:rPr>
        <w:t>33:19  kya sawal hai? un ka mein samjha nahi. Maulana Farah sahib yeh keh rahe hain ke hum apne andar modesty jo hai woh kaise develop kar sakte hain? jaise aap ne</w:t>
      </w:r>
      <w:r>
        <w:br/>
      </w:r>
      <w:r>
        <w:rPr>
          <w:sz w:val="20"/>
        </w:rPr>
        <w:t>33:31  Umar ka aap ne example diya ke marte waqt bhi unhone yeh kaha, halanke woh khud itne kamyab khaleefa the, tab bhi unhone kaha ke mamla barabar barabar ka ho jaye to bohat hai.</w:t>
      </w:r>
      <w:r>
        <w:br/>
      </w:r>
      <w:r>
        <w:rPr>
          <w:sz w:val="20"/>
        </w:rPr>
        <w:t>33:41  hum logon ke andar thori si bhi agar hum logon ko success milti hai to hum log, humare andar pride aa jati hai. to sawal yeh hai ke hum apne andar modesty kaise develop karein?</w:t>
      </w:r>
      <w:r>
        <w:br/>
      </w:r>
      <w:r>
        <w:rPr>
          <w:sz w:val="20"/>
        </w:rPr>
        <w:t>33:53  ab bhai, mein yahi keh sakta hoon ke aadmi</w:t>
      </w:r>
      <w:r>
        <w:br/>
      </w:r>
      <w:r>
        <w:rPr>
          <w:sz w:val="20"/>
        </w:rPr>
        <w:t>34:04  is is stage tak pohnch jaye ke sirf ek God Almighty us ko bari dikhai de, tamam chhotai, tamam baraiyan choti ho jayein,</w:t>
      </w:r>
      <w:r>
        <w:br/>
      </w:r>
      <w:r>
        <w:rPr>
          <w:sz w:val="20"/>
        </w:rPr>
        <w:t>34:22  tamam baraiyan choti ho jayein. itna aap ne apni discovery ko barhaye,</w:t>
      </w:r>
      <w:r>
        <w:br/>
      </w:r>
      <w:r>
        <w:rPr>
          <w:sz w:val="20"/>
        </w:rPr>
        <w:t>34:33  apni discovery ko itna barhaye. yahi bhai samajh aata hai ke discovery ko itna barhana, itna barhana, itna barhana ke tamam baraiyan choti ho jayein.</w:t>
      </w:r>
      <w:r>
        <w:br/>
      </w:r>
      <w:r>
        <w:rPr>
          <w:sz w:val="20"/>
        </w:rPr>
        <w:t>34:53  kya shandar personality thi,</w:t>
      </w:r>
      <w:r>
        <w:br/>
      </w:r>
      <w:r>
        <w:rPr>
          <w:sz w:val="20"/>
        </w:rPr>
        <w:t>34:56  kya shandar speech thi, kya shandar stage tha! yeh jo sunte honge aap,</w:t>
      </w:r>
      <w:r>
        <w:br/>
      </w:r>
      <w:r>
        <w:rPr>
          <w:sz w:val="20"/>
        </w:rPr>
        <w:t>35:09  woh khatam ho jaye. koi shandar na dikhai de, koi bara na dikhai de, sab chote ho jayein.</w:t>
      </w:r>
      <w:r>
        <w:br/>
      </w:r>
      <w:r>
        <w:rPr>
          <w:sz w:val="20"/>
        </w:rPr>
        <w:t>35:20  to yeh to aadmi khud hi kar sakta hai, koi de nahi sakta aap ko, koi install bhi nahi kar sakta.</w:t>
      </w:r>
      <w:r>
        <w:br/>
      </w:r>
      <w:r>
        <w:rPr>
          <w:sz w:val="20"/>
        </w:rPr>
        <w:t>35:31  aadmi khud hi apne ko bana sake to banae.</w:t>
      </w:r>
      <w:r>
        <w:br/>
      </w:r>
      <w:r>
        <w:rPr>
          <w:sz w:val="20"/>
        </w:rPr>
        <w:t>35:45  wo jo quran mein hai ke tamam awazen past ho jayengi, kya lafz hai wo?</w:t>
      </w:r>
      <w:r>
        <w:br/>
      </w:r>
      <w:r>
        <w:rPr>
          <w:sz w:val="20"/>
        </w:rPr>
        <w:t>35:59  qayamat!</w:t>
      </w:r>
      <w:r>
        <w:br/>
      </w:r>
      <w:r>
        <w:rPr>
          <w:sz w:val="20"/>
        </w:rPr>
        <w:t>36:07  ashshat al-aswat illa Allah, kya illa Allah? ashshat al-aswat illa Allah. khash'at al-aswat lil-Rahman, wa khash'at al-aswat lil-Rahman, fala tasma' illa hamzah.</w:t>
      </w:r>
      <w:r>
        <w:br/>
      </w:r>
      <w:r>
        <w:rPr>
          <w:sz w:val="20"/>
        </w:rPr>
        <w:t>36:20  haan, ye qayamat ke bare mein hai. qayamat mein khash'at al-aswat lil-Allah, lil-Allah, lil-Allah, wa la tasma' illa hamzah.</w:t>
      </w:r>
      <w:r>
        <w:br/>
      </w:r>
      <w:r>
        <w:rPr>
          <w:sz w:val="20"/>
        </w:rPr>
        <w:t>36:34  is ka tarjuma ye hai ke qayamat mein jab log ikattha honge, sab ki awazen past ho jayengi.</w:t>
      </w:r>
      <w:r>
        <w:br/>
      </w:r>
      <w:r>
        <w:rPr>
          <w:sz w:val="20"/>
        </w:rPr>
        <w:t>36:46  aur hamzah kehte hain chalne mein jo thoda sa awaz nikalti hai, chalne mein use bahut awaz dikhai de, kisi ka, kisi insan ki awaz na dikhai de,</w:t>
      </w:r>
      <w:r>
        <w:br/>
      </w:r>
      <w:r>
        <w:rPr>
          <w:sz w:val="20"/>
        </w:rPr>
        <w:t>37:05  jis ko urdu mein kehte hain yani phusphusa hat.</w:t>
      </w:r>
      <w:r>
        <w:br/>
      </w:r>
      <w:r>
        <w:rPr>
          <w:sz w:val="20"/>
        </w:rPr>
        <w:t>37:12  to dekhiye, wo darja us ko milta hai jo qayamat, wo hone wale waqe ko aaj hi apne upar tari kar le.</w:t>
      </w:r>
      <w:r>
        <w:br/>
      </w:r>
      <w:r>
        <w:rPr>
          <w:sz w:val="20"/>
        </w:rPr>
        <w:t>37:25  jo waqe hone wala hai qayamat mein, wo aaj hi aap par is par guzar jaye.</w:t>
      </w:r>
    </w:p>
    <w:p>
      <w:pPr>
        <w:pStyle w:val="Heading2"/>
      </w:pPr>
      <w:r>
        <w:t>Key principles from Maulana no enemy and opportunities</w:t>
      </w:r>
    </w:p>
    <w:p>
      <w:r>
        <w:rPr>
          <w:color w:val="666666"/>
          <w:sz w:val="18"/>
        </w:rPr>
        <w:t>Discussions on the impact of Maulana Wahiduddin Khan's Thought July 1, 2020 · 4m 41s · at 15:26 · https://youtu.be/Xzuu-nbDm4g?t=926</w:t>
      </w:r>
    </w:p>
    <w:p>
      <w:r>
        <w:rPr>
          <w:i/>
        </w:rPr>
        <w:t>“I am a different person altogether because of Maulana”</w:t>
      </w:r>
    </w:p>
    <w:p>
      <w:r>
        <w:rPr>
          <w:sz w:val="20"/>
        </w:rPr>
        <w:t>15:26  Sure, sure. So first of all, telling one thing would be very, very difficult for me because there is no sort of one thing.</w:t>
      </w:r>
      <w:r>
        <w:br/>
      </w:r>
      <w:r>
        <w:rPr>
          <w:sz w:val="20"/>
        </w:rPr>
        <w:t>15:39  In the last 10 years, 10, 11 years, there have been a complete shift in me. Exactly.</w:t>
      </w:r>
      <w:r>
        <w:br/>
      </w:r>
      <w:r>
        <w:rPr>
          <w:sz w:val="20"/>
        </w:rPr>
        <w:t>15:48  I imagine. I am a different person altogether. And it's essentially because of Maulana. And if I have to sum it up, a few things that are very, very,</w:t>
      </w:r>
      <w:r>
        <w:br/>
      </w:r>
      <w:r>
        <w:rPr>
          <w:sz w:val="20"/>
        </w:rPr>
        <w:t>16:02  I would say, sort of have been very, very helpful for me or have become principles of my life is first, when I went there, somewhere I had this in my heart that there is something that we and they.</w:t>
      </w:r>
      <w:r>
        <w:br/>
      </w:r>
      <w:r>
        <w:rPr>
          <w:sz w:val="20"/>
        </w:rPr>
        <w:t>16:27  So whether it is by religion, in some societies, it is by the color of the skin, or by various others, sometimes caste, religion,</w:t>
      </w:r>
      <w:r>
        <w:br/>
      </w:r>
      <w:r>
        <w:rPr>
          <w:sz w:val="20"/>
        </w:rPr>
        <w:t>16:43  nationality, and all that.</w:t>
      </w:r>
      <w:r>
        <w:br/>
      </w:r>
      <w:r>
        <w:rPr>
          <w:sz w:val="20"/>
        </w:rPr>
        <w:t>16:46  One thing which has become a principle of my life is that Maulana has taught us, and he derives it from the life of Prophet of Islam and the Quran,</w:t>
      </w:r>
      <w:r>
        <w:br/>
      </w:r>
      <w:r>
        <w:rPr>
          <w:sz w:val="20"/>
        </w:rPr>
        <w:t>17:00  is that there is no enemy.</w:t>
      </w:r>
      <w:r>
        <w:br/>
      </w:r>
      <w:r>
        <w:rPr>
          <w:sz w:val="20"/>
        </w:rPr>
        <w:t>17:04  So there is nothing like enemy. So Quran says that either you have friends or you have potential friends.</w:t>
      </w:r>
      <w:r>
        <w:br/>
      </w:r>
      <w:r>
        <w:rPr>
          <w:sz w:val="20"/>
        </w:rPr>
        <w:t>17:15  So somebody whom you have not met, interacted, spent time, went on a coffee, tried to understand each other, till that time, that person is a potential friend for you.</w:t>
      </w:r>
      <w:r>
        <w:br/>
      </w:r>
      <w:r>
        <w:rPr>
          <w:sz w:val="20"/>
        </w:rPr>
        <w:t>17:29  And then friends, you know that your</w:t>
      </w:r>
      <w:r>
        <w:br/>
      </w:r>
      <w:r>
        <w:rPr>
          <w:sz w:val="20"/>
        </w:rPr>
        <w:t>17:33  circle, your parents, and everybody. I mean, so that is one category, which is a category of friends. And there is another category, people you haven't met, understood their life, didn't know their context.</w:t>
      </w:r>
      <w:r>
        <w:br/>
      </w:r>
      <w:r>
        <w:rPr>
          <w:sz w:val="20"/>
        </w:rPr>
        <w:t>17:46  So they are basically your potential friends. So there is no I mean, there is no scope of</w:t>
      </w:r>
      <w:r>
        <w:br/>
      </w:r>
      <w:r>
        <w:rPr>
          <w:sz w:val="20"/>
        </w:rPr>
        <w:t>17:53  we, they.</w:t>
      </w:r>
      <w:r>
        <w:br/>
      </w:r>
      <w:r>
        <w:rPr>
          <w:sz w:val="20"/>
        </w:rPr>
        <w:t>17:56  True. So that is, I would say, a very profound learning I got it from Maulana. And only somebody like Maulana can help you understand that because he practiced that in his life.</w:t>
      </w:r>
      <w:r>
        <w:br/>
      </w:r>
      <w:r>
        <w:rPr>
          <w:sz w:val="20"/>
        </w:rPr>
        <w:t>18:09  And you are an example. I mean, you have felt it. I have felt</w:t>
      </w:r>
      <w:r>
        <w:br/>
      </w:r>
      <w:r>
        <w:rPr>
          <w:sz w:val="20"/>
        </w:rPr>
        <w:t>18:13  it. All the people who have met, I mean, across, I would say, that ideology or belief system people, I've seen Maulana sitting with all I mean, with people of all religions, all faith.</w:t>
      </w:r>
      <w:r>
        <w:br/>
      </w:r>
      <w:r>
        <w:rPr>
          <w:sz w:val="20"/>
        </w:rPr>
        <w:t>18:32  And the feeling that I get is that there is not we or they. So first thing, I think that has happened.</w:t>
      </w:r>
      <w:r>
        <w:br/>
      </w:r>
      <w:r>
        <w:rPr>
          <w:sz w:val="20"/>
        </w:rPr>
        <w:t>18:42  I think another thing which is very, very important that I have learned from Maulana is how you deal with the situation.</w:t>
      </w:r>
      <w:r>
        <w:br/>
      </w:r>
      <w:r>
        <w:rPr>
          <w:sz w:val="20"/>
        </w:rPr>
        <w:t>18:53  And most important, the situations which are not favorable.</w:t>
      </w:r>
      <w:r>
        <w:br/>
      </w:r>
      <w:r>
        <w:rPr>
          <w:sz w:val="20"/>
        </w:rPr>
        <w:t>18:58  And we really get uncomfortable in those situations. And we really do not we want to run away from them. We want them to disappear.</w:t>
      </w:r>
      <w:r>
        <w:br/>
      </w:r>
      <w:r>
        <w:rPr>
          <w:sz w:val="20"/>
        </w:rPr>
        <w:t>19:10  10 years going to Maulana, what has happened to me is I now do not see problems as problems.</w:t>
      </w:r>
      <w:r>
        <w:br/>
      </w:r>
      <w:r>
        <w:rPr>
          <w:sz w:val="20"/>
        </w:rPr>
        <w:t>19:18  Wow. Maulana, again, he refers it from Quran, from the life of Prophet of Islam, that with every problem, there is ease.</w:t>
      </w:r>
      <w:r>
        <w:br/>
      </w:r>
      <w:r>
        <w:rPr>
          <w:sz w:val="20"/>
        </w:rPr>
        <w:t>19:31  And if you have to translate it into a, let's say, in a very secular mindset or somebody who's progressive, I think what he has taught us is that with every difficulty, there is an opportunity.</w:t>
      </w:r>
      <w:r>
        <w:br/>
      </w:r>
      <w:r>
        <w:rPr>
          <w:sz w:val="20"/>
        </w:rPr>
        <w:t>19:49  So the mind shift that has changed is that if there is a problem, I mean, just stay with it, stay the course, and look for the opportunities in it rather than saying that, "Why is this happening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