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Tabuk</w:t>
      </w:r>
    </w:p>
    <w:p>
      <w:r>
        <w:rPr>
          <w:sz w:val="18"/>
        </w:rPr>
        <w:t>Q&amp;A, lecture moments and clips · full transcripts with timestamps · exported 2026-09-21</w:t>
      </w:r>
    </w:p>
    <w:p>
      <w:pPr>
        <w:pStyle w:val="Heading1"/>
      </w:pPr>
      <w:r>
        <w:t>Maulana was asked (0)</w:t>
      </w:r>
    </w:p>
    <w:p>
      <w:pPr>
        <w:pStyle w:val="Heading1"/>
      </w:pPr>
      <w:r>
        <w:t>In the lectures (1)</w:t>
      </w:r>
    </w:p>
    <w:p>
      <w:pPr>
        <w:pStyle w:val="Heading2"/>
      </w:pPr>
      <w:r>
        <w:t>The Concept of Tafkeer in Islam | August 9, 2007</w:t>
      </w:r>
    </w:p>
    <w:p>
      <w:r>
        <w:rPr>
          <w:color w:val="666666"/>
          <w:sz w:val="18"/>
        </w:rPr>
        <w:t>9:55 · https://youtu.be/6PhlvUwQygQ?t=595</w:t>
      </w:r>
    </w:p>
    <w:p>
      <w:r>
        <w:rPr>
          <w:i/>
        </w:rPr>
        <w:t>“war against injustice. It is also wrong. One war to which he refers, one ghazwa, one ghazwa in which the Prophet of Islam was engaged, was Tabuk. He refers to this ghazwa.”</w:t>
      </w:r>
    </w:p>
    <w:p>
      <w:pPr>
        <w:pStyle w:val="Heading1"/>
      </w:pPr>
      <w:r>
        <w:t>Clips (9)</w:t>
      </w:r>
    </w:p>
    <w:p>
      <w:pPr>
        <w:pStyle w:val="Heading2"/>
      </w:pPr>
      <w:r>
        <w:t>Abu Dharr left behind at Tabuk, walks alone to catch up</w:t>
      </w:r>
    </w:p>
    <w:p>
      <w:r>
        <w:rPr>
          <w:color w:val="666666"/>
          <w:sz w:val="18"/>
        </w:rPr>
        <w:t>Timeless Wisdom from the Life of Abu Dharr al-Ghifari December 21, 2025 · 5m 12s · at 21:40 · https://youtu.be/CDBjybktCDM?t=1300</w:t>
      </w:r>
    </w:p>
    <w:p>
      <w:r>
        <w:rPr>
          <w:i/>
        </w:rPr>
        <w:t>“The Prophet still decided to go to Tabuk with the companions”</w:t>
      </w:r>
    </w:p>
    <w:p>
      <w:r>
        <w:rPr>
          <w:sz w:val="20"/>
        </w:rPr>
        <w:t>21:40  hum m, so very crucial and very difficult time. ah, still the prophet decided to go, ah, to Tabuk along with the Sahaba</w:t>
      </w:r>
      <w:r>
        <w:br/>
      </w:r>
      <w:r>
        <w:rPr>
          <w:sz w:val="20"/>
        </w:rPr>
        <w:t>21:49  abah. so during this journey, many people, ah, began giving excuses they could not, ah, come because of this reason and that reason.</w:t>
      </w:r>
      <w:r>
        <w:br/>
      </w:r>
      <w:r>
        <w:rPr>
          <w:sz w:val="20"/>
        </w:rPr>
        <w:t>22:00  and the prophet accepted their excuses and allowed them to stay back. ah, those who were travelling in the hot, ah, weather, found the heat unbearable.</w:t>
      </w:r>
      <w:r>
        <w:br/>
      </w:r>
      <w:r>
        <w:rPr>
          <w:sz w:val="20"/>
        </w:rPr>
        <w:t>22:12  it was very difficult journey. so every night, some people quietly slipped away.</w:t>
      </w:r>
      <w:r>
        <w:br/>
      </w:r>
      <w:r>
        <w:rPr>
          <w:sz w:val="20"/>
        </w:rPr>
        <w:t>22:19  and in the morning, the prophet was informed that so and so had left, but the prophet said, "let's continue the journey." so from from time to time, the prophet was told that another person has left.</w:t>
      </w:r>
      <w:r>
        <w:br/>
      </w:r>
      <w:r>
        <w:rPr>
          <w:sz w:val="20"/>
        </w:rPr>
        <w:t>22:32  hmm, and the prophet said, "if there is good in him, Allah will, ah, ah, send him back, they will join us.</w:t>
      </w:r>
      <w:r>
        <w:br/>
      </w:r>
      <w:r>
        <w:rPr>
          <w:sz w:val="20"/>
        </w:rPr>
        <w:t>22:41  "so people noticed one day that abu dharr was missing.</w:t>
      </w:r>
      <w:r>
        <w:br/>
      </w:r>
      <w:r>
        <w:rPr>
          <w:sz w:val="20"/>
        </w:rPr>
        <w:t>22:46  so they said to the prophet, "ya Rasulullah, abu dharr is gone." so the prophet said, "if Allah sees any khair and good in him, Allah will cause him to reach us." so, ah, because they knew that abu dharr was not a hypocrite, so he was one of the first ones to come to the prophet.</w:t>
      </w:r>
      <w:r>
        <w:br/>
      </w:r>
      <w:r>
        <w:rPr>
          <w:sz w:val="20"/>
        </w:rPr>
        <w:t>23:07  and the sahaba said that, "maybe he came back slow, or he was exhausted, or he became exhausted.</w:t>
      </w:r>
      <w:r>
        <w:br/>
      </w:r>
      <w:r>
        <w:rPr>
          <w:sz w:val="20"/>
        </w:rPr>
        <w:t>23:21  "so the prophet said, "okay, let's continue our journey." in reality, abu dharr had become weak due to such intense heat and harsh weather,</w:t>
      </w:r>
      <w:r>
        <w:br/>
      </w:r>
      <w:r>
        <w:rPr>
          <w:sz w:val="20"/>
        </w:rPr>
        <w:t>23:35  and his camel gave out due to thirst and fatigue. and his camel began to stumble and slow down. so abu dharr (RA) tried to move, move the camel, but it could not,</w:t>
      </w:r>
      <w:r>
        <w:br/>
      </w:r>
      <w:r>
        <w:rPr>
          <w:sz w:val="20"/>
        </w:rPr>
        <w:t>23:49  ah, to go any further. so Hazrat Abu (RA), Hazrat Abu Dharr (RA) was left behind, ah, the caravan.</w:t>
      </w:r>
      <w:r>
        <w:br/>
      </w:r>
      <w:r>
        <w:rPr>
          <w:sz w:val="20"/>
        </w:rPr>
        <w:t>23:59  so he got off the ca</w:t>
      </w:r>
      <w:r>
        <w:br/>
      </w:r>
      <w:r>
        <w:rPr>
          <w:sz w:val="20"/>
        </w:rPr>
        <w:t>24:01  mel, he took his belongings, and he left the camel behind, and he started walking as fast as could to catch up the caravan of the prophet.</w:t>
      </w:r>
      <w:r>
        <w:br/>
      </w:r>
      <w:r>
        <w:rPr>
          <w:sz w:val="20"/>
        </w:rPr>
        <w:t>24:12  and next day, the sahaba saw, ah, ah, a man walking with a cloud of dust behind him.</w:t>
      </w:r>
      <w:r>
        <w:br/>
      </w:r>
      <w:r>
        <w:rPr>
          <w:sz w:val="20"/>
        </w:rPr>
        <w:t>24:21  so he looked very weak, and he was stumbling from one side to another, ah, because in the harsh and difficult weather.</w:t>
      </w:r>
      <w:r>
        <w:br/>
      </w:r>
      <w:r>
        <w:rPr>
          <w:sz w:val="20"/>
        </w:rPr>
        <w:t>24:31  still, he continued walking towards the caravan. so prophet was told that, ah, ah, a person was coming towards him, and the prophet said, "can abu dharr, let it be abu dharr."</w:t>
      </w:r>
      <w:r>
        <w:br/>
      </w:r>
      <w:r>
        <w:rPr>
          <w:sz w:val="20"/>
        </w:rPr>
        <w:t>24:44  so this was prophet's love for abu dharr (RA), and abu dharr was exceptional, because whenever the prophet asked the sahaba for help, he was always the first one to respond.</w:t>
      </w:r>
      <w:r>
        <w:br/>
      </w:r>
      <w:r>
        <w:rPr>
          <w:sz w:val="20"/>
        </w:rPr>
        <w:t>24:57  he would immediately say, "I will do what, I will do what." spirit Maulana kehte the</w:t>
      </w:r>
      <w:r>
        <w:br/>
      </w:r>
      <w:r>
        <w:rPr>
          <w:sz w:val="20"/>
        </w:rPr>
        <w:t>25:02  na? haanji, so that was very evident in abu dharr (RA) life. and during the expedition of tabuk, when the prophet asked who would take the camels to grazes, abu dharr stood up and volunteered.</w:t>
      </w:r>
      <w:r>
        <w:br/>
      </w:r>
      <w:r>
        <w:rPr>
          <w:sz w:val="20"/>
        </w:rPr>
        <w:t>25:18  and this same spirit of readiness was seen by, ah, Ali (RA) in an early pe</w:t>
      </w:r>
      <w:r>
        <w:br/>
      </w:r>
      <w:r>
        <w:rPr>
          <w:sz w:val="20"/>
        </w:rPr>
        <w:t>25:26  riod. you remember when Rasulullah called all his, ah, ah, relatives and told them that he will help them? no one got up except Ali (RA).</w:t>
      </w:r>
      <w:r>
        <w:br/>
      </w:r>
      <w:r>
        <w:rPr>
          <w:sz w:val="20"/>
        </w:rPr>
        <w:t>25:40  so it was also clearly seen in abu dharr life. so all the sahaba were filled with, ah, "I will do what" spirit.</w:t>
      </w:r>
      <w:r>
        <w:br/>
      </w:r>
      <w:r>
        <w:rPr>
          <w:sz w:val="20"/>
        </w:rPr>
        <w:t>25:52  Maulana kehte the, "I will do, I will do what" spirit.</w:t>
      </w:r>
      <w:r>
        <w:br/>
      </w:r>
      <w:r>
        <w:rPr>
          <w:sz w:val="20"/>
        </w:rPr>
        <w:t>25:56  to soon they saw, ah, so clearly it was Abu Dharr, hmm, and they shouted to the Prophet, "Ya Rasulullah, it is Abu Dharr." So the Prophet was very happy that it was Abu Dharr, and he had reached them after a very difficult journey.</w:t>
      </w:r>
      <w:r>
        <w:br/>
      </w:r>
      <w:r>
        <w:rPr>
          <w:sz w:val="20"/>
        </w:rPr>
        <w:t>26:15  So he came in with full determination to join the Prophet, and the Prophet said beautiful words about Abuzar, rahma Allah, ah, Abuzar, yamshi wahdah, wa yamut wahdah, wa yub'ath wahdah.</w:t>
      </w:r>
      <w:r>
        <w:br/>
      </w:r>
      <w:r>
        <w:rPr>
          <w:sz w:val="20"/>
        </w:rPr>
        <w:t>26:33  Ah, main Allah, ah, he will die alone, he will be raised alone in the judgment.</w:t>
      </w:r>
      <w:r>
        <w:br/>
      </w:r>
      <w:r>
        <w:rPr>
          <w:sz w:val="20"/>
        </w:rPr>
        <w:t>26:42  ah</w:t>
      </w:r>
      <w:r>
        <w:br/>
      </w:r>
      <w:r>
        <w:rPr>
          <w:sz w:val="20"/>
        </w:rPr>
        <w:t>26:43  , meaning, ah, he will be realized, ah, an unviable way, ah, ah, and the judgment.</w:t>
      </w:r>
    </w:p>
    <w:p>
      <w:pPr>
        <w:pStyle w:val="Heading2"/>
      </w:pPr>
      <w:r>
        <w:t>Satan's attack on those left behind from the Tabuk campaign</w:t>
      </w:r>
    </w:p>
    <w:p>
      <w:r>
        <w:rPr>
          <w:color w:val="666666"/>
          <w:sz w:val="18"/>
        </w:rPr>
        <w:t>The Concept of Jihad In Islam May 25, 2008 · 2m 37s · at 22:30 · https://youtu.be/UJ6cY-A3tDs?t=1350</w:t>
      </w:r>
    </w:p>
    <w:p>
      <w:r>
        <w:rPr>
          <w:i/>
        </w:rPr>
        <w:t>“Yahan par Saturn ne un par hamla kiya”</w:t>
      </w:r>
    </w:p>
    <w:p>
      <w:r>
        <w:rPr>
          <w:sz w:val="20"/>
        </w:rPr>
        <w:t>22:30  ab mein aap ko chand example deta hoon. dekhiye, yeh jo maine kaha Ghazwa Tabuk, wahin se shuru kijiye. toh is mein Rasool Allah ke saath ek campaign mein jana yeh bohat bara is mein reward tha.</w:t>
      </w:r>
      <w:r>
        <w:br/>
      </w:r>
      <w:r>
        <w:rPr>
          <w:sz w:val="20"/>
        </w:rPr>
        <w:t>22:49  bohat bara reward tha toh log jana chahte the zyada se zyada. toh kuch log aaye aap ke paas, unhon ne kaha ke hum jana chahte hain.</w:t>
      </w:r>
      <w:r>
        <w:br/>
      </w:r>
      <w:r>
        <w:rPr>
          <w:sz w:val="20"/>
        </w:rPr>
        <w:t>23:02  jana chahte hain lekin hamare paas oont nahi, hamare paas ghoda nahi, hamare paas yaani saaman nahi.</w:t>
      </w:r>
      <w:r>
        <w:br/>
      </w:r>
      <w:r>
        <w:rPr>
          <w:sz w:val="20"/>
        </w:rPr>
        <w:t>23:14  toh aap ne kaha ke hum toh mein tum ko kuch madad nahi</w:t>
      </w:r>
      <w:r>
        <w:br/>
      </w:r>
      <w:r>
        <w:rPr>
          <w:sz w:val="20"/>
        </w:rPr>
        <w:t>23:17  kar sakta, mein is mission mein nahi hoon ke tum ko mein kuch help kar sakoon. toh beharhaal thirty thousand aadmi toh chale gaye, kuch aadmi aise the jo Madine mein reh gaye.</w:t>
      </w:r>
      <w:r>
        <w:br/>
      </w:r>
      <w:r>
        <w:rPr>
          <w:sz w:val="20"/>
        </w:rPr>
        <w:t>23:30  ab dekhiye, yahan par Saturn ne un par hamla kiya. woh kya hamla? ke dekho, Khuda ne mujhe ghareeb paida kiya, kuch logon ke paas Khuda ne aisa paida kiya</w:t>
      </w:r>
      <w:r>
        <w:br/>
      </w:r>
      <w:r>
        <w:rPr>
          <w:sz w:val="20"/>
        </w:rPr>
        <w:t>23:45  ke un ke paas saaman tha, woh gaye aur mein ghareeb, mein nahi ja saka. ab Khuda ko bura bhala keh rahe hain. ya yeh ke dekho, prophet ko dekho, falan falan ko toh de diya saaman aur mujh ko kuch nahi diya.</w:t>
      </w:r>
      <w:r>
        <w:br/>
      </w:r>
      <w:r>
        <w:rPr>
          <w:sz w:val="20"/>
        </w:rPr>
        <w:t>24:00  dekho, unhon ne discrimination kiya, unhon ne. ab yeh Saturn ka hamla.</w:t>
      </w:r>
      <w:r>
        <w:br/>
      </w:r>
      <w:r>
        <w:rPr>
          <w:sz w:val="20"/>
        </w:rPr>
        <w:t>24:07  is tarah ke kai hamle Saturn ne kiye un logon ke upar. unhon ne is ko manage kiya. manage kis tarah kiya?</w:t>
      </w:r>
      <w:r>
        <w:br/>
      </w:r>
      <w:r>
        <w:rPr>
          <w:sz w:val="20"/>
        </w:rPr>
        <w:t>24:15  yeh hadith mein aata hai ke unhon ne manage is tarah kiya ke woh lage un ke liye dua karne. jo jo gaye the.</w:t>
      </w:r>
      <w:r>
        <w:br/>
      </w:r>
      <w:r>
        <w:rPr>
          <w:sz w:val="20"/>
        </w:rPr>
        <w:t>24:26  yaani dua ke zariye, dua ke through woh un ke saath apne aap ko involve kar liya unhon ne. dekhiye zara kitna zabardast baat hai yeh.</w:t>
      </w:r>
      <w:r>
        <w:br/>
      </w:r>
      <w:r>
        <w:rPr>
          <w:sz w:val="20"/>
        </w:rPr>
        <w:t>24:37  yaani ek shakal yeh thi ke woh negative thought un ke andar aa jata.</w:t>
      </w:r>
      <w:r>
        <w:br/>
      </w:r>
      <w:r>
        <w:rPr>
          <w:sz w:val="20"/>
        </w:rPr>
        <w:t>24:41  yaani Khuda par shikayat hoti ke dekho, Khuda ne logon mein difference rakha hai, kisi kisi ko poor banaya, kisi ko rich banaya. kaisa Khuda hai yeh? Prophet par kehte hain ke dekho, kuch logon ko toh unhon ne saaman diya, woh mujh ko nahi diya.</w:t>
      </w:r>
      <w:r>
        <w:br/>
      </w:r>
      <w:r>
        <w:rPr>
          <w:sz w:val="20"/>
        </w:rPr>
        <w:t>24:54  yeh discrimination hai yeh. is tarah ke kai negative thought daale Saturn ne un ke mind mein. is ko unhon ne brush aside kar diya.</w:t>
      </w:r>
    </w:p>
    <w:p>
      <w:pPr>
        <w:pStyle w:val="Heading2"/>
      </w:pPr>
      <w:r>
        <w:t>full story: those left behind at Tabuk overcome envy through prayer</w:t>
      </w:r>
    </w:p>
    <w:p>
      <w:r>
        <w:rPr>
          <w:color w:val="666666"/>
          <w:sz w:val="18"/>
        </w:rPr>
        <w:t>The Concept of Jihad In Islam May 25, 2008 · 5m 08s · at 22:30 · https://youtu.be/UJ6cY-A3tDs?t=1350</w:t>
      </w:r>
    </w:p>
    <w:p>
      <w:r>
        <w:rPr>
          <w:i/>
        </w:rPr>
        <w:t>“Yahan par Saturn ne un par hamla kiya”</w:t>
      </w:r>
    </w:p>
    <w:p>
      <w:r>
        <w:rPr>
          <w:sz w:val="20"/>
        </w:rPr>
        <w:t>22:30  ab mein aap ko chand example deta hoon. dekhiye, yeh jo maine kaha Ghazwa Tabuk, wahin se shuru kijiye. toh is mein Rasool Allah ke saath ek campaign mein jana yeh bohat bara is mein reward tha.</w:t>
      </w:r>
      <w:r>
        <w:br/>
      </w:r>
      <w:r>
        <w:rPr>
          <w:sz w:val="20"/>
        </w:rPr>
        <w:t>22:49  bohat bara reward tha toh log jana chahte the zyada se zyada. toh kuch log aaye aap ke paas, unhon ne kaha ke hum jana chahte hain.</w:t>
      </w:r>
      <w:r>
        <w:br/>
      </w:r>
      <w:r>
        <w:rPr>
          <w:sz w:val="20"/>
        </w:rPr>
        <w:t>23:02  jana chahte hain lekin hamare paas oont nahi, hamare paas ghoda nahi, hamare paas yaani saaman nahi.</w:t>
      </w:r>
      <w:r>
        <w:br/>
      </w:r>
      <w:r>
        <w:rPr>
          <w:sz w:val="20"/>
        </w:rPr>
        <w:t>23:14  toh aap ne kaha ke hum toh mein tum ko kuch madad nahi</w:t>
      </w:r>
      <w:r>
        <w:br/>
      </w:r>
      <w:r>
        <w:rPr>
          <w:sz w:val="20"/>
        </w:rPr>
        <w:t>23:17  kar sakta, mein is mission mein nahi hoon ke tum ko mein kuch help kar sakoon. toh beharhaal thirty thousand aadmi toh chale gaye, kuch aadmi aise the jo Madine mein reh gaye.</w:t>
      </w:r>
      <w:r>
        <w:br/>
      </w:r>
      <w:r>
        <w:rPr>
          <w:sz w:val="20"/>
        </w:rPr>
        <w:t>23:30  ab dekhiye, yahan par Saturn ne un par hamla kiya. woh kya hamla? ke dekho, Khuda ne mujhe ghareeb paida kiya, kuch logon ke paas Khuda ne aisa paida kiya</w:t>
      </w:r>
      <w:r>
        <w:br/>
      </w:r>
      <w:r>
        <w:rPr>
          <w:sz w:val="20"/>
        </w:rPr>
        <w:t>23:45  ke un ke paas saaman tha, woh gaye aur mein ghareeb, mein nahi ja saka. ab Khuda ko bura bhala keh rahe hain. ya yeh ke dekho, prophet ko dekho, falan falan ko toh de diya saaman aur mujh ko kuch nahi diya.</w:t>
      </w:r>
      <w:r>
        <w:br/>
      </w:r>
      <w:r>
        <w:rPr>
          <w:sz w:val="20"/>
        </w:rPr>
        <w:t>24:00  dekho, unhon ne discrimination kiya, unhon ne. ab yeh Saturn ka hamla.</w:t>
      </w:r>
      <w:r>
        <w:br/>
      </w:r>
      <w:r>
        <w:rPr>
          <w:sz w:val="20"/>
        </w:rPr>
        <w:t>24:07  is tarah ke kai hamle Saturn ne kiye un logon ke upar. unhon ne is ko manage kiya. manage kis tarah kiya?</w:t>
      </w:r>
      <w:r>
        <w:br/>
      </w:r>
      <w:r>
        <w:rPr>
          <w:sz w:val="20"/>
        </w:rPr>
        <w:t>24:15  yeh hadith mein aata hai ke unhon ne manage is tarah kiya ke woh lage un ke liye dua karne. jo jo gaye the.</w:t>
      </w:r>
      <w:r>
        <w:br/>
      </w:r>
      <w:r>
        <w:rPr>
          <w:sz w:val="20"/>
        </w:rPr>
        <w:t>24:26  yaani dua ke zariye, dua ke through woh un ke saath apne aap ko involve kar liya unhon ne. dekhiye zara kitna zabardast baat hai yeh.</w:t>
      </w:r>
      <w:r>
        <w:br/>
      </w:r>
      <w:r>
        <w:rPr>
          <w:sz w:val="20"/>
        </w:rPr>
        <w:t>24:37  yaani ek shakal yeh thi ke woh negative thought un ke andar aa jata.</w:t>
      </w:r>
      <w:r>
        <w:br/>
      </w:r>
      <w:r>
        <w:rPr>
          <w:sz w:val="20"/>
        </w:rPr>
        <w:t>24:41  yaani Khuda par shikayat hoti ke dekho, Khuda ne logon mein difference rakha hai, kisi kisi ko poor banaya, kisi ko rich banaya. kaisa Khuda hai yeh? Prophet par kehte hain ke dekho, kuch logon ko toh unhon ne saaman diya, woh mujh ko nahi diya.</w:t>
      </w:r>
      <w:r>
        <w:br/>
      </w:r>
      <w:r>
        <w:rPr>
          <w:sz w:val="20"/>
        </w:rPr>
        <w:t>24:54  yeh discrimination hai yeh. is tarah ke kai negative thought daale Saturn ne un ke mind mein. is ko unhon ne brush aside kar diya.</w:t>
      </w:r>
      <w:r>
        <w:br/>
      </w:r>
      <w:r>
        <w:rPr>
          <w:sz w:val="20"/>
        </w:rPr>
        <w:t>25:08  paagal. ignore kiya, simply ignore kiya. apne aap ko kahan laga diya? dua mein.</w:t>
      </w:r>
      <w:r>
        <w:br/>
      </w:r>
      <w:r>
        <w:rPr>
          <w:sz w:val="20"/>
        </w:rPr>
        <w:t>25:19  rote the, dua karte the. To Rasool Allah ne farmaya ke kuch log hain, yani rastay mein farmaya aap ne, jab aap ja rahe the Tabuk, ke kuch log hain Madine mein.</w:t>
      </w:r>
      <w:r>
        <w:br/>
      </w:r>
      <w:r>
        <w:rPr>
          <w:sz w:val="20"/>
        </w:rPr>
        <w:t>25:38  tum un ke aas paas nahi dekh rahe ho, tumhare saath woh kisi ghore par charh kar nahi chal rahe hain. Lekin woh tumhare saath hain.</w:t>
      </w:r>
      <w:r>
        <w:br/>
      </w:r>
      <w:r>
        <w:rPr>
          <w:sz w:val="20"/>
        </w:rPr>
        <w:t>25:49  jab tum kisi oonchai par charhte ho, tab bhi saath hote hain. Kisi neeche utarte ho, tab bhi saath hote hain. Woh kaise?</w:t>
      </w:r>
      <w:r>
        <w:br/>
      </w:r>
      <w:r>
        <w:rPr>
          <w:sz w:val="20"/>
        </w:rPr>
        <w:t>25:58  dua ke through. Yeh hai manage karna.</w:t>
      </w:r>
      <w:r>
        <w:br/>
      </w:r>
      <w:r>
        <w:rPr>
          <w:sz w:val="20"/>
        </w:rPr>
        <w:t>26:03  agar woh shaitan ke usay parhte to negativity jaagti hai un ki. Aur phir woh Saturn ke bhai ban jaate.</w:t>
      </w:r>
      <w:r>
        <w:br/>
      </w:r>
      <w:r>
        <w:rPr>
          <w:sz w:val="20"/>
        </w:rPr>
        <w:t>26:13  yeh hai woh battle ground jo shaitan banata hai.</w:t>
      </w:r>
      <w:r>
        <w:br/>
      </w:r>
      <w:r>
        <w:rPr>
          <w:sz w:val="20"/>
        </w:rPr>
        <w:t>26:21  jo jis ko maine kaha ke perpetual battle ground. Subah shaam shaitan active karta hai. To us ko unhon ne is tarah diffuse</w:t>
      </w:r>
      <w:r>
        <w:br/>
      </w:r>
      <w:r>
        <w:rPr>
          <w:sz w:val="20"/>
        </w:rPr>
        <w:t>26:32  kiya. Yani shaitan ke ka jo jo un ke mind mein dala tha, us ne negative thought, us ko is tarah diffuse kiya unhon ne.</w:t>
      </w:r>
      <w:r>
        <w:br/>
      </w:r>
      <w:r>
        <w:rPr>
          <w:sz w:val="20"/>
        </w:rPr>
        <w:t>26:42  ke hum agar hum personally nahi ja sake to hum ne apni dua ke through hum is mein apne aap ko involve karte hain un ke saath.</w:t>
      </w:r>
      <w:r>
        <w:br/>
      </w:r>
      <w:r>
        <w:rPr>
          <w:sz w:val="20"/>
        </w:rPr>
        <w:t>26:52  yeh kitna beautiful solution hai yeh.</w:t>
      </w:r>
      <w:r>
        <w:br/>
      </w:r>
      <w:r>
        <w:rPr>
          <w:sz w:val="20"/>
        </w:rPr>
        <w:t>26:56  kitna beautiful ke kahin aap ko deprive kiya jaye to aap yeh le ke baithe rahen ke dekho, mujhe deprive kiya gaya hai. Phir aap us ke liye dua ki jiye.</w:t>
      </w:r>
      <w:r>
        <w:br/>
      </w:r>
      <w:r>
        <w:rPr>
          <w:sz w:val="20"/>
        </w:rPr>
        <w:t>27:07  acchi acchi duaen kijiye ke Khuda unhein kamyabi de. To aap un ke saath apne aap ko involve kar lete hain is tarah se.</w:t>
      </w:r>
      <w:r>
        <w:br/>
      </w:r>
      <w:r>
        <w:rPr>
          <w:sz w:val="20"/>
        </w:rPr>
        <w:t>27:16  to kya hota hai? Barabar ka reward milta hai. Jo reward un ko mila, wahi reward un ko mila Khuda ke haan.</w:t>
      </w:r>
      <w:r>
        <w:br/>
      </w:r>
      <w:r>
        <w:rPr>
          <w:sz w:val="20"/>
        </w:rPr>
        <w:t>27:27  yeh hai, yeh hai bara jihad. Jo perpetual background mein hota hai. Bhai, perpetual battle field mein hota hai.</w:t>
      </w:r>
    </w:p>
    <w:p>
      <w:pPr>
        <w:pStyle w:val="Heading2"/>
      </w:pPr>
      <w:r>
        <w:t>Battle of Tabuk story: spiritual participation earns equal reward</w:t>
      </w:r>
    </w:p>
    <w:p>
      <w:r>
        <w:rPr>
          <w:color w:val="666666"/>
          <w:sz w:val="18"/>
        </w:rPr>
        <w:t>Ramadan and Roza July 14, 2013 · 2m 13s · at 24:39 · https://youtu.be/M2p3NR5pF7c?t=1479</w:t>
      </w:r>
    </w:p>
    <w:p>
      <w:r>
        <w:rPr>
          <w:i/>
        </w:rPr>
        <w:t>“Rasoolullah ke zamane mein ek ghazwa tha, Ghazwa-e-Tabuk”</w:t>
      </w:r>
    </w:p>
    <w:p>
      <w:r>
        <w:rPr>
          <w:sz w:val="20"/>
        </w:rPr>
        <w:t>24:39  yeh usool dekhiye, Quran se sabit hai. Quran se maloom hota hai ke Rasool Allah ke zamane mein ek tha Ghazwa Tabuk.</w:t>
      </w:r>
      <w:r>
        <w:br/>
      </w:r>
      <w:r>
        <w:rPr>
          <w:sz w:val="20"/>
        </w:rPr>
        <w:t>24:51  Ghazwa ek tha, us Ghazwa Tabuk mein kuch log nahi ja sake. to ek sahabi aaye Rasool Allah ke paas, unhone kaha ke main chalna chahta hoon, lekin mere paas sawari nahi, mere paas koi saman nahi,</w:t>
      </w:r>
      <w:r>
        <w:br/>
      </w:r>
      <w:r>
        <w:rPr>
          <w:sz w:val="20"/>
        </w:rPr>
        <w:t>25:08  to aap mujhe sawari de dijiye, aur saman de dijiye, to main bhi aap ke sath chalna chahta hoon. to Rasool Allah ne farmaya ke main to nahi de sakta, mere paas to yani mazeed sawari nahi hai.</w:t>
      </w:r>
      <w:r>
        <w:br/>
      </w:r>
      <w:r>
        <w:rPr>
          <w:sz w:val="20"/>
        </w:rPr>
        <w:t>25:24  to woh sahabi lote rote hue apne ghar ko, aur ghar par ja kar ke woh dua karne lage un logon ke liye jo Rasool Allah ke sath gaye the.</w:t>
      </w:r>
      <w:r>
        <w:br/>
      </w:r>
      <w:r>
        <w:rPr>
          <w:sz w:val="20"/>
        </w:rPr>
        <w:t>25:36  to Quran mein aur hadith mein yeh bat aai hai ke woh log agarche ghar par the, lekin un ko sawab mil raha tha un logon ka jo Ghazwa mein amalan gaye the.</w:t>
      </w:r>
      <w:r>
        <w:br/>
      </w:r>
      <w:r>
        <w:rPr>
          <w:sz w:val="20"/>
        </w:rPr>
        <w:t>25:48  is ke mani kuch log, kuch logon ne amali Ghazwa kiya, to kuch logon ne spiritual Ghazwa kiya. yani woh hain ghar mein, lekin spiritual taur par woh Ghazwa mein shareek hain, aur is ka sawab un ko mil raha hai.</w:t>
      </w:r>
      <w:r>
        <w:br/>
      </w:r>
      <w:r>
        <w:rPr>
          <w:sz w:val="20"/>
        </w:rPr>
        <w:t>26:06  aise hi, aise hi jo log uzr sharai ki bina par roza na rakh saken, tab bhi un ke liye khushkhabri hai.</w:t>
      </w:r>
      <w:r>
        <w:br/>
      </w:r>
      <w:r>
        <w:rPr>
          <w:sz w:val="20"/>
        </w:rPr>
        <w:t>26:20  yani physical fasting woh nahi kar pa rahe hain, lekin un ko phir bhi mauqa hai ke woh spiritual fasting karen.</w:t>
      </w:r>
      <w:r>
        <w:br/>
      </w:r>
      <w:r>
        <w:rPr>
          <w:sz w:val="20"/>
        </w:rPr>
        <w:t>26:29  yani roze ke bare mein sochen, rozedaron ke liye duayen karen, Quran ka mutala karen, roze ki haqiqaton par yani ghor o fikar karen.</w:t>
      </w:r>
      <w:r>
        <w:br/>
      </w:r>
      <w:r>
        <w:rPr>
          <w:sz w:val="20"/>
        </w:rPr>
        <w:t>26:40  to woh goya spiritual fasting kar rahe honge, to unko wahi sawab milega jo sawab physical fasting karne walon ko mil raha hai.</w:t>
      </w:r>
    </w:p>
    <w:p>
      <w:pPr>
        <w:pStyle w:val="Heading2"/>
      </w:pPr>
      <w:r>
        <w:t>funding the army of hardship at Tabuk</w:t>
      </w:r>
    </w:p>
    <w:p>
      <w:r>
        <w:rPr>
          <w:color w:val="666666"/>
          <w:sz w:val="18"/>
        </w:rPr>
        <w:t>Story of Uthman ibn Affan (ra) -</w:t>
        <w:br/>
        <w:t>Lives of the Sahabah -1 May 21, 2023 · 2m 30s · at 21:53 · https://youtu.be/rO43Eo-WWdY?t=1313</w:t>
      </w:r>
    </w:p>
    <w:p>
      <w:r>
        <w:rPr>
          <w:i/>
        </w:rPr>
        <w:t>“Resources were very limited, and it was the hottest summer”</w:t>
      </w:r>
    </w:p>
    <w:p>
      <w:r>
        <w:rPr>
          <w:sz w:val="20"/>
        </w:rPr>
        <w:t>21:53  hijri profit plund for the tabook expedition.</w:t>
      </w:r>
      <w:r>
        <w:br/>
      </w:r>
      <w:r>
        <w:rPr>
          <w:sz w:val="20"/>
        </w:rPr>
        <w:t>21:56  lekin us time pe resources bohat limited the.</w:t>
      </w:r>
      <w:r>
        <w:br/>
      </w:r>
      <w:r>
        <w:rPr>
          <w:sz w:val="20"/>
        </w:rPr>
        <w:t>22:00  and it was the middle of hot summer.</w:t>
      </w:r>
      <w:r>
        <w:br/>
      </w:r>
      <w:r>
        <w:rPr>
          <w:sz w:val="20"/>
        </w:rPr>
        <w:t>22:04  to unhone call diya logon ko ke donations ke liye.</w:t>
      </w:r>
      <w:r>
        <w:br/>
      </w:r>
      <w:r>
        <w:rPr>
          <w:sz w:val="20"/>
        </w:rPr>
        <w:t>22:08  aur yahan pe phir jaise aapne itne examples bataye hazrat usman ne bohat bada contribution diya.</w:t>
      </w:r>
      <w:r>
        <w:br/>
      </w:r>
      <w:r>
        <w:rPr>
          <w:sz w:val="20"/>
        </w:rPr>
        <w:t>22:12  to main chahunga uske bare mein aap hum sabko batayein. Ji.</w:t>
      </w:r>
      <w:r>
        <w:br/>
      </w:r>
      <w:r>
        <w:rPr>
          <w:sz w:val="20"/>
        </w:rPr>
        <w:t>22:15  asal mein jo tabook ka expedition tha wo bohat difficult Ji.</w:t>
      </w:r>
      <w:r>
        <w:br/>
      </w:r>
      <w:r>
        <w:rPr>
          <w:sz w:val="20"/>
        </w:rPr>
        <w:t>22:19  tha jaise aapne bhi zikr kiya</w:t>
      </w:r>
      <w:r>
        <w:br/>
      </w:r>
      <w:r>
        <w:rPr>
          <w:sz w:val="20"/>
        </w:rPr>
        <w:t>22:23  Jaishul Usra uske liye kaha gaya hai difficult expedition is lihaz se ki wo bahut garmi ka zamana tha aur us waqt yaani halaat bhi aise the kam log bhi the garmi ka zamana tha aur famine ka bhi zamana tha to in sab cheezon ki wajah se bahut hi difficult expedition tha to Rasoolullah ne kaha tha ki who will finance Tabuk expedition will get Jannah okay to Hazrat Us</w:t>
      </w:r>
      <w:r>
        <w:br/>
      </w:r>
      <w:r>
        <w:rPr>
          <w:sz w:val="20"/>
        </w:rPr>
        <w:t>22:53  man khade hue aur kaha ki 100 camels fully equipped from my side ji to phir Rasoolullah ne wahi baat dohrai ji ki kaun help karega Tabuk expedition mein to 100 camels phir kaha kehte gaye 100 karte karte 900 kuch ho gaye ji yaani at the end he gave 940 camels fully equipped and 60 horses fully equipped maashahallah aur he didn't stop there he went to his house and he took all the wealth which he had</w:t>
      </w:r>
      <w:r>
        <w:br/>
      </w:r>
      <w:r>
        <w:rPr>
          <w:sz w:val="20"/>
        </w:rPr>
        <w:t>23:23  z hum taqreeban 1000 gold coins Ji and brought that and put it in front of the profit</w:t>
      </w:r>
      <w:r>
        <w:br/>
      </w:r>
      <w:r>
        <w:rPr>
          <w:sz w:val="20"/>
        </w:rPr>
        <w:t>23:31  Ji and the profit started picking it up and he took flipping it in h fingures and he</w:t>
      </w:r>
      <w:r>
        <w:br/>
      </w:r>
      <w:r>
        <w:rPr>
          <w:sz w:val="20"/>
        </w:rPr>
        <w:t>23:38  said madar ibne affan ma amila yani nothing will harm him what he has done mashallah today to</w:t>
      </w:r>
      <w:r>
        <w:br/>
      </w:r>
      <w:r>
        <w:rPr>
          <w:sz w:val="20"/>
        </w:rPr>
        <w:t>23:46  ye ye bari zabardast yani bohat hi motive</w:t>
      </w:r>
      <w:r>
        <w:br/>
      </w:r>
      <w:r>
        <w:rPr>
          <w:sz w:val="20"/>
        </w:rPr>
        <w:t>23:53  ating example hai Hazrat Usman ki yaani unmatched unheard of generosity jo thi wo bilkul hi alag alag hi level ki thi bilkul bahut hi zabardast ji yakeenan very inspiring doctor sahab hum sab logon ke liye bahut bahut sabak amoz session hai aaj ka doctor sahab Hazrat Usman actually participated in almost all the expeditions lekin battle of Badr ke dauran jo bahut hi</w:t>
      </w:r>
    </w:p>
    <w:p>
      <w:pPr>
        <w:pStyle w:val="Heading2"/>
      </w:pPr>
      <w:r>
        <w:t>Those who couldn't join the march joined through prayer alone</w:t>
      </w:r>
    </w:p>
    <w:p>
      <w:r>
        <w:rPr>
          <w:color w:val="666666"/>
          <w:sz w:val="18"/>
        </w:rPr>
        <w:t>The Man Al-Quran Builds April 2, 2006 Maulana Wahiduddin Khan · 2m 32s · at 33:57 · https://youtu.be/06TQIt_5vlw?t=2037</w:t>
      </w:r>
    </w:p>
    <w:p>
      <w:r>
        <w:rPr>
          <w:i/>
        </w:rPr>
        <w:t>“Kuch log paise na hone ki wajah se Tabuk nahi ja sake”</w:t>
      </w:r>
    </w:p>
    <w:p>
      <w:r>
        <w:rPr>
          <w:sz w:val="20"/>
        </w:rPr>
        <w:t>33:57  dekhiye Sahaba ki ajeeb aik sifat thi</w:t>
      </w:r>
      <w:r>
        <w:br/>
      </w:r>
      <w:r>
        <w:rPr>
          <w:sz w:val="20"/>
        </w:rPr>
        <w:t>34:01  is ko main aik waqia say arz karoon kay Rasool Allah kay zamanay mein aik ghazwa hua Tabuk ghazwa hota hai aik campaign gayi thi us mein koi ladaai nahi hui aik campaign gayi thi Madina say Tabuk ki taraf to yeh garmi ka zamana tha aur is zamanay mein koi regular army nahi hua karti thi regular army nahi hua karti thi balkay log voluntarily apna naam likhwa detay</w:t>
      </w:r>
      <w:r>
        <w:br/>
      </w:r>
      <w:r>
        <w:rPr>
          <w:sz w:val="20"/>
        </w:rPr>
        <w:t>34:30  to jo log jin logon kay paas sawari thi aur rastay kay liye khanay peenay ka saman hota tha unhonay apna naam likhwaya aur wo chalay gaye to kuch log thay jin kay paas paisa nahi tha jin kay paas sawari nahi thi to wo nahi ja sakay</w:t>
      </w:r>
      <w:r>
        <w:br/>
      </w:r>
      <w:r>
        <w:rPr>
          <w:sz w:val="20"/>
        </w:rPr>
        <w:t>34:48  to Rasool Allah Sallallahu Alaihi Wasallam jab aagay barhay to rastay mein aap nay farmaya kay Madinay mein kuch log hain jin kay baray mein aap nay farmaya kay ma salaktum tareeqan wa la qata'tum wadan illa kano ma'akum yani jis tarah tum jo rastay par chal rahay ho aur jo ghaatiyan tay kar rahay ho to wo log tumharay sath sath hain</w:t>
      </w:r>
      <w:r>
        <w:br/>
      </w:r>
      <w:r>
        <w:rPr>
          <w:sz w:val="20"/>
        </w:rPr>
        <w:t>35:15  ab sochiye kay sath sath kaise thay to maloom yeh hua kay jo log nahi aa sakay thay apni duaon kay zariye wo is mein shamil ho gaye</w:t>
      </w:r>
      <w:r>
        <w:br/>
      </w:r>
      <w:r>
        <w:rPr>
          <w:sz w:val="20"/>
        </w:rPr>
        <w:t>35:29  wo log Makkah kay bahar safar kar rahay thay aur yeh Madinay mein Allah taala say dua kar rahay thay kay un kay safar ko kamyab karay is mein aik bohat bari misaal humain milti hai kay hum dua kay zariye bhi kisi kay sath shamil ho saktay hain</w:t>
      </w:r>
      <w:r>
        <w:br/>
      </w:r>
      <w:r>
        <w:rPr>
          <w:sz w:val="20"/>
        </w:rPr>
        <w:t>35:43  aik shakhs koi kaam kar raha hai aap nahi kar pa rahay hain aik shakhs koi sachai ka kaam kar raha hai dawat ka kaam kar raha hai Khuda ka kaam kar raha hai aap kisi wajah say us kay sath shamil nahi ho pa rahay hain tab bhi aap kay liye participation ki aik soorat hai participation ki wo kya us kay liye duaen karain yeh kitna ooncha ideal hai yeh</w:t>
      </w:r>
      <w:r>
        <w:br/>
      </w:r>
      <w:r>
        <w:rPr>
          <w:sz w:val="20"/>
        </w:rPr>
        <w:t>36:13  yani physically aap us ka part nahi hain lekin intellectually aap us ka part ban jatay hain</w:t>
      </w:r>
      <w:r>
        <w:br/>
      </w:r>
      <w:r>
        <w:rPr>
          <w:sz w:val="20"/>
        </w:rPr>
        <w:t>36:21  to aap nay farmaya kay kuch log hain jo Makkah mein hain lekin wo tumharay sath safar kar rahay hain kaise dua kay zariye</w:t>
      </w:r>
    </w:p>
    <w:p>
      <w:pPr>
        <w:pStyle w:val="Heading2"/>
      </w:pPr>
      <w:r>
        <w:t>Prayer equals participation in mission</w:t>
      </w:r>
    </w:p>
    <w:p>
      <w:r>
        <w:rPr>
          <w:color w:val="666666"/>
          <w:sz w:val="18"/>
        </w:rPr>
        <w:t>The Team Spirit (Part 1) Nov 10, 2006 · 3m 07s · at 31:43 · https://youtu.be/2KfMPUzsmTg?t=1903</w:t>
      </w:r>
    </w:p>
    <w:p>
      <w:r>
        <w:rPr>
          <w:i/>
        </w:rPr>
        <w:t>“In the time of the Prophet, an expedition was sent to Tabuk.”</w:t>
      </w:r>
    </w:p>
    <w:p>
      <w:r>
        <w:rPr>
          <w:sz w:val="20"/>
        </w:rPr>
        <w:t>31:43  main aap ko aik waqea arz karoon Islamic history ka. prophet ke zamane mein aik campaign bheji gayi thi Tabuk, us mein 30 thousand log gaye thay.</w:t>
      </w:r>
      <w:r>
        <w:br/>
      </w:r>
      <w:r>
        <w:rPr>
          <w:sz w:val="20"/>
        </w:rPr>
        <w:t>32:01  yani jitne bhi madine mein thay, jo bachon boorhon ko chhod kar, auraton ko chhod kar, yani bachay, boorhay aur auraton ko chhod kar, sab ke sab log gaye thay.</w:t>
      </w:r>
      <w:r>
        <w:br/>
      </w:r>
      <w:r>
        <w:rPr>
          <w:sz w:val="20"/>
        </w:rPr>
        <w:t>32:13  to is mein aik sahib ke baray mein aata hai ke woh nahi aa sake, nahi aa sake is liye ke un ke paas door ka safar tha, aadmi ke paas jane ke liye oont chahiye tha.</w:t>
      </w:r>
      <w:r>
        <w:br/>
      </w:r>
      <w:r>
        <w:rPr>
          <w:sz w:val="20"/>
        </w:rPr>
        <w:t>32:26  wahan par Rasool Allah ke paas log dene ke liye oont nahi hotay thay, paisa bhi nahi hota tha. logon ko khud apni taraf se yeh sab karna tha, un ke paas oont ho ya ghoda ho,</w:t>
      </w:r>
      <w:r>
        <w:br/>
      </w:r>
      <w:r>
        <w:rPr>
          <w:sz w:val="20"/>
        </w:rPr>
        <w:t>32:40  rastay mein khane peene ki khajoor waghera kuch ho. to yeh aadmi ko khud hi karna parta tha. to aik sahib thay, ghareeb thay, un ke paas oont nahi tha, kuch bhi nahi tha.</w:t>
      </w:r>
      <w:r>
        <w:br/>
      </w:r>
      <w:r>
        <w:rPr>
          <w:sz w:val="20"/>
        </w:rPr>
        <w:t>32:55  to Rasool Allah ke paas aaye ke mujhe aap agar oont de dein to main chaloon ga. to Rasool Allah ne kaha bhai mere paas is pe oont to nahi hai. to woh lotay apne ghar ki taraf kis haal mein?</w:t>
      </w:r>
      <w:r>
        <w:br/>
      </w:r>
      <w:r>
        <w:rPr>
          <w:sz w:val="20"/>
        </w:rPr>
        <w:t>33:08  rotay huay, ghar mein dakhil huay to rotay huay,</w:t>
      </w:r>
      <w:r>
        <w:br/>
      </w:r>
      <w:r>
        <w:rPr>
          <w:sz w:val="20"/>
        </w:rPr>
        <w:t>33:17  aur sari raat woh dua karte rahay. yani doosray log jo thay, woh to rawana ho gaye oont ghoday par, yeh aap ke ghar mein baithe huay ro rahay hain aur dua kar rahay hain.</w:t>
      </w:r>
      <w:r>
        <w:br/>
      </w:r>
      <w:r>
        <w:rPr>
          <w:sz w:val="20"/>
        </w:rPr>
        <w:t>33:32  to Rasool Allah ne kaha ke madine mein aisay kuch chand log thay wahan par. to mujhe Rasool Allah ne bataya aik logon ko ke dekho madine mein kuch tumharay saathi hain ke tumharay</w:t>
      </w:r>
      <w:r>
        <w:br/>
      </w:r>
      <w:r>
        <w:rPr>
          <w:sz w:val="20"/>
        </w:rPr>
        <w:t>33:54  jo bhi rasta tum ne tay kiya, jis wadi se jis guzray tum, wahan woh tumharay saath thay kyunke woh tumharay liye dua kar rahay thay.</w:t>
      </w:r>
      <w:r>
        <w:br/>
      </w:r>
      <w:r>
        <w:rPr>
          <w:sz w:val="20"/>
        </w:rPr>
        <w:t>34:09  to yeh bhi mission, mission spirit ki baat hai. aap aik mission mein juray huay hain. kabhi aisa ho sakta hai ke aap khud active part na le sakein, active hissa na le sakein.</w:t>
      </w:r>
      <w:r>
        <w:br/>
      </w:r>
      <w:r>
        <w:rPr>
          <w:sz w:val="20"/>
        </w:rPr>
        <w:t>34:23  lekin doosra aadmi jo active hissa le raha ho, to aap ke liye frustration ki zaroorat nahi hai. aap bhi is mein apna share laga sakte hain is tarah ke aap us ke liye dua karein.</w:t>
      </w:r>
      <w:r>
        <w:br/>
      </w:r>
      <w:r>
        <w:rPr>
          <w:sz w:val="20"/>
        </w:rPr>
        <w:t>34:38  yani is hadith se maloom hota hai ke jo aadmi dil ki beqarari ke sath dua karega, to woh un ka saathi ban jaye ga, Khuda ke haan saathi likh diya jaye ga.</w:t>
      </w:r>
    </w:p>
    <w:p>
      <w:pPr>
        <w:pStyle w:val="Heading2"/>
      </w:pPr>
      <w:r>
        <w:t>Power of prayer in team mission</w:t>
      </w:r>
    </w:p>
    <w:p>
      <w:r>
        <w:rPr>
          <w:color w:val="666666"/>
          <w:sz w:val="18"/>
        </w:rPr>
        <w:t>The Team Spirit (Part 1) Nov 10, 2006 · 3m 33s · at 31:43 · https://youtu.be/2KfMPUzsmTg?t=1903</w:t>
      </w:r>
    </w:p>
    <w:p>
      <w:r>
        <w:rPr>
          <w:i/>
        </w:rPr>
        <w:t>“In the time of the Prophet, an expedition was sent to Tabuk.”</w:t>
      </w:r>
    </w:p>
    <w:p>
      <w:r>
        <w:rPr>
          <w:sz w:val="20"/>
        </w:rPr>
        <w:t>31:43  main aap ko aik waqea arz karoon Islamic history ka. prophet ke zamane mein aik campaign bheji gayi thi Tabuk, us mein 30 thousand log gaye thay.</w:t>
      </w:r>
      <w:r>
        <w:br/>
      </w:r>
      <w:r>
        <w:rPr>
          <w:sz w:val="20"/>
        </w:rPr>
        <w:t>32:01  yani jitne bhi madine mein thay, jo bachon boorhon ko chhod kar, auraton ko chhod kar, yani bachay, boorhay aur auraton ko chhod kar, sab ke sab log gaye thay.</w:t>
      </w:r>
      <w:r>
        <w:br/>
      </w:r>
      <w:r>
        <w:rPr>
          <w:sz w:val="20"/>
        </w:rPr>
        <w:t>32:13  to is mein aik sahib ke baray mein aata hai ke woh nahi aa sake, nahi aa sake is liye ke un ke paas door ka safar tha, aadmi ke paas jane ke liye oont chahiye tha.</w:t>
      </w:r>
      <w:r>
        <w:br/>
      </w:r>
      <w:r>
        <w:rPr>
          <w:sz w:val="20"/>
        </w:rPr>
        <w:t>32:26  wahan par Rasool Allah ke paas log dene ke liye oont nahi hotay thay, paisa bhi nahi hota tha. logon ko khud apni taraf se yeh sab karna tha, un ke paas oont ho ya ghoda ho,</w:t>
      </w:r>
      <w:r>
        <w:br/>
      </w:r>
      <w:r>
        <w:rPr>
          <w:sz w:val="20"/>
        </w:rPr>
        <w:t>32:40  rastay mein khane peene ki khajoor waghera kuch ho. to yeh aadmi ko khud hi karna parta tha. to aik sahib thay, ghareeb thay, un ke paas oont nahi tha, kuch bhi nahi tha.</w:t>
      </w:r>
      <w:r>
        <w:br/>
      </w:r>
      <w:r>
        <w:rPr>
          <w:sz w:val="20"/>
        </w:rPr>
        <w:t>32:55  to Rasool Allah ke paas aaye ke mujhe aap agar oont de dein to main chaloon ga. to Rasool Allah ne kaha bhai mere paas is pe oont to nahi hai. to woh lotay apne ghar ki taraf kis haal mein?</w:t>
      </w:r>
      <w:r>
        <w:br/>
      </w:r>
      <w:r>
        <w:rPr>
          <w:sz w:val="20"/>
        </w:rPr>
        <w:t>33:08  rotay huay, ghar mein dakhil huay to rotay huay,</w:t>
      </w:r>
      <w:r>
        <w:br/>
      </w:r>
      <w:r>
        <w:rPr>
          <w:sz w:val="20"/>
        </w:rPr>
        <w:t>33:17  aur sari raat woh dua karte rahay. yani doosray log jo thay, woh to rawana ho gaye oont ghoday par, yeh aap ke ghar mein baithe huay ro rahay hain aur dua kar rahay hain.</w:t>
      </w:r>
      <w:r>
        <w:br/>
      </w:r>
      <w:r>
        <w:rPr>
          <w:sz w:val="20"/>
        </w:rPr>
        <w:t>33:32  to Rasool Allah ne kaha ke madine mein aisay kuch chand log thay wahan par. to mujhe Rasool Allah ne bataya aik logon ko ke dekho madine mein kuch tumharay saathi hain ke tumharay</w:t>
      </w:r>
      <w:r>
        <w:br/>
      </w:r>
      <w:r>
        <w:rPr>
          <w:sz w:val="20"/>
        </w:rPr>
        <w:t>33:54  jo bhi rasta tum ne tay kiya, jis wadi se jis guzray tum, wahan woh tumharay saath thay kyunke woh tumharay liye dua kar rahay thay.</w:t>
      </w:r>
      <w:r>
        <w:br/>
      </w:r>
      <w:r>
        <w:rPr>
          <w:sz w:val="20"/>
        </w:rPr>
        <w:t>34:09  to yeh bhi mission, mission spirit ki baat hai. aap aik mission mein juray huay hain. kabhi aisa ho sakta hai ke aap khud active part na le sakein, active hissa na le sakein.</w:t>
      </w:r>
      <w:r>
        <w:br/>
      </w:r>
      <w:r>
        <w:rPr>
          <w:sz w:val="20"/>
        </w:rPr>
        <w:t>34:23  lekin doosra aadmi jo active hissa le raha ho, to aap ke liye frustration ki zaroorat nahi hai. aap bhi is mein apna share laga sakte hain is tarah ke aap us ke liye dua karein.</w:t>
      </w:r>
      <w:r>
        <w:br/>
      </w:r>
      <w:r>
        <w:rPr>
          <w:sz w:val="20"/>
        </w:rPr>
        <w:t>34:38  yani is hadith se maloom hota hai ke jo aadmi dil ki beqarari ke sath dua karega, to woh un ka saathi ban jaye ga, Khuda ke haan saathi likh diya jaye ga.</w:t>
      </w:r>
      <w:r>
        <w:br/>
      </w:r>
      <w:r>
        <w:rPr>
          <w:sz w:val="20"/>
        </w:rPr>
        <w:t>34:51  to hadith mein aaye ga agarche woh tumharay sath nahi thay, lekin Khuda ke haan woh saathi likh diye gaye kyunke dil ke sath tumharay sath thay, tumharay liye duaen kar rahay thay, tumharay liye tarp rahay thay.</w:t>
      </w:r>
      <w:r>
        <w:br/>
      </w:r>
      <w:r>
        <w:rPr>
          <w:sz w:val="20"/>
        </w:rPr>
        <w:t>35:08  to is mein hamare liye aik bohat bari good tidings hai</w:t>
      </w:r>
    </w:p>
    <w:p>
      <w:pPr>
        <w:pStyle w:val="Heading2"/>
      </w:pPr>
      <w:r>
        <w:t>Jihad after jihad from Tabuk to self-discipline</w:t>
      </w:r>
    </w:p>
    <w:p>
      <w:r>
        <w:rPr>
          <w:color w:val="666666"/>
          <w:sz w:val="18"/>
        </w:rPr>
        <w:t>Ibadat More Than Rituals December 24, 2007 Maulana Wahiduddin Khan · 4m 45s · at 26:48 · https://youtu.be/mlWHX-zaNg8?t=1608</w:t>
      </w:r>
    </w:p>
    <w:p>
      <w:r>
        <w:rPr>
          <w:i/>
        </w:rPr>
        <w:t>“Dekhiye main ek hadees sunata hoon”</w:t>
      </w:r>
    </w:p>
    <w:p>
      <w:r>
        <w:rPr>
          <w:sz w:val="20"/>
        </w:rPr>
        <w:t>26:48  is hadith ka agar title dena ho toh dena hoga jihad after jihad</w:t>
      </w:r>
      <w:r>
        <w:br/>
      </w:r>
      <w:r>
        <w:rPr>
          <w:sz w:val="20"/>
        </w:rPr>
        <w:t>26:55  jihad ke baad jihad</w:t>
      </w:r>
      <w:r>
        <w:br/>
      </w:r>
      <w:r>
        <w:rPr>
          <w:sz w:val="20"/>
        </w:rPr>
        <w:t>26:58  jihad after jihad rasool Allah salallaho alaihi wasallam ek bar ek ghazwa par gaye is ko kehte</w:t>
      </w:r>
      <w:r>
        <w:br/>
      </w:r>
      <w:r>
        <w:rPr>
          <w:sz w:val="20"/>
        </w:rPr>
        <w:t>27:06  hain ghazwa tabuk</w:t>
      </w:r>
      <w:r>
        <w:br/>
      </w:r>
      <w:r>
        <w:rPr>
          <w:sz w:val="20"/>
        </w:rPr>
        <w:t>27:08  yeh ghazwa jo hai woh kya cheez hai woh self dism self defence ke liye tha woh</w:t>
      </w:r>
      <w:r>
        <w:br/>
      </w:r>
      <w:r>
        <w:rPr>
          <w:sz w:val="20"/>
        </w:rPr>
        <w:t>27:15  agarche jang toh chand hi bar hui lekin jab sunte the aap ke koi</w:t>
      </w:r>
      <w:r>
        <w:br/>
      </w:r>
      <w:r>
        <w:rPr>
          <w:sz w:val="20"/>
        </w:rPr>
        <w:t>27:22  advance kar raha hai madine ki taraf toh aap aage badhte the toh kabhi is ki armies hoti</w:t>
      </w:r>
      <w:r>
        <w:br/>
      </w:r>
      <w:r>
        <w:rPr>
          <w:sz w:val="20"/>
        </w:rPr>
        <w:t>27:26  thin kabhi woh log bhag jate the toh is ko ghazwa kehte hain toh is tarah ka ek</w:t>
      </w:r>
      <w:r>
        <w:br/>
      </w:r>
      <w:r>
        <w:rPr>
          <w:sz w:val="20"/>
        </w:rPr>
        <w:t>27:33  khabar mili</w:t>
      </w:r>
      <w:r>
        <w:br/>
      </w:r>
      <w:r>
        <w:rPr>
          <w:sz w:val="20"/>
        </w:rPr>
        <w:t>27:34  aap ko keh kuch log wahan ekatha ho rahe hain madina par hamla karne ke liye madina par</w:t>
      </w:r>
      <w:r>
        <w:br/>
      </w:r>
      <w:r>
        <w:rPr>
          <w:sz w:val="20"/>
        </w:rPr>
        <w:t>27:39  attack karne ke liye to madina se nikle aap</w:t>
      </w:r>
      <w:r>
        <w:br/>
      </w:r>
      <w:r>
        <w:rPr>
          <w:sz w:val="20"/>
        </w:rPr>
        <w:t>27:44  apne sathiyon ko le kar</w:t>
      </w:r>
      <w:r>
        <w:br/>
      </w:r>
      <w:r>
        <w:rPr>
          <w:sz w:val="20"/>
        </w:rPr>
        <w:t>27:47  tabuk tak gaye</w:t>
      </w:r>
      <w:r>
        <w:br/>
      </w:r>
      <w:r>
        <w:rPr>
          <w:sz w:val="20"/>
        </w:rPr>
        <w:t>27:50  wahan par agarchay koi larai nahi hui woh log peechay hatt gaye</w:t>
      </w:r>
      <w:r>
        <w:br/>
      </w:r>
      <w:r>
        <w:rPr>
          <w:sz w:val="20"/>
        </w:rPr>
        <w:t>27:55  lekin behal aik ghazwa kaha jata hai ghazwa tabuk is ko</w:t>
      </w:r>
      <w:r>
        <w:br/>
      </w:r>
      <w:r>
        <w:rPr>
          <w:sz w:val="20"/>
        </w:rPr>
        <w:t>28:02  to yeh goya aik jihad ka waqia tha phir jab wapas aaye wahan se aap jab madina aap</w:t>
      </w:r>
      <w:r>
        <w:br/>
      </w:r>
      <w:r>
        <w:rPr>
          <w:sz w:val="20"/>
        </w:rPr>
        <w:t>28:08  pehanchay to aap ne farmaya keh</w:t>
      </w:r>
      <w:r>
        <w:br/>
      </w:r>
      <w:r>
        <w:rPr>
          <w:sz w:val="20"/>
        </w:rPr>
        <w:t>28:13  rajana min al jahad al asghar il al jahad al akbar</w:t>
      </w:r>
      <w:r>
        <w:br/>
      </w:r>
      <w:r>
        <w:rPr>
          <w:sz w:val="20"/>
        </w:rPr>
        <w:t>28:20  hum</w:t>
      </w:r>
      <w:r>
        <w:br/>
      </w:r>
      <w:r>
        <w:rPr>
          <w:sz w:val="20"/>
        </w:rPr>
        <w:t>28:21  chotay jahaz se lot kar baray jahaz ki taraf aaye hain</w:t>
      </w:r>
      <w:r>
        <w:br/>
      </w:r>
      <w:r>
        <w:rPr>
          <w:sz w:val="20"/>
        </w:rPr>
        <w:t>28:27  iska matlab kya tha wahan enemy se fight karna tha yahan apne aap se fight karna hai</w:t>
      </w:r>
      <w:r>
        <w:br/>
      </w:r>
      <w:r>
        <w:rPr>
          <w:sz w:val="20"/>
        </w:rPr>
        <w:t>28:36  yani main enemy se fight karne ke liye hum aagay gaye thay wahan</w:t>
      </w:r>
      <w:r>
        <w:br/>
      </w:r>
      <w:r>
        <w:rPr>
          <w:sz w:val="20"/>
        </w:rPr>
        <w:t>28:42  ab lotay hain apne apne shehar mein madine mein apne gharon mein ab self fighting ka daur shuru</w:t>
      </w:r>
      <w:r>
        <w:br/>
      </w:r>
      <w:r>
        <w:rPr>
          <w:sz w:val="20"/>
        </w:rPr>
        <w:t>28:48  ho gaya apne se larna</w:t>
      </w:r>
      <w:r>
        <w:br/>
      </w:r>
      <w:r>
        <w:rPr>
          <w:sz w:val="20"/>
        </w:rPr>
        <w:t>28:53  to aap ne farmaya keh rajana min al jahad al asghar al jahad al akbar yani ab jihad after jihad ki baat</w:t>
      </w:r>
      <w:r>
        <w:br/>
      </w:r>
      <w:r>
        <w:rPr>
          <w:sz w:val="20"/>
        </w:rPr>
        <w:t>29:00  samnay agai woh jihad tha doosron ke khilaf ab jihad apne hi se jihad karna hai</w:t>
      </w:r>
      <w:r>
        <w:br/>
      </w:r>
      <w:r>
        <w:rPr>
          <w:sz w:val="20"/>
        </w:rPr>
        <w:t>29:09  isi</w:t>
      </w:r>
      <w:r>
        <w:br/>
      </w:r>
      <w:r>
        <w:rPr>
          <w:sz w:val="20"/>
        </w:rPr>
        <w:t>29:09  liye hadith mein aata hai keh al mujahid man jahad nafsahu fi ta'at Allah</w:t>
      </w:r>
      <w:r>
        <w:br/>
      </w:r>
      <w:r>
        <w:rPr>
          <w:sz w:val="20"/>
        </w:rPr>
        <w:t>29:16  mujahid woh hai jo Allah ke hukumon ko follow karne ke liye apne aap se laday</w:t>
      </w:r>
      <w:r>
        <w:br/>
      </w:r>
      <w:r>
        <w:rPr>
          <w:sz w:val="20"/>
        </w:rPr>
        <w:t>29:23  kyun ke dekhiye hota kya hai hamare andar ego hai hamare andar</w:t>
      </w:r>
      <w:r>
        <w:br/>
      </w:r>
      <w:r>
        <w:rPr>
          <w:sz w:val="20"/>
        </w:rPr>
        <w:t>29:31  interest ki feeling hai hamare andar revenge ki feeling hai</w:t>
      </w:r>
      <w:r>
        <w:br/>
      </w:r>
      <w:r>
        <w:rPr>
          <w:sz w:val="20"/>
        </w:rPr>
        <w:t>29:37  hum koi provoke karta hai to hum provoke ho jatay hain negative thought aa jatay hain yeh sab</w:t>
      </w:r>
      <w:r>
        <w:br/>
      </w:r>
      <w:r>
        <w:rPr>
          <w:sz w:val="20"/>
        </w:rPr>
        <w:t>29:41  hamare andar hai by nature</w:t>
      </w:r>
      <w:r>
        <w:br/>
      </w:r>
      <w:r>
        <w:rPr>
          <w:sz w:val="20"/>
        </w:rPr>
        <w:t>29:46  to test kiya hai test yeh hai ke is ko hum control kar ke rahen</w:t>
      </w:r>
      <w:r>
        <w:br/>
      </w:r>
      <w:r>
        <w:rPr>
          <w:sz w:val="20"/>
        </w:rPr>
        <w:t>29:50  test yahi hai is ko hum control kar ke rahen</w:t>
      </w:r>
      <w:r>
        <w:br/>
      </w:r>
      <w:r>
        <w:rPr>
          <w:sz w:val="20"/>
        </w:rPr>
        <w:t>29:58  yeh hai goya ke jihad after jihad hajj after hajj ibadat after ibadat</w:t>
      </w:r>
      <w:r>
        <w:br/>
      </w:r>
      <w:r>
        <w:rPr>
          <w:sz w:val="20"/>
        </w:rPr>
        <w:t>30:06  ritual ke roop mein aap ne kuch kiya</w:t>
      </w:r>
      <w:r>
        <w:br/>
      </w:r>
      <w:r>
        <w:rPr>
          <w:sz w:val="20"/>
        </w:rPr>
        <w:t>30:10  woh thori der ke liye tha ab jo aap zindagi mein lote</w:t>
      </w:r>
      <w:r>
        <w:br/>
      </w:r>
      <w:r>
        <w:rPr>
          <w:sz w:val="20"/>
        </w:rPr>
        <w:t>30:15  to woh sare</w:t>
      </w:r>
      <w:r>
        <w:br/>
      </w:r>
      <w:r>
        <w:rPr>
          <w:sz w:val="20"/>
        </w:rPr>
        <w:t>30:17  kaam samne aa gaye kabhi koi aap ko provoke karega kabhi aap par koi attack karega kabhi</w:t>
      </w:r>
      <w:r>
        <w:br/>
      </w:r>
      <w:r>
        <w:rPr>
          <w:sz w:val="20"/>
        </w:rPr>
        <w:t>30:24  aap ko koi bura bata dega kabhi aap ko koi gaali dega kabhi koi nuqsan pohancha</w:t>
      </w:r>
      <w:r>
        <w:br/>
      </w:r>
      <w:r>
        <w:rPr>
          <w:sz w:val="20"/>
        </w:rPr>
        <w:t>30:29  dega kabhi aap koi aap ke ego ko touch karega yeh sab baatein pesh aayengi</w:t>
      </w:r>
      <w:r>
        <w:br/>
      </w:r>
      <w:r>
        <w:rPr>
          <w:sz w:val="20"/>
        </w:rPr>
        <w:t>30:36  to kya karna hai wahan yahan par jo hai</w:t>
      </w:r>
      <w:r>
        <w:br/>
      </w:r>
      <w:r>
        <w:rPr>
          <w:sz w:val="20"/>
        </w:rPr>
        <w:t>30:40  aap ko is is spirit ko translate</w:t>
      </w:r>
      <w:r>
        <w:br/>
      </w:r>
      <w:r>
        <w:rPr>
          <w:sz w:val="20"/>
        </w:rPr>
        <w:t>30:43  karna hai apni life mein ke koi provoke kare tab bhi aap provoke na hon ke koi ghussa dilaye tab bhi aap ghussa na hon koi aisi baat kare jis se aap ke andar revenge ki bhavna jaage tab bhi aap revenge ko khatm kar dein apne andar revenge ke jazbe ko</w:t>
      </w:r>
      <w:r>
        <w:br/>
      </w:r>
      <w:r>
        <w:rPr>
          <w:sz w:val="20"/>
        </w:rPr>
        <w:t>31:09  to apne aap ko self discipline mein rakhna apne aap ko self control mein rakhna yeh hai ibadat ke baad ki ibadat ibadat after ibadat ibadat ke waqt aap ne kuch rituals ko pura kiya tha to rituals kya the wo wo yani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