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Search: The Battle of Uhud</w:t>
      </w:r>
    </w:p>
    <w:p>
      <w:r>
        <w:rPr>
          <w:sz w:val="18"/>
        </w:rPr>
        <w:t>Q&amp;A, lecture moments and clips · full transcripts with timestamps · exported 2026-09-21</w:t>
      </w:r>
    </w:p>
    <w:p>
      <w:pPr>
        <w:pStyle w:val="Heading1"/>
      </w:pPr>
      <w:r>
        <w:t>Maulana was asked (0)</w:t>
      </w:r>
    </w:p>
    <w:p>
      <w:pPr>
        <w:pStyle w:val="Heading1"/>
      </w:pPr>
      <w:r>
        <w:t>In the lectures (4)</w:t>
      </w:r>
    </w:p>
    <w:p>
      <w:pPr>
        <w:pStyle w:val="Heading2"/>
      </w:pPr>
      <w:r>
        <w:t>The Life of The Prophet | July 31, 2007</w:t>
      </w:r>
    </w:p>
    <w:p>
      <w:r>
        <w:rPr>
          <w:color w:val="666666"/>
          <w:sz w:val="18"/>
        </w:rPr>
        <w:t>30:00 · https://youtu.be/IY9aEQThos0?t=1800</w:t>
      </w:r>
    </w:p>
    <w:p>
      <w:r>
        <w:rPr>
          <w:i/>
        </w:rPr>
        <w:t>“attack Madinah no less than 83 times, but the Prophet of Islam also avoided, avoided, avoided. Only there were only three wars: the Battle of Badr, the Battle of Uhud, and the Battle of Hunayn. Other than three wars, there were no wars between the Prophet of Islam and”</w:t>
      </w:r>
    </w:p>
    <w:p>
      <w:pPr>
        <w:pStyle w:val="Heading2"/>
      </w:pPr>
      <w:r>
        <w:t>The Concept of Justice in Islam May 03, 2007</w:t>
      </w:r>
    </w:p>
    <w:p>
      <w:r>
        <w:rPr>
          <w:color w:val="666666"/>
          <w:sz w:val="18"/>
        </w:rPr>
        <w:t>22:05 · https://youtu.be/DY5SY8H554c?t=1325</w:t>
      </w:r>
    </w:p>
    <w:p>
      <w:r>
        <w:rPr>
          <w:i/>
        </w:rPr>
        <w:t>“Some battle. Like the Battle of Badr, Battle of Uhud.”</w:t>
      </w:r>
    </w:p>
    <w:p>
      <w:pPr>
        <w:pStyle w:val="Heading2"/>
      </w:pPr>
      <w:r>
        <w:t>Islam and Terrorism | August 2, 2007</w:t>
      </w:r>
    </w:p>
    <w:p>
      <w:r>
        <w:rPr>
          <w:color w:val="666666"/>
          <w:sz w:val="18"/>
        </w:rPr>
        <w:t>42:10 · https://youtu.be/Wmq-s9wzeBk?t=2530</w:t>
      </w:r>
    </w:p>
    <w:p>
      <w:r>
        <w:rPr>
          <w:i/>
        </w:rPr>
        <w:t>“the Prophet of Islam, you will find that when the Prophet migrated from Makkah to Madinah, so the Makkah people or Quraysh became angry. They wanted to kill the Prophet of Islam. They attacked Madinah. So there were some defensive battles like the Battle of Badr, the Battle of Uh”</w:t>
      </w:r>
    </w:p>
    <w:p>
      <w:pPr>
        <w:pStyle w:val="Heading2"/>
      </w:pPr>
      <w:r>
        <w:t>From Anger to Awareness A Journey with Maulana Wahiduddin Khan</w:t>
      </w:r>
    </w:p>
    <w:p>
      <w:r>
        <w:rPr>
          <w:color w:val="666666"/>
          <w:sz w:val="18"/>
        </w:rPr>
        <w:t>29:32 · https://youtu.be/EmHNgq0Iq1w?t=1772</w:t>
      </w:r>
    </w:p>
    <w:p>
      <w:r>
        <w:rPr>
          <w:i/>
        </w:rPr>
        <w:t>“The Prophet didn't say the Battle of Badr or the Battle of Uhud. He said the hardest day for me was the day of Taif.”</w:t>
      </w:r>
    </w:p>
    <w:p>
      <w:pPr>
        <w:pStyle w:val="Heading1"/>
      </w:pPr>
      <w:r>
        <w:t>Clips (4)</w:t>
      </w:r>
    </w:p>
    <w:p>
      <w:pPr>
        <w:pStyle w:val="Heading2"/>
      </w:pPr>
      <w:r>
        <w:t>Avoidance as defense concept</w:t>
      </w:r>
    </w:p>
    <w:p>
      <w:r>
        <w:rPr>
          <w:color w:val="666666"/>
          <w:sz w:val="18"/>
        </w:rPr>
        <w:t>The Life of The Prophet | July 31, 2007 · 1m 33s · at 29:27 · https://youtu.be/IY9aEQThos0?t=1767</w:t>
      </w:r>
    </w:p>
    <w:p>
      <w:r>
        <w:rPr>
          <w:i/>
        </w:rPr>
        <w:t>“Then also he adopted a very unique formula, that is, avoidance”</w:t>
      </w:r>
    </w:p>
    <w:p>
      <w:r>
        <w:rPr>
          <w:sz w:val="20"/>
        </w:rPr>
        <w:t>29:27  It is haram in Islam.</w:t>
      </w:r>
      <w:r>
        <w:br/>
      </w:r>
      <w:r>
        <w:rPr>
          <w:sz w:val="20"/>
        </w:rPr>
        <w:t>29:35  So this was also a very important example set by the Prophet of Islam.</w:t>
      </w:r>
      <w:r>
        <w:br/>
      </w:r>
      <w:r>
        <w:rPr>
          <w:sz w:val="20"/>
        </w:rPr>
        <w:t>29:43  Then also he adopted a very unique formula, that is, avoidance.</w:t>
      </w:r>
      <w:r>
        <w:br/>
      </w:r>
      <w:r>
        <w:rPr>
          <w:sz w:val="20"/>
        </w:rPr>
        <w:t>29:51  According to the record, the Makkan people tried to</w:t>
      </w:r>
      <w:r>
        <w:br/>
      </w:r>
      <w:r>
        <w:rPr>
          <w:sz w:val="20"/>
        </w:rPr>
        <w:t>30:00  attack Madinah no less than 83 times, but the Prophet of Islam also avoided, avoided, avoided.</w:t>
      </w:r>
      <w:r>
        <w:br/>
      </w:r>
      <w:r>
        <w:rPr>
          <w:sz w:val="20"/>
        </w:rPr>
        <w:t>30:10  Only there were only three wars: the Battle of Badr, the Battle of Uhud, and the Battle of Hunayn.</w:t>
      </w:r>
      <w:r>
        <w:br/>
      </w:r>
      <w:r>
        <w:rPr>
          <w:sz w:val="20"/>
        </w:rPr>
        <w:t>30:20  Other than three wars, there were no wars between the Prophet of Islam and</w:t>
      </w:r>
      <w:r>
        <w:br/>
      </w:r>
      <w:r>
        <w:rPr>
          <w:sz w:val="20"/>
        </w:rPr>
        <w:t>30:30  Quraish.</w:t>
      </w:r>
      <w:r>
        <w:br/>
      </w:r>
      <w:r>
        <w:rPr>
          <w:sz w:val="20"/>
        </w:rPr>
        <w:t>30:35  So avoidance is also a way of defense.</w:t>
      </w:r>
      <w:r>
        <w:br/>
      </w:r>
      <w:r>
        <w:rPr>
          <w:sz w:val="20"/>
        </w:rPr>
        <w:t>30:40  This is a unique concept given by the Prophet of Islam.</w:t>
      </w:r>
      <w:r>
        <w:br/>
      </w:r>
      <w:r>
        <w:rPr>
          <w:sz w:val="20"/>
        </w:rPr>
        <w:t>30:45  If there is an attack, if there is aggression, then first of all you have to avoid war.</w:t>
      </w:r>
      <w:r>
        <w:br/>
      </w:r>
      <w:r>
        <w:rPr>
          <w:sz w:val="20"/>
        </w:rPr>
        <w:t>30:50  Avoidance is also a way of defense.</w:t>
      </w:r>
      <w:r>
        <w:br/>
      </w:r>
      <w:r>
        <w:rPr>
          <w:sz w:val="20"/>
        </w:rPr>
        <w:t>30:55  It is a unique concep</w:t>
      </w:r>
    </w:p>
    <w:p>
      <w:pPr>
        <w:pStyle w:val="Heading2"/>
      </w:pPr>
      <w:r>
        <w:t>Prophet's delinking policy from birth to Hudaybiyah</w:t>
      </w:r>
    </w:p>
    <w:p>
      <w:r>
        <w:rPr>
          <w:color w:val="666666"/>
          <w:sz w:val="18"/>
        </w:rPr>
        <w:t>The Concept of Justice in Islam May 03, 2007 · 5m 50s · at 18:13 · https://youtu.be/DY5SY8H554c?t=1093</w:t>
      </w:r>
    </w:p>
    <w:p>
      <w:r>
        <w:rPr>
          <w:i/>
        </w:rPr>
        <w:t>“The Prophet of Islam was born in Mecca.”</w:t>
      </w:r>
    </w:p>
    <w:p>
      <w:r>
        <w:rPr>
          <w:sz w:val="20"/>
        </w:rPr>
        <w:t>18:13  You know, the Prophet of Islam was born in Mecca. He started his mission in Mecca.</w:t>
      </w:r>
      <w:r>
        <w:br/>
      </w:r>
      <w:r>
        <w:rPr>
          <w:sz w:val="20"/>
        </w:rPr>
        <w:t>18:24  Then in 622, he migrated from Mecca to Madinah.</w:t>
      </w:r>
      <w:r>
        <w:br/>
      </w:r>
      <w:r>
        <w:rPr>
          <w:sz w:val="20"/>
        </w:rPr>
        <w:t>18:37  This was not justice for him.</w:t>
      </w:r>
      <w:r>
        <w:br/>
      </w:r>
      <w:r>
        <w:rPr>
          <w:sz w:val="20"/>
        </w:rPr>
        <w:t>18:40  Mecca was his hometown. Mecca was his hometown. So it was hisright to live in Mecca.</w:t>
      </w:r>
      <w:r>
        <w:br/>
      </w:r>
      <w:r>
        <w:rPr>
          <w:sz w:val="20"/>
        </w:rPr>
        <w:t>18:57  To live in Mecca. But Meccan people, namely Quraysh,</w:t>
      </w:r>
      <w:r>
        <w:br/>
      </w:r>
      <w:r>
        <w:rPr>
          <w:sz w:val="20"/>
        </w:rPr>
        <w:t>19:10  wanted to Quraysh</w:t>
      </w:r>
      <w:r>
        <w:br/>
      </w:r>
      <w:r>
        <w:rPr>
          <w:sz w:val="20"/>
        </w:rPr>
        <w:t>19:18  became hostile to his mission.</w:t>
      </w:r>
      <w:r>
        <w:br/>
      </w:r>
      <w:r>
        <w:rPr>
          <w:sz w:val="20"/>
        </w:rPr>
        <w:t>19:23  They</w:t>
      </w:r>
      <w:r>
        <w:br/>
      </w:r>
      <w:r>
        <w:rPr>
          <w:sz w:val="20"/>
        </w:rPr>
        <w:t>19:33  became enemies of his mission. So under compulsion, under compulsion, he migrated from Mecca.</w:t>
      </w:r>
      <w:r>
        <w:br/>
      </w:r>
      <w:r>
        <w:rPr>
          <w:sz w:val="20"/>
        </w:rPr>
        <w:t>19:45  So it was injustice. Injustice. But he never said that it is injustice. He silently migrated from Mecca to Madinah.</w:t>
      </w:r>
      <w:r>
        <w:br/>
      </w:r>
      <w:r>
        <w:rPr>
          <w:sz w:val="20"/>
        </w:rPr>
        <w:t>19:58  Silently, without any protest, without any complaint.</w:t>
      </w:r>
      <w:r>
        <w:br/>
      </w:r>
      <w:r>
        <w:rPr>
          <w:sz w:val="20"/>
        </w:rPr>
        <w:t>20:05  Also, it was against his rights, against the principle of justice. And then when he reached Madinah, he never complained.</w:t>
      </w:r>
      <w:r>
        <w:br/>
      </w:r>
      <w:r>
        <w:rPr>
          <w:sz w:val="20"/>
        </w:rPr>
        <w:t>20:21  He never uttered a single word against Quraysh</w:t>
      </w:r>
      <w:r>
        <w:br/>
      </w:r>
      <w:r>
        <w:rPr>
          <w:sz w:val="20"/>
        </w:rPr>
        <w:t>20:26  that they committed injustice. Never, never, never. So the Prophet never bracketed the question of justice with migration.</w:t>
      </w:r>
      <w:r>
        <w:br/>
      </w:r>
      <w:r>
        <w:rPr>
          <w:sz w:val="20"/>
        </w:rPr>
        <w:t>20:45  Why?</w:t>
      </w:r>
      <w:r>
        <w:br/>
      </w:r>
      <w:r>
        <w:rPr>
          <w:sz w:val="20"/>
        </w:rPr>
        <w:t>20:48  The Prophet only saw that in Madinah, there are some opportunities which are not available in Mecca.</w:t>
      </w:r>
      <w:r>
        <w:br/>
      </w:r>
      <w:r>
        <w:rPr>
          <w:sz w:val="20"/>
        </w:rPr>
        <w:t>21:01  So although it was injustice, although it was against all the principles of justice, but without complaining, without protesting, he saw the opportunities.</w:t>
      </w:r>
      <w:r>
        <w:br/>
      </w:r>
      <w:r>
        <w:rPr>
          <w:sz w:val="20"/>
        </w:rPr>
        <w:t>21:18  He saw the opportunities that were available in Madinah. So he migrated and tried to avail all those opportunities.</w:t>
      </w:r>
      <w:r>
        <w:br/>
      </w:r>
      <w:r>
        <w:rPr>
          <w:sz w:val="20"/>
        </w:rPr>
        <w:t>21:29  This was a prophetic principle. Then the other example is that after migration, that is Hijrah, Quraysh</w:t>
      </w:r>
      <w:r>
        <w:br/>
      </w:r>
      <w:r>
        <w:rPr>
          <w:sz w:val="20"/>
        </w:rPr>
        <w:t>21:46  organized some attacks.</w:t>
      </w:r>
      <w:r>
        <w:br/>
      </w:r>
      <w:r>
        <w:rPr>
          <w:sz w:val="20"/>
        </w:rPr>
        <w:t>21:51  They</w:t>
      </w:r>
      <w:r>
        <w:br/>
      </w:r>
      <w:r>
        <w:rPr>
          <w:sz w:val="20"/>
        </w:rPr>
        <w:t>21:57  attacked Mecca. They showed aggression. There was some battle.</w:t>
      </w:r>
      <w:r>
        <w:br/>
      </w:r>
      <w:r>
        <w:rPr>
          <w:sz w:val="20"/>
        </w:rPr>
        <w:t>22:05  Some battle. Like the Battle of Badr, Battle of Uhud.</w:t>
      </w:r>
      <w:r>
        <w:br/>
      </w:r>
      <w:r>
        <w:rPr>
          <w:sz w:val="20"/>
        </w:rPr>
        <w:t>22:12  So he wanted to make a settlement between himself and Quraysh.</w:t>
      </w:r>
      <w:r>
        <w:br/>
      </w:r>
      <w:r>
        <w:rPr>
          <w:sz w:val="20"/>
        </w:rPr>
        <w:t>22:23  There was a negotiation at Hudaybiyah. Hudaybiyah. So during these negotiations,</w:t>
      </w:r>
      <w:r>
        <w:br/>
      </w:r>
      <w:r>
        <w:rPr>
          <w:sz w:val="20"/>
        </w:rPr>
        <w:t>22:37  the Prophet finalized an agreement. In this agreement, all the justice, all the principles of justice were denied.</w:t>
      </w:r>
      <w:r>
        <w:br/>
      </w:r>
      <w:r>
        <w:rPr>
          <w:sz w:val="20"/>
        </w:rPr>
        <w:t>22:51  You can see the provisions attached to the Hudaybiyah agreement that it was completely injustice.</w:t>
      </w:r>
      <w:r>
        <w:br/>
      </w:r>
      <w:r>
        <w:rPr>
          <w:sz w:val="20"/>
        </w:rPr>
        <w:t>23:03  All the principles of justice were denied in this agreement.</w:t>
      </w:r>
      <w:r>
        <w:br/>
      </w:r>
      <w:r>
        <w:rPr>
          <w:sz w:val="20"/>
        </w:rPr>
        <w:t>23:08  It was finalized on unilateral conditions.</w:t>
      </w:r>
      <w:r>
        <w:br/>
      </w:r>
      <w:r>
        <w:rPr>
          <w:sz w:val="20"/>
        </w:rPr>
        <w:t>23:17  Unilateral conditions. No condition of the Prophet was met in this agreement except peace</w:t>
      </w:r>
      <w:r>
        <w:br/>
      </w:r>
      <w:r>
        <w:rPr>
          <w:sz w:val="20"/>
        </w:rPr>
        <w:t>23:31  . So here the Prophet achieved peace without justice.</w:t>
      </w:r>
      <w:r>
        <w:br/>
      </w:r>
      <w:r>
        <w:rPr>
          <w:sz w:val="20"/>
        </w:rPr>
        <w:t>23:41  Here he detached the question of peace with the question of justice.</w:t>
      </w:r>
      <w:r>
        <w:br/>
      </w:r>
      <w:r>
        <w:rPr>
          <w:sz w:val="20"/>
        </w:rPr>
        <w:t>23:49  In the Hudaybiyah agreement, the Hudaybiyah agreement is a clear example that the Prophet detached, the Prophet delinked the question of justice and the question of peace.</w:t>
      </w:r>
    </w:p>
    <w:p>
      <w:pPr>
        <w:pStyle w:val="Heading2"/>
      </w:pPr>
      <w:r>
        <w:t>The Day of Taif: the Prophet's hardest day</w:t>
      </w:r>
    </w:p>
    <w:p>
      <w:r>
        <w:rPr>
          <w:color w:val="666666"/>
          <w:sz w:val="18"/>
        </w:rPr>
        <w:t>From Anger to Awareness A Journey with Maulana Wahiduddin Khan · 2m 30s · at 29:18 · https://youtu.be/EmHNgq0Iq1w?t=1758</w:t>
      </w:r>
    </w:p>
    <w:p>
      <w:r>
        <w:rPr>
          <w:i/>
        </w:rPr>
        <w:t>“Which has been the hardest day in your life?”</w:t>
      </w:r>
    </w:p>
    <w:p>
      <w:r>
        <w:rPr>
          <w:sz w:val="20"/>
        </w:rPr>
        <w:t>29:18  . There's one, uh, incident that he has often, uh, narrated about the incident of Taif, uh, when Hazrat Aisha asked Prophet Muhammad, may peace be upon him, that which has been the hardest day in your life?</w:t>
      </w:r>
      <w:r>
        <w:br/>
      </w:r>
      <w:r>
        <w:rPr>
          <w:sz w:val="20"/>
        </w:rPr>
        <w:t>29:32  The Prophet didn't say the Battle of Badr or the Battle of Uhud. He said the hardest day for me was the day of Taif.</w:t>
      </w:r>
      <w:r>
        <w:br/>
      </w:r>
      <w:r>
        <w:rPr>
          <w:sz w:val="20"/>
        </w:rPr>
        <w:t>29:41  Imagine, uh, Makkah was inhospitable, and the Prophet walked 70 miles, uh, to the town of Taif, uh, seeking support of the three tribal chiefs, and for what?</w:t>
      </w:r>
      <w:r>
        <w:br/>
      </w:r>
      <w:r>
        <w:rPr>
          <w:sz w:val="20"/>
        </w:rPr>
        <w:t>29:54  Not for any business plan or personal interest. He went there to bring to them a message of one God, a message of equality, brotherhood.</w:t>
      </w:r>
      <w:r>
        <w:br/>
      </w:r>
      <w:r>
        <w:rPr>
          <w:sz w:val="20"/>
        </w:rPr>
        <w:t>30:04  Basically, he brought, uh, to them a message of eternal goodness. But what happened?</w:t>
      </w:r>
      <w:r>
        <w:br/>
      </w:r>
      <w:r>
        <w:rPr>
          <w:sz w:val="20"/>
        </w:rPr>
        <w:t>30:10  Uh, not only did they reject, uh, the message, they wounded him. The street urchins stoned him so badly that he was he profusely bled, uh, in his feet.</w:t>
      </w:r>
      <w:r>
        <w:br/>
      </w:r>
      <w:r>
        <w:rPr>
          <w:sz w:val="20"/>
        </w:rPr>
        <w:t>30:22  And even in that state, uh, he prayed, he made dua, and, uh, as we know from the scriptures, that, uh, the angel descended, Angel Jibreel descended along with the angel of the mounta</w:t>
      </w:r>
      <w:r>
        <w:br/>
      </w:r>
      <w:r>
        <w:rPr>
          <w:sz w:val="20"/>
        </w:rPr>
        <w:t>30:34  in, and the angel of the mountain said that, uh, "Allow me, and I will collide the two mountains overseeing, uh, the town of Taif and crush the people to death." Still bleeding, he said, "No,</w:t>
      </w:r>
      <w:r>
        <w:br/>
      </w:r>
      <w:r>
        <w:rPr>
          <w:sz w:val="20"/>
        </w:rPr>
        <w:t>30:47  I pray that, uh, their future generations would believe in God and would work for His cause." It is really amaz</w:t>
      </w:r>
      <w:r>
        <w:br/>
      </w:r>
      <w:r>
        <w:rPr>
          <w:sz w:val="20"/>
        </w:rPr>
        <w:t>30:54  ing. It is as if the entire city of Taif is like a living witness in human history and silently talking to humanity that, "Look at me, I exist, and my people flourish and exist because the Prophet chose, uh, mercy over anger, forgiveness over revenge." So respond in the similar way to humanity as the Prophet did with patience, with forgiveness, and the hope of the future</w:t>
      </w:r>
      <w:r>
        <w:br/>
      </w:r>
      <w:r>
        <w:rPr>
          <w:sz w:val="20"/>
        </w:rPr>
        <w:t>31:20  . The important lesson that, uh, this demonstrates to us is that one should always look at opportunities that are present, uh, or future possibilities, future opportunities.</w:t>
      </w:r>
      <w:r>
        <w:br/>
      </w:r>
      <w:r>
        <w:rPr>
          <w:sz w:val="20"/>
        </w:rPr>
        <w:t>31:32  One should do wise planning not on the basis of what transpired in the past but what can unfold in the future, and this is the secret of emotional maturity.</w:t>
      </w:r>
      <w:r>
        <w:br/>
      </w:r>
      <w:r>
        <w:rPr>
          <w:sz w:val="20"/>
        </w:rPr>
        <w:t>31:44  Do your best and leave the rest to God. Ver</w:t>
      </w:r>
    </w:p>
    <w:p>
      <w:pPr>
        <w:pStyle w:val="Heading2"/>
      </w:pPr>
      <w:r>
        <w:t>equalization verse: Badr, Uhud, Hudaybiyyah, and the payoff</w:t>
      </w:r>
    </w:p>
    <w:p>
      <w:r>
        <w:rPr>
          <w:color w:val="666666"/>
          <w:sz w:val="18"/>
        </w:rPr>
        <w:t>Why Have Muslims Turned Violent December 14, 2008 · 5m 50s · at 10:36 · https://youtu.be/TYLK8Jwz8EE?t=636</w:t>
      </w:r>
    </w:p>
    <w:p>
      <w:r>
        <w:rPr>
          <w:i/>
        </w:rPr>
        <w:t>“A very relevant Quranic verse revealed after the Battle of Uhud.”</w:t>
      </w:r>
    </w:p>
    <w:p>
      <w:r>
        <w:rPr>
          <w:sz w:val="20"/>
        </w:rPr>
        <w:t>10:36  ab main aap ko quran ki aik aayat yaad dilana chahta hoon. Quran mein aik bohat hi relevant verse hai.</w:t>
      </w:r>
      <w:r>
        <w:br/>
      </w:r>
      <w:r>
        <w:rPr>
          <w:sz w:val="20"/>
        </w:rPr>
        <w:t>10:46  woh hai إِنْ يَمْسَسْكُمْ قَرْهُمْ فَقَدْ مَسَّ الْقَوْمَ قَرْهُمْ مِثْلُهُ وَتِلْكَ الْأَيَّامُ نُدَابٌ عَبَينَ النَّاسِ is ka matlab kya hai?</w:t>
      </w:r>
      <w:r>
        <w:br/>
      </w:r>
      <w:r>
        <w:rPr>
          <w:sz w:val="20"/>
        </w:rPr>
        <w:t>11:01  is ka matlab yeh hai ke agar tum ko kuch zakhm pohncha hai to doosron ko bhi tum zakhm pohncha chuke ho.</w:t>
      </w:r>
      <w:r>
        <w:br/>
      </w:r>
      <w:r>
        <w:rPr>
          <w:sz w:val="20"/>
        </w:rPr>
        <w:t>11:12  yeh to maamla barabar ho gaya ke agar un ke zariye tum ko wound pohncha hai to tumhare zariye un ko bhi wound pohnch chuka hai.</w:t>
      </w:r>
      <w:r>
        <w:br/>
      </w:r>
      <w:r>
        <w:rPr>
          <w:sz w:val="20"/>
        </w:rPr>
        <w:t>11:21  to maamla barabar ho gaya. Ab negativity kis liye? Kitni important verse hai quran majeed mein yeh.</w:t>
      </w:r>
      <w:r>
        <w:br/>
      </w:r>
      <w:r>
        <w:rPr>
          <w:sz w:val="20"/>
        </w:rPr>
        <w:t>11:32  yeh verse quran mein kab utri? Yeh battle of uhud ke baad</w:t>
      </w:r>
      <w:r>
        <w:br/>
      </w:r>
      <w:r>
        <w:rPr>
          <w:sz w:val="20"/>
        </w:rPr>
        <w:t>11:38  . Rasool Allah ke zamane mein aik ghazwa hua tha jis ko kehte hain battle of uhud. Uhud.</w:t>
      </w:r>
      <w:r>
        <w:br/>
      </w:r>
      <w:r>
        <w:rPr>
          <w:sz w:val="20"/>
        </w:rPr>
        <w:t>11:50  is battle mein musalmanon ko defeat hui. Total defeat hui musalmanon ko. Ab jo musalman thay Rasool Allah ke saathi thay to un ko bohat gham tha ke hum to payamber ke saathi hain hum ko kyun defeat hui?</w:t>
      </w:r>
      <w:r>
        <w:br/>
      </w:r>
      <w:r>
        <w:rPr>
          <w:sz w:val="20"/>
        </w:rPr>
        <w:t>12:09  to quran ne pacify kiya yeh keh kar ke abhi aik saal pehle aik aur battle hui thi jis ko kehte hain badr. Battle of badr.</w:t>
      </w:r>
      <w:r>
        <w:br/>
      </w:r>
      <w:r>
        <w:rPr>
          <w:sz w:val="20"/>
        </w:rPr>
        <w:t>12:18  to is mein tum ne un ko defeat di thi. Total defeat tum ko unhon ne di un ko di thi. To badr mein tum ne un ko defeat di.</w:t>
      </w:r>
      <w:r>
        <w:br/>
      </w:r>
      <w:r>
        <w:rPr>
          <w:sz w:val="20"/>
        </w:rPr>
        <w:t>12:27  uhud mein unhon ne tum ko defeat de di. That is to tum ko dono ko mila kar ke sochna chahiye.</w:t>
      </w:r>
      <w:r>
        <w:br/>
      </w:r>
      <w:r>
        <w:rPr>
          <w:sz w:val="20"/>
        </w:rPr>
        <w:t>12:39  yani principle of equalization keh yeh to barabar ho gaya mamla. It's already settled</w:t>
      </w:r>
      <w:r>
        <w:br/>
      </w:r>
      <w:r>
        <w:rPr>
          <w:sz w:val="20"/>
        </w:rPr>
        <w:t>12:51  aur farmaya keh tilkal ayyamu nudabu abayna alnnasi yeh history mein aise hota rehta hai. Kabhi yeh, kabhi woh, kabhi yeh, kabhi woh.</w:t>
      </w:r>
      <w:r>
        <w:br/>
      </w:r>
      <w:r>
        <w:rPr>
          <w:sz w:val="20"/>
        </w:rPr>
        <w:t>13:04  yeh hai principle pacify karne ka, normalize karne ka. Keh dono baaton ko le kar ke aap sochen to aap normal ho jayenge.</w:t>
      </w:r>
      <w:r>
        <w:br/>
      </w:r>
      <w:r>
        <w:rPr>
          <w:sz w:val="20"/>
        </w:rPr>
        <w:t>13:16  Accha, is ka faida kya hai? Dekhen, jab aap normal hote hain tabhi aap acchi planning kar paate hain. Agar aap ghusse mein jiyen, gham mein jiyen, negativity mein jiyen to aap further planning mein bhi aap nakaam ho jayenge.</w:t>
      </w:r>
      <w:r>
        <w:br/>
      </w:r>
      <w:r>
        <w:rPr>
          <w:sz w:val="20"/>
        </w:rPr>
        <w:t>13:35  Is liye Allah taala ne pacify kiya in ko taake ab Badr o Uhud ke baad woh zyada effective planning planning kar saken Arab mein.</w:t>
      </w:r>
      <w:r>
        <w:br/>
      </w:r>
      <w:r>
        <w:rPr>
          <w:sz w:val="20"/>
        </w:rPr>
        <w:t>13:46  Aur yeh aise hua. It happened is ke baad Rasool Allah ne negotiation shuru ki. Other parties jo opposition mein the.</w:t>
      </w:r>
      <w:r>
        <w:br/>
      </w:r>
      <w:r>
        <w:rPr>
          <w:sz w:val="20"/>
        </w:rPr>
        <w:t>13:57  Negotiate karte karte phir kya hua? Ek peace treaty hua dono ke beech mein.</w:t>
      </w:r>
      <w:r>
        <w:br/>
      </w:r>
      <w:r>
        <w:rPr>
          <w:sz w:val="20"/>
        </w:rPr>
        <w:t>14:05  Jo kehte hain Hudaybiyah agreement. Hudaybiyah agreement mein yeh hoga ke na hum tumhare upar hamla karen na tum hamare upar hamla karo.</w:t>
      </w:r>
      <w:r>
        <w:br/>
      </w:r>
      <w:r>
        <w:rPr>
          <w:sz w:val="20"/>
        </w:rPr>
        <w:t>14:16  Dono peace ke sath rahen. Yeh to Hudaybiyah agreement jo tha kya tha? Peaceful coexistence ka agreement tha. Peaceful coexistence.</w:t>
      </w:r>
      <w:r>
        <w:br/>
      </w:r>
      <w:r>
        <w:rPr>
          <w:sz w:val="20"/>
        </w:rPr>
        <w:t>14:28  Peace aur yeh Rasool Allah ne kiya? Yani lateral acceptance of their conditions</w:t>
      </w:r>
      <w:r>
        <w:br/>
      </w:r>
      <w:r>
        <w:rPr>
          <w:sz w:val="20"/>
        </w:rPr>
        <w:t>14:36  Jo bhi condition unhone pesh ki aap mante gaye, mante gaye, mante gaye. Kyun? Un Rasool Allah ki nazar mein peace was the supreme.</w:t>
      </w:r>
      <w:r>
        <w:br/>
      </w:r>
      <w:r>
        <w:rPr>
          <w:sz w:val="20"/>
        </w:rPr>
        <w:t>14:46  Baqi sab secondary hai. Baqi sab secondary hai.</w:t>
      </w:r>
      <w:r>
        <w:br/>
      </w:r>
      <w:r>
        <w:rPr>
          <w:sz w:val="20"/>
        </w:rPr>
        <w:t>14:55  Baqi sab secondary hai. Jaise aap dekhen ke yeh glass ka pani hai. Is mein jo hai asal cheez kya hai? Pani hai.</w:t>
      </w:r>
      <w:r>
        <w:br/>
      </w:r>
      <w:r>
        <w:rPr>
          <w:sz w:val="20"/>
        </w:rPr>
        <w:t>15:05  Ab pani chahe shishe ke glass mein ho, lakri ke bartan mein ho, mitti ke kooday mein ho ya lohe ke pyale mein ho.</w:t>
      </w:r>
      <w:r>
        <w:br/>
      </w:r>
      <w:r>
        <w:rPr>
          <w:sz w:val="20"/>
        </w:rPr>
        <w:t>15:15  Woh, woh, woh, woh relative hai. Woh secondary hai. Pani accha, saaf suthra pani to bas kafi hai.</w:t>
      </w:r>
      <w:r>
        <w:br/>
      </w:r>
      <w:r>
        <w:rPr>
          <w:sz w:val="20"/>
        </w:rPr>
        <w:t>15:24  To Rasool Allah ki nazar mein peace supreme thi. Is ke liye aap ne har doosri cheez ko secondary bana diya. Chalo bhai, jo tum kaho wahi maan lete hain.</w:t>
      </w:r>
      <w:r>
        <w:br/>
      </w:r>
      <w:r>
        <w:rPr>
          <w:sz w:val="20"/>
        </w:rPr>
        <w:t>15:33  Jo kaho tum maan lete hain.</w:t>
      </w:r>
      <w:r>
        <w:br/>
      </w:r>
      <w:r>
        <w:rPr>
          <w:sz w:val="20"/>
        </w:rPr>
        <w:t>15:36  Then the result was miraculous is ke baad Rasool Allah ne jo effective planning ki aur aap ke saathiyon ne replanning ki bohat hi effective tareeqe se.</w:t>
      </w:r>
      <w:r>
        <w:br/>
      </w:r>
      <w:r>
        <w:rPr>
          <w:sz w:val="20"/>
        </w:rPr>
        <w:t>15:49  To kya hua? Do saal mein ek inqalab aa gaya wahan. Ek revolution. Yani Rasool Allah aur aap ke saathi out number ho gaye.</w:t>
      </w:r>
      <w:r>
        <w:br/>
      </w:r>
      <w:r>
        <w:rPr>
          <w:sz w:val="20"/>
        </w:rPr>
        <w:t>16:00  Yani other parties se aap ki ginti barh gayi.</w:t>
      </w:r>
      <w:r>
        <w:br/>
      </w:r>
      <w:r>
        <w:rPr>
          <w:sz w:val="20"/>
        </w:rPr>
        <w:t>16:05  Yani majority mein ho gaye aap. Woh log is se pehle woh log majority mein the. Aur peace ke baad kya hua ke Rasool Allah aur aap ke log majority mein ho gaye.</w:t>
      </w:r>
      <w:r>
        <w:br/>
      </w:r>
      <w:r>
        <w:rPr>
          <w:sz w:val="20"/>
        </w:rPr>
        <w:t>16:17  To majority khud kafi ho gayi aap ki jeet ke liye. Kitni bari strategy thi</w:t>
      </w:r>
      <w:r>
        <w:br/>
      </w:r>
      <w:r>
        <w:rPr>
          <w:sz w:val="20"/>
        </w:rPr>
        <w:t>16:27  Yeh. Lekin yeh strategy jab aap kar paye jab ke aap ne wahan par is formula ko apnaya.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