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Battle of the Trench</w:t>
      </w:r>
    </w:p>
    <w:p>
      <w:r>
        <w:rPr>
          <w:sz w:val="18"/>
        </w:rPr>
        <w:t>Q&amp;A, lecture moments and clips · full transcripts with timestamps · exported 2026-09-21</w:t>
      </w:r>
    </w:p>
    <w:p>
      <w:pPr>
        <w:pStyle w:val="Heading1"/>
      </w:pPr>
      <w:r>
        <w:t>Maulana was asked (0)</w:t>
      </w:r>
    </w:p>
    <w:p>
      <w:pPr>
        <w:pStyle w:val="Heading1"/>
      </w:pPr>
      <w:r>
        <w:t>In the lectures (0)</w:t>
      </w:r>
    </w:p>
    <w:p>
      <w:pPr>
        <w:pStyle w:val="Heading1"/>
      </w:pPr>
      <w:r>
        <w:t>Clips (4)</w:t>
      </w:r>
    </w:p>
    <w:p>
      <w:pPr>
        <w:pStyle w:val="Heading2"/>
      </w:pPr>
      <w:r>
        <w:t>why consultation matters, the Battle of the Trench</w:t>
      </w:r>
    </w:p>
    <w:p>
      <w:r>
        <w:rPr>
          <w:color w:val="666666"/>
          <w:sz w:val="18"/>
        </w:rPr>
        <w:t>Prophetic Wisdom November 13, 2022 · 2m 12s · at 53:31 · https://youtu.be/EUFD21PtjwM?t=3211</w:t>
      </w:r>
    </w:p>
    <w:p>
      <w:r>
        <w:rPr>
          <w:i/>
        </w:rPr>
        <w:t>“The Quran devotes a whole chapter to consultation”</w:t>
      </w:r>
    </w:p>
    <w:p>
      <w:r>
        <w:rPr>
          <w:sz w:val="20"/>
        </w:rPr>
        <w:t>53:31  ji. aah apa isi par phir aah aakhri sawal bhi poochna chahoon ga ke planning ka aik hissa yeh bhi hai, shura aah quran mein bohat emphasize kiya hai, which literally means consultation.</w:t>
      </w:r>
      <w:r>
        <w:br/>
      </w:r>
      <w:r>
        <w:rPr>
          <w:sz w:val="20"/>
        </w:rPr>
        <w:t>53:43  to is ke baray mein bhi aap batayein ke is ke peechay kya hikmat hai? quran mein poora chapter hai aah</w:t>
      </w:r>
      <w:r>
        <w:br/>
      </w:r>
      <w:r>
        <w:rPr>
          <w:sz w:val="20"/>
        </w:rPr>
        <w:t>53:51  shura par. asal mein jo bhi mamlaat hotay hain to is mein kai baar aisa hota hai ke akela insan jo hai woh faislay tak nahi puhanch pata.</w:t>
      </w:r>
      <w:r>
        <w:br/>
      </w:r>
      <w:r>
        <w:rPr>
          <w:sz w:val="20"/>
        </w:rPr>
        <w:t>54:03  to har jagah yeh hota hai ke meeting hoti hai, log faislay kartay hain. aah doosray log jo members hotay hain, woh apni apni rai detay hain.</w:t>
      </w:r>
      <w:r>
        <w:br/>
      </w:r>
      <w:r>
        <w:rPr>
          <w:sz w:val="20"/>
        </w:rPr>
        <w:t>54:12  to rasool Allah sal Allah alayh wasallam to chounkay peghambar thay, to kai baar aap ko aah angel ke zariye hidayat mil jati thi, lekin aap bhi peghambar honay ke bawajood aap bhi bohat ziyada mashwara kartay thay.</w:t>
      </w:r>
      <w:r>
        <w:br/>
      </w:r>
      <w:r>
        <w:rPr>
          <w:sz w:val="20"/>
        </w:rPr>
        <w:t>54:25  to mashwaray ka maulana ne likha hai ke collective thinking ka doosra naam jo hai woh consultation hai. aur aap quran mein is mein kaha gaya hai ke mamlaat mein in se mashwara</w:t>
      </w:r>
      <w:r>
        <w:br/>
      </w:r>
      <w:r>
        <w:rPr>
          <w:sz w:val="20"/>
        </w:rPr>
        <w:t>54:39  lo. kyunke dekhiye, har aadmi ka aah soch alag hoti hai, uska background alag hota hai, uska experiences alag hotay hain.</w:t>
      </w:r>
      <w:r>
        <w:br/>
      </w:r>
      <w:r>
        <w:rPr>
          <w:sz w:val="20"/>
        </w:rPr>
        <w:t>54:48  to jab woh mashwara de ga to bohat sari rai samnay aye gi, is mein jo rai best hogi, us ko aap aah ikhtiyar kar lein.</w:t>
      </w:r>
      <w:r>
        <w:br/>
      </w:r>
      <w:r>
        <w:rPr>
          <w:sz w:val="20"/>
        </w:rPr>
        <w:t>54:59  to is wajah say rasool Allah sal Allah alayh wasallam bohat ziyada mashwara kartay thay. aur aik baar aisa hua jo ghazwa e khandaq hui thi</w:t>
      </w:r>
      <w:r>
        <w:br/>
      </w:r>
      <w:r>
        <w:rPr>
          <w:sz w:val="20"/>
        </w:rPr>
        <w:t>55:09  na. ji. to bohat bari tadad jo hai quraish ki army woh aa gayi thi. ab jang honay mein sirf tabahi hoti hai.</w:t>
      </w:r>
      <w:r>
        <w:br/>
      </w:r>
      <w:r>
        <w:rPr>
          <w:sz w:val="20"/>
        </w:rPr>
        <w:t>55:18  to aap ne mashwara kiya to is mein aik salman farsi thay, woh iran ke rehne walay thay. to unhon ne kaha ke iran mein agar badshah log jab jang nahi chahtay hain to khandaq khod diya karte hain.</w:t>
      </w:r>
      <w:r>
        <w:br/>
      </w:r>
      <w:r>
        <w:rPr>
          <w:sz w:val="20"/>
        </w:rPr>
        <w:t>55:31  to yeh rai jo hai rasool Allah sal Allah alayh wasallam ko bohat pasand aayi. aur aap ne apne tamam ashaab ke sath mil kar woh khandaq khodi thi, jis ki wajah say woh jang jo hai woh tal gayi.</w:t>
      </w:r>
    </w:p>
    <w:p>
      <w:pPr>
        <w:pStyle w:val="Heading2"/>
      </w:pPr>
      <w:r>
        <w:t>How the Battle of the Trench was won by prayer</w:t>
      </w:r>
    </w:p>
    <w:p>
      <w:r>
        <w:rPr>
          <w:color w:val="666666"/>
          <w:sz w:val="18"/>
        </w:rPr>
        <w:t>God and Man February 19, 2012 · 1m 33s · at 1:03:32 · https://youtu.be/rL4g0LOU3wo?t=3812</w:t>
      </w:r>
    </w:p>
    <w:p>
      <w:r>
        <w:rPr>
          <w:i/>
        </w:rPr>
        <w:t>“Twelve thousand troops laid siege to Medina”</w:t>
      </w:r>
    </w:p>
    <w:p>
      <w:r>
        <w:rPr>
          <w:sz w:val="20"/>
        </w:rPr>
        <w:t>1:03:32  ghazwa e khandaq mein yeh hua tha ke barah hazar ka lashkar bohat hi tayyari ke sath aaya madine ke bahar aur wahan par woh kheme laga diye unhon ne.</w:t>
      </w:r>
      <w:r>
        <w:br/>
      </w:r>
      <w:r>
        <w:rPr>
          <w:sz w:val="20"/>
        </w:rPr>
        <w:t>1:03:48  aur sahaba ne khandaq ko di trench to trench ke idhar sahaba the madine ki wasti mein idhar barah hazar ka lashkar khemon mein pada hua.</w:t>
      </w:r>
      <w:r>
        <w:br/>
      </w:r>
      <w:r>
        <w:rPr>
          <w:sz w:val="20"/>
        </w:rPr>
        <w:t>1:03:59  do haftay tak ghaliban woh rahe woh log. ab is waqt jo sahaba ki position thi un se na to lad sakte the na un ko bhaga sakte the.</w:t>
      </w:r>
      <w:r>
        <w:br/>
      </w:r>
      <w:r>
        <w:rPr>
          <w:sz w:val="20"/>
        </w:rPr>
        <w:t>1:04:13  sirf dua karte the. sab log bas dua karte the. to dua ka miracle kya hua? ek bohat zabardast ka toofan aaya.</w:t>
      </w:r>
      <w:r>
        <w:br/>
      </w:r>
      <w:r>
        <w:rPr>
          <w:sz w:val="20"/>
        </w:rPr>
        <w:t>1:04:23  aadhi aadhi mein un ke kheme ukhar ukhar gaye.</w:t>
      </w:r>
      <w:r>
        <w:br/>
      </w:r>
      <w:r>
        <w:rPr>
          <w:sz w:val="20"/>
        </w:rPr>
        <w:t>1:04:31  un ke oont bakri idhar udhar bhage. ajib afra tafri paida ho gayi. nateeja kya ke woh chhod kar muhasra chhod kar wapas chale gaye.</w:t>
      </w:r>
      <w:r>
        <w:br/>
      </w:r>
      <w:r>
        <w:rPr>
          <w:sz w:val="20"/>
        </w:rPr>
        <w:t>1:04:41  yeh ek tareekhi waqea hai.</w:t>
      </w:r>
      <w:r>
        <w:br/>
      </w:r>
      <w:r>
        <w:rPr>
          <w:sz w:val="20"/>
        </w:rPr>
        <w:t>1:04:48  main khud ek martaba jab main gaon mein rehta tha to raat mein railway train se utra ek bar hariha station par jis se hamara ghar taqreeban teen mil ke fasle par tha.</w:t>
      </w:r>
    </w:p>
    <w:p>
      <w:pPr>
        <w:pStyle w:val="Heading2"/>
      </w:pPr>
      <w:r>
        <w:t>the Battle of the Trench as an act of avoidance</w:t>
      </w:r>
    </w:p>
    <w:p>
      <w:r>
        <w:rPr>
          <w:color w:val="666666"/>
          <w:sz w:val="18"/>
        </w:rPr>
        <w:t>Principle of Avoidance in Islam December 12, 2010 · 2m 53s · at 17:35 · https://youtu.be/W5DQnHPN1y4?t=1055</w:t>
      </w:r>
    </w:p>
    <w:p>
      <w:r>
        <w:rPr>
          <w:i/>
        </w:rPr>
        <w:t>“مدینہ میں بھی کیا ہوا؟ وہاں بھی اوائیڈنس”</w:t>
      </w:r>
    </w:p>
    <w:p>
      <w:r>
        <w:rPr>
          <w:sz w:val="20"/>
        </w:rPr>
        <w:t>17:35  madina mein bhi kiya hua? wahan bhi avoidance. mislan aik bar makka se woh log bara lashkar bana kar aaye.</w:t>
      </w:r>
      <w:r>
        <w:br/>
      </w:r>
      <w:r>
        <w:rPr>
          <w:sz w:val="20"/>
        </w:rPr>
        <w:t>17:48  to aap pata karte rehte thay. to pata chala ke woh lashkar le ke chale aa rahe hain makka se. to aap ne kaha ke chalo hum khandak khodte hain, trench.</w:t>
      </w:r>
      <w:r>
        <w:br/>
      </w:r>
      <w:r>
        <w:rPr>
          <w:sz w:val="20"/>
        </w:rPr>
        <w:t>18:01  aik mashoor hai ghazwa, ghazwa khandak ke naam se. to woh ghazwa nahi tha yani koi koi larai nahi hui thi is mein.</w:t>
      </w:r>
      <w:r>
        <w:br/>
      </w:r>
      <w:r>
        <w:rPr>
          <w:sz w:val="20"/>
        </w:rPr>
        <w:t>18:11  woh larai ko avoid karna tha.</w:t>
      </w:r>
      <w:r>
        <w:br/>
      </w:r>
      <w:r>
        <w:rPr>
          <w:sz w:val="20"/>
        </w:rPr>
        <w:t>18:16  madina aisa tha ke madine mein dekhiye teen taraf se penetration namumkin tha. teen taraf se ghire, khajooron ke bagh thay.</w:t>
      </w:r>
      <w:r>
        <w:br/>
      </w:r>
      <w:r>
        <w:rPr>
          <w:sz w:val="20"/>
        </w:rPr>
        <w:t>18:29  teen taraf se ghire bagh thay khajooron ke. teen taraf se koi penetrate nahi kar sakta tha. aik taraf se rasta tha sirf.</w:t>
      </w:r>
      <w:r>
        <w:br/>
      </w:r>
      <w:r>
        <w:rPr>
          <w:sz w:val="20"/>
        </w:rPr>
        <w:t>18:39  guzarne helicopter bhi nahi tha ke utar jaye aadmi urr kar ke. to jidhar khula tha udhar aap ne khandAK khodi. teen taraf to apne aap woh mehfooz tha.</w:t>
      </w:r>
      <w:r>
        <w:br/>
      </w:r>
      <w:r>
        <w:rPr>
          <w:sz w:val="20"/>
        </w:rPr>
        <w:t>18:51  aik taraf khula tha, khandAK khodi. khandAK kiya thi woh? khandAK avoid karna tha.</w:t>
      </w:r>
      <w:r>
        <w:br/>
      </w:r>
      <w:r>
        <w:rPr>
          <w:sz w:val="20"/>
        </w:rPr>
        <w:t>19:01  khandak kiya tha? avoid karna tha. khandAK matlab trench.</w:t>
      </w:r>
      <w:r>
        <w:br/>
      </w:r>
      <w:r>
        <w:rPr>
          <w:sz w:val="20"/>
        </w:rPr>
        <w:t>19:07  yani jab aap ne suna ke woh idhar se log aa rahe hain to aap ne sahaba ko ekatha kiya. aur aap mashwara kiya un se kiya kiya jaye. to aap ne kaha ke humein larai karna nahi hai.</w:t>
      </w:r>
      <w:r>
        <w:br/>
      </w:r>
      <w:r>
        <w:rPr>
          <w:sz w:val="20"/>
        </w:rPr>
        <w:t>19:19  to tum batao. to aik sahab thay jinka naam tha salman farsi. woh iran mein paida hue thay. phir islam mein aaye.</w:t>
      </w:r>
      <w:r>
        <w:br/>
      </w:r>
      <w:r>
        <w:rPr>
          <w:sz w:val="20"/>
        </w:rPr>
        <w:t>19:31  to unhon ne kaha ke hamare haan iran mein badshah log jab chahte hain larai na karna. to kiya karte hain?</w:t>
      </w:r>
      <w:r>
        <w:br/>
      </w:r>
      <w:r>
        <w:rPr>
          <w:sz w:val="20"/>
        </w:rPr>
        <w:t>19:39  khandak khodte hain.</w:t>
      </w:r>
      <w:r>
        <w:br/>
      </w:r>
      <w:r>
        <w:rPr>
          <w:sz w:val="20"/>
        </w:rPr>
        <w:t>19:43  khandak. yani apne aur dushman ke beech mein aik khandAK qaim kar diya. rok rok qaim kar diya.</w:t>
      </w:r>
      <w:r>
        <w:br/>
      </w:r>
      <w:r>
        <w:rPr>
          <w:sz w:val="20"/>
        </w:rPr>
        <w:t>19:58  to woh aap ne kaha bohat acha mashwara yeh to hai. aur khud bhi aap khandAK khodne mein shareek ho gaye.</w:t>
      </w:r>
      <w:r>
        <w:br/>
      </w:r>
      <w:r>
        <w:rPr>
          <w:sz w:val="20"/>
        </w:rPr>
        <w:t>20:08  khud bhi.</w:t>
      </w:r>
      <w:r>
        <w:br/>
      </w:r>
      <w:r>
        <w:rPr>
          <w:sz w:val="20"/>
        </w:rPr>
        <w:t>20:15  yani aaj kal ki zaban mein aap keh sakte hain ke woh buffer. khandaq kya tha? ek buffer tha woh. apne aur dushman ke beech mein buffer. chunancha larai nahi hui.</w:t>
      </w:r>
    </w:p>
    <w:p>
      <w:pPr>
        <w:pStyle w:val="Heading2"/>
      </w:pPr>
      <w:r>
        <w:t>story of the Battle of the Trench and true comfort</w:t>
      </w:r>
    </w:p>
    <w:p>
      <w:r>
        <w:rPr>
          <w:color w:val="666666"/>
          <w:sz w:val="18"/>
        </w:rPr>
        <w:t>Stress and Spirituality January 1, 2012 · 4m 47s · at 20:50 · https://youtu.be/TPhXL9-g6ME?t=1250</w:t>
      </w:r>
    </w:p>
    <w:p>
      <w:r>
        <w:rPr>
          <w:i/>
        </w:rPr>
        <w:t>“There's an early Islamic story called the Battle of the Trench”</w:t>
      </w:r>
    </w:p>
    <w:p>
      <w:r>
        <w:rPr>
          <w:sz w:val="20"/>
        </w:rPr>
        <w:t>20:50  jeena seekhiye. islam ki early history mein ek waqea hai jis ko kehte hain ghazwa khandaq. is mein koi ghazwa ya war nahin hui thi.</w:t>
      </w:r>
      <w:r>
        <w:br/>
      </w:r>
      <w:r>
        <w:rPr>
          <w:sz w:val="20"/>
        </w:rPr>
        <w:t>21:01  lekin is ka naam baharhal tareekhon mein aata hai ghazwa khandaq. to yani battle of trenches.</w:t>
      </w:r>
      <w:r>
        <w:br/>
      </w:r>
      <w:r>
        <w:rPr>
          <w:sz w:val="20"/>
        </w:rPr>
        <w:t>21:12  to battle to nahin thi woh lekin kitabon mein likha rehta hai aisa.</w:t>
      </w:r>
      <w:r>
        <w:br/>
      </w:r>
      <w:r>
        <w:rPr>
          <w:sz w:val="20"/>
        </w:rPr>
        <w:t>21:17  to rasool Allah sal Allah alaihi wasallam ko khabar mili ke makkah se barah hazar ka lashkar chala aa raha hai madina hamla karne ke liye. to makkah se madina ka faasla teen so mil ka hai.</w:t>
      </w:r>
      <w:r>
        <w:br/>
      </w:r>
      <w:r>
        <w:rPr>
          <w:sz w:val="20"/>
        </w:rPr>
        <w:t>21:29  zahir hai ke paidal chalte hain wahan se log. to pahunchne mein to bohat time lagega. to aap ne kya kiya ke aap chahte the ke war na ho.</w:t>
      </w:r>
      <w:r>
        <w:br/>
      </w:r>
      <w:r>
        <w:rPr>
          <w:sz w:val="20"/>
        </w:rPr>
        <w:t>21:40  takrao na ho.</w:t>
      </w:r>
      <w:r>
        <w:br/>
      </w:r>
      <w:r>
        <w:rPr>
          <w:sz w:val="20"/>
        </w:rPr>
        <w:t>21:42  to madine ki situation us zamane mein aisi thi ke teen taraf se woh ghira hua tha. yani ghane ek ek taraf ghane darakht khajuron ke the.</w:t>
      </w:r>
      <w:r>
        <w:br/>
      </w:r>
      <w:r>
        <w:rPr>
          <w:sz w:val="20"/>
        </w:rPr>
        <w:t>21:58  ek taraf pahadiyan thin. is tarah teen taraf se ghira hua tha woh. samne se isi khulta tha.</w:t>
      </w:r>
      <w:r>
        <w:br/>
      </w:r>
      <w:r>
        <w:rPr>
          <w:sz w:val="20"/>
        </w:rPr>
        <w:t>22:06  ab to aisa nahin hai. to aap ne samne wale hisse mein khandaq khodi. yani trench. to jis zamane mein woh khandaq khodi ja rahi thi to log amalan mahsoor ho gaye the.</w:t>
      </w:r>
      <w:r>
        <w:br/>
      </w:r>
      <w:r>
        <w:rPr>
          <w:sz w:val="20"/>
        </w:rPr>
        <w:t>22:23  ek siege ki halat thi, siege. yani madine ke andar siege ki halat mein. bahar aana jana band tha. kyunke har waqt dar tha ke woh pahunch jayen woh log</w:t>
      </w:r>
      <w:r>
        <w:br/>
      </w:r>
      <w:r>
        <w:rPr>
          <w:sz w:val="20"/>
        </w:rPr>
        <w:t>22:36  . to ek musalman jo ke zahir hai ke sahabi bhi the to itna pareshan hua, itni pareshani wahan thi uska ek namuna batata hoon main aap ko.</w:t>
      </w:r>
      <w:r>
        <w:br/>
      </w:r>
      <w:r>
        <w:rPr>
          <w:sz w:val="20"/>
        </w:rPr>
        <w:t>22:46  kya pareshaniyan thin. to ek sahabi ki zuban se nikla ke kan Muhammad yuaduna ana kull karuz kisra wa qasra wa hadana la ya'manu al ghayat</w:t>
      </w:r>
      <w:r>
        <w:br/>
      </w:r>
      <w:r>
        <w:rPr>
          <w:sz w:val="20"/>
        </w:rPr>
        <w:t>23:06  . yani Muhammad yeh wada karte the hum se ke tum ko kisra aur qaisar ke khazane milenge.</w:t>
      </w:r>
      <w:r>
        <w:br/>
      </w:r>
      <w:r>
        <w:rPr>
          <w:sz w:val="20"/>
        </w:rPr>
        <w:t>23:19  aur yahan yeh haal hai ke hum apni zarooriyat ke liye bhi bahar nahin ja paate. rafa'e hajat jis ko kehte hain us ke liye bahar nahin jaane ka mauqa nahin hai.</w:t>
      </w:r>
      <w:r>
        <w:br/>
      </w:r>
      <w:r>
        <w:rPr>
          <w:sz w:val="20"/>
        </w:rPr>
        <w:t>23:35  to ab kaisa haal ho raha hoga us waqt. to is tarah ki shikayatein logon ne keen rasool Allah sal Allah alaihi wasallam se.</w:t>
      </w:r>
      <w:r>
        <w:br/>
      </w:r>
      <w:r>
        <w:rPr>
          <w:sz w:val="20"/>
        </w:rPr>
        <w:t>23:43  to aap ne bohat hi aik anokhi baat kahi. bohat anokhi baat kahi.</w:t>
      </w:r>
      <w:r>
        <w:br/>
      </w:r>
      <w:r>
        <w:rPr>
          <w:sz w:val="20"/>
        </w:rPr>
        <w:t>23:53  aap ne farmaya ke allahumma la aish illa aish-e-aakhira faighfir al-ansar wal muhajira</w:t>
      </w:r>
      <w:r>
        <w:br/>
      </w:r>
      <w:r>
        <w:rPr>
          <w:sz w:val="20"/>
        </w:rPr>
        <w:t>24:06  allahumma la aish illa aish-e-aakhira faighfir al-ansar wal muhajira</w:t>
      </w:r>
      <w:r>
        <w:br/>
      </w:r>
      <w:r>
        <w:rPr>
          <w:sz w:val="20"/>
        </w:rPr>
        <w:t>24:12  . aye allah aish to sirf aakhirat ka aish hai.</w:t>
      </w:r>
      <w:r>
        <w:br/>
      </w:r>
      <w:r>
        <w:rPr>
          <w:sz w:val="20"/>
        </w:rPr>
        <w:t>24:20  aish ka matlab peace, enjoy, comfort, khushi. in sab ke majmooay ka naam aish hai.</w:t>
      </w:r>
      <w:r>
        <w:br/>
      </w:r>
      <w:r>
        <w:rPr>
          <w:sz w:val="20"/>
        </w:rPr>
        <w:t>24:33  to aap ne farmaya ke aye allah aish to aakhirat ka aish hai.</w:t>
      </w:r>
      <w:r>
        <w:br/>
      </w:r>
      <w:r>
        <w:rPr>
          <w:sz w:val="20"/>
        </w:rPr>
        <w:t>24:38  sirf to muhajireen ko, ansar ko maghfirat farma. to maghfirat aik ideology hai, aik concept hai.</w:t>
      </w:r>
      <w:r>
        <w:br/>
      </w:r>
      <w:r>
        <w:rPr>
          <w:sz w:val="20"/>
        </w:rPr>
        <w:t>24:51  koi simple cheez nahi hai. to maghfirat ki ideology mein aish hai na ke worldly ideology mein aish hai.</w:t>
      </w:r>
      <w:r>
        <w:br/>
      </w:r>
      <w:r>
        <w:rPr>
          <w:sz w:val="20"/>
        </w:rPr>
        <w:t>25:00  to do ideology hain yaad rakhiye. aik aik dunya ko le kar ke aap apna nazariya banayein. aik aakhirat ko le kar apna nazariya banayein.</w:t>
      </w:r>
      <w:r>
        <w:br/>
      </w:r>
      <w:r>
        <w:rPr>
          <w:sz w:val="20"/>
        </w:rPr>
        <w:t>25:10  aakhirat ki jo ideology hai usi ka naam hai maghfirat ki ideology. yani khuda ka tasawwur, jannat ka tasawwur, farishton ka tasawwur, abadi zindagi ka tasawwur.</w:t>
      </w:r>
      <w:r>
        <w:br/>
      </w:r>
      <w:r>
        <w:rPr>
          <w:sz w:val="20"/>
        </w:rPr>
        <w:t>25:23  wo sab juda hua hai maghfirat</w:t>
      </w:r>
      <w:r>
        <w:br/>
      </w:r>
      <w:r>
        <w:rPr>
          <w:sz w:val="20"/>
        </w:rPr>
        <w:t>25:25  se. to wo jo tasawwur hai, wo jo ideology hai us mein jeene se aish milega. dunya mein bhi aur aakhirat mein bhi.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