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Hijrah</w:t>
      </w:r>
    </w:p>
    <w:p>
      <w:r>
        <w:rPr>
          <w:sz w:val="18"/>
        </w:rPr>
        <w:t>Q&amp;A, lecture moments and clips · full transcripts with timestamps · exported 2026-09-21</w:t>
      </w:r>
    </w:p>
    <w:p>
      <w:pPr>
        <w:pStyle w:val="Heading1"/>
      </w:pPr>
      <w:r>
        <w:t>Maulana was asked (6)</w:t>
      </w:r>
    </w:p>
    <w:p>
      <w:pPr>
        <w:pStyle w:val="Heading2"/>
      </w:pPr>
      <w:r>
        <w:t>Order of Dawah Hijrah Jihad</w:t>
      </w:r>
    </w:p>
    <w:p>
      <w:r>
        <w:rPr>
          <w:color w:val="666666"/>
          <w:sz w:val="18"/>
        </w:rPr>
        <w:t>The Problem of Conditioning April 22, 2012 · 1m 26s · at 1:20:03 · https://youtu.be/j-kJQzOz46g?t=4803</w:t>
      </w:r>
    </w:p>
    <w:p>
      <w:r>
        <w:rPr>
          <w:i/>
        </w:rPr>
        <w:t>“Is the order of Dawah, Hijrah, and Jihad the desired sequence?”</w:t>
      </w:r>
    </w:p>
    <w:p>
      <w:r>
        <w:rPr>
          <w:sz w:val="20"/>
        </w:rPr>
        <w:t>1:20:03  maulana, agla sawal andhra pradesh se mr imtiaz ahmed sahib ka aaya hai. unho ne likha hai: "dawah, hijrat, jihad, kya yeh matloob tarteeb hai?" harghiz nahi.</w:t>
      </w:r>
      <w:r>
        <w:br/>
      </w:r>
      <w:r>
        <w:rPr>
          <w:sz w:val="20"/>
        </w:rPr>
        <w:t>1:20:18  kuch log yeh samajhte hain ke yeh matloob tarteeb, yeh koi tarteeb nahi hai.</w:t>
      </w:r>
      <w:r>
        <w:br/>
      </w:r>
      <w:r>
        <w:rPr>
          <w:sz w:val="20"/>
        </w:rPr>
        <w:t>1:20:22  yeh dekhiye, yeh sab depend karta hai haalaat par. it all depends upon situation. aap dawah denge, dawah denge, aur uske baad haalaat tay karenge ke agle marhalay kya hon.</w:t>
      </w:r>
      <w:r>
        <w:br/>
      </w:r>
      <w:r>
        <w:rPr>
          <w:sz w:val="20"/>
        </w:rPr>
        <w:t>1:20:38  ek kitaab chhapi hai, us mein yeh likha hai ke dawah aur hijrat aur jihad, yeh bilkul galat hai. yeh</w:t>
      </w:r>
      <w:r>
        <w:br/>
      </w:r>
      <w:r>
        <w:rPr>
          <w:sz w:val="20"/>
        </w:rPr>
        <w:t>1:20:47  yaani tareekh ko tareekh se nazariya banana hai. yeh jo kehte hain, jo log ek moti si kitaab chhapi hai: "dawah, hijrat, jihad", yeh tareekh ko nazariye ka darja dena hai.</w:t>
      </w:r>
      <w:r>
        <w:br/>
      </w:r>
      <w:r>
        <w:rPr>
          <w:sz w:val="20"/>
        </w:rPr>
        <w:t>1:21:03  tareekh se aap nazariya nahi bana sakte. to asal cheez jo hukum hai islam mein, wo to dawat ka hai. dawat den ge, baqi kya halaat pesh aayen ge, us ke mutabiq faisla hoga.</w:t>
      </w:r>
      <w:r>
        <w:br/>
      </w:r>
      <w:r>
        <w:rPr>
          <w:sz w:val="20"/>
        </w:rPr>
        <w:t>1:21:16  halaat ke mutabiq isi waqt faisla kiya</w:t>
      </w:r>
      <w:r>
        <w:br/>
      </w:r>
      <w:r>
        <w:rPr>
          <w:sz w:val="20"/>
        </w:rPr>
        <w:t>1:21:18  jayega. baqi koi tarteeb nahi hai, hargiz tarteeb nahi hai. aisi jo log aisa kehte hain, wo bilkul be asal baat karte hain. be asal jaise baat.</w:t>
      </w:r>
    </w:p>
    <w:p>
      <w:pPr>
        <w:pStyle w:val="Heading2"/>
      </w:pPr>
      <w:r>
        <w:t>Comparing 1947 and Prophet's Hijra</w:t>
      </w:r>
    </w:p>
    <w:p>
      <w:r>
        <w:rPr>
          <w:color w:val="666666"/>
          <w:sz w:val="18"/>
        </w:rPr>
        <w:t>Lessons from My Journey to Agra October 27, 2013 · 3m 51s · at 1:04:01 · https://youtu.be/Gg2N0h4ETH8?t=3841</w:t>
      </w:r>
    </w:p>
    <w:p>
      <w:r>
        <w:rPr>
          <w:i/>
        </w:rPr>
        <w:t>“How do you see and compare the Hijra of Muslims in 1947 and of our beloved Prophet and his Companions from Mecca to Medina? Pakistanis living in the USA brought up this question in a meeting and I need your opinion on this. My personal opinion is that these Hijras were done for two different reasons.”</w:t>
      </w:r>
    </w:p>
    <w:p>
      <w:r>
        <w:rPr>
          <w:sz w:val="20"/>
        </w:rPr>
        <w:t>1:04:01  Maulana, agla sawal Dr. Waqar Alam sahib ka hai, America se. Unhon ne likha hai: "Maulana sahib, Alhamdulillah, you are the only one who observes the ayat of Allah in ordinary things.</w:t>
      </w:r>
      <w:r>
        <w:br/>
      </w:r>
      <w:r>
        <w:rPr>
          <w:sz w:val="20"/>
        </w:rPr>
        <w:t>1:04:16  My question today to you is that how do you see or compare the hijra of Muslims in 1947 and of our beloved Prophet and Sahaba from Mecca to Medina?</w:t>
      </w:r>
      <w:r>
        <w:br/>
      </w:r>
      <w:r>
        <w:rPr>
          <w:sz w:val="20"/>
        </w:rPr>
        <w:t>1:04:31  Pakistanis living in the USA brought up this question in a meeting and I need your opinion in this. My personal opinion is that these hijras were done for two different reasons." Dekhein, yeh is ka jawab hadith mein maujood hai.</w:t>
      </w:r>
      <w:r>
        <w:br/>
      </w:r>
      <w:r>
        <w:rPr>
          <w:sz w:val="20"/>
        </w:rPr>
        <w:t>1:04:49  Woh jo hadith hai Innamal a'malu binniyat, woh lambi hadith hai. Woh Bukhari ki pehli riwayat yahi hai.</w:t>
      </w:r>
      <w:r>
        <w:br/>
      </w:r>
      <w:r>
        <w:rPr>
          <w:sz w:val="20"/>
        </w:rPr>
        <w:t>1:04:58  Is ko aap padhiye, usi mein yeh bata diya gaya hai ke hijrat kya cheez hai. To is mein ek waqea aisa hua tha wahan ke Makke se ek sahib the jo Musalman Sahabi the.</w:t>
      </w:r>
      <w:r>
        <w:br/>
      </w:r>
      <w:r>
        <w:rPr>
          <w:sz w:val="20"/>
        </w:rPr>
        <w:t>1:05:12  Woh unhon ne hijrat ki thi. To qissa yeh tha ke ek khatoon thi Madine mein. Us ne shadi karna chahiye thi.</w:t>
      </w:r>
      <w:r>
        <w:br/>
      </w:r>
      <w:r>
        <w:rPr>
          <w:sz w:val="20"/>
        </w:rPr>
        <w:t>1:05:22  woh</w:t>
      </w:r>
      <w:r>
        <w:br/>
      </w:r>
      <w:r>
        <w:rPr>
          <w:sz w:val="20"/>
        </w:rPr>
        <w:t>1:05:24  to us ne shart laga di ke mein aap Makka chhod kar Madina aa jayen to mein aap se shadi kar sakti hoon. To un ki hijrat bas shaqlan to hijrat thi un ki, lekin dil mein yeh bhi tha ke wahan jayenge to is se shadi bhi ho jayegi.</w:t>
      </w:r>
      <w:r>
        <w:br/>
      </w:r>
      <w:r>
        <w:rPr>
          <w:sz w:val="20"/>
        </w:rPr>
        <w:t>1:05:39  to hadith mein hai, ya hadith aap padh lijiye Bukhari ki pehli riwayat ke "wahijratul ummih hajarat ilaih".</w:t>
      </w:r>
      <w:r>
        <w:br/>
      </w:r>
      <w:r>
        <w:rPr>
          <w:sz w:val="20"/>
        </w:rPr>
        <w:t>1:05:48  to is ki hijrat usi cheez ke liye hai jis ki us ne niyat ki thi.</w:t>
      </w:r>
      <w:r>
        <w:br/>
      </w:r>
      <w:r>
        <w:rPr>
          <w:sz w:val="20"/>
        </w:rPr>
        <w:t>1:05:54  to is mein do cheezon ka zikr hai: maal aur nikah. Agar aap kamane ke liye ja rahe hain bahar to aap ki hijrat kamane ke liye kahi jayegi, Rasool Allah ki wali hijrat nahin kahi jayegi.</w:t>
      </w:r>
      <w:r>
        <w:br/>
      </w:r>
      <w:r>
        <w:rPr>
          <w:sz w:val="20"/>
        </w:rPr>
        <w:t>1:06:07  ya aise ja rahe hain ke wahan aap kisi se shadi karna hai. Aap ko abhi mujh se ek saath se mulaqat hui to unhon ne kaha ke mein America jana chahta hoon.</w:t>
      </w:r>
      <w:r>
        <w:br/>
      </w:r>
      <w:r>
        <w:rPr>
          <w:sz w:val="20"/>
        </w:rPr>
        <w:t>1:06:18  to woh khod karot karte karte karte pata chala ke America mein koi ladki hai to us se shadi karna chahte hain.</w:t>
      </w:r>
      <w:r>
        <w:br/>
      </w:r>
      <w:r>
        <w:rPr>
          <w:sz w:val="20"/>
        </w:rPr>
        <w:t>1:06:27  to yahi same qissa tha. Us ne kaha ke aap America aa jayen to mein shadi karungi aap se. Mein khud India nahin aaungi. To mujh se kya keh rahe the woh ke hum America mein dawat karna chahte hain.</w:t>
      </w:r>
      <w:r>
        <w:br/>
      </w:r>
      <w:r>
        <w:rPr>
          <w:sz w:val="20"/>
        </w:rPr>
        <w:t>1:06:39  lekin jab mein jab mein ne scrutiny nahin kiya to maloom hua ke dawat kuch nahin hai, asal mein is se shadi karna hai in ko.</w:t>
      </w:r>
      <w:r>
        <w:br/>
      </w:r>
      <w:r>
        <w:rPr>
          <w:sz w:val="20"/>
        </w:rPr>
        <w:t>1:06:46  abhi qissa ek mere ilm mein aaya. To Bukhari mein jo pehli riwayat hai, us ko aap padhiye. Is ka jawab is mein maujood hai ke hijrat sirf woh hijrat hai jo Allah ke liye ho.</w:t>
      </w:r>
      <w:r>
        <w:br/>
      </w:r>
      <w:r>
        <w:rPr>
          <w:sz w:val="20"/>
        </w:rPr>
        <w:t>1:07:00  Allah ke liye ma'ni kya hain? Dawat ke liye ho. Yaani Allah ke liye koi masihit baat nahin hai. Dawat Allah ke liye ho. Yaani ek shakhs agar jaye doosre country mein is liye ke wahan woh Allah ka paigham phailaye</w:t>
      </w:r>
      <w:r>
        <w:br/>
      </w:r>
      <w:r>
        <w:rPr>
          <w:sz w:val="20"/>
        </w:rPr>
        <w:t>1:07:14  ga, sach much is ki niyat yahi ho to is ki hijrat Allah ke liye hogi. yani Allah ke liye hijrat ko zyada agar aap specify karen to wahi hogi ke dawat ke liye hijrat, dawat ke liye.</w:t>
      </w:r>
      <w:r>
        <w:br/>
      </w:r>
      <w:r>
        <w:rPr>
          <w:sz w:val="20"/>
        </w:rPr>
        <w:t>1:07:28  aur agar maqsad ho wahan maal kamayenge, wahan kisi se shadi karenge to wo hijrat wo nahi qarar payegi jo sahaba ki aur Rasool Allah ki hijrat thi.</w:t>
      </w:r>
      <w:r>
        <w:br/>
      </w:r>
      <w:r>
        <w:rPr>
          <w:sz w:val="20"/>
        </w:rPr>
        <w:t>1:07:38  ye bohat hi wazeh hai is hadith mein. koi bhi shakhs is ko parh le, ye</w:t>
      </w:r>
      <w:r>
        <w:br/>
      </w:r>
      <w:r>
        <w:rPr>
          <w:sz w:val="20"/>
        </w:rPr>
        <w:t>1:07:42  Bukhari ki pehli jild mein jab kholega to sab se pehli hadith yahi milegi is ko.</w:t>
      </w:r>
    </w:p>
    <w:p>
      <w:pPr>
        <w:pStyle w:val="Heading2"/>
      </w:pPr>
      <w:r>
        <w:t>Meaning and obligation of Umrah</w:t>
      </w:r>
    </w:p>
    <w:p>
      <w:r>
        <w:rPr>
          <w:color w:val="666666"/>
          <w:sz w:val="18"/>
        </w:rPr>
        <w:t>Principle of Loss | May 31, 2015 · 1m 13s · at 45:35 · https://youtu.be/IEf7QfU3BmY?t=2735</w:t>
      </w:r>
    </w:p>
    <w:p>
      <w:r>
        <w:rPr>
          <w:i/>
        </w:rPr>
        <w:t>“What is the meaning of Umrah? Why is it performed? Is it obligatory?”</w:t>
      </w:r>
    </w:p>
    <w:p>
      <w:r>
        <w:rPr>
          <w:sz w:val="20"/>
        </w:rPr>
        <w:t>45:35  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r>
        <w:br/>
      </w:r>
      <w:r>
        <w:rPr>
          <w:sz w:val="20"/>
        </w:rPr>
        <w:t>46:05  umrah farz nahin hai, lekin haj ke ayyam ke ilawa ek momin chahta hai ke woh kaaba ko</w:t>
      </w:r>
      <w:r>
        <w:br/>
      </w:r>
      <w:r>
        <w:rPr>
          <w:sz w:val="20"/>
        </w:rPr>
        <w:t>46:12  dekhe, kaaba ka tawaf kare, to yeh us ki is tabarruan ek jaiz tabarruan hai.</w:t>
      </w:r>
      <w:r>
        <w:br/>
      </w:r>
      <w:r>
        <w:rPr>
          <w:sz w:val="20"/>
        </w:rPr>
        <w:t>46:20  us ke liye umrah rakh diya gaya hai, yaani isi liye kaha jata hai ke umrah chota haj</w:t>
      </w:r>
      <w:r>
        <w:br/>
      </w:r>
      <w:r>
        <w:rPr>
          <w:sz w:val="20"/>
        </w:rPr>
        <w:t>46:27  hai, haj bada haj hai, umr</w:t>
      </w:r>
      <w:r>
        <w:br/>
      </w:r>
      <w:r>
        <w:rPr>
          <w:sz w:val="20"/>
        </w:rPr>
        <w:t>46:35  ah chota haj hai.</w:t>
      </w:r>
      <w:r>
        <w:br/>
      </w:r>
      <w:r>
        <w:rPr>
          <w:sz w:val="20"/>
        </w:rPr>
        <w:t>46:39  yeh to ek momin ki ek ek tabarruan hai jis ki takmeel ka saman kiya gaya hai umre</w:t>
      </w:r>
      <w:r>
        <w:br/>
      </w:r>
      <w:r>
        <w:rPr>
          <w:sz w:val="20"/>
        </w:rPr>
        <w:t>46:44  ki shakal mein.</w:t>
      </w:r>
    </w:p>
    <w:p>
      <w:pPr>
        <w:pStyle w:val="Heading2"/>
      </w:pPr>
      <w:r>
        <w:t>Meaning and obligation of Umrah</w:t>
      </w:r>
    </w:p>
    <w:p>
      <w:r>
        <w:rPr>
          <w:color w:val="666666"/>
          <w:sz w:val="18"/>
        </w:rPr>
        <w:t>Principle of Loss | May 31, 2015 · 30s · at 45:05 · https://youtu.be/IEf7QfU3BmY?t=2705</w:t>
      </w:r>
    </w:p>
    <w:p>
      <w:r>
        <w:rPr>
          <w:i/>
        </w:rPr>
        <w:t>“What is the meaning of Umrah and why is it performed, and is it obligatory?”</w:t>
      </w:r>
    </w:p>
    <w:p>
      <w:r>
        <w:rPr>
          <w:sz w:val="20"/>
        </w:rPr>
        <w:t>45:05  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pStyle w:val="Heading2"/>
      </w:pPr>
      <w:r>
        <w:t>Meaning and obligation of Umrah pilgrimage</w:t>
      </w:r>
    </w:p>
    <w:p>
      <w:r>
        <w:rPr>
          <w:color w:val="666666"/>
          <w:sz w:val="18"/>
        </w:rPr>
        <w:t>Principle of Loss May 31, 2015 · 1m 06s · at 46:15 · https://youtu.be/vM-CUyBiDkc?t=2775</w:t>
      </w:r>
    </w:p>
    <w:p>
      <w:r>
        <w:rPr>
          <w:i/>
        </w:rPr>
        <w:t>“What is the meaning of Umrah and why is it performed? And is it obligatory to do it?”</w:t>
      </w:r>
    </w:p>
    <w:p>
      <w:r>
        <w:rPr>
          <w:sz w:val="20"/>
        </w:rPr>
        <w:t>46:15  bilkul durust hai. maulana, agla sawal dhampur se bheja hai mehtab sahib ne, aur unhon ne aapse poocha hai ke maulana sahib, umre ka matlab kya hai aur kyun kiya jata hai?</w:t>
      </w:r>
      <w:r>
        <w:br/>
      </w:r>
      <w:r>
        <w:rPr>
          <w:sz w:val="20"/>
        </w:rPr>
        <w:t>46:30  aur kya yeh karna zaroori hai? is ke bare mein bataein. nahi, zaroori nahi hai. farz to sirf hajj hai, umra farz nahi hai.</w:t>
      </w:r>
      <w:r>
        <w:br/>
      </w:r>
      <w:r>
        <w:rPr>
          <w:sz w:val="20"/>
        </w:rPr>
        <w:t>46:42  lekin</w:t>
      </w:r>
      <w:r>
        <w:br/>
      </w:r>
      <w:r>
        <w:rPr>
          <w:sz w:val="20"/>
        </w:rPr>
        <w:t>46:47  hajj ke ayyam ke ilawa ek momin chahta hai ke woh kaaba ko dekhe, kaaba ka tawaf kare, to yeh us ki is tabar ek jaiz tabar hai.</w:t>
      </w:r>
      <w:r>
        <w:br/>
      </w:r>
      <w:r>
        <w:rPr>
          <w:sz w:val="20"/>
        </w:rPr>
        <w:t>47:00  us ke liye umra rakh diya gaya hai, yaani isi liye kaha jata hai ke umra chota hajj hai, hajj bada hajj hai, umra chota hajj hai.</w:t>
      </w:r>
      <w:r>
        <w:br/>
      </w:r>
      <w:r>
        <w:rPr>
          <w:sz w:val="20"/>
        </w:rPr>
        <w:t>47:10  yeh to hai momin ki ek ek tabar hai jis ki takmeel ka saman kiya gaya hai umre ki shakal mein.</w:t>
      </w:r>
    </w:p>
    <w:p>
      <w:pPr>
        <w:pStyle w:val="Heading2"/>
      </w:pPr>
      <w:r>
        <w:t>Contradiction between Quran travel and Prophet's haste</w:t>
      </w:r>
    </w:p>
    <w:p>
      <w:r>
        <w:rPr>
          <w:color w:val="666666"/>
          <w:sz w:val="18"/>
        </w:rPr>
        <w:t>Lessons from My Journey to Agra October 27, 2013 · 1m 22s · at 59:08 · https://youtu.be/Gg2N0h4ETH8?t=3548</w:t>
      </w:r>
    </w:p>
    <w:p>
      <w:r>
        <w:rPr>
          <w:i/>
        </w:rPr>
        <w:t>“I have a doubt: The Quran says 'Travel in the land' (faseero fil ardh), but in Seerah books, when the Prophet passed by the field of ruins, he told the companions to hurry because it is a place of Allah's punishment. Please explain this apparent contradiction.”</w:t>
      </w:r>
    </w:p>
    <w:p>
      <w:r>
        <w:rPr>
          <w:sz w:val="20"/>
        </w:rPr>
        <w:t>59:08  maulana, agla sawal raichur se hai, zaheeruddin sahib</w:t>
      </w:r>
      <w:r>
        <w:br/>
      </w:r>
      <w:r>
        <w:rPr>
          <w:sz w:val="20"/>
        </w:rPr>
        <w:t>59:12  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r>
        <w:br/>
      </w:r>
      <w:r>
        <w:rPr>
          <w:sz w:val="20"/>
        </w:rPr>
        <w:t>59:37  is ke baray mein bata</w:t>
      </w:r>
      <w:r>
        <w:br/>
      </w:r>
      <w:r>
        <w:rPr>
          <w:sz w:val="20"/>
        </w:rPr>
        <w:t>59:38  ain. ji, jaldi chalne se isay kya matlab hai? sust. tez chal jayen aur aur aur sust chalne ka nahin hai, sabaq lene ka hai.</w:t>
      </w:r>
      <w:r>
        <w:br/>
      </w:r>
      <w:r>
        <w:rPr>
          <w:sz w:val="20"/>
        </w:rPr>
        <w:t>59:51  woh to aik yaani woh to aik erelative baat hai. jaldi chalo ke mani yeh nahin ke sabaq na lo.</w:t>
      </w:r>
      <w:r>
        <w:br/>
      </w:r>
      <w:r>
        <w:rPr>
          <w:sz w:val="20"/>
        </w:rPr>
        <w:t>1:00:01  to chahe aap ab bhi hawai jahaz chalte hain to aur bhi tez chalte hain.</w:t>
      </w:r>
      <w:r>
        <w:br/>
      </w:r>
      <w:r>
        <w:rPr>
          <w:sz w:val="20"/>
        </w:rPr>
        <w:t>1:00:06  hawai jahaz se aap neechay dekhen to tezi urte hue dekhenge aap. to chahe oont par chal rahe hon, car se chal rahe hon, hawai se chal rahe hon, asal masla yeh nahin ke aap tez chal rahe hain ya sust chal rahe hain.</w:t>
      </w:r>
      <w:r>
        <w:br/>
      </w:r>
      <w:r>
        <w:rPr>
          <w:sz w:val="20"/>
        </w:rPr>
        <w:t>1:00:18  asal masla yeh hai ke aap sabaq le rahe hain ke nahin le rahe. sabaq le rahe hain to fahm al murad wahi asal matloob hai.</w:t>
      </w:r>
    </w:p>
    <w:p>
      <w:pPr>
        <w:pStyle w:val="Heading1"/>
      </w:pPr>
      <w:r>
        <w:t>In the lectures (2)</w:t>
      </w:r>
    </w:p>
    <w:p>
      <w:pPr>
        <w:pStyle w:val="Heading2"/>
      </w:pPr>
      <w:r>
        <w:t>Muslims in the Modern Age, Jan 18, 2009</w:t>
      </w:r>
    </w:p>
    <w:p>
      <w:r>
        <w:rPr>
          <w:color w:val="666666"/>
          <w:sz w:val="18"/>
        </w:rPr>
        <w:t>2:24 · https://youtu.be/7zDCFtOSWSw?t=144</w:t>
      </w:r>
    </w:p>
    <w:p>
      <w:r>
        <w:rPr>
          <w:i/>
        </w:rPr>
        <w:t>“the”</w:t>
      </w:r>
    </w:p>
    <w:p>
      <w:pPr>
        <w:pStyle w:val="Heading2"/>
      </w:pPr>
      <w:r>
        <w:t>Politics of Opposition October 15, 2007</w:t>
      </w:r>
    </w:p>
    <w:p>
      <w:r>
        <w:rPr>
          <w:color w:val="666666"/>
          <w:sz w:val="18"/>
        </w:rPr>
        <w:t>0:38 · https://youtu.be/hy70_AxlUMs?t=38</w:t>
      </w:r>
    </w:p>
    <w:p>
      <w:r>
        <w:rPr>
          <w:i/>
        </w:rPr>
        <w:t>“the”</w:t>
      </w:r>
    </w:p>
    <w:p>
      <w:pPr>
        <w:pStyle w:val="Heading1"/>
      </w:pPr>
      <w:r>
        <w:t>Clips (3)</w:t>
      </w:r>
    </w:p>
    <w:p>
      <w:pPr>
        <w:pStyle w:val="Heading2"/>
      </w:pPr>
      <w:r>
        <w:t>Lack of intellectual awakening</w:t>
      </w:r>
    </w:p>
    <w:p>
      <w:r>
        <w:rPr>
          <w:color w:val="666666"/>
          <w:sz w:val="18"/>
        </w:rPr>
        <w:t>Muslims in the Modern Age, Jan 18, 2009 · 27s · at 2:04 · https://youtu.be/7zDCFtOSWSw?t=124</w:t>
      </w:r>
    </w:p>
    <w:p>
      <w:r>
        <w:rPr>
          <w:i/>
        </w:rPr>
        <w:t>“I can say with conviction that the most important problem with Muslims”</w:t>
      </w:r>
    </w:p>
    <w:p>
      <w:r>
        <w:rPr>
          <w:sz w:val="20"/>
        </w:rPr>
        <w:t>2:04  And I can say with conviction that the most important problem with Muslims is that they lack</w:t>
      </w:r>
      <w:r>
        <w:br/>
      </w:r>
      <w:r>
        <w:rPr>
          <w:sz w:val="20"/>
        </w:rPr>
        <w:t>2:24  the</w:t>
      </w:r>
      <w:r>
        <w:br/>
      </w:r>
      <w:r>
        <w:rPr>
          <w:sz w:val="20"/>
        </w:rPr>
        <w:t>2:27  intellectual awakening.</w:t>
      </w:r>
    </w:p>
    <w:p>
      <w:pPr>
        <w:pStyle w:val="Heading2"/>
      </w:pPr>
      <w:r>
        <w:t>Full Hijrah story of hiding, hunger, and the goat miracle</w:t>
      </w:r>
    </w:p>
    <w:p>
      <w:r>
        <w:rPr>
          <w:color w:val="666666"/>
          <w:sz w:val="18"/>
        </w:rPr>
        <w:t>The Noble Qualities of The Prophet Muhammad 7 September 2025 · 5m 36s · at 7:25 · https://youtu.be/o85acwpOiDw?t=445</w:t>
      </w:r>
    </w:p>
    <w:p>
      <w:r>
        <w:rPr>
          <w:i/>
        </w:rPr>
        <w:t>“This is a beautiful incident during the Hijrah of the Prophet”</w:t>
      </w:r>
    </w:p>
    <w:p>
      <w:r>
        <w:rPr>
          <w:sz w:val="20"/>
        </w:rPr>
        <w:t>7:25  and one day abu jahl came to know the location of the prophet where he was hiding. so he came to the house, asma's house, and knocked, and he was very tall, strong, like a wrestler.</w:t>
      </w:r>
      <w:r>
        <w:br/>
      </w:r>
      <w:r>
        <w:rPr>
          <w:sz w:val="20"/>
        </w:rPr>
        <w:t>7:45  so she said when asma opened, he asked: "where is your father?" so she said: "i don't</w:t>
      </w:r>
      <w:r>
        <w:br/>
      </w:r>
      <w:r>
        <w:rPr>
          <w:sz w:val="20"/>
        </w:rPr>
        <w:t>7:54  know, allah, i don't know where is my father." so he asked second time: "where is your father? tell me." she said: "no, i don't know where is asma." third time, and again asma replied the same: "i don't know." so he slapped her hard,</w:t>
      </w:r>
      <w:r>
        <w:br/>
      </w:r>
      <w:r>
        <w:rPr>
          <w:sz w:val="20"/>
        </w:rPr>
        <w:t>8:15  and she lost her hearing for some time. so she was the person who prepared food for the journey,</w:t>
      </w:r>
      <w:r>
        <w:br/>
      </w:r>
      <w:r>
        <w:rPr>
          <w:sz w:val="20"/>
        </w:rPr>
        <w:t>8:23  and she made two packets, and when food was ready, she wanted to tie the packets.</w:t>
      </w:r>
      <w:r>
        <w:br/>
      </w:r>
      <w:r>
        <w:rPr>
          <w:sz w:val="20"/>
        </w:rPr>
        <w:t>8:33  so she was not able to get a rope or anything, so she took out her belt, waist belt, cut into two, and tied both the packets.</w:t>
      </w:r>
      <w:r>
        <w:br/>
      </w:r>
      <w:r>
        <w:rPr>
          <w:sz w:val="20"/>
        </w:rPr>
        <w:t>8:43  so when the prophet came to know about this, he called her dhat an-nitaqayn, the lady.</w:t>
      </w:r>
      <w:r>
        <w:br/>
      </w:r>
      <w:r>
        <w:rPr>
          <w:sz w:val="20"/>
        </w:rPr>
        <w:t>8:52  two belts, and said that asma will go to paradise.</w:t>
      </w:r>
      <w:r>
        <w:br/>
      </w:r>
      <w:r>
        <w:rPr>
          <w:sz w:val="20"/>
        </w:rPr>
        <w:t>8:57  so the food that asma gave to the prophet and abu bakr (Razi Allahu Anhu) was almost finished, and they were hungry, and they were thirsty, and they so attentive and a way, and they approached towards that tent,</w:t>
      </w:r>
      <w:r>
        <w:br/>
      </w:r>
      <w:r>
        <w:rPr>
          <w:sz w:val="20"/>
        </w:rPr>
        <w:t>9:19  hoping to find some food, some water, some shelter, and at the entrance they so an old lady sitting who was in her fifties, very strong, tall lady.</w:t>
      </w:r>
      <w:r>
        <w:br/>
      </w:r>
      <w:r>
        <w:rPr>
          <w:sz w:val="20"/>
        </w:rPr>
        <w:t>9:33  they used to live in harsh climate of the desert. so she also saw that some people are approaching her, and when they reached her, they greeted each other, they introduced themselves, and prophet (Salallahu Alaihi Wasallam) said: "ya umm ma'bad, her name was umm ma'bad.</w:t>
      </w:r>
      <w:r>
        <w:br/>
      </w:r>
      <w:r>
        <w:rPr>
          <w:sz w:val="20"/>
        </w:rPr>
        <w:t>9:57  ya umm ma'bad, do you have anything for us to eat, like milk or date or water that we can take from you?" and she said: "wallah, if i had anything, i would surely have given you." you know, the arabs are very hospitable people, very generous.</w:t>
      </w:r>
      <w:r>
        <w:br/>
      </w:r>
      <w:r>
        <w:rPr>
          <w:sz w:val="20"/>
        </w:rPr>
        <w:t>10:15  they will never like to send their guests without offering something to eat, but it was time of drought.</w:t>
      </w:r>
      <w:r>
        <w:br/>
      </w:r>
      <w:r>
        <w:rPr>
          <w:sz w:val="20"/>
        </w:rPr>
        <w:t>10:24  her family was also passing through difficult time, great hardship. she had nothing to offer. so the prophet noticed there was a small goat at the corner of the tent,</w:t>
      </w:r>
      <w:r>
        <w:br/>
      </w:r>
      <w:r>
        <w:rPr>
          <w:sz w:val="20"/>
        </w:rPr>
        <w:t>10:38  and the prophet pointed to that goat and said: "what about that goat? can i milk it</w:t>
      </w:r>
      <w:r>
        <w:br/>
      </w:r>
      <w:r>
        <w:rPr>
          <w:sz w:val="20"/>
        </w:rPr>
        <w:t>10:45  ?" and she said: "this poor goat is so weak that rest of the flock has gone to graze and leaving her behind." and she couldn't even go to graze outside. she is so weak,</w:t>
      </w:r>
      <w:r>
        <w:br/>
      </w:r>
      <w:r>
        <w:rPr>
          <w:sz w:val="20"/>
        </w:rPr>
        <w:t>11:01  it has no milk, but the prophet said: "would you allow me to try milking her?" so she said: "okay, if you wish, go ahead</w:t>
      </w:r>
      <w:r>
        <w:br/>
      </w:r>
      <w:r>
        <w:rPr>
          <w:sz w:val="20"/>
        </w:rPr>
        <w:t>11:13  , do i don't expect that you will get a drop of milk." so the prophet approached the goat and rubbed her back, patted that and prayed for the family.</w:t>
      </w:r>
      <w:r>
        <w:br/>
      </w:r>
      <w:r>
        <w:rPr>
          <w:sz w:val="20"/>
        </w:rPr>
        <w:t>11:29  he used to pray for the family whenever he was to stay in a house. this was his habit. so prophet said: "o allah, bless this goat for the family."</w:t>
      </w:r>
      <w:r>
        <w:br/>
      </w:r>
      <w:r>
        <w:rPr>
          <w:sz w:val="20"/>
        </w:rPr>
        <w:t>11:41  and the prophet said: "bismillah." and he placed his hand on the goat's udder and started milking.</w:t>
      </w:r>
      <w:r>
        <w:br/>
      </w:r>
      <w:r>
        <w:rPr>
          <w:sz w:val="20"/>
        </w:rPr>
        <w:t>11:51  suddenly milk big into overflow. mashallah. and the prophet milk the goat and the big container was overflowed. and umm habiba was surprised. she was amazed.</w:t>
      </w:r>
      <w:r>
        <w:br/>
      </w:r>
      <w:r>
        <w:rPr>
          <w:sz w:val="20"/>
        </w:rPr>
        <w:t>12:04  so first the prophet gave the milk to umm habiba to drink.</w:t>
      </w:r>
      <w:r>
        <w:br/>
      </w:r>
      <w:r>
        <w:rPr>
          <w:sz w:val="20"/>
        </w:rPr>
        <w:t>12:11  she drank to her full, and then the prophet offered the milk to his companions. they all drank and they were satisfied.</w:t>
      </w:r>
      <w:r>
        <w:br/>
      </w:r>
      <w:r>
        <w:rPr>
          <w:sz w:val="20"/>
        </w:rPr>
        <w:t>12:21  still there was milk in the vessel. right. and the prophet said: "the one who serves others should drink last." this is a principle.</w:t>
      </w:r>
      <w:r>
        <w:br/>
      </w:r>
      <w:r>
        <w:rPr>
          <w:sz w:val="20"/>
        </w:rPr>
        <w:t>12:33  so finally the prophet drank last,</w:t>
      </w:r>
      <w:r>
        <w:br/>
      </w:r>
      <w:r>
        <w:rPr>
          <w:sz w:val="20"/>
        </w:rPr>
        <w:t>12:37  and when they finished, the prophet milked the goat again, and the pot was filled more. so he gave the full pot of milk to umm habiba to keep for her family,</w:t>
      </w:r>
      <w:r>
        <w:br/>
      </w:r>
      <w:r>
        <w:rPr>
          <w:sz w:val="20"/>
        </w:rPr>
        <w:t>12:52  and then after resting for a while, the prophet and his companions continued their journey to madinah.</w:t>
      </w:r>
    </w:p>
    <w:p>
      <w:pPr>
        <w:pStyle w:val="Heading2"/>
      </w:pPr>
      <w:r>
        <w:t>Hijrah is now obsolete due to modern nationalism</w:t>
      </w:r>
    </w:p>
    <w:p>
      <w:r>
        <w:rPr>
          <w:color w:val="666666"/>
          <w:sz w:val="18"/>
        </w:rPr>
        <w:t>Prophetic Mission in History March 06, 2007 · 1m 21s · at 16:38 · https://youtu.be/w7HfRxRVIps?t=998</w:t>
      </w:r>
    </w:p>
    <w:p>
      <w:r>
        <w:rPr>
          <w:i/>
        </w:rPr>
        <w:t>“Because the situation has completely changed — take the hijrah concept”</w:t>
      </w:r>
    </w:p>
    <w:p>
      <w:r>
        <w:rPr>
          <w:sz w:val="20"/>
        </w:rPr>
        <w:t>16:38  because situation is completely changed. for example, let us take Hijrah concept.</w:t>
      </w:r>
      <w:r>
        <w:br/>
      </w:r>
      <w:r>
        <w:rPr>
          <w:sz w:val="20"/>
        </w:rPr>
        <w:t>16:47  now Hijrah is impossible. now we are living in a world where in every country, there are national governments.</w:t>
      </w:r>
      <w:r>
        <w:br/>
      </w:r>
      <w:r>
        <w:rPr>
          <w:sz w:val="20"/>
        </w:rPr>
        <w:t>16:59  modern concept of nationalism, according to the modern concept of nationalism, the Hijrah concept is quite irrelevant.</w:t>
      </w:r>
      <w:r>
        <w:br/>
      </w:r>
      <w:r>
        <w:rPr>
          <w:sz w:val="20"/>
        </w:rPr>
        <w:t>17:13  now, it is impossible.</w:t>
      </w:r>
      <w:r>
        <w:br/>
      </w:r>
      <w:r>
        <w:rPr>
          <w:sz w:val="20"/>
        </w:rPr>
        <w:t>17:18  those who don't know the modern concept of nationalism, may talk in terms of Hijrah. but those people who know, we are living in an age where there is nationalism everywhere, in every country.</w:t>
      </w:r>
      <w:r>
        <w:br/>
      </w:r>
      <w:r>
        <w:rPr>
          <w:sz w:val="20"/>
        </w:rPr>
        <w:t>17:38  so, the modern concept of nationalism, after the advent of modern concept of nationalism, Hijrah became obsolete, irrelevant, anachronistic idea.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