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People of the Cave</w:t>
      </w:r>
    </w:p>
    <w:p>
      <w:r>
        <w:rPr>
          <w:sz w:val="18"/>
        </w:rPr>
        <w:t>Q&amp;A, lecture moments and clips · full transcripts with timestamps · exported 2026-09-21</w:t>
      </w:r>
    </w:p>
    <w:p>
      <w:pPr>
        <w:pStyle w:val="Heading1"/>
      </w:pPr>
      <w:r>
        <w:t>Maulana was asked (5)</w:t>
      </w:r>
    </w:p>
    <w:p>
      <w:pPr>
        <w:pStyle w:val="Heading2"/>
      </w:pPr>
      <w:r>
        <w:t>Question from Maulana Iqbal Umari</w:t>
      </w:r>
    </w:p>
    <w:p>
      <w:r>
        <w:rPr>
          <w:color w:val="666666"/>
          <w:sz w:val="18"/>
        </w:rPr>
        <w:t>Hadith Word of Wisdom August 31, 2014 · 4m 50s · at 1:00:08 · https://youtu.be/fv4eRJRe8dk?t=3608</w:t>
      </w:r>
    </w:p>
    <w:p>
      <w:r>
        <w:rPr>
          <w:sz w:val="20"/>
        </w:rPr>
        <w:t>1:00:08  Maulana, agla sawal lene se pehle ek comment parhna chahenge jo Dr. Safeena Tabassum ne Ajmer se bheja hai.</w:t>
      </w:r>
      <w:r>
        <w:br/>
      </w:r>
      <w:r>
        <w:rPr>
          <w:sz w:val="20"/>
        </w:rPr>
        <w:t>1:00:14  unhon ne likha hai ke "Maulana sahib, aaj ke lecture se yeh baat clear ho gayi ke zamanay</w:t>
      </w:r>
      <w:r>
        <w:br/>
      </w:r>
      <w:r>
        <w:rPr>
          <w:sz w:val="20"/>
        </w:rPr>
        <w:t>1:00:19  ki ba-khabari momin ke liye kitni zaroori hai." Maulana, agla sawal aaya hai Chennai se Maulana Iqbal Umri</w:t>
      </w:r>
      <w:r>
        <w:br/>
      </w:r>
      <w:r>
        <w:rPr>
          <w:sz w:val="20"/>
        </w:rPr>
        <w:t>1:00:25  ka, aur unhon ne likha hai ke "Maulana, ek sahib ne kaha ke Musalmanon mein ittehad sirf khilafat</w:t>
      </w:r>
      <w:r>
        <w:br/>
      </w:r>
      <w:r>
        <w:rPr>
          <w:sz w:val="20"/>
        </w:rPr>
        <w:t>1:00:30  ki barkat se hi aa sakta hai.</w:t>
      </w:r>
      <w:r>
        <w:br/>
      </w:r>
      <w:r>
        <w:rPr>
          <w:sz w:val="20"/>
        </w:rPr>
        <w:t>1:00:36  Maulana, Musalman kyun, kyun khilafat ki khush fehmi mein hain? Aur yeh bhi kehte hain ke ek na</w:t>
      </w:r>
      <w:r>
        <w:br/>
      </w:r>
      <w:r>
        <w:rPr>
          <w:sz w:val="20"/>
        </w:rPr>
        <w:t>1:00:41  ek din khilafat zaroor aaye gi." Dekhen, khilafat ka lafz jo hai, yeh ek, ek bid'ati lafz hai.</w:t>
      </w:r>
      <w:r>
        <w:br/>
      </w:r>
      <w:r>
        <w:rPr>
          <w:sz w:val="20"/>
        </w:rPr>
        <w:t>1:00:47  ab baat karta hoon mein, yeh samajh lijiye, is ko logon ne Islami samajh rakha hai na? Yeh</w:t>
      </w:r>
      <w:r>
        <w:br/>
      </w:r>
      <w:r>
        <w:rPr>
          <w:sz w:val="20"/>
        </w:rPr>
        <w:t>1:00:53  bad'ati lafz hai, mubtadiyana lafz hai.</w:t>
      </w:r>
      <w:r>
        <w:br/>
      </w:r>
      <w:r>
        <w:rPr>
          <w:sz w:val="20"/>
        </w:rPr>
        <w:t>1:00:58  dekhen, chaar hamare haan maane hue mustanad hain: Hazrat Abu Bakr, Hazrat Umar, Hazrat Usman, Hazrat Ali.</w:t>
      </w:r>
      <w:r>
        <w:br/>
      </w:r>
      <w:r>
        <w:rPr>
          <w:sz w:val="20"/>
        </w:rPr>
        <w:t>1:01:04  un ke zamane mein khaleefa ka lafz tha hi nahin, amirul momineen kaha jata tha.</w:t>
      </w:r>
      <w:r>
        <w:br/>
      </w:r>
      <w:r>
        <w:rPr>
          <w:sz w:val="20"/>
        </w:rPr>
        <w:t>1:01:09  amirul momineen, yani tareekh ke mutabiq, un chaaron mein se kisi ko khaleefa nahin kaha jata, amirul momineen kaha jata tha.</w:t>
      </w:r>
      <w:r>
        <w:br/>
      </w:r>
      <w:r>
        <w:rPr>
          <w:sz w:val="20"/>
        </w:rPr>
        <w:t>1:01:15  khilafat ka lafz nikala hai banu umiya ke zamane mein, us ko, yani unhon ne, unhon ne apne</w:t>
      </w:r>
      <w:r>
        <w:br/>
      </w:r>
      <w:r>
        <w:rPr>
          <w:sz w:val="20"/>
        </w:rPr>
        <w:t>1:01:21  ko dynasty mein tabdeel kar diya, khandANI hukumat.</w:t>
      </w:r>
      <w:r>
        <w:br/>
      </w:r>
      <w:r>
        <w:rPr>
          <w:sz w:val="20"/>
        </w:rPr>
        <w:t>1:01:26  to apni khandANI hukumat ko legitimize karne ke liye unhon ne khilafat ka lafz chala diya.</w:t>
      </w:r>
      <w:r>
        <w:br/>
      </w:r>
      <w:r>
        <w:rPr>
          <w:sz w:val="20"/>
        </w:rPr>
        <w:t>1:01:32  to khilafat to dynasty ke zamane mein, yani khandANI hukumat ke zamane mein, us ko, us ko muqaddam</w:t>
      </w:r>
      <w:r>
        <w:br/>
      </w:r>
      <w:r>
        <w:rPr>
          <w:sz w:val="20"/>
        </w:rPr>
        <w:t>1:01:37  banane ke liye istemal kiya unhon ne.</w:t>
      </w:r>
      <w:r>
        <w:br/>
      </w:r>
      <w:r>
        <w:rPr>
          <w:sz w:val="20"/>
        </w:rPr>
        <w:t>1:01:43  ab woh chal pada, warna khaleefa ka lafz koi islami lafz nahin hai.</w:t>
      </w:r>
      <w:r>
        <w:br/>
      </w:r>
      <w:r>
        <w:rPr>
          <w:sz w:val="20"/>
        </w:rPr>
        <w:t>1:01:48  agar islami lafz hota to chaaron jo shakhsiyaten hain: Hazrat Abu Bakr, Hazrat Umar, Hazrat Usman, Hazrat Ali, un</w:t>
      </w:r>
      <w:r>
        <w:br/>
      </w:r>
      <w:r>
        <w:rPr>
          <w:sz w:val="20"/>
        </w:rPr>
        <w:t>1:01:54  ke zamane mein yeh lafz istemal hota.</w:t>
      </w:r>
      <w:r>
        <w:br/>
      </w:r>
      <w:r>
        <w:rPr>
          <w:sz w:val="20"/>
        </w:rPr>
        <w:t>1:02:00  ek hadith ko log samajhte hain, woh jo hadith hai ke "alaykum bi sunnati wa sunnati al-khulafai al-rashidin", is mein khulafa</w:t>
      </w:r>
      <w:r>
        <w:br/>
      </w:r>
      <w:r>
        <w:rPr>
          <w:sz w:val="20"/>
        </w:rPr>
        <w:t>1:02:05  se murad political khulafa hargiz nahin hain.</w:t>
      </w:r>
      <w:r>
        <w:br/>
      </w:r>
      <w:r>
        <w:rPr>
          <w:sz w:val="20"/>
        </w:rPr>
        <w:t>1:02:11  yeh bhi samajh lijiye, is hadith mein khulafa se murad political khulafa nahin hain, balke mere ashaab jo</w:t>
      </w:r>
      <w:r>
        <w:br/>
      </w:r>
      <w:r>
        <w:rPr>
          <w:sz w:val="20"/>
        </w:rPr>
        <w:t>1:02:16  mere rastay par chale, woh murad hain.</w:t>
      </w:r>
      <w:r>
        <w:br/>
      </w:r>
      <w:r>
        <w:rPr>
          <w:sz w:val="20"/>
        </w:rPr>
        <w:t>1:02:22  to khilafat to mubtadiyana lafz hai mere nazdeek.</w:t>
      </w:r>
      <w:r>
        <w:br/>
      </w:r>
      <w:r>
        <w:rPr>
          <w:sz w:val="20"/>
        </w:rPr>
        <w:t>1:02:28  aur doosri baat yeh hai ke khilafat ke zamane mein hamesha ladaaiyan jari rahi hain.</w:t>
      </w:r>
      <w:r>
        <w:br/>
      </w:r>
      <w:r>
        <w:rPr>
          <w:sz w:val="20"/>
        </w:rPr>
        <w:t>1:02:33  kabhi bhi aisa nahin hua ke khilafat ke zamane mein ladaaiyan na hon.</w:t>
      </w:r>
      <w:r>
        <w:br/>
      </w:r>
      <w:r>
        <w:rPr>
          <w:sz w:val="20"/>
        </w:rPr>
        <w:t>1:02:39  poora hazar saal tak ladaaiyon se bhara hua hai, har jagah ladai.</w:t>
      </w:r>
      <w:r>
        <w:br/>
      </w:r>
      <w:r>
        <w:rPr>
          <w:sz w:val="20"/>
        </w:rPr>
        <w:t>1:02:44  to kya khilafat se ittehad aata hai? kaun si tareekh batati hai aap ko? woh kaun si tareekh</w:t>
      </w:r>
      <w:r>
        <w:br/>
      </w:r>
      <w:r>
        <w:rPr>
          <w:sz w:val="20"/>
        </w:rPr>
        <w:t>1:02:50  batati hai jis mein khilafat se ittehad aa gaya? main aap ko naam munaam karne ki zaroorat nahin</w:t>
      </w:r>
      <w:r>
        <w:br/>
      </w:r>
      <w:r>
        <w:rPr>
          <w:sz w:val="20"/>
        </w:rPr>
        <w:t>1:02:56  hai, lekin jang-e-siffin aur jang-e-jamal se le kar ke aakhir waqt tak sab ladaaiyan jari rahin.</w:t>
      </w:r>
      <w:r>
        <w:br/>
      </w:r>
      <w:r>
        <w:rPr>
          <w:sz w:val="20"/>
        </w:rPr>
        <w:t>1:03:01  aakhri zamane mein khilafat-e-turki jo hai, us se arabon se ladai jari thi yahan tak ke toot</w:t>
      </w:r>
      <w:r>
        <w:br/>
      </w:r>
      <w:r>
        <w:rPr>
          <w:sz w:val="20"/>
        </w:rPr>
        <w:t>1:03:07  gaya khilafat ka zamana.</w:t>
      </w:r>
      <w:r>
        <w:br/>
      </w:r>
      <w:r>
        <w:rPr>
          <w:sz w:val="20"/>
        </w:rPr>
        <w:t>1:03:12  mughlon ke zamane mein ladai, yaani kaun si? mujhe bataiye, kaun si khilafat hai? ispain mein aath suo</w:t>
      </w:r>
      <w:r>
        <w:br/>
      </w:r>
      <w:r>
        <w:rPr>
          <w:sz w:val="20"/>
        </w:rPr>
        <w:t>1:03:18  saal tak wahan se ladte rahe log.</w:t>
      </w:r>
      <w:r>
        <w:br/>
      </w:r>
      <w:r>
        <w:rPr>
          <w:sz w:val="20"/>
        </w:rPr>
        <w:t>1:03:23  yeh kaun si khilafat hai jis ke zamane mein log mutahid ho gaye the? dekhiye, yaad rakhiye, ittehad</w:t>
      </w:r>
      <w:r>
        <w:br/>
      </w:r>
      <w:r>
        <w:rPr>
          <w:sz w:val="20"/>
        </w:rPr>
        <w:t>1:03:29  ka talluq kisi siyasi iqtadar se nahi hai.</w:t>
      </w:r>
      <w:r>
        <w:br/>
      </w:r>
      <w:r>
        <w:rPr>
          <w:sz w:val="20"/>
        </w:rPr>
        <w:t>1:03:35  ittehad zehni halat ka naam hai.</w:t>
      </w:r>
      <w:r>
        <w:br/>
      </w:r>
      <w:r>
        <w:rPr>
          <w:sz w:val="20"/>
        </w:rPr>
        <w:t>1:03:40  aap zehni aitbar se aap zyada samajhdar hon to aap mutahid rahenge.</w:t>
      </w:r>
      <w:r>
        <w:br/>
      </w:r>
      <w:r>
        <w:rPr>
          <w:sz w:val="20"/>
        </w:rPr>
        <w:t>1:03:46  ittehad ka talluq zehni, yaani taleem se, tarbiyat se, zehni irtqa se hai.</w:t>
      </w:r>
      <w:r>
        <w:br/>
      </w:r>
      <w:r>
        <w:rPr>
          <w:sz w:val="20"/>
        </w:rPr>
        <w:t>1:03:51  party se iska koi matlab nahi.</w:t>
      </w:r>
      <w:r>
        <w:br/>
      </w:r>
      <w:r>
        <w:rPr>
          <w:sz w:val="20"/>
        </w:rPr>
        <w:t>1:03:57  yaani india mein aap dekhen ke musalman aapas mein ladte rahe.</w:t>
      </w:r>
      <w:r>
        <w:br/>
      </w:r>
      <w:r>
        <w:rPr>
          <w:sz w:val="20"/>
        </w:rPr>
        <w:t>1:04:03  mughal jo musalman the, unki ladai hoti rahi.</w:t>
      </w:r>
      <w:r>
        <w:br/>
      </w:r>
      <w:r>
        <w:rPr>
          <w:sz w:val="20"/>
        </w:rPr>
        <w:t>1:04:08  deccan ke jo salateen the, muslim salateen se mughlon ki ladai, dono musalman the.</w:t>
      </w:r>
      <w:r>
        <w:br/>
      </w:r>
      <w:r>
        <w:rPr>
          <w:sz w:val="20"/>
        </w:rPr>
        <w:t>1:04:14  kahan ittehad hai? yeh to bilkul ek khayali baat hai ke khilafat se ittehad aata hai.</w:t>
      </w:r>
      <w:r>
        <w:br/>
      </w:r>
      <w:r>
        <w:rPr>
          <w:sz w:val="20"/>
        </w:rPr>
        <w:t>1:04:19  to maine do baatein arz keen ke khilafat khud ek mubtadiana tasawwur hai.</w:t>
      </w:r>
      <w:r>
        <w:br/>
      </w:r>
      <w:r>
        <w:rPr>
          <w:sz w:val="20"/>
        </w:rPr>
        <w:t>1:04:25  bano umiya ke zamane mein jo unhone khandANI hukumat bana li thi, jis ko kehte hain dynasty,</w:t>
      </w:r>
      <w:r>
        <w:br/>
      </w:r>
      <w:r>
        <w:rPr>
          <w:sz w:val="20"/>
        </w:rPr>
        <w:t>1:04:31  to is ko legitimize karne ke liye unhone khilafat ka lafz chalaya.</w:t>
      </w:r>
      <w:r>
        <w:br/>
      </w:r>
      <w:r>
        <w:rPr>
          <w:sz w:val="20"/>
        </w:rPr>
        <w:t>1:04:36  aur doosri baat yeh hai ke koi tareekh aap nahi bata sakte jabke jo zamana tha usmani saltanat'on</w:t>
      </w:r>
      <w:r>
        <w:br/>
      </w:r>
      <w:r>
        <w:rPr>
          <w:sz w:val="20"/>
        </w:rPr>
        <w:t>1:04:42  ka, jis ko woh khilafat kehte the, ke wahan par ittehad raha ho.</w:t>
      </w:r>
      <w:r>
        <w:br/>
      </w:r>
      <w:r>
        <w:rPr>
          <w:sz w:val="20"/>
        </w:rPr>
        <w:t>1:04:47  khoob ladaiyan huin, khoob khoonrezian huin.</w:t>
      </w:r>
      <w:r>
        <w:br/>
      </w:r>
      <w:r>
        <w:rPr>
          <w:sz w:val="20"/>
        </w:rPr>
        <w:t>1:04:53  yeh to, yeh to ek farzi baat hai.</w:t>
      </w:r>
    </w:p>
    <w:p>
      <w:pPr>
        <w:pStyle w:val="Heading2"/>
      </w:pPr>
      <w:r>
        <w:t>What do women get in Paradise?</w:t>
      </w:r>
    </w:p>
    <w:p>
      <w:r>
        <w:rPr>
          <w:color w:val="666666"/>
          <w:sz w:val="18"/>
        </w:rPr>
        <w:t>The Concept of Divine Help June 16, 2013 · 3m 07s · at 1:08:31 · https://youtu.be/b0QaxGSnAOI?t=4111</w:t>
      </w:r>
    </w:p>
    <w:p>
      <w:r>
        <w:rPr>
          <w:i/>
        </w:rPr>
        <w:t>“It is said that in Paradise, men have hoor (maidens). What is there for women?”</w:t>
      </w:r>
    </w:p>
    <w:p>
      <w:r>
        <w:rPr>
          <w:sz w:val="20"/>
        </w:rPr>
        <w:t>1:08:31  molana, agla sawal rai chor se hai zaheeruddin sahib ka</w:t>
      </w:r>
      <w:r>
        <w:br/>
      </w:r>
      <w:r>
        <w:rPr>
          <w:sz w:val="20"/>
        </w:rPr>
        <w:t>1:08:35  ۔ unhon ne likha hai: "pichhle sunday jo topic tha, woh jannat par tha. molana sahib, mera sawal jannat ko le kar yeh hai ke yeh kaha jata hai ke jannat mein aadmi ke liye hoor hai,</w:t>
      </w:r>
      <w:r>
        <w:br/>
      </w:r>
      <w:r>
        <w:rPr>
          <w:sz w:val="20"/>
        </w:rPr>
        <w:t>1:08:48  to mera sawal yeh hai: aurat ke liye kya hai?" dekhen, yeh sawal ka jawab bar bar diya ja chuka hai. quran mein jo lafz istemal kiya gaya hai, dekhen, bohat hi ba-mani lafz hai.</w:t>
      </w:r>
      <w:r>
        <w:br/>
      </w:r>
      <w:r>
        <w:rPr>
          <w:sz w:val="20"/>
        </w:rPr>
        <w:t>1:09:04  azwaj ka lafz istemal kiya hai quran mein. azwaj kehte hain us spouse ko. azwaj mutahira behtareen azwaj honge.</w:t>
      </w:r>
      <w:r>
        <w:br/>
      </w:r>
      <w:r>
        <w:rPr>
          <w:sz w:val="20"/>
        </w:rPr>
        <w:t>1:09:13  yeh bohat hi ba-mani lafz quran mein hum dekhen ke jannat jannat mein logon ke liye behtareen azwaj honge, behtareen spouse honge. to spouse ka lafz jo hai, aurat ke liye bhi hai, mard ke liye bhi.</w:t>
      </w:r>
      <w:r>
        <w:br/>
      </w:r>
      <w:r>
        <w:rPr>
          <w:sz w:val="20"/>
        </w:rPr>
        <w:t>1:09:26  yeh yeh sawal jo hai, bilkul mere nazdeek irrelevant sawal hai, aur is liye sawal hai ke log azwaj ko le lete hain is mani mein, ghalat mani mein.</w:t>
      </w:r>
      <w:r>
        <w:br/>
      </w:r>
      <w:r>
        <w:rPr>
          <w:sz w:val="20"/>
        </w:rPr>
        <w:t>1:09:38  azwaj jo hai, spouse ke mani mein hai. spouse jo hai, dono ke liye bara aata hai. yani aurat ke liye bhi, mard ke liye bhi. yani yani mard ke liye behtareen aurat, aur aurat ke liye behtareen mard.</w:t>
      </w:r>
      <w:r>
        <w:br/>
      </w:r>
      <w:r>
        <w:rPr>
          <w:sz w:val="20"/>
        </w:rPr>
        <w:t>1:09:50  lahum fiha azwaj mutahira</w:t>
      </w:r>
      <w:r>
        <w:br/>
      </w:r>
      <w:r>
        <w:rPr>
          <w:sz w:val="20"/>
        </w:rPr>
        <w:t>1:09:53  ahl-e-jannat ke liye jannat mein azwaj mutahira honge. lahum fiha azwaj mutahira pakiza azwaj.</w:t>
      </w:r>
      <w:r>
        <w:br/>
      </w:r>
      <w:r>
        <w:rPr>
          <w:sz w:val="20"/>
        </w:rPr>
        <w:t>1:10:04  yani mard ke liye pakiza aurat, aurat ke liye pakiza mard. to dono ko bilkul yaksa darja diya gaya, bilkul yaksa. equal status, dono mein koi farq nahi hai.</w:t>
      </w:r>
      <w:r>
        <w:br/>
      </w:r>
      <w:r>
        <w:rPr>
          <w:sz w:val="20"/>
        </w:rPr>
        <w:t>1:10:17  molana, yeh comment hai jo abhi abhi aaya hai london se zulqarnain sahib ka</w:t>
      </w:r>
      <w:r>
        <w:br/>
      </w:r>
      <w:r>
        <w:rPr>
          <w:sz w:val="20"/>
        </w:rPr>
        <w:t>1:10:22  ۔ unhon ne likha hai: "molana sahib, may allah bless you and your cps team members with good health and happiness for speaking on topics which are so relevant to present day world in general and muslims in particular.</w:t>
      </w:r>
      <w:r>
        <w:br/>
      </w:r>
      <w:r>
        <w:rPr>
          <w:sz w:val="20"/>
        </w:rPr>
        <w:t>1:10:39  i thoroughly benefited from today's topic, particularly emphasis on being unilaterally well wisher for mudo." maaf kijiye.</w:t>
      </w:r>
    </w:p>
    <w:p>
      <w:pPr>
        <w:pStyle w:val="Heading2"/>
      </w:pPr>
      <w:r>
        <w:t>Prophet's nighttime visit to graveyard</w:t>
      </w:r>
    </w:p>
    <w:p>
      <w:r>
        <w:rPr>
          <w:color w:val="666666"/>
          <w:sz w:val="18"/>
        </w:rPr>
        <w:t>The Story of Aisha Bint Abu Bakr Part 2 March 05, 2023 · 28m 41s · at 29:27 · https://youtu.be/od3Is6a9B7o?t=1767</w:t>
      </w:r>
    </w:p>
    <w:p>
      <w:r>
        <w:rPr>
          <w:i/>
        </w:rPr>
        <w:t>“ایک مرتبہ وہ رات میں اٹھے اور پھر وہ بقی graveyard گئے اور وہاں پہ انہوں نے جتنے بھی لوگ جو graveyard میں دفنائے گئے ہیں ان کے لیے دعا مان گی انہوں نے۔ تو اس کے بارے میں بتائیں۔”</w:t>
      </w:r>
    </w:p>
    <w:p>
      <w:r>
        <w:rPr>
          <w:sz w:val="20"/>
        </w:rPr>
        <w:t>29:27  aur bohat lambe sajde pe jaya karte the. tu doctor sahib agla sawal lena chahunga ke ek martaba woh raat mein uthe aur phir woh baqi graveyard gaye aur wahan pe unhon ne jitne bhi log jo graveyard mein dafnaye gaye hain un ke liye dua maan</w:t>
      </w:r>
      <w:r>
        <w:br/>
      </w:r>
      <w:r>
        <w:rPr>
          <w:sz w:val="20"/>
        </w:rPr>
        <w:t>29:45  gi unhon ne. tu is ke bare mein batain. yeh ek bohat lambi hadith hai ji hazrat aisha ki. kuch log baithe hue the hazrat aisha ke paas tu hazrat aisha ne kaha ke do you want me to tell a story about the prophet and about me tu logon ne kaha zaroor zaroor sunain.</w:t>
      </w:r>
      <w:r>
        <w:br/>
      </w:r>
      <w:r>
        <w:rPr>
          <w:sz w:val="20"/>
        </w:rPr>
        <w:t>30:08  tu hazrat aisha ne bataya ke ek baar prophet sham ko aaye masjid se. ji aur unhon ne apne shoes utare, shoes rakh diye ek taraf aur chadar hatayi aur ek bistar banaya aur let gaye.</w:t>
      </w:r>
      <w:r>
        <w:br/>
      </w:r>
      <w:r>
        <w:rPr>
          <w:sz w:val="20"/>
        </w:rPr>
        <w:t>30:28  aur maybe maybe let gayi hazrat aisha kehti hain. tu maine dekha ke raat ke waqt woh ahista se uthe.</w:t>
      </w:r>
      <w:r>
        <w:br/>
      </w:r>
      <w:r>
        <w:rPr>
          <w:sz w:val="20"/>
        </w:rPr>
        <w:t>30:36  un ko laga ke main so gayi halanke shayad hazrat aisha jag rahi thin. tu bohat ahista se uthe aur ahista se unhon ne apne shoes pehne aur ahista se unhon ne apni chadar odhi.</w:t>
      </w:r>
      <w:r>
        <w:br/>
      </w:r>
      <w:r>
        <w:rPr>
          <w:sz w:val="20"/>
        </w:rPr>
        <w:t>30:48  ji aur ahista se gaye aur darwaza ahista se khola aur bahar chale gaye aur darwaza ahista se band kiya. tu un ko kuch shakk ho gaya.</w:t>
      </w:r>
      <w:r>
        <w:br/>
      </w:r>
      <w:r>
        <w:rPr>
          <w:sz w:val="20"/>
        </w:rPr>
        <w:t>31:00  tu woh uthi aur unhon ne apni chadar odhi.</w:t>
      </w:r>
      <w:r>
        <w:br/>
      </w:r>
      <w:r>
        <w:rPr>
          <w:sz w:val="20"/>
        </w:rPr>
        <w:t>31:03  ji aur woh bhi nikal gayin ghar se bahar ke dekhen kahan ja rahi hain. tu unhon ne dekha ke woh baqi qabristan ki taraf jo baqi qabristan hai jannat ul baqi kehte hain ise woh bilkul masjid se mila hua hai.</w:t>
      </w:r>
      <w:r>
        <w:br/>
      </w:r>
      <w:r>
        <w:rPr>
          <w:sz w:val="20"/>
        </w:rPr>
        <w:t>31:20  abhi bhi aap jayen tu dekh sakte hain. aur bare bare sahaba ki qabrein hain is mein. khud hazrat aisha ki bhi qabr is mein hi hai.</w:t>
      </w:r>
      <w:r>
        <w:br/>
      </w:r>
      <w:r>
        <w:rPr>
          <w:sz w:val="20"/>
        </w:rPr>
        <w:t>31:26  ji tu unhon ne dekha ke prophet baqi ke paas gaye aur wahan kafi der khade rahe. aur phir teen baar hath uthaya.</w:t>
      </w:r>
      <w:r>
        <w:br/>
      </w:r>
      <w:r>
        <w:rPr>
          <w:sz w:val="20"/>
        </w:rPr>
        <w:t>31:37  dua ki teen baar. phir wapas palte. ji aur bohat tez aane lagay. tu hazrat aisha kehti hain ke prophet was walking really fast tu maine bhi bohat tez chalna shuru kiya.</w:t>
      </w:r>
      <w:r>
        <w:br/>
      </w:r>
      <w:r>
        <w:rPr>
          <w:sz w:val="20"/>
        </w:rPr>
        <w:t>31:49  woh aur tez ho gaye. main bhi aur tez ho gayi taake woh mujhe dekhen na.</w:t>
      </w:r>
      <w:r>
        <w:br/>
      </w:r>
      <w:r>
        <w:rPr>
          <w:sz w:val="20"/>
        </w:rPr>
        <w:t>31:54  ab phir he started to run and then i started to run and i was out of breath tu daurte daurte main kaise pahunchi ghar.</w:t>
      </w:r>
      <w:r>
        <w:br/>
      </w:r>
      <w:r>
        <w:rPr>
          <w:sz w:val="20"/>
        </w:rPr>
        <w:t>32:03  aur jaise main leti waisi hi prophet bhi aa gaye. tu prophet ne dekha ke meri saans phool rahi hai. haanp rahi hoon main. tu bole ke kya ho gaya tumhein?</w:t>
      </w:r>
      <w:r>
        <w:br/>
      </w:r>
      <w:r>
        <w:rPr>
          <w:sz w:val="20"/>
        </w:rPr>
        <w:t>32:15  tu unhon ne kaha kuch nahin. koi zyada boli nahin.</w:t>
      </w:r>
      <w:r>
        <w:br/>
      </w:r>
      <w:r>
        <w:rPr>
          <w:sz w:val="20"/>
        </w:rPr>
        <w:t>32:19  tu rasool allah ne kaha hai ke tum mujhe waqia batao warna allah jo lateef ul khabeer hai the subtle and the aware he will inform me ji either you inform me or ji god will inform me tu sari baat unhon ne bata di ke main ne aise aise aap ko dekha tu main aap ke peeche chali gayi.</w:t>
      </w:r>
      <w:r>
        <w:br/>
      </w:r>
      <w:r>
        <w:rPr>
          <w:sz w:val="20"/>
        </w:rPr>
        <w:t>32:45  tu unhon ne kaha hai ke so you you were the black shape in front of me tu unhon ne kaha haan main hi main hi thi woh.</w:t>
      </w:r>
      <w:r>
        <w:br/>
      </w:r>
      <w:r>
        <w:rPr>
          <w:sz w:val="20"/>
        </w:rPr>
        <w:t>32:53  un ko kuch nazar aaya hoga rasool allah ko ke kaale rang ki koi shaal waghera odh ke gayi hongi. tu prophet ne kaha hai do you think allah and his messenger will be unfair to</w:t>
      </w:r>
      <w:r>
        <w:br/>
      </w:r>
      <w:r>
        <w:rPr>
          <w:sz w:val="20"/>
        </w:rPr>
        <w:t>33:09  you tu hazrat aisha ne kaha hai ke log kisi baat ko kitna hi chupa len allah tu jaan jata hai.</w:t>
      </w:r>
      <w:r>
        <w:br/>
      </w:r>
      <w:r>
        <w:rPr>
          <w:sz w:val="20"/>
        </w:rPr>
        <w:t>33:18  ji allah tu jaan jaan leta hai use. phir prophet ne poori baat batayi ke waqia kya tha. tu kaha ke jab tum ne mujhe dekha ke main bahar ja raha tha tu jibril aaye the mere paas.</w:t>
      </w:r>
      <w:r>
        <w:br/>
      </w:r>
      <w:r>
        <w:rPr>
          <w:sz w:val="20"/>
        </w:rPr>
        <w:t>33:33  ji tu unhon ne bahar se hi mujhe awaz di.</w:t>
      </w:r>
      <w:r>
        <w:br/>
      </w:r>
      <w:r>
        <w:rPr>
          <w:sz w:val="20"/>
        </w:rPr>
        <w:t>33:37  jo awaz sirf main ne hi suni tum ne nahin suni. farishta agar chahe ke aur log sunen tabhi ho sakta hai aisa. aise nahin ke woh sab log sunenge.</w:t>
      </w:r>
      <w:r>
        <w:br/>
      </w:r>
      <w:r>
        <w:rPr>
          <w:sz w:val="20"/>
        </w:rPr>
        <w:t>33:48  to unhon ne kaha hai ke he waited outside the house and he did not enter because we were sleeping aao't of modesty he called me from outside the house ji</w:t>
      </w:r>
      <w:r>
        <w:br/>
      </w:r>
      <w:r>
        <w:rPr>
          <w:sz w:val="20"/>
        </w:rPr>
        <w:t>34:00  to mein mein ne chaha ke tum ko na jagao'n kahin tum pareshan ho jao dar jao. to mein ahista ahista bahar gaya.</w:t>
      </w:r>
      <w:r>
        <w:br/>
      </w:r>
      <w:r>
        <w:rPr>
          <w:sz w:val="20"/>
        </w:rPr>
        <w:t>34:11  ji aur bahar ja ke jibril ne kaha mujh se ke allah ne aap ko hukum diya hai ke aap baqi qabristan jao'n aur jo log wahan bareeed hain jo log madfoon hain un ke liye bakhshish ki dua kari</w:t>
      </w:r>
      <w:r>
        <w:br/>
      </w:r>
      <w:r>
        <w:rPr>
          <w:sz w:val="20"/>
        </w:rPr>
        <w:t>34:26  n. ji to mein gaya aur mein ne wahan ahle baqi ke liye dua ki. to yeh waqia jab suna hazrat aisha ne to unhon ne kaha ke aye khuda ke rasool mein kaise karoon ahle baqi ke liye dua?</w:t>
      </w:r>
      <w:r>
        <w:br/>
      </w:r>
      <w:r>
        <w:rPr>
          <w:sz w:val="20"/>
        </w:rPr>
        <w:t>34:44  to rasool allah ne kaha ke tum kaho aise ke allah tum par salamatī aur rehmat farmaye yani un logon ko jo baqi madfoon hain.</w:t>
      </w:r>
      <w:r>
        <w:br/>
      </w:r>
      <w:r>
        <w:rPr>
          <w:sz w:val="20"/>
        </w:rPr>
        <w:t>34:58  aur yeh bhi kaho ke hum zaroor tumhare saath milein ge ek din. ji</w:t>
      </w:r>
      <w:r>
        <w:br/>
      </w:r>
      <w:r>
        <w:rPr>
          <w:sz w:val="20"/>
        </w:rPr>
        <w:t>35:03  to yani jo insan qabristan mein jata hai to sab se bara sabak jo hai woh yahi hota hai ke insan yeh samajhta hai ke maulana kehte hain na aaj un ki kal hamari bari hai.</w:t>
      </w:r>
      <w:r>
        <w:br/>
      </w:r>
      <w:r>
        <w:rPr>
          <w:sz w:val="20"/>
        </w:rPr>
        <w:t>35:14  hmm ke yahin par aana hai. hmm to yeh dua karte rehna chahiye ke allah taala khas taur se badgumanī se bachaye humein.</w:t>
      </w:r>
      <w:r>
        <w:br/>
      </w:r>
      <w:r>
        <w:rPr>
          <w:sz w:val="20"/>
        </w:rPr>
        <w:t>35:24  bilkul ke peghambar jaise hastī se bhi badguman ho sakta hai koi aur woh bhi hazrat aisha razi allah</w:t>
      </w:r>
      <w:r>
        <w:br/>
      </w:r>
      <w:r>
        <w:rPr>
          <w:sz w:val="20"/>
        </w:rPr>
        <w:t>35:31  an'ha chuna'nche woh bhi insan the. hmm aur agar sare namune hamein na milein chuna'nche hamein to wahin se namune milne hain.</w:t>
      </w:r>
      <w:r>
        <w:br/>
      </w:r>
      <w:r>
        <w:rPr>
          <w:sz w:val="20"/>
        </w:rPr>
        <w:t>35:41  ji wohi model hai humein. bilkul to har tarah ka model har tarah ka namuna hazrat muhammad sallallahu alaihi wasallam ke haan hum dekh sakte hain taake hamare liye woh ek rasta bane rehnumai ho.</w:t>
      </w:r>
      <w:r>
        <w:br/>
      </w:r>
      <w:r>
        <w:rPr>
          <w:sz w:val="20"/>
        </w:rPr>
        <w:t>35:53  ji jazak allah bohat hi important yeh baat batai doctor sahab aap ne jazak</w:t>
      </w:r>
      <w:r>
        <w:br/>
      </w:r>
      <w:r>
        <w:rPr>
          <w:sz w:val="20"/>
        </w:rPr>
        <w:t>35:58  allah. doctor sahab rasool allah hamesha jab dua karte the to favor mein hi dua karte the lekin ek bara dilchasp qissa hai ke unhon ne hazrat aisha ke khilaf jo hai dua kari woh kya qissa hai is ke bare mein hum sab ko bataein.</w:t>
      </w:r>
      <w:r>
        <w:br/>
      </w:r>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r>
        <w:br/>
      </w:r>
      <w:r>
        <w:rPr>
          <w:sz w:val="20"/>
        </w:rPr>
        <w:t>38:59  ji ji acha doctor sahib bari interesting baat hai Hazrat Aisha ne ek martaba kaha bhi ke jab bhi woh Rasool Allah ko ache mood mein dekhti theen to woh un ke paas jati thi kehti thi ke ya Rasool Allah mere liye dua karein.</w:t>
      </w:r>
      <w:r>
        <w:br/>
      </w:r>
      <w:r>
        <w:rPr>
          <w:sz w:val="20"/>
        </w:rPr>
        <w:t>39:13  ah aur unhon ne ek martaba bohat hi beautiful dua kari Hazrat Aisha ke liye ah jise sun kar woh bohat khush ho gayeen to us ke bare mein bataiye doctor sahib.</w:t>
      </w:r>
      <w:r>
        <w:br/>
      </w:r>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r>
        <w:br/>
      </w:r>
      <w:r>
        <w:rPr>
          <w:sz w:val="20"/>
        </w:rPr>
        <w:t>41:07  ek bar Hazrat Aisha se Prophet ne kaha ke ek aisa naam hai Allah ka jis se agar dua ki jaye to dua qabool hoti hai.</w:t>
      </w:r>
      <w:r>
        <w:br/>
      </w:r>
      <w:r>
        <w:rPr>
          <w:sz w:val="20"/>
        </w:rPr>
        <w:t>41:17  to Hazrat Aisha ne kaha mujhe bata dijiye woh naam. to Prophet salallahu alaihi wasallam ne kaha ke nahi main nahi bata sakta. to Hazrat Aisha rooth gayeen aur ek kone mein ghar mein ja ke khari ho gayeen.</w:t>
      </w:r>
      <w:r>
        <w:br/>
      </w:r>
      <w:r>
        <w:rPr>
          <w:sz w:val="20"/>
        </w:rPr>
        <w:t>41:31  thori der ke baad aayeen phir kaha ke bata dijiye.</w:t>
      </w:r>
      <w:r>
        <w:br/>
      </w:r>
      <w:r>
        <w:rPr>
          <w:sz w:val="20"/>
        </w:rPr>
        <w:t>41:34  Prophet ne kaha ke nahi main nahi bata sakta ke chuncha tum worldly cheezon ke liye dua karogi tumhare liye acha nahi hai. to Hazrat Aisha utheen aur unhon ne wuzu kiya aur do rak'at namaz parhi aur bari achi dua ki.</w:t>
      </w:r>
      <w:r>
        <w:br/>
      </w:r>
      <w:r>
        <w:rPr>
          <w:sz w:val="20"/>
        </w:rPr>
        <w:t>41:55  unhon ne dua mangi ya Allah beshak main tujhe Allah keh kar pukarti hoon aur Rehman keh kar pukarti hoon aur tujhe Rahim kehti hoon aur main tujh ko in tamam namon se pukarti hoon jin ka ilm mujhe hai aur in tamam namon se pukarti hoon jin ka ilm mujhe nahi hai.</w:t>
      </w:r>
      <w:r>
        <w:br/>
      </w:r>
      <w:r>
        <w:rPr>
          <w:sz w:val="20"/>
        </w:rPr>
        <w:t>42:17  to mere upar reham farma o maghfirat farma.</w:t>
      </w:r>
      <w:r>
        <w:br/>
      </w:r>
      <w:r>
        <w:rPr>
          <w:sz w:val="20"/>
        </w:rPr>
        <w:t>42:21  to jab Prophet ne yeh dua suni Hazrat Aisha ki to bolay ke jo naam main batana chah raha tha woh is dua mein to hai already is dua mein jo tum ne mangi hai.</w:t>
      </w:r>
      <w:r>
        <w:br/>
      </w:r>
      <w:r>
        <w:rPr>
          <w:sz w:val="20"/>
        </w:rPr>
        <w:t>42:32  ji to yani log samajhte hain ke koi naam hai ya ism e azam hai jo le ke agar hum bar bar usay dohraen Rehman Rehman Rahim Rahim to dua qabool ho jayegi.</w:t>
      </w:r>
      <w:r>
        <w:br/>
      </w:r>
      <w:r>
        <w:rPr>
          <w:sz w:val="20"/>
        </w:rPr>
        <w:t>42:51  maulana ne kaha tha ke ism e azam ka matlab hai کیفیت اعظم yani jo dili کیفیت hoti hai insan ki woh asal cheez hai koi koi naam asal cheez nahi hai.</w:t>
      </w:r>
      <w:r>
        <w:br/>
      </w:r>
      <w:r>
        <w:rPr>
          <w:sz w:val="20"/>
        </w:rPr>
        <w:t>43:04  to yani agar gehri کیفیت hogi tabhi woh dua qabool hogi na ke koi khas naam hai ke jis se dua karein to aap bana کیفیت ke woh qabool ho jayegi.</w:t>
      </w:r>
      <w:r>
        <w:br/>
      </w:r>
      <w:r>
        <w:rPr>
          <w:sz w:val="20"/>
        </w:rPr>
        <w:t>43:16  ji ji mashallah</w:t>
      </w:r>
      <w:r>
        <w:br/>
      </w:r>
      <w:r>
        <w:rPr>
          <w:sz w:val="20"/>
        </w:rPr>
        <w:t>43:19  doctor sahib kuch comments parhna chahunga yeh comment bheja hai Faisal Shah sahib ne Pakistan se unhon ne likha hai great grand super work you both are doing keep it up best learning from all these contents brothers Doctor Aslam Khan sahib ne Sarnpur se likha hai Hazrat Aisha contributed to spread of Islamic message up to fifty years she</w:t>
      </w:r>
      <w:r>
        <w:br/>
      </w:r>
      <w:r>
        <w:rPr>
          <w:sz w:val="20"/>
        </w:rPr>
        <w:t>43:44  is also known for narrating two thousand two hundred and ten hadiths related to Prophet Muhammad's private life Professor Najma Siddiqui ne Dubai se likha hai mashallah very nice discussion about Prophet and Hazrat Aisha different level of learnings from the same instance this is a great learning for us especially for doing duas</w:t>
      </w:r>
      <w:r>
        <w:br/>
      </w:r>
      <w:r>
        <w:rPr>
          <w:sz w:val="20"/>
        </w:rPr>
        <w:t>44:10  Syed Haseeb Shah Naqvi sahib ne Pakistan se likha hai in Islam salamati and marifat are very important in Maulana Wahiduddin Khan sahib's book Allahu Akbar Maulana has described the nature of God and His greatness in a very good way</w:t>
      </w:r>
      <w:r>
        <w:br/>
      </w:r>
      <w:r>
        <w:rPr>
          <w:sz w:val="20"/>
        </w:rPr>
        <w:t>44:30  doctor sahib ek ek ek qissa yeh bhi aata hai ke ek poor lady jo hai apni do betiyon ke sath Hazrat Aisha se milne ko aati hain un ke beech mein baat cheet hoti hai to woh kya qissa hai us ke bare mein bhi aap hum sab ko bataen.</w:t>
      </w:r>
      <w:r>
        <w:br/>
      </w:r>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r>
        <w:br/>
      </w:r>
      <w:r>
        <w:rPr>
          <w:sz w:val="20"/>
        </w:rPr>
        <w:t>47:48  Thank you very much for sharing such an interesting and enlightened conversation between Prophet and Hazrat</w:t>
      </w:r>
      <w:r>
        <w:br/>
      </w:r>
      <w:r>
        <w:rPr>
          <w:sz w:val="20"/>
        </w:rPr>
        <w:t>47:55  Aisha. It was full of wisdom and knowledge for us. Syed Haseeb Shah Naqvi sahib ne Pakistan se likha hai Character of Hazrat Aisha makes us recognize family married life.</w:t>
      </w:r>
      <w:r>
        <w:br/>
      </w:r>
      <w:r>
        <w:rPr>
          <w:sz w:val="20"/>
        </w:rPr>
        <w:t>48:08  Her character leads us to a positive life. Hazrat Aisha of Allah giving salutations also makes her greatness clear.</w:t>
      </w:r>
      <w:r>
        <w:br/>
      </w:r>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r>
        <w:br/>
      </w:r>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r>
        <w:br/>
      </w:r>
      <w:r>
        <w:rPr>
          <w:sz w:val="20"/>
        </w:rPr>
        <w:t>56:47  aap ne bahut creatively ah baaton ko bataya hamein kafi sabak mile aaj ke talk se aur bahut hi dilchaspi hui ah I'm sure that all of you are watching this program.</w:t>
      </w:r>
      <w:r>
        <w:br/>
      </w:r>
      <w:r>
        <w:rPr>
          <w:sz w:val="20"/>
        </w:rPr>
        <w:t>56:57  They loved today's program on the story of hazrat aisha is program ko hum continue rakhenge lekin aaj hum session ko yahin khatm karte hain so we'll be back next Sunday at 10:30 AM.</w:t>
      </w:r>
      <w:r>
        <w:br/>
      </w:r>
      <w:r>
        <w:rPr>
          <w:sz w:val="20"/>
        </w:rPr>
        <w:t>57:08  Thank you.</w:t>
      </w:r>
    </w:p>
    <w:p>
      <w:pPr>
        <w:pStyle w:val="Heading2"/>
      </w:pPr>
      <w:r>
        <w:t>Group claims to be promised messiah</w:t>
      </w:r>
    </w:p>
    <w:p>
      <w:r>
        <w:rPr>
          <w:color w:val="666666"/>
          <w:sz w:val="18"/>
        </w:rPr>
        <w:t>Discovery of Modern Age I 10th Feb. 13 · 5m 20s · at 1:16:49 · https://youtu.be/Yp5T0KacY84?t=4609</w:t>
      </w:r>
    </w:p>
    <w:p>
      <w:r>
        <w:rPr>
          <w:i/>
        </w:rPr>
        <w:t>“In the Delhi Book Fair, a group has set up a stall. They consider their group to be the promised messiah.”</w:t>
      </w:r>
    </w:p>
    <w:p>
      <w:r>
        <w:rPr>
          <w:sz w:val="20"/>
        </w:rPr>
        <w:t>1:16:49  maulana, agla sawal bihar patna se hai daniyal sahab ka.</w:t>
      </w:r>
      <w:r>
        <w:br/>
      </w:r>
      <w:r>
        <w:rPr>
          <w:sz w:val="20"/>
        </w:rPr>
        <w:t>1:16:53  unhon ne likha hai: "dilli book fair mein ek group ka stall laga hua hai.</w:t>
      </w:r>
      <w:r>
        <w:br/>
      </w:r>
      <w:r>
        <w:rPr>
          <w:sz w:val="20"/>
        </w:rPr>
        <w:t>1:16:59  yeh log apne guru ko promised masihah samajhte hain.</w:t>
      </w:r>
      <w:r>
        <w:br/>
      </w:r>
      <w:r>
        <w:rPr>
          <w:sz w:val="20"/>
        </w:rPr>
        <w:t>1:17:03  hum ne dekha ke in logon ke andar missionary spirit aur discipline paya jata hai.</w:t>
      </w:r>
      <w:r>
        <w:br/>
      </w:r>
      <w:r>
        <w:rPr>
          <w:sz w:val="20"/>
        </w:rPr>
        <w:t>1:17:10  misal ke taur par, in ke stall mein bohat ziyada trend volunteer hain.</w:t>
      </w:r>
      <w:r>
        <w:br/>
      </w:r>
      <w:r>
        <w:rPr>
          <w:sz w:val="20"/>
        </w:rPr>
        <w:t>1:17:15  isi tarah, in ke stall mein ek special cabin hai, is mein in ke experts baithe hue hain.</w:t>
      </w:r>
      <w:r>
        <w:br/>
      </w:r>
      <w:r>
        <w:rPr>
          <w:sz w:val="20"/>
        </w:rPr>
        <w:t>1:17:23  stall par aane wala jo visitor in ke mission ko samajhna chahta hai, woh is ko cabin mein</w:t>
      </w:r>
      <w:r>
        <w:br/>
      </w:r>
      <w:r>
        <w:rPr>
          <w:sz w:val="20"/>
        </w:rPr>
        <w:t>1:17:31  le ja kar convince karte hain.</w:t>
      </w:r>
      <w:r>
        <w:br/>
      </w:r>
      <w:r>
        <w:rPr>
          <w:sz w:val="20"/>
        </w:rPr>
        <w:t>1:17:33  maulana sahib, mere do sawal hain is missionary spirit ke peechay.</w:t>
      </w:r>
      <w:r>
        <w:br/>
      </w:r>
      <w:r>
        <w:rPr>
          <w:sz w:val="20"/>
        </w:rPr>
        <w:t>1:17:38  pehla, motivational power kya hai? aur doosra, kya hum ko bhi isi missionary spirit aur isi discipline ke</w:t>
      </w:r>
      <w:r>
        <w:br/>
      </w:r>
      <w:r>
        <w:rPr>
          <w:sz w:val="20"/>
        </w:rPr>
        <w:t>1:17:45  saath kaam karne ki zaroorat hai?" aap ko namona wahan se le ke aana hoga.</w:t>
      </w:r>
      <w:r>
        <w:br/>
      </w:r>
      <w:r>
        <w:rPr>
          <w:sz w:val="20"/>
        </w:rPr>
        <w:t>1:17:52  aap rasool sahib se namona lijiye.</w:t>
      </w:r>
      <w:r>
        <w:br/>
      </w:r>
      <w:r>
        <w:rPr>
          <w:sz w:val="20"/>
        </w:rPr>
        <w:t>1:17:54  kaam to karna hi karna hai, lekin namona lena hai aap ko rasool sahib se.</w:t>
      </w:r>
      <w:r>
        <w:br/>
      </w:r>
      <w:r>
        <w:rPr>
          <w:sz w:val="20"/>
        </w:rPr>
        <w:t>1:18:01  baqi activity aadmi, yani false connection se bhi log active ho jate hain.</w:t>
      </w:r>
      <w:r>
        <w:br/>
      </w:r>
      <w:r>
        <w:rPr>
          <w:sz w:val="20"/>
        </w:rPr>
        <w:t>1:18:06  jaise ke main abhi misalein dein aap ko.</w:t>
      </w:r>
      <w:r>
        <w:br/>
      </w:r>
      <w:r>
        <w:rPr>
          <w:sz w:val="20"/>
        </w:rPr>
        <w:t>1:18:10  kisi ka active hona yeh koi is ka saboot nahi hai ke woh sachai ko paya hai.</w:t>
      </w:r>
      <w:r>
        <w:br/>
      </w:r>
      <w:r>
        <w:rPr>
          <w:sz w:val="20"/>
        </w:rPr>
        <w:t>1:18:17  us ne false food ke liye bhi log bohat zabardast active ho jate hain.</w:t>
      </w:r>
      <w:r>
        <w:br/>
      </w:r>
      <w:r>
        <w:rPr>
          <w:sz w:val="20"/>
        </w:rPr>
        <w:t>1:18:23  baqi jahan tak namune ki baat hai to aap rasool Allah ke university parhiye, sahaba ke university parhiye,</w:t>
      </w:r>
      <w:r>
        <w:br/>
      </w:r>
      <w:r>
        <w:rPr>
          <w:sz w:val="20"/>
        </w:rPr>
        <w:t>1:18:31  wahan aap ko daai ka mukammal namona milega.</w:t>
      </w:r>
      <w:r>
        <w:br/>
      </w:r>
      <w:r>
        <w:rPr>
          <w:sz w:val="20"/>
        </w:rPr>
        <w:t>1:18:35  kis tarah daawti kaam kiya jata hai? maulana, ek sawal abhi aaya hai farhan khan sahib ka.</w:t>
      </w:r>
      <w:r>
        <w:br/>
      </w:r>
      <w:r>
        <w:rPr>
          <w:sz w:val="20"/>
        </w:rPr>
        <w:t>1:18:42  unhon ne location nahi batayi hai.</w:t>
      </w:r>
      <w:r>
        <w:br/>
      </w:r>
      <w:r>
        <w:rPr>
          <w:sz w:val="20"/>
        </w:rPr>
        <w:t>1:18:45  unhon ne likha hai: "in quran surah an-noor verse number 55, it is mentioned: god has promised those</w:t>
      </w:r>
      <w:r>
        <w:br/>
      </w:r>
      <w:r>
        <w:rPr>
          <w:sz w:val="20"/>
        </w:rPr>
        <w:t>1:18:52  of you who have attended to faith and to do righteous deeds.</w:t>
      </w:r>
      <w:r>
        <w:br/>
      </w:r>
      <w:r>
        <w:rPr>
          <w:sz w:val="20"/>
        </w:rPr>
        <w:t>1:18:57  that of certainty he will cause them to succeed to power on earth, even as he caused some</w:t>
      </w:r>
      <w:r>
        <w:br/>
      </w:r>
      <w:r>
        <w:rPr>
          <w:sz w:val="20"/>
        </w:rPr>
        <w:t>1:19:05  of those who lived before them to succeed to it.</w:t>
      </w:r>
      <w:r>
        <w:br/>
      </w:r>
      <w:r>
        <w:rPr>
          <w:sz w:val="20"/>
        </w:rPr>
        <w:t>1:19:09  in light of this ayat, how can we reconcile to what Maulana has said today?" koi wada dawat</w:t>
      </w:r>
      <w:r>
        <w:br/>
      </w:r>
      <w:r>
        <w:rPr>
          <w:sz w:val="20"/>
        </w:rPr>
        <w:t>1:19:17  dene se hmm hain ji to reconcile karna hai.</w:t>
      </w:r>
      <w:r>
        <w:br/>
      </w:r>
      <w:r>
        <w:rPr>
          <w:sz w:val="20"/>
        </w:rPr>
        <w:t>1:19:21  is mein wada hai.</w:t>
      </w:r>
      <w:r>
        <w:br/>
      </w:r>
      <w:r>
        <w:rPr>
          <w:sz w:val="20"/>
        </w:rPr>
        <w:t>1:19:23  yeh to nahi ke aap gol banayein is ko.</w:t>
      </w:r>
      <w:r>
        <w:br/>
      </w:r>
      <w:r>
        <w:rPr>
          <w:sz w:val="20"/>
        </w:rPr>
        <w:t>1:19:27  woh amr mauood hai, amr maqsood nahi hai.</w:t>
      </w:r>
      <w:r>
        <w:br/>
      </w:r>
      <w:r>
        <w:rPr>
          <w:sz w:val="20"/>
        </w:rPr>
        <w:t>1:19:30  aap ne gol bana rakha hai ke bar bar kaha hum hukoomat qaim karna hai.</w:t>
      </w:r>
      <w:r>
        <w:br/>
      </w:r>
      <w:r>
        <w:rPr>
          <w:sz w:val="20"/>
        </w:rPr>
        <w:t>1:19:36  yeh kahan likha hua hai is ayat mein? is mein yeh hai ke aap is waqt yeh kaha</w:t>
      </w:r>
      <w:r>
        <w:br/>
      </w:r>
      <w:r>
        <w:rPr>
          <w:sz w:val="20"/>
        </w:rPr>
        <w:t>1:19:44  hoga: "Allah ke baad karen." Allah ke baad karen ge to is ka imkan hai ke Allah taala</w:t>
      </w:r>
      <w:r>
        <w:br/>
      </w:r>
      <w:r>
        <w:rPr>
          <w:sz w:val="20"/>
        </w:rPr>
        <w:t>1:19:52  aap ko yani tamkeen de de.</w:t>
      </w:r>
      <w:r>
        <w:br/>
      </w:r>
      <w:r>
        <w:rPr>
          <w:sz w:val="20"/>
        </w:rPr>
        <w:t>1:19:54  woh bhi zaroori nahi hai kyunke tamkeen mili bhi aur nahi mili.</w:t>
      </w:r>
      <w:r>
        <w:br/>
      </w:r>
      <w:r>
        <w:rPr>
          <w:sz w:val="20"/>
        </w:rPr>
        <w:t>1:20:00  bohat se baghworon ko tamkeen nahi mili.</w:t>
      </w:r>
      <w:r>
        <w:br/>
      </w:r>
      <w:r>
        <w:rPr>
          <w:sz w:val="20"/>
        </w:rPr>
        <w:t>1:20:03  yani woh Allah ka faisla hota hai.</w:t>
      </w:r>
      <w:r>
        <w:br/>
      </w:r>
      <w:r>
        <w:rPr>
          <w:sz w:val="20"/>
        </w:rPr>
        <w:t>1:20:06  Allah chahega to de ga, nahi to nahi de ga.</w:t>
      </w:r>
      <w:r>
        <w:br/>
      </w:r>
      <w:r>
        <w:rPr>
          <w:sz w:val="20"/>
        </w:rPr>
        <w:t>1:20:10  aap ko jo kaam karna hai to woh to yahi hai ke imaan, ibadat, dawat, is par apni</w:t>
      </w:r>
      <w:r>
        <w:br/>
      </w:r>
      <w:r>
        <w:rPr>
          <w:sz w:val="20"/>
        </w:rPr>
        <w:t>1:20:18  koshishon ko sirf karen.</w:t>
      </w:r>
      <w:r>
        <w:br/>
      </w:r>
      <w:r>
        <w:rPr>
          <w:sz w:val="20"/>
        </w:rPr>
        <w:t>1:20:20  is mein yeh kahan likha hua hai ke hukoomat gol bana kar ke larai chhoro? yeh kahan likha</w:t>
      </w:r>
      <w:r>
        <w:br/>
      </w:r>
      <w:r>
        <w:rPr>
          <w:sz w:val="20"/>
        </w:rPr>
        <w:t>1:20:27  hua hai? yeh to bohat bari is masjidon masjidon ki sarkashi hai in logon ki jo is ayat</w:t>
      </w:r>
      <w:r>
        <w:br/>
      </w:r>
      <w:r>
        <w:rPr>
          <w:sz w:val="20"/>
        </w:rPr>
        <w:t>1:20:35  se yeh nikalte hain ke hukoomat hamara gol hai.</w:t>
      </w:r>
      <w:r>
        <w:br/>
      </w:r>
      <w:r>
        <w:rPr>
          <w:sz w:val="20"/>
        </w:rPr>
        <w:t>1:20:39  to sarkashi hai.</w:t>
      </w:r>
      <w:r>
        <w:br/>
      </w:r>
      <w:r>
        <w:rPr>
          <w:sz w:val="20"/>
        </w:rPr>
        <w:t>1:20:41  to logon ki floging ho gayi aur farq mein logon ki.</w:t>
      </w:r>
      <w:r>
        <w:br/>
      </w:r>
      <w:r>
        <w:rPr>
          <w:sz w:val="20"/>
        </w:rPr>
        <w:t>1:20:45  yeh kahan likha hua tha? jo cheez amr mauood hai, us ko bator khud aap ne banaya liya.</w:t>
      </w:r>
      <w:r>
        <w:br/>
      </w:r>
      <w:r>
        <w:rPr>
          <w:sz w:val="20"/>
        </w:rPr>
        <w:t>1:20:53  aap ne maqsood kesi ajeeb baat hai? kesi ajeeb baat hai? yeh ayat jo hai, is mein tamkeen</w:t>
      </w:r>
      <w:r>
        <w:br/>
      </w:r>
      <w:r>
        <w:rPr>
          <w:sz w:val="20"/>
        </w:rPr>
        <w:t>1:21:01  ka lafz hai.</w:t>
      </w:r>
      <w:r>
        <w:br/>
      </w:r>
      <w:r>
        <w:rPr>
          <w:sz w:val="20"/>
        </w:rPr>
        <w:t>1:21:02  tamkeen ko amr mauood bataya gaya hai.</w:t>
      </w:r>
      <w:r>
        <w:br/>
      </w:r>
      <w:r>
        <w:rPr>
          <w:sz w:val="20"/>
        </w:rPr>
        <w:t>1:21:05  yeh Allah ki taraf se aata hai.</w:t>
      </w:r>
      <w:r>
        <w:br/>
      </w:r>
      <w:r>
        <w:rPr>
          <w:sz w:val="20"/>
        </w:rPr>
        <w:t>1:21:08  hamara gol nahi hai.</w:t>
      </w:r>
      <w:r>
        <w:br/>
      </w:r>
      <w:r>
        <w:rPr>
          <w:sz w:val="20"/>
        </w:rPr>
        <w:t>1:21:10  woh gol jab hoga? jab ke aap aise alfaaz dikhane Quran mein ke "aqim dawlat al islam".</w:t>
      </w:r>
      <w:r>
        <w:br/>
      </w:r>
      <w:r>
        <w:rPr>
          <w:sz w:val="20"/>
        </w:rPr>
        <w:t>1:21:17  ae Usman, tumhara farz hai ke hukoomat ilahiya qaim karo.</w:t>
      </w:r>
      <w:r>
        <w:br/>
      </w:r>
      <w:r>
        <w:rPr>
          <w:sz w:val="20"/>
        </w:rPr>
        <w:t>1:21:21  yeh kahan hai? yeh to kahin bhi nahi hai.</w:t>
      </w:r>
      <w:r>
        <w:br/>
      </w:r>
      <w:r>
        <w:rPr>
          <w:sz w:val="20"/>
        </w:rPr>
        <w:t>1:21:25  yeh to sarkashi hai.</w:t>
      </w:r>
      <w:r>
        <w:br/>
      </w:r>
      <w:r>
        <w:rPr>
          <w:sz w:val="20"/>
        </w:rPr>
        <w:t>1:21:27  mujhe is pe zara bhi shakk nahi hai ke aise logon ki akhirat mein flogging hogi ke tum</w:t>
      </w:r>
      <w:r>
        <w:br/>
      </w:r>
      <w:r>
        <w:rPr>
          <w:sz w:val="20"/>
        </w:rPr>
        <w:t>1:21:34  ne kahan se nikaal liya woh lafz jo quran mein utha liya? yeh aap ke baray mein haq</w:t>
      </w:r>
      <w:r>
        <w:br/>
      </w:r>
      <w:r>
        <w:rPr>
          <w:sz w:val="20"/>
        </w:rPr>
        <w:t>1:21:42  hai ke yeh amar maw'ood hai.</w:t>
      </w:r>
      <w:r>
        <w:br/>
      </w:r>
      <w:r>
        <w:rPr>
          <w:sz w:val="20"/>
        </w:rPr>
        <w:t>1:21:45  allah ta'ala chahega to tumkeen bhi de dega, chahega to nahi bhi dega.</w:t>
      </w:r>
      <w:r>
        <w:br/>
      </w:r>
      <w:r>
        <w:rPr>
          <w:sz w:val="20"/>
        </w:rPr>
        <w:t>1:21:52  jaise ke bohat se logon ko nahi mili, bohat se anbiya ko, bohat se anbiya ko nahi mili.</w:t>
      </w:r>
      <w:r>
        <w:br/>
      </w:r>
      <w:r>
        <w:rPr>
          <w:sz w:val="20"/>
        </w:rPr>
        <w:t>1:22:00  baqi is ko gol banana aur larai chhodna aur logon ko maar kaat karna, yeh to bilkul sarkashi</w:t>
      </w:r>
      <w:r>
        <w:br/>
      </w:r>
      <w:r>
        <w:rPr>
          <w:sz w:val="20"/>
        </w:rPr>
        <w:t>1:22:07  ki baat hai.</w:t>
      </w:r>
    </w:p>
    <w:p>
      <w:pPr>
        <w:pStyle w:val="Heading2"/>
      </w:pPr>
      <w:r>
        <w:t>Count Yourself Among the People of the Grave</w:t>
      </w:r>
    </w:p>
    <w:p>
      <w:r>
        <w:rPr>
          <w:color w:val="666666"/>
          <w:sz w:val="18"/>
        </w:rPr>
        <w:t>Material Science and Spiritual Science 20 May 2012 · 1m 32s · at 1:01:45 · https://youtu.be/4K6CxjThlxQ?t=3705</w:t>
      </w:r>
    </w:p>
    <w:p>
      <w:r>
        <w:rPr>
          <w:i/>
        </w:rPr>
        <w:t>“Please explain: 'Count yourself among the people of the grave.'”</w:t>
      </w:r>
    </w:p>
    <w:p>
      <w:r>
        <w:rPr>
          <w:sz w:val="20"/>
        </w:rPr>
        <w:t>1:01:45  yeh raaz hai Maulana agla sawal Dilli se hai Mr Saif ur Rehman sahab ka unhon ne poocha hai</w:t>
      </w:r>
      <w:r>
        <w:br/>
      </w:r>
      <w:r>
        <w:rPr>
          <w:sz w:val="20"/>
        </w:rPr>
        <w:t>1:01:52  aap se ke apne aap ko qabar walon mein shumar karo is ko aap explain karen</w:t>
      </w:r>
      <w:r>
        <w:br/>
      </w:r>
      <w:r>
        <w:rPr>
          <w:sz w:val="20"/>
        </w:rPr>
        <w:t>1:02:04  wohi hai jo main ne kaha mout ki yaad koi usloob hai kehne ka kehne ka koi usloob hai mout ka jaise abhi main ne kaha ke kal main ye soch raha tha apne bare mein ke mout kaisi ajeeb ghareeb cheez hai ke meri taraf se goya wo hai compulsory eviction jabri inkhla</w:t>
      </w:r>
      <w:r>
        <w:br/>
      </w:r>
      <w:r>
        <w:rPr>
          <w:sz w:val="20"/>
        </w:rPr>
        <w:t>1:02:29  aur doosri taraf se wapsi ka naam par ho jana</w:t>
      </w:r>
      <w:r>
        <w:br/>
      </w:r>
      <w:r>
        <w:rPr>
          <w:sz w:val="20"/>
        </w:rPr>
        <w:t>1:02:33  to main soch raha tha ke ye ek waqt aye ga jab ke main ye ghar chhoot jaye ga ye family chhoot jaye gi ye team chhoot jaye gi ye Dilli chhoot jaye ga ye India chhoot jaye ga ye dunya chhoot jaye gi phir main lotun ga nahi aap to ye soch se ek ek ajeeb ghareeb qism ki brainstorming hoti hai ye matlab hai is ka koi mysterious baat nahi hai wo</w:t>
      </w:r>
      <w:r>
        <w:br/>
      </w:r>
      <w:r>
        <w:rPr>
          <w:sz w:val="20"/>
        </w:rPr>
        <w:t>1:03:00  mout ki yaad jo hai yani sab se bara source hai brainstorming ka bas is scene mein lad jaiye is ko</w:t>
      </w:r>
    </w:p>
    <w:p>
      <w:pPr>
        <w:pStyle w:val="Heading1"/>
      </w:pPr>
      <w:r>
        <w:t>In the lectures (0)</w:t>
      </w:r>
    </w:p>
    <w:p>
      <w:pPr>
        <w:pStyle w:val="Heading1"/>
      </w:pPr>
      <w:r>
        <w:t>Clips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