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Prophet stands for a Jewish funeral</w:t>
      </w:r>
    </w:p>
    <w:p>
      <w:r>
        <w:rPr>
          <w:sz w:val="18"/>
        </w:rPr>
        <w:t>Q&amp;A, lecture moments and clips · full transcripts with timestamps · exported 2026-09-21</w:t>
      </w:r>
    </w:p>
    <w:p>
      <w:pPr>
        <w:pStyle w:val="Heading1"/>
      </w:pPr>
      <w:r>
        <w:t>Maulana was asked (30)</w:t>
      </w:r>
    </w:p>
    <w:p>
      <w:pPr>
        <w:pStyle w:val="Heading2"/>
      </w:pPr>
      <w:r>
        <w:t>Explain hadith about funeral and people's testimony</w:t>
      </w:r>
    </w:p>
    <w:p>
      <w:r>
        <w:rPr>
          <w:color w:val="666666"/>
          <w:sz w:val="18"/>
        </w:rPr>
        <w:t>Journey of History December 23, 2012 · 2m 06s · at 1:03:40 · https://youtu.be/bvjWl3U3Dmw?t=3820</w:t>
      </w:r>
    </w:p>
    <w:p>
      <w:r>
        <w:rPr>
          <w:i/>
        </w:rPr>
        <w:t>“Can you please explain this hadith which is narrated by Anas bin Malik? A funeral procession passed and the people praised the deceased. The Prophet said, 'It has been affirmed to him.' Then another funeral procession passed and the people spoke badly of the deceased. The Prophet said, 'It has been affirmed to him.'”</w:t>
      </w:r>
    </w:p>
    <w:p>
      <w:r>
        <w:rPr>
          <w:sz w:val="20"/>
        </w:rPr>
        <w:t>1:03:40  maulana, agla sawal maryland usa se aya hai miss gulzeeba ahmed ka. unhon ne likha hai: "maulana sahib, can you please explain this hadith which is narrated by anas bin malik?" aur maulana, woh hadith is tarah hai:</w:t>
      </w:r>
      <w:r>
        <w:br/>
      </w:r>
      <w:r>
        <w:rPr>
          <w:sz w:val="20"/>
        </w:rPr>
        <w:t>1:03:56  "a funeral procession passed and the people praised the deceased. the prophet said it has been affirmed to him.</w:t>
      </w:r>
      <w:r>
        <w:br/>
      </w:r>
      <w:r>
        <w:rPr>
          <w:sz w:val="20"/>
        </w:rPr>
        <w:t>1:04:07  then another funeral procession passed and the people spoke badly of the deceased. the prophet said it has been affirmed to him.</w:t>
      </w:r>
      <w:r>
        <w:br/>
      </w:r>
      <w:r>
        <w:rPr>
          <w:sz w:val="20"/>
        </w:rPr>
        <w:t>1:04:18  umar bin al-khattab asked prophet what has been affirmed?</w:t>
      </w:r>
      <w:r>
        <w:br/>
      </w:r>
      <w:r>
        <w:rPr>
          <w:sz w:val="20"/>
        </w:rPr>
        <w:t>1:04:24  prophet replied: "you praised this so paradise has been affirmed to him and you spoke badly of this so hell has been affirmed to him.</w:t>
      </w:r>
      <w:r>
        <w:br/>
      </w:r>
      <w:r>
        <w:rPr>
          <w:sz w:val="20"/>
        </w:rPr>
        <w:t>1:04:37  you people are allah witnesses on earth." dekhiye, is mein jo pehla hissa hai, woh is mein asal baat nahi hai.</w:t>
      </w:r>
      <w:r>
        <w:br/>
      </w:r>
      <w:r>
        <w:rPr>
          <w:sz w:val="20"/>
        </w:rPr>
        <w:t>1:04:47  asal baat to hai aakhri hisse mein: "antum shuhada allah fi al-ard.</w:t>
      </w:r>
      <w:r>
        <w:br/>
      </w:r>
      <w:r>
        <w:rPr>
          <w:sz w:val="20"/>
        </w:rPr>
        <w:t>1:04:52  " shuhada ka matlab hai dua daai. is par mein likh chuka hoon. is se pehle aap parhiye is is hadith ka asal juz yeh hai ke tum dunya mein allah ke gadai ho, gawah ho.</w:t>
      </w:r>
      <w:r>
        <w:br/>
      </w:r>
      <w:r>
        <w:rPr>
          <w:sz w:val="20"/>
        </w:rPr>
        <w:t>1:05:10  to matlab yeh ke jab jinke paas yeh quran ho, quran ki quran ki wirasat hai, wohi to dawat ka kaam karenge.</w:t>
      </w:r>
      <w:r>
        <w:br/>
      </w:r>
      <w:r>
        <w:rPr>
          <w:sz w:val="20"/>
        </w:rPr>
        <w:t>1:05:23  to yeh hadith dawat ki zimmedari ko batati hai. is se jo jis ne lena hai humein, woh sirf yeh lena hai ke humein dawat ka kaam karna hai.</w:t>
      </w:r>
      <w:r>
        <w:br/>
      </w:r>
      <w:r>
        <w:rPr>
          <w:sz w:val="20"/>
        </w:rPr>
        <w:t>1:05:33  agar hum dawat ka kaam na karein to pakde jayenge.</w:t>
      </w:r>
    </w:p>
    <w:p>
      <w:pPr>
        <w:pStyle w:val="Heading2"/>
      </w:pPr>
      <w:r>
        <w:t>Explanation of hadith about rectangle</w:t>
      </w:r>
    </w:p>
    <w:p>
      <w:r>
        <w:rPr>
          <w:color w:val="666666"/>
          <w:sz w:val="18"/>
        </w:rPr>
        <w:t>Three levels of Realization July 4, 2010 · 3m 02s · at 1:35:22 · https://youtu.be/NtCTVVov3Nw?t=5722</w:t>
      </w:r>
    </w:p>
    <w:p>
      <w:r>
        <w:rPr>
          <w:i/>
        </w:rPr>
        <w:t>“There is a hadith in Bukhari which mentions that the Prophet drew a rectangle in the earth and a line in the middle reaching outside, and small lines inside. He said the middle line is man, the rectangle is his death, the line outside is his wishes, and the small lines are problems. Please explain this hadith.”</w:t>
      </w:r>
    </w:p>
    <w:p>
      <w:r>
        <w:rPr>
          <w:sz w:val="20"/>
        </w:rPr>
        <w:t>1:35:22  mein samajhta hoon ke islami qanoon mein hindu qanoon mein koi zyada farq nahi hai maulana agla sawal kya hai miss ayesha ne new delhi se</w:t>
      </w:r>
      <w:r>
        <w:br/>
      </w:r>
      <w:r>
        <w:rPr>
          <w:sz w:val="20"/>
        </w:rPr>
        <w:t>1:35:33  unhone likha hai ke there is a hadith in bukhari which has mentioned that prophet drew a rectangle on earth and a line in the middle of the rectangle which was reaching out side the rectangle and then he drew some lines small lines inside the rectangle the</w:t>
      </w:r>
      <w:r>
        <w:br/>
      </w:r>
      <w:r>
        <w:rPr>
          <w:sz w:val="20"/>
        </w:rPr>
        <w:t>1:35:55  then the prophet said the middle big line is man and the rectangle is his death which has encircled him and the line reaching out side is his wishes reaching out of his life and the small lines are the problems if he escapes from one another reaches to him</w:t>
      </w:r>
      <w:r>
        <w:br/>
      </w:r>
      <w:r>
        <w:rPr>
          <w:sz w:val="20"/>
        </w:rPr>
        <w:t>1:36:19  maulana my question is can we use presentations documentaries and motion pictures to do the dawah work</w:t>
      </w:r>
      <w:r>
        <w:br/>
      </w:r>
      <w:r>
        <w:rPr>
          <w:sz w:val="20"/>
        </w:rPr>
        <w:t>1:36:29  haan kar sakte hain islam mein sirf duty haram hai duty baqi sab theek hai</w:t>
      </w:r>
      <w:r>
        <w:br/>
      </w:r>
      <w:r>
        <w:rPr>
          <w:sz w:val="20"/>
        </w:rPr>
        <w:t>1:36:42  baqi sab theek hai</w:t>
      </w:r>
      <w:r>
        <w:br/>
      </w:r>
      <w:r>
        <w:rPr>
          <w:sz w:val="20"/>
        </w:rPr>
        <w:t>1:36:44  include picture jo hoti hai aaj kal bohat chala hua hai wo islam mein jaiz nahi hai</w:t>
      </w:r>
      <w:r>
        <w:br/>
      </w:r>
      <w:r>
        <w:rPr>
          <w:sz w:val="20"/>
        </w:rPr>
        <w:t>1:36:53  baqi theek hai maulana this question is from mr john mohammad butt from afghanistan could you possibly also explain the three levels of spiritual knowledge in tradition</w:t>
      </w:r>
      <w:r>
        <w:br/>
      </w:r>
      <w:r>
        <w:rPr>
          <w:sz w:val="20"/>
        </w:rPr>
        <w:t>1:37:09  for example yaqeen and ilm al-yaqeen and the quranic term which says worship allah until you reach the stage of yaqeen bhai dekhiye jahan tak mein janta hoon ye sufism ki term hai tasawwuf ki term hai mein is ko bohat zyada nahi manta</w:t>
      </w:r>
      <w:r>
        <w:br/>
      </w:r>
      <w:r>
        <w:rPr>
          <w:sz w:val="20"/>
        </w:rPr>
        <w:t>1:37:32  is ke darje jo hain in ke haan wo yani quantitative practices ke base pe kiye gaye hain itna karo to ye hoga itna karo to ye itna karo to ye hoga to mein is ko mera mind is ko nahi manta hai</w:t>
      </w:r>
      <w:r>
        <w:br/>
      </w:r>
      <w:r>
        <w:rPr>
          <w:sz w:val="20"/>
        </w:rPr>
        <w:t>1:37:48  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r>
        <w:br/>
      </w:r>
      <w:r>
        <w:rPr>
          <w:sz w:val="20"/>
        </w:rPr>
        <w:t>1:38:10  is qism ka jo darja banate hain ye log to wo tasawwuf mein aisa hota hai lekin mere tajrube mein mere experience mein to aisa kuch hai nahi</w:t>
      </w:r>
    </w:p>
    <w:p>
      <w:pPr>
        <w:pStyle w:val="Heading2"/>
      </w:pPr>
      <w:r>
        <w:t>Completing the unfinished task of Prophet</w:t>
      </w:r>
    </w:p>
    <w:p>
      <w:r>
        <w:rPr>
          <w:color w:val="666666"/>
          <w:sz w:val="18"/>
        </w:rPr>
        <w:t>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Prophet's nighttime visit to graveyard</w:t>
      </w:r>
    </w:p>
    <w:p>
      <w:r>
        <w:rPr>
          <w:color w:val="666666"/>
          <w:sz w:val="18"/>
        </w:rPr>
        <w:t>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Group claims to be promised messiah</w:t>
      </w:r>
    </w:p>
    <w:p>
      <w:r>
        <w:rPr>
          <w:color w:val="666666"/>
          <w:sz w:val="18"/>
        </w:rPr>
        <w:t>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Prophets and callers on A'raf</w:t>
      </w:r>
    </w:p>
    <w:p>
      <w:r>
        <w:rPr>
          <w:color w:val="666666"/>
          <w:sz w:val="18"/>
        </w:rPr>
        <w:t>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Imamat of prophet's funeral prayer</w:t>
      </w:r>
    </w:p>
    <w:p>
      <w:r>
        <w:rPr>
          <w:color w:val="666666"/>
          <w:sz w:val="18"/>
        </w:rPr>
        <w:t>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Contradiction between Quran 10:47 and finality of prophethood</w:t>
      </w:r>
    </w:p>
    <w:p>
      <w:r>
        <w:rPr>
          <w:color w:val="666666"/>
          <w:sz w:val="18"/>
        </w:rPr>
        <w:t>Stress and Spirituality January 1, 2012 · 5m 47s · at 1:30:24 · https://youtu.be/TPhXL9-g6ME?t=5424</w:t>
      </w:r>
    </w:p>
    <w:p>
      <w:r>
        <w:rPr>
          <w:i/>
        </w:rPr>
        <w:t>“In Quran 10:47 it says 'For every nation there is a messenger.' What does this mean? After Prophet Muhammad, no messenger will come, but the Quran says messengers will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r>
        <w:br/>
      </w:r>
      <w:r>
        <w:rPr>
          <w:sz w:val="20"/>
        </w:rPr>
        <w:t>1:35:12  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r>
        <w:br/>
      </w:r>
      <w:r>
        <w:rPr>
          <w:sz w:val="20"/>
        </w:rPr>
        <w:t>1:35:35  un ki tehreerein, taqreerein, jalsay jaloos, duaein sab ke sab mazloomiyat ki nafsiyat par ho rahe hain.</w:t>
      </w:r>
      <w:r>
        <w:br/>
      </w:r>
      <w:r>
        <w:rPr>
          <w:sz w:val="20"/>
        </w:rPr>
        <w:t>1:35:43  jabke al-risala mission sachai ki daryaft ki buniyad par shuru hua hai. yahi wajah hai ke sari baaton mein, taqreeron mein, tehreeron mein marifat aur dawat ubal raha hai.</w:t>
      </w:r>
      <w:r>
        <w:br/>
      </w:r>
      <w:r>
        <w:rPr>
          <w:sz w:val="20"/>
        </w:rPr>
        <w:t>1:35:55  jabke doosri tehreekon mein sirf aur sirf mazloomiyat ki dastanain hain. ya phir qaumi fakhr ki ghiza deti hain.</w:t>
      </w:r>
      <w:r>
        <w:br/>
      </w:r>
      <w:r>
        <w:rPr>
          <w:sz w:val="20"/>
        </w:rPr>
        <w:t>1:36:05  jo al-risala mission se juda hua hai woh talash-e-fitrat ka jawab paane ki wajah se juda hua hai.</w:t>
      </w:r>
    </w:p>
    <w:p>
      <w:pPr>
        <w:pStyle w:val="Heading2"/>
      </w:pPr>
      <w:r>
        <w:t>Meaning of fitna warned by Prophet</w:t>
      </w:r>
    </w:p>
    <w:p>
      <w:r>
        <w:rPr>
          <w:color w:val="666666"/>
          <w:sz w:val="18"/>
        </w:rPr>
        <w:t>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Interpretation of big house burning prophecy</w:t>
      </w:r>
    </w:p>
    <w:p>
      <w:r>
        <w:rPr>
          <w:color w:val="666666"/>
          <w:sz w:val="18"/>
        </w:rPr>
        <w:t>Major Signs of Doomsday November 26, 2023 · 19m 41s · at 8:02 · https://youtu.be/pMRzFjrkWf4?t=482</w:t>
      </w:r>
    </w:p>
    <w:p>
      <w:r>
        <w:rPr>
          <w:i/>
        </w:rPr>
        <w:t>“What is the meaning of the Prophet's prediction about a big house being burned in the future, as mentioned in Sahih Muslim?”</w:t>
      </w:r>
    </w:p>
    <w:p>
      <w:r>
        <w:rPr>
          <w:sz w:val="20"/>
        </w:rPr>
        <w:t>8:02  apa, agla sawal mein ek prediction ko le ke poochna chahunga ke there is a prediction that in there is a future occurrence prophet mentioned when a big house will be burned.</w:t>
      </w:r>
      <w:r>
        <w:br/>
      </w:r>
      <w:r>
        <w:rPr>
          <w:sz w:val="20"/>
        </w:rPr>
        <w:t>8:15  to is se kya murad hai apa? is ke bare mein aap hum sab ko bataen.</w:t>
      </w:r>
      <w:r>
        <w:br/>
      </w:r>
      <w:r>
        <w:rPr>
          <w:sz w:val="20"/>
        </w:rPr>
        <w:t>8:19  wo sahi Muslim ki jo chapter hai kitaab al-fitan, is mein hai ke tum thore dinon ke baad ek bada hadsa dekhoge jo ek bade ghar ko jala dega aur woh zaroor hoga.</w:t>
      </w:r>
      <w:r>
        <w:br/>
      </w:r>
      <w:r>
        <w:rPr>
          <w:sz w:val="20"/>
        </w:rPr>
        <w:t>8:32  ab sochiye ke kitna bada is ke consequences kitne zyada the jo hadith mein is ko prediction ke taur par mention kiya gaya.</w:t>
      </w:r>
      <w:r>
        <w:br/>
      </w:r>
      <w:r>
        <w:rPr>
          <w:sz w:val="20"/>
        </w:rPr>
        <w:t>8:42  aur isi ke saath yeh hai ke dajjal meri ummat mein niklega. jah</w:t>
      </w:r>
      <w:r>
        <w:br/>
      </w:r>
      <w:r>
        <w:rPr>
          <w:sz w:val="20"/>
        </w:rPr>
        <w:t>8:46  an bade ghar ki baat hai na, isi ke saath hai ke dajjal meri ummat mein niklega. aur dajjal jab niklega to isi wajah se ke woh ghussa hoga logon par.</w:t>
      </w:r>
      <w:r>
        <w:br/>
      </w:r>
      <w:r>
        <w:rPr>
          <w:sz w:val="20"/>
        </w:rPr>
        <w:t>8:55  to wohi jo aap ne farmaya ke sab har ek rival hai, har ek hamara dushman hai, to ghusse mein bhare hue hain. aur is ghusse ki wajah se un ko samajh mein nahin aata ke Khuda ka deen rehmat un ko pahunchana hai, na ke un se jang karni hai.</w:t>
      </w:r>
      <w:r>
        <w:br/>
      </w:r>
      <w:r>
        <w:rPr>
          <w:sz w:val="20"/>
        </w:rPr>
        <w:t>9:09  to ji koi dawah work karte hi nahin, jabke prophet din raat dawah work karte the.</w:t>
      </w:r>
      <w:r>
        <w:br/>
      </w:r>
      <w:r>
        <w:rPr>
          <w:sz w:val="20"/>
        </w:rPr>
        <w:t>9:16  aur kabhi kabhi aisa hota tha ke muqabla karna pad jata tha, woh bhi aap sirf defense mein muqable kiye hain aap ne. aur limit kiya hai aadhe din ki jang.</w:t>
      </w:r>
      <w:r>
        <w:br/>
      </w:r>
      <w:r>
        <w:rPr>
          <w:sz w:val="20"/>
        </w:rPr>
        <w:t>9:27  char jangain huin, sirf aadhe aadhe din ki. aur yahan la-nahai yeh jang saalon saalon chalti rehti hai. to yahi hai ke un ko Rasool Allah salallahu alaihi wasallam ke uswa se koi matlab nahin hai, aap ki teaching se koi matlab nahin hai.</w:t>
      </w:r>
      <w:r>
        <w:br/>
      </w:r>
      <w:r>
        <w:rPr>
          <w:sz w:val="20"/>
        </w:rPr>
        <w:t>9:40  wo</w:t>
      </w:r>
      <w:r>
        <w:br/>
      </w:r>
      <w:r>
        <w:rPr>
          <w:sz w:val="20"/>
        </w:rPr>
        <w:t>9:41  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r>
        <w:br/>
      </w:r>
      <w:r>
        <w:rPr>
          <w:sz w:val="20"/>
        </w:rPr>
        <w:t>10:02  ab hum logon ne woh building dekhi thi, hum log kis building mein gaye the wahan par? to woh bohat badi building thi, doosri building mein gaye the.</w:t>
      </w:r>
      <w:r>
        <w:br/>
      </w:r>
      <w:r>
        <w:rPr>
          <w:sz w:val="20"/>
        </w:rPr>
        <w:t>10:10  wo Chicago mein gaye the shayad. ji. to woh bhi bohat badi building thi. to isi tareeqe se woh bhi thi. to unhone is building mein jahaz takra diya.</w:t>
      </w:r>
      <w:r>
        <w:br/>
      </w:r>
      <w:r>
        <w:rPr>
          <w:sz w:val="20"/>
        </w:rPr>
        <w:t>10:19  aur phir baad mein kehte rahe ke kisi aur ne kiya, kisi aur ne kiya. America ne khud hi kar liya. koi apne ghar mein aag lagayega? to jo jhoot bhi alag alag bolte hain.</w:t>
      </w:r>
      <w:r>
        <w:br/>
      </w:r>
      <w:r>
        <w:rPr>
          <w:sz w:val="20"/>
        </w:rPr>
        <w:t>10:29  to yeh is tareeqay say unhon nay woh kiya. aur is kay baad kya hua? is say pehlay bohat achhay taluqaat thay.</w:t>
      </w:r>
      <w:r>
        <w:br/>
      </w:r>
      <w:r>
        <w:rPr>
          <w:sz w:val="20"/>
        </w:rPr>
        <w:t>10:35  to log jo hain bilkul wahan freedom kay saath Europe America mein rehtay thay, pooray mawaaqay thay, bohat baray baray Islamic centers thay.</w:t>
      </w:r>
      <w:r>
        <w:br/>
      </w:r>
      <w:r>
        <w:rPr>
          <w:sz w:val="20"/>
        </w:rPr>
        <w:t>10:44  lekan is kay baad jo hai halaat bohat ziyada kharab ho gaye. log samajhnay lagay kay Musalman jo hain woh hamaray say in ko achhay taluqaat nahi ban saktay hain.</w:t>
      </w:r>
      <w:r>
        <w:br/>
      </w:r>
      <w:r>
        <w:rPr>
          <w:sz w:val="20"/>
        </w:rPr>
        <w:t>10:57  to zindagi mein daikhain, bohat saray negative waqiaat hotay hain, individual kay liye bhi, nations kay liye. lekin in negative waqiaat ko humain positive mein turn karna hai.</w:t>
      </w:r>
      <w:r>
        <w:br/>
      </w:r>
      <w:r>
        <w:rPr>
          <w:sz w:val="20"/>
        </w:rPr>
        <w:t>11:09  isko is ka solution dhoondna hai Quran o Hadees say. na yeh kay ja kay jang karna shuru kar daina hai. lekin ab naya zamanay yeh aa gaya, media ka zamanay hai.</w:t>
      </w:r>
      <w:r>
        <w:br/>
      </w:r>
      <w:r>
        <w:rPr>
          <w:sz w:val="20"/>
        </w:rPr>
        <w:t>11:19  ab media mein kya hai kay koi cheez aisa phaila di jati hai,</w:t>
      </w:r>
      <w:r>
        <w:br/>
      </w:r>
      <w:r>
        <w:rPr>
          <w:sz w:val="20"/>
        </w:rPr>
        <w:t>11:24  chahay woh jhooti ho, aisa phaila di jati hai kay tamam log mutasir ho jatay hain. to yeh masla hua. pehlay to battlefield mein hi limited hoti thi jang.</w:t>
      </w:r>
      <w:r>
        <w:br/>
      </w:r>
      <w:r>
        <w:rPr>
          <w:sz w:val="20"/>
        </w:rPr>
        <w:t>11:34  to itna bara masla nahi hota tha. lekin aaj jo hai woh baat jo hai phail jati hai, aik aik aadmi, bachha bachha jaan jata hai kay kahan kya waqia ho raha hai.</w:t>
      </w:r>
      <w:r>
        <w:br/>
      </w:r>
      <w:r>
        <w:rPr>
          <w:sz w:val="20"/>
        </w:rPr>
        <w:t>11:46  is waqia ko humain diffuse karna hai. na yeh kay is ko aggravate karna hai.</w:t>
      </w:r>
      <w:r>
        <w:br/>
      </w:r>
      <w:r>
        <w:rPr>
          <w:sz w:val="20"/>
        </w:rPr>
        <w:t>11:51  to ab aap samajh lijiye kay agar hum agar sachai par hon, sahi rastay par hon, hum mazloom hon to zaroor Khuda ki madad aaye gi. ji. Khuda ki madad nahi aa rahi hai.</w:t>
      </w:r>
      <w:r>
        <w:br/>
      </w:r>
      <w:r>
        <w:rPr>
          <w:sz w:val="20"/>
        </w:rPr>
        <w:t>12:00  aur log qunoot-e-nazila parh rahay hain, is kay bawajood bhi. dushman ko to koi nuqsan nahi pohanch raha hai. hum dushman in inverted commas mein, hum is dushman nahi samajhtay, hum to madhu samajhtay hain.</w:t>
      </w:r>
      <w:r>
        <w:br/>
      </w:r>
      <w:r>
        <w:rPr>
          <w:sz w:val="20"/>
        </w:rPr>
        <w:t>12:11  to is ko to koi nuqsan nahi ho raha hai, lekin nuqsan sirf Musalmanon ka ho raha hai. pooray pooray mulk tabah o barbaad ho rahay hain.</w:t>
      </w:r>
      <w:r>
        <w:br/>
      </w:r>
      <w:r>
        <w:rPr>
          <w:sz w:val="20"/>
        </w:rPr>
        <w:t>12:20  to madad daikhiye, yeh samajhna chahiye Musalmanon ko, madad jab aaye gi jab hum Quran o Hadees par chalain gay, Rasool Allah Salallaho Alaihi Wasallam ki taleemat par chalain gay.</w:t>
      </w:r>
      <w:r>
        <w:br/>
      </w:r>
      <w:r>
        <w:rPr>
          <w:sz w:val="20"/>
        </w:rPr>
        <w:t>12:29  aur sab say bari taleem aap ki hai da'wah work. da'wah work hamara khud Baitul Maqdis mein hamara da'wah work ho raha tha. aur bohat ziyada khushi say log atay thay wahan par, Quran lay kay jatay thay.</w:t>
      </w:r>
      <w:r>
        <w:br/>
      </w:r>
      <w:r>
        <w:rPr>
          <w:sz w:val="20"/>
        </w:rPr>
        <w:t>12:41  ab pata nahi wahan kya haal hai. to aaj jo hai na religious freedom hai.</w:t>
      </w:r>
      <w:r>
        <w:br/>
      </w:r>
      <w:r>
        <w:rPr>
          <w:sz w:val="20"/>
        </w:rPr>
        <w:t>12:47  Maulana nay bar bar likha hai kay humain nay zamanay ko samajhna hoga. Musalman kya hai? aap nay jo kahaylo aainak, to Musalman woh puranay zamanay ki aainak jo hai, woh laga kay nay zamanay ko daikh rahay hain.</w:t>
      </w:r>
      <w:r>
        <w:br/>
      </w:r>
      <w:r>
        <w:rPr>
          <w:sz w:val="20"/>
        </w:rPr>
        <w:t>13:00  to is liye woh un ko naya zamanay samajh mein hi nahi aata. nay zamanay mein itnay opportunities hain. aur sab say bari cheez kay religious freedom hai.</w:t>
      </w:r>
      <w:r>
        <w:br/>
      </w:r>
      <w:r>
        <w:rPr>
          <w:sz w:val="20"/>
        </w:rPr>
        <w:t>13:09  to hum freely, hum woh Khuda kay deen ko sari duniya mein pohancha saktay hain.</w:t>
      </w:r>
      <w:r>
        <w:br/>
      </w:r>
      <w:r>
        <w:rPr>
          <w:sz w:val="20"/>
        </w:rPr>
        <w:t>13:15  lekan hum is ko baaton ko samajh nahi rahay, koi kuch kehta hai to us kay upar hi ghussa ho jatay hain kay tum galat keh rahay ho, yeh log dushman hain.</w:t>
      </w:r>
      <w:r>
        <w:br/>
      </w:r>
      <w:r>
        <w:rPr>
          <w:sz w:val="20"/>
        </w:rPr>
        <w:t>13:24  to Rasool Allah Salallaho Alaihi Wasallam nay to kabhi kisi ko dushman kaha hi nahi. ji. jab Rasool Allah ko nikal diya gaya Makka say aur aap Madinay gay to aap nay aik sentence bhi nahi bola kay yeh log kitnay buray hain, humain apnay watan say nikal diya.</w:t>
      </w:r>
      <w:r>
        <w:br/>
      </w:r>
      <w:r>
        <w:rPr>
          <w:sz w:val="20"/>
        </w:rPr>
        <w:t>13:38  aik sentence bhi nahi bola. balkay sirf yeh kaha kay tum log apnay aap ko aag say bachao. to sab say bara jo hamara masla hai woh yeh hai kay qayamat aanay wali hai, humain apnay aap ko us say bachana hai.</w:t>
      </w:r>
      <w:r>
        <w:br/>
      </w:r>
      <w:r>
        <w:rPr>
          <w:sz w:val="20"/>
        </w:rPr>
        <w:t>13:51  ji. kyunkay woh to Rasool Allah Salallaho Alaihi Wasallam nay kaha kay chahay tumhain</w:t>
      </w:r>
      <w:r>
        <w:br/>
      </w:r>
      <w:r>
        <w:rPr>
          <w:sz w:val="20"/>
        </w:rPr>
        <w:t>13:55  aik khajoor bhi day kar apnay aap ko bacha sako to us say bachao. yeh koi masla nahi hai dushmani. dushmani to ghar mein bhi hoti hai, to kya hum aapas mein larne lagtay hain?</w:t>
      </w:r>
      <w:r>
        <w:br/>
      </w:r>
      <w:r>
        <w:rPr>
          <w:sz w:val="20"/>
        </w:rPr>
        <w:t>14:05  bohat kuch hota hai. har aadmi ki thinking different hai. har aadmi ka tareeqa karnay ka kaam different hai. humain is hum agree nahi kartay, lekin kal hum laitay hain.</w:t>
      </w:r>
      <w:r>
        <w:br/>
      </w:r>
      <w:r>
        <w:rPr>
          <w:sz w:val="20"/>
        </w:rPr>
        <w:t>14:16  isi tareeqay say humain bahar ki duniya mein bhi rehna hai. ji. bilkul apa, bohat aap nay sahi kaha. in fact, apa Rasool Allah</w:t>
      </w:r>
      <w:r>
        <w:br/>
      </w:r>
      <w:r>
        <w:rPr>
          <w:sz w:val="20"/>
        </w:rPr>
        <w:t>14:25  ko hi dekhen, quran mein aaya hai ke he was sent as a mercy to mankind. so how can we be called as followers of prophet if we don't have mercy in our hearts?</w:t>
      </w:r>
      <w:r>
        <w:br/>
      </w:r>
      <w:r>
        <w:rPr>
          <w:sz w:val="20"/>
        </w:rPr>
        <w:t>14:34  aur jaise aap ne bhi bataya ke prophet ka jo tareeqa tha maaf karne ka, jab makkah fatah hua to taqreeban unhon ne sabhi logon ko maaf kiya, aur wahi log baad mein ja ke pillars bane islam ke.</w:t>
      </w:r>
      <w:r>
        <w:br/>
      </w:r>
      <w:r>
        <w:rPr>
          <w:sz w:val="20"/>
        </w:rPr>
        <w:t>14:47  they became strength of islam. they started following prophet muhammad</w:t>
      </w:r>
      <w:r>
        <w:br/>
      </w:r>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r>
        <w:br/>
      </w:r>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r>
        <w:br/>
      </w:r>
      <w:r>
        <w:rPr>
          <w:sz w:val="20"/>
        </w:rPr>
        <w:t>20:34  isi tarike se mehdi ka jo concept hai, log samajhte hain ke koi bohat bara leader hoga, aur talwar le kar aayega, aur farishton ke sath, aur woh phir tamam dushmanon ko zair karega.</w:t>
      </w:r>
      <w:r>
        <w:br/>
      </w:r>
      <w:r>
        <w:rPr>
          <w:sz w:val="20"/>
        </w:rPr>
        <w:t>20:48  to yeh hai. halanke woh ek aam aadmi hoga. mehdi ke mani religious, mehdi ke mani hain guided person.</w:t>
      </w:r>
      <w:r>
        <w:br/>
      </w:r>
      <w:r>
        <w:rPr>
          <w:sz w:val="20"/>
        </w:rPr>
        <w:t>20:58  ji. woh guide nahi hoga. guide hota hai Hadi</w:t>
      </w:r>
      <w:r>
        <w:br/>
      </w:r>
      <w:r>
        <w:rPr>
          <w:sz w:val="20"/>
        </w:rPr>
        <w:t>21:02  . woh sirf khud guided hoga, aur woh marifat ka rasta khud dikhayega, aur baqayda hai ke woh peace qaim karega.</w:t>
      </w:r>
      <w:r>
        <w:br/>
      </w:r>
      <w:r>
        <w:rPr>
          <w:sz w:val="20"/>
        </w:rPr>
        <w:t>21:11  to aap samjhein, aap ek aadmi talwar le kar sari duniya mein peace qaim hi nahi kar sakta, yeh to bilkul aql ke khilaf hai yeh baat. to lekin ek peaceful ideology aap develop karein, us ko logon ko batayein, samjhayein, to bohat sare log aap ko us ko manne wale milenge.</w:t>
      </w:r>
      <w:r>
        <w:br/>
      </w:r>
      <w:r>
        <w:rPr>
          <w:sz w:val="20"/>
        </w:rPr>
        <w:t>21:29  lekin in logon ne chunke har cheez ko politicize kar rakha hai, isi tarike se unhone mehdi ka concept bhi politicize kar liya hai.</w:t>
      </w:r>
      <w:r>
        <w:br/>
      </w:r>
      <w:r>
        <w:rPr>
          <w:sz w:val="20"/>
        </w:rPr>
        <w:t>21:39  jabke bilkul clear hai ke mehdi jo hai peace qaim karega, aur jo dajjal ka jo fitna hai, us ko daleel ke zariye se counter karega.</w:t>
      </w:r>
      <w:r>
        <w:br/>
      </w:r>
      <w:r>
        <w:rPr>
          <w:sz w:val="20"/>
        </w:rPr>
        <w:t>21:48  daleel ke zariye se khatam karega. isi liye hajjaj ka lafz aaya hai sahih Muslim mein ke woh daleel ke zariye se is fitne ko khatam karega, na ke talwar ke zariye se</w:t>
      </w:r>
      <w:r>
        <w:br/>
      </w:r>
      <w:r>
        <w:rPr>
          <w:sz w:val="20"/>
        </w:rPr>
        <w:t>21:59  . yeh to bilkul hi jo hai us ko literal lena hai. literal agar aap lenge in predictions ko to aap kuch samajh nahi sakte.</w:t>
      </w:r>
      <w:r>
        <w:br/>
      </w:r>
      <w:r>
        <w:rPr>
          <w:sz w:val="20"/>
        </w:rPr>
        <w:t>22:09  ji ji ji. apa aap ne mehdi ka zikr kiya, isi tarike se Isa bin Maryam ka bhi zikr aaya hai ke end of times se pehle hi will also appear.</w:t>
      </w:r>
      <w:r>
        <w:br/>
      </w:r>
      <w:r>
        <w:rPr>
          <w:sz w:val="20"/>
        </w:rPr>
        <w:t>22:19  to main chahunga woh bhi aap is point ko bhi aap wazeh karein. asal mein is mein bohat rai hai. kuch log kehte hain ke mehdi o masih ek hi character hain.</w:t>
      </w:r>
      <w:r>
        <w:br/>
      </w:r>
      <w:r>
        <w:rPr>
          <w:sz w:val="20"/>
        </w:rPr>
        <w:t>22:29  ji. matlab aakhri zamane mein jab fitne bohat badh jayenge, hidayat ka rasta gum ho jayega, to us waqt Allah taala ek shakhs ko hidayat dega, aur woh is hidayat ko logon tak pohnchayega.</w:t>
      </w:r>
      <w:r>
        <w:br/>
      </w:r>
      <w:r>
        <w:rPr>
          <w:sz w:val="20"/>
        </w:rPr>
        <w:t>22:41  naye zamane mein, naye zamane ke jo resources hain, jo media hai, aur jo telecommunication ka zariya hai, sara woh us ke zariye se woh is paigham ko doosron tak pohnchayega.</w:t>
      </w:r>
      <w:r>
        <w:br/>
      </w:r>
      <w:r>
        <w:rPr>
          <w:sz w:val="20"/>
        </w:rPr>
        <w:t>22:55  to aur aisa kuch nahi hai ke woh kuch woh miracle hoga, aur farishton ke zariye se aayega. is mein hai ke hadith mein ke woh badalon mein udegaga.</w:t>
      </w:r>
      <w:r>
        <w:br/>
      </w:r>
      <w:r>
        <w:rPr>
          <w:sz w:val="20"/>
        </w:rPr>
        <w:t>23:07  maseeh jo hain badalon mein urenge. to badalon mein urenge, is ka matlab yeh nahi ke woh khud badalon mein urenge. kyunke woh hai, woh jahaz ke zamane mein aayega.</w:t>
      </w:r>
      <w:r>
        <w:br/>
      </w:r>
      <w:r>
        <w:rPr>
          <w:sz w:val="20"/>
        </w:rPr>
        <w:t>23:17  jahaz to badalon mein urta hai.</w:t>
      </w:r>
      <w:r>
        <w:br/>
      </w:r>
      <w:r>
        <w:rPr>
          <w:sz w:val="20"/>
        </w:rPr>
        <w:t>23:20  to is tareeqe se agar aap samjhen to sab baat samajh mein aa jayegi ke woh Khuda ka dekhiye, ek hai qanoon-e-iltibaas.</w:t>
      </w:r>
      <w:r>
        <w:br/>
      </w:r>
      <w:r>
        <w:rPr>
          <w:sz w:val="20"/>
        </w:rPr>
        <w:t>23:30  veil of doubt har cheez par hai. veil of doubt itna zyada hai, itna zyada hai ke Allah taala ne har cheez ko makhfi rakha hai, posheeda rakha hai.</w:t>
      </w:r>
      <w:r>
        <w:br/>
      </w:r>
      <w:r>
        <w:rPr>
          <w:sz w:val="20"/>
        </w:rPr>
        <w:t>23:40  to Abdullah ibn Masood, jo itne senior sahabi the, woh farmate hain ke Allah taala ne farmaya ke maine qayamat ko tamam makhlooq se makhfi rakha hai.</w:t>
      </w:r>
      <w:r>
        <w:br/>
      </w:r>
      <w:r>
        <w:rPr>
          <w:sz w:val="20"/>
        </w:rPr>
        <w:t>23:50  hata ke agar agar apne aap se Khuda keh raha hai, agar apne aap se is ko makhfi rakhna mumkin hota to main khud apne aap se bhi is ko makhfi rakhta.</w:t>
      </w:r>
      <w:r>
        <w:br/>
      </w:r>
      <w:r>
        <w:rPr>
          <w:sz w:val="20"/>
        </w:rPr>
        <w:t>24:01  to</w:t>
      </w:r>
      <w:r>
        <w:br/>
      </w:r>
      <w:r>
        <w:rPr>
          <w:sz w:val="20"/>
        </w:rPr>
        <w:t>24:02  ab aap samjhiye ke jo qanoon-e-iltibaas itna zyada important hai, kyunke hum haalat-e-test mein hain. agar hum dekhenge ke Isa jo hain aasman se badalon mein farishton ke sath utar rahe hain, to woh to hamara woh iltibaas ka parda khatm ho jayega.</w:t>
      </w:r>
      <w:r>
        <w:br/>
      </w:r>
      <w:r>
        <w:rPr>
          <w:sz w:val="20"/>
        </w:rPr>
        <w:t>24:20  aur woh to zaroori hai jab tak ke qayamat nahi aa jayegi. iltibaas ka parda nahi khatm ho sakta.</w:t>
      </w:r>
      <w:r>
        <w:br/>
      </w:r>
      <w:r>
        <w:rPr>
          <w:sz w:val="20"/>
        </w:rPr>
        <w:t>24:27  to is wajah se woh ek aam aadmi hoga. aur hadees mein hai ke tum jab woh aayega to tum is ko pehchan lena aur is ka saath dena. agar woh aasman se utar raha hota to kaun nahi is ko pehchanega?</w:t>
      </w:r>
      <w:r>
        <w:br/>
      </w:r>
      <w:r>
        <w:rPr>
          <w:sz w:val="20"/>
        </w:rPr>
        <w:t>24:39  to isi tareeqe se tamam hadeesen hain. to woh sab jo hain symbolic language mein hain, aur woh is ko samajhne ke liye is ko alag tareeqe se dekhna hoga.</w:t>
      </w:r>
      <w:r>
        <w:br/>
      </w:r>
      <w:r>
        <w:rPr>
          <w:sz w:val="20"/>
        </w:rPr>
        <w:t>24:51  literal agar aap dekhenge to aap nahi samajh sakenge.</w:t>
      </w:r>
      <w:r>
        <w:br/>
      </w:r>
      <w:r>
        <w:rPr>
          <w:sz w:val="20"/>
        </w:rPr>
        <w:t>24:55  jaise hai ke Dajjal ke bare mein hai ke is ki peshani par ke kaf fa ra yani kafir kufr likha hua hoga.</w:t>
      </w:r>
      <w:r>
        <w:br/>
      </w:r>
      <w:r>
        <w:rPr>
          <w:sz w:val="20"/>
        </w:rPr>
        <w:t>25:04  to kaun aisa aadmi aayega agar is ki peshani par kufr likha hoga? to kaun jo hai is ko follow karega? kyunke yeh to hum haalat-e-test mein hain na ke ek Dajjal aaye aur hum is hum is ki is ki tazeen ko samajh saken aur is se apne aap ko door rakhen.</w:t>
      </w:r>
      <w:r>
        <w:br/>
      </w:r>
      <w:r>
        <w:rPr>
          <w:sz w:val="20"/>
        </w:rPr>
        <w:t>25:24  to yahi to hamara test hai. agar is ki peshani par kufr likha hua hai to is ke paas kaun jayega?</w:t>
      </w:r>
      <w:r>
        <w:br/>
      </w:r>
      <w:r>
        <w:rPr>
          <w:sz w:val="20"/>
        </w:rPr>
        <w:t>25:32  to is tareeqe se yeh jo hai hamesha hamein alfaaz ka jo hai gehrai se samajhna hoga.</w:t>
      </w:r>
      <w:r>
        <w:br/>
      </w:r>
      <w:r>
        <w:rPr>
          <w:sz w:val="20"/>
        </w:rPr>
        <w:t>25:42  aur naye zamane ke jo halaat hain, woh Allah taala ne jo aise alfaaz Rasool Allah Salallahu Alaihi Wasallam ne jo aise alfaaz use kiye hain, woh is liye ke hamara jo iltibaas ka parda qaim rahe aur is ke bawajood hum sachai tak</w:t>
      </w:r>
      <w:r>
        <w:br/>
      </w:r>
      <w:r>
        <w:rPr>
          <w:sz w:val="20"/>
        </w:rPr>
        <w:t>26:02  sachai ko pa saken. to</w:t>
      </w:r>
      <w:r>
        <w:br/>
      </w:r>
      <w:r>
        <w:rPr>
          <w:sz w:val="20"/>
        </w:rPr>
        <w:t>26:04  is tareeqe se woh Maulana ne yahi likha hai ke yeh ideological qatl hoga. jo qatl hai ke maseeh aayenge aur Dajjal ko qatl karenge, to woh qatl waisa nahi hoga.</w:t>
      </w:r>
      <w:r>
        <w:br/>
      </w:r>
      <w:r>
        <w:rPr>
          <w:sz w:val="20"/>
        </w:rPr>
        <w:t>26:17  aise koi qatl kar hi bhi nahi sakta kisi ko. woh woh nahi marega. Dajjal bhi to bohat strong hai, to woh nahi marega.</w:t>
      </w:r>
      <w:r>
        <w:br/>
      </w:r>
      <w:r>
        <w:rPr>
          <w:sz w:val="20"/>
        </w:rPr>
        <w:t>26:25  to woh qatl woh jo ideological qatl hoga, yani in is ki jo false ideology hogi, us ko woh daleel ke zariye se kaatenge.</w:t>
      </w:r>
      <w:r>
        <w:br/>
      </w:r>
      <w:r>
        <w:rPr>
          <w:sz w:val="20"/>
        </w:rPr>
        <w:t>26:36  Mehdi maseeh jo bhi hain, to muqabla arguments se hoga, na ke talwar se hoga. to isi liye hujjat kaha gaya hai.</w:t>
      </w:r>
      <w:r>
        <w:br/>
      </w:r>
      <w:r>
        <w:rPr>
          <w:sz w:val="20"/>
        </w:rPr>
        <w:t>26:46  ji. ab aap sochiye ke Hazrat maseeh jab pehli bar aaye to un ko crucify kiya gaya, phansi ki saza di gayi, aur sab se buri saza hoti thi us zamane mein.</w:t>
      </w:r>
      <w:r>
        <w:br/>
      </w:r>
      <w:r>
        <w:rPr>
          <w:sz w:val="20"/>
        </w:rPr>
        <w:t>26:56  ab doosri bar aayenge to un ko world leader man lenge. aql mein yeh baat aati hai. ji. apa kuch comments aur ek sawal aaya hai, main woh lena chahunga.</w:t>
      </w:r>
      <w:r>
        <w:br/>
      </w:r>
      <w:r>
        <w:rPr>
          <w:sz w:val="20"/>
        </w:rPr>
        <w:t>27:07  yeh comment bheja hai Miss Fareeda Kamran ne Pakistan se. unhone likha hai: "jazak Allah, very effective and mind blowing session"</w:t>
      </w:r>
      <w:r>
        <w:br/>
      </w:r>
      <w:r>
        <w:rPr>
          <w:sz w:val="20"/>
        </w:rPr>
        <w:t>27:15  aur focus should be in akhra. Muhammad Asghar sahib ne Dilli se likha hai: "very true, very well explained." Abdul Basit Umri sahib ne Gulbarga se likha hai: "Apa, aap ne zabardast baat batai ke Quran distribution ke liye kahengay to bohat kam log aayengay.</w:t>
      </w:r>
      <w:r>
        <w:br/>
      </w:r>
      <w:r>
        <w:rPr>
          <w:sz w:val="20"/>
        </w:rPr>
        <w:t>27:33  aur agar yeh kahengay ke poori dunya mein Islami hukumat ko qaim karne ke liye jang karni hai to sab log aa jayengay. Jazak Allah, Apa."</w:t>
      </w:r>
    </w:p>
    <w:p>
      <w:pPr>
        <w:pStyle w:val="Heading2"/>
      </w:pPr>
      <w:r>
        <w:t>Dua for the dead in hadith</w:t>
      </w:r>
    </w:p>
    <w:p>
      <w:r>
        <w:rPr>
          <w:color w:val="666666"/>
          <w:sz w:val="18"/>
        </w:rPr>
        <w:t>Art of Crisis Management I 3 October, 2010 Maulana Wahiduddin Khan · 1m 52s · at 1:42:20 · https://youtu.be/mcJZ0YEOolk?t=6140</w:t>
      </w:r>
    </w:p>
    <w:p>
      <w:r>
        <w:rPr>
          <w:i/>
        </w:rPr>
        <w:t>“Abu Huraira reported that Allah's Messenger said: 'When a human being dies, all of his deeds are terminated except for three types: an ongoing charity, knowledge of Islam from which others benefit, and thirdly a righteous child who makes dua for him.' Does this hadith clearly indicate that dua is helpful to the dead?”</w:t>
      </w:r>
    </w:p>
    <w:p>
      <w:r>
        <w:rPr>
          <w:sz w:val="20"/>
        </w:rPr>
        <w:t>1:42:20  Maulana, yeh sawal kiya hai Mr. Faiq ne California se. unhone poocha hai ke Abu Hurairah, Abu Hurairah reported that Allah Messenger once said:</w:t>
      </w:r>
      <w:r>
        <w:br/>
      </w:r>
      <w:r>
        <w:rPr>
          <w:sz w:val="20"/>
        </w:rPr>
        <w:t>1:42:36  "When a human being dies, all of his deeds are terminated, except for three types:</w:t>
      </w:r>
      <w:r>
        <w:br/>
      </w:r>
      <w:r>
        <w:rPr>
          <w:sz w:val="20"/>
        </w:rPr>
        <w:t>1:42:43  an ongoing charity, a knowledge of Islam from which others benefit, and thirdly a righteous child who makes dua for him." The Abu Hadith clearly indicates that dua is helpful to the dead.</w:t>
      </w:r>
      <w:r>
        <w:br/>
      </w:r>
      <w:r>
        <w:rPr>
          <w:sz w:val="20"/>
        </w:rPr>
        <w:t>1:43:00  What is your comment on this? Nahi, nahi, woh aap ne sahih hadith nahi naqal ki hai. is tarah nahi hai,</w:t>
      </w:r>
      <w:r>
        <w:br/>
      </w:r>
      <w:r>
        <w:rPr>
          <w:sz w:val="20"/>
        </w:rPr>
        <w:t>1:43:08  woh hadith is tareeqe se hai ke woh beta jis ke banane mein baap ka haath ho, to chunke is bete ko baap ne banaya hai,</w:t>
      </w:r>
      <w:r>
        <w:br/>
      </w:r>
      <w:r>
        <w:rPr>
          <w:sz w:val="20"/>
        </w:rPr>
        <w:t>1:43:21  saalih banaya hai, naik banaya hai, to is wajah se is ko sawab milta rahega. yeh nahi ke woh beta dua kar dega to is ko sawab mil jayega. yeh matlab nahi hai.</w:t>
      </w:r>
      <w:r>
        <w:br/>
      </w:r>
      <w:r>
        <w:rPr>
          <w:sz w:val="20"/>
        </w:rPr>
        <w:t>1:43:30  is hadith ko phir se padhiye. hmm, yaani woh cheez jo</w:t>
      </w:r>
      <w:r>
        <w:br/>
      </w:r>
      <w:r>
        <w:rPr>
          <w:sz w:val="20"/>
        </w:rPr>
        <w:t>1:43:35  baap ke marne ke baad baqi rahi, woh ek saalih beta hai jis ke banane mein baap ka hissa tha. agar baap ki niyat na ho shaamil, apne aap woh saalih hoga, tab bhi nahi kuch milega is ko.</w:t>
      </w:r>
      <w:r>
        <w:br/>
      </w:r>
      <w:r>
        <w:rPr>
          <w:sz w:val="20"/>
        </w:rPr>
        <w:t>1:43:46  yaad rakhiye, yaani baap ka intention agar shaamil hai bete ko banane mein,</w:t>
      </w:r>
      <w:r>
        <w:br/>
      </w:r>
      <w:r>
        <w:rPr>
          <w:sz w:val="20"/>
        </w:rPr>
        <w:t>1:43:54  to chunke baap ne banaya hai bete ko, to yeh is ka ek amal qarar payega. yeh baap ka ek amal qarar payega ke is ne bete ko saalih banaya.</w:t>
      </w:r>
      <w:r>
        <w:br/>
      </w:r>
      <w:r>
        <w:rPr>
          <w:sz w:val="20"/>
        </w:rPr>
        <w:t>1:44:03  is amal ka is ko ajar milega. ya yeh unhone naqal kiya hai na? yeh un ko mein kahunga ke phir se is ke</w:t>
      </w:r>
    </w:p>
    <w:p>
      <w:pPr>
        <w:pStyle w:val="Heading2"/>
      </w:pPr>
      <w:r>
        <w:t>Islamic prayers for non-Muslim victims</w:t>
      </w:r>
    </w:p>
    <w:p>
      <w:r>
        <w:rPr>
          <w:color w:val="666666"/>
          <w:sz w:val="18"/>
        </w:rPr>
        <w:t>The Road to Paradise December 30, 2012 Maulana Wahiduddin Khan · 1m 03s · at 1:09:20 · https://youtu.be/vUiaPsYF4Tk?t=4160</w:t>
      </w:r>
    </w:p>
    <w:p>
      <w:r>
        <w:rPr>
          <w:i/>
        </w:rPr>
        <w:t>“The 23-year-old victim of rape and brutal assault passed away yesterday. On hearing her demise, some of the Islamic representation said: 'Inna lillahi wa inna ilayhi raji'oon' (To Allah we belong and to Him we return). As a natural feeling that comes out to see a dead body, a group of Muslims raised a strong objection saying that the Quranic verses and Islamic prayers are meant only for Muslims and not Hindus or any other religion. What is your view?”</w:t>
      </w:r>
    </w:p>
    <w:p>
      <w:r>
        <w:rPr>
          <w:sz w:val="20"/>
        </w:rPr>
        <w:t>1:09:20  maulana, agla sawal dilli se aaya hai, khalid ansari sahab ka. unhon ne likha hai: "the 23 year old victim of rape and brutal assault passed away yesterday.</w:t>
      </w:r>
      <w:r>
        <w:br/>
      </w:r>
      <w:r>
        <w:rPr>
          <w:sz w:val="20"/>
        </w:rPr>
        <w:t>1:09:34  on hearing her sad demise, some of the islamic representation said: inna lillahi wa inna ilaihi raji'un. as a natural feeling that comes out to see a dead body.</w:t>
      </w:r>
      <w:r>
        <w:br/>
      </w:r>
      <w:r>
        <w:rPr>
          <w:sz w:val="20"/>
        </w:rPr>
        <w:t>1:09:47  a group of muslims raised a strong objection saying that the quranic verses and islamic duas are meant for only muslims and not hindu or any other religion.</w:t>
      </w:r>
      <w:r>
        <w:br/>
      </w:r>
      <w:r>
        <w:rPr>
          <w:sz w:val="20"/>
        </w:rPr>
        <w:t>1:09:59  maulana, i would like to know what is your opinion on this.</w:t>
      </w:r>
      <w:r>
        <w:br/>
      </w:r>
      <w:r>
        <w:rPr>
          <w:sz w:val="20"/>
        </w:rPr>
        <w:t>1:10:03  "dekhen, is par mera ek article 600 words ka chhap chuka hai times of india mein. woh aap dekh lijiye. meri jo soch hai, is mein aap dekh sakte hain.</w:t>
      </w:r>
      <w:r>
        <w:br/>
      </w:r>
      <w:r>
        <w:rPr>
          <w:sz w:val="20"/>
        </w:rPr>
        <w:t>1:10:13  abhi chhaapa hai, do do din pehle, times of india ke speaking tree mein.</w:t>
      </w:r>
    </w:p>
    <w:p>
      <w:pPr>
        <w:pStyle w:val="Heading2"/>
      </w:pPr>
      <w:r>
        <w:t>Problem with finality of prophethood</w:t>
      </w:r>
    </w:p>
    <w:p>
      <w:r>
        <w:rPr>
          <w:color w:val="666666"/>
          <w:sz w:val="18"/>
        </w:rPr>
        <w:t>Prophetic Example | April 06, 2014 | Maulana Wahiduddin Khan · 5m 37s · at 1:06:05 · https://youtu.be/zTVjTJbStUU?t=3965</w:t>
      </w:r>
    </w:p>
    <w:p>
      <w:r>
        <w:rPr>
          <w:i/>
        </w:rPr>
        <w:t>“Some people hold that the problem with Islam is that it considers Prophet Muhammad to be the last prophet and Quran the last book.”</w:t>
      </w:r>
    </w:p>
    <w:p>
      <w:r>
        <w:rPr>
          <w:sz w:val="20"/>
        </w:rPr>
        <w:t>1:06:05  maulana agla sawal miss sadia khan ne kiya hai dilli se.</w:t>
      </w:r>
      <w:r>
        <w:br/>
      </w:r>
      <w:r>
        <w:rPr>
          <w:sz w:val="20"/>
        </w:rPr>
        <w:t>1:06:10  unhon ne likha hai: "Some people hold that the problem with Islam is that it considers Prophet Muhammad</w:t>
      </w:r>
      <w:r>
        <w:br/>
      </w:r>
      <w:r>
        <w:rPr>
          <w:sz w:val="20"/>
        </w:rPr>
        <w:t>1:06:15  to be the last prophet and Quran the last book.</w:t>
      </w:r>
      <w:r>
        <w:br/>
      </w:r>
      <w:r>
        <w:rPr>
          <w:sz w:val="20"/>
        </w:rPr>
        <w:t>1:06:20  What is your comment on this?" dekhiye last ka matlab log samajhte hain afzal.</w:t>
      </w:r>
      <w:r>
        <w:br/>
      </w:r>
      <w:r>
        <w:rPr>
          <w:sz w:val="20"/>
        </w:rPr>
        <w:t>1:06:25  musalmanon ne yeh tasawwur diya hai.</w:t>
      </w:r>
      <w:r>
        <w:br/>
      </w:r>
      <w:r>
        <w:rPr>
          <w:sz w:val="20"/>
        </w:rPr>
        <w:t>1:06:30  hargiz woh afzal ke</w:t>
      </w:r>
      <w:r>
        <w:br/>
      </w:r>
      <w:r>
        <w:rPr>
          <w:sz w:val="20"/>
        </w:rPr>
        <w:t>1:06:35  ma'ne mein nahi hai.</w:t>
      </w:r>
      <w:r>
        <w:br/>
      </w:r>
      <w:r>
        <w:rPr>
          <w:sz w:val="20"/>
        </w:rPr>
        <w:t>1:06:40  woh sirf hai preserved book ke ma'ne mein.</w:t>
      </w:r>
      <w:r>
        <w:br/>
      </w:r>
      <w:r>
        <w:rPr>
          <w:sz w:val="20"/>
        </w:rPr>
        <w:t>1:06:45  rasool Allah sal Allah alaihi wasallam ki taleemat jo hain woh hamare paas mehfooz hain.</w:t>
      </w:r>
      <w:r>
        <w:br/>
      </w:r>
      <w:r>
        <w:rPr>
          <w:sz w:val="20"/>
        </w:rPr>
        <w:t>1:06:50  hum jaan sakte hain ke aap ne kis tarah dunya mein kaam kiya.</w:t>
      </w:r>
      <w:r>
        <w:br/>
      </w:r>
      <w:r>
        <w:rPr>
          <w:sz w:val="20"/>
        </w:rPr>
        <w:t>1:06:55  doosre nabiyon ka is tarah se un ka record mehfooz nahi hai bas is ma'ne mein.</w:t>
      </w:r>
      <w:r>
        <w:br/>
      </w:r>
      <w:r>
        <w:rPr>
          <w:sz w:val="20"/>
        </w:rPr>
        <w:t>1:07:00  doosri baat mein yeh kehna chahunga ke Allah taala ka yeh yeh plan nahi hai ke baar</w:t>
      </w:r>
      <w:r>
        <w:br/>
      </w:r>
      <w:r>
        <w:rPr>
          <w:sz w:val="20"/>
        </w:rPr>
        <w:t>1:07:05  baar nabi aata rahe.</w:t>
      </w:r>
      <w:r>
        <w:br/>
      </w:r>
      <w:r>
        <w:rPr>
          <w:sz w:val="20"/>
        </w:rPr>
        <w:t>1:07:09  yeh plan nahi hai.</w:t>
      </w:r>
      <w:r>
        <w:br/>
      </w:r>
      <w:r>
        <w:rPr>
          <w:sz w:val="20"/>
        </w:rPr>
        <w:t>1:07:14  Allah ka plan awwal din se yahi tha ke jab aik nabi ki taleemat uska model mehfooz</w:t>
      </w:r>
      <w:r>
        <w:br/>
      </w:r>
      <w:r>
        <w:rPr>
          <w:sz w:val="20"/>
        </w:rPr>
        <w:t>1:07:18  ho jaye yani record uska history mein ban jaye to bas kafi hai phir doosra nabi aanay</w:t>
      </w:r>
      <w:r>
        <w:br/>
      </w:r>
      <w:r>
        <w:rPr>
          <w:sz w:val="20"/>
        </w:rPr>
        <w:t>1:07:23  ki zaroorat nahi hai.</w:t>
      </w:r>
      <w:r>
        <w:br/>
      </w:r>
      <w:r>
        <w:rPr>
          <w:sz w:val="20"/>
        </w:rPr>
        <w:t>1:07:27  baad ki generation jo hain usi ko parh kar usi se yani guidance leti rahen.</w:t>
      </w:r>
      <w:r>
        <w:br/>
      </w:r>
      <w:r>
        <w:rPr>
          <w:sz w:val="20"/>
        </w:rPr>
        <w:t>1:07:32  to rasool Allah sal Allah alaihi wasallam</w:t>
      </w:r>
      <w:r>
        <w:br/>
      </w:r>
      <w:r>
        <w:rPr>
          <w:sz w:val="20"/>
        </w:rPr>
        <w:t>1:07:36  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r>
        <w:br/>
      </w:r>
      <w:r>
        <w:rPr>
          <w:sz w:val="20"/>
        </w:rPr>
        <w:t>1:08:06  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r>
        <w:br/>
      </w:r>
      <w:r>
        <w:rPr>
          <w:sz w:val="20"/>
        </w:rPr>
        <w:t>1:08:36  aik afzal hai koi ghair afzal hai.</w:t>
      </w:r>
      <w:r>
        <w:br/>
      </w:r>
      <w:r>
        <w:rPr>
          <w:sz w:val="20"/>
        </w:rPr>
        <w:t>1:08:45  to quran ka ya rasool allah salallaho alaihe wasallam ka aakhri hone ka matlab sirf yeh hai</w:t>
      </w:r>
      <w:r>
        <w:br/>
      </w:r>
      <w:r>
        <w:rPr>
          <w:sz w:val="20"/>
        </w:rPr>
        <w:t>1:08:54  ke jo kuch bhi allah ne bheja tha woh mehfooz ho gaya aur woh authentic uska har</w:t>
      </w:r>
      <w:r>
        <w:br/>
      </w:r>
      <w:r>
        <w:rPr>
          <w:sz w:val="20"/>
        </w:rPr>
        <w:t>1:09:02  cheez ek authentic taur par hamare paas maujood hai aaj bhi to bas wohi kafi hai hamein guidance ke liye.</w:t>
      </w:r>
      <w:r>
        <w:br/>
      </w:r>
      <w:r>
        <w:rPr>
          <w:sz w:val="20"/>
        </w:rPr>
        <w:t>1:09:11  maulana yeh sawal chennai se aaya hai maulana iqbal umri ka.</w:t>
      </w:r>
      <w:r>
        <w:br/>
      </w:r>
      <w:r>
        <w:rPr>
          <w:sz w:val="20"/>
        </w:rPr>
        <w:t>1:09:16  unhone likha hai: "ek sahab ne kaha ke hum india mein ghulami mein hain.</w:t>
      </w:r>
      <w:r>
        <w:br/>
      </w:r>
      <w:r>
        <w:rPr>
          <w:sz w:val="20"/>
        </w:rPr>
        <w:t>1:09:21  jaisa ke moosa alaihe assalam ke zamane mein musalmanon ki halat thi.</w:t>
      </w:r>
      <w:r>
        <w:br/>
      </w:r>
      <w:r>
        <w:rPr>
          <w:sz w:val="20"/>
        </w:rPr>
        <w:t>1:09:26  to hum ko moosa alaihe assalam ke iswa lena hai yani ghulami se nijat dilana hai.</w:t>
      </w:r>
      <w:r>
        <w:br/>
      </w:r>
      <w:r>
        <w:rPr>
          <w:sz w:val="20"/>
        </w:rPr>
        <w:t>1:09:32  maulana yeh kahan tak sahi hai?" yeh double jhoot hai.</w:t>
      </w:r>
      <w:r>
        <w:br/>
      </w:r>
      <w:r>
        <w:rPr>
          <w:sz w:val="20"/>
        </w:rPr>
        <w:t>1:09:37  sahi nahi hai yeh.</w:t>
      </w:r>
      <w:r>
        <w:br/>
      </w:r>
      <w:r>
        <w:rPr>
          <w:sz w:val="20"/>
        </w:rPr>
        <w:t>1:09:42  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r>
        <w:br/>
      </w:r>
      <w:r>
        <w:rPr>
          <w:sz w:val="20"/>
        </w:rPr>
        <w:t>1:10:12  pehli cheez hai ke insaan ke andar allah ka darr ho.</w:t>
      </w:r>
      <w:r>
        <w:br/>
      </w:r>
      <w:r>
        <w:rPr>
          <w:sz w:val="20"/>
        </w:rPr>
        <w:t>1:10:15  warna kuch bhi kuch bhi kahega kuch bhi kahega.</w:t>
      </w:r>
      <w:r>
        <w:br/>
      </w:r>
      <w:r>
        <w:rPr>
          <w:sz w:val="20"/>
        </w:rPr>
        <w:t>1:10:18  yeh bilkul hi aisi baat hai baseless qism ki.</w:t>
      </w:r>
      <w:r>
        <w:br/>
      </w:r>
      <w:r>
        <w:rPr>
          <w:sz w:val="20"/>
        </w:rPr>
        <w:t>1:10:22  yani ghulami ke lafz bhi kahin nahi.</w:t>
      </w:r>
      <w:r>
        <w:br/>
      </w:r>
      <w:r>
        <w:rPr>
          <w:sz w:val="20"/>
        </w:rPr>
        <w:t>1:10:25  yeh tasawwur ghulami ka mere dekh bilkul unislamic tasawwur hai.</w:t>
      </w:r>
      <w:r>
        <w:br/>
      </w:r>
      <w:r>
        <w:rPr>
          <w:sz w:val="20"/>
        </w:rPr>
        <w:t>1:10:28  ghulami ka tasawwur unislamic tasawwur hai.</w:t>
      </w:r>
      <w:r>
        <w:br/>
      </w:r>
      <w:r>
        <w:rPr>
          <w:sz w:val="20"/>
        </w:rPr>
        <w:t>1:10:32  yani political ghulami.</w:t>
      </w:r>
      <w:r>
        <w:br/>
      </w:r>
      <w:r>
        <w:rPr>
          <w:sz w:val="20"/>
        </w:rPr>
        <w:t>1:10:35  bhai is par main likh chuka hoon.</w:t>
      </w:r>
      <w:r>
        <w:br/>
      </w:r>
      <w:r>
        <w:rPr>
          <w:sz w:val="20"/>
        </w:rPr>
        <w:t>1:10:38  aap meri kitabon mein parh sakte</w:t>
      </w:r>
      <w:r>
        <w:br/>
      </w:r>
      <w:r>
        <w:rPr>
          <w:sz w:val="20"/>
        </w:rPr>
        <w:t>1:10:42  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pStyle w:val="Heading2"/>
      </w:pPr>
      <w:r>
        <w:t>Interpretation of Prophet as human</w:t>
      </w:r>
    </w:p>
    <w:p>
      <w:r>
        <w:rPr>
          <w:color w:val="666666"/>
          <w:sz w:val="18"/>
        </w:rPr>
        <w:t>Prophetic Model February 16, 2014 · 2m 33s · at 58:12 · https://youtu.be/ypIIqSmExzk?t=3492</w:t>
      </w:r>
    </w:p>
    <w:p>
      <w:r>
        <w:rPr>
          <w:i/>
        </w:rPr>
        <w:t>“A sect of Muslims gives a strange interpretation of 'Bashar' that does not match your explanation. They separate the Prophet from being a human like us. Please explain this.”</w:t>
      </w:r>
    </w:p>
    <w:p>
      <w:r>
        <w:rPr>
          <w:sz w:val="20"/>
        </w:rPr>
        <w:t>58:12  Maulana agla sawal Delhi se hai Jameel Akhtar sahib ka. unhon ne likha hai: "Musalmanon ka ek firqah bashar ki ajeeb o ghareeb taweel karta hai jo aap ki tashreeh se mil nahi khati.</w:t>
      </w:r>
      <w:r>
        <w:br/>
      </w:r>
      <w:r>
        <w:rPr>
          <w:sz w:val="20"/>
        </w:rPr>
        <w:t>58:28  woh Rasool Allah ko hum jaise insan se bilkul alag karte hain. is ki wazahat karen." yeh to wohi hai jo Rasool Allah ne mana kiya tha.</w:t>
      </w:r>
      <w:r>
        <w:br/>
      </w:r>
      <w:r>
        <w:rPr>
          <w:sz w:val="20"/>
        </w:rPr>
        <w:t>58:39  is se Rasool Allah ne farmaya ke la tuluni kama atat al nasara min qabl. ke nasara ne jis tarah barhaya chadhaya tha mujh ko mat barhana chadhana.</w:t>
      </w:r>
      <w:r>
        <w:br/>
      </w:r>
      <w:r>
        <w:rPr>
          <w:sz w:val="20"/>
        </w:rPr>
        <w:t>58:49  wohi kar rahe hain log. sawal yeh hai ke jo nazariya bana rakha hai unhon ne us ka Quran se to koi taalluq hai nahi. ajeeb o ghareeb qism ke khud sakhtah yani daleelain nikalte hain.</w:t>
      </w:r>
      <w:r>
        <w:br/>
      </w:r>
      <w:r>
        <w:rPr>
          <w:sz w:val="20"/>
        </w:rPr>
        <w:t>59:01  ajeeb o ghareeb qism ki. koi sir na parhay is ka koi logic nahi. to aadmi jo sanjeeda ho, waqeatan Allah se darta ho, woh jab Quran ko parhay ga to bar bar woh mile gi aisi baatein us ko ke Rasool Allah hamare jaise ek bashar thay.</w:t>
      </w:r>
      <w:r>
        <w:br/>
      </w:r>
      <w:r>
        <w:rPr>
          <w:sz w:val="20"/>
        </w:rPr>
        <w:t>59:19  innam ana basharun mislukum.</w:t>
      </w:r>
      <w:r>
        <w:br/>
      </w:r>
      <w:r>
        <w:rPr>
          <w:sz w:val="20"/>
        </w:rPr>
        <w:t>59:24  to yeh mamla sanjeedgi ka hai. aap sanjeeda na hon aap to kuch bhi ulti baatein nikal len. mislan mein aap ko ek qissah batata hoon.</w:t>
      </w:r>
      <w:r>
        <w:br/>
      </w:r>
      <w:r>
        <w:rPr>
          <w:sz w:val="20"/>
        </w:rPr>
        <w:t>59:34  aik ghair muslim thay. unhon ne kaha quran to sab jaali hi jaali is ke andar hai. matlab fraud is mein sab hai. naoozubillah. kisi ne poocha ke kaise?</w:t>
      </w:r>
      <w:r>
        <w:br/>
      </w:r>
      <w:r>
        <w:rPr>
          <w:sz w:val="20"/>
        </w:rPr>
        <w:t>59:43  kehte hain dekho yeh likha hua. jaali ka kitab la raha hai fi. jaali ka mani unhon ne jaali nikaal liya. fraud. yeh to jaali hi jaali sab hai. to dekhiye ab agar aadmi sanjeeda na ho to kuch bhi ulta seedha nikaal sakta hai.</w:t>
      </w:r>
      <w:r>
        <w:br/>
      </w:r>
      <w:r>
        <w:rPr>
          <w:sz w:val="20"/>
        </w:rPr>
        <w:t>59:57  to woh log jo bashar ka matlab nikaale hue hain is ka koi talluq logic se nahin. daleel se nahin hai. to aise logon ko yahi kehna chahiye ke bhai phir se ghor karo aur lughat kya kehti hai, alfaaz kya kehte hain, context kya kehta hai is ke lihaaz se ghor karo.</w:t>
      </w:r>
      <w:r>
        <w:br/>
      </w:r>
      <w:r>
        <w:rPr>
          <w:sz w:val="20"/>
        </w:rPr>
        <w:t>1:00:18  aur haqeeqat yeh hai ke rasool Allah agar bashar na hon to hamare model kahan se rahenge? is woh kaise rahenge? kya koi farishta hamare is woh ban sakta hai? yeh rehmat hai, yahi to rehmat hai ke aik bashar ki satah par woh woh namoona mila hum ko.</w:t>
      </w:r>
      <w:r>
        <w:br/>
      </w:r>
      <w:r>
        <w:rPr>
          <w:sz w:val="20"/>
        </w:rPr>
        <w:t>1:00:33  bashar ki satah par. farishte ki satah pe milta to hum woh hamare namoone hi na hota woh. doctor sahib ko dena hai. doctor sahib ko.</w:t>
      </w:r>
    </w:p>
    <w:p>
      <w:pPr>
        <w:pStyle w:val="Heading2"/>
      </w:pPr>
      <w:r>
        <w:t>Prophet seeing Aisha wearing silver bracelets</w:t>
      </w:r>
    </w:p>
    <w:p>
      <w:r>
        <w:rPr>
          <w:color w:val="666666"/>
          <w:sz w:val="18"/>
        </w:rPr>
        <w:t>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Quraysh pursuit of Prophet during migration</w:t>
      </w:r>
    </w:p>
    <w:p>
      <w:r>
        <w:rPr>
          <w:color w:val="666666"/>
          <w:sz w:val="18"/>
        </w:rPr>
        <w:t>Lessons from My Journey to Canada II January 10, 2016 · 1m 41s · at 1:05:50 · https://youtu.be/GHF2Ph3GW7A?t=3950</w:t>
      </w:r>
    </w:p>
    <w:p>
      <w:r>
        <w:rPr>
          <w:i/>
        </w:rPr>
        <w:t>“When the Prophet was migrating to Medina, the Quraysh sent many people to go out to get the Prophet, to go and get the Prophet back...”</w:t>
      </w:r>
    </w:p>
    <w:p>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Message from Quran verse about life for Allah</w:t>
      </w:r>
    </w:p>
    <w:p>
      <w:r>
        <w:rPr>
          <w:color w:val="666666"/>
          <w:sz w:val="18"/>
        </w:rPr>
        <w:t>The Message of Eid Al-Adha November 6, 2011 Maulana Wahiduddin Khan · 1m 20s · at 56:19 · https://youtu.be/y59PU_RD2cg?t=3379</w:t>
      </w:r>
    </w:p>
    <w:p>
      <w:r>
        <w:rPr>
          <w:i/>
        </w:rPr>
        <w:t>“In Quran Surah An'am it is said: 'Say, my prayer, my sacrifice, my life and my death are for Allah alone.' What message do we get from this verse?”</w:t>
      </w:r>
    </w:p>
    <w:p>
      <w:r>
        <w:rPr>
          <w:sz w:val="20"/>
        </w:rPr>
        <w:t>56:19  Maulana, in ka ek aur sawal hai. Unhon ne likha hai: "Qur'an mein Surah An'am mein kaha gaya hai ke keh do: Meri namaz, meri qurbani, meri zindagi aur meri maut sirf Allah hi ke liye hai." Maulana, is ayat se hamein kya message milta hai?</w:t>
      </w:r>
      <w:r>
        <w:br/>
      </w:r>
      <w:r>
        <w:rPr>
          <w:sz w:val="20"/>
        </w:rPr>
        <w:t>56:42  Is ka matlab wahi hai jo maine arz kiya: Khuda rakhi zindagi. Jo hamari sar'garmiyan hain, un sari sar'garmiyon ka rukh ek Allah ki taraf ho jaye.</w:t>
      </w:r>
      <w:r>
        <w:br/>
      </w:r>
      <w:r>
        <w:rPr>
          <w:sz w:val="20"/>
        </w:rPr>
        <w:t>56:54  Aap jante hain, har aadmi ka koi maqsad hota hai. Uski sari dorr dhoop isi maqsad ke gird ghoomti hai. Koi aadmi aisa nahi hai jis ka koi maqsad na ho.</w:t>
      </w:r>
      <w:r>
        <w:br/>
      </w:r>
      <w:r>
        <w:rPr>
          <w:sz w:val="20"/>
        </w:rPr>
        <w:t>57:08  To Islam ka taqaza yeh hai ke aadmi apna maqsad hayat jo hai, woh banaye: Deen ko, akhirat ko, Allah ki raza ko.</w:t>
      </w:r>
      <w:r>
        <w:br/>
      </w:r>
      <w:r>
        <w:rPr>
          <w:sz w:val="20"/>
        </w:rPr>
        <w:t>57:24  Wohi zindagi Islami zindagi hai jis mein uski zindagi ka rukh sara ka sara Allah ki taraf ho jaye.</w:t>
      </w:r>
      <w:r>
        <w:br/>
      </w:r>
      <w:r>
        <w:rPr>
          <w:sz w:val="20"/>
        </w:rPr>
        <w:t>57:35  Yahi matlab hai is ayat ka.</w:t>
      </w:r>
    </w:p>
    <w:p>
      <w:pPr>
        <w:pStyle w:val="Heading2"/>
      </w:pPr>
      <w:r>
        <w:t>Fate of those who never receive God's message</w:t>
      </w:r>
    </w:p>
    <w:p>
      <w:r>
        <w:rPr>
          <w:color w:val="666666"/>
          <w:sz w:val="18"/>
        </w:rPr>
        <w:t>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2"/>
      </w:pPr>
      <w:r>
        <w:t>Meaning of Prophet's prayer 'show truth as it is'</w:t>
      </w:r>
    </w:p>
    <w:p>
      <w:r>
        <w:rPr>
          <w:color w:val="666666"/>
          <w:sz w:val="18"/>
        </w:rPr>
        <w:t>Islamic Wisdom July 17, 2016 · 2m 12s · at 49:36 · https://youtu.be/jB4ugN0K-AM?t=2976</w:t>
      </w:r>
    </w:p>
    <w:p>
      <w:r>
        <w:rPr>
          <w:i/>
        </w:rPr>
        <w:t>“There is a prayer of the Prophet: 'O God, show us the truth as it is.' What does 'as it is' thinking mean? Please elaborate on this.”</w:t>
      </w:r>
    </w:p>
    <w:p>
      <w:r>
        <w:rPr>
          <w:sz w:val="20"/>
        </w:rPr>
        <w:t>49:36  maulana, agla sawal mumbai se aya hai, aah aah faraz sahib ka, aur unhon ne likha hai: "der</w:t>
      </w:r>
      <w:r>
        <w:br/>
      </w:r>
      <w:r>
        <w:rPr>
          <w:sz w:val="20"/>
        </w:rPr>
        <w:t>49:43  as a prayer of the Prophet very said: "O God, show us the truth as it is." Maulana</w:t>
      </w:r>
      <w:r>
        <w:br/>
      </w:r>
      <w:r>
        <w:rPr>
          <w:sz w:val="20"/>
        </w:rPr>
        <w:t>49:51  Sahib, what does "as it is thinking" means? Please elaborate on this.</w:t>
      </w:r>
      <w:r>
        <w:br/>
      </w:r>
      <w:r>
        <w:rPr>
          <w:sz w:val="20"/>
        </w:rPr>
        <w:t>49:56  bhai, yeh kya? main ne misal de di as it is ki ke japan ke waqe mein jo</w:t>
      </w:r>
      <w:r>
        <w:br/>
      </w:r>
      <w:r>
        <w:rPr>
          <w:sz w:val="20"/>
        </w:rPr>
        <w:t>50:04  asli sabak hai, woh yeh hai ke society bombing chhodo, lekin ulta le liya ke society bombing karo.</w:t>
      </w:r>
      <w:r>
        <w:br/>
      </w:r>
      <w:r>
        <w:rPr>
          <w:sz w:val="20"/>
        </w:rPr>
        <w:t>50:12  yeh to hai yeh sare musalmanon ke jo mamlaat ke zamane mein, woh yahi hai.</w:t>
      </w:r>
      <w:r>
        <w:br/>
      </w:r>
      <w:r>
        <w:rPr>
          <w:sz w:val="20"/>
        </w:rPr>
        <w:t>50:18  misalan, commercial rights hote hain, woh aam taur par hote hain retaliation mein.</w:t>
      </w:r>
      <w:r>
        <w:br/>
      </w:r>
      <w:r>
        <w:rPr>
          <w:sz w:val="20"/>
        </w:rPr>
        <w:t>50:24  retaliation, lekin musalman kya kehte hain ke yeh zulm ho raha hai? zulm nahi ho raha.</w:t>
      </w:r>
      <w:r>
        <w:br/>
      </w:r>
      <w:r>
        <w:rPr>
          <w:sz w:val="20"/>
        </w:rPr>
        <w:t>50:31  tum logon ko retaliate karne ka mauqa na do, to fasad khatam ho jayega.</w:t>
      </w:r>
      <w:r>
        <w:br/>
      </w:r>
      <w:r>
        <w:rPr>
          <w:sz w:val="20"/>
        </w:rPr>
        <w:t>50:37  aur yeh hadith mein aata hai ke: "innal fitnata ni'matun la'anallahu man qadaa'a." matlab logon ko ghusse</w:t>
      </w:r>
      <w:r>
        <w:br/>
      </w:r>
      <w:r>
        <w:rPr>
          <w:sz w:val="20"/>
        </w:rPr>
        <w:t>50:45  ko jagao, logon ko yeh mauqa na do ke retaliate karne ka jazba un ke ubhar aaye.</w:t>
      </w:r>
      <w:r>
        <w:br/>
      </w:r>
      <w:r>
        <w:rPr>
          <w:sz w:val="20"/>
        </w:rPr>
        <w:t>50:52  yeh to matlab hai is ka.</w:t>
      </w:r>
      <w:r>
        <w:br/>
      </w:r>
      <w:r>
        <w:rPr>
          <w:sz w:val="20"/>
        </w:rPr>
        <w:t>50:55  to musalmanon ka case jo hai, is zamane mein be aqli ka case hai.</w:t>
      </w:r>
      <w:r>
        <w:br/>
      </w:r>
      <w:r>
        <w:rPr>
          <w:sz w:val="20"/>
        </w:rPr>
        <w:t>51:01  aqalmand ban gaya ho to sab cheezein khatam ho jayengi.</w:t>
      </w:r>
      <w:r>
        <w:br/>
      </w:r>
      <w:r>
        <w:rPr>
          <w:sz w:val="20"/>
        </w:rPr>
        <w:t>51:05  misal ke taur par kehte hain ke west mein islamophobia hai.</w:t>
      </w:r>
      <w:r>
        <w:br/>
      </w:r>
      <w:r>
        <w:rPr>
          <w:sz w:val="20"/>
        </w:rPr>
        <w:t>51:10  yeh mukammal taur par be aqli ki baat hai.</w:t>
      </w:r>
      <w:r>
        <w:br/>
      </w:r>
      <w:r>
        <w:rPr>
          <w:sz w:val="20"/>
        </w:rPr>
        <w:t>51:14  mein baar baar gaya hoon maghribi mulkon mein, itna zyada waqea wahan par hai ke wahan par waqea</w:t>
      </w:r>
      <w:r>
        <w:br/>
      </w:r>
      <w:r>
        <w:rPr>
          <w:sz w:val="20"/>
        </w:rPr>
        <w:t>51:22  pakistan, iran mein bhi nahi, muslim mulkon mein bhi nahi, kisi bhi muslim mulk mein woh waqea nahi</w:t>
      </w:r>
      <w:r>
        <w:br/>
      </w:r>
      <w:r>
        <w:rPr>
          <w:sz w:val="20"/>
        </w:rPr>
        <w:t>51:30  hai jo west mein hai.</w:t>
      </w:r>
      <w:r>
        <w:br/>
      </w:r>
      <w:r>
        <w:rPr>
          <w:sz w:val="20"/>
        </w:rPr>
        <w:t>51:32  aur woh kehte hain ke islamophobia.</w:t>
      </w:r>
      <w:r>
        <w:br/>
      </w:r>
      <w:r>
        <w:rPr>
          <w:sz w:val="20"/>
        </w:rPr>
        <w:t>51:35  to be aqli ko khatam karna yahi hamara beginning hai.</w:t>
      </w:r>
      <w:r>
        <w:br/>
      </w:r>
      <w:r>
        <w:rPr>
          <w:sz w:val="20"/>
        </w:rPr>
        <w:t>51:39  starting point hamare liye kya hai? ke apni be aqli ko khatam karein.</w:t>
      </w:r>
      <w:r>
        <w:br/>
      </w:r>
      <w:r>
        <w:rPr>
          <w:sz w:val="20"/>
        </w:rPr>
        <w:t>51:45  is ke baghair koi kaam nahi ho sakta.</w:t>
      </w:r>
    </w:p>
    <w:p>
      <w:pPr>
        <w:pStyle w:val="Heading2"/>
      </w:pPr>
      <w:r>
        <w:t>Group claiming promised messiah at book fair</w:t>
      </w:r>
    </w:p>
    <w:p>
      <w:r>
        <w:rPr>
          <w:color w:val="666666"/>
          <w:sz w:val="18"/>
        </w:rPr>
        <w:t>Discovery of Modern Age February 10, 2013 · 4m 49s · at 1:13:58 · https://youtu.be/qYGA53ii7E4?t=4438</w:t>
      </w:r>
    </w:p>
    <w:p>
      <w:r>
        <w:rPr>
          <w:i/>
        </w:rPr>
        <w:t>“At the Delhi Book Fair, a group has a stall. They consider their guru as the promised messiah. They have missionary spirit and discipline, with many trained volunteers. What is your view on this?”</w:t>
      </w:r>
    </w:p>
    <w:p>
      <w:r>
        <w:rPr>
          <w:sz w:val="20"/>
        </w:rPr>
        <w:t>1:13:58  Jazak Allah. Maulana, agla sawal Bihar Patna se hai Daniyal sahab ka. unhon ne likha hai: "Dilli Book Fair mein ek group ka stall laga hua hai.</w:t>
      </w:r>
      <w:r>
        <w:br/>
      </w:r>
      <w:r>
        <w:rPr>
          <w:sz w:val="20"/>
        </w:rPr>
        <w:t>1:14:10  yeh log apne guru ko promised Masih samjhte hain.</w:t>
      </w:r>
      <w:r>
        <w:br/>
      </w:r>
      <w:r>
        <w:rPr>
          <w:sz w:val="20"/>
        </w:rPr>
        <w:t>1:14:14  hum ne dekha ke in logon ke andar missionary spirit aur discipline paya jata hai. misaal ke taur par, in ke stall mein bohat ziyada trained volunteers hain.</w:t>
      </w:r>
      <w:r>
        <w:br/>
      </w:r>
      <w:r>
        <w:rPr>
          <w:sz w:val="20"/>
        </w:rPr>
        <w:t>1:14:27  isi tarah, in ke stall mein ek special cabin hai, is mein in ke experts baithe hue hain. stall par aane wala jo visitor in ke mission ko samajhna chahta hai, woh us ko cabin mein le ja kar convince karte hain.</w:t>
      </w:r>
      <w:r>
        <w:br/>
      </w:r>
      <w:r>
        <w:rPr>
          <w:sz w:val="20"/>
        </w:rPr>
        <w:t>1:14:42  Mol</w:t>
      </w:r>
      <w:r>
        <w:br/>
      </w:r>
      <w:r>
        <w:rPr>
          <w:sz w:val="20"/>
        </w:rPr>
        <w:t>1:14:44  ana sahib, mere do sawal hain is missionary spirit ke peechay. pehla, motivational power kya hai? aur doosra, kya hum ko bhi isi missionary spirit aur isi discipline ke sath kaam karne ki zaroorat hai?</w:t>
      </w:r>
      <w:r>
        <w:br/>
      </w:r>
      <w:r>
        <w:rPr>
          <w:sz w:val="20"/>
        </w:rPr>
        <w:t>1:14:59  aap ko namoona wahan se lene ki kya zaroorat hai? aap rasool sahib se apne lijiye, kaam to karna hi karna hai, lekin namoona lena hai aap ko rasool se.</w:t>
      </w:r>
      <w:r>
        <w:br/>
      </w:r>
      <w:r>
        <w:rPr>
          <w:sz w:val="20"/>
        </w:rPr>
        <w:t>1:15:10  sahib, rasool se</w:t>
      </w:r>
      <w:r>
        <w:br/>
      </w:r>
      <w:r>
        <w:rPr>
          <w:sz w:val="20"/>
        </w:rPr>
        <w:t>1:15:12  baqi activity aadmi, yani false connection se bhi log active ho jatay hain. jaisay ke maine abhi misaalain deen, aap ko kisi ka active hona yeh koi uska saboot nahi hai ke woh sachai ko paya ho.</w:t>
      </w:r>
      <w:r>
        <w:br/>
      </w:r>
      <w:r>
        <w:rPr>
          <w:sz w:val="20"/>
        </w:rPr>
        <w:t>1:15:30  false food ke liye bhi log bohat zabardast active ho jatay hain.</w:t>
      </w:r>
      <w:r>
        <w:br/>
      </w:r>
      <w:r>
        <w:rPr>
          <w:sz w:val="20"/>
        </w:rPr>
        <w:t>1:15:35  baqi jahan tak namooney ki baat hai, to aap rasool Allah ki zindagi ko parhiye, sahaba ki zindagi ko parhiye, wahan aap ko daai ka mukammal namoona milega.</w:t>
      </w:r>
      <w:r>
        <w:br/>
      </w:r>
      <w:r>
        <w:rPr>
          <w:sz w:val="20"/>
        </w:rPr>
        <w:t>1:15:45  aap kis tarah daawati kaam kiya jata hai?</w:t>
      </w:r>
      <w:r>
        <w:br/>
      </w:r>
      <w:r>
        <w:rPr>
          <w:sz w:val="20"/>
        </w:rPr>
        <w:t>1:15:52  maulana, ek sawal abhi aya hai Farhan Khan sahib ka, unhon ne location nahi</w:t>
      </w:r>
      <w:r>
        <w:br/>
      </w:r>
      <w:r>
        <w:rPr>
          <w:sz w:val="20"/>
        </w:rPr>
        <w:t>1:15:57  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r>
        <w:br/>
      </w:r>
      <w:r>
        <w:rPr>
          <w:sz w:val="20"/>
        </w:rPr>
        <w:t>1:16:26  in light of this ayat, how can we reconcile to what Maulana has said today?" to reconcile karna hai, is mein wada hai.</w:t>
      </w:r>
      <w:r>
        <w:br/>
      </w:r>
      <w:r>
        <w:rPr>
          <w:sz w:val="20"/>
        </w:rPr>
        <w:t>1:16:36  yeh to nahi ke aap goal banayein, is ko woh amar mauood hai, amar maqsood nahi hai.</w:t>
      </w:r>
      <w:r>
        <w:br/>
      </w:r>
      <w:r>
        <w:rPr>
          <w:sz w:val="20"/>
        </w:rPr>
        <w:t>1:16:43  aap ne goal bana rakha hai ke mar mar ke hum hukoomat qaim karna hai. yeh kahan likha hua hai is ayat mein? is mein yeh nahi kaha ke us waqt yahi kaha: "aap Allah ki ibadat karein, Allah ki ibadat karein" ke to is ka imkan hai ke Allah taala aap ko yani tamkeen de de.</w:t>
      </w:r>
      <w:r>
        <w:br/>
      </w:r>
      <w:r>
        <w:rPr>
          <w:sz w:val="20"/>
        </w:rPr>
        <w:t>1:16:58  woh bhi zaroori nahi hai, kyunke tamkeen mili bhi aur nahi bhi. bohat se bagh waron ko tamkeen nahi mili. to jo woh Allah ka faisla hota hai, Allah chahega to woh dega, nahi to nahi dega.</w:t>
      </w:r>
      <w:r>
        <w:br/>
      </w:r>
      <w:r>
        <w:rPr>
          <w:sz w:val="20"/>
        </w:rPr>
        <w:t>1:17:12  aap ko jo kaam karna hai, to woh to yahi hai ke imaan, ibadat, dawat, is par apni koshishon ko sarf karein. is mein yeh kahan likha hua hai ke hukoomat goal banakar ke ladai chhodo?</w:t>
      </w:r>
      <w:r>
        <w:br/>
      </w:r>
      <w:r>
        <w:rPr>
          <w:sz w:val="20"/>
        </w:rPr>
        <w:t>1:17:24  yeh kahan likha hua hai? yeh to bohat bari masjidon masjidon ki sarkashi hai, woh logon ke jo is ayat se yeh nikalte hain ke hukoomat hamara goal hai.</w:t>
      </w:r>
      <w:r>
        <w:br/>
      </w:r>
      <w:r>
        <w:rPr>
          <w:sz w:val="20"/>
        </w:rPr>
        <w:t>1:17:35  to sarkashi hai, to logon ki flogging ho gayi. aakhir mein logon ki kahan likha hua tha? wahan</w:t>
      </w:r>
      <w:r>
        <w:br/>
      </w:r>
      <w:r>
        <w:rPr>
          <w:sz w:val="20"/>
        </w:rPr>
        <w:t>1:17:42  jo cheez amar mauood hai, us ko bator khud aap ne banali. amar maqsood kaisi ajeeb baat hai!</w:t>
      </w:r>
      <w:r>
        <w:br/>
      </w:r>
      <w:r>
        <w:rPr>
          <w:sz w:val="20"/>
        </w:rPr>
        <w:t>1:17:51  kaisi ajeeb baat hai! yeh ayat jo hai, is mein tamkeen ka lafz hai.</w:t>
      </w:r>
      <w:r>
        <w:br/>
      </w:r>
      <w:r>
        <w:rPr>
          <w:sz w:val="20"/>
        </w:rPr>
        <w:t>1:18:00  tamkeen ko amar mauood bataya gaya hai, yani Allah ki taraf se aata hai.</w:t>
      </w:r>
      <w:r>
        <w:br/>
      </w:r>
      <w:r>
        <w:rPr>
          <w:sz w:val="20"/>
        </w:rPr>
        <w:t>1:18:06  hum hamara goal nahi hai. woh goal jab hoga? jab ke aap aisay alfaaz nikalein Quran mein ke "aqim dawlat al-Islam".</w:t>
      </w:r>
      <w:r>
        <w:br/>
      </w:r>
      <w:r>
        <w:rPr>
          <w:sz w:val="20"/>
        </w:rPr>
        <w:t>1:18:17  ae musalmanon! tumhara farz hai ke hukoomat ilahia qaim karo. yeh kahan hai? yeh to kahin bhi nahi! yeh to sarkashi hai. mujhe is mein zara bhi shaq nahi ke aisay logon ki aakhirat mein flogging hogi ke tum ne kahan se nikal liya woh lafz jo Quran mein tha nahi?</w:t>
      </w:r>
      <w:r>
        <w:br/>
      </w:r>
      <w:r>
        <w:rPr>
          <w:sz w:val="20"/>
        </w:rPr>
        <w:t>1:18:34  yeh aap ko kaha nahi kaha hai ke yeh amar mauood hai. Allah taala chahega to tamkeen bhi de dega, chahega to nahi bhi dega. jaisay ke bohat se logon ko nahi mili, bohat se anbiya ko nahi, bohat se anbiya ko nahi mili.</w:t>
      </w:r>
      <w:r>
        <w:br/>
      </w:r>
      <w:r>
        <w:rPr>
          <w:sz w:val="20"/>
        </w:rPr>
        <w:t>1:18:47  baqi is ko g</w:t>
      </w:r>
      <w:r>
        <w:br/>
      </w:r>
      <w:r>
        <w:rPr>
          <w:sz w:val="20"/>
        </w:rPr>
        <w:t>1:18:48  ol banana aur ladai chhodna aur logon ko maar kaat karna, yeh to bilkul sarkashi ki baat hai. Maulana, agla sawal Kashmir se hai Shad Hussain sahib ka.</w:t>
      </w:r>
    </w:p>
    <w:p>
      <w:pPr>
        <w:pStyle w:val="Heading2"/>
      </w:pPr>
      <w:r>
        <w:t>Meaning and Identification of Sunnah</w:t>
      </w:r>
    </w:p>
    <w:p>
      <w:r>
        <w:rPr>
          <w:color w:val="666666"/>
          <w:sz w:val="18"/>
        </w:rPr>
        <w:t>The Importance of the Quran May 15, 2016 Maulana Wahiduddin Khan · 2m 31s · at 51:58 · https://youtu.be/9a-OOUR_bLg?t=3118</w:t>
      </w:r>
    </w:p>
    <w:p>
      <w:r>
        <w:rPr>
          <w:i/>
        </w:rPr>
        <w:t>“You mentioned about one Hadith of Prophet Muhammad saying that I am leaving two things for you: Quran and Sunnah. In that hadith, what is meant by Sunnah? How can one identify the Sunnah of the Prophet? Some say using miswak is Sunnah, applying perfume and kohl in the eyes are also Sunnah. Please elaborate what is Sunnah.”</w:t>
      </w:r>
    </w:p>
    <w:p>
      <w:r>
        <w:rPr>
          <w:sz w:val="20"/>
        </w:rPr>
        <w:t>51:58  maulana, agla sawal bheja hai danish fazal sahib ne lucknow se aur unhon ne likha hai: "you mentioned about one hadith of prophet muhammad saying that i am leaving two things for you: quran and sunnah." maulana, in this hadith what is meant by sunnah</w:t>
      </w:r>
      <w:r>
        <w:br/>
      </w:r>
      <w:r>
        <w:rPr>
          <w:sz w:val="20"/>
        </w:rPr>
        <w:t>52:21  ? how can one identify sunnah of the prophet? some says using miswak is sunnah, putting perfume or surma in eyes etc is also sunnah.</w:t>
      </w:r>
      <w:r>
        <w:br/>
      </w:r>
      <w:r>
        <w:rPr>
          <w:sz w:val="20"/>
        </w:rPr>
        <w:t>52:34  please elaborate what is sunnah? dekhein, sunnah ka lafzi matlab hai tareeqa, yani rasool Allah ka tareeqa.</w:t>
      </w:r>
      <w:r>
        <w:br/>
      </w:r>
      <w:r>
        <w:rPr>
          <w:sz w:val="20"/>
        </w:rPr>
        <w:t>52:44  to koi bhi cheez jo rasool Allah sabit ho jaye, woh sunnah kahi jayegi. lekin lekin shah Allah sahib ne likha hai ke sunnah ke do qismein hain:</w:t>
      </w:r>
      <w:r>
        <w:br/>
      </w:r>
      <w:r>
        <w:rPr>
          <w:sz w:val="20"/>
        </w:rPr>
        <w:t>52:59  sunnat aadiyah, sunnat saabitah. to surmah lagana ya miswak karna, yeh sunnat arab hai.</w:t>
      </w:r>
      <w:r>
        <w:br/>
      </w:r>
      <w:r>
        <w:rPr>
          <w:sz w:val="20"/>
        </w:rPr>
        <w:t>53:10  yeh yeh isi liye rasool Allah bhi bhejey gaye thay ke surmah log lagayein, khizab lagayein log. to agar aap ne khizab lagaya ho ya aap ne</w:t>
      </w:r>
      <w:r>
        <w:br/>
      </w:r>
      <w:r>
        <w:rPr>
          <w:sz w:val="20"/>
        </w:rPr>
        <w:t>53:28  itar lagaya ho waghera jo cheezein hain, to woh sunnat hongi lekin sunnat aadiyah hongi.</w:t>
      </w:r>
      <w:r>
        <w:br/>
      </w:r>
      <w:r>
        <w:rPr>
          <w:sz w:val="20"/>
        </w:rPr>
        <w:t>53:37  yani aadatan arab ke mein chounke aap jab paida hue to arab ke aadat ke mutabiq aap yeh aisa karne lage. lekin sunnat saabitah jo hai, woh hai jo jis ke liye rasool Allah bhejey gaye aur woh is quran se maloom hogi.</w:t>
      </w:r>
      <w:r>
        <w:br/>
      </w:r>
      <w:r>
        <w:rPr>
          <w:sz w:val="20"/>
        </w:rPr>
        <w:t>53:56  to sunnat rasool Allah ki kya thi? usooli tor par is ka maqsad quran hai. misaal tor par rasool Allah Allah ta'ala ne farmaya ke: "ya ayyuhal rasool, balagh ilaik rabbuk." yeh sunnat hai, sunnat dawat.</w:t>
      </w:r>
      <w:r>
        <w:br/>
      </w:r>
      <w:r>
        <w:rPr>
          <w:sz w:val="20"/>
        </w:rPr>
        <w:t>54:13  sunnat dawat jin logon ko jin cheezon ko log sunnat kehte hain, woh aam tor par is ke liye kitaabein likhi gayi hain. shama'il, shama'il is mein bhi baatein hoti hain.</w:t>
      </w:r>
      <w:r>
        <w:br/>
      </w:r>
      <w:r>
        <w:rPr>
          <w:sz w:val="20"/>
        </w:rPr>
        <w:t>54:23  to shama'il alag cheez hai, sunnat alag cheez hai.</w:t>
      </w:r>
    </w:p>
    <w:p>
      <w:pPr>
        <w:pStyle w:val="Heading2"/>
      </w:pPr>
      <w:r>
        <w:t>Meeting someone given Prophet of Peace</w:t>
      </w:r>
    </w:p>
    <w:p>
      <w:r>
        <w:rPr>
          <w:color w:val="666666"/>
          <w:sz w:val="18"/>
        </w:rPr>
        <w:t>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Love of the Prophet advice</w:t>
      </w:r>
    </w:p>
    <w:p>
      <w:r>
        <w:rPr>
          <w:color w:val="666666"/>
          <w:sz w:val="18"/>
        </w:rPr>
        <w:t>God Oriented Life (In Conversation with Maulana) 23 10 11 · 4m 17s · at 28:03 · https://youtu.be/E_LWwsWww2U?t=1683</w:t>
      </w:r>
    </w:p>
    <w:p>
      <w:r>
        <w:rPr>
          <w:i/>
        </w:rPr>
        <w:t>“I have just returned from a program where a Mufti of a Maryland mosque was delivering a lecture on the topic 'Love of the Prophet'. He was advising people to love the Prophet by... Please comment.”</w:t>
      </w:r>
    </w:p>
    <w:p>
      <w:r>
        <w:rPr>
          <w:sz w:val="20"/>
        </w:rPr>
        <w:t>28:03  molana agla sawal mister khawaja kaleemuddin ne kiya hai america se unhon ne likha hai i have</w:t>
      </w:r>
      <w:r>
        <w:br/>
      </w:r>
      <w:r>
        <w:rPr>
          <w:sz w:val="20"/>
        </w:rPr>
        <w:t>28:11  just returned from a program where a mufti of a maryland masjid had arrived and was delivering</w:t>
      </w:r>
      <w:r>
        <w:br/>
      </w:r>
      <w:r>
        <w:rPr>
          <w:sz w:val="20"/>
        </w:rPr>
        <w:t>28:18  a lecture on the topic love of the prophet he was advising people to love the prophet by</w:t>
      </w:r>
      <w:r>
        <w:br/>
      </w:r>
      <w:r>
        <w:rPr>
          <w:sz w:val="20"/>
        </w:rPr>
        <w:t>28:25  liking the things what he liked he said the prophet used to like squash in urdu it is</w:t>
      </w:r>
      <w:r>
        <w:br/>
      </w:r>
      <w:r>
        <w:rPr>
          <w:sz w:val="20"/>
        </w:rPr>
        <w:t>28:33  kaddu he said we should all eat squash the other thing what he said was that in the</w:t>
      </w:r>
      <w:r>
        <w:br/>
      </w:r>
      <w:r>
        <w:rPr>
          <w:sz w:val="20"/>
        </w:rPr>
        <w:t>28:40  day of qyamat the prophet will stand at the gate of jannah and will not enter until each</w:t>
      </w:r>
      <w:r>
        <w:br/>
      </w:r>
      <w:r>
        <w:rPr>
          <w:sz w:val="20"/>
        </w:rPr>
        <w:t>28:48  and every person</w:t>
      </w:r>
      <w:r>
        <w:br/>
      </w:r>
      <w:r>
        <w:rPr>
          <w:sz w:val="20"/>
        </w:rPr>
        <w:t>28:50  of his ummah has not entered is</w:t>
      </w:r>
      <w:r>
        <w:br/>
      </w:r>
      <w:r>
        <w:rPr>
          <w:sz w:val="20"/>
        </w:rPr>
        <w:t>28:53  this is true yeh sab bilkul baseless baatein hain ke taqreer karne wale se baatein bola karte hain</w:t>
      </w:r>
      <w:r>
        <w:br/>
      </w:r>
      <w:r>
        <w:rPr>
          <w:sz w:val="20"/>
        </w:rPr>
        <w:t>29:03  rasoolullah ke muamle mein dekhiye</w:t>
      </w:r>
      <w:r>
        <w:br/>
      </w:r>
      <w:r>
        <w:rPr>
          <w:sz w:val="20"/>
        </w:rPr>
        <w:t>29:06  jo basic hamara</w:t>
      </w:r>
      <w:r>
        <w:br/>
      </w:r>
      <w:r>
        <w:rPr>
          <w:sz w:val="20"/>
        </w:rPr>
        <w:t>29:09  jo jo hona chahiye tareeqa woh ek aayat mein bata diya gaya hai woh aayat hai qul in</w:t>
      </w:r>
      <w:r>
        <w:br/>
      </w:r>
      <w:r>
        <w:rPr>
          <w:sz w:val="20"/>
        </w:rPr>
        <w:t>29:18  kun tum tuhibbunallaha fatabiuni yuhbibkumullahu surah al imran mein qul in kun tum tuhibbunallaha fatabiuni yuhbibkumullahu</w:t>
      </w:r>
      <w:r>
        <w:br/>
      </w:r>
      <w:r>
        <w:rPr>
          <w:sz w:val="20"/>
        </w:rPr>
        <w:t>29:30  dekhiye iska tarjuma yeh hai kaho</w:t>
      </w:r>
      <w:r>
        <w:br/>
      </w:r>
      <w:r>
        <w:rPr>
          <w:sz w:val="20"/>
        </w:rPr>
        <w:t>29:34  ke agar tum Allah se mohabbat karte ho to rasool ko itba</w:t>
      </w:r>
      <w:r>
        <w:br/>
      </w:r>
      <w:r>
        <w:rPr>
          <w:sz w:val="20"/>
        </w:rPr>
        <w:t>29:38  karo toh itba is se nikalta hai ke rasool se ke bare mein jo matloob hai aslan woh itba hai toh yeh lekin itba ka matlab yeh nahi ke woh kaddu khaye toh hum kaddu khaye yeh hargiz nahi matlab is ka hai itba deen ke maamle mein</w:t>
      </w:r>
      <w:r>
        <w:br/>
      </w:r>
      <w:r>
        <w:rPr>
          <w:sz w:val="20"/>
        </w:rPr>
        <w:t>29:58  ulama ne dekhiye tafrigh ki hai sunnat aadiyah sunnat ghair aadiyah yaani arab ki aadat ke mutabiq</w:t>
      </w:r>
      <w:r>
        <w:br/>
      </w:r>
      <w:r>
        <w:rPr>
          <w:sz w:val="20"/>
        </w:rPr>
        <w:t>30:08  kuch cheezein thi wahan par jo rasool Allah ne ikhtiyar kiya jaise kaddu kha liya to kaddu sunnat</w:t>
      </w:r>
      <w:r>
        <w:br/>
      </w:r>
      <w:r>
        <w:rPr>
          <w:sz w:val="20"/>
        </w:rPr>
        <w:t>30:13  nahi hai woh arab ki aadat hai</w:t>
      </w:r>
      <w:r>
        <w:br/>
      </w:r>
      <w:r>
        <w:rPr>
          <w:sz w:val="20"/>
        </w:rPr>
        <w:t>30:17  jo sunnat hai woh hai jo rasool sallallahu alaihi wasallam ne zuban se farmaya ho ke aisa</w:t>
      </w:r>
      <w:r>
        <w:br/>
      </w:r>
      <w:r>
        <w:rPr>
          <w:sz w:val="20"/>
        </w:rPr>
        <w:t>30:21  karo ke aap ne farmaya ke ke salu kama rait مني asli namaz is tarah padho dekh kar</w:t>
      </w:r>
      <w:r>
        <w:br/>
      </w:r>
      <w:r>
        <w:rPr>
          <w:sz w:val="20"/>
        </w:rPr>
        <w:t>30:31  jaise ke main padhta hoon ke aap ne farmaya to yeh masla ulama ka muslim hai ke rasool</w:t>
      </w:r>
      <w:r>
        <w:br/>
      </w:r>
      <w:r>
        <w:rPr>
          <w:sz w:val="20"/>
        </w:rPr>
        <w:t>30:37  Allah ne lafzan jis baat ko kaha ho woh hukum banega aur yeh jo yeh jo hai</w:t>
      </w:r>
      <w:r>
        <w:br/>
      </w:r>
      <w:r>
        <w:rPr>
          <w:sz w:val="20"/>
        </w:rPr>
        <w:t>30:43  khane</w:t>
      </w:r>
      <w:r>
        <w:br/>
      </w:r>
      <w:r>
        <w:rPr>
          <w:sz w:val="20"/>
        </w:rPr>
        <w:t>30:43  peene ke maamlaat ya kapde ke maamlaat ya sawari ke maamlaat woh nahi hain jo mufti sahib ne taqreer ki kya woh khachhar par sawari karte hain oont par sawari karte hain</w:t>
      </w:r>
      <w:r>
        <w:br/>
      </w:r>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r>
        <w:br/>
      </w:r>
      <w:r>
        <w:rPr>
          <w:sz w:val="20"/>
        </w:rPr>
        <w:t>31:40  yeh baat ulama ne bahut is par tafseel se likhi hai yeh baat hai koi mein nayi baat</w:t>
      </w:r>
      <w:r>
        <w:br/>
      </w:r>
      <w:r>
        <w:rPr>
          <w:sz w:val="20"/>
        </w:rPr>
        <w:t>31:44  nahi kar raha hoon ke jin cheezon ka talluq jannat o jahannum se hai asal mein wahi sunnat</w:t>
      </w:r>
      <w:r>
        <w:br/>
      </w:r>
      <w:r>
        <w:rPr>
          <w:sz w:val="20"/>
        </w:rPr>
        <w:t>31:49  hai baqi cheezein jo aap ka zaouq ho zaati zaouq ho ya arab ki aadaat se talluq rakhta</w:t>
      </w:r>
      <w:r>
        <w:br/>
      </w:r>
      <w:r>
        <w:rPr>
          <w:sz w:val="20"/>
        </w:rPr>
        <w:t>31:56  ho woh sunnat is darje ki sunnat nahi hai ke iska aap itba karein iska</w:t>
      </w:r>
      <w:r>
        <w:br/>
      </w:r>
      <w:r>
        <w:rPr>
          <w:sz w:val="20"/>
        </w:rPr>
        <w:t>32:03  misalan is zamane mein aap motor car par padhte hain aap khachar par nahi padhte hain oont par</w:t>
      </w:r>
      <w:r>
        <w:br/>
      </w:r>
      <w:r>
        <w:rPr>
          <w:sz w:val="20"/>
        </w:rPr>
        <w:t>32:06  nahi padhenge to iska matlab nahi ke jo jo car par baitha hai ke woh woh</w:t>
      </w:r>
      <w:r>
        <w:br/>
      </w:r>
      <w:r>
        <w:rPr>
          <w:sz w:val="20"/>
        </w:rPr>
        <w:t>32:10  sunnat ke khilaf chal raha hai yeh matlab nahi hai to is tarah ki baatein log taqreerein karte</w:t>
      </w:r>
      <w:r>
        <w:br/>
      </w:r>
      <w:r>
        <w:rPr>
          <w:sz w:val="20"/>
        </w:rPr>
        <w:t>32:15  hain lekin woh sab bilkul baseless hoti hain</w:t>
      </w:r>
    </w:p>
    <w:p>
      <w:pPr>
        <w:pStyle w:val="Heading2"/>
      </w:pPr>
      <w:r>
        <w:t>Debate as dawah activity from Quran</w:t>
      </w:r>
    </w:p>
    <w:p>
      <w:r>
        <w:rPr>
          <w:color w:val="666666"/>
          <w:sz w:val="18"/>
        </w:rPr>
        <w:t>Revival of Ummah January 22, 2017 · 1m 31s · at 55:19 · https://youtu.be/vnPsv0TBCfk?t=3319</w:t>
      </w:r>
    </w:p>
    <w:p>
      <w:r>
        <w:rPr>
          <w:i/>
        </w:rPr>
        <w:t>“Quran has recorded a dialogue between Prophet Abraham and King Nimrod as under. When Abraham said 'My Lord is the One who gives life and causes death.' He said 'I give life and cause death.' Abraham said 'Indeed Allah brings up the sun from the east, so bring it up from the west' and so the disbelievers were overwhelmed. Doesn't this suggest that debate is also one of the types of dawah activities when adopted peacefully and sincerely?”</w:t>
      </w:r>
    </w:p>
    <w:p>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r>
        <w:br/>
      </w:r>
      <w:r>
        <w:rPr>
          <w:sz w:val="20"/>
        </w:rPr>
        <w:t>55:46  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r>
        <w:br/>
      </w:r>
      <w:r>
        <w:rPr>
          <w:sz w:val="20"/>
        </w:rPr>
        <w:t>56:15  is ko kahenge mukalmah kahenge.</w:t>
      </w:r>
      <w:r>
        <w:br/>
      </w:r>
      <w:r>
        <w:rPr>
          <w:sz w:val="20"/>
        </w:rPr>
        <w:t>56:20  debate ka maqsad hota hai ke aap dekhen ye jo baat hui hai ye to mukalmah tha normal mukalmah.</w:t>
      </w:r>
      <w:r>
        <w:br/>
      </w:r>
      <w:r>
        <w:rPr>
          <w:sz w:val="20"/>
        </w:rPr>
        <w:t>56:26  normal discussion discussion alag cheez hai debate alag cheez hai.</w:t>
      </w:r>
      <w:r>
        <w:br/>
      </w:r>
      <w:r>
        <w:rPr>
          <w:sz w:val="20"/>
        </w:rPr>
        <w:t>56:32  jo debate ko Islam samjhe wo wo Islam ko janta hi nahi.</w:t>
      </w:r>
      <w:r>
        <w:br/>
      </w:r>
      <w:r>
        <w:rPr>
          <w:sz w:val="20"/>
        </w:rPr>
        <w:t>56:38  jo aadmi debate ko Islam samjhe wo isne Islam ko samjha hi nahi.</w:t>
      </w:r>
      <w:r>
        <w:br/>
      </w:r>
      <w:r>
        <w:rPr>
          <w:sz w:val="20"/>
        </w:rPr>
        <w:t>56:44  ji Islam mein baat cheet hai mukalmah hai discussion hai debate hargiz nahi hai.</w:t>
      </w:r>
      <w:r>
        <w:br/>
      </w:r>
      <w:r>
        <w:rPr>
          <w:sz w:val="20"/>
        </w:rPr>
        <w:t>56:50  molana agla sawal lene se pehle ek comment padhna chahenge jo miss shabana ansari ne bheja hai pakistan se. unhon ne likha hai pride makes muslim arrogant so they look down upon others and do not love humanity as a madu.</w:t>
      </w:r>
    </w:p>
    <w:p>
      <w:pPr>
        <w:pStyle w:val="Heading2"/>
      </w:pPr>
      <w:r>
        <w:t>Why did Gabriel embrace the Prophet at revelation?</w:t>
      </w:r>
    </w:p>
    <w:p>
      <w:r>
        <w:rPr>
          <w:color w:val="666666"/>
          <w:sz w:val="18"/>
        </w:rPr>
        <w:t>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Questioning Qur'anic basis for Jewish right to Palestine</w:t>
      </w:r>
    </w:p>
    <w:p>
      <w:r>
        <w:rPr>
          <w:color w:val="666666"/>
          <w:sz w:val="18"/>
        </w:rPr>
        <w:t>The Crises Management September 18, 2011 · 2m 50s · at 1:10:48 · https://youtu.be/s3cYFtQZwzw?t=4248</w:t>
      </w:r>
    </w:p>
    <w:p>
      <w:r>
        <w:rPr>
          <w:i/>
        </w:rPr>
        <w:t>“As far as the solution of the Palestine issue is concerned, I completely agree with your views that we Muslims have nothing but to accept the present status quo and should try to stabilize peace. But you wrote in your book The Prophet of Peace that it is the divine and natural right of the exiled Jews of the second diaspora to settle in the land of Palestine; which verse of the Quran gives them this right? The verse you quoted, 'O my people, enter the holy land' (Quran 5:21) — was it not related only to the contemporaries of Prophet Moses?”</w:t>
      </w:r>
    </w:p>
    <w:p>
      <w:r>
        <w:rPr>
          <w:sz w:val="20"/>
        </w:rPr>
        <w:t>1:10:48  mister muhammad yaseen khan ne bhopal se sawal kiya hai unhon ne likha hai as far as the solution of palestine issue is concerned i completely agree with your views that we muslims have nothing but to accept the present status quo and should try to stabilize peace</w:t>
      </w:r>
      <w:r>
        <w:br/>
      </w:r>
      <w:r>
        <w:rPr>
          <w:sz w:val="20"/>
        </w:rPr>
        <w:t>1:11:10  but you wrote in your book the prophet of peace that it is the divine right or natural right of the exiled jews of the second diaspora to settle in the land of palestine which verse of the quran gives them this right ah</w:t>
      </w:r>
      <w:r>
        <w:br/>
      </w:r>
      <w:r>
        <w:rPr>
          <w:sz w:val="20"/>
        </w:rPr>
        <w:t>1:11:31  you are the verse that you quoted oh my people enter enter the holy land that is chapter five verse number 21 was it not related only to the contemporaries of the prophet moses</w:t>
      </w:r>
      <w:r>
        <w:br/>
      </w:r>
      <w:r>
        <w:rPr>
          <w:sz w:val="20"/>
        </w:rPr>
        <w:t>1:11:48  dekhiye</w:t>
      </w:r>
      <w:r>
        <w:br/>
      </w:r>
      <w:r>
        <w:rPr>
          <w:sz w:val="20"/>
        </w:rPr>
        <w:t>1:11:51  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r>
        <w:br/>
      </w:r>
      <w:r>
        <w:rPr>
          <w:sz w:val="20"/>
        </w:rPr>
        <w:t>1:12:14  ne ka haq rakhta hazrat musa ne kaha tha ke yani hazrat musa ke zamane mein Allah taala ne farmaya tha un ki zuban se yeh naqal hua hai ke woh un ke</w:t>
      </w:r>
      <w:r>
        <w:br/>
      </w:r>
      <w:r>
        <w:rPr>
          <w:sz w:val="20"/>
        </w:rPr>
        <w:t>1:12:31  aap kahein ke yeh musa ke liye tha aaj ke liye nahi hai yeh hazrat musa ne dua ki thi rab i inni lima anzalta min khair faqir to yeh musa ke liye tha aaj ke liye nahi tha</w:t>
      </w:r>
      <w:r>
        <w:br/>
      </w:r>
      <w:r>
        <w:rPr>
          <w:sz w:val="20"/>
        </w:rPr>
        <w:t>1:12:43  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r>
        <w:br/>
      </w:r>
      <w:r>
        <w:rPr>
          <w:sz w:val="20"/>
        </w:rPr>
        <w:t>1:13:12  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pStyle w:val="Heading2"/>
      </w:pPr>
      <w:r>
        <w:t>Prophet's life based on dawah mission</w:t>
      </w:r>
    </w:p>
    <w:p>
      <w:r>
        <w:rPr>
          <w:color w:val="666666"/>
          <w:sz w:val="18"/>
        </w:rPr>
        <w:t>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Issue of Insulting the Prophet</w:t>
      </w:r>
    </w:p>
    <w:p>
      <w:r>
        <w:rPr>
          <w:color w:val="666666"/>
          <w:sz w:val="18"/>
        </w:rPr>
        <w:t>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Response of Aisha at Prophet's death</w:t>
      </w:r>
    </w:p>
    <w:p>
      <w:r>
        <w:rPr>
          <w:color w:val="666666"/>
          <w:sz w:val="18"/>
        </w:rPr>
        <w:t>Revival of Islam March 23, 2014 · 1m 21s · at 57:33 · https://youtu.be/Wc4Vsc4u1JI?t=3453</w:t>
      </w:r>
    </w:p>
    <w:p>
      <w:r>
        <w:rPr>
          <w:i/>
        </w:rPr>
        <w:t>“We have available information about the reaction of the Companions, especially of Umar and Abu Bakr, at the time of the Prophet's death. We know how they handled and normalized the situation. Do we have any information about the response of Aisha when the Prophet took his last breath in her lap?”</w:t>
      </w:r>
    </w:p>
    <w:p>
      <w:r>
        <w:rPr>
          <w:sz w:val="20"/>
        </w:rPr>
        <w:t>57:33  I will share this with my colleagues in the faculty of Siaria. I wish you all the best for promoting peaceful Islam." Maulana, agla sawal Shahnawaz Zafar sahib ka hai, Delhi se.</w:t>
      </w:r>
      <w:r>
        <w:br/>
      </w:r>
      <w:r>
        <w:rPr>
          <w:sz w:val="20"/>
        </w:rPr>
        <w:t>57:47  unhon ne likha hai: "We have available information about the reaction of Sahabas, especially of Hazrat Umar and Hazrat Abu Bakr, at the time of the death of our Prophet.</w:t>
      </w:r>
      <w:r>
        <w:br/>
      </w:r>
      <w:r>
        <w:rPr>
          <w:sz w:val="20"/>
        </w:rPr>
        <w:t>58:01  We know how did they handle and normalize the situation. Do we have any information about the response of Hazrat Aisha when Prophet took his last breath in her lap?</w:t>
      </w:r>
      <w:r>
        <w:br/>
      </w:r>
      <w:r>
        <w:rPr>
          <w:sz w:val="20"/>
        </w:rPr>
        <w:t>58:14  How did she carry on herself with this tragedy? Do we have anything to learn from her in this regard?" is par aap kitaab parhiye.</w:t>
      </w:r>
      <w:r>
        <w:br/>
      </w:r>
      <w:r>
        <w:rPr>
          <w:sz w:val="20"/>
        </w:rPr>
        <w:t>58:26  Maulana Sheikh Sa'ad Nadvi ki jo kitaab hai</w:t>
      </w:r>
      <w:r>
        <w:br/>
      </w:r>
      <w:r>
        <w:rPr>
          <w:sz w:val="20"/>
        </w:rPr>
        <w:t>58:29  Seerat Aisha, aap us ko parhiye. Is mein aap ko inshallah jawab mil jayega aap ka. Maine bhi Hazrat Aisha pe likha hai. Meri jo kitaab hai woh Aurat mein Baar-e-Insaniyat,</w:t>
      </w:r>
      <w:r>
        <w:br/>
      </w:r>
      <w:r>
        <w:rPr>
          <w:sz w:val="20"/>
        </w:rPr>
        <w:t>58:42  to us ko bhi dekhiye aap. Aur Maulana Sheikh Nadvi ki kitaab Seerat Aisha bhi parhiye. Is mein aap ko poora jawab mil jayega.</w:t>
      </w:r>
    </w:p>
    <w:p>
      <w:pPr>
        <w:pStyle w:val="Heading2"/>
      </w:pPr>
      <w:r>
        <w:t>Question about Quranic verse on loss</w:t>
      </w:r>
    </w:p>
    <w:p>
      <w:r>
        <w:rPr>
          <w:color w:val="666666"/>
          <w:sz w:val="18"/>
        </w:rPr>
        <w:t>Interpretation of History October 23, 2016 · 1m 05s · at 42:33 · https://youtu.be/P-JhH3q-Mdg?t=2553</w:t>
      </w:r>
    </w:p>
    <w:p>
      <w:r>
        <w:rPr>
          <w:i/>
        </w:rPr>
        <w:t>“Today's talk was really very important. In Quran there is a verse which says: 'History is witness that man is at a loss, except...'”</w:t>
      </w:r>
    </w:p>
    <w:p>
      <w:r>
        <w:rPr>
          <w:sz w:val="20"/>
        </w:rPr>
        <w:t>42:33  maulana sahib, pehla sawal aaya hai kanpur se, firoz sahib ne kiya hai, aur unhon ne likha hai:</w:t>
      </w:r>
      <w:r>
        <w:br/>
      </w:r>
      <w:r>
        <w:rPr>
          <w:sz w:val="20"/>
        </w:rPr>
        <w:t>42:41  "maulana sahib, today talk was really very important.</w:t>
      </w:r>
      <w:r>
        <w:br/>
      </w:r>
      <w:r>
        <w:rPr>
          <w:sz w:val="20"/>
        </w:rPr>
        <w:t>42:48  in quran there is a verse which says: 'history is witness that man is at a loss, except</w:t>
      </w:r>
      <w:r>
        <w:br/>
      </w:r>
      <w:r>
        <w:rPr>
          <w:sz w:val="20"/>
        </w:rPr>
        <w:t>42:55  those who conduct themselves well and exhort others to the right path.' Maulana sahib, I would request</w:t>
      </w:r>
      <w:r>
        <w:br/>
      </w:r>
      <w:r>
        <w:rPr>
          <w:sz w:val="20"/>
        </w:rPr>
        <w:t>43:02  you to elaborate on this verse for all of us." yeh theek hawala diya aap ne ke history</w:t>
      </w:r>
      <w:r>
        <w:br/>
      </w:r>
      <w:r>
        <w:rPr>
          <w:sz w:val="20"/>
        </w:rPr>
        <w:t>43:10  ko jab hum jo creator ki nazar se dekhein to hum sahi ray par pounch paate hain.</w:t>
      </w:r>
      <w:r>
        <w:br/>
      </w:r>
      <w:r>
        <w:rPr>
          <w:sz w:val="20"/>
        </w:rPr>
        <w:t>43:17  to jo log creator ke plan ko jaan kar apni zindagi ko manage karein, woh kamyab rahein ge,</w:t>
      </w:r>
      <w:r>
        <w:br/>
      </w:r>
      <w:r>
        <w:rPr>
          <w:sz w:val="20"/>
        </w:rPr>
        <w:t>43:24  aur jo creator ke plan ko ignore kar ke dunya mein jeena chahein, woh nakaam ho kar reh jayein ge.</w:t>
      </w:r>
      <w:r>
        <w:br/>
      </w:r>
      <w:r>
        <w:rPr>
          <w:sz w:val="20"/>
        </w:rPr>
        <w:t>43:32  yeh message hai is surah ka.</w:t>
      </w:r>
    </w:p>
    <w:p>
      <w:pPr>
        <w:pStyle w:val="Heading1"/>
      </w:pPr>
      <w:r>
        <w:t>In the lectures (20)</w:t>
      </w:r>
    </w:p>
    <w:p>
      <w:pPr>
        <w:pStyle w:val="Heading2"/>
      </w:pPr>
      <w:r>
        <w:t>The Concept of Justice in Islam May 03, 2007</w:t>
      </w:r>
    </w:p>
    <w:p>
      <w:r>
        <w:rPr>
          <w:color w:val="666666"/>
          <w:sz w:val="18"/>
        </w:rPr>
        <w:t>40:30 · https://youtu.be/DY5SY8H554c?t=2430</w:t>
      </w:r>
    </w:p>
    <w:p>
      <w:r>
        <w:rPr>
          <w:i/>
        </w:rPr>
        <w:t>“the Prophet was seated at that time. On seeing the funeral, he stood up in respect.”</w:t>
      </w:r>
    </w:p>
    <w:p>
      <w:pPr>
        <w:pStyle w:val="Heading2"/>
      </w:pPr>
      <w:r>
        <w:t>Position of Islam in a Pluralistic Society (English) March 12, 2007 Maulana Wahiduddin Khan</w:t>
      </w:r>
    </w:p>
    <w:p>
      <w:r>
        <w:rPr>
          <w:color w:val="666666"/>
          <w:sz w:val="18"/>
        </w:rPr>
        <w:t>9:36 · https://youtu.be/zeBT1HGl2n8?t=576</w:t>
      </w:r>
    </w:p>
    <w:p>
      <w:r>
        <w:rPr>
          <w:i/>
        </w:rPr>
        <w:t>“The Prophet was seated at that time. On seeing the funeral, the Prophet stood up in respec”</w:t>
      </w:r>
    </w:p>
    <w:p>
      <w:pPr>
        <w:pStyle w:val="Heading2"/>
      </w:pPr>
      <w:r>
        <w:t>Islam and Terrorism February 10, 2009 Maulana Wahiduddin Khan</w:t>
      </w:r>
    </w:p>
    <w:p>
      <w:r>
        <w:rPr>
          <w:color w:val="666666"/>
          <w:sz w:val="18"/>
        </w:rPr>
        <w:t>19:32 · https://youtu.be/vCEjp0w7Qjo?t=1172</w:t>
      </w:r>
    </w:p>
    <w:p>
      <w:r>
        <w:rPr>
          <w:i/>
        </w:rPr>
        <w:t>“One day, the Prophet saw a funeral procession”</w:t>
      </w:r>
    </w:p>
    <w:p>
      <w:pPr>
        <w:pStyle w:val="Heading2"/>
      </w:pPr>
      <w:r>
        <w:t>Inter Faith Dialogue IIC 12 Mar 2007 - Maulana Wahiduddin Khan</w:t>
      </w:r>
    </w:p>
    <w:p>
      <w:r>
        <w:rPr>
          <w:color w:val="666666"/>
          <w:sz w:val="18"/>
        </w:rPr>
        <w:t>11:21 · https://youtu.be/VoRqhMN-2Oc?t=681</w:t>
      </w:r>
    </w:p>
    <w:p>
      <w:r>
        <w:rPr>
          <w:i/>
        </w:rPr>
        <w:t>“The Prophet was seated at that time. On seeing the funeral, the Prophet stood up in respect.”</w:t>
      </w:r>
    </w:p>
    <w:p>
      <w:pPr>
        <w:pStyle w:val="Heading2"/>
      </w:pPr>
      <w:r>
        <w:t>Prayer June 5, 2009 Maulana Wahiduddin Khan</w:t>
      </w:r>
    </w:p>
    <w:p>
      <w:r>
        <w:rPr>
          <w:color w:val="666666"/>
          <w:sz w:val="18"/>
        </w:rPr>
        <w:t>9:51 · https://youtu.be/d5XYQB7sWOw?t=591</w:t>
      </w:r>
    </w:p>
    <w:p>
      <w:r>
        <w:rPr>
          <w:i/>
        </w:rPr>
        <w:t>“The Prophet was seated at that time. He stood up in respect. One of his companions said, "O Prophet, it was the funeral of a Jew, not a Muslim." The Prophet replied,”</w:t>
      </w:r>
    </w:p>
    <w:p>
      <w:pPr>
        <w:pStyle w:val="Heading2"/>
      </w:pPr>
      <w:r>
        <w:t>On World Religions Diversity not Dissension March 9, 2013</w:t>
      </w:r>
    </w:p>
    <w:p>
      <w:r>
        <w:rPr>
          <w:color w:val="666666"/>
          <w:sz w:val="18"/>
        </w:rPr>
        <w:t>37:59 · https://youtu.be/8enJoTTAH5k?t=2279</w:t>
      </w:r>
    </w:p>
    <w:p>
      <w:r>
        <w:rPr>
          <w:i/>
        </w:rPr>
        <w:t>“e. He stood up in respect of that Jewish funeral. One of the companions said, "O Prophet, it was the funeral of a Jew, not a Muslim." The Prophet replied,”</w:t>
      </w:r>
    </w:p>
    <w:p>
      <w:pPr>
        <w:pStyle w:val="Heading2"/>
      </w:pPr>
      <w:r>
        <w:t>Islam and Terrorism February 10, 2009 Maulana Wahiduddin Khan</w:t>
      </w:r>
    </w:p>
    <w:p>
      <w:r>
        <w:rPr>
          <w:color w:val="666666"/>
          <w:sz w:val="18"/>
        </w:rPr>
        <w:t>20:09 · https://youtu.be/vCEjp0w7Qjo?t=1209</w:t>
      </w:r>
    </w:p>
    <w:p>
      <w:r>
        <w:rPr>
          <w:i/>
        </w:rPr>
        <w:t>“It was the funeral of a Jew, not a Muslim." The Prophet replied, "Alaisat nafsan?”</w:t>
      </w:r>
    </w:p>
    <w:p>
      <w:pPr>
        <w:pStyle w:val="Heading2"/>
      </w:pPr>
      <w:r>
        <w:t>The Belief System of Islam August 01, 2007</w:t>
      </w:r>
    </w:p>
    <w:p>
      <w:r>
        <w:rPr>
          <w:color w:val="666666"/>
          <w:sz w:val="18"/>
        </w:rPr>
        <w:t>19:43 · https://youtu.be/5pdnwRaPfmY?t=1183</w:t>
      </w:r>
    </w:p>
    <w:p>
      <w:r>
        <w:rPr>
          <w:i/>
        </w:rPr>
        <w:t>“. The Prophet is a revealed person. The Prophet receives”</w:t>
      </w:r>
    </w:p>
    <w:p>
      <w:pPr>
        <w:pStyle w:val="Heading2"/>
      </w:pPr>
      <w:r>
        <w:t>The Belief System of Islam August 01, 2007</w:t>
      </w:r>
    </w:p>
    <w:p>
      <w:r>
        <w:rPr>
          <w:color w:val="666666"/>
          <w:sz w:val="18"/>
        </w:rPr>
        <w:t>53:20 · https://youtu.be/5pdnwRaPfmY?t=3200</w:t>
      </w:r>
    </w:p>
    <w:p>
      <w:r>
        <w:rPr>
          <w:i/>
        </w:rPr>
        <w:t>“The Prophet is a revealed person”</w:t>
      </w:r>
    </w:p>
    <w:p>
      <w:pPr>
        <w:pStyle w:val="Heading2"/>
      </w:pPr>
      <w:r>
        <w:t>Inter Faith Dialogue IIC 12 Mar 2007 - Maulana Wahiduddin Khan</w:t>
      </w:r>
    </w:p>
    <w:p>
      <w:r>
        <w:rPr>
          <w:color w:val="666666"/>
          <w:sz w:val="18"/>
        </w:rPr>
        <w:t>11:33 · https://youtu.be/VoRqhMN-2Oc?t=693</w:t>
      </w:r>
    </w:p>
    <w:p>
      <w:r>
        <w:rPr>
          <w:i/>
        </w:rPr>
        <w:t>“One of his companions said, "O Prophet, it was the funeral of a Jew, not a Muslim."”</w:t>
      </w:r>
    </w:p>
    <w:p>
      <w:pPr>
        <w:pStyle w:val="Heading2"/>
      </w:pPr>
      <w:r>
        <w:t>The Untold Story of Islam April 16, 2006 Maulana Wahiduddin Khan</w:t>
      </w:r>
    </w:p>
    <w:p>
      <w:r>
        <w:rPr>
          <w:color w:val="666666"/>
          <w:sz w:val="18"/>
        </w:rPr>
        <w:t>1:07:49 · https://youtu.be/CtVOh0F_LLc?t=4069</w:t>
      </w:r>
    </w:p>
    <w:p>
      <w:r>
        <w:rPr>
          <w:i/>
        </w:rPr>
        <w:t>“رسول اللہ اس کے ریسپیکٹ میں کھڑے ہوگئے۔ آپ کے ایک کمپینین نے کہا کہ رسول اللہ، یہ تو یہودی کا جنازہ تھا۔ مطلب آپ نے اس کی ریسپیکٹ دے رہے ہیں، آپ یہ تو یہودی کا جنازہ ہے۔”</w:t>
      </w:r>
    </w:p>
    <w:p>
      <w:pPr>
        <w:pStyle w:val="Heading2"/>
      </w:pPr>
      <w:r>
        <w:t>Islam and Terrorism February 10, 2009 Maulana Wahiduddin Khan</w:t>
      </w:r>
    </w:p>
    <w:p>
      <w:r>
        <w:rPr>
          <w:color w:val="666666"/>
          <w:sz w:val="18"/>
        </w:rPr>
        <w:t>19:58 · https://youtu.be/vCEjp0w7Qjo?t=1198</w:t>
      </w:r>
    </w:p>
    <w:p>
      <w:r>
        <w:rPr>
          <w:i/>
        </w:rPr>
        <w:t>“one of his companions said, "O Prophet, it was the funeral of a Jew, not a Muslim.”</w:t>
      </w:r>
    </w:p>
    <w:p>
      <w:pPr>
        <w:pStyle w:val="Heading2"/>
      </w:pPr>
      <w:r>
        <w:t>The Concept of Justice in Islam May 03, 2007</w:t>
      </w:r>
    </w:p>
    <w:p>
      <w:r>
        <w:rPr>
          <w:color w:val="666666"/>
          <w:sz w:val="18"/>
        </w:rPr>
        <w:t>40:39 · https://youtu.be/DY5SY8H554c?t=2439</w:t>
      </w:r>
    </w:p>
    <w:p>
      <w:r>
        <w:rPr>
          <w:i/>
        </w:rPr>
        <w:t>“One of his companions said, "O Prophet, it was the funeral of a Jew, not a Muslim." The Prophet replied, "Alaisat nafsan”</w:t>
      </w:r>
    </w:p>
    <w:p>
      <w:pPr>
        <w:pStyle w:val="Heading2"/>
      </w:pPr>
      <w:r>
        <w:t>The Concept of Taleef in Islam August 3, 2007</w:t>
      </w:r>
    </w:p>
    <w:p>
      <w:r>
        <w:rPr>
          <w:color w:val="666666"/>
          <w:sz w:val="18"/>
        </w:rPr>
        <w:t>34:19 · https://youtu.be/IHAeOuCThHg?t=2059</w:t>
      </w:r>
    </w:p>
    <w:p>
      <w:r>
        <w:rPr>
          <w:i/>
        </w:rPr>
        <w:t>“So one of his companions said, "O Prophet, it was the funeral of a Jew, not a Muslim.”</w:t>
      </w:r>
    </w:p>
    <w:p>
      <w:pPr>
        <w:pStyle w:val="Heading2"/>
      </w:pPr>
      <w:r>
        <w:t>Islam and Terrorism February 10, 2009 Maulana Wahiduddin Khan</w:t>
      </w:r>
    </w:p>
    <w:p>
      <w:r>
        <w:rPr>
          <w:color w:val="666666"/>
          <w:sz w:val="18"/>
        </w:rPr>
        <w:t>19:41 · https://youtu.be/vCEjp0w7Qjo?t=1181</w:t>
      </w:r>
    </w:p>
    <w:p>
      <w:r>
        <w:rPr>
          <w:i/>
        </w:rPr>
        <w:t>“passing through a street in Madinah. The Prophet was seated at that time. And seeing the funeral procession, he stood up in respect.”</w:t>
      </w:r>
    </w:p>
    <w:p>
      <w:pPr>
        <w:pStyle w:val="Heading2"/>
      </w:pPr>
      <w:r>
        <w:t>Human Equality in Islam July 1, 2007 Maulana Wahiduddin Khan</w:t>
      </w:r>
    </w:p>
    <w:p>
      <w:r>
        <w:rPr>
          <w:color w:val="666666"/>
          <w:sz w:val="18"/>
        </w:rPr>
        <w:t>6:10 · https://youtu.be/5aJvpiCYbzQ?t=370</w:t>
      </w:r>
    </w:p>
    <w:p>
      <w:r>
        <w:rPr>
          <w:i/>
        </w:rPr>
        <w:t>“تو آپ کے ایک ساتھی بولے کہ یا رسول اللہ یہ تو ایک یہودی کا جنازہ تھا۔ ایک یہودی کی باڈی کو لوگ لے جا رہے تھے۔”</w:t>
      </w:r>
    </w:p>
    <w:p>
      <w:pPr>
        <w:pStyle w:val="Heading2"/>
      </w:pPr>
      <w:r>
        <w:t>The Concept of Taleef in Islam August 3, 2007</w:t>
      </w:r>
    </w:p>
    <w:p>
      <w:r>
        <w:rPr>
          <w:color w:val="666666"/>
          <w:sz w:val="18"/>
        </w:rPr>
        <w:t>34:02 · https://youtu.be/IHAeOuCThHg?t=2042</w:t>
      </w:r>
    </w:p>
    <w:p>
      <w:r>
        <w:rPr>
          <w:i/>
        </w:rPr>
        <w:t>“So the Prophet was seated at that time. When he saw this procession, he stood up in respect.”</w:t>
      </w:r>
    </w:p>
    <w:p>
      <w:pPr>
        <w:pStyle w:val="Heading2"/>
      </w:pPr>
      <w:r>
        <w:t>On World Religions Diversity not Dissension March 9, 2013</w:t>
      </w:r>
    </w:p>
    <w:p>
      <w:r>
        <w:rPr>
          <w:color w:val="666666"/>
          <w:sz w:val="18"/>
        </w:rPr>
        <w:t>37:55 · https://youtu.be/8enJoTTAH5k?t=2275</w:t>
      </w:r>
    </w:p>
    <w:p>
      <w:r>
        <w:rPr>
          <w:i/>
        </w:rPr>
        <w:t>“So the Prophet was seated at that tim”</w:t>
      </w:r>
    </w:p>
    <w:p>
      <w:pPr>
        <w:pStyle w:val="Heading2"/>
      </w:pPr>
      <w:r>
        <w:t>Position of Islam in a Pluralistic Society (English) March 12, 2007 Maulana Wahiduddin Khan</w:t>
      </w:r>
    </w:p>
    <w:p>
      <w:r>
        <w:rPr>
          <w:color w:val="666666"/>
          <w:sz w:val="18"/>
        </w:rPr>
        <w:t>9:24 · https://youtu.be/zeBT1HGl2n8?t=564</w:t>
      </w:r>
    </w:p>
    <w:p>
      <w:r>
        <w:rPr>
          <w:i/>
        </w:rPr>
        <w:t>“One day, the Prophet saw a funeral procession passing through a street in Madinah.”</w:t>
      </w:r>
    </w:p>
    <w:p>
      <w:pPr>
        <w:pStyle w:val="Heading2"/>
      </w:pPr>
      <w:r>
        <w:t>Prayer June 5, 2009 Maulana Wahiduddin Khan</w:t>
      </w:r>
    </w:p>
    <w:p>
      <w:r>
        <w:rPr>
          <w:color w:val="666666"/>
          <w:sz w:val="18"/>
        </w:rPr>
        <w:t>9:42 · https://youtu.be/d5XYQB7sWOw?t=582</w:t>
      </w:r>
    </w:p>
    <w:p>
      <w:r>
        <w:rPr>
          <w:i/>
        </w:rPr>
        <w:t>“One day, the Prophet saw a funeral procession passing through a street in Madinah.”</w:t>
      </w:r>
    </w:p>
    <w:p>
      <w:pPr>
        <w:pStyle w:val="Heading1"/>
      </w:pPr>
      <w:r>
        <w:t>Clips (9)</w:t>
      </w:r>
    </w:p>
    <w:p>
      <w:pPr>
        <w:pStyle w:val="Heading2"/>
      </w:pPr>
      <w:r>
        <w:t>story of the Prophet honoring a Jewish funeral</w:t>
      </w:r>
    </w:p>
    <w:p>
      <w:r>
        <w:rPr>
          <w:color w:val="666666"/>
          <w:sz w:val="18"/>
        </w:rPr>
        <w:t>Position of Islam in a Pluralistic Society (English) March 12, 2007 Maulana Wahiduddin Khan · 1m 28s · at 8:50 · https://youtu.be/zeBT1HGl2n8?t=530</w:t>
      </w:r>
    </w:p>
    <w:p>
      <w:r>
        <w:rPr>
          <w:i/>
        </w:rPr>
        <w:t>“Let me narrate a story that throws more light on this.”</w:t>
      </w:r>
    </w:p>
    <w:p>
      <w:r>
        <w:rPr>
          <w:sz w:val="20"/>
        </w:rPr>
        <w:t>8:50  Then I would like to narrate a very relevant story, which throws more light on the subject.</w:t>
      </w:r>
      <w:r>
        <w:br/>
      </w:r>
      <w:r>
        <w:rPr>
          <w:sz w:val="20"/>
        </w:rPr>
        <w:t>9:01  The Prophet of Islam</w:t>
      </w:r>
      <w:r>
        <w:br/>
      </w:r>
      <w:r>
        <w:rPr>
          <w:sz w:val="20"/>
        </w:rPr>
        <w:t>9:06  migrated to Makkah and settled in Madinah in 622. At that time, Madinah was a multi-religious society.</w:t>
      </w:r>
      <w:r>
        <w:br/>
      </w:r>
      <w:r>
        <w:rPr>
          <w:sz w:val="20"/>
        </w:rPr>
        <w:t>9:17  So some Jewish tribes were also living over there. So what happened?</w:t>
      </w:r>
      <w:r>
        <w:br/>
      </w:r>
      <w:r>
        <w:rPr>
          <w:sz w:val="20"/>
        </w:rPr>
        <w:t>9:24  One day, the Prophet saw a funeral procession passing through a street in Madinah.</w:t>
      </w:r>
      <w:r>
        <w:br/>
      </w:r>
      <w:r>
        <w:rPr>
          <w:sz w:val="20"/>
        </w:rPr>
        <w:t>9:36  The Prophet was seated at that time. On seeing the funeral, the Prophet stood up in respec</w:t>
      </w:r>
      <w:r>
        <w:br/>
      </w:r>
      <w:r>
        <w:rPr>
          <w:sz w:val="20"/>
        </w:rPr>
        <w:t>9:48  t. One of his companions said, "O Prophet, it was the funeral of a Jew, not a Muslim." The Prophet replied, "ali sahib nafsan, was he not a human being?</w:t>
      </w:r>
      <w:r>
        <w:br/>
      </w:r>
      <w:r>
        <w:rPr>
          <w:sz w:val="20"/>
        </w:rPr>
        <w:t>10:05  Here you can see that the Prophet was able to discover a commonality between himself and that non-Muslim.</w:t>
      </w:r>
      <w:r>
        <w:br/>
      </w:r>
      <w:r>
        <w:rPr>
          <w:sz w:val="20"/>
        </w:rPr>
        <w:t>10:15  This is the true Islamic spirit."</w:t>
      </w:r>
    </w:p>
    <w:p>
      <w:pPr>
        <w:pStyle w:val="Heading2"/>
      </w:pPr>
      <w:r>
        <w:t>The Prophet standing in respect for a Jewish funeral</w:t>
      </w:r>
    </w:p>
    <w:p>
      <w:r>
        <w:rPr>
          <w:color w:val="666666"/>
          <w:sz w:val="18"/>
        </w:rPr>
        <w:t>Islam and Terrorism February 10, 2009 Maulana Wahiduddin Khan · 1m 45s · at 19:32 · https://youtu.be/vCEjp0w7Qjo?t=1172</w:t>
      </w:r>
    </w:p>
    <w:p>
      <w:r>
        <w:rPr>
          <w:i/>
        </w:rPr>
        <w:t>“One day, the Prophet saw a funeral procession pass by.”</w:t>
      </w:r>
    </w:p>
    <w:p>
      <w:r>
        <w:rPr>
          <w:sz w:val="20"/>
        </w:rPr>
        <w:t>19:32  One day, the Prophet saw a funeral procession</w:t>
      </w:r>
      <w:r>
        <w:br/>
      </w:r>
      <w:r>
        <w:rPr>
          <w:sz w:val="20"/>
        </w:rPr>
        <w:t>19:41  passing through a street in Madinah. The Prophet was seated at that time. And seeing the funeral procession, he stood up in respect.</w:t>
      </w:r>
      <w:r>
        <w:br/>
      </w:r>
      <w:r>
        <w:rPr>
          <w:sz w:val="20"/>
        </w:rPr>
        <w:t>19:56  So</w:t>
      </w:r>
      <w:r>
        <w:br/>
      </w:r>
      <w:r>
        <w:rPr>
          <w:sz w:val="20"/>
        </w:rPr>
        <w:t>19:58  one of his companions said, "O Prophet, it was the funeral of a Jew, not a Muslim.</w:t>
      </w:r>
      <w:r>
        <w:br/>
      </w:r>
      <w:r>
        <w:rPr>
          <w:sz w:val="20"/>
        </w:rPr>
        <w:t>20:09  It was the funeral of a Jew, not a Muslim." The Prophet replied, "Alaisat nafsan?</w:t>
      </w:r>
      <w:r>
        <w:br/>
      </w:r>
      <w:r>
        <w:rPr>
          <w:sz w:val="20"/>
        </w:rPr>
        <w:t>20:18  Alaisat nafsan? Was he not a human being? Was he not a human being</w:t>
      </w:r>
      <w:r>
        <w:br/>
      </w:r>
      <w:r>
        <w:rPr>
          <w:sz w:val="20"/>
        </w:rPr>
        <w:t>20:26  ?" You see, the Prophet discovered a commonality between himself and that Jewish person.</w:t>
      </w:r>
      <w:r>
        <w:br/>
      </w:r>
      <w:r>
        <w:rPr>
          <w:sz w:val="20"/>
        </w:rPr>
        <w:t>20:40  So Islamic principles are based on this commonality. According to Islam, every human being is a human being.</w:t>
      </w:r>
      <w:r>
        <w:br/>
      </w:r>
      <w:r>
        <w:rPr>
          <w:sz w:val="20"/>
        </w:rPr>
        <w:t>20:51  Every man is a man.</w:t>
      </w:r>
      <w:r>
        <w:br/>
      </w:r>
      <w:r>
        <w:rPr>
          <w:sz w:val="20"/>
        </w:rPr>
        <w:t>20:54  So all the men and women are sisters and brothers to each other. This is the Islamic principle.</w:t>
      </w:r>
      <w:r>
        <w:br/>
      </w:r>
      <w:r>
        <w:rPr>
          <w:sz w:val="20"/>
        </w:rPr>
        <w:t>21:03  "Ala kullukum baniyadam wa adwam min turab." It means all mankind are sisters and brothers to each other. So this was demonstrated by the Prophet himself.</w:t>
      </w:r>
    </w:p>
    <w:p>
      <w:pPr>
        <w:pStyle w:val="Heading2"/>
      </w:pPr>
      <w:r>
        <w:t>Prophet stands for Jewish funeral</w:t>
      </w:r>
    </w:p>
    <w:p>
      <w:r>
        <w:rPr>
          <w:color w:val="666666"/>
          <w:sz w:val="18"/>
        </w:rPr>
        <w:t>Inter Faith Dialogue IIC 12 Mar 2007 - Maulana Wahiduddin Khan · 50s · at 11:09 · https://youtu.be/VoRqhMN-2Oc?t=669</w:t>
      </w:r>
    </w:p>
    <w:p>
      <w:r>
        <w:rPr>
          <w:i/>
        </w:rPr>
        <w:t>“One day, the Prophet saw a funeral, funeral procession, passing”</w:t>
      </w:r>
    </w:p>
    <w:p>
      <w:r>
        <w:rPr>
          <w:sz w:val="20"/>
        </w:rPr>
        <w:t>11:09  One day, the Prophet saw a funeral procession, funeral procession, passing through a street in Madinah.</w:t>
      </w:r>
      <w:r>
        <w:br/>
      </w:r>
      <w:r>
        <w:rPr>
          <w:sz w:val="20"/>
        </w:rPr>
        <w:t>11:21  The Prophet was seated at that time. On seeing the funeral, the Prophet stood up in respect.</w:t>
      </w:r>
      <w:r>
        <w:br/>
      </w:r>
      <w:r>
        <w:rPr>
          <w:sz w:val="20"/>
        </w:rPr>
        <w:t>11:33  One of his companions said, "O Prophet, it was the funeral of a Jew, not a Muslim."</w:t>
      </w:r>
      <w:r>
        <w:br/>
      </w:r>
      <w:r>
        <w:rPr>
          <w:sz w:val="20"/>
        </w:rPr>
        <w:t>11:41  The Prophet replied, "Alayshat Nafsan, was he not a human being?</w:t>
      </w:r>
      <w:r>
        <w:br/>
      </w:r>
      <w:r>
        <w:rPr>
          <w:sz w:val="20"/>
        </w:rPr>
        <w:t>11:50  Here you can see that the Prophet was able to discover a commonality between himself and that non-Muslim.</w:t>
      </w:r>
    </w:p>
    <w:p>
      <w:pPr>
        <w:pStyle w:val="Heading2"/>
      </w:pPr>
      <w:r>
        <w:t>story: Prophet stands for a Jewish funeral</w:t>
      </w:r>
    </w:p>
    <w:p>
      <w:r>
        <w:rPr>
          <w:color w:val="666666"/>
          <w:sz w:val="18"/>
        </w:rPr>
        <w:t>Prayer June 5, 2009 Maulana Wahiduddin Khan · 1m 47s · at 9:14 · https://youtu.be/d5XYQB7sWOw?t=554</w:t>
      </w:r>
    </w:p>
    <w:p>
      <w:r>
        <w:rPr>
          <w:i/>
        </w:rPr>
        <w:t>“Here I would like to narrate a story from the life of the Prophet.”</w:t>
      </w:r>
    </w:p>
    <w:p>
      <w:r>
        <w:rPr>
          <w:sz w:val="20"/>
        </w:rPr>
        <w:t>9:14  Here I would like to narrate a story from the life of the Prophet of Islam</w:t>
      </w:r>
      <w:r>
        <w:br/>
      </w:r>
      <w:r>
        <w:rPr>
          <w:sz w:val="20"/>
        </w:rPr>
        <w:t>9:21  . It is a really sturdy story. You know, the Prophet of Islam was born in Makkah, then he migrated to Madinah.</w:t>
      </w:r>
      <w:r>
        <w:br/>
      </w:r>
      <w:r>
        <w:rPr>
          <w:sz w:val="20"/>
        </w:rPr>
        <w:t>9:32  So at that time, there were some Jewish tribes in Madinah. So what happened?</w:t>
      </w:r>
      <w:r>
        <w:br/>
      </w:r>
      <w:r>
        <w:rPr>
          <w:sz w:val="20"/>
        </w:rPr>
        <w:t>9:42  One day, the Prophet saw a funeral procession passing through a street in Madinah.</w:t>
      </w:r>
      <w:r>
        <w:br/>
      </w:r>
      <w:r>
        <w:rPr>
          <w:sz w:val="20"/>
        </w:rPr>
        <w:t>9:51  The Prophet was seated at that time. He stood up in respect. One of his companions said, "O Prophet, it was the funeral of a Jew, not a Muslim." The Prophet replied,</w:t>
      </w:r>
      <w:r>
        <w:br/>
      </w:r>
      <w:r>
        <w:rPr>
          <w:sz w:val="20"/>
        </w:rPr>
        <w:t>10:09  "Alaystat nafsan?" Was he not a human being</w:t>
      </w:r>
      <w:r>
        <w:br/>
      </w:r>
      <w:r>
        <w:rPr>
          <w:sz w:val="20"/>
        </w:rPr>
        <w:t>10:15  ? Here you can understand that the Prophet was able to discover commonality between himself and that Jew.</w:t>
      </w:r>
      <w:r>
        <w:br/>
      </w:r>
      <w:r>
        <w:rPr>
          <w:sz w:val="20"/>
        </w:rPr>
        <w:t>10:29  This is the true spirit of Islam. Everybody is a human being: Hindu, Muslim, Christian, Jew—there are only symbolic names.</w:t>
      </w:r>
      <w:r>
        <w:br/>
      </w:r>
      <w:r>
        <w:rPr>
          <w:sz w:val="20"/>
        </w:rPr>
        <w:t>10:40  Alaystat nafsan? Was he not a human being</w:t>
      </w:r>
      <w:r>
        <w:br/>
      </w:r>
      <w:r>
        <w:rPr>
          <w:sz w:val="20"/>
        </w:rPr>
        <w:t>10:44  ? I am a man. He is also a man. Both are created by God. It is a true commonality that is required to be inculcated through prayer in every woman, in every man and woman.</w:t>
      </w:r>
    </w:p>
    <w:p>
      <w:pPr>
        <w:pStyle w:val="Heading2"/>
      </w:pPr>
      <w:r>
        <w:t>Prophet stood for a Jewish funeral, humanity over label</w:t>
      </w:r>
    </w:p>
    <w:p>
      <w:r>
        <w:rPr>
          <w:color w:val="666666"/>
          <w:sz w:val="18"/>
        </w:rPr>
        <w:t>On World Religions Diversity not Dissension March 9, 2013 · 1m 08s · at 37:59 · https://youtu.be/8enJoTTAH5k?t=2279</w:t>
      </w:r>
    </w:p>
    <w:p>
      <w:r>
        <w:rPr>
          <w:i/>
        </w:rPr>
        <w:t>“Was he not a human being, the Prophet said”</w:t>
      </w:r>
    </w:p>
    <w:p>
      <w:r>
        <w:rPr>
          <w:sz w:val="20"/>
        </w:rPr>
        <w:t>37:59  e He stood up in respect of that Jewish funeral. One of the companions said, "O Prophet, it was the funeral of a Jew, not a Muslim." The Prophet replied,</w:t>
      </w:r>
      <w:r>
        <w:br/>
      </w:r>
      <w:r>
        <w:rPr>
          <w:sz w:val="20"/>
        </w:rPr>
        <w:t>38:17  "Alasat nafsan, was he not a human being? Was he not a human being</w:t>
      </w:r>
      <w:r>
        <w:br/>
      </w:r>
      <w:r>
        <w:rPr>
          <w:sz w:val="20"/>
        </w:rPr>
        <w:t>38:28  ?" Here, you can see that the Prophet was able to discover the commonality between himself and that non-Muslim.</w:t>
      </w:r>
      <w:r>
        <w:br/>
      </w:r>
      <w:r>
        <w:rPr>
          <w:sz w:val="20"/>
        </w:rPr>
        <w:t>38:38  So this kind of artificial partition that he is Muslim, he is non-Muslim, this is wrong.</w:t>
      </w:r>
      <w:r>
        <w:br/>
      </w:r>
      <w:r>
        <w:rPr>
          <w:sz w:val="20"/>
        </w:rPr>
        <w:t>38:50  Everyone was born by God Almighty. Everyone is a human being. So he said, "Alasat nafsan, was he not a human being?" And when he is a human being, and I am also a human being, so this is the true commonality.</w:t>
      </w:r>
    </w:p>
    <w:p>
      <w:pPr>
        <w:pStyle w:val="Heading2"/>
      </w:pPr>
      <w:r>
        <w:t>Prophethood necessity due to science limits</w:t>
      </w:r>
    </w:p>
    <w:p>
      <w:r>
        <w:rPr>
          <w:color w:val="666666"/>
          <w:sz w:val="18"/>
        </w:rPr>
        <w:t>The Belief System of Islam August 01, 2007 · 6m 08s · at 14:15 · https://youtu.be/5pdnwRaPfmY?t=855</w:t>
      </w:r>
    </w:p>
    <w:p>
      <w:r>
        <w:rPr>
          <w:i/>
        </w:rPr>
        <w:t>“Then let us take the belief in the Prophethood”</w:t>
      </w:r>
    </w:p>
    <w:p>
      <w:r>
        <w:rPr>
          <w:sz w:val="20"/>
        </w:rPr>
        <w:t>14:15  Then let us take the belief in the Prophethood</w:t>
      </w:r>
      <w:r>
        <w:br/>
      </w:r>
      <w:r>
        <w:rPr>
          <w:sz w:val="20"/>
        </w:rPr>
        <w:t>14:21  . According to Islam, we believe that</w:t>
      </w:r>
      <w:r>
        <w:br/>
      </w:r>
      <w:r>
        <w:rPr>
          <w:sz w:val="20"/>
        </w:rPr>
        <w:t>14:35  in the Quran, there is a verse. In the Quran, there is a verse: "Wama utitum min al-'ilmi illa qalila."</w:t>
      </w:r>
      <w:r>
        <w:br/>
      </w:r>
      <w:r>
        <w:rPr>
          <w:sz w:val="20"/>
        </w:rPr>
        <w:t>14:49  This</w:t>
      </w:r>
      <w:r>
        <w:br/>
      </w:r>
      <w:r>
        <w:rPr>
          <w:sz w:val="20"/>
        </w:rPr>
        <w:t>14:53  is a Quranic verse. This verse tells us that man has only little knowledge.</w:t>
      </w:r>
      <w:r>
        <w:br/>
      </w:r>
      <w:r>
        <w:rPr>
          <w:sz w:val="20"/>
        </w:rPr>
        <w:t>15:04  "Wama utitum min al-'ilmi illa qalila." Ilm qalil, that is little knowledge.</w:t>
      </w:r>
      <w:r>
        <w:br/>
      </w:r>
      <w:r>
        <w:rPr>
          <w:sz w:val="20"/>
        </w:rPr>
        <w:t>15:13  This was declared in the Quran in the first quarter of the seventh century.</w:t>
      </w:r>
      <w:r>
        <w:br/>
      </w:r>
      <w:r>
        <w:rPr>
          <w:sz w:val="20"/>
        </w:rPr>
        <w:t>15:24  Now science itself says that</w:t>
      </w:r>
      <w:r>
        <w:br/>
      </w:r>
      <w:r>
        <w:rPr>
          <w:sz w:val="20"/>
        </w:rPr>
        <w:t>15:32  science gives us but a partial knowledge of reality.</w:t>
      </w:r>
      <w:r>
        <w:br/>
      </w:r>
      <w:r>
        <w:rPr>
          <w:sz w:val="20"/>
        </w:rPr>
        <w:t>15:40  I read a book. This book was written by a scientist. The title was "Limitations of Science." In this book, he has established that science gives us but a partial knowledge of reality.</w:t>
      </w:r>
      <w:r>
        <w:br/>
      </w:r>
      <w:r>
        <w:rPr>
          <w:sz w:val="20"/>
        </w:rPr>
        <w:t>16:00  So here you can see that the Quranic concept is now proved by science.</w:t>
      </w:r>
      <w:r>
        <w:br/>
      </w:r>
      <w:r>
        <w:rPr>
          <w:sz w:val="20"/>
        </w:rPr>
        <w:t>16:11  The Quran declared that you have to rely on the prophetic knowledge because other than the Prophet, no one can give you the full knowledge about your life.</w:t>
      </w:r>
      <w:r>
        <w:br/>
      </w:r>
      <w:r>
        <w:rPr>
          <w:sz w:val="20"/>
        </w:rPr>
        <w:t>16:32  So philosophy failed, and now science itself confessed that science gives us but a partial knowledge of reality.</w:t>
      </w:r>
      <w:r>
        <w:br/>
      </w:r>
      <w:r>
        <w:rPr>
          <w:sz w:val="20"/>
        </w:rPr>
        <w:t>16:48  So if you take this scientific discovery, you will be compelled to believe that we have no option other than revelation,</w:t>
      </w:r>
      <w:r>
        <w:br/>
      </w:r>
      <w:r>
        <w:rPr>
          <w:sz w:val="20"/>
        </w:rPr>
        <w:t>17:06  other than Prophethood.</w:t>
      </w:r>
      <w:r>
        <w:br/>
      </w:r>
      <w:r>
        <w:rPr>
          <w:sz w:val="20"/>
        </w:rPr>
        <w:t>17:11  You know, Alexis Carroll has published a book, "Man, the Unknown." So man still remains unknown.</w:t>
      </w:r>
      <w:r>
        <w:br/>
      </w:r>
      <w:r>
        <w:rPr>
          <w:sz w:val="20"/>
        </w:rPr>
        <w:t>17:22  Science failed to discover all those laws which may explain the human phenomenon.</w:t>
      </w:r>
      <w:r>
        <w:br/>
      </w:r>
      <w:r>
        <w:rPr>
          <w:sz w:val="20"/>
        </w:rPr>
        <w:t>17:34  Alexis Carroll himself was a scientist, a French scientist. So he published this book with this title, "Man, the Unknown."</w:t>
      </w:r>
      <w:r>
        <w:br/>
      </w:r>
      <w:r>
        <w:rPr>
          <w:sz w:val="20"/>
        </w:rPr>
        <w:t>17:48  So all those philosophical struggles, all those scientific discoveries we have, but still man is unknown.</w:t>
      </w:r>
      <w:r>
        <w:br/>
      </w:r>
      <w:r>
        <w:rPr>
          <w:sz w:val="20"/>
        </w:rPr>
        <w:t>18:04  We cannot.</w:t>
      </w:r>
      <w:r>
        <w:br/>
      </w:r>
      <w:r>
        <w:rPr>
          <w:sz w:val="20"/>
        </w:rPr>
        <w:t>18:09  We are unaware of those laws by which we may understand man's phenomenon. You know, everyone has questions in his mind: Who am I?</w:t>
      </w:r>
      <w:r>
        <w:br/>
      </w:r>
      <w:r>
        <w:rPr>
          <w:sz w:val="20"/>
        </w:rPr>
        <w:t>18:25  What is my future? What is the purpose of my life? What is the pre-death period? What is the post-death period?</w:t>
      </w:r>
      <w:r>
        <w:br/>
      </w:r>
      <w:r>
        <w:rPr>
          <w:sz w:val="20"/>
        </w:rPr>
        <w:t>18:36  All these questions are very pertinent to every man and woman, but philosophy failed to give us the answers to these questions, and science also failed to give us.</w:t>
      </w:r>
      <w:r>
        <w:br/>
      </w:r>
      <w:r>
        <w:rPr>
          <w:sz w:val="20"/>
        </w:rPr>
        <w:t>18:53  So the</w:t>
      </w:r>
      <w:r>
        <w:br/>
      </w:r>
      <w:r>
        <w:rPr>
          <w:sz w:val="20"/>
        </w:rPr>
        <w:t>18:56  purpose of life, the occasional plan of life, everything is unknown.</w:t>
      </w:r>
      <w:r>
        <w:br/>
      </w:r>
      <w:r>
        <w:rPr>
          <w:sz w:val="20"/>
        </w:rPr>
        <w:t>19:08  So</w:t>
      </w:r>
      <w:r>
        <w:br/>
      </w:r>
      <w:r>
        <w:rPr>
          <w:sz w:val="20"/>
        </w:rPr>
        <w:t>19:13  the failure of philosophy and the confession of science that science gives us but a partial knowledge of reality,</w:t>
      </w:r>
      <w:r>
        <w:br/>
      </w:r>
      <w:r>
        <w:rPr>
          <w:sz w:val="20"/>
        </w:rPr>
        <w:t>19:28  it proves that we have no option other than to accept the Prophet because the Prophet is a person who has revealed knowledge from God</w:t>
      </w:r>
      <w:r>
        <w:br/>
      </w:r>
      <w:r>
        <w:rPr>
          <w:sz w:val="20"/>
        </w:rPr>
        <w:t>19:43  . The Prophet is a revealed person. The Prophet receives</w:t>
      </w:r>
      <w:r>
        <w:br/>
      </w:r>
      <w:r>
        <w:rPr>
          <w:sz w:val="20"/>
        </w:rPr>
        <w:t>19:54  revelation from God. You know, God is the Creator. God knows everything.</w:t>
      </w:r>
      <w:r>
        <w:br/>
      </w:r>
      <w:r>
        <w:rPr>
          <w:sz w:val="20"/>
        </w:rPr>
        <w:t>20:05  Everything is in God's mind.</w:t>
      </w:r>
      <w:r>
        <w:br/>
      </w:r>
      <w:r>
        <w:rPr>
          <w:sz w:val="20"/>
        </w:rPr>
        <w:t>20:08  So God has sent the knowledge of truth to His Prophet, and the Prophet has conveyed to us that revelation, that knowledge.</w:t>
      </w:r>
    </w:p>
    <w:p>
      <w:pPr>
        <w:pStyle w:val="Heading2"/>
      </w:pPr>
      <w:r>
        <w:t>Prophet respects a Jewish funeral</w:t>
      </w:r>
    </w:p>
    <w:p>
      <w:r>
        <w:rPr>
          <w:color w:val="666666"/>
          <w:sz w:val="18"/>
        </w:rPr>
        <w:t>The Concept of Taleef in Islam August 3, 2007 · 57s · at 33:51 · https://youtu.be/IHAeOuCThHg?t=2031</w:t>
      </w:r>
    </w:p>
    <w:p>
      <w:r>
        <w:rPr>
          <w:i/>
        </w:rPr>
        <w:t>“Prophet saw a funeral procession and stood up”</w:t>
      </w:r>
    </w:p>
    <w:p>
      <w:r>
        <w:rPr>
          <w:sz w:val="20"/>
        </w:rPr>
        <w:t>33:51  He saw a funeral procession passing through a street in Madinah.</w:t>
      </w:r>
      <w:r>
        <w:br/>
      </w:r>
      <w:r>
        <w:rPr>
          <w:sz w:val="20"/>
        </w:rPr>
        <w:t>34:02  So the Prophet was seated at that time. When he saw this procession, he stood up in respect.</w:t>
      </w:r>
      <w:r>
        <w:br/>
      </w:r>
      <w:r>
        <w:rPr>
          <w:sz w:val="20"/>
        </w:rPr>
        <w:t>34:14  He stood up in respect.</w:t>
      </w:r>
      <w:r>
        <w:br/>
      </w:r>
      <w:r>
        <w:rPr>
          <w:sz w:val="20"/>
        </w:rPr>
        <w:t>34:19  So one of his companions said, "O Prophet, it was the funeral of a Jew, not a Muslim.</w:t>
      </w:r>
      <w:r>
        <w:br/>
      </w:r>
      <w:r>
        <w:rPr>
          <w:sz w:val="20"/>
        </w:rPr>
        <w:t>34:28  It was the funeral of a non-Muslim and not a Muslim."</w:t>
      </w:r>
      <w:r>
        <w:br/>
      </w:r>
      <w:r>
        <w:rPr>
          <w:sz w:val="20"/>
        </w:rPr>
        <w:t>34:34  The Prophet replied, "Alaisat nafsan, was he not a human being?" "Alaisat nafsan,</w:t>
      </w:r>
    </w:p>
    <w:p>
      <w:pPr>
        <w:pStyle w:val="Heading2"/>
      </w:pPr>
      <w:r>
        <w:t>Prophet stood in respect for a Jewish funeral</w:t>
      </w:r>
    </w:p>
    <w:p>
      <w:r>
        <w:rPr>
          <w:color w:val="666666"/>
          <w:sz w:val="18"/>
        </w:rPr>
        <w:t>Human Equality in Islam July 1, 2007 Maulana Wahiduddin Khan · 1m 25s · at 5:31 · https://youtu.be/5aJvpiCYbzQ?t=331</w:t>
      </w:r>
    </w:p>
    <w:p>
      <w:r>
        <w:rPr>
          <w:i/>
        </w:rPr>
        <w:t>“One day the Prophet was sitting on a path in Medina”</w:t>
      </w:r>
    </w:p>
    <w:p>
      <w:r>
        <w:rPr>
          <w:sz w:val="20"/>
        </w:rPr>
        <w:t>5:31  To yeh qissa jo bata raha hoon aap ko bohat hi authentic book hai, Al-Bukhari. Is mein yeh cheez maujood hai. To maine kaha ke dekhiye Al-Bukhari mein yeh batate hain ke ek din Rasool Allah jo the madina mein ek rastay par thay, baithe hue thay wahan par woh apne kuch saahibiyon ke saath.</w:t>
      </w:r>
      <w:r>
        <w:br/>
      </w:r>
      <w:r>
        <w:rPr>
          <w:sz w:val="20"/>
        </w:rPr>
        <w:t>5:58  To saamne se ek funeral procession guzra, janazay ka jalus. Aap is ko dekh kar khare ho gaye is ki respect mein.</w:t>
      </w:r>
      <w:r>
        <w:br/>
      </w:r>
      <w:r>
        <w:rPr>
          <w:sz w:val="20"/>
        </w:rPr>
        <w:t>6:10  To aap ke ek saahibi bolay ke ya Rasool Allah yeh to ek yahoodi ka janaza tha. Ek yahoodi ki body ko log le ja rahe thay.</w:t>
      </w:r>
      <w:r>
        <w:br/>
      </w:r>
      <w:r>
        <w:rPr>
          <w:sz w:val="20"/>
        </w:rPr>
        <w:t>6:22  To is ka aap ne respect kiya.</w:t>
      </w:r>
      <w:r>
        <w:br/>
      </w:r>
      <w:r>
        <w:rPr>
          <w:sz w:val="20"/>
        </w:rPr>
        <w:t>6:25  To aap ne farmaya 'alayhi nafsan</w:t>
      </w:r>
      <w:r>
        <w:br/>
      </w:r>
      <w:r>
        <w:rPr>
          <w:sz w:val="20"/>
        </w:rPr>
        <w:t>6:32  Wa laa nat a human being. Yeh pehle dekhiye ke maine kaha ke dekhiye yeh hai prophet ka dil. Ek yahoodi ka janaza hai.</w:t>
      </w:r>
      <w:r>
        <w:br/>
      </w:r>
      <w:r>
        <w:rPr>
          <w:sz w:val="20"/>
        </w:rPr>
        <w:t>6:43  Is ke respect mein aap khare ho jatay hain.</w:t>
      </w:r>
      <w:r>
        <w:br/>
      </w:r>
      <w:r>
        <w:rPr>
          <w:sz w:val="20"/>
        </w:rPr>
        <w:t>6:47  Yeh hai Islam. Islam mein lachak hai, insaan ke liye pyar hai, adjustment hai, toleration hai.</w:t>
      </w:r>
    </w:p>
    <w:p>
      <w:pPr>
        <w:pStyle w:val="Heading2"/>
      </w:pPr>
      <w:r>
        <w:t>Prophet's Madinah Declaration and the Jewish funeral story</w:t>
      </w:r>
    </w:p>
    <w:p>
      <w:r>
        <w:rPr>
          <w:color w:val="666666"/>
          <w:sz w:val="18"/>
        </w:rPr>
        <w:t>On World Religions Diversity not Dissension March 9, 2013 · 3m 03s · at 36:16 · https://youtu.be/8enJoTTAH5k?t=2176</w:t>
      </w:r>
    </w:p>
    <w:p>
      <w:r>
        <w:rPr>
          <w:i/>
        </w:rPr>
        <w:t>“When the Prophet migrated to Madinah, he made a declaration”</w:t>
      </w:r>
    </w:p>
    <w:p>
      <w:r>
        <w:rPr>
          <w:sz w:val="20"/>
        </w:rPr>
        <w:t>36:16  the same formula which I cited earlier, that "Follow one and respect all." Here, I would like to give a very beautiful example from the life of the Prophet of Islam.</w:t>
      </w:r>
      <w:r>
        <w:br/>
      </w:r>
      <w:r>
        <w:rPr>
          <w:sz w:val="20"/>
        </w:rPr>
        <w:t>36:33  You know, when the Prophet of Islam migrated to Madinah, you know, he started his mission in Makkah, then he migrated to Madinah.</w:t>
      </w:r>
      <w:r>
        <w:br/>
      </w:r>
      <w:r>
        <w:rPr>
          <w:sz w:val="20"/>
        </w:rPr>
        <w:t>36:44  At that time, there were basically two groups: Muslims and Jews, roughly half-half.</w:t>
      </w:r>
      <w:r>
        <w:br/>
      </w:r>
      <w:r>
        <w:rPr>
          <w:sz w:val="20"/>
        </w:rPr>
        <w:t>36:56  So the Prophet of Islam issued a declaration that is called "Sahifatul Madinah." It means</w:t>
      </w:r>
      <w:r>
        <w:br/>
      </w:r>
      <w:r>
        <w:rPr>
          <w:sz w:val="20"/>
        </w:rPr>
        <w:t>37:10  declaration. It means the Madinah Declaration. In this declaration, it was mentioned that,</w:t>
      </w:r>
      <w:r>
        <w:br/>
      </w:r>
      <w:r>
        <w:rPr>
          <w:sz w:val="20"/>
        </w:rPr>
        <w:t>37:21  "For Jews, their religion; for Muslims, their religion." This is the best art, the best formula of management.</w:t>
      </w:r>
      <w:r>
        <w:br/>
      </w:r>
      <w:r>
        <w:rPr>
          <w:sz w:val="20"/>
        </w:rPr>
        <w:t>37:31  So what happened? The Prophet himself gave an example. One day, he was in some part of Madinah,</w:t>
      </w:r>
      <w:r>
        <w:br/>
      </w:r>
      <w:r>
        <w:rPr>
          <w:sz w:val="20"/>
        </w:rPr>
        <w:t>37:46  and he saw a funeral procession passing through a street in Madinah at that time.</w:t>
      </w:r>
      <w:r>
        <w:br/>
      </w:r>
      <w:r>
        <w:rPr>
          <w:sz w:val="20"/>
        </w:rPr>
        <w:t>37:55  So the Prophet was seated at that tim</w:t>
      </w:r>
      <w:r>
        <w:br/>
      </w:r>
      <w:r>
        <w:rPr>
          <w:sz w:val="20"/>
        </w:rPr>
        <w:t>37:59  e He stood up in respect of that Jewish funeral. One of the companions said, "O Prophet, it was the funeral of a Jew, not a Muslim." The Prophet replied,</w:t>
      </w:r>
      <w:r>
        <w:br/>
      </w:r>
      <w:r>
        <w:rPr>
          <w:sz w:val="20"/>
        </w:rPr>
        <w:t>38:17  "Alasat nafsan, was he not a human being? Was he not a human being</w:t>
      </w:r>
      <w:r>
        <w:br/>
      </w:r>
      <w:r>
        <w:rPr>
          <w:sz w:val="20"/>
        </w:rPr>
        <w:t>38:28  ?" Here, you can see that the Prophet was able to discover the commonality between himself and that non-Muslim.</w:t>
      </w:r>
      <w:r>
        <w:br/>
      </w:r>
      <w:r>
        <w:rPr>
          <w:sz w:val="20"/>
        </w:rPr>
        <w:t>38:38  So this kind of artificial partition that he is Muslim, he is non-Muslim, this is wrong.</w:t>
      </w:r>
      <w:r>
        <w:br/>
      </w:r>
      <w:r>
        <w:rPr>
          <w:sz w:val="20"/>
        </w:rPr>
        <w:t>38:50  Everyone was born by God Almighty. Everyone is a human being. So he said, "Alasat nafsan, was he not a human being?" And when he is a human being, and I am also a human being, so this is the true commonality.</w:t>
      </w:r>
      <w:r>
        <w:br/>
      </w:r>
      <w:r>
        <w:rPr>
          <w:sz w:val="20"/>
        </w:rPr>
        <w:t>39:08  So this is theright solution to the question of difference or diversity.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