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The Treaty of Hudaybiyyah</w:t>
      </w:r>
    </w:p>
    <w:p>
      <w:r>
        <w:rPr>
          <w:sz w:val="18"/>
        </w:rPr>
        <w:t>Q&amp;A, lecture moments and clips · full transcripts with timestamps · exported 2026-09-21</w:t>
      </w:r>
    </w:p>
    <w:p>
      <w:pPr>
        <w:pStyle w:val="Heading1"/>
      </w:pPr>
      <w:r>
        <w:t>Maulana was asked (7)</w:t>
      </w:r>
    </w:p>
    <w:p>
      <w:pPr>
        <w:pStyle w:val="Heading2"/>
      </w:pPr>
      <w:r>
        <w:t>Why Ignore Treaty of Hudaybiyyah?</w:t>
      </w:r>
    </w:p>
    <w:p>
      <w:r>
        <w:rPr>
          <w:color w:val="666666"/>
          <w:sz w:val="18"/>
        </w:rPr>
        <w:t>Man and Angels April 27, 2014 · 59s · at 1:01:50 · https://youtu.be/b3fk1cakPeo?t=3710</w:t>
      </w:r>
    </w:p>
    <w:p>
      <w:r>
        <w:rPr>
          <w:i/>
        </w:rPr>
        <w:t>“Muslims glorify the pattern of God's help in the battle of Badr and somehow the Treaty of Hudaybiyyah is usually ignored. What is the reason for this?”</w:t>
      </w:r>
    </w:p>
    <w:p>
      <w:r>
        <w:rPr>
          <w:sz w:val="20"/>
        </w:rPr>
        <w:t>1:01:50  Maulana, agla sawal Ajmer se Dr Safina Tabassum ne kiya hai. Unhone likha hai: "Moulana sahib, Muslims glorify the pattern of God's help in the battle of Badr and somehow the Treaty of Hudaybiyyah is usually ignored.</w:t>
      </w:r>
      <w:r>
        <w:br/>
      </w:r>
      <w:r>
        <w:rPr>
          <w:sz w:val="20"/>
        </w:rPr>
        <w:t>1:02:08  What is the reason for this?"</w:t>
      </w:r>
      <w:r>
        <w:br/>
      </w:r>
      <w:r>
        <w:rPr>
          <w:sz w:val="20"/>
        </w:rPr>
        <w:t>1:02:11  Bhai, is par to aap bahut likh chuke hain. Aap hamari kitabein padhiye. Musalman na jante hain Hudaybiyyah ko aur na jante hain Badr ko.</w:t>
      </w:r>
      <w:r>
        <w:br/>
      </w:r>
      <w:r>
        <w:rPr>
          <w:sz w:val="20"/>
        </w:rPr>
        <w:t>1:02:20  Yeh akhbari baatein padh padh kar ke is ko ghataate hain aur is ko badhaate hain. Yeh jin Musalmanon ki aap baatein kar rahe hain, aap woh na Hudaybiyyah ko jante hain na Badr ko jante hain.</w:t>
      </w:r>
      <w:r>
        <w:br/>
      </w:r>
      <w:r>
        <w:rPr>
          <w:sz w:val="20"/>
        </w:rPr>
        <w:t>1:02:31  Baghair padhe hue, suni sunai baaton par bolte rehte hain. Aap hamari kitabein padhiye to aap ko maloom hoga ke Badr ki haqeeqat kya hai, Hudaybiyyah ki haqeeqat kya hai.</w:t>
      </w:r>
      <w:r>
        <w:br/>
      </w:r>
      <w:r>
        <w:rPr>
          <w:sz w:val="20"/>
        </w:rPr>
        <w:t>1:02:46  Phir yeh masla hal ho jayega.</w:t>
      </w:r>
    </w:p>
    <w:p>
      <w:pPr>
        <w:pStyle w:val="Heading2"/>
      </w:pPr>
      <w:r>
        <w:t>Wisdom of Prophet at Hudaybiyyah Treaty</w:t>
      </w:r>
    </w:p>
    <w:p>
      <w:r>
        <w:rPr>
          <w:color w:val="666666"/>
          <w:sz w:val="18"/>
        </w:rPr>
        <w:t>Islamic Wisdom July 17, 2016 · 2m 59s · at 53:55 · https://youtu.be/jB4ugN0K-AM?t=3235</w:t>
      </w:r>
    </w:p>
    <w:p>
      <w:r>
        <w:rPr>
          <w:i/>
        </w:rPr>
        <w:t>“Please tell us about the wisdom followed by the Prophet of Islam at the time of Hudaybiyyah Treaty.”</w:t>
      </w:r>
    </w:p>
    <w:p>
      <w:r>
        <w:rPr>
          <w:sz w:val="20"/>
        </w:rPr>
        <w:t>53:55  maulana, agla sawal, agla sawal dilli se miss mariya khan ne kiya hai.</w:t>
      </w:r>
      <w:r>
        <w:br/>
      </w:r>
      <w:r>
        <w:rPr>
          <w:sz w:val="20"/>
        </w:rPr>
        <w:t>54:01  انہوں نے آپ سے پوچھا ہے کہ: "Please tell us about the wisdom followed by the Prophet of</w:t>
      </w:r>
      <w:r>
        <w:br/>
      </w:r>
      <w:r>
        <w:rPr>
          <w:sz w:val="20"/>
        </w:rPr>
        <w:t>54:08  islam at the time of hudaybiyyah treaty. dekhen, hudaybiyyah treaty mein kya hua tha ke do option rasool</w:t>
      </w:r>
      <w:r>
        <w:br/>
      </w:r>
      <w:r>
        <w:rPr>
          <w:sz w:val="20"/>
        </w:rPr>
        <w:t>54:16  allah ke samne the.</w:t>
      </w:r>
      <w:r>
        <w:br/>
      </w:r>
      <w:r>
        <w:rPr>
          <w:sz w:val="20"/>
        </w:rPr>
        <w:t>54:18  ek tha option tha war, kyunke woh log tayar the war karne ke liye.</w:t>
      </w:r>
      <w:r>
        <w:br/>
      </w:r>
      <w:r>
        <w:rPr>
          <w:sz w:val="20"/>
        </w:rPr>
        <w:t>54:24  dusra option tha peaceful agreement.</w:t>
      </w:r>
      <w:r>
        <w:br/>
      </w:r>
      <w:r>
        <w:rPr>
          <w:sz w:val="20"/>
        </w:rPr>
        <w:t>54:26  achha, agar war hoti to kya hota? blood shed bas.</w:t>
      </w:r>
      <w:r>
        <w:br/>
      </w:r>
      <w:r>
        <w:rPr>
          <w:sz w:val="20"/>
        </w:rPr>
        <w:t>54:31  aur phir kya hota? nafrat barhti, hate barhta.</w:t>
      </w:r>
      <w:r>
        <w:br/>
      </w:r>
      <w:r>
        <w:rPr>
          <w:sz w:val="20"/>
        </w:rPr>
        <w:t>54:34  phir kya hota? dawat ke awqaf jo the, woh bhi khatm ho jate, kyunke hate jahan ho, jahan</w:t>
      </w:r>
      <w:r>
        <w:br/>
      </w:r>
      <w:r>
        <w:rPr>
          <w:sz w:val="20"/>
        </w:rPr>
        <w:t>54:42  rate ho, intolerance ho, wahan dawat ho nahi sakti.</w:t>
      </w:r>
      <w:r>
        <w:br/>
      </w:r>
      <w:r>
        <w:rPr>
          <w:sz w:val="20"/>
        </w:rPr>
        <w:t>54:46  dawat hoti hai naasaana mahol mein, yani hamdardi ke mahol mein, normal mahol mein.</w:t>
      </w:r>
      <w:r>
        <w:br/>
      </w:r>
      <w:r>
        <w:rPr>
          <w:sz w:val="20"/>
        </w:rPr>
        <w:t>54:52  to agar rasool allah salallaho alaihi wasallam like ka option lete to aap ka mission hi jibril</w:t>
      </w:r>
      <w:r>
        <w:br/>
      </w:r>
      <w:r>
        <w:rPr>
          <w:sz w:val="20"/>
        </w:rPr>
        <w:t>54:59  ho raha tha.</w:t>
      </w:r>
      <w:r>
        <w:br/>
      </w:r>
      <w:r>
        <w:rPr>
          <w:sz w:val="20"/>
        </w:rPr>
        <w:t>55:01  mission to tha logon tak pahunchana.</w:t>
      </w:r>
      <w:r>
        <w:br/>
      </w:r>
      <w:r>
        <w:rPr>
          <w:sz w:val="20"/>
        </w:rPr>
        <w:t>55:03  message woh pahunchane ka mahol hi khatm hota tha.</w:t>
      </w:r>
      <w:r>
        <w:br/>
      </w:r>
      <w:r>
        <w:rPr>
          <w:sz w:val="20"/>
        </w:rPr>
        <w:t>55:07  is ke baad jab aap ne peaceful agreement kar liya aur wapas chale gaye to sare awqaf</w:t>
      </w:r>
      <w:r>
        <w:br/>
      </w:r>
      <w:r>
        <w:rPr>
          <w:sz w:val="20"/>
        </w:rPr>
        <w:t>55:15  jo hain khul gaye, yani ladai karne mein awqaf band hote the aur peaceful agreement mein awqaf</w:t>
      </w:r>
      <w:r>
        <w:br/>
      </w:r>
      <w:r>
        <w:rPr>
          <w:sz w:val="20"/>
        </w:rPr>
        <w:t>55:23  khul gaye.</w:t>
      </w:r>
      <w:r>
        <w:br/>
      </w:r>
      <w:r>
        <w:rPr>
          <w:sz w:val="20"/>
        </w:rPr>
        <w:t>55:24  to ek ek ek ek muhaddis ne likha hai ke is ke baad kya hua? Sirat Ibn Kathir</w:t>
      </w:r>
      <w:r>
        <w:br/>
      </w:r>
      <w:r>
        <w:rPr>
          <w:sz w:val="20"/>
        </w:rPr>
        <w:t>55:32  mein aap is ko parh sakte hain ya Al-Badaya wa Al-Nihaya mein parh sakte hain ke pehle aana jana</w:t>
      </w:r>
      <w:r>
        <w:br/>
      </w:r>
      <w:r>
        <w:rPr>
          <w:sz w:val="20"/>
        </w:rPr>
        <w:t>55:40  band tha, interaction band tha, kyunke yaani dono taraf, yaani woh tha, dono taraf, dono uth war the,</w:t>
      </w:r>
      <w:r>
        <w:br/>
      </w:r>
      <w:r>
        <w:rPr>
          <w:sz w:val="20"/>
        </w:rPr>
        <w:t>55:47  dono, yaani dono group jo tha, uth war tha.</w:t>
      </w:r>
      <w:r>
        <w:br/>
      </w:r>
      <w:r>
        <w:rPr>
          <w:sz w:val="20"/>
        </w:rPr>
        <w:t>55:51  to yeh wahan jo nahi jata tha, woh idhar nahi ate the.</w:t>
      </w:r>
      <w:r>
        <w:br/>
      </w:r>
      <w:r>
        <w:rPr>
          <w:sz w:val="20"/>
        </w:rPr>
        <w:t>55:56  jab dono uth war hon to kaise jayenge? Lekin jab yeh hoga agreement ke koi kisi ko</w:t>
      </w:r>
      <w:r>
        <w:br/>
      </w:r>
      <w:r>
        <w:rPr>
          <w:sz w:val="20"/>
        </w:rPr>
        <w:t>56:04  marega nahi, koi kisi ko par talwar nahi chalayega, to peaceful interaction shuru hoga.</w:t>
      </w:r>
      <w:r>
        <w:br/>
      </w:r>
      <w:r>
        <w:rPr>
          <w:sz w:val="20"/>
        </w:rPr>
        <w:t>56:11  khoob log idhar gaye, idhar gaye, idhar gaye, idhar gaye.</w:t>
      </w:r>
      <w:r>
        <w:br/>
      </w:r>
      <w:r>
        <w:rPr>
          <w:sz w:val="20"/>
        </w:rPr>
        <w:t>56:16  to unhon ne likha hai ke peaceful interaction ki wajah se Islam zyada tar phail gaya.</w:t>
      </w:r>
      <w:r>
        <w:br/>
      </w:r>
      <w:r>
        <w:rPr>
          <w:sz w:val="20"/>
        </w:rPr>
        <w:t>56:23  yeh ghaleban Ibn Shihab al-Zuhri ne likha hai, yeh yeh Sirat Ibn Kathir mein.</w:t>
      </w:r>
      <w:r>
        <w:br/>
      </w:r>
      <w:r>
        <w:rPr>
          <w:sz w:val="20"/>
        </w:rPr>
        <w:t>56:29  aur bilkul sahi baat hai ke Hudaybiyyah se pehle interaction ruka hua tha, kyunke war ke halaat the.</w:t>
      </w:r>
      <w:r>
        <w:br/>
      </w:r>
      <w:r>
        <w:rPr>
          <w:sz w:val="20"/>
        </w:rPr>
        <w:t>56:37  Hudaybiyyah ke baad jab peace ke halaat ho gaye to interaction barh gaya, to interaction barh gaya, dawah</w:t>
      </w:r>
      <w:r>
        <w:br/>
      </w:r>
      <w:r>
        <w:rPr>
          <w:sz w:val="20"/>
        </w:rPr>
        <w:t>56:44  barh gayi.</w:t>
      </w:r>
      <w:r>
        <w:br/>
      </w:r>
      <w:r>
        <w:rPr>
          <w:sz w:val="20"/>
        </w:rPr>
        <w:t>56:46  interaction hi se dawah hoti hai.</w:t>
      </w:r>
      <w:r>
        <w:br/>
      </w:r>
      <w:r>
        <w:rPr>
          <w:sz w:val="20"/>
        </w:rPr>
        <w:t>56:48  to ghaleban Ibn Shihab al-Zuhri ki baat yeh hai aur bohat sahi baat hai.</w:t>
      </w:r>
    </w:p>
    <w:p>
      <w:pPr>
        <w:pStyle w:val="Heading2"/>
      </w:pPr>
      <w:r>
        <w:t>Why scholars ignore Hudaibiya Treaty importance</w:t>
      </w:r>
    </w:p>
    <w:p>
      <w:r>
        <w:rPr>
          <w:color w:val="666666"/>
          <w:sz w:val="18"/>
        </w:rPr>
        <w:t>How to Manage Controversy 10 Nov 2019 - Maulana Wahiduddin Khan · 1m 36s · at 54:01 · https://youtu.be/UafTzJXHrSA?t=3241</w:t>
      </w:r>
    </w:p>
    <w:p>
      <w:r>
        <w:rPr>
          <w:i/>
        </w:rPr>
        <w:t>“What is the reason that our scholars give as much importance to the battles (Ghazawat) but do not give that much importance to the Treaty of Hudaibiya? Both are such that Allah gave victory through the Treaty of Hudaibiya. Are they unable to grasp the wisdom of it? What is the reason for this?”</w:t>
      </w:r>
    </w:p>
    <w:p>
      <w:r>
        <w:rPr>
          <w:sz w:val="20"/>
        </w:rPr>
        <w:t>54:01  Maulana, agla sawal bheja hai Ms Shabana Ansari ne Pakistan se. unhon ne likha hai: "Maulana, kya wajah hai ke hamare ulama jitni importance ghazwat ko dete hain, utni importance Hudaybiyyah treaty ko nahin dete?" although, Allah has given victory on Hudaybiyyah treaty.</w:t>
      </w:r>
      <w:r>
        <w:br/>
      </w:r>
      <w:r>
        <w:rPr>
          <w:sz w:val="20"/>
        </w:rPr>
        <w:t>54:23  are they unable to grasp the wisdom of i</w:t>
      </w:r>
      <w:r>
        <w:br/>
      </w:r>
      <w:r>
        <w:rPr>
          <w:sz w:val="20"/>
        </w:rPr>
        <w:t>54:26  t. what is the reason for this? aap in hazraat ki majlison mein baithiye aur suniye. kisi bhi in hazraat ki kisi bhi majlis mein aap Allah ke darr ka taassur nahin payenge.</w:t>
      </w:r>
      <w:r>
        <w:br/>
      </w:r>
      <w:r>
        <w:rPr>
          <w:sz w:val="20"/>
        </w:rPr>
        <w:t>54:43  doosri doosri baaten milen gi aap ko. to yeh to yeh to Quran o Hadees se sabit hai</w:t>
      </w:r>
      <w:r>
        <w:br/>
      </w:r>
      <w:r>
        <w:rPr>
          <w:sz w:val="20"/>
        </w:rPr>
        <w:t>54:56  keh allah ka dar jab nikal jaye to aur bhi har cheez nikal jati hai. aur yeh mujh se poochne ki zaroorat nahi hai.</w:t>
      </w:r>
      <w:r>
        <w:br/>
      </w:r>
      <w:r>
        <w:rPr>
          <w:sz w:val="20"/>
        </w:rPr>
        <w:t>55:09  aap kisi bhi un hazraat ke jo musalmanon ke leader bane bane hue hain, leaderi kar rahe hain, un ki kisi majlis mein ja ke parh jaiye.</w:t>
      </w:r>
      <w:r>
        <w:br/>
      </w:r>
      <w:r>
        <w:rPr>
          <w:sz w:val="20"/>
        </w:rPr>
        <w:t>55:21  aap dekhenge ke wahan</w:t>
      </w:r>
      <w:r>
        <w:br/>
      </w:r>
      <w:r>
        <w:rPr>
          <w:sz w:val="20"/>
        </w:rPr>
        <w:t>55:26  allah ke dar ka koi khana hi nahi hai, koi khana hi nahi hai.</w:t>
      </w:r>
    </w:p>
    <w:p>
      <w:pPr>
        <w:pStyle w:val="Heading2"/>
      </w:pPr>
      <w:r>
        <w:t>Is UN Charter Culmination of Hudaibiya Treaty</w:t>
      </w:r>
    </w:p>
    <w:p>
      <w:r>
        <w:rPr>
          <w:color w:val="666666"/>
          <w:sz w:val="18"/>
        </w:rPr>
        <w:t>Living in a New Age | March 26, 2017 · 54s · at 50:50 · https://youtu.be/iST0AxQscKo?t=3050</w:t>
      </w:r>
    </w:p>
    <w:p>
      <w:r>
        <w:rPr>
          <w:i/>
        </w:rPr>
        <w:t>“Can we say that the United Nations Charter is the culmination of Sulh Hudaibiya (the Treaty of Hudaibiya)?”</w:t>
      </w:r>
    </w:p>
    <w:p>
      <w:r>
        <w:rPr>
          <w:sz w:val="20"/>
        </w:rPr>
        <w:t>50:50  Maulana Miss Shabana Ansari ne Pakistan se sawal bheja hai.</w:t>
      </w:r>
      <w:r>
        <w:br/>
      </w:r>
      <w:r>
        <w:rPr>
          <w:sz w:val="20"/>
        </w:rPr>
        <w:t>50:56  unhon ne likha hai ke Maulana sahib can we say that United Nations charter is culmination of sulah</w:t>
      </w:r>
      <w:r>
        <w:br/>
      </w:r>
      <w:r>
        <w:rPr>
          <w:sz w:val="20"/>
        </w:rPr>
        <w:t>51:02  Hudaibiyah? Aap jo bhi kahiye yeh bhi keh sakte hain aap.</w:t>
      </w:r>
      <w:r>
        <w:br/>
      </w:r>
      <w:r>
        <w:rPr>
          <w:sz w:val="20"/>
        </w:rPr>
        <w:t>51:08  lekin yeh aap</w:t>
      </w:r>
      <w:r>
        <w:br/>
      </w:r>
      <w:r>
        <w:rPr>
          <w:sz w:val="20"/>
        </w:rPr>
        <w:t>51:14  wazahat agar yani fazilat ke lehaz se kahein ke hamara hamara credit hai to yeh galat hoga.</w:t>
      </w:r>
      <w:r>
        <w:br/>
      </w:r>
      <w:r>
        <w:rPr>
          <w:sz w:val="20"/>
        </w:rPr>
        <w:t>51:21  musalmanon ka mizaj yeh hai ke har cheez credit khud lana chahte hain.</w:t>
      </w:r>
      <w:r>
        <w:br/>
      </w:r>
      <w:r>
        <w:rPr>
          <w:sz w:val="20"/>
        </w:rPr>
        <w:t>51:29  nahi woh Allah Allah ta'ala ne ek halaat badle ek naya process jari kiya is ka culmination hai.</w:t>
      </w:r>
      <w:r>
        <w:br/>
      </w:r>
      <w:r>
        <w:rPr>
          <w:sz w:val="20"/>
        </w:rPr>
        <w:t>51:37  aap chahein ke musalmanon ko credit dein yeh koi healthy soch nahi hai. Maulana likh</w:t>
      </w:r>
    </w:p>
    <w:p>
      <w:pPr>
        <w:pStyle w:val="Heading2"/>
      </w:pPr>
      <w:r>
        <w:t>Why Prophet rejected Abu Sufyan's peace offer</w:t>
      </w:r>
    </w:p>
    <w:p>
      <w:r>
        <w:rPr>
          <w:color w:val="666666"/>
          <w:sz w:val="18"/>
        </w:rPr>
        <w:t>Man and Angels April 27, 2014 · 56s · at 1:03:34 · https://youtu.be/b3fk1cakPeo?t=3814</w:t>
      </w:r>
    </w:p>
    <w:p>
      <w:r>
        <w:rPr>
          <w:i/>
        </w:rPr>
        <w:t>“When the Treaty of Hudaybiyyah was broken, Abu Sufyan approached the Prophet to renew it. But the Prophet did not do so. Now some people are asking if Islam gives prime importance to peace over war. Then why did the Prophet not accept Abu Sufyan's offer?”</w:t>
      </w:r>
    </w:p>
    <w:p>
      <w:r>
        <w:rPr>
          <w:sz w:val="20"/>
        </w:rPr>
        <w:t>1:03:34  Maulana, agla sawal Muhammad Abdullah sahib ne kiya hai Kolkata se. Unhon ne likha hai: "When sulah Hudaybiyyah was broken, Abu Sufyan approached Prophet to renew it.</w:t>
      </w:r>
      <w:r>
        <w:br/>
      </w:r>
      <w:r>
        <w:rPr>
          <w:sz w:val="20"/>
        </w:rPr>
        <w:t>1:03:49  But Prophet did not do so. Now some people are asking if Islam gives prime importance to sulah over jang.</w:t>
      </w:r>
      <w:r>
        <w:br/>
      </w:r>
      <w:r>
        <w:rPr>
          <w:sz w:val="20"/>
        </w:rPr>
        <w:t>1:03:59  Then why did not the Prophet accept Abu Sufyan's offer?</w:t>
      </w:r>
      <w:r>
        <w:br/>
      </w:r>
      <w:r>
        <w:rPr>
          <w:sz w:val="20"/>
        </w:rPr>
        <w:t>1:04:04  " Maulana, please comment on this. Dekhiye, yeh aap yeh baat aap likh chuke hain kitab mein, woh aap us ko parhiye. Main baar baar maine kaha hai ke jo baat kitab mein aa chuki hai, us ke upar ek kitab ko parha jaye.</w:t>
      </w:r>
      <w:r>
        <w:br/>
      </w:r>
      <w:r>
        <w:rPr>
          <w:sz w:val="20"/>
        </w:rPr>
        <w:t>1:04:15  Phir sawal kiya jaye. Aap us ko parhiye, hamari seerat par kai kitabein hain, us ko parhiye aap.</w:t>
      </w:r>
      <w:r>
        <w:br/>
      </w:r>
      <w:r>
        <w:rPr>
          <w:sz w:val="20"/>
        </w:rPr>
        <w:t>1:04:25  Phir sawal kijiye.</w:t>
      </w:r>
    </w:p>
    <w:p>
      <w:pPr>
        <w:pStyle w:val="Heading2"/>
      </w:pPr>
      <w:r>
        <w:t>Why Muslims ignore Hudaybiyah peace agreement</w:t>
      </w:r>
    </w:p>
    <w:p>
      <w:r>
        <w:rPr>
          <w:color w:val="666666"/>
          <w:sz w:val="18"/>
        </w:rPr>
        <w:t>The Age of Alternative April 24, 2016 · 1m 50s · at 46:10 · https://youtu.be/JoilI-TK4Ig?t=2770</w:t>
      </w:r>
    </w:p>
    <w:p>
      <w:r>
        <w:rPr>
          <w:i/>
        </w:rPr>
        <w:t>“Moulana, you have always referred to the Hudaybiyah Agreement as a peace agreement, and the lesson from it is as clear as day is after night. However, when we talk to Muslim brothers, they always refer to verses and hadith pertaining to war to justify violence in the name of Islam. Why is it so difficult for them that they give no importance to the Hudaybiyah Treaty, and what is the reason for this, Moulana?”</w:t>
      </w:r>
    </w:p>
    <w:p>
      <w:r>
        <w:rPr>
          <w:sz w:val="20"/>
        </w:rPr>
        <w:t>46:10  yeh hai is ka raaz. maulana, agla sawal bhopal se bheja hai salman sahib ne, aur unhon ne likha hai: "maulana, you have always referred to Hudaybiyyah agreement as peace agreement.</w:t>
      </w:r>
      <w:r>
        <w:br/>
      </w:r>
      <w:r>
        <w:rPr>
          <w:sz w:val="20"/>
        </w:rPr>
        <w:t>46:24  the lesson from it is as clear as day is after night. however, when we talk to muslim brothers, they always referred to verses or hadith pertaining to war to justify the violence in the name of Islam.</w:t>
      </w:r>
      <w:r>
        <w:br/>
      </w:r>
      <w:r>
        <w:rPr>
          <w:sz w:val="20"/>
        </w:rPr>
        <w:t>46:41  why is it so difficult for them that they give no importance to Hudaybiyyah treaty? what is the reason for this, mol</w:t>
      </w:r>
      <w:r>
        <w:br/>
      </w:r>
      <w:r>
        <w:rPr>
          <w:sz w:val="20"/>
        </w:rPr>
        <w:t>46:49  ana sahib?" dekhiye, aap ne koi hadees to naqal nahi ki, to mein batata hoon aap ko. musalmanon ka mizaj yeh hai ke apne maqsad ke liye aayaton aur hadeeson ko tor maror kar pesh karte hain.</w:t>
      </w:r>
      <w:r>
        <w:br/>
      </w:r>
      <w:r>
        <w:rPr>
          <w:sz w:val="20"/>
        </w:rPr>
        <w:t>47:02  aap koi ayat, koi hadees batayein to mein us ka wazahat karunga is ki ke jo aayatein ya jo hadeesein yeh log jang ke liye pesh karte hain, woh sab tor maror kar hoti hain, distorted way hoti hain, sahi sadak par nahi hoti.</w:t>
      </w:r>
      <w:r>
        <w:br/>
      </w:r>
      <w:r>
        <w:rPr>
          <w:sz w:val="20"/>
        </w:rPr>
        <w:t>47:17  okay, before we move on to the next question, we would like to tell all the viewers, particularly from the Pakistan area, that the Pakistan team has participated in the book fair which is going on currently at Islamabad, and today is the last day of the book fair.</w:t>
      </w:r>
      <w:r>
        <w:br/>
      </w:r>
      <w:r>
        <w:rPr>
          <w:sz w:val="20"/>
        </w:rPr>
        <w:t>47:36  so all those people who want to buy Maulana sahib's books, particularly his recent publications, can go to stall number 39 at Pak China Friendship Centre.</w:t>
      </w:r>
      <w:r>
        <w:br/>
      </w:r>
      <w:r>
        <w:rPr>
          <w:sz w:val="20"/>
        </w:rPr>
        <w:t>47:48  you can contact there Tariq Badar sahib, Saifullah sahib, Tariq Habib sahib, and sister Shabana Ansari to get books of Maulana sahib.</w:t>
      </w:r>
    </w:p>
    <w:p>
      <w:pPr>
        <w:pStyle w:val="Heading2"/>
      </w:pPr>
      <w:r>
        <w:t>Caliphate Wars and the Sunnah of Hudaybiyyah</w:t>
      </w:r>
    </w:p>
    <w:p>
      <w:r>
        <w:rPr>
          <w:color w:val="666666"/>
          <w:sz w:val="18"/>
        </w:rPr>
        <w:t>Hadith Prediction November 3, 2013 · 1m 13s · at 47:59 · https://youtu.be/cb5Lzw9c8aE?t=2879</w:t>
      </w:r>
    </w:p>
    <w:p>
      <w:r>
        <w:rPr>
          <w:i/>
        </w:rPr>
        <w:t>“Why did the Rightly Guided Caliphate not follow the Sunnah of Hudaybiyyah? Why did they fight against Rome and Iran?”</w:t>
      </w:r>
    </w:p>
    <w:p>
      <w:r>
        <w:rPr>
          <w:sz w:val="20"/>
        </w:rPr>
        <w:t>47:59  maulana, agla sawal lene se pehle ek comment padhna chahenge jo ajmer se doctor safina tabassum ne bheja hai. unhon ne likha hai: "thanks maulana sahib for making us understand the khule ke azeem and helping us avoid the great loss that we would have suffered."</w:t>
      </w:r>
      <w:r>
        <w:br/>
      </w:r>
      <w:r>
        <w:rPr>
          <w:sz w:val="20"/>
        </w:rPr>
        <w:t>48:19  maulana, agla sawal bhopal se hai. rehan khan sahib ne kiya hai, unhon ne likha hai: "why did khilafat rashideen did not follow sunnat of hudaybiya?</w:t>
      </w:r>
      <w:r>
        <w:br/>
      </w:r>
      <w:r>
        <w:rPr>
          <w:sz w:val="20"/>
        </w:rPr>
        <w:t>48:32  why did they fight against rome and iran?" is ke bare mein batayen.</w:t>
      </w:r>
      <w:r>
        <w:br/>
      </w:r>
      <w:r>
        <w:rPr>
          <w:sz w:val="20"/>
        </w:rPr>
        <w:t>48:41  nahi yaar, yeh aap ka sawal sahi nahi hai. aap ki tafseel janne ke liye meri kitab padhiye, deen e kamil</w:t>
      </w:r>
      <w:r>
        <w:br/>
      </w:r>
      <w:r>
        <w:rPr>
          <w:sz w:val="20"/>
        </w:rPr>
        <w:t>48:47  . is mein tafseel se likha hai aap ne. to woh to log hudaybiya se nahi tha, woh woh alag masla hai. masail ki bahut si qismein hoti hain, har har har har jagah ek hi principle apply nahi hota hai.</w:t>
      </w:r>
      <w:r>
        <w:br/>
      </w:r>
      <w:r>
        <w:rPr>
          <w:sz w:val="20"/>
        </w:rPr>
        <w:t>49:01  woh alag principle hai, wahan alag principle hai. aap pehle padh lijiyega meri kitab, deen e kamil, phir aap sawal kijiyega agle sunday ko, inshallah.</w:t>
      </w:r>
    </w:p>
    <w:p>
      <w:pPr>
        <w:pStyle w:val="Heading1"/>
      </w:pPr>
      <w:r>
        <w:t>In the lectures (8)</w:t>
      </w:r>
    </w:p>
    <w:p>
      <w:pPr>
        <w:pStyle w:val="Heading2"/>
      </w:pPr>
      <w:r>
        <w:t>Man and Angels April 27, 2014</w:t>
      </w:r>
    </w:p>
    <w:p>
      <w:r>
        <w:rPr>
          <w:color w:val="666666"/>
          <w:sz w:val="18"/>
        </w:rPr>
        <w:t>1:01:50 · https://youtu.be/b3fk1cakPeo?t=3710</w:t>
      </w:r>
    </w:p>
    <w:p>
      <w:r>
        <w:rPr>
          <w:i/>
        </w:rPr>
        <w:t>“مولانا، اگلا سوال اجمیر سے ڈاکٹر سفینہ تبسم نے کیا ہے۔ انہوں نے لکھا ہے: "Moulana صاحب، Muslims glorify the pattern of God's help in the battle of Badr and somehow the Treaty of Hudaybiyyah is usually ignored.”</w:t>
      </w:r>
    </w:p>
    <w:p>
      <w:pPr>
        <w:pStyle w:val="Heading2"/>
      </w:pPr>
      <w:r>
        <w:t>The Concept of Taleef in Islam August 3, 2007</w:t>
      </w:r>
    </w:p>
    <w:p>
      <w:r>
        <w:rPr>
          <w:color w:val="666666"/>
          <w:sz w:val="18"/>
        </w:rPr>
        <w:t>45:06 · https://youtu.be/IHAeOuCThHg?t=2706</w:t>
      </w:r>
    </w:p>
    <w:p>
      <w:r>
        <w:rPr>
          <w:i/>
        </w:rPr>
        <w:t>“finalized the agreement which is called the Hudaybiyyah agreement”</w:t>
      </w:r>
    </w:p>
    <w:p>
      <w:pPr>
        <w:pStyle w:val="Heading2"/>
      </w:pPr>
      <w:r>
        <w:t>From Anger to Awareness A Journey with Maulana Wahiduddin Khan</w:t>
      </w:r>
    </w:p>
    <w:p>
      <w:r>
        <w:rPr>
          <w:color w:val="666666"/>
          <w:sz w:val="18"/>
        </w:rPr>
        <w:t>24:37 · https://youtu.be/EmHNgq0Iq1w?t=1477</w:t>
      </w:r>
    </w:p>
    <w:p>
      <w:r>
        <w:rPr>
          <w:i/>
        </w:rPr>
        <w:t>“Uh, look at the example of the Hudaybiyyah Treaty; we discussed about it.”</w:t>
      </w:r>
    </w:p>
    <w:p>
      <w:pPr>
        <w:pStyle w:val="Heading2"/>
      </w:pPr>
      <w:r>
        <w:t>From Anger to Awareness A Journey with Maulana Wahiduddin Khan</w:t>
      </w:r>
    </w:p>
    <w:p>
      <w:r>
        <w:rPr>
          <w:color w:val="666666"/>
          <w:sz w:val="18"/>
        </w:rPr>
        <w:t>12:16 · https://youtu.be/EmHNgq0Iq1w?t=736</w:t>
      </w:r>
    </w:p>
    <w:p>
      <w:r>
        <w:rPr>
          <w:i/>
        </w:rPr>
        <w:t>“The Hudaybiyyah Treaty was, uh, signed at a place called Hudaybiyyah. It is 24 kilometers, uh, away from the Kaaba, and hence the name, uh, Hudaybiyyah”</w:t>
      </w:r>
    </w:p>
    <w:p>
      <w:pPr>
        <w:pStyle w:val="Heading2"/>
      </w:pPr>
      <w:r>
        <w:t>From Anger to Awareness A Journey with Maulana Wahiduddin Khan</w:t>
      </w:r>
    </w:p>
    <w:p>
      <w:r>
        <w:rPr>
          <w:color w:val="666666"/>
          <w:sz w:val="18"/>
        </w:rPr>
        <w:t>26:44 · https://youtu.be/EmHNgq0Iq1w?t=1604</w:t>
      </w:r>
    </w:p>
    <w:p>
      <w:r>
        <w:rPr>
          <w:i/>
        </w:rPr>
        <w:t>“Yeah, beautifully you explained about the value and the importance of the Hudaybiyyah Treaty and how people behaved and reacted. Uh,”</w:t>
      </w:r>
    </w:p>
    <w:p>
      <w:pPr>
        <w:pStyle w:val="Heading2"/>
      </w:pPr>
      <w:r>
        <w:t>Islam and Terrorism | August 2, 2007</w:t>
      </w:r>
    </w:p>
    <w:p>
      <w:r>
        <w:rPr>
          <w:color w:val="666666"/>
          <w:sz w:val="18"/>
        </w:rPr>
        <w:t>43:10 · https://youtu.be/Wmq-s9wzeBk?t=2590</w:t>
      </w:r>
    </w:p>
    <w:p>
      <w:r>
        <w:rPr>
          <w:i/>
        </w:rPr>
        <w:t>“a peace treaty that is called the Hudaybiyyah Agreement. You know, the Hudaybiyyah Agreement was basically a peace treaty. It was a peace agreement. It was also a sabr phenomenon because in this agreement, the other party, that is Quraysh, they demand”</w:t>
      </w:r>
    </w:p>
    <w:p>
      <w:pPr>
        <w:pStyle w:val="Heading2"/>
      </w:pPr>
      <w:r>
        <w:t>Islam and Terrorism February 10, 2009 Maulana Wahiduddin Khan</w:t>
      </w:r>
    </w:p>
    <w:p>
      <w:r>
        <w:rPr>
          <w:color w:val="666666"/>
          <w:sz w:val="18"/>
        </w:rPr>
        <w:t>55:31 · https://youtu.be/vCEjp0w7Qjo?t=3331</w:t>
      </w:r>
    </w:p>
    <w:p>
      <w:r>
        <w:rPr>
          <w:i/>
        </w:rPr>
        <w:t>“ace. This is called the Hudaybiyyah. The Hudaybiyyah Agreement was finalized on unilateral conditions. Why?”</w:t>
      </w:r>
    </w:p>
    <w:p>
      <w:pPr>
        <w:pStyle w:val="Heading2"/>
      </w:pPr>
      <w:r>
        <w:t>The Concept of Justice in Islam May 03, 2007</w:t>
      </w:r>
    </w:p>
    <w:p>
      <w:r>
        <w:rPr>
          <w:color w:val="666666"/>
          <w:sz w:val="18"/>
        </w:rPr>
        <w:t>22:23 · https://youtu.be/DY5SY8H554c?t=1343</w:t>
      </w:r>
    </w:p>
    <w:p>
      <w:r>
        <w:rPr>
          <w:i/>
        </w:rPr>
        <w:t>“There was a negotiation at Hudaybiyah. Hudaybiyah. So during these negotiations,”</w:t>
      </w:r>
    </w:p>
    <w:p>
      <w:pPr>
        <w:pStyle w:val="Heading1"/>
      </w:pPr>
      <w:r>
        <w:t>Clips (10)</w:t>
      </w:r>
    </w:p>
    <w:p>
      <w:pPr>
        <w:pStyle w:val="Heading2"/>
      </w:pPr>
      <w:r>
        <w:t>Avoiding confrontation: Hudaybiyyah and conquest of Makkah</w:t>
      </w:r>
    </w:p>
    <w:p>
      <w:r>
        <w:rPr>
          <w:color w:val="666666"/>
          <w:sz w:val="18"/>
        </w:rPr>
        <w:t>From Anger to Awareness A Journey with Maulana Wahiduddin Khan · 5m 23s · at 21:21 · https://youtu.be/EmHNgq0Iq1w?t=1281</w:t>
      </w:r>
    </w:p>
    <w:p>
      <w:r>
        <w:rPr>
          <w:i/>
        </w:rPr>
        <w:t>“He was all for dialogue, not confrontation.”</w:t>
      </w:r>
    </w:p>
    <w:p>
      <w:r>
        <w:rPr>
          <w:sz w:val="20"/>
        </w:rPr>
        <w:t>21:21  So why was he opposing so much of confrontation, arguments, and debates? If you can throw some light on it. Well, he was all for, uh, dialogue.</w:t>
      </w:r>
      <w:r>
        <w:br/>
      </w:r>
      <w:r>
        <w:rPr>
          <w:sz w:val="20"/>
        </w:rPr>
        <w:t>21:32  Throughout his life, his writings, uh, his interactions were shaped by one principle: uh, do not choose confrontation; choose dialogue.</w:t>
      </w:r>
      <w:r>
        <w:br/>
      </w:r>
      <w:r>
        <w:rPr>
          <w:sz w:val="20"/>
        </w:rPr>
        <w:t>21:41  Uh, confrontation, uh, he would say, closes a mind, and dialogue opens it</w:t>
      </w:r>
      <w:r>
        <w:br/>
      </w:r>
      <w:r>
        <w:rPr>
          <w:sz w:val="20"/>
        </w:rPr>
        <w:t>21:46  . Confrontation actually leads to blindness because, uh, when confrontation begins, it leads to violence, and violence, uh, brings about the killing of innocent people.</w:t>
      </w:r>
      <w:r>
        <w:br/>
      </w:r>
      <w:r>
        <w:rPr>
          <w:sz w:val="20"/>
        </w:rPr>
        <w:t>21:57  There's a very important, uh, verse in the Quran, uh, where it says that, uh, "Beware, affliction will not smite exclusively those among you who have done wrong." It's an amazing verse.</w:t>
      </w:r>
      <w:r>
        <w:br/>
      </w:r>
      <w:r>
        <w:rPr>
          <w:sz w:val="20"/>
        </w:rPr>
        <w:t>22:12  In a way, it is saying that, uh, do not initiate confrontation,</w:t>
      </w:r>
      <w:r>
        <w:br/>
      </w:r>
      <w:r>
        <w:rPr>
          <w:sz w:val="20"/>
        </w:rPr>
        <w:t>22:16  but if you do so, then do not blame later that why are innocents being killed along with the guilty. Uh, Prophet Muhammad, uh, said something very important in this regard.</w:t>
      </w:r>
      <w:r>
        <w:br/>
      </w:r>
      <w:r>
        <w:rPr>
          <w:sz w:val="20"/>
        </w:rPr>
        <w:t>22:28  He said that, uh, evil is lying asleep; the curse of God is upon the one who awakens it. It actually means that, uh, evil is always present in the world, so</w:t>
      </w:r>
      <w:r>
        <w:br/>
      </w:r>
      <w:r>
        <w:rPr>
          <w:sz w:val="20"/>
        </w:rPr>
        <w:t>22:41  one should do utmost to avoid the ill effects, uh, of that evil. And the beginner is the one, uh, who is responsible for its aftermath.</w:t>
      </w:r>
      <w:r>
        <w:br/>
      </w:r>
      <w:r>
        <w:rPr>
          <w:sz w:val="20"/>
        </w:rPr>
        <w:t>22:52  And one important thing to understand is that, uh, whenever there is, uh, confrontation, it's always the weaker party that suffers the most. So the weaker party should also realize that, uh, they should not let difference, uh, reach the level of confront</w:t>
      </w:r>
      <w:r>
        <w:br/>
      </w:r>
      <w:r>
        <w:rPr>
          <w:sz w:val="20"/>
        </w:rPr>
        <w:t>23:07  ation because if that happens, then they cannot complain later about the consequences. Uh, you know, there is a principle in the Quran, uh, which we get from the verse that, uh, reconciliation is the best: "As-sul o khayr." The opposite of that would be confrontation is the worst.</w:t>
      </w:r>
      <w:r>
        <w:br/>
      </w:r>
      <w:r>
        <w:rPr>
          <w:sz w:val="20"/>
        </w:rPr>
        <w:t>23:27  Reconciliation is the only way that you can, uh, uh, progress, uh, a nation or a or a society. Uh,</w:t>
      </w:r>
      <w:r>
        <w:br/>
      </w:r>
      <w:r>
        <w:rPr>
          <w:sz w:val="20"/>
        </w:rPr>
        <w:t>23:35  and if you if you study the Quran, you will find that there is emphasis on dialogue. It says in one of the verses that they conduct their affairs through mutual consultations.</w:t>
      </w:r>
      <w:r>
        <w:br/>
      </w:r>
      <w:r>
        <w:rPr>
          <w:sz w:val="20"/>
        </w:rPr>
        <w:t>23:46  So dialogue is very important. Uh, the way that we see, uh, in the society that, you know, controversial matters are being argued in the form of debates or arguments, that is not the</w:t>
      </w:r>
      <w:r>
        <w:br/>
      </w:r>
      <w:r>
        <w:rPr>
          <w:sz w:val="20"/>
        </w:rPr>
        <w:t>23:58  way because in a debate, uh, one party tries to showcase its superiority over the other. There can never be learning in, uh, in a debate, but there is always learning, uh, in dialogue, and this is, uh, how the, uh, companions of the Prophet were.</w:t>
      </w:r>
      <w:r>
        <w:br/>
      </w:r>
      <w:r>
        <w:rPr>
          <w:sz w:val="20"/>
        </w:rPr>
        <w:t>24:15  It is said about, uh, Hazrat Umar bin Khattab that, uh, he would always learn from the other person.</w:t>
      </w:r>
      <w:r>
        <w:br/>
      </w:r>
      <w:r>
        <w:rPr>
          <w:sz w:val="20"/>
        </w:rPr>
        <w:t>24:22  Now, how can you learn from the other person unless you engage in a in a serious dialogue or or in an interaction? So it is very, uh, important that, uh, that one should avoid, uh, confrontation at any cost.</w:t>
      </w:r>
      <w:r>
        <w:br/>
      </w:r>
      <w:r>
        <w:rPr>
          <w:sz w:val="20"/>
        </w:rPr>
        <w:t>24:37  Uh, look at the example of the Hudaybiyyah Treaty; we discussed about it.</w:t>
      </w:r>
      <w:r>
        <w:br/>
      </w:r>
      <w:r>
        <w:rPr>
          <w:sz w:val="20"/>
        </w:rPr>
        <w:t>24:41  Uh, but do you know that there was a point when, while the treaty was signed, uh, a confrontational point arose?</w:t>
      </w:r>
      <w:r>
        <w:br/>
      </w:r>
      <w:r>
        <w:rPr>
          <w:sz w:val="20"/>
        </w:rPr>
        <w:t>24:50  And it was when, uh, the treaty was being drawn and it was to be signed. Then Prophet Muhammad, may peace be upon him, he signed with the title, uh, "This is from, uh, Messenger of God, uh, Muhammad." And, uh, Suhail ibn Amr, who was leading the delegation, he obj</w:t>
      </w:r>
      <w:r>
        <w:br/>
      </w:r>
      <w:r>
        <w:rPr>
          <w:sz w:val="20"/>
        </w:rPr>
        <w:t>25:09  ected to it. He said, uh, "We do not accept you as Messenger of God, so, uh, remove this title and simply place, uh, Muhammad ibn Abdullah, Muhammad son of Abdullah." And companions were agitated.</w:t>
      </w:r>
      <w:r>
        <w:br/>
      </w:r>
      <w:r>
        <w:rPr>
          <w:sz w:val="20"/>
        </w:rPr>
        <w:t>25:22  Uh, I mean, just imagine a title being bestowed upon by God Himself, and, uh, the Prophet agreed to remove that title.</w:t>
      </w:r>
      <w:r>
        <w:br/>
      </w:r>
      <w:r>
        <w:rPr>
          <w:sz w:val="20"/>
        </w:rPr>
        <w:t>25:33  And he simply, uh, made the companion write, uh, "Muhammad ibn Abdullah."</w:t>
      </w:r>
      <w:r>
        <w:br/>
      </w:r>
      <w:r>
        <w:rPr>
          <w:sz w:val="20"/>
        </w:rPr>
        <w:t>25:38  Uh, this is a remarkable example that the Prophet wanted to avoid confrontation at any cost, and the treaty, uh, came into existence.</w:t>
      </w:r>
      <w:r>
        <w:br/>
      </w:r>
      <w:r>
        <w:rPr>
          <w:sz w:val="20"/>
        </w:rPr>
        <w:t>25:47  And then we know what happened; the verse came down that, "We granted you a clear victory." Similarly, there was another instance when, uh, Makkah was conquered and they were about to enter Makkah.</w:t>
      </w:r>
      <w:r>
        <w:br/>
      </w:r>
      <w:r>
        <w:rPr>
          <w:sz w:val="20"/>
        </w:rPr>
        <w:t>25:59  One of the companions said that today is the day of revenge, but the Prophet said, "No, today is the day of mercy."</w:t>
      </w:r>
      <w:r>
        <w:br/>
      </w:r>
      <w:r>
        <w:rPr>
          <w:sz w:val="20"/>
        </w:rPr>
        <w:t>26:07  And, uh, he said that there is no blame on you; you all are forgiven. Twenty years of persecution, uh, the Prophet, uh, completely forgave all his opponents.</w:t>
      </w:r>
      <w:r>
        <w:br/>
      </w:r>
      <w:r>
        <w:rPr>
          <w:sz w:val="20"/>
        </w:rPr>
        <w:t>26:20  Historians have, uh, written that, uh, Makkah was conquered without blood</w:t>
      </w:r>
      <w:r>
        <w:br/>
      </w:r>
      <w:r>
        <w:rPr>
          <w:sz w:val="20"/>
        </w:rPr>
        <w:t>26:24  shed, and Maulana Wahiduddin Khan said that, uh, this is, uh, this is one of the greatest examples in human history about, uh, about peace, and it just showcases that, uh, the Prophet, uh, was not out there to conquer lands but to reform hearts.</w:t>
      </w:r>
    </w:p>
    <w:p>
      <w:pPr>
        <w:pStyle w:val="Heading2"/>
      </w:pPr>
      <w:r>
        <w:t>Peace as Islam's central message, full argument</w:t>
      </w:r>
    </w:p>
    <w:p>
      <w:r>
        <w:rPr>
          <w:color w:val="666666"/>
          <w:sz w:val="18"/>
        </w:rPr>
        <w:t>From Anger to Awareness A Journey with Maulana Wahiduddin Khan · 5m 22s · at 8:49 · https://youtu.be/EmHNgq0Iq1w?t=529</w:t>
      </w:r>
    </w:p>
    <w:p>
      <w:r>
        <w:rPr>
          <w:i/>
        </w:rPr>
        <w:t>“His central message was that peace is Islam.”</w:t>
      </w:r>
    </w:p>
    <w:p>
      <w:r>
        <w:rPr>
          <w:sz w:val="20"/>
        </w:rPr>
        <w:t>8:49  So if you can throw some light on that. Yeah, that's very important. His central message was that, uh, peace is, uh, not part of Islam; peace is Islam.</w:t>
      </w:r>
      <w:r>
        <w:br/>
      </w:r>
      <w:r>
        <w:rPr>
          <w:sz w:val="20"/>
        </w:rPr>
        <w:t>9:01  Uh, whether he spoke about, uh, the Quran or Prophet Muhammad or spirituality, one theme that would always return, which is, uh, violence doesn't build anything; peace builds everything.</w:t>
      </w:r>
      <w:r>
        <w:br/>
      </w:r>
      <w:r>
        <w:rPr>
          <w:sz w:val="20"/>
        </w:rPr>
        <w:t>9:12  Peace is that master key by which you can make life, uh, meaningful. Uh, Maulana Wahiduddin Khan used to say that, uh, peace is the samambonam, meaning it is the greatest good.</w:t>
      </w:r>
      <w:r>
        <w:br/>
      </w:r>
      <w:r>
        <w:rPr>
          <w:sz w:val="20"/>
        </w:rPr>
        <w:t>9:26  Now, many people would argue that, uh, not peace, but freedom is samambonam. But he would say that, uh, uh, freedom cannot be samambonam because unlimited freedom leads to chaos, to anarchy, and it would stall, uh, progress, uh, both spiritually and materially.</w:t>
      </w:r>
      <w:r>
        <w:br/>
      </w:r>
      <w:r>
        <w:rPr>
          <w:sz w:val="20"/>
        </w:rPr>
        <w:t>9:45  Uh, whereas if you take the case of, uh, peace, peace and progress are directly proportional. If there is more peace, there will be more progress.</w:t>
      </w:r>
      <w:r>
        <w:br/>
      </w:r>
      <w:r>
        <w:rPr>
          <w:sz w:val="20"/>
        </w:rPr>
        <w:t>9:54  So</w:t>
      </w:r>
      <w:r>
        <w:br/>
      </w:r>
      <w:r>
        <w:rPr>
          <w:sz w:val="20"/>
        </w:rPr>
        <w:t>9:55  his, uh, idea of peace, uh, was very unique in the sense, uh, that he was able to pinpoint the pain point that the world was not able to identify with respect to peace and dialogue.</w:t>
      </w:r>
      <w:r>
        <w:br/>
      </w:r>
      <w:r>
        <w:rPr>
          <w:sz w:val="20"/>
        </w:rPr>
        <w:t>10:09  He, uh, said that, uh, for peace to come about, uh, unilateral, uh, adjustment is required.</w:t>
      </w:r>
      <w:r>
        <w:br/>
      </w:r>
      <w:r>
        <w:rPr>
          <w:sz w:val="20"/>
        </w:rPr>
        <w:t>10:18  Now, uh, take the example of, uh, the International Labour Organization, ILO, which is a UN body.</w:t>
      </w:r>
      <w:r>
        <w:br/>
      </w:r>
      <w:r>
        <w:rPr>
          <w:sz w:val="20"/>
        </w:rPr>
        <w:t>10:24  Its constitution says that, uh, real and lasting peace is built on social justice. Uh, but if that were true, then why is it that in human history, we don't see peace with justice?</w:t>
      </w:r>
      <w:r>
        <w:br/>
      </w:r>
      <w:r>
        <w:rPr>
          <w:sz w:val="20"/>
        </w:rPr>
        <w:t>10:38  And the reason is that most of the scholars tie the idea of peace with many extra condition</w:t>
      </w:r>
      <w:r>
        <w:br/>
      </w:r>
      <w:r>
        <w:rPr>
          <w:sz w:val="20"/>
        </w:rPr>
        <w:t>10:45  s. They say that peace, uh, will come about, uh, or peace is acceptable only if there is no human rights violation, there is no inequality, there is no injustice.</w:t>
      </w:r>
      <w:r>
        <w:br/>
      </w:r>
      <w:r>
        <w:rPr>
          <w:sz w:val="20"/>
        </w:rPr>
        <w:t>10:57  But Maulana's idea of peace was that you can have peace only on unilateral term</w:t>
      </w:r>
      <w:r>
        <w:br/>
      </w:r>
      <w:r>
        <w:rPr>
          <w:sz w:val="20"/>
        </w:rPr>
        <w:t>11:04  s, and for that, uh, you need to abandon confrontational, uh, activities like political activism, protest-based activism, human rights activism.</w:t>
      </w:r>
      <w:r>
        <w:br/>
      </w:r>
      <w:r>
        <w:rPr>
          <w:sz w:val="20"/>
        </w:rPr>
        <w:t>11:16  And the moment you do that, there's a logic to it. Uh, the moment you abandon all these, you know, uh, confrontational tactics, uh, normalcy is restored.</w:t>
      </w:r>
      <w:r>
        <w:br/>
      </w:r>
      <w:r>
        <w:rPr>
          <w:sz w:val="20"/>
        </w:rPr>
        <w:t>11:27  And when there is normalcy, there is peace, and peace gives you a lot of opportun</w:t>
      </w:r>
      <w:r>
        <w:br/>
      </w:r>
      <w:r>
        <w:rPr>
          <w:sz w:val="20"/>
        </w:rPr>
        <w:t>11:33  ities. And then, with wise planning, you can achieve all that you call as, uh, social justice. So in the Quran, there is, uh, this verse, uh, which says, "God calls to the home of peace." It clearly indicates that God wants this society to be peaceful, and it says that, uh,</w:t>
      </w:r>
      <w:r>
        <w:br/>
      </w:r>
      <w:r>
        <w:rPr>
          <w:sz w:val="20"/>
        </w:rPr>
        <w:t>11:55  in the Prophet, you have a good example.</w:t>
      </w:r>
      <w:r>
        <w:br/>
      </w:r>
      <w:r>
        <w:rPr>
          <w:sz w:val="20"/>
        </w:rPr>
        <w:t>11:58  Now, when you, uh, analyze this verse that in the Prophet, you have a good example, and you study chapter 48, verse number one, uh, the Quran says, uh, "We granted you a clear victory." Now, this verse came, Vikrant, in the context of the Hudaybiyyah Treaty.</w:t>
      </w:r>
      <w:r>
        <w:br/>
      </w:r>
      <w:r>
        <w:rPr>
          <w:sz w:val="20"/>
        </w:rPr>
        <w:t>12:16  The Hudaybiyyah Treaty was, uh, signed at a place called Hudaybiyyah. It is 24 kilometers, uh, away from the Kaaba, and hence the name, uh, Hudaybiyyah</w:t>
      </w:r>
      <w:r>
        <w:br/>
      </w:r>
      <w:r>
        <w:rPr>
          <w:sz w:val="20"/>
        </w:rPr>
        <w:t>12:27  Treaty. Now, the interesting, uh, fact about the Hudaybiyyah Treaty is that Prophet Muhammad, may peace be upon him, was not able to achieve, uh, the objective for which, uh, he had set, uh, towards the Kaaba along with his 1,400 companions because he was stopped at Hudaybiyyah, and he had to return back.</w:t>
      </w:r>
      <w:r>
        <w:br/>
      </w:r>
      <w:r>
        <w:rPr>
          <w:sz w:val="20"/>
        </w:rPr>
        <w:t>12:46  And that is how the treaty, uh, came about. It was signed, and that treaty was, uh, like a one-sided treat</w:t>
      </w:r>
      <w:r>
        <w:br/>
      </w:r>
      <w:r>
        <w:rPr>
          <w:sz w:val="20"/>
        </w:rPr>
        <w:t>12:55  y. And after signing of the treaty, this verse came. So one of the companions, uh, remarked that, "How can this be a victory when we were not even allowed to visit the house of God?" But the Prophet said, "No, indeed, this is, uh, this is a victory." And, uh, as we know from the history, that 628 AD, the Hudaybiyyah Treaty was signed, and 630 AD, less than two years, Mecca was conquered.</w:t>
      </w:r>
      <w:r>
        <w:br/>
      </w:r>
      <w:r>
        <w:rPr>
          <w:sz w:val="20"/>
        </w:rPr>
        <w:t>13:22  Uh,</w:t>
      </w:r>
      <w:r>
        <w:br/>
      </w:r>
      <w:r>
        <w:rPr>
          <w:sz w:val="20"/>
        </w:rPr>
        <w:t>13:23  so, uh, it basically, uh, gives us a message, uh, from the life of Prophet Muhammad that, uh, uh, do whatever it takes, uh, to establish, uh, peace.</w:t>
      </w:r>
      <w:r>
        <w:br/>
      </w:r>
      <w:r>
        <w:rPr>
          <w:sz w:val="20"/>
        </w:rPr>
        <w:t>13:37  Hostility can be ended only through dialogue and communication.</w:t>
      </w:r>
      <w:r>
        <w:br/>
      </w:r>
      <w:r>
        <w:rPr>
          <w:sz w:val="20"/>
        </w:rPr>
        <w:t>13:42  And, uh, to sum up, Maulana's idea of peace, which is derived from the Quran and from the life of Prophet Muhammad, one should aim for practical peace and not ideal peace.</w:t>
      </w:r>
      <w:r>
        <w:br/>
      </w:r>
      <w:r>
        <w:rPr>
          <w:sz w:val="20"/>
        </w:rPr>
        <w:t>13:54  And practical peace comes, uh, through practical wisdom, which, uh, which basically says that, uh, go for unilateral methods.</w:t>
      </w:r>
      <w:r>
        <w:br/>
      </w:r>
      <w:r>
        <w:rPr>
          <w:sz w:val="20"/>
        </w:rPr>
        <w:t>14:03  And if you make peace conditional, if you make peace, uh, a necessary condition as a bilateral, uh, agreement, then it would be imposs</w:t>
      </w:r>
    </w:p>
    <w:p>
      <w:pPr>
        <w:pStyle w:val="Heading2"/>
      </w:pPr>
      <w:r>
        <w:t>The Hudaybiyyah Agreement and Japan's postwar patience</w:t>
      </w:r>
    </w:p>
    <w:p>
      <w:r>
        <w:rPr>
          <w:color w:val="666666"/>
          <w:sz w:val="18"/>
        </w:rPr>
        <w:t>Islam and Terrorism February 10, 2009 Maulana Wahiduddin Khan · 1m 46s · at 55:02 · https://youtu.be/vCEjp0w7Qjo?t=3302</w:t>
      </w:r>
    </w:p>
    <w:p>
      <w:r>
        <w:rPr>
          <w:i/>
        </w:rPr>
        <w:t>“The best example is the Prophet's Hudaybiyyah Agreement.”</w:t>
      </w:r>
    </w:p>
    <w:p>
      <w:r>
        <w:rPr>
          <w:sz w:val="20"/>
        </w:rPr>
        <w:t>55:02  The best example in the lives of the Prophet of Islam, that is called the Hudaybiyyah Agreement. At that time, when the Prophet was in Madinah, there so many people became hostile.</w:t>
      </w:r>
      <w:r>
        <w:br/>
      </w:r>
      <w:r>
        <w:rPr>
          <w:sz w:val="20"/>
        </w:rPr>
        <w:t>55:18  They waged a war and so many violence. So the Prophet entered into negotiation.</w:t>
      </w:r>
      <w:r>
        <w:br/>
      </w:r>
      <w:r>
        <w:rPr>
          <w:sz w:val="20"/>
        </w:rPr>
        <w:t>55:28  And he finalized an agreement of peace. This is called the Hudaybiyyah. The Hudaybiyyah Agreement was finalized on unilateral conditions. Why?</w:t>
      </w:r>
      <w:r>
        <w:br/>
      </w:r>
      <w:r>
        <w:rPr>
          <w:sz w:val="20"/>
        </w:rPr>
        <w:t>55:31  Because when there is peace, there are opportunities. Those people who want peace and justice both at a time, they cannot achieve anything.</w:t>
      </w:r>
      <w:r>
        <w:br/>
      </w:r>
      <w:r>
        <w:rPr>
          <w:sz w:val="20"/>
        </w:rPr>
        <w:t>55:41  There is an example of Japan.</w:t>
      </w:r>
      <w:r>
        <w:br/>
      </w:r>
      <w:r>
        <w:rPr>
          <w:sz w:val="20"/>
        </w:rPr>
        <w:t>55:53  There is an example of Japan.</w:t>
      </w:r>
      <w:r>
        <w:br/>
      </w:r>
      <w:r>
        <w:rPr>
          <w:sz w:val="20"/>
        </w:rPr>
        <w:t>55:56  After the Second World War, Japan was a victim of an atomic bomb. But Japan avoided all those things.</w:t>
      </w:r>
      <w:r>
        <w:br/>
      </w:r>
      <w:r>
        <w:rPr>
          <w:sz w:val="20"/>
        </w:rPr>
        <w:t>56:08  And Japan uniquely adjusted with the USA. The Hirohito, who was king of Japan at the time, he said in one of his speeches that we have to suffer the unsufferable</w:t>
      </w:r>
      <w:r>
        <w:br/>
      </w:r>
      <w:r>
        <w:rPr>
          <w:sz w:val="20"/>
        </w:rPr>
        <w:t>56:26  . It means that we have to adjust with American hegemony so that we may find time to build our nation.</w:t>
      </w:r>
      <w:r>
        <w:br/>
      </w:r>
      <w:r>
        <w:rPr>
          <w:sz w:val="20"/>
        </w:rPr>
        <w:t>56:39  So Japan avoided confrontation with America. And they diverted their efforts to education.</w:t>
      </w:r>
    </w:p>
    <w:p>
      <w:pPr>
        <w:pStyle w:val="Heading2"/>
      </w:pPr>
      <w:r>
        <w:t>Prophet delinked justice from peace at Hudaybiyah</w:t>
      </w:r>
    </w:p>
    <w:p>
      <w:r>
        <w:rPr>
          <w:color w:val="666666"/>
          <w:sz w:val="18"/>
        </w:rPr>
        <w:t>The Concept of Justice in Islam May 03, 2007 · 2m 26s · at 22:23 · https://youtu.be/DY5SY8H554c?t=1343</w:t>
      </w:r>
    </w:p>
    <w:p>
      <w:r>
        <w:rPr>
          <w:i/>
        </w:rPr>
        <w:t>“There was a negotiation at Hudaybiyah.”</w:t>
      </w:r>
    </w:p>
    <w:p>
      <w:r>
        <w:rPr>
          <w:sz w:val="20"/>
        </w:rPr>
        <w:t>22:23  There was a negotiation at Hudaybiyah. Hudaybiyah. So during these negotiations,</w:t>
      </w:r>
      <w:r>
        <w:br/>
      </w:r>
      <w:r>
        <w:rPr>
          <w:sz w:val="20"/>
        </w:rPr>
        <w:t>22:37  the Prophet finalized an agreement. In this agreement, all the justice, all the principles of justice were denied.</w:t>
      </w:r>
      <w:r>
        <w:br/>
      </w:r>
      <w:r>
        <w:rPr>
          <w:sz w:val="20"/>
        </w:rPr>
        <w:t>22:51  You can see the provisions attached to the Hudaybiyah agreement that it was completely injustice.</w:t>
      </w:r>
      <w:r>
        <w:br/>
      </w:r>
      <w:r>
        <w:rPr>
          <w:sz w:val="20"/>
        </w:rPr>
        <w:t>23:03  All the principles of justice were denied in this agreement.</w:t>
      </w:r>
      <w:r>
        <w:br/>
      </w:r>
      <w:r>
        <w:rPr>
          <w:sz w:val="20"/>
        </w:rPr>
        <w:t>23:08  It was finalized on unilateral conditions.</w:t>
      </w:r>
      <w:r>
        <w:br/>
      </w:r>
      <w:r>
        <w:rPr>
          <w:sz w:val="20"/>
        </w:rPr>
        <w:t>23:17  Unilateral conditions. No condition of the Prophet was met in this agreement except peace</w:t>
      </w:r>
      <w:r>
        <w:br/>
      </w:r>
      <w:r>
        <w:rPr>
          <w:sz w:val="20"/>
        </w:rPr>
        <w:t>23:31  . So here the Prophet achieved peace without justice.</w:t>
      </w:r>
      <w:r>
        <w:br/>
      </w:r>
      <w:r>
        <w:rPr>
          <w:sz w:val="20"/>
        </w:rPr>
        <w:t>23:41  Here he detached the question of peace with the question of justice.</w:t>
      </w:r>
      <w:r>
        <w:br/>
      </w:r>
      <w:r>
        <w:rPr>
          <w:sz w:val="20"/>
        </w:rPr>
        <w:t>23:49  In the Hudaybiyah agreement, the Hudaybiyah agreement is a clear example that the Prophet detached, the Prophet delinked the question of justice and the question of peace.</w:t>
      </w:r>
      <w:r>
        <w:br/>
      </w:r>
      <w:r>
        <w:rPr>
          <w:sz w:val="20"/>
        </w:rPr>
        <w:t>24:04  So the Prophet adopted a delinking policy. He never bracketed. He never attached the question of justice with the peace.</w:t>
      </w:r>
      <w:r>
        <w:br/>
      </w:r>
      <w:r>
        <w:rPr>
          <w:sz w:val="20"/>
        </w:rPr>
        <w:t>24:19  So he adopted the peace for the sake of peace formula. Although justice was denied, but as he was able to achieve peace, so he agreed upon.</w:t>
      </w:r>
      <w:r>
        <w:br/>
      </w:r>
      <w:r>
        <w:rPr>
          <w:sz w:val="20"/>
        </w:rPr>
        <w:t>24:38  So he took that, so he accepted that agreement. So this was the policy of the Prophet of Islam.</w:t>
      </w:r>
    </w:p>
    <w:p>
      <w:pPr>
        <w:pStyle w:val="Heading2"/>
      </w:pPr>
      <w:r>
        <w:t>the treaty of Hudaybiyyah and the hidden wisdom of Surah Al-Fath</w:t>
      </w:r>
    </w:p>
    <w:p>
      <w:r>
        <w:rPr>
          <w:color w:val="666666"/>
          <w:sz w:val="18"/>
        </w:rPr>
        <w:t>Purpose of Human Life December 2, 2012 · 5m 45s · at 20:45 · https://youtu.be/EAoYsEtqWd8?t=1245</w:t>
      </w:r>
    </w:p>
    <w:p>
      <w:r>
        <w:rPr>
          <w:i/>
        </w:rPr>
        <w:t>“Yeh ayat thi Surah Al-Fath, jismein Hudaybiyyah ka zikr hai”</w:t>
      </w:r>
    </w:p>
    <w:p>
      <w:r>
        <w:rPr>
          <w:sz w:val="20"/>
        </w:rPr>
        <w:t>20:45  yeh ayat thi Surah Al-Fath. Surah Al-Fath woh ayat hai jismein Hudaybiyyah ka zikr hai.</w:t>
      </w:r>
      <w:r>
        <w:br/>
      </w:r>
      <w:r>
        <w:rPr>
          <w:sz w:val="20"/>
        </w:rPr>
        <w:t>20:55  aap jante hain keh Rasool Allah (SAW) ke zaman mein aik aik agreement hua tha Rasool Allah se aur aapke mukhalifeen se.</w:t>
      </w:r>
      <w:r>
        <w:br/>
      </w:r>
      <w:r>
        <w:rPr>
          <w:sz w:val="20"/>
        </w:rPr>
        <w:t>21:07  ise kehte hain Hudaybiyyah aik pact ya Sulah Al-Hudaybiyyah.</w:t>
      </w:r>
      <w:r>
        <w:br/>
      </w:r>
      <w:r>
        <w:rPr>
          <w:sz w:val="20"/>
        </w:rPr>
        <w:t>21:14  to ismein Rasool Allah (SAW) raazi ho gaye the unki sari sharton ko manne par, unki sari condition ko manne par.</w:t>
      </w:r>
      <w:r>
        <w:br/>
      </w:r>
      <w:r>
        <w:rPr>
          <w:sz w:val="20"/>
        </w:rPr>
        <w:t>21:25  aur sirf is Rasool Allah ko jo mil raha tha, woh sirf yeh hai keh peace. Ladai band. Is se pehle jo Badr, Uhud waghera ke qisse hue the, woh sab band. Ab ladai nahi hogi, ab peace rahegi.</w:t>
      </w:r>
      <w:r>
        <w:br/>
      </w:r>
      <w:r>
        <w:rPr>
          <w:sz w:val="20"/>
        </w:rPr>
        <w:t>21:40  to paiso qaim karne ki khatir aapne sari shartein anki maan lein.</w:t>
      </w:r>
      <w:r>
        <w:br/>
      </w:r>
      <w:r>
        <w:rPr>
          <w:sz w:val="20"/>
        </w:rPr>
        <w:t>21:47  sari shartein. maslan aap aur aap ke ashaab ja rahe the umrah karne ke liye. is zamanay mein umrah karna subah ka haq mana jata tha.</w:t>
      </w:r>
      <w:r>
        <w:br/>
      </w:r>
      <w:r>
        <w:rPr>
          <w:sz w:val="20"/>
        </w:rPr>
        <w:t>22:00  koi bhi shakhs jaye, umrah kare. unhone kaha ke nahi, humein jaane nahi denge aapko Makkah umrah karne ke liye.</w:t>
      </w:r>
      <w:r>
        <w:br/>
      </w:r>
      <w:r>
        <w:rPr>
          <w:sz w:val="20"/>
        </w:rPr>
        <w:t>22:10  to saare ashaab ghussa ho gaye ke woh to hamara haq hai.</w:t>
      </w:r>
      <w:r>
        <w:br/>
      </w:r>
      <w:r>
        <w:rPr>
          <w:sz w:val="20"/>
        </w:rPr>
        <w:t>22:18  poore Arab ki riwayat mein yeh shamil tha ke jo shakhs bhi chahe, aaye woh Kaaba ki ziyarat kare, umrah kare.</w:t>
      </w:r>
      <w:r>
        <w:br/>
      </w:r>
      <w:r>
        <w:rPr>
          <w:sz w:val="20"/>
        </w:rPr>
        <w:t>22:27  kyunke aap jante hain Hajj woh hai, Islam se pehle bhi tha, Hazrat Ibrahim ke zamane se shuru hua tha. Hajj to apne lehaz se woh Hajj karte the, apne dhang se.</w:t>
      </w:r>
      <w:r>
        <w:br/>
      </w:r>
      <w:r>
        <w:rPr>
          <w:sz w:val="20"/>
        </w:rPr>
        <w:t>22:40  to unhone rok diya. magar Rasool Allah (SAW) raazi ho gaye ke theek hai, hum wapas Madinah chale aate hain.</w:t>
      </w:r>
      <w:r>
        <w:br/>
      </w:r>
      <w:r>
        <w:rPr>
          <w:sz w:val="20"/>
        </w:rPr>
        <w:t>22:50  jab muahida kaaghaz par likha jaane laga to usmein likha gaya tha Muhammad Rasool Allah. unhone kaha ke mitaie, hum aapko Rasool Allah mante nahi hain.</w:t>
      </w:r>
      <w:r>
        <w:br/>
      </w:r>
      <w:r>
        <w:rPr>
          <w:sz w:val="20"/>
        </w:rPr>
        <w:t>23:00  likhe Muhammad bin Abdullah. to Rasool Allah ne isko bhi mita diya. kaha ke theek hai, Muhammad bin Abdullah.</w:t>
      </w:r>
      <w:r>
        <w:br/>
      </w:r>
      <w:r>
        <w:rPr>
          <w:sz w:val="20"/>
        </w:rPr>
        <w:t>23:09  yaani jo aap ki asal heysiyat thi, usiko kaaghaz par mita diya. zahir hai ke Rasool Allah ka asal heysiyat yeh tha ke aap Allah ke Rasool the.</w:t>
      </w:r>
      <w:r>
        <w:br/>
      </w:r>
      <w:r>
        <w:rPr>
          <w:sz w:val="20"/>
        </w:rPr>
        <w:t>23:22  to kaaghaz par usiko mita diya.</w:t>
      </w:r>
      <w:r>
        <w:br/>
      </w:r>
      <w:r>
        <w:rPr>
          <w:sz w:val="20"/>
        </w:rPr>
        <w:t>23:28  unki jitni bhi conditions theen, yaani literally aapne maan liya,</w:t>
      </w:r>
      <w:r>
        <w:br/>
      </w:r>
      <w:r>
        <w:rPr>
          <w:sz w:val="20"/>
        </w:rPr>
        <w:t>23:33  sirf ek cheez ki khatir ke aap ka unke darmiyan ladai band ho jaye aur pais qaim ho jaye.</w:t>
      </w:r>
      <w:r>
        <w:br/>
      </w:r>
      <w:r>
        <w:rPr>
          <w:sz w:val="20"/>
        </w:rPr>
        <w:t>23:44  to woh yeh baat jo thi, ashaab ko behad nagawar thi. Hazrat Umar ne yahan tak keh diya ke li qata'an min din na, yeh to hamari zillat aamez shikast hamari hai. ab kaise isko maanein?</w:t>
      </w:r>
      <w:r>
        <w:br/>
      </w:r>
      <w:r>
        <w:rPr>
          <w:sz w:val="20"/>
        </w:rPr>
        <w:t>24:02  us waqt dekhiye, ek ayat utri Surah Al-Fateh mein jab Rasool Allah raazi ho gaye Allah ke wahi ke mutabiq.</w:t>
      </w:r>
      <w:r>
        <w:br/>
      </w:r>
      <w:r>
        <w:rPr>
          <w:sz w:val="20"/>
        </w:rPr>
        <w:t>24:12  alam yalam alam,</w:t>
      </w:r>
      <w:r>
        <w:br/>
      </w:r>
      <w:r>
        <w:rPr>
          <w:sz w:val="20"/>
        </w:rPr>
        <w:t>24:18  yeh bohat hi zabardast ayat hai. alam yalam alam, Allah ne woh jaana jo tum ne nahi jaana.</w:t>
      </w:r>
      <w:r>
        <w:br/>
      </w:r>
      <w:r>
        <w:rPr>
          <w:sz w:val="20"/>
        </w:rPr>
        <w:t>24:30  iska tarjuma hai: Allah ne woh jaana jo tum ne nahi jaana. yaani God knew what you did not know.</w:t>
      </w:r>
      <w:r>
        <w:br/>
      </w:r>
      <w:r>
        <w:rPr>
          <w:sz w:val="20"/>
        </w:rPr>
        <w:t>24:41  God knew what you did not know. dekhiye, in lafzon ka matlab kya hai? matlab kya hai in lafzon ka?</w:t>
      </w:r>
      <w:r>
        <w:br/>
      </w:r>
      <w:r>
        <w:rPr>
          <w:sz w:val="20"/>
        </w:rPr>
        <w:t>24:52  iska matlab yeh hai ke Rasool Allah jo the, Allah ki rehnumai mein, yaani ilah-e-hik rehnumai mein,</w:t>
      </w:r>
      <w:r>
        <w:br/>
      </w:r>
      <w:r>
        <w:rPr>
          <w:sz w:val="20"/>
        </w:rPr>
        <w:t>25:03  unhone woh mamla kiya, woh pact kiya jo creation plan of God ke mutabiq tha. aur tum apne dimagh par chal rahe the.</w:t>
      </w:r>
      <w:r>
        <w:br/>
      </w:r>
      <w:r>
        <w:rPr>
          <w:sz w:val="20"/>
        </w:rPr>
        <w:t>25:16  alam yalam alam ko maani hai ke tum apne ilm par, apne dimagh par chal rahe the. aur Payambar Allah ke dimagh par chala.</w:t>
      </w:r>
      <w:r>
        <w:br/>
      </w:r>
      <w:r>
        <w:rPr>
          <w:sz w:val="20"/>
        </w:rPr>
        <w:t>25:24  yaani Allah ne jo is duniya ke liye,</w:t>
      </w:r>
      <w:r>
        <w:br/>
      </w:r>
      <w:r>
        <w:rPr>
          <w:sz w:val="20"/>
        </w:rPr>
        <w:t>25:32  Allah ki takhleeq ke mutabiq, is duniya ke liye jo mansooba hai, Allah ka jo creation plan of God woh hai, ek hai planning uske mutabiq, usko jaankar planning karna.</w:t>
      </w:r>
      <w:r>
        <w:br/>
      </w:r>
      <w:r>
        <w:rPr>
          <w:sz w:val="20"/>
        </w:rPr>
        <w:t>25:48  yaani ek hai creation plan of God ko jaankar uski planning karna, uske mutabiq.</w:t>
      </w:r>
      <w:r>
        <w:br/>
      </w:r>
      <w:r>
        <w:rPr>
          <w:sz w:val="20"/>
        </w:rPr>
        <w:t>25:53  aikhe basapnemindmeinjoagaya, isi perchalrahe hain aap.</w:t>
      </w:r>
      <w:r>
        <w:br/>
      </w:r>
      <w:r>
        <w:rPr>
          <w:sz w:val="20"/>
        </w:rPr>
        <w:t>26:03  to kamiyabikaseemmein hai? ismein ayat mein quran majeed mein hai kehna fatnahalaka fat-ham-mubeenah. yeh fath mubina hai.</w:t>
      </w:r>
      <w:r>
        <w:br/>
      </w:r>
      <w:r>
        <w:rPr>
          <w:sz w:val="20"/>
        </w:rPr>
        <w:t>26:14  ismein kia message hai? keh agar tum apni planning, creation plan of god ko jaan kar karoge to tumhare liye fath mubina hai.</w:t>
      </w:r>
    </w:p>
    <w:p>
      <w:pPr>
        <w:pStyle w:val="Heading2"/>
      </w:pPr>
      <w:r>
        <w:t>The Treaty of Hudaybiyyah and turning enemies into friends</w:t>
      </w:r>
    </w:p>
    <w:p>
      <w:r>
        <w:rPr>
          <w:color w:val="666666"/>
          <w:sz w:val="18"/>
        </w:rPr>
        <w:t>How to Develop Pratical Wisdom May 5, 2024 · 4m 11s · at 57:30 · https://youtu.be/QIKxtH-MyMM?t=3450</w:t>
      </w:r>
    </w:p>
    <w:p>
      <w:r>
        <w:rPr>
          <w:i/>
        </w:rPr>
        <w:t>“Wars kept happening, and nothing came of them but destruction.”</w:t>
      </w:r>
    </w:p>
    <w:p>
      <w:r>
        <w:rPr>
          <w:sz w:val="20"/>
        </w:rPr>
        <w:t>57:30  isi tarike se usool Hudaibiyah hai. baar baar jangain hoti rahin, jangon se koi nateeja nahin nikla, sirf barbadi aur tabaahi aai.</w:t>
      </w:r>
      <w:r>
        <w:br/>
      </w:r>
      <w:r>
        <w:rPr>
          <w:sz w:val="20"/>
        </w:rPr>
        <w:t>57:41  to phir finally aap ne enemy ki tamam sharaait ko le kar ke aap ne sulah kar li, jis ko hum treaty of Hudaibiyah kehte hain.</w:t>
      </w:r>
      <w:r>
        <w:br/>
      </w:r>
      <w:r>
        <w:rPr>
          <w:sz w:val="20"/>
        </w:rPr>
        <w:t>57:52  to us waqt mutalliq pehlu, ghair mutalliq pehlu yeh tha ke woh log bohat zyada pareshan kar rahe the aur chahte hi nahin the sulah, balkeh woh jang hi chahte the.</w:t>
      </w:r>
      <w:r>
        <w:br/>
      </w:r>
      <w:r>
        <w:rPr>
          <w:sz w:val="20"/>
        </w:rPr>
        <w:t>58:03  to jab mu'ahida likha jaane laga to us par likha Hazrat Ali ne Rasool Allah ki taraf se. to us par bhi unhon ne hungama machaya ke Rasool Allah ko agar hum Rasool Allah maante to hum hum yeh jang hi kyun karte?</w:t>
      </w:r>
      <w:r>
        <w:br/>
      </w:r>
      <w:r>
        <w:rPr>
          <w:sz w:val="20"/>
        </w:rPr>
        <w:t>58:19  to woh Rasool Allah ka lafz mittwaya, woh bhi aap ne mita diya kyunke woh ghair mutalliq, irrelevant expect tha ke jo relevant tha woh yeh tha ke kisi na kisi tarah peace qaim ho jaye.</w:t>
      </w:r>
      <w:r>
        <w:br/>
      </w:r>
      <w:r>
        <w:rPr>
          <w:sz w:val="20"/>
        </w:rPr>
        <w:t>58:32  kyun</w:t>
      </w:r>
      <w:r>
        <w:br/>
      </w:r>
      <w:r>
        <w:rPr>
          <w:sz w:val="20"/>
        </w:rPr>
        <w:t>58:33  ke peace qaim ho jayega to phir tamam jo hai jo peaceful activities hain, da'wa work hai, woh tamam jaari ho jayengi.</w:t>
      </w:r>
      <w:r>
        <w:br/>
      </w:r>
      <w:r>
        <w:rPr>
          <w:sz w:val="20"/>
        </w:rPr>
        <w:t>58:42  aur bilkul wahi hua ke peace qaim ho gaya to bilkul normal situation ho gayi aur saara kaam hone laga aur bohat jald jo hai Makka fateh ho gaya.</w:t>
      </w:r>
      <w:r>
        <w:br/>
      </w:r>
      <w:r>
        <w:rPr>
          <w:sz w:val="20"/>
        </w:rPr>
        <w:t>58:55  phir ek rehnuma usool hai practical wisdom ka, potential friend aur actual</w:t>
      </w:r>
      <w:r>
        <w:br/>
      </w:r>
      <w:r>
        <w:rPr>
          <w:sz w:val="20"/>
        </w:rPr>
        <w:t>59:01  friend. ab hum log jo hain yahi jaante the ke yeh hamara dost hai, yeh hamara dushman hai. to pehli baar yeh saari rehnuma usoolon ko Maulana ne nikala Quran se, Hadees se, Prophet ke sunnaton se,</w:t>
      </w:r>
      <w:r>
        <w:br/>
      </w:r>
      <w:r>
        <w:rPr>
          <w:sz w:val="20"/>
        </w:rPr>
        <w:t>59:16  practices se, aur phir us ke us par likha. to is mein bataya ke jo potential friend aur actual friend hai, to ab hum jab burai ka jawab bhalaai se denge na to to wahi potential friend jo hai woh actual friend ban jayega.</w:t>
      </w:r>
      <w:r>
        <w:br/>
      </w:r>
      <w:r>
        <w:rPr>
          <w:sz w:val="20"/>
        </w:rPr>
        <w:t>59:32  to</w:t>
      </w:r>
      <w:r>
        <w:br/>
      </w:r>
      <w:r>
        <w:rPr>
          <w:sz w:val="20"/>
        </w:rPr>
        <w:t>59:33  is tarike se Quran mein aaya hai chapter 41 mein verse 34. to aur sab yahi hua, tamam jo log saare Makka wale, Arab wale, itne zabardast dushman the aap ke, aap ne sab ko maaf karte rahe, maaf karte rahe, jab fateh Makka ke baad sab ko maaf kar diya, sab dost ban gaye.</w:t>
      </w:r>
      <w:r>
        <w:br/>
      </w:r>
      <w:r>
        <w:rPr>
          <w:sz w:val="20"/>
        </w:rPr>
        <w:t>59:57  to isi tarike se doosra ek rehnuma usool hai ke jo problems hain un ko ignore karo, yani problems jo hain na woh irrelevant aspect hain aur opportunities jo hain woh relevant aspect hain.</w:t>
      </w:r>
      <w:r>
        <w:br/>
      </w:r>
      <w:r>
        <w:rPr>
          <w:sz w:val="20"/>
        </w:rPr>
        <w:t>1:00:09  to problems ko ignore karo aur opportunities ko avail karo. to aur hum log hamesha masail se takrate rehte hain, problems se takrate</w:t>
      </w:r>
      <w:r>
        <w:br/>
      </w:r>
      <w:r>
        <w:rPr>
          <w:sz w:val="20"/>
        </w:rPr>
        <w:t>1:00:18  rehte hain, milta kuch bhi nahin hai. aur agar hum opportunities ko discover karen aur us par kaam karen to hum bohat zyada kamyabi hasil kar sakte hain.</w:t>
      </w:r>
      <w:r>
        <w:br/>
      </w:r>
      <w:r>
        <w:rPr>
          <w:sz w:val="20"/>
        </w:rPr>
        <w:t>1:00:29  to doosri woh hai ke woh to bohat zyada maine thode se usool liye hain ke result oriented action. to jab wahan bohat zyada zulm badh gaya aur Hazrat Umar bhi Islam le aaye to Hazrat Umar to pehelwan the, unhon ne kaha hum kab tak zulm ko bardasht karenge?</w:t>
      </w:r>
      <w:r>
        <w:br/>
      </w:r>
      <w:r>
        <w:rPr>
          <w:sz w:val="20"/>
        </w:rPr>
        <w:t>1:00:47  to aap ne kaha nahin, aap ne dekha ke nateeja kya niklega? to aap ne kaha ya Umar inna qaleel, hum bohat thode hain, to humein to thode hain, to humein bardasht</w:t>
      </w:r>
      <w:r>
        <w:br/>
      </w:r>
      <w:r>
        <w:rPr>
          <w:sz w:val="20"/>
        </w:rPr>
        <w:t>1:00:57  karna hai. to baqi un ka zulm, zulm jo hai woh us ko sabr o bardasht ke zariye se hum sahenge. to hamare andar jitni taqat hai utna kaam karna chahiye, tabhi hum koi bhi nateeja khez amal, result oriented amal kar sakte hain.</w:t>
      </w:r>
      <w:r>
        <w:br/>
      </w:r>
      <w:r>
        <w:rPr>
          <w:sz w:val="20"/>
        </w:rPr>
        <w:t>1:01:18  to isi tarike se lesser evil aur greater evil. to bohat sari cheezain jo hoti hain na lesser evil hoti</w:t>
      </w:r>
      <w:r>
        <w:br/>
      </w:r>
      <w:r>
        <w:rPr>
          <w:sz w:val="20"/>
        </w:rPr>
        <w:t>1:01:24  hain. agar hum lesser evil ko bardasht nahin karte to humein greater evil ka saamna karna padta hai. to is liye humein jaise farz kariye raaste mein koi woh ho jata hai, gaadi chala rahe hain, koi accident ho gaya, thoda sa koi chot lag gayi, kisi ne kuch keh diya.</w:t>
      </w:r>
    </w:p>
    <w:p>
      <w:pPr>
        <w:pStyle w:val="Heading2"/>
      </w:pPr>
      <w:r>
        <w:t>The Treaty of Hudaybiyyah: a masterpiece of negotiation</w:t>
      </w:r>
    </w:p>
    <w:p>
      <w:r>
        <w:rPr>
          <w:color w:val="666666"/>
          <w:sz w:val="18"/>
        </w:rPr>
        <w:t>Islamic Pacifism I May 08, 2011 · 3m 35s · at 30:30 · https://youtu.be/fkd605HEfRY?t=1830</w:t>
      </w:r>
    </w:p>
    <w:p>
      <w:r>
        <w:rPr>
          <w:i/>
        </w:rPr>
        <w:t>“Aap ne bohot khamoshi ke saath negotiation shuru kiya”</w:t>
      </w:r>
    </w:p>
    <w:p>
      <w:r>
        <w:rPr>
          <w:sz w:val="20"/>
        </w:rPr>
        <w:t>30:30  phir aakhir mein kya kiya? ek bohat hi bada waqea aap ne kiya.</w:t>
      </w:r>
      <w:r>
        <w:br/>
      </w:r>
      <w:r>
        <w:rPr>
          <w:sz w:val="20"/>
        </w:rPr>
        <w:t>30:35  jo pacifism, jo discipline hai, uska masterpiece waqea hai yeh. yani aap ne bohat hi khamoshi ke sath aur bohat hi thande andaaz mein negotiation shuru kiya.</w:t>
      </w:r>
      <w:r>
        <w:br/>
      </w:r>
      <w:r>
        <w:rPr>
          <w:sz w:val="20"/>
        </w:rPr>
        <w:t>30:54  baat cheet.</w:t>
      </w:r>
      <w:r>
        <w:br/>
      </w:r>
      <w:r>
        <w:rPr>
          <w:sz w:val="20"/>
        </w:rPr>
        <w:t>30:59  aman ki baat cheet. yani fareeqain se, fareeq sani ki jo qiyadat kar rahe the, woh the quraish. makkah, quraish wahan bohat sab se bada qabeela samjha jata tha.</w:t>
      </w:r>
      <w:r>
        <w:br/>
      </w:r>
      <w:r>
        <w:rPr>
          <w:sz w:val="20"/>
        </w:rPr>
        <w:t>31:13  jaise india mein brahman nahi, aise hi wahan par quraish the. to quraish jo wahin, woh leadership sambhale hue the. to quraish se aap ne baat cheet shuru ki.</w:t>
      </w:r>
      <w:r>
        <w:br/>
      </w:r>
      <w:r>
        <w:rPr>
          <w:sz w:val="20"/>
        </w:rPr>
        <w:t>31:25  ke hamare tumhare darmiyan peace ka muahida ho jaye.</w:t>
      </w:r>
      <w:r>
        <w:br/>
      </w:r>
      <w:r>
        <w:rPr>
          <w:sz w:val="20"/>
        </w:rPr>
        <w:t>31:29  na hum tum par attack karein, na tum hamare par attack karo. to unhone kaha ke theek hai, lekin unhone shartein aisi lagayin, condition. unilateral condition.</w:t>
      </w:r>
      <w:r>
        <w:br/>
      </w:r>
      <w:r>
        <w:rPr>
          <w:sz w:val="20"/>
        </w:rPr>
        <w:t>31:41  bohat si unilateral condition. misaal ke taur par</w:t>
      </w:r>
      <w:r>
        <w:br/>
      </w:r>
      <w:r>
        <w:rPr>
          <w:sz w:val="20"/>
        </w:rPr>
        <w:t>31:45  yeh kahiye ke agar makkah ka koi aadmi aap ke deen ko qabool kar le aur madina chala jaye to aap ko matlub tarikh ke baad, jis tarikh ko pichle ki baat nahi hai,</w:t>
      </w:r>
      <w:r>
        <w:br/>
      </w:r>
      <w:r>
        <w:rPr>
          <w:sz w:val="20"/>
        </w:rPr>
        <w:t>32:03  jis tarikh ko hamara aap ka muahida hoga, iske baad agar makkah ka koi aadmi aap ke deen ko qabool kar le aur makkah chhod kar madina chala jaye to aap ko us aadmi ko humein wapas karna padega.</w:t>
      </w:r>
      <w:r>
        <w:br/>
      </w:r>
      <w:r>
        <w:rPr>
          <w:sz w:val="20"/>
        </w:rPr>
        <w:t>32:17  wapas karna padega. is tarah ki kai is mein condition thin. yahan tak ke dekhiye, muahida is zamane mein paper hua karta tha, handmade paper.</w:t>
      </w:r>
      <w:r>
        <w:br/>
      </w:r>
      <w:r>
        <w:rPr>
          <w:sz w:val="20"/>
        </w:rPr>
        <w:t>32:30  isparlikhajarehathatha. ke ispar likha gaya ke yeh muahida jo hai, quraish ke darmiyan aur Muhammad Rasool Allah ke darmiyan hai.</w:t>
      </w:r>
      <w:r>
        <w:br/>
      </w:r>
      <w:r>
        <w:rPr>
          <w:sz w:val="20"/>
        </w:rPr>
        <w:t>32:41  to unhon ne kaha ke Rasool Allah to hum mante nahi aap ko. yeh lafz kaatiye.</w:t>
      </w:r>
      <w:r>
        <w:br/>
      </w:r>
      <w:r>
        <w:rPr>
          <w:sz w:val="20"/>
        </w:rPr>
        <w:t>32:46  sirf Muhammad bin Abdullah likhiye.</w:t>
      </w:r>
      <w:r>
        <w:br/>
      </w:r>
      <w:r>
        <w:rPr>
          <w:sz w:val="20"/>
        </w:rPr>
        <w:t>32:50  to sahaba tayyar nahi the ke kaata jaye is ko. aap ne khud apne hath se mita diya. kaha theek hai, likh do ke Muhammad bin Abdullah. Rasool Allah kaat do.</w:t>
      </w:r>
      <w:r>
        <w:br/>
      </w:r>
      <w:r>
        <w:rPr>
          <w:sz w:val="20"/>
        </w:rPr>
        <w:t>33:02  yani aap ne apni hesiyat jo thi, usi hesiyat ko kaghaz par mita diya.</w:t>
      </w:r>
      <w:r>
        <w:br/>
      </w:r>
      <w:r>
        <w:rPr>
          <w:sz w:val="20"/>
        </w:rPr>
        <w:t>33:09  to yeh tha management. Management</w:t>
      </w:r>
      <w:r>
        <w:br/>
      </w:r>
      <w:r>
        <w:rPr>
          <w:sz w:val="20"/>
        </w:rPr>
        <w:t>33:14  . Management ke dekhiye, koi ek hard and fast rule nahi hua karta. halaat ke lehaz se pata chalta hai ke hum kaise manage karen.</w:t>
      </w:r>
      <w:r>
        <w:br/>
      </w:r>
      <w:r>
        <w:rPr>
          <w:sz w:val="20"/>
        </w:rPr>
        <w:t>33:25  kaise takrao ko avoid karen. kaise war ko avoid karen. kaise confrontation ko avoid karen. to usi ko mein keh raha hoon management.</w:t>
      </w:r>
      <w:r>
        <w:br/>
      </w:r>
      <w:r>
        <w:rPr>
          <w:sz w:val="20"/>
        </w:rPr>
        <w:t>33:37  to yeh misaal aap ne qaim ki. aur phir Hudaybiyah wala muahida tay pa gaya is mein ke yeh likha hathha ke das saal tak dono fareeq ke darmiyan larai band rahe gi.</w:t>
      </w:r>
      <w:r>
        <w:br/>
      </w:r>
      <w:r>
        <w:rPr>
          <w:sz w:val="20"/>
        </w:rPr>
        <w:t>33:53  to Hudaybiyah jo tha, basically woh das saal ka no war pact tha. no war pact.</w:t>
      </w:r>
    </w:p>
    <w:p>
      <w:pPr>
        <w:pStyle w:val="Heading2"/>
      </w:pPr>
      <w:r>
        <w:t>hidden relative value behind the Treaty of Hudaybiyyah</w:t>
      </w:r>
    </w:p>
    <w:p>
      <w:r>
        <w:rPr>
          <w:color w:val="666666"/>
          <w:sz w:val="18"/>
        </w:rPr>
        <w:t>The Art of Thinking January 28, 2024 · 3m 22s · at 43:42 · https://youtu.be/lpUsTrs0ulo?t=2622</w:t>
      </w:r>
    </w:p>
    <w:p>
      <w:r>
        <w:rPr>
          <w:i/>
        </w:rPr>
        <w:t>“Relative value is a very important concept, Maulana said”</w:t>
      </w:r>
    </w:p>
    <w:p>
      <w:r>
        <w:rPr>
          <w:sz w:val="20"/>
        </w:rPr>
        <w:t>43:42  hai. Mein chahoon ga is ke baray mein bhi aap hum sab ko wazeh karein. Haan, ye bohat zyada ye cheez important hai, relative value. Kyunke jo real value hai ya absolute value hai, to woh to bohat hi kam aisa hota hai ke humain real value jo hai har cheez ki mil</w:t>
      </w:r>
      <w:r>
        <w:br/>
      </w:r>
      <w:r>
        <w:rPr>
          <w:sz w:val="20"/>
        </w:rPr>
        <w:t>44:03  jaye. Kyunke aam taur par kya hota hai, jis ko Maulana indirect benefit bhi kehtay thay, ke direct benefit kam hota hai, indirect benefit bohat zyada hota hai, lekin log us ko samajh nahi patay. To is ka mein is se us waqt sirf Sulah Hudaibiyah ki misaal doon gi</w:t>
      </w:r>
      <w:r>
        <w:br/>
      </w:r>
      <w:r>
        <w:rPr>
          <w:sz w:val="20"/>
        </w:rPr>
        <w:t>44:22  ke Sulah Hudaibiyah ki jo misaal, woh jo Rasool Allah Salallahu Alaihi Wasallam ne sulah ki, dab kar ke tamam un ke enemy ki sharaait ko accept kar ke, to ab Sahaba ke bhi kisi kisi bhi Sahabi ko samajh mein nahi aa raha tha.</w:t>
      </w:r>
      <w:r>
        <w:br/>
      </w:r>
      <w:r>
        <w:rPr>
          <w:sz w:val="20"/>
        </w:rPr>
        <w:t>44:40  Sab Sahabi bohat zyada ghamgeen thay ke itna zillat amaiz muahida hua hai. Matlab hai ke Hazrat Umar, Hazrat Abu Bakr jaisay Sahabi bhi sab pareshan thay.</w:t>
      </w:r>
      <w:r>
        <w:br/>
      </w:r>
      <w:r>
        <w:rPr>
          <w:sz w:val="20"/>
        </w:rPr>
        <w:t>44:53  Lekin woh jo us ka woh tha, jo hidden aspect tha, jis ko hum kahain ge relative value jo tha, woh Rasool Allah Salallahu Alaihi Wasallam ko angels ne bataya ya aap ko khud aap ne samjha.</w:t>
      </w:r>
      <w:r>
        <w:br/>
      </w:r>
      <w:r>
        <w:rPr>
          <w:sz w:val="20"/>
        </w:rPr>
        <w:t>45:07  Beharhaal to woh jo hidden aspect tha, woh zabardast tha kyunke jab muahida ho jaye ga aur aman qaim ho jaye ga, saray jo hain bahami takrao khatam ho jaye ga, jang-i halaat khatam ho jayein ge</w:t>
      </w:r>
      <w:r>
        <w:br/>
      </w:r>
      <w:r>
        <w:rPr>
          <w:sz w:val="20"/>
        </w:rPr>
        <w:t>45:24  , log aik doosray se milnay lagen ge to zabardast jo hai is ka faida hoga. Jo paigham Rasool Allah Salallahu Alaihi Wasallam, jo paigham phailanay mein jo itni rukawatein aa rahi theen, to woh sari rukawatein khatam ho jayein gi.</w:t>
      </w:r>
      <w:r>
        <w:br/>
      </w:r>
      <w:r>
        <w:rPr>
          <w:sz w:val="20"/>
        </w:rPr>
        <w:t>45:40  To isi wajah se Quran mein aaya ke Allah ne woh baat jani jo tum ne nahi jani, Surah Al-Fatah mein ke us ke baad achaanak saray pooray Arab mein achaanak jo hai woh Rasool Allah Salallahu Alaihi Wasallam ka paigham phunch gaya, sari dushmaniayn khatam ho gaein.</w:t>
      </w:r>
      <w:r>
        <w:br/>
      </w:r>
      <w:r>
        <w:rPr>
          <w:sz w:val="20"/>
        </w:rPr>
        <w:t>46:02  To</w:t>
      </w:r>
      <w:r>
        <w:br/>
      </w:r>
      <w:r>
        <w:rPr>
          <w:sz w:val="20"/>
        </w:rPr>
        <w:t>46:03  isi par woh hai ke Hazrat Umar ne kaha hai ke aqalmand woh nahi hai jo shar ke muqablay mein khair ko janay.</w:t>
      </w:r>
      <w:r>
        <w:br/>
      </w:r>
      <w:r>
        <w:rPr>
          <w:sz w:val="20"/>
        </w:rPr>
        <w:t>46:12  To hamesha hi shar aur khair dono hota hai. Haan, aqalmand woh hai jo lesser evil ko janay, do shar mein se kon shar kam hai, woh janay.</w:t>
      </w:r>
      <w:r>
        <w:br/>
      </w:r>
      <w:r>
        <w:rPr>
          <w:sz w:val="20"/>
        </w:rPr>
        <w:t>46:23  Matlab aik tha ke un ki sari dushmani ki sari conditions ko accept karna aur doosra tha ke tamam jo hai halaat normalize, normalize ho jayein aur paigham phochanay mein sari jo hain rastay khul jayein.</w:t>
      </w:r>
      <w:r>
        <w:br/>
      </w:r>
      <w:r>
        <w:rPr>
          <w:sz w:val="20"/>
        </w:rPr>
        <w:t>46:40  To woh zyada behtar tha ya yeh zyada behtar hai. To</w:t>
      </w:r>
      <w:r>
        <w:br/>
      </w:r>
      <w:r>
        <w:rPr>
          <w:sz w:val="20"/>
        </w:rPr>
        <w:t>46:44  yeh jo hai agar hum sirf aik baat ko yeh rakhein ke hamara har action jo hai woh result oriented hona chahiye aur sochien, agar hum gehrai se to humain samajh mein aa jata hai ke hum aisa karein ge to is ka result yeh hoga, aisa karein ge to is ka result yeh hoga.</w:t>
      </w:r>
    </w:p>
    <w:p>
      <w:pPr>
        <w:pStyle w:val="Heading2"/>
      </w:pPr>
      <w:r>
        <w:t>Hudaybiyyah as peace drama series</w:t>
      </w:r>
    </w:p>
    <w:p>
      <w:r>
        <w:rPr>
          <w:color w:val="666666"/>
          <w:sz w:val="18"/>
        </w:rPr>
        <w:t>The Age of Alternative April 24, 2016 · 2m 06s · at 6:18 · https://youtu.be/JoilI-TK4Ig?t=378</w:t>
      </w:r>
    </w:p>
    <w:p>
      <w:r>
        <w:rPr>
          <w:i/>
        </w:rPr>
        <w:t>“The Treaty of Hudaybiyyah was a peace agreement.”</w:t>
      </w:r>
    </w:p>
    <w:p>
      <w:r>
        <w:rPr>
          <w:sz w:val="20"/>
        </w:rPr>
        <w:t>6:18  ek peace ki agreement thi, lekin woh zamana to jang ka zamana tha. wahi tha "al-harbu infaa'un lil-harb". is zamane mein Rasool Allah ne Hudaybiyah ki shakal mein peace ka agreement kiya apnay mukhalifeen se.</w:t>
      </w:r>
      <w:r>
        <w:br/>
      </w:r>
      <w:r>
        <w:rPr>
          <w:sz w:val="20"/>
        </w:rPr>
        <w:t>6:38  lekin yeh amalan ek drama silsila ban gaya. drama silsila mutabadil ka.</w:t>
      </w:r>
      <w:r>
        <w:br/>
      </w:r>
      <w:r>
        <w:rPr>
          <w:sz w:val="20"/>
        </w:rPr>
        <w:t>6:47  woh kaise? ke unilateral level par aap ne qurbani ki, yani un ki sari conditions ko aap ne qabool kar liya.</w:t>
      </w:r>
      <w:r>
        <w:br/>
      </w:r>
      <w:r>
        <w:rPr>
          <w:sz w:val="20"/>
        </w:rPr>
        <w:t>7:00  fareeq-e-insani ki sari sharton ko aap ne maan liya aur peace agreement hua.</w:t>
      </w:r>
      <w:r>
        <w:br/>
      </w:r>
      <w:r>
        <w:rPr>
          <w:sz w:val="20"/>
        </w:rPr>
        <w:t>7:11  to is ke baad kya hua? Fatah Makkah ho gaya, yani baghair harb ke ladaai ho, baghair ladaai ke Makkah Fatah ho gaya. peace ki taqat se Makkah jo Fatah hua tha, woh peace ki taqat se Fatah hua tha, harb ki taqat se nahi.</w:t>
      </w:r>
      <w:r>
        <w:br/>
      </w:r>
      <w:r>
        <w:rPr>
          <w:sz w:val="20"/>
        </w:rPr>
        <w:t>7:28  to Fatah Makkah was a drama silsila is haqeeqat ka. to Rasool Allah ne pehli baar history mein ek drama silsila diya ke "peace is a power".</w:t>
      </w:r>
      <w:r>
        <w:br/>
      </w:r>
      <w:r>
        <w:rPr>
          <w:sz w:val="20"/>
        </w:rPr>
        <w:t>7:47  peace is the end mutabadil war.</w:t>
      </w:r>
      <w:r>
        <w:br/>
      </w:r>
      <w:r>
        <w:rPr>
          <w:sz w:val="20"/>
        </w:rPr>
        <w:t>7:51  peace ke zariye se tum peaceful planning ke zariye se tum baray se bara maqsad hasil kar saktay ho. is tarah se aap dekhiye to Hudaybiyah agreement jo thi,</w:t>
      </w:r>
      <w:r>
        <w:br/>
      </w:r>
      <w:r>
        <w:rPr>
          <w:sz w:val="20"/>
        </w:rPr>
        <w:t>8:06  woh ek historical drama silsila tha. yeh tareekh mein pehli baar yeh hua ke Rasool Allah ne ek peaceful agreement kiya jang ko khatam karne ke liye.</w:t>
      </w:r>
    </w:p>
    <w:p>
      <w:pPr>
        <w:pStyle w:val="Heading2"/>
      </w:pPr>
      <w:r>
        <w:t>Hudaybiyyah: disadvantage to advantage</w:t>
      </w:r>
    </w:p>
    <w:p>
      <w:r>
        <w:rPr>
          <w:color w:val="666666"/>
          <w:sz w:val="18"/>
        </w:rPr>
        <w:t>Al-Hikmah in Islam September 14, 2007 · 1m 15s · at 25:02 · https://youtu.be/PxOdof00YIM?t=1502</w:t>
      </w:r>
    </w:p>
    <w:p>
      <w:r>
        <w:rPr>
          <w:i/>
        </w:rPr>
        <w:t>“When the Prophet made the Treaty of Hudaybiyyah”</w:t>
      </w:r>
    </w:p>
    <w:p>
      <w:r>
        <w:rPr>
          <w:sz w:val="20"/>
        </w:rPr>
        <w:t>25:02  har Problem ke saath Opportunities hoti hain. yeh Wisdom hai. Rasool Allah Sal Allahu Alaihi Wasallam ne jab Hudaybiyyah Agreement kiya to saare Sahaba samajhte the ke hum dab kar sulah kar len, dab kar.</w:t>
      </w:r>
      <w:r>
        <w:br/>
      </w:r>
      <w:r>
        <w:rPr>
          <w:sz w:val="20"/>
        </w:rPr>
        <w:t>25:15  yaani paspayi hai, dab kar sulah karna hai, aur apne aap ko yaani ke zaleel karna hai, peechhe hatana hai.</w:t>
      </w:r>
      <w:r>
        <w:br/>
      </w:r>
      <w:r>
        <w:rPr>
          <w:sz w:val="20"/>
        </w:rPr>
        <w:t>25:27  lekin isi mein dekhiye ke ek naya Advantage chhaapa hua tha. jis ko Quran mein kaha ke "إنا فتحنا لك فتحاً مبيناً". yaani bazahir shikast ki sulah, fateh is mein chhipi hui thi.</w:t>
      </w:r>
      <w:r>
        <w:br/>
      </w:r>
      <w:r>
        <w:rPr>
          <w:sz w:val="20"/>
        </w:rPr>
        <w:t>25:43  bazahir ek mehroomi ka Agreement, is ke andar kamyabi ka faida chha pa hua tha. yeh hai Wisdom.</w:t>
      </w:r>
      <w:r>
        <w:br/>
      </w:r>
      <w:r>
        <w:rPr>
          <w:sz w:val="20"/>
        </w:rPr>
        <w:t>25:54  isi ko kaha gaya ke "اتقوا فراس المؤمن فإنه يَنْظُرُ بِنُورِ اللَّهِ". ke Momin woh hai jo nahi mein hai ko dekhe. jo Negative mein Positive ko dekhe.</w:t>
      </w:r>
      <w:r>
        <w:br/>
      </w:r>
      <w:r>
        <w:rPr>
          <w:sz w:val="20"/>
        </w:rPr>
        <w:t>26:06  jo Disadvantage mein Advantage ko dekhe. ab ghaur kijiye ke Musalman agar is raaz ko jaante to do sau saal khote nahi woh.</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