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ant</w:t>
      </w:r>
    </w:p>
    <w:p>
      <w:r>
        <w:rPr>
          <w:sz w:val="18"/>
        </w:rPr>
        <w:t>Q&amp;A, lecture moments and clips · full transcripts with timestamps · exported 2026-09-21</w:t>
      </w:r>
    </w:p>
    <w:p>
      <w:pPr>
        <w:pStyle w:val="Heading1"/>
      </w:pPr>
      <w:r>
        <w:t>Maulana was asked (0)</w:t>
      </w:r>
    </w:p>
    <w:p>
      <w:pPr>
        <w:pStyle w:val="Heading1"/>
      </w:pPr>
      <w:r>
        <w:t>In the lectures (3)</w:t>
      </w:r>
    </w:p>
    <w:p>
      <w:pPr>
        <w:pStyle w:val="Heading2"/>
      </w:pPr>
      <w:r>
        <w:t>Chapter 27 Al-Naml (The Ants) - Maulana Wahiduddin Khan</w:t>
      </w:r>
    </w:p>
    <w:p>
      <w:r>
        <w:rPr>
          <w:color w:val="666666"/>
          <w:sz w:val="18"/>
        </w:rPr>
        <w:t>0:01 · https://youtu.be/oEv5IVmJ_Is?t=1</w:t>
      </w:r>
    </w:p>
    <w:p>
      <w:r>
        <w:rPr>
          <w:i/>
        </w:rPr>
        <w:t>“بسم الله الرحمن الرحيم.”</w:t>
      </w:r>
    </w:p>
    <w:p>
      <w:pPr>
        <w:pStyle w:val="Heading2"/>
      </w:pPr>
      <w:r>
        <w:t>From Anger to Awareness A Journey with Maulana Wahiduddin Khan</w:t>
      </w:r>
    </w:p>
    <w:p>
      <w:r>
        <w:rPr>
          <w:color w:val="666666"/>
          <w:sz w:val="18"/>
        </w:rPr>
        <w:t>37:41 · https://youtu.be/EmHNgq0Iq1w?t=2261</w:t>
      </w:r>
    </w:p>
    <w:p>
      <w:r>
        <w:rPr>
          <w:i/>
        </w:rPr>
        <w:t>“when you look at an ant walking towards a heap, uh, mixed with salt and, uh, sweet, uh, salt or sugar, what would the ant do?”</w:t>
      </w:r>
    </w:p>
    <w:p>
      <w:pPr>
        <w:pStyle w:val="Heading2"/>
      </w:pPr>
      <w:r>
        <w:t>From Anger to Awareness A Journey with Maulana Wahiduddin Khan</w:t>
      </w:r>
    </w:p>
    <w:p>
      <w:r>
        <w:rPr>
          <w:color w:val="666666"/>
          <w:sz w:val="18"/>
        </w:rPr>
        <w:t>37:50 · https://youtu.be/EmHNgq0Iq1w?t=2270</w:t>
      </w:r>
    </w:p>
    <w:p>
      <w:r>
        <w:rPr>
          <w:i/>
        </w:rPr>
        <w:t>“It would simply approach the heap, uh, retrieve the granules of sugar, and come back to its nest. Uh, so in the same way, the message that the ant culture is giving is that this world is a mixture of negatives and pos”</w:t>
      </w:r>
    </w:p>
    <w:p>
      <w:pPr>
        <w:pStyle w:val="Heading1"/>
      </w:pPr>
      <w:r>
        <w:t>Clips (2)</w:t>
      </w:r>
    </w:p>
    <w:p>
      <w:pPr>
        <w:pStyle w:val="Heading2"/>
      </w:pPr>
      <w:r>
        <w:t>Ant culture: take the good, ignore the bad</w:t>
      </w:r>
    </w:p>
    <w:p>
      <w:r>
        <w:rPr>
          <w:color w:val="666666"/>
          <w:sz w:val="18"/>
        </w:rPr>
        <w:t>From Anger to Awareness A Journey with Maulana Wahiduddin Khan · 49s · at 37:34 · https://youtu.be/EmHNgq0Iq1w?t=2254</w:t>
      </w:r>
    </w:p>
    <w:p>
      <w:r>
        <w:rPr>
          <w:i/>
        </w:rPr>
        <w:t>“Adopt ant culture: ignore the salt, take the sugar.”</w:t>
      </w:r>
    </w:p>
    <w:p>
      <w:r>
        <w:rPr>
          <w:sz w:val="20"/>
        </w:rPr>
        <w:t>37:34  Now, we see ants in our daily life, but he gave it a term, ant culture, adopt ant culture. Uh,</w:t>
      </w:r>
      <w:r>
        <w:br/>
      </w:r>
      <w:r>
        <w:rPr>
          <w:sz w:val="20"/>
        </w:rPr>
        <w:t>37:41  when you look at an ant walking towards a heap, uh, mixed with salt and, uh, sweet, uh, salt or sugar, what would the ant do?</w:t>
      </w:r>
      <w:r>
        <w:br/>
      </w:r>
      <w:r>
        <w:rPr>
          <w:sz w:val="20"/>
        </w:rPr>
        <w:t>37:50  It would simply approach the heap, uh, retrieve the granules of sugar, and come back to its nest. Uh, so in the same way, the message that the ant culture is giving is that this world is a mixture of negatives and pos</w:t>
      </w:r>
      <w:r>
        <w:br/>
      </w:r>
      <w:r>
        <w:rPr>
          <w:sz w:val="20"/>
        </w:rPr>
        <w:t>38:04  itives. What you need to do is ignore what is undesirable and take what is desirable, just like an ant ignores the salt and takes what it desires, which is, uh, sugar.</w:t>
      </w:r>
      <w:r>
        <w:br/>
      </w:r>
      <w:r>
        <w:rPr>
          <w:sz w:val="20"/>
        </w:rPr>
        <w:t>38:15  So in this way, you will be able to derive, uh, nectar, uh, of wisdom, uh, through daily experiences. Thank you, Dr.</w:t>
      </w:r>
    </w:p>
    <w:p>
      <w:pPr>
        <w:pStyle w:val="Heading2"/>
      </w:pPr>
      <w:r>
        <w:t>Ideology can only be defeated by counter-ideology</w:t>
      </w:r>
    </w:p>
    <w:p>
      <w:r>
        <w:rPr>
          <w:color w:val="666666"/>
          <w:sz w:val="18"/>
        </w:rPr>
        <w:t>Political Interpretation of Islam January 26, 2014 · 28s · at 16:16 · https://youtu.be/hXKqLTQcOzw?t=976</w:t>
      </w:r>
    </w:p>
    <w:p>
      <w:r>
        <w:rPr>
          <w:i/>
        </w:rPr>
        <w:t>“The antidote to an ideology is another ideology”</w:t>
      </w:r>
    </w:p>
    <w:p>
      <w:r>
        <w:rPr>
          <w:sz w:val="20"/>
        </w:rPr>
        <w:t>16:16  to ideology ka jo tod hai, woh ideology hai. yaad rakhiye, is dunya mein kabhi bhi kisi ideology ko aap violence se crush nahi kar sakte.</w:t>
      </w:r>
      <w:r>
        <w:br/>
      </w:r>
      <w:r>
        <w:rPr>
          <w:sz w:val="20"/>
        </w:rPr>
        <w:t>16:30  impossible hai yeh. ideology ko sirf ideology ke zariye aap crush kar sakte hain. to is waqt zaroorat kis baat ki hai?</w:t>
      </w:r>
      <w:r>
        <w:br/>
      </w:r>
      <w:r>
        <w:rPr>
          <w:sz w:val="20"/>
        </w:rPr>
        <w:t>16:41  alternative ideology ki.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