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The conquest of Makkah</w:t>
      </w:r>
    </w:p>
    <w:p>
      <w:r>
        <w:rPr>
          <w:sz w:val="18"/>
        </w:rPr>
        <w:t>Q&amp;A, lecture moments and clips · full transcripts with timestamps · exported 2026-09-21</w:t>
      </w:r>
    </w:p>
    <w:p>
      <w:pPr>
        <w:pStyle w:val="Heading1"/>
      </w:pPr>
      <w:r>
        <w:t>Maulana was asked (4)</w:t>
      </w:r>
    </w:p>
    <w:p>
      <w:pPr>
        <w:pStyle w:val="Heading2"/>
      </w:pPr>
      <w:r>
        <w:t>Motivations of Early Arab Conquests</w:t>
      </w:r>
    </w:p>
    <w:p>
      <w:r>
        <w:rPr>
          <w:color w:val="666666"/>
          <w:sz w:val="18"/>
        </w:rPr>
        <w:t>Freedom of Expression in Islam 30 Sept 2012 - Maulana Wahiduddin Khan · 3m 14s · at 1:07:36 · https://youtu.be/WLlXSyxX8Q4?t=4056</w:t>
      </w:r>
    </w:p>
    <w:p>
      <w:r>
        <w:rPr>
          <w:i/>
        </w:rPr>
        <w:t>“After the death of the Prophet, the Arabs conquered a huge part of the world from Morocco in the west to Persia in the east within less than hundred years. People often think of this as a sign of Islam being spread by force. Could you please clarify what the motivations of the Arab armies were? Why did they feel the need to conquer the world?”</w:t>
      </w:r>
    </w:p>
    <w:p>
      <w:r>
        <w:rPr>
          <w:sz w:val="20"/>
        </w:rPr>
        <w:t>1:07:36  Maulana, agla sawal Delhi se hai Mr. Qais ka. unhon ne likha hai: "after the death of the Prophet, the Arabs conquered a huge part of the world from Morocco in the West to Persia in the East within less than hundred years.</w:t>
      </w:r>
      <w:r>
        <w:br/>
      </w:r>
      <w:r>
        <w:rPr>
          <w:sz w:val="20"/>
        </w:rPr>
        <w:t>1:07:54  people often think of this as a sign of Islam being spread by force.</w:t>
      </w:r>
      <w:r>
        <w:br/>
      </w:r>
      <w:r>
        <w:rPr>
          <w:sz w:val="20"/>
        </w:rPr>
        <w:t>1:08:00  could you please clarify what the motivations of the Arab armies were? why did they feel the need to conquer the world?</w:t>
      </w:r>
      <w:r>
        <w:br/>
      </w:r>
      <w:r>
        <w:rPr>
          <w:sz w:val="20"/>
        </w:rPr>
        <w:t>1:08:09  also explain the reasons behind the wars of apostasy waged by Abu Bakr." bhai, is mein to kai sawal bula diye hain, kai sawal bula di</w:t>
      </w:r>
      <w:r>
        <w:br/>
      </w:r>
      <w:r>
        <w:rPr>
          <w:sz w:val="20"/>
        </w:rPr>
        <w:t>1:08:22  ye hain. aik hi mein aik hi baat kahoon ga ke political expansion alag cheez hai aur religious expansion alag cheez hai.</w:t>
      </w:r>
      <w:r>
        <w:br/>
      </w:r>
      <w:r>
        <w:rPr>
          <w:sz w:val="20"/>
        </w:rPr>
        <w:t>1:08:33  is baat ka koi saboot nahi hai ke Islam ko phailane ke liye talwar istemal ki gayi, koi is ka saboot nahi hai. woh alag cheez hai, woh alag cheez hai.</w:t>
      </w:r>
      <w:r>
        <w:br/>
      </w:r>
      <w:r>
        <w:rPr>
          <w:sz w:val="20"/>
        </w:rPr>
        <w:t>1:08:46  kuch darasateez theen, muslim khandan thay, woh woh apna apto political expansion ke liye fateh karte hain yahan se wahan, wahan se wahan.</w:t>
      </w:r>
      <w:r>
        <w:br/>
      </w:r>
      <w:r>
        <w:rPr>
          <w:sz w:val="20"/>
        </w:rPr>
        <w:t>1:08:56  lekin is ka koi bhi proof history mein nahi hai ke kahin yeh kaha gaya ho ke musalman qabool karo, wahan to qatal kar diya jaye ga.</w:t>
      </w:r>
      <w:r>
        <w:br/>
      </w:r>
      <w:r>
        <w:rPr>
          <w:sz w:val="20"/>
        </w:rPr>
        <w:t>1:09:05  aisa koi saboot nahi hai.</w:t>
      </w:r>
      <w:r>
        <w:br/>
      </w:r>
      <w:r>
        <w:rPr>
          <w:sz w:val="20"/>
        </w:rPr>
        <w:t>1:09:08  main aap ko do misaal deta hoon. swami bewakaran ke ki kitab hai "letters of bewakarindah".</w:t>
      </w:r>
      <w:r>
        <w:br/>
      </w:r>
      <w:r>
        <w:rPr>
          <w:sz w:val="20"/>
        </w:rPr>
        <w:t>1:09:19  is mein unhon ne ek jo hai likha hai ke "it is nonsense to say that Hindus were converted to Islam by force".</w:t>
      </w:r>
      <w:r>
        <w:br/>
      </w:r>
      <w:r>
        <w:rPr>
          <w:sz w:val="20"/>
        </w:rPr>
        <w:t>1:09:32  yeh wording un ki hai, woh kitab mere paas maujood hai, aap dekh sakte hain. "It is nonsense to say that Muslims were converted to Islam by force".</w:t>
      </w:r>
      <w:r>
        <w:br/>
      </w:r>
      <w:r>
        <w:rPr>
          <w:sz w:val="20"/>
        </w:rPr>
        <w:t>1:09:44  doosra example yeh hai ke arab world mein misr bohat bara mulk hai aur bajarti islam mein dakhil ho gayi thi.</w:t>
      </w:r>
      <w:r>
        <w:br/>
      </w:r>
      <w:r>
        <w:rPr>
          <w:sz w:val="20"/>
        </w:rPr>
        <w:t>1:09:54  is par study kiya hai ek angrez, ek British historian ne, is ka naam hai Sir Arthur Peth. is ki kitab mein woh likhta hai ke "Sindh was conquered not by sword but by the Quran".</w:t>
      </w:r>
      <w:r>
        <w:br/>
      </w:r>
      <w:r>
        <w:rPr>
          <w:sz w:val="20"/>
        </w:rPr>
        <w:t>1:10:07  yeh hai "a shins was conquered not by the sword but by the quran". to jo is ka jo history hai, history se kahin bhi proof nahi hota ke talwar istemal ki gayi islam ki religious expansion ke liye.</w:t>
      </w:r>
      <w:r>
        <w:br/>
      </w:r>
      <w:r>
        <w:rPr>
          <w:sz w:val="20"/>
        </w:rPr>
        <w:t>1:10:25  baqi kuch log thay, woh woh apna apni hukoomat ka kaam pehle karte rahe, un ka zaati feal tha.</w:t>
      </w:r>
      <w:r>
        <w:br/>
      </w:r>
      <w:r>
        <w:rPr>
          <w:sz w:val="20"/>
        </w:rPr>
        <w:t>1:10:32  to "that is political expansion". yeh aap nahi sakte keh sakte ke woh religious expansion tha. baqi jo doosri baat hai, to is par maine kitab mein likha hai, aap padh lijie.</w:t>
      </w:r>
      <w:r>
        <w:br/>
      </w:r>
      <w:r>
        <w:rPr>
          <w:sz w:val="20"/>
        </w:rPr>
        <w:t>1:10:43  woh yeh kitab "hikmat-e-islam" hai, is par is ki tafseel maujood hai.</w:t>
      </w:r>
    </w:p>
    <w:p>
      <w:pPr>
        <w:pStyle w:val="Heading2"/>
      </w:pPr>
      <w:r>
        <w:t>Were Islamic conquests defensive or aggressive?</w:t>
      </w:r>
    </w:p>
    <w:p>
      <w:r>
        <w:rPr>
          <w:color w:val="666666"/>
          <w:sz w:val="18"/>
        </w:rPr>
        <w:t>Art of Thinking November 02, 2014 Maulana Wahiduddin Khan · 2m 14s · at 52:53 · https://youtu.be/jxGjv30RG1Q?t=3173</w:t>
      </w:r>
    </w:p>
    <w:p>
      <w:r>
        <w:rPr>
          <w:i/>
        </w:rPr>
        <w:t>“All ghazwa wars from Badr to Fath Makkah and onwards were fought for defense only. It is alleged by the opponents of Islam that such a big empire from Makkah to Turkey was achieved by aggressive wars and not by defensive fights. What is your view on this?”</w:t>
      </w:r>
    </w:p>
    <w:p>
      <w:r>
        <w:rPr>
          <w:sz w:val="20"/>
        </w:rPr>
        <w:t>52:53  molana, agla sawal kya hai doctor wasiq ur rehman sahib ne dewas mp se aur unhone likha hai: "were all gazwa wars from badr to fateh makkah and onwards fought for defence only.</w:t>
      </w:r>
      <w:r>
        <w:br/>
      </w:r>
      <w:r>
        <w:rPr>
          <w:sz w:val="20"/>
        </w:rPr>
        <w:t>53:11  it is alleged by the opponents of Islam that such a big empire from makkah to turkey was achieved by aggressive wars and not by defensive fights." molana, what is your view on this?</w:t>
      </w:r>
      <w:r>
        <w:br/>
      </w:r>
      <w:r>
        <w:rPr>
          <w:sz w:val="20"/>
        </w:rPr>
        <w:t>53:26  dekhiye, Quran mein bataya gaya hai ke وَهُمْ بَدَوْكُمْ أَوَّلَ بَرًّا. is mein jo basic buniyadi jo reference hai woh yeh ayat hai: وَهُمْ بَدَوْكُمْ أَوَّلَ بَرًّا.</w:t>
      </w:r>
      <w:r>
        <w:br/>
      </w:r>
      <w:r>
        <w:rPr>
          <w:sz w:val="20"/>
        </w:rPr>
        <w:t>53:41  unhone kiya hai? is pehle unhone shuru kiya hai jang, unhone shuru kiya to ab jang jo hai un ke muwafiq nahi gayi.</w:t>
      </w:r>
      <w:r>
        <w:br/>
      </w:r>
      <w:r>
        <w:rPr>
          <w:sz w:val="20"/>
        </w:rPr>
        <w:t>53:51  yani rasool Allah aur aap ke ashaab jeet gaye jaise 1965 mein jang shuru ki thi Pakistan ne lekin jeet gaya India to ab jeetna to aap ke ikhtiyar mein thori hai.</w:t>
      </w:r>
      <w:r>
        <w:br/>
      </w:r>
      <w:r>
        <w:rPr>
          <w:sz w:val="20"/>
        </w:rPr>
        <w:t>54:10  to وَهُمْ بَدَوْكُمْ أَوَّلَ بَرًّا. shuru kiya unhone, waqai shuru karne ke baad Allah ki madad se jeet gaye rasool Allah aur aap ke ashaab to theek hai.</w:t>
      </w:r>
      <w:r>
        <w:br/>
      </w:r>
      <w:r>
        <w:rPr>
          <w:sz w:val="20"/>
        </w:rPr>
        <w:t>54:21  is mein kya hai? jeet kisi ke ikhtiyar mein thori hoti hai. jeet ka faisla to future karta hai.</w:t>
      </w:r>
      <w:r>
        <w:br/>
      </w:r>
      <w:r>
        <w:rPr>
          <w:sz w:val="20"/>
        </w:rPr>
        <w:t>54:31  present mein aap shuru karte hain lekin jeet ka faisla future mein hota hai. to وَهُمْ بَدَوْكُمْ أَوَّلَ بَرًّا.</w:t>
      </w:r>
      <w:r>
        <w:br/>
      </w:r>
      <w:r>
        <w:rPr>
          <w:sz w:val="20"/>
        </w:rPr>
        <w:t>54:42  yeh yeh usool bilkul woh us se nikalta hai ke bad unhone kiya hai? bad mani beginning. bad mani beginning.</w:t>
      </w:r>
      <w:r>
        <w:br/>
      </w:r>
      <w:r>
        <w:rPr>
          <w:sz w:val="20"/>
        </w:rPr>
        <w:t>54:53  beginning unhone kar di, ab ladai shuru ho gayi. ladai shuru ho gayi to ab ab to future decide karega ke jeet kis tareeqe se, haar kis tareeqe se. yeh bohat clear hai yeh baat.</w:t>
      </w:r>
    </w:p>
    <w:p>
      <w:pPr>
        <w:pStyle w:val="Heading2"/>
      </w:pPr>
      <w:r>
        <w:t>War and Conquest in Early Islamic History</w:t>
      </w:r>
    </w:p>
    <w:p>
      <w:r>
        <w:rPr>
          <w:color w:val="666666"/>
          <w:sz w:val="18"/>
        </w:rPr>
        <w:t>Age of Democracy May 25, 2014 · 2m 08s · at 1:10:12 · https://youtu.be/pyZy1-EhW1Q?t=4212</w:t>
      </w:r>
    </w:p>
    <w:p>
      <w:r>
        <w:rPr>
          <w:i/>
        </w:rPr>
        <w:t>“If it is a fact that there is no war and qital in Islam against established governments, then what was in the regime of earlier times of Islam where countries like Egypt and Iran were conquered by the Muslims? Please comment.”</w:t>
      </w:r>
    </w:p>
    <w:p>
      <w:r>
        <w:rPr>
          <w:sz w:val="20"/>
        </w:rPr>
        <w:t>1:10:12  maulana, agla sawal lene se pehle ek comment padhna chahenge jo mehtab ahmed sahab ne dhampur se bheja hai. unhone likha hai: "maulana, inshallah your new book izhar-e-deen will grow iman and conviction of all the readers." mashallah.</w:t>
      </w:r>
      <w:r>
        <w:br/>
      </w:r>
      <w:r>
        <w:rPr>
          <w:sz w:val="20"/>
        </w:rPr>
        <w:t>1:10:35  maulana, agla sawal kya hai aamir jinn sahab ne kashmir se.</w:t>
      </w:r>
      <w:r>
        <w:br/>
      </w:r>
      <w:r>
        <w:rPr>
          <w:sz w:val="20"/>
        </w:rPr>
        <w:t>1:10:41  unhone likha hai: "if it is a fact that there is no war or qital in islam against established governments, then what was in the regime of earlier times of islam where country like egypt or iran were conquered by the muslims?" please comment karein.</w:t>
      </w:r>
      <w:r>
        <w:br/>
      </w:r>
      <w:r>
        <w:rPr>
          <w:sz w:val="20"/>
        </w:rPr>
        <w:t>1:11:01  dekhiye, yeh baat bahut achhi tarah se tafseel se likh chuka hoon ke woh islam ke rule ko establish karne ke liye nahi hua tha. woh</w:t>
      </w:r>
      <w:r>
        <w:br/>
      </w:r>
      <w:r>
        <w:rPr>
          <w:sz w:val="20"/>
        </w:rPr>
        <w:t>1:11:10  mein ne arz kiya ke woh ek divine operation tha ke duniya mein kingship ka jo nizam tha, us ne decent ko khatam kar rakha tha. that was against the creation plan of god.</w:t>
      </w:r>
      <w:r>
        <w:br/>
      </w:r>
      <w:r>
        <w:rPr>
          <w:sz w:val="20"/>
        </w:rPr>
        <w:t>1:11:21  khuda ko manzoor hai ke log azaad hon, logon ko freedom of choice ho. to tabhi hoga jab ke decent ki azaadi ho.</w:t>
      </w:r>
      <w:r>
        <w:br/>
      </w:r>
      <w:r>
        <w:rPr>
          <w:sz w:val="20"/>
        </w:rPr>
        <w:t>1:11:30  is ko khatam karne ke liye yeh hua. yeh nahi ke koi qanoon hai, us ko naafiz</w:t>
      </w:r>
      <w:r>
        <w:br/>
      </w:r>
      <w:r>
        <w:rPr>
          <w:sz w:val="20"/>
        </w:rPr>
        <w:t>1:11:35  karna hai. yeh to musalman is zamane mein kuch aise paida hue, kuch aise log yeh nikala hai inhon ne ke islam ke qanoon ko nafiz karne ke liye.</w:t>
      </w:r>
      <w:r>
        <w:br/>
      </w:r>
      <w:r>
        <w:rPr>
          <w:sz w:val="20"/>
        </w:rPr>
        <w:t>1:11:43  nahi, kingship ne allah ke kisi plan ko moattal karna chaha tha, dissent ko tabu bana kar ke.</w:t>
      </w:r>
      <w:r>
        <w:br/>
      </w:r>
      <w:r>
        <w:rPr>
          <w:sz w:val="20"/>
        </w:rPr>
        <w:t>1:11:56  to woh khatm ho gaya. ab ab dunya mein azadi hai, ab dissent pe koi pabandi nahi hai. to bas ab woh waqt khatm ho gaya.</w:t>
      </w:r>
      <w:r>
        <w:br/>
      </w:r>
      <w:r>
        <w:rPr>
          <w:sz w:val="20"/>
        </w:rPr>
        <w:t>1:12:04  ab ladne ki koi zaroorat hi nahi. ab ladna to yani yani koi is ka koi islamic pehlu se is ko value nahi.</w:t>
      </w:r>
      <w:r>
        <w:br/>
      </w:r>
      <w:r>
        <w:rPr>
          <w:sz w:val="20"/>
        </w:rPr>
        <w:t>1:12:15  is ki koi.</w:t>
      </w:r>
    </w:p>
    <w:p>
      <w:pPr>
        <w:pStyle w:val="Heading2"/>
      </w:pPr>
      <w:r>
        <w:t>Ideal Society in Medina After Conquest</w:t>
      </w:r>
    </w:p>
    <w:p>
      <w:r>
        <w:rPr>
          <w:color w:val="666666"/>
          <w:sz w:val="18"/>
        </w:rPr>
        <w:t>Man and the Laws of Nature April 1, 2012 · 3m 38s · at 1:49:50 · https://youtu.be/coIrwYQgb6Y?t=6590</w:t>
      </w:r>
    </w:p>
    <w:p>
      <w:r>
        <w:rPr>
          <w:i/>
        </w:rPr>
        <w:t>“If an ideal society is impossible, how would you look at Medina at the time of Prophet after the conquest of Mecca?”</w:t>
      </w:r>
    </w:p>
    <w:p>
      <w:r>
        <w:rPr>
          <w:sz w:val="20"/>
        </w:rPr>
        <w:t>1:49:50  maulana, agla sawal dilli se hai mr irfan ka. unho'n ne likha hai: "if an ideal society is impossible, how would you look at medina at the time of prophet after the conquest of makkah?</w:t>
      </w:r>
      <w:r>
        <w:br/>
      </w:r>
      <w:r>
        <w:rPr>
          <w:sz w:val="20"/>
        </w:rPr>
        <w:t>1:50:06  " yeh to musalmanon ne bana rakha hai, yani ek farzi tasweer. wahan koi artist society nahi thi. yeh to kitabon mein jo padhte hain aap, to to to shayari hoti hai.</w:t>
      </w:r>
      <w:r>
        <w:br/>
      </w:r>
      <w:r>
        <w:rPr>
          <w:sz w:val="20"/>
        </w:rPr>
        <w:t>1:50:19  mere khayal mein to madine, jo madine mein ke period mein jo hai, jab madine mein jo jis ko aap keh rahe hain ke wahan ideal samajh tha, wahan par ek mauqe par rasool Allah salallahu alaihi wasallam ne ek taqseem kiya maal-e-ghanimat</w:t>
      </w:r>
      <w:r>
        <w:br/>
      </w:r>
      <w:r>
        <w:rPr>
          <w:sz w:val="20"/>
        </w:rPr>
        <w:t>1:50:35  ۔ to kisi ko mila, kisi ko kam mila, kisi ko zyada mila. to ek sahabi ne kaha: "a kar ke wallah ma adalta, khuda ki qasam, aap ne adl nahi kiya." to very that that ideal society,</w:t>
      </w:r>
      <w:r>
        <w:br/>
      </w:r>
      <w:r>
        <w:rPr>
          <w:sz w:val="20"/>
        </w:rPr>
        <w:t>1:50:49  yeh bilkul ek khud musalman khud sakhta tasweer mein jeete hain. khud sakhta tasweer bana rakha hai.</w:t>
      </w:r>
      <w:r>
        <w:br/>
      </w:r>
      <w:r>
        <w:rPr>
          <w:sz w:val="20"/>
        </w:rPr>
        <w:t>1:50:56  jaise hum bachche jab chhote bachche the to hamare bade bhai shayar the, unho'n ne she'r likha tha apne pote ke liye.</w:t>
      </w:r>
      <w:r>
        <w:br/>
      </w:r>
      <w:r>
        <w:rPr>
          <w:sz w:val="20"/>
        </w:rPr>
        <w:t>1:51:05  un ka pota tha, is ka naam tha irshad. qismat se woh din jab aayenge, irshad madine jayenge, sarkaar ke chaukhat par ja kar hum sallallahu wasallam gayenge.</w:t>
      </w:r>
      <w:r>
        <w:br/>
      </w:r>
      <w:r>
        <w:rPr>
          <w:sz w:val="20"/>
        </w:rPr>
        <w:t>1:51:16  to aap samajhte hain ke madina kya hai? jab wahan gaye to madina aisa tha jaise sab shehar hote hain.</w:t>
      </w:r>
      <w:r>
        <w:br/>
      </w:r>
      <w:r>
        <w:rPr>
          <w:sz w:val="20"/>
        </w:rPr>
        <w:t>1:51:23  yeh jo suna tha aap ne, to is se madina ka aik aik aik romantic tasawwur, koi koi alag hi cheez hogi.</w:t>
      </w:r>
      <w:r>
        <w:br/>
      </w:r>
      <w:r>
        <w:rPr>
          <w:sz w:val="20"/>
        </w:rPr>
        <w:t>1:51:32  wo qismat se wo din jab aayenge, irshad madine jayenge, sarkaar ke chokhat par ja kar hum sallallahu alaihi wasallam kahein. wahan ne koi chokhat the ya kuch tha.</w:t>
      </w:r>
      <w:r>
        <w:br/>
      </w:r>
      <w:r>
        <w:rPr>
          <w:sz w:val="20"/>
        </w:rPr>
        <w:t>1:51:42  to yeh to aik khud sakhta tasawwur ban rakha hai.</w:t>
      </w:r>
      <w:r>
        <w:br/>
      </w:r>
      <w:r>
        <w:rPr>
          <w:sz w:val="20"/>
        </w:rPr>
        <w:t>1:51:45  yeh kabhi dunya mein na ideal society bani hai, na ban sakti hai. kyunke Allah taala ne insaan ko azaadi di hai, azaadi koi masrookh nahi kar sakta.</w:t>
      </w:r>
      <w:r>
        <w:br/>
      </w:r>
      <w:r>
        <w:rPr>
          <w:sz w:val="20"/>
        </w:rPr>
        <w:t>1:51:55  jab azaadi ka aap awaaz nahi kar sakte to society ideal ideal society banna mumkin hi nahi. ideal cannot be achieved. Maulana, in ka aik aur sawal hai.</w:t>
      </w:r>
      <w:r>
        <w:br/>
      </w:r>
      <w:r>
        <w:rPr>
          <w:sz w:val="20"/>
        </w:rPr>
        <w:t>1:52:07  unhon ne poocha hai: "haoo does one look at what the prophet did with the idols when Mecca was conquered?"</w:t>
      </w:r>
      <w:r>
        <w:br/>
      </w:r>
      <w:r>
        <w:rPr>
          <w:sz w:val="20"/>
        </w:rPr>
        <w:t>1:52:17  dekhein, yeh yeh sawal samajhne ke liye tareekh ko dekhein. aap jab Mecca mein but parast log the to aap ne is ko chura nahi.</w:t>
      </w:r>
      <w:r>
        <w:br/>
      </w:r>
      <w:r>
        <w:rPr>
          <w:sz w:val="20"/>
        </w:rPr>
        <w:t>1:52:27  jab</w:t>
      </w:r>
      <w:r>
        <w:br/>
      </w:r>
      <w:r>
        <w:rPr>
          <w:sz w:val="20"/>
        </w:rPr>
        <w:t>1:52:28  but jab but parast koi rahe hi nahi to khud unhi logon ne khatam kar diya is ko jo puchte the ke aap kis ke liye? Rasool Allah sallallahu alaihi wasallam ne khud nahi touch kiya tab bhi.</w:t>
      </w:r>
      <w:r>
        <w:br/>
      </w:r>
      <w:r>
        <w:rPr>
          <w:sz w:val="20"/>
        </w:rPr>
        <w:t>1:52:39  lekin jab Mecca ke log Islam mein dakhil ho gaye, yaani tauheed mein dakhil ho gaye to ab kaun is ko poochega ke kis ke liye hai wo? to yeh bilkul galat tasawwur hai.</w:t>
      </w:r>
      <w:r>
        <w:br/>
      </w:r>
      <w:r>
        <w:rPr>
          <w:sz w:val="20"/>
        </w:rPr>
        <w:t>1:52:49  musalmanon ne galat kitabein likh rakhi hain aur Mahmood but shikan keh kar is ko fakhr karte hain. Rasool Allah but shikan harghiz nahi the.</w:t>
      </w:r>
      <w:r>
        <w:br/>
      </w:r>
      <w:r>
        <w:rPr>
          <w:sz w:val="20"/>
        </w:rPr>
        <w:t>1:52:59  wo to aik aik aik jo samaj mein tabdeeli aayi thi, us tabdeeli ka aik phenomenon tha. bas but shikni Islam mein nahi hai. behal, Islam mein shirk ki tabligh hai.</w:t>
      </w:r>
      <w:r>
        <w:br/>
      </w:r>
      <w:r>
        <w:rPr>
          <w:sz w:val="20"/>
        </w:rPr>
        <w:t>1:53:11  but shikni yeh jo jo jis ki riwayat qaim ki hai Mahmood Ghaznavi ne, wo bilkul ghair Islami hai, bilkul laغو hai aur is ko mein disown karta hoon.</w:t>
      </w:r>
      <w:r>
        <w:br/>
      </w:r>
      <w:r>
        <w:rPr>
          <w:sz w:val="20"/>
        </w:rPr>
        <w:t>1:53:20  Mahmood ne jo but shikni ki India mein aa kar ke, is ko mein disown karta hoon. chahe kisi ko acha lage ya bura lagay.</w:t>
      </w:r>
    </w:p>
    <w:p>
      <w:pPr>
        <w:pStyle w:val="Heading1"/>
      </w:pPr>
      <w:r>
        <w:t>In the lectures (2)</w:t>
      </w:r>
    </w:p>
    <w:p>
      <w:pPr>
        <w:pStyle w:val="Heading2"/>
      </w:pPr>
      <w:r>
        <w:t>Quranic Wisdom</w:t>
      </w:r>
    </w:p>
    <w:p>
      <w:r>
        <w:rPr>
          <w:color w:val="666666"/>
          <w:sz w:val="18"/>
        </w:rPr>
        <w:t>24:21 · https://youtu.be/2R9zFXIr1aw?t=1461</w:t>
      </w:r>
    </w:p>
    <w:p>
      <w:r>
        <w:rPr>
          <w:i/>
        </w:rPr>
        <w:t>“. And Maulana also says something very important, uh, from which we learn that the Quran gives more importance to peace than to political power. And that is when, uh, in one of the chapters, uh, the Quran says that the conquest of Mecca, which happened in, uh, 8 AH, that is, eigh”</w:t>
      </w:r>
    </w:p>
    <w:p>
      <w:pPr>
        <w:pStyle w:val="Heading2"/>
      </w:pPr>
      <w:r>
        <w:t>Revival of Muslims March 08, 2015</w:t>
      </w:r>
    </w:p>
    <w:p>
      <w:r>
        <w:rPr>
          <w:color w:val="666666"/>
          <w:sz w:val="18"/>
        </w:rPr>
        <w:t>1:02:03 · https://youtu.be/8ShFcr8YozI?t=3723</w:t>
      </w:r>
    </w:p>
    <w:p>
      <w:r>
        <w:rPr>
          <w:i/>
        </w:rPr>
        <w:t>“مولانا، اگلا سوال دلی سے کیا ہے دانش فضل صاحب نے اور انہوں نے لکھا ہے کہ Muslims who destroy the historical places or raise down the historical idols give the example of Prophet of Islam who, after the conquest of Makkah,”</w:t>
      </w:r>
    </w:p>
    <w:p>
      <w:pPr>
        <w:pStyle w:val="Heading1"/>
      </w:pPr>
      <w:r>
        <w:t>Clips (0)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