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news makes me angry</w:t>
      </w:r>
    </w:p>
    <w:p>
      <w:r>
        <w:rPr>
          <w:sz w:val="18"/>
        </w:rPr>
        <w:t>Q&amp;A, lecture moments and clips · full transcripts with timestamps · exported 2026-09-21</w:t>
      </w:r>
    </w:p>
    <w:p>
      <w:pPr>
        <w:pStyle w:val="Heading1"/>
      </w:pPr>
      <w:r>
        <w:t>Maulana was asked (30)</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Controlling anger and its consequences</w:t>
      </w:r>
    </w:p>
    <w:p>
      <w:r>
        <w:rPr>
          <w:color w:val="666666"/>
          <w:sz w:val="18"/>
        </w:rPr>
        <w:t>The Road to Paradise December 11, 2016 · 4m 32s · at 56:59 · https://youtu.be/iW2QmcY1_yU?t=3419</w:t>
      </w:r>
    </w:p>
    <w:p>
      <w:r>
        <w:rPr>
          <w:i/>
        </w:rPr>
        <w:t>“You say anger is a satanic act and often a person says foolish things in anger. In anger, one says such words that create discord between people.”</w:t>
      </w:r>
    </w:p>
    <w:p>
      <w:r>
        <w:rPr>
          <w:sz w:val="20"/>
        </w:rPr>
        <w:t>56:59  maulana, agla sawal dilli se kiya hai ahmed ali sahib ne aur unhon ne likha hai: maulana kehte</w:t>
      </w:r>
      <w:r>
        <w:br/>
      </w:r>
      <w:r>
        <w:rPr>
          <w:sz w:val="20"/>
        </w:rPr>
        <w:t>57:05  hain ghussa shaitani amal hai aur aksar insan ghusse mein be-aqal ki baatein keh baithta hai.</w:t>
      </w:r>
      <w:r>
        <w:br/>
      </w:r>
      <w:r>
        <w:rPr>
          <w:sz w:val="20"/>
        </w:rPr>
        <w:t>57:11  ghusse mein aise alfaaz keh deta hai jis se aapas mein ikhtilaf paida ho jata hai.</w:t>
      </w:r>
      <w:r>
        <w:br/>
      </w:r>
      <w:r>
        <w:rPr>
          <w:sz w:val="20"/>
        </w:rPr>
        <w:t>57:17  jab ghussa thanda hota hai phir afsos hota hai lekin us waqt afsos karne ka faida nahi hota.</w:t>
      </w:r>
      <w:r>
        <w:br/>
      </w:r>
      <w:r>
        <w:rPr>
          <w:sz w:val="20"/>
        </w:rPr>
        <w:t>57:23  is halaat se kaise bachein aur apne ghusse par kaise control karein, is ke bare mein hamein guidance dein.</w:t>
      </w:r>
      <w:r>
        <w:br/>
      </w:r>
      <w:r>
        <w:rPr>
          <w:sz w:val="20"/>
        </w:rPr>
        <w:t>57:29  dekhiye, ghussa shaitani amal hai, yeh baat result ke aitbar se hai, nateeja ke aitbar se hai.</w:t>
      </w:r>
      <w:r>
        <w:br/>
      </w:r>
      <w:r>
        <w:rPr>
          <w:sz w:val="20"/>
        </w:rPr>
        <w:t>57:35  khud ghussa shaitan nahi hai.</w:t>
      </w:r>
      <w:r>
        <w:br/>
      </w:r>
      <w:r>
        <w:rPr>
          <w:sz w:val="20"/>
        </w:rPr>
        <w:t>57:41  main samajhta hoon ke ghussa ek natural baat hai, ghussa sab ko aata hai, ghussa peghambar ko bhi aata hai.</w:t>
      </w:r>
      <w:r>
        <w:br/>
      </w:r>
      <w:r>
        <w:rPr>
          <w:sz w:val="20"/>
        </w:rPr>
        <w:t>57:47  hazrat moosa ko ghussa aaya, rasool allah ko ghussa aaya.</w:t>
      </w:r>
      <w:r>
        <w:br/>
      </w:r>
      <w:r>
        <w:rPr>
          <w:sz w:val="20"/>
        </w:rPr>
        <w:t>57:53  jahan tak maine samjha hai, jo mera apna tajruba hai aur is par amal karta hoon, ghusse</w:t>
      </w:r>
      <w:r>
        <w:br/>
      </w:r>
      <w:r>
        <w:rPr>
          <w:sz w:val="20"/>
        </w:rPr>
        <w:t>57:59  ka ilaaj bohat hi aasaan hai, bohat hi aasaan hai.</w:t>
      </w:r>
      <w:r>
        <w:br/>
      </w:r>
      <w:r>
        <w:rPr>
          <w:sz w:val="20"/>
        </w:rPr>
        <w:t>58:05  woh yeh hai ke jab ghussa aaye to chup ho jaiye, bas kuch mat kijiye, chup ho jaiye.</w:t>
      </w:r>
      <w:r>
        <w:br/>
      </w:r>
      <w:r>
        <w:rPr>
          <w:sz w:val="20"/>
        </w:rPr>
        <w:t>58:11  main yahi karta hoon, mujhe bohat ghussa aata hai, mere andar bohat ghussa hai, jaise hi ghussa aata</w:t>
      </w:r>
      <w:r>
        <w:br/>
      </w:r>
      <w:r>
        <w:rPr>
          <w:sz w:val="20"/>
        </w:rPr>
        <w:t>58:17  hai, main bolta nahin hoon, chup ho jata hoon.</w:t>
      </w:r>
      <w:r>
        <w:br/>
      </w:r>
      <w:r>
        <w:rPr>
          <w:sz w:val="20"/>
        </w:rPr>
        <w:t>58:23  to dekhiye, nature mein ek process hai, automatic process, woh hai ghusse ko diffuse karne ka.</w:t>
      </w:r>
      <w:r>
        <w:br/>
      </w:r>
      <w:r>
        <w:rPr>
          <w:sz w:val="20"/>
        </w:rPr>
        <w:t>58:29  Automatic process hai.</w:t>
      </w:r>
      <w:r>
        <w:br/>
      </w:r>
      <w:r>
        <w:rPr>
          <w:sz w:val="20"/>
        </w:rPr>
        <w:t>58:35  Ghussa bhi natural phenomena hai aur us ko diffuse karna bhi ek natural process hai.</w:t>
      </w:r>
      <w:r>
        <w:br/>
      </w:r>
      <w:r>
        <w:rPr>
          <w:sz w:val="20"/>
        </w:rPr>
        <w:t>58:41  to jab main ghusse ke baad chup ho jata hoon to kya hota hai? mera woh natural process</w:t>
      </w:r>
      <w:r>
        <w:br/>
      </w:r>
      <w:r>
        <w:rPr>
          <w:sz w:val="20"/>
        </w:rPr>
        <w:t>58:47  jo hai, woh foran active ho jata hai, yani diffuse karne ka.</w:t>
      </w:r>
      <w:r>
        <w:br/>
      </w:r>
      <w:r>
        <w:rPr>
          <w:sz w:val="20"/>
        </w:rPr>
        <w:t>58:53  Within minutes sab diffuse ho jata hai.</w:t>
      </w:r>
      <w:r>
        <w:br/>
      </w:r>
      <w:r>
        <w:rPr>
          <w:sz w:val="20"/>
        </w:rPr>
        <w:t>58:59  apne aap hi woh nature ka jo process hai, woh apne aap hi us ko diffuse kar de ga.</w:t>
      </w:r>
      <w:r>
        <w:br/>
      </w:r>
      <w:r>
        <w:rPr>
          <w:sz w:val="20"/>
        </w:rPr>
        <w:t>59:05  ab dekhiye, agar aap ghussa aaye aur bolne lage to kya hoga? sunne wala react kare ga.</w:t>
      </w:r>
      <w:r>
        <w:br/>
      </w:r>
      <w:r>
        <w:rPr>
          <w:sz w:val="20"/>
        </w:rPr>
        <w:t>59:11  to kya hoga? phir chain reaction ban jaye ga.</w:t>
      </w:r>
      <w:r>
        <w:br/>
      </w:r>
      <w:r>
        <w:rPr>
          <w:sz w:val="20"/>
        </w:rPr>
        <w:t>59:17  aap bole, woh bola, woh bole, phir aap bole.</w:t>
      </w:r>
      <w:r>
        <w:br/>
      </w:r>
      <w:r>
        <w:rPr>
          <w:sz w:val="20"/>
        </w:rPr>
        <w:t>59:23  That is chain reaction.</w:t>
      </w:r>
      <w:r>
        <w:br/>
      </w:r>
      <w:r>
        <w:rPr>
          <w:sz w:val="20"/>
        </w:rPr>
        <w:t>59:29  aur chup rehne se kya hota hai? ke chain reaction banta hi nahin.</w:t>
      </w:r>
      <w:r>
        <w:br/>
      </w:r>
      <w:r>
        <w:rPr>
          <w:sz w:val="20"/>
        </w:rPr>
        <w:t>59:35  jo burai hai, woh chain reaction hai, khud ghussa nahin hai.</w:t>
      </w:r>
      <w:r>
        <w:br/>
      </w:r>
      <w:r>
        <w:rPr>
          <w:sz w:val="20"/>
        </w:rPr>
        <w:t>59:41  Ghussa apne aap mein burai nahin hai.</w:t>
      </w:r>
      <w:r>
        <w:br/>
      </w:r>
      <w:r>
        <w:rPr>
          <w:sz w:val="20"/>
        </w:rPr>
        <w:t>59:47  Ghussa is waqt burai ban jata hai jabke woh chain reaction ban jaye.</w:t>
      </w:r>
      <w:r>
        <w:br/>
      </w:r>
      <w:r>
        <w:rPr>
          <w:sz w:val="20"/>
        </w:rPr>
        <w:t>59:53  to aap bolen ge to doosra bole ga, to aap bolen ge.</w:t>
      </w:r>
      <w:r>
        <w:br/>
      </w:r>
      <w:r>
        <w:rPr>
          <w:sz w:val="20"/>
        </w:rPr>
        <w:t>59:59  That is chain reaction.</w:t>
      </w:r>
      <w:r>
        <w:br/>
      </w:r>
      <w:r>
        <w:rPr>
          <w:sz w:val="20"/>
        </w:rPr>
        <w:t>1:00:05  to jab aap chup rehte hain to chain reaction se aap logon ko bachate hain.</w:t>
      </w:r>
      <w:r>
        <w:br/>
      </w:r>
      <w:r>
        <w:rPr>
          <w:sz w:val="20"/>
        </w:rPr>
        <w:t>1:00:11  bohat hi simple method hai is ka.</w:t>
      </w:r>
      <w:r>
        <w:br/>
      </w:r>
      <w:r>
        <w:rPr>
          <w:sz w:val="20"/>
        </w:rPr>
        <w:t>1:00:17  bas chup ho jaiye aur kuch mat kijiye, chup ho jaiye.</w:t>
      </w:r>
      <w:r>
        <w:br/>
      </w:r>
      <w:r>
        <w:rPr>
          <w:sz w:val="20"/>
        </w:rPr>
        <w:t>1:00:23  kuch mat kijiye, chup ho jaiye.</w:t>
      </w:r>
      <w:r>
        <w:br/>
      </w:r>
      <w:r>
        <w:rPr>
          <w:sz w:val="20"/>
        </w:rPr>
        <w:t>1:00:29  to aap chain reaction se bach jayen ge aur dhire dhire sara bara diffuse ho jayega.</w:t>
      </w:r>
      <w:r>
        <w:br/>
      </w:r>
      <w:r>
        <w:rPr>
          <w:sz w:val="20"/>
        </w:rPr>
        <w:t>1:00:35  aap jab chahen is ka tajurba kar ke dekh lijie.</w:t>
      </w:r>
      <w:r>
        <w:br/>
      </w:r>
      <w:r>
        <w:rPr>
          <w:sz w:val="20"/>
        </w:rPr>
        <w:t>1:00:41  main ne to bar bar kiya hai, aap bhi kar ke dekh lijie.</w:t>
      </w:r>
      <w:r>
        <w:br/>
      </w:r>
      <w:r>
        <w:rPr>
          <w:sz w:val="20"/>
        </w:rPr>
        <w:t>1:00:47  tajurba yani yahan par nature aap ke support ke liye maujood hai.</w:t>
      </w:r>
      <w:r>
        <w:br/>
      </w:r>
      <w:r>
        <w:rPr>
          <w:sz w:val="20"/>
        </w:rPr>
        <w:t>1:00:53  yani ghusse ko diffuse karne ke liye khud nature mein mechanism maujood hai.</w:t>
      </w:r>
      <w:r>
        <w:br/>
      </w:r>
      <w:r>
        <w:rPr>
          <w:sz w:val="20"/>
        </w:rPr>
        <w:t>1:00:59  aap is ko mauqa dijie.</w:t>
      </w:r>
      <w:r>
        <w:br/>
      </w:r>
      <w:r>
        <w:rPr>
          <w:sz w:val="20"/>
        </w:rPr>
        <w:t>1:01:05  Give nature a chance.</w:t>
      </w:r>
      <w:r>
        <w:br/>
      </w:r>
      <w:r>
        <w:rPr>
          <w:sz w:val="20"/>
        </w:rPr>
        <w:t>1:01:12  Give your nature a chance.</w:t>
      </w:r>
      <w:r>
        <w:br/>
      </w:r>
      <w:r>
        <w:rPr>
          <w:sz w:val="20"/>
        </w:rPr>
        <w:t>1:01:16  wo kya hai? wo sirf chup ho jana.</w:t>
      </w:r>
      <w:r>
        <w:br/>
      </w:r>
      <w:r>
        <w:rPr>
          <w:sz w:val="20"/>
        </w:rPr>
        <w:t>1:01:21  aap kabhi bhi tajurba kar ke dekh lijie.</w:t>
      </w:r>
      <w:r>
        <w:br/>
      </w:r>
      <w:r>
        <w:rPr>
          <w:sz w:val="20"/>
        </w:rPr>
        <w:t>1:01:26  main to bar bar isi par amal hai.</w:t>
      </w:r>
    </w:p>
    <w:p>
      <w:pPr>
        <w:pStyle w:val="Heading2"/>
      </w:pPr>
      <w:r>
        <w:t>Qari angry about missing burqa</w:t>
      </w:r>
    </w:p>
    <w:p>
      <w:r>
        <w:rPr>
          <w:color w:val="666666"/>
          <w:sz w:val="18"/>
        </w:rPr>
        <w:t>Age of Alternatives April 05, 2015 · 1m 47s · at 1:04:41 · https://youtu.be/4v0uCM2BZuA?t=3881</w:t>
      </w:r>
    </w:p>
    <w:p>
      <w:r>
        <w:rPr>
          <w:i/>
        </w:rPr>
        <w:t>“I was at Kaaba last week and a Qari of Haram was talking to me as he knows my husband's family. When I asked a question about Kaaba, he got angry with me that why I was not wearing burqa. Maulana, I am over fifty years old and a grandmother.”</w:t>
      </w:r>
    </w:p>
    <w:p>
      <w:r>
        <w:rPr>
          <w:sz w:val="20"/>
        </w:rPr>
        <w:t>1:04:41  maulana, agla sawal ah ah london se hai lekin poochne wale ne apna naam nahi likha hai aur woh is waqt yeh program</w:t>
      </w:r>
      <w:r>
        <w:br/>
      </w:r>
      <w:r>
        <w:rPr>
          <w:sz w:val="20"/>
        </w:rPr>
        <w:t>1:04:50  dekh rahi hain. unhon ne likha hai ke "I was at Kaaba last week and a qari of haram was talking to me as as he knows my husband's family.</w:t>
      </w:r>
      <w:r>
        <w:br/>
      </w:r>
      <w:r>
        <w:rPr>
          <w:sz w:val="20"/>
        </w:rPr>
        <w:t>1:05:02  when i asked a question about kaba, he got angry with me that why i was not wearing burqa. maulana, i am over fifty years old and a grandmother.</w:t>
      </w:r>
      <w:r>
        <w:br/>
      </w:r>
      <w:r>
        <w:rPr>
          <w:sz w:val="20"/>
        </w:rPr>
        <w:t>1:05:15  i said that i am also involved in mission and work in the west,</w:t>
      </w:r>
      <w:r>
        <w:br/>
      </w:r>
      <w:r>
        <w:rPr>
          <w:sz w:val="20"/>
        </w:rPr>
        <w:t>1:05:21  but he said that in islam, but he said islam goes one form of parda and that there is no excuse.</w:t>
      </w:r>
      <w:r>
        <w:br/>
      </w:r>
      <w:r>
        <w:rPr>
          <w:sz w:val="20"/>
        </w:rPr>
        <w:t>1:05:29  this is from the hadith of prophet. it has worried me as i used to wear burqa when i was in college and until the age of thirty five.</w:t>
      </w:r>
      <w:r>
        <w:br/>
      </w:r>
      <w:r>
        <w:rPr>
          <w:sz w:val="20"/>
        </w:rPr>
        <w:t>1:05:40  maulana, please comment on this. dekhen, main aap ko yahi mashwara dunga ke aap</w:t>
      </w:r>
      <w:r>
        <w:br/>
      </w:r>
      <w:r>
        <w:rPr>
          <w:sz w:val="20"/>
        </w:rPr>
        <w:t>1:05:49  do kitaben padhiye:</w:t>
      </w:r>
      <w:r>
        <w:br/>
      </w:r>
      <w:r>
        <w:rPr>
          <w:sz w:val="20"/>
        </w:rPr>
        <w:t>1:05:51  aik allama albani ki kitab "hijab al-marat al-muslima", doosri meri jo do ya teen kitaben is mozu par hain.</w:t>
      </w:r>
      <w:r>
        <w:br/>
      </w:r>
      <w:r>
        <w:rPr>
          <w:sz w:val="20"/>
        </w:rPr>
        <w:t>1:06:01  yani is ko padhiye aap, yani khatoon ke mozu par, khatoon islam ke mozu par. phir aap rai banaiye.</w:t>
      </w:r>
      <w:r>
        <w:br/>
      </w:r>
      <w:r>
        <w:rPr>
          <w:sz w:val="20"/>
        </w:rPr>
        <w:t>1:06:09  ab</w:t>
      </w:r>
      <w:r>
        <w:br/>
      </w:r>
      <w:r>
        <w:rPr>
          <w:sz w:val="20"/>
        </w:rPr>
        <w:t>1:06:10  abhi aap ko padhna chahiye, tab aap ko islam ka stand samajh mein ayega. woh in in kitabon ko padhne ke baad aap phir sawal karen, inshallah us waqt mein jawab dunga.</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Dealing with perceived unprofessional behavior</w:t>
      </w:r>
    </w:p>
    <w:p>
      <w:r>
        <w:rPr>
          <w:color w:val="666666"/>
          <w:sz w:val="18"/>
        </w:rPr>
        <w:t>Q&amp;A 04 Mar 2012 Maulana Wahiduddin Khan · 2m 19s · at 47:03 · https://youtu.be/txRmutuvWQI?t=2823</w:t>
      </w:r>
    </w:p>
    <w:p>
      <w:r>
        <w:rPr>
          <w:i/>
        </w:rPr>
        <w:t>“A person sent a message to issue Al-Risala at a certain address. I said to contact the Al-Risala office directly for the magazine. He became angry and complained to a colleague, saying my request was taken unprofessionally. Maulana, how can such complexes be removed?”</w:t>
      </w:r>
    </w:p>
    <w:p>
      <w:r>
        <w:rPr>
          <w:sz w:val="20"/>
        </w:rPr>
        <w:t>47:03  maulana, agla sawal hai dilli se mister arshad jamal sahab ka. unhon ne likha hai: "ek sahab ka message aaya ke falan address par al risala issue kar dein.</w:t>
      </w:r>
      <w:r>
        <w:br/>
      </w:r>
      <w:r>
        <w:rPr>
          <w:sz w:val="20"/>
        </w:rPr>
        <w:t>47:14  main ne kaha ke al risala ke liye aap direct al risala office se contact karein. is par woh sahab naraz ho gaye.</w:t>
      </w:r>
      <w:r>
        <w:br/>
      </w:r>
      <w:r>
        <w:rPr>
          <w:sz w:val="20"/>
        </w:rPr>
        <w:t>47:23  unhon ne ek saathi se is ki shikayat ki aur unhon ne kaha ke meri request ko professionally le liya gaya hai. maulana, is tarah ke complex ko kaise door kiya jaye?"</w:t>
      </w:r>
      <w:r>
        <w:br/>
      </w:r>
      <w:r>
        <w:rPr>
          <w:sz w:val="20"/>
        </w:rPr>
        <w:t>47:37  door yahi kiya hai ke logon ko principle nahi maloom. principle principle kya hai? jin sahab ne aisa jo maloom diya, mere nazdeek galat jo maloom tha, woh dekhein.</w:t>
      </w:r>
      <w:r>
        <w:br/>
      </w:r>
      <w:r>
        <w:rPr>
          <w:sz w:val="20"/>
        </w:rPr>
        <w:t>47:49  is tarah ki soorat-e-haal mein un ke liye do shakalain theen, do shakalain.</w:t>
      </w:r>
      <w:r>
        <w:br/>
      </w:r>
      <w:r>
        <w:rPr>
          <w:sz w:val="20"/>
        </w:rPr>
        <w:t>47:54  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r>
        <w:br/>
      </w:r>
      <w:r>
        <w:rPr>
          <w:sz w:val="20"/>
        </w:rPr>
        <w:t>48:18  baqi yeh jo remark diya unhon ne is tareeqe se, woh mere nazdeek galat remark tha. aur main samajhta hoon ke woh adaab-e-hayat nahi jante. musalmanon mein aam taur par yeh kamzori hai ke woh haram-o-halal ko to jante hain, magar woh adaab-e-hayat ko nahi jante.</w:t>
      </w:r>
      <w:r>
        <w:br/>
      </w:r>
      <w:r>
        <w:rPr>
          <w:sz w:val="20"/>
        </w:rPr>
        <w:t>48:33  haram-o-halal jo bilkul khule khule hain ke suar ka gosht ya ya sharab peena haram, yeh to sab log jante hain.</w:t>
      </w:r>
      <w:r>
        <w:br/>
      </w:r>
      <w:r>
        <w:rPr>
          <w:sz w:val="20"/>
        </w:rPr>
        <w:t>48:42  lekin zindagi ke jo adaab hain, jo principles of life hain, us se bekhabar hain. woh</w:t>
      </w:r>
      <w:r>
        <w:br/>
      </w:r>
      <w:r>
        <w:rPr>
          <w:sz w:val="20"/>
        </w:rPr>
        <w:t>48:47  to main samajhta hoon un ko conscious karna yeh chahiye tha ke agar woh apne paas se khud se karna chahte thay to apni jeb se woh raqam ka money order kar dein, aap us ko aur yahan se jari ho jayega, wahan</w:t>
      </w:r>
      <w:r>
        <w:br/>
      </w:r>
      <w:r>
        <w:rPr>
          <w:sz w:val="20"/>
        </w:rPr>
        <w:t>49:06  ya koi bhi aisi shakal jo usool ke mutabiq ho. lekin yeh to main ne tak usool ke mutabiq tha un ka yeh feal. to un ko main samajhta hoon ke woh adaab-e-hayat se abhi waqif nahi hain.</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Guidance on handling anger and frustration</w:t>
      </w:r>
    </w:p>
    <w:p>
      <w:r>
        <w:rPr>
          <w:color w:val="666666"/>
          <w:sz w:val="18"/>
        </w:rPr>
        <w:t>Man and The Paradise August 11, 2013 Maulana Wahiduddin Khan · 5m 28s · at 55:35 · https://youtu.be/m8XdpnaS95U?t=3335</w:t>
      </w:r>
    </w:p>
    <w:p>
      <w:r>
        <w:rPr>
          <w:i/>
        </w:rPr>
        <w:t>“Your words are very thought-provoking and very true. There are often challenging situations which arise from time to time, and often these result into anger and frustration. Sometimes these frustrations come out in words, causing hurt to everyone, and followed by regret later. Dear Maulana, please guide me that if a situation like this comes again.”</w:t>
      </w:r>
    </w:p>
    <w:p>
      <w:r>
        <w:rPr>
          <w:sz w:val="20"/>
        </w:rPr>
        <w:t>55:35  maulana, agla sawal singapore se hai, mr sailesh malhotra ka. unhon ne likha hai: "maulana, your words are very thought provoking and very true.</w:t>
      </w:r>
      <w:r>
        <w:br/>
      </w:r>
      <w:r>
        <w:rPr>
          <w:sz w:val="20"/>
        </w:rPr>
        <w:t>55:47  there are often challenging situations which arise from time to time, and often these result into anger and frustration.</w:t>
      </w:r>
      <w:r>
        <w:br/>
      </w:r>
      <w:r>
        <w:rPr>
          <w:sz w:val="20"/>
        </w:rPr>
        <w:t>55:57  sometimes these frustrations come out in words, causing hurt to everyone, and followed by regret later. dear Maulana, please guide me that if a situation like this comes again,</w:t>
      </w:r>
      <w:r>
        <w:br/>
      </w:r>
      <w:r>
        <w:rPr>
          <w:sz w:val="20"/>
        </w:rPr>
        <w:t>56:11  what should I do to subside negative thoughts and angry words?</w:t>
      </w:r>
      <w:r>
        <w:br/>
      </w:r>
      <w:r>
        <w:rPr>
          <w:sz w:val="20"/>
        </w:rPr>
        <w:t>56:17  I want to go to paradise with the rest of the CPS team, and don't want to lose this because of my stupid mistakes."</w:t>
      </w:r>
      <w:r>
        <w:br/>
      </w:r>
      <w:r>
        <w:rPr>
          <w:sz w:val="20"/>
        </w:rPr>
        <w:t>56:36  dekhiye, paradise ki qeemat hai acceptance of reality.</w:t>
      </w:r>
      <w:r>
        <w:br/>
      </w:r>
      <w:r>
        <w:rPr>
          <w:sz w:val="20"/>
        </w:rPr>
        <w:t>56:46  paradise ki qeemat hai acceptance of reality.</w:t>
      </w:r>
      <w:r>
        <w:br/>
      </w:r>
      <w:r>
        <w:rPr>
          <w:sz w:val="20"/>
        </w:rPr>
        <w:t>56:53  yani duniya mein jo creator hai, creator us ne apne plan ke mutabiq duniya ka ek system banaya hai.</w:t>
      </w:r>
      <w:r>
        <w:br/>
      </w:r>
      <w:r>
        <w:rPr>
          <w:sz w:val="20"/>
        </w:rPr>
        <w:t>57:07  is system mein har ek ko azaadi hai, har ek ko total freedom hai.</w:t>
      </w:r>
      <w:r>
        <w:br/>
      </w:r>
      <w:r>
        <w:rPr>
          <w:sz w:val="20"/>
        </w:rPr>
        <w:t>57:15  to apni freedom ko woh chahe misuse kare, chahe proper use kare. yahi woh cheez hai jo hamare andar paida karti hai anger, complain, protest, yeh sab cheezen.</w:t>
      </w:r>
      <w:r>
        <w:br/>
      </w:r>
      <w:r>
        <w:rPr>
          <w:sz w:val="20"/>
        </w:rPr>
        <w:t>57:30  to pehli condition yeh hai ke aap accept karen Allah ki is ki maaf things ko.</w:t>
      </w:r>
      <w:r>
        <w:br/>
      </w:r>
      <w:r>
        <w:rPr>
          <w:sz w:val="20"/>
        </w:rPr>
        <w:t>57:39  yani jis cheez ko le kar aadmi ghussa hota hai, shikayat karta hai, protest karta hai, to kis ke khilaaf karta hai? woh bazahir kisi insaan ke khilaaf hoti hai, woh lekin hoti hai woh Khuda ke khilaaf.</w:t>
      </w:r>
      <w:r>
        <w:br/>
      </w:r>
      <w:r>
        <w:rPr>
          <w:sz w:val="20"/>
        </w:rPr>
        <w:t>57:54  jab aap bolte hain America ke khilaaf to aap bolte hain Khuda ke khilaaf. America jo kuch bhi kar raha hai, woh Allah ki di hui freedom par kar raha hai.</w:t>
      </w:r>
      <w:r>
        <w:br/>
      </w:r>
      <w:r>
        <w:rPr>
          <w:sz w:val="20"/>
        </w:rPr>
        <w:t>58:03  Yahudi jo kuch kar raha hai, woh Allah ki di hui freedom par kar raha hai. Hindu jo kuch bhi kar raha hai, woh Allah ki di hui freedom par kar raha hai. to jab aap shikayat karte hain, protest karte hain, kis ke khilaaf jati hai?</w:t>
      </w:r>
      <w:r>
        <w:br/>
      </w:r>
      <w:r>
        <w:rPr>
          <w:sz w:val="20"/>
        </w:rPr>
        <w:t>58:14  woh Allah ke khilaaf jati hai. woh</w:t>
      </w:r>
      <w:r>
        <w:br/>
      </w:r>
      <w:r>
        <w:rPr>
          <w:sz w:val="20"/>
        </w:rPr>
        <w:t>58:18  to isi ko maine kaha ke ke acceptance of reality jo hai, wahi price hai jannat ki.</w:t>
      </w:r>
      <w:r>
        <w:br/>
      </w:r>
      <w:r>
        <w:rPr>
          <w:sz w:val="20"/>
        </w:rPr>
        <w:t>58:29  isi ko Quran mein dekhiye: "raziyallahu anhum wa razuwan". yani jo log raazi ho gaye Allah ki is ki maaf things par, to Allah un se raazi ho jayega.</w:t>
      </w:r>
      <w:r>
        <w:br/>
      </w:r>
      <w:r>
        <w:rPr>
          <w:sz w:val="20"/>
        </w:rPr>
        <w:t>58:41  yeh jo ayat hai Quran majeed ki, is ko bhi log samajhte nahin.</w:t>
      </w:r>
      <w:r>
        <w:br/>
      </w:r>
      <w:r>
        <w:rPr>
          <w:sz w:val="20"/>
        </w:rPr>
        <w:t>58:46  mysterious bana rakha hai is ayat ko. mysterious. "raziyallahu anhum wa razuwan" ka matlab yeh hai ke jo log raazi ho gaye Allah ki is ki maaf things par,</w:t>
      </w:r>
      <w:r>
        <w:br/>
      </w:r>
      <w:r>
        <w:rPr>
          <w:sz w:val="20"/>
        </w:rPr>
        <w:t>59:01  apne aap ko aap ko is se adjust kiya, to Allah un se raazi ho jayega.</w:t>
      </w:r>
      <w:r>
        <w:br/>
      </w:r>
      <w:r>
        <w:rPr>
          <w:sz w:val="20"/>
        </w:rPr>
        <w:t>59:09  Allah ka jo plan hai, Allah ka jo plan hai, jo creation plan hai, us ke mutabiq jo is ki maaf things hain, to woh hamare hamein pasand aaye ya na pasand aayen,</w:t>
      </w:r>
      <w:r>
        <w:br/>
      </w:r>
      <w:r>
        <w:rPr>
          <w:sz w:val="20"/>
        </w:rPr>
        <w:t>59:26  har haal mein hum is se raazi ho jayen. hamare muwafiq ho, hamare khilaf ho, hamein chot lage ya chot na lage,</w:t>
      </w:r>
      <w:r>
        <w:br/>
      </w:r>
      <w:r>
        <w:rPr>
          <w:sz w:val="20"/>
        </w:rPr>
        <w:t>59:38  hamein shock pounchay ya shock na pounchay, har haal mein hum is par raazi ho jayen. yahi matlab hai "razi allahu anhum wa ridwan" ka ke jo log Allah ki is ki maaf things par raazi ho gaye, to Allah un par raazi ho jayega.</w:t>
      </w:r>
      <w:r>
        <w:br/>
      </w:r>
      <w:r>
        <w:rPr>
          <w:sz w:val="20"/>
        </w:rPr>
        <w:t>59:57  to ek baat yeh hai. doosri baat maine arz ki, jaisa ke abhi ke jo log is par raazi na hon, to kya hota hota hota hai? woh hypocrite bante hain. hypocrite.</w:t>
      </w:r>
      <w:r>
        <w:br/>
      </w:r>
      <w:r>
        <w:rPr>
          <w:sz w:val="20"/>
        </w:rPr>
        <w:t>1:00:10  yani hypocrisy is direct result of non acceptance of reality. kyunke aap kya karenge? badal sakte sakte nahi hain Allah ke naqshe ko.</w:t>
      </w:r>
      <w:r>
        <w:br/>
      </w:r>
      <w:r>
        <w:rPr>
          <w:sz w:val="20"/>
        </w:rPr>
        <w:t>1:00:21  to aap kya karenge? jahan interest kal hoga, wahan aap adjust karenge. jahan interest dekhenge, mein interest kal nahi ho raha hoga, wahan aap bolenge, wahan aap josh dikhayenge, wahan aap violence karenge.</w:t>
      </w:r>
      <w:r>
        <w:br/>
      </w:r>
      <w:r>
        <w:rPr>
          <w:sz w:val="20"/>
        </w:rPr>
        <w:t>1:00:35  to dekhiye, yeh yeh bilkul hi ek simple formula hai ke agar aap chahte hain ke jannat mein mujhe dakhla mile, then you have to accept the reality.</w:t>
      </w:r>
      <w:r>
        <w:br/>
      </w:r>
      <w:r>
        <w:rPr>
          <w:sz w:val="20"/>
        </w:rPr>
        <w:t>1:00:50  aur koi doosra rasta nahi. doosra rasta hai woh kya hai? woh apne aap ko aap kal karna hai, apne aap ko destroy karna hai, apne aap ko tabah karna hai.</w:t>
      </w:r>
    </w:p>
    <w:p>
      <w:pPr>
        <w:pStyle w:val="Heading2"/>
      </w:pPr>
      <w:r>
        <w:t>Government stand on divorce causing Muslim unrest</w:t>
      </w:r>
    </w:p>
    <w:p>
      <w:r>
        <w:rPr>
          <w:color w:val="666666"/>
          <w:sz w:val="18"/>
        </w:rPr>
        <w:t>Spirit of the Age Nov 6, 2016 · 1m 29s · at 59:01 · https://youtu.be/QAW9LP53xQk?t=3541</w:t>
      </w:r>
    </w:p>
    <w:p>
      <w:r>
        <w:rPr>
          <w:i/>
        </w:rPr>
        <w:t>“The government has taken a stand on the issue of divorce, and because of this, unrest is arising among Muslims.”</w:t>
      </w:r>
    </w:p>
    <w:p>
      <w:r>
        <w:rPr>
          <w:sz w:val="20"/>
        </w:rPr>
        <w:t>59:01  maulana, agla sawal imran sahib ne kiya hai dilli se, aur unhon ne likha hai: maulana sahib, talaq</w:t>
      </w:r>
      <w:r>
        <w:br/>
      </w:r>
      <w:r>
        <w:rPr>
          <w:sz w:val="20"/>
        </w:rPr>
        <w:t>59:07  ke maslay par hukumat ne jo stand liya hai, us ki wajah se musalmanon mein bechaini paida</w:t>
      </w:r>
      <w:r>
        <w:br/>
      </w:r>
      <w:r>
        <w:rPr>
          <w:sz w:val="20"/>
        </w:rPr>
        <w:t>59:13  ho rahi hai.</w:t>
      </w:r>
      <w:r>
        <w:br/>
      </w:r>
      <w:r>
        <w:rPr>
          <w:sz w:val="20"/>
        </w:rPr>
        <w:t>59:19  lekin talaq ka jo misuse ho raha hai, us se bohat khandan aur khawateen suffer kar rahi hain.</w:t>
      </w:r>
      <w:r>
        <w:br/>
      </w:r>
      <w:r>
        <w:rPr>
          <w:sz w:val="20"/>
        </w:rPr>
        <w:t>59:25  kya yeh log logon mein awareness na hone ki waja se aisa ho raha hai? aur jo log</w:t>
      </w:r>
      <w:r>
        <w:br/>
      </w:r>
      <w:r>
        <w:rPr>
          <w:sz w:val="20"/>
        </w:rPr>
        <w:t>59:31  teen talaq dete hain, un ke khilaaf koi qanoon nahi ban sakta, un ko koi saza nahi mil</w:t>
      </w:r>
      <w:r>
        <w:br/>
      </w:r>
      <w:r>
        <w:rPr>
          <w:sz w:val="20"/>
        </w:rPr>
        <w:t>59:37  sakti jaisay ke hazrat umar ne kiya.</w:t>
      </w:r>
      <w:r>
        <w:br/>
      </w:r>
      <w:r>
        <w:rPr>
          <w:sz w:val="20"/>
        </w:rPr>
        <w:t>59:43  is ka hal kya hai, is ke baray mein bataein.</w:t>
      </w:r>
      <w:r>
        <w:br/>
      </w:r>
      <w:r>
        <w:rPr>
          <w:sz w:val="20"/>
        </w:rPr>
        <w:t>59:49  bhai, aaj ka jo type sab media hai, jo supplement hai, us mein bohat tafseeli mazmoon aaya hai</w:t>
      </w:r>
      <w:r>
        <w:br/>
      </w:r>
      <w:r>
        <w:rPr>
          <w:sz w:val="20"/>
        </w:rPr>
        <w:t>59:55  isi isi mozu par: talaq, talaq, talaq.</w:t>
      </w:r>
      <w:r>
        <w:br/>
      </w:r>
      <w:r>
        <w:rPr>
          <w:sz w:val="20"/>
        </w:rPr>
        <w:t>1:00:01  yeh masla hi nahi hai, koi masla hi nahi hai.</w:t>
      </w:r>
      <w:r>
        <w:br/>
      </w:r>
      <w:r>
        <w:rPr>
          <w:sz w:val="20"/>
        </w:rPr>
        <w:t>1:00:07  yeh to aik aik aik hua hai, aik rumor hai, koi masla nahi hai.</w:t>
      </w:r>
      <w:r>
        <w:br/>
      </w:r>
      <w:r>
        <w:rPr>
          <w:sz w:val="20"/>
        </w:rPr>
        <w:t>1:00:13  aap do cheez parh lijiye, aik bari kitab hai isi par khatoon islam, us mein talaq ke maslay</w:t>
      </w:r>
      <w:r>
        <w:br/>
      </w:r>
      <w:r>
        <w:rPr>
          <w:sz w:val="20"/>
        </w:rPr>
        <w:t>1:00:19  par bohat poora chapter hai, aur aaj ka type sab media parh lijiye, koi masla hai hi nahi,</w:t>
      </w:r>
      <w:r>
        <w:br/>
      </w:r>
      <w:r>
        <w:rPr>
          <w:sz w:val="20"/>
        </w:rPr>
        <w:t>1:00:25  yeh sirf aik rumor ki baat hai.</w:t>
      </w:r>
    </w:p>
    <w:p>
      <w:pPr>
        <w:pStyle w:val="Heading2"/>
      </w:pPr>
      <w:r>
        <w:t>Dealing with Family Discord and Anger</w:t>
      </w:r>
    </w:p>
    <w:p>
      <w:r>
        <w:rPr>
          <w:color w:val="666666"/>
          <w:sz w:val="18"/>
        </w:rPr>
        <w:t>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What makes you angry and how to handle it?</w:t>
      </w:r>
    </w:p>
    <w:p>
      <w:r>
        <w:rPr>
          <w:color w:val="666666"/>
          <w:sz w:val="18"/>
        </w:rPr>
        <w:t>Understanding Islam (In Conversation with Maulana) June 20, 2010 Maulana Wahidudidn Khan · 4m 43s · at 2:43 · https://youtu.be/7UylaPL-iO8?t=163</w:t>
      </w:r>
    </w:p>
    <w:p>
      <w:r>
        <w:rPr>
          <w:i/>
        </w:rPr>
        <w:t>“What things make you angry and what do you do when you get angry?”</w:t>
      </w:r>
    </w:p>
    <w:p>
      <w:r>
        <w:rPr>
          <w:sz w:val="20"/>
        </w:rPr>
        <w:t>2:43  Mera pehla sawal yeh hai ke har insaan ko kabhi na kabhi kisi na kisi baat par ghussa aata hai. Aap ko kaun kaun si baat par ghussa aata hai?</w:t>
      </w:r>
      <w:r>
        <w:br/>
      </w:r>
      <w:r>
        <w:rPr>
          <w:sz w:val="20"/>
        </w:rPr>
        <w:t>2:55  aur jab aap ko ghussa aata hai to aap kya karte hain?</w:t>
      </w:r>
      <w:r>
        <w:br/>
      </w:r>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r>
        <w:br/>
      </w:r>
      <w:r>
        <w:rPr>
          <w:sz w:val="20"/>
        </w:rPr>
        <w:t>3:38  ek kuch second ya kuch minute mein sochta hoon ke kya main is position mein hoon ke is aadmi se main kahoon woh maan le meri baat?</w:t>
      </w:r>
      <w:r>
        <w:br/>
      </w:r>
      <w:r>
        <w:rPr>
          <w:sz w:val="20"/>
        </w:rPr>
        <w:t>3:48  tab to main kahunga us ko. Hammering bhi kar sakta hoon main is ki. Lekin agar aisa nahi hai to chup ho jaunga.</w:t>
      </w:r>
      <w:r>
        <w:br/>
      </w:r>
      <w:r>
        <w:rPr>
          <w:sz w:val="20"/>
        </w:rPr>
        <w:t>3:59  jaise abhi dekhen, ek misaal, ek bahut achhi misaal saamne aayi. Abhi do hafte ki baat hai. Ek sahab mere paas aaye, bahut padhe likhe aadmi hain woh.</w:t>
      </w:r>
      <w:r>
        <w:br/>
      </w:r>
      <w:r>
        <w:rPr>
          <w:sz w:val="20"/>
        </w:rPr>
        <w:t>4:11  to aaj kal jo riwaj hai na bolne ka, khwah makhwah bohat bohat ziyada bolte hain. idhar udhar ki baat hai. to woh lage idhar udhar ki baatein bolne.</w:t>
      </w:r>
      <w:r>
        <w:br/>
      </w:r>
      <w:r>
        <w:rPr>
          <w:sz w:val="20"/>
        </w:rPr>
        <w:t>4:24  to maine assess kiya ke kya main un par moassar ho sakta hoon? to mera guman tha ke moassar main ho sakta hoon. to aaj main un ki ek mild hammering ki maine.</w:t>
      </w:r>
      <w:r>
        <w:br/>
      </w:r>
      <w:r>
        <w:rPr>
          <w:sz w:val="20"/>
        </w:rPr>
        <w:t>4:33  main ne kaha ke aap Allah taala ne zaheen paida kiya aap ko, achhi taleem aap ko dilai. to aap isi mein zindagi guzarte hain, apni ho ha karte hain? khwah makhwah ziyada bolte hain?</w:t>
      </w:r>
      <w:r>
        <w:br/>
      </w:r>
      <w:r>
        <w:rPr>
          <w:sz w:val="20"/>
        </w:rPr>
        <w:t>4:46  main ne kaha aap yaad rakhiye, meri pehli mulaqat aap se hai lekin main keh raha hoon ke aap ziyada bolte hain. to pehli baat yeh hai ke aap kam bolna seekhiye.</w:t>
      </w:r>
      <w:r>
        <w:br/>
      </w:r>
      <w:r>
        <w:rPr>
          <w:sz w:val="20"/>
        </w:rPr>
        <w:t>4:57  kyun ke kaha jata hai ke "When I am speaking, I am not thinking." kam bolenge to ziyada sochenge. to Allah ke fazl se unhon ne qabool kar liya, usi waqt chup ho gaye woh.</w:t>
      </w:r>
      <w:r>
        <w:br/>
      </w:r>
      <w:r>
        <w:rPr>
          <w:sz w:val="20"/>
        </w:rPr>
        <w:t>5:08  phir bohat hi kam bole woh. to yeh mujhe ghussa is par nahi aata ke koi mujhe gaali de.</w:t>
      </w:r>
      <w:r>
        <w:br/>
      </w:r>
      <w:r>
        <w:rPr>
          <w:sz w:val="20"/>
        </w:rPr>
        <w:t>5:19  is par ghussa nahi aata mujhe. bohat aisa hua hai ke mujh par gaali di, aamne saamne bura bhala kaha. gaali ka matlab hai ke tum is tarah ke, tum dushmanon ke agent ho.</w:t>
      </w:r>
      <w:r>
        <w:br/>
      </w:r>
      <w:r>
        <w:rPr>
          <w:sz w:val="20"/>
        </w:rPr>
        <w:t>5:30  tum is qism ki baat hai, bohat hi sakht sakht. to mujhe ghussa is par nahi aata.</w:t>
      </w:r>
      <w:r>
        <w:br/>
      </w:r>
      <w:r>
        <w:rPr>
          <w:sz w:val="20"/>
        </w:rPr>
        <w:t>5:40  lekin yani personal attack agar koi kare mujh par to woh ghussa nahi aata mujhe. jiska bar bar maine dekha hai. isi building mein jahan main rehta hoon, ek sahib aaye aur yani ke jab 45 minute tak mujhe bura bhala kehte rahe,</w:t>
      </w:r>
      <w:r>
        <w:br/>
      </w:r>
      <w:r>
        <w:rPr>
          <w:sz w:val="20"/>
        </w:rPr>
        <w:t>5:55  kisi daleel ke baghair. main bilkul aise chup raha, chup chap baitha raha. koi ghussa nahi aaya mujhe. lekin principle ke khilaf koi karta hai kaam to mujhe ghussa zaroor aata hai.</w:t>
      </w:r>
      <w:r>
        <w:br/>
      </w:r>
      <w:r>
        <w:rPr>
          <w:sz w:val="20"/>
        </w:rPr>
        <w:t>6:09  jaise yeh bhi ek principle hai ke jab aap do aadmi se milein to aap mandalagar na banein. dialoger banein. yani aap yeh khud hi bol rahe hain, khud hi bol rahe hain, khud hi bol rahe hain.</w:t>
      </w:r>
      <w:r>
        <w:br/>
      </w:r>
      <w:r>
        <w:rPr>
          <w:sz w:val="20"/>
        </w:rPr>
        <w:t>6:19  doosre ko bolne ka mauqa nahi de rahe. jaisa ke woh kar rahe the us din. ke woh mandalagar bane hue the woh. yeh principle ke khilaf kaam hai. aap jaisa maine kaha, ab jazeere mein hain to khoob chalaie, jo bhi kijiye.</w:t>
      </w:r>
      <w:r>
        <w:br/>
      </w:r>
      <w:r>
        <w:rPr>
          <w:sz w:val="20"/>
        </w:rPr>
        <w:t>6:32  lekin jab aap insaan se baat kar rahe hain to aap ko kehna hai to sunna bhi hai. to koi mandalagar banta hai, koi to woh principle ke khilaf karta hai.</w:t>
      </w:r>
      <w:r>
        <w:br/>
      </w:r>
      <w:r>
        <w:rPr>
          <w:sz w:val="20"/>
        </w:rPr>
        <w:t>6:41  to is par foran bolta hoon main foran. aur doosri kya cheez hai?</w:t>
      </w:r>
      <w:r>
        <w:br/>
      </w:r>
      <w:r>
        <w:rPr>
          <w:sz w:val="20"/>
        </w:rPr>
        <w:t>6:47  un ka doosra sawal yeh hai, main janna chahta hoon ke aap ki qualification kya hai? sir, aap ka mind ilm aur maloomat ka ek khazana hai, woh aap ne kaise prapt ki?</w:t>
      </w:r>
      <w:r>
        <w:br/>
      </w:r>
      <w:r>
        <w:rPr>
          <w:sz w:val="20"/>
        </w:rPr>
        <w:t>7:01  dekhein, meri ek kitab hai, is ka naam hai "Deen o Shariat". is mein 50 safhe ka ek chapter hai, is mein meri taleem ke bare mein hai. is 50 safhe ko aap padh lijiye, is mein aap ko sari baat mil jayegi.</w:t>
      </w:r>
      <w:r>
        <w:br/>
      </w:r>
      <w:r>
        <w:rPr>
          <w:sz w:val="20"/>
        </w:rPr>
        <w:t>7:15  is ka naam hai kitab ka "Deen o Shariat". moti si kitab hai woh. ek chapter is ka hai meri apni education ke bare mein. is ko aap padh lijiye.</w:t>
      </w:r>
    </w:p>
    <w:p>
      <w:pPr>
        <w:pStyle w:val="Heading2"/>
      </w:pPr>
      <w:r>
        <w:t>What will happen to the next generation due to increased evil?</w:t>
      </w:r>
    </w:p>
    <w:p>
      <w:r>
        <w:rPr>
          <w:color w:val="666666"/>
          <w:sz w:val="18"/>
        </w:rPr>
        <w:t>The Problem of Intellectual Stagnation May 13, 2012 · 2m 36s · at 1:03:57 · https://youtu.be/Qi5BZlv-Vog?t=3837</w:t>
      </w:r>
    </w:p>
    <w:p>
      <w:r>
        <w:rPr>
          <w:i/>
        </w:rPr>
        <w:t>“Evil has increased a lot, what will happen to our coming generation?”</w:t>
      </w:r>
    </w:p>
    <w:p>
      <w:r>
        <w:rPr>
          <w:sz w:val="20"/>
        </w:rPr>
        <w:t>1:03:57  Maulana, agla sawal hai Maulana Iqbal Umri Sahab ka Tamil Nadu se. unhon ne poocha hai ke logon ka aksar yeh sawal rehta hai ke burai zyada ho chuki hai, hamari aanay wali nasal ka kya hoga?</w:t>
      </w:r>
      <w:r>
        <w:br/>
      </w:r>
      <w:r>
        <w:rPr>
          <w:sz w:val="20"/>
        </w:rPr>
        <w:t>1:04:17  yeh to koi sawal nahi hai. yeh nasal ka kya hone ki aap nasal ki islaah kijiye.</w:t>
      </w:r>
      <w:r>
        <w:br/>
      </w:r>
      <w:r>
        <w:rPr>
          <w:sz w:val="20"/>
        </w:rPr>
        <w:t>1:04:25  mere aziz to nasal ke bigaad ke sabza zimmedari maa baap par hai. har ghar jo hai, bigaad ka karkhana bana hua hai.</w:t>
      </w:r>
      <w:r>
        <w:br/>
      </w:r>
      <w:r>
        <w:rPr>
          <w:sz w:val="20"/>
        </w:rPr>
        <w:t>1:04:36  taqreeban saare maa baap ka haal kya hai is zamane mein ke woh aik hi baat jante hain: paisa kamao aur aur bachon ka status barhao.</w:t>
      </w:r>
      <w:r>
        <w:br/>
      </w:r>
      <w:r>
        <w:rPr>
          <w:sz w:val="20"/>
        </w:rPr>
        <w:t>1:04:47  yani bachchon ko easy money faraham karna, yeh uske liye machine banay hue hain. Maa baap</w:t>
      </w:r>
      <w:r>
        <w:br/>
      </w:r>
      <w:r>
        <w:rPr>
          <w:sz w:val="20"/>
        </w:rPr>
        <w:t>1:04:55  jitnay baap maa baap ko main jaanta hoon ke kama kama kar bachchon ko paisa dena to easy money to sab se sab sab bari bigaad ki wajah hai.</w:t>
      </w:r>
      <w:r>
        <w:br/>
      </w:r>
      <w:r>
        <w:rPr>
          <w:sz w:val="20"/>
        </w:rPr>
        <w:t>1:05:07  mere ilm ke mutabiq jitnay maa baap hain, unka aik hi kaam hai: paisa kamao, bachchon ko easy money faraham karo.</w:t>
      </w:r>
      <w:r>
        <w:br/>
      </w:r>
      <w:r>
        <w:rPr>
          <w:sz w:val="20"/>
        </w:rPr>
        <w:t>1:05:18  koi log jahaz chala kar se business kama kar aisa karte hain aur jo baray baray log hain, woh corruption ke zariye paisa kamatay hain.</w:t>
      </w:r>
      <w:r>
        <w:br/>
      </w:r>
      <w:r>
        <w:rPr>
          <w:sz w:val="20"/>
        </w:rPr>
        <w:t>1:05:29  baray baray corruption ho rahay hain, karoron arbon ke rupay corruption kis ke liye? Bete ke liye hota hai, sab bachchon ke liye hota hai.</w:t>
      </w:r>
      <w:r>
        <w:br/>
      </w:r>
      <w:r>
        <w:rPr>
          <w:sz w:val="20"/>
        </w:rPr>
        <w:t>1:05:36  aaj kal corruption ki qissay suntay hain aap ke itna scheme aur itna yani karor arbon rupay ke jo sab qissay atay hain akhbaron mein,</w:t>
      </w:r>
      <w:r>
        <w:br/>
      </w:r>
      <w:r>
        <w:rPr>
          <w:sz w:val="20"/>
        </w:rPr>
        <w:t>1:05:50  rshwaten, woh kis ke liye? Bachchon ke liye, sab bachchon ke liye ke woh khud jo leader hai, jo yeh sab kar raha hai, woh to boorha boorha ho ke marne wala hai, chahta hai ke mera bacha jaye, us ke liye dolat ka anbaar laga jaon mein.</w:t>
      </w:r>
      <w:r>
        <w:br/>
      </w:r>
      <w:r>
        <w:rPr>
          <w:sz w:val="20"/>
        </w:rPr>
        <w:t>1:06:02  to main sochta hoon ke yeh money culture sab se bari wajah hai. Money culture aur money culture har har har ghar mein money culture ka karkhana khula hua hai.</w:t>
      </w:r>
      <w:r>
        <w:br/>
      </w:r>
      <w:r>
        <w:rPr>
          <w:sz w:val="20"/>
        </w:rPr>
        <w:t>1:06:13  to doosron ko blame karne dein, jo jo kehtay hain, woh khud bhi isi mein shikar hain. Blame detay hain doosron ko, jo sahib yeh keh rahay hain, un ko is ko pata kijiye, woh khud bhi isi ka shikar hain ke kama kama kar bachchon ko easy money faraham karna.</w:t>
      </w:r>
    </w:p>
    <w:p>
      <w:pPr>
        <w:pStyle w:val="Heading2"/>
      </w:pPr>
      <w:r>
        <w:t>Why is modern man frustrated despite facilities?</w:t>
      </w:r>
    </w:p>
    <w:p>
      <w:r>
        <w:rPr>
          <w:color w:val="666666"/>
          <w:sz w:val="18"/>
        </w:rPr>
        <w:t>Islam The Creator of the Modern Age October 17, 2021 Prof. Farida Khanam · 6m 48s · at 43:54 · https://youtu.be/tMr3Dz35onU?t=2634</w:t>
      </w:r>
    </w:p>
    <w:p>
      <w:r>
        <w:rPr>
          <w:i/>
        </w:rPr>
        <w:t>“Why is today's man living in frustration, even though today there are the most facilities?”</w:t>
      </w:r>
    </w:p>
    <w:p>
      <w:r>
        <w:rPr>
          <w:sz w:val="20"/>
        </w:rPr>
        <w:t>43:54  apa yeh agla sawal hai mister asjad ali lucknow ka aaj ka insan frustration mein kyun jee raha hai halanke aaj sab se zyada aasaniyan hain</w:t>
      </w:r>
      <w:r>
        <w:br/>
      </w:r>
      <w:r>
        <w:rPr>
          <w:sz w:val="20"/>
        </w:rPr>
        <w:t>44:09  frustration asal mein hamesha rahegi is ko humein samajhna hai aur soch samajh kar ek zindagi guzarni hai</w:t>
      </w:r>
      <w:r>
        <w:br/>
      </w:r>
      <w:r>
        <w:rPr>
          <w:sz w:val="20"/>
        </w:rPr>
        <w:t>44:19  kyunki yeh duniya mein hum ko sab kuch milta hi nahi hamari desires bohat zyada hain is desire ke mutabiq kisi badshah ko bhi nahi milta to humein kaise mil jayega</w:t>
      </w:r>
      <w:r>
        <w:br/>
      </w:r>
      <w:r>
        <w:rPr>
          <w:sz w:val="20"/>
        </w:rPr>
        <w:t>44:32  to yeh duniya jo hai ek ideal world nahi hai sab se pehle to yeh samajhna hai to hamari desires jo hain wo sirf is liye rakhi gayi hain taake hum yeh jane ke is duniya mein agar hum khuda ki marzi ke mutabiq zindagi guzarenge to hamari desire ke mutabiq humein akhirat mein jagah milegi jannat mein jagah milegi</w:t>
      </w:r>
      <w:r>
        <w:br/>
      </w:r>
      <w:r>
        <w:rPr>
          <w:sz w:val="20"/>
        </w:rPr>
        <w:t>44:56  to log yeh samajhte hain in ko jab frustration hota hai to samajhte hain ke falan maadi cheez humein mil jayegi to humein sukoon mil jayega</w:t>
      </w:r>
      <w:r>
        <w:br/>
      </w:r>
      <w:r>
        <w:rPr>
          <w:sz w:val="20"/>
        </w:rPr>
        <w:t>45:06  kisi ke paas chhoti gadi hai to us ko badi gadi lega ke is mein sukoon mil jayega lekin jab wo le leta hai to us ko lagta hai ke is mein bhi sukoon nahi mila</w:t>
      </w:r>
      <w:r>
        <w:br/>
      </w:r>
      <w:r>
        <w:rPr>
          <w:sz w:val="20"/>
        </w:rPr>
        <w:t>45:16  kisi ke paas chhota ghar hai to bada ghar lega is mein bhi sukoon nahi log jo bollywood ke log hain wo roz ghar hi badalte rehte hain car badalte rehte hain kyunki is mein un ko sukoon milta nahi</w:t>
      </w:r>
      <w:r>
        <w:br/>
      </w:r>
      <w:r>
        <w:rPr>
          <w:sz w:val="20"/>
        </w:rPr>
        <w:t>45:27  dekhiye maadi cheezon mein koi sukoon hai hi nahi sukoon agar milega to aap ke paas koi mission hoga mission se aap judenge</w:t>
      </w:r>
      <w:r>
        <w:br/>
      </w:r>
      <w:r>
        <w:rPr>
          <w:sz w:val="20"/>
        </w:rPr>
        <w:t>45:37  koi bhi mission jis ko koi nobel mission hota hai chahe wo social work ka mission ho ya dawah mission ho koi nek nek mission ho acha kaam ho logon ki madad karna hai to is mission se aap judenge to is mein aap ko fulfillment mil sakta hai</w:t>
      </w:r>
      <w:r>
        <w:br/>
      </w:r>
      <w:r>
        <w:rPr>
          <w:sz w:val="20"/>
        </w:rPr>
        <w:t>45:54  aur doosre khuda ki yaad mein fulfillment fulfillment milta hai ke wo ek ek quran ki ayat hai hearts are comforted by the remembrance of god alone bible mein bhi yahi hai</w:t>
      </w:r>
      <w:r>
        <w:br/>
      </w:r>
      <w:r>
        <w:rPr>
          <w:sz w:val="20"/>
        </w:rPr>
        <w:t>46:10  to is tarike se humein ek acha kaam karen apni zindagi ko achhi jagah istemal karen aur khuda ki yaad karen</w:t>
      </w:r>
      <w:r>
        <w:br/>
      </w:r>
      <w:r>
        <w:rPr>
          <w:sz w:val="20"/>
        </w:rPr>
        <w:t>46:20  maadi cheezon mein sukoon talash karenge to wo kabhi nahi milega na kabhi kisi ko mila hai apa aap ne qanaat ki baat kahi to rasool allah salallaho alaihi wasallam ki ek hadith bohat sari hadithon mein qanaat ki baat aayi hai</w:t>
      </w:r>
      <w:r>
        <w:br/>
      </w:r>
      <w:r>
        <w:rPr>
          <w:sz w:val="20"/>
        </w:rPr>
        <w:t>46:34  ek hadith mein padhta hoon yahan par rasool allah salallaho alaihi wasallam ne kaha qad aflaha man hudia ila al islam wa ruziq al kifaf wa qana a bihi ibn majah 4138 ke wo kamyab hua jis ko islam ki hidayat mili aur us ko kafi rozi mil gayi aur us ne is par qanaat ki</w:t>
      </w:r>
      <w:r>
        <w:br/>
      </w:r>
      <w:r>
        <w:rPr>
          <w:sz w:val="20"/>
        </w:rPr>
        <w:t>46:56  mujahid ne musa alaihi salam ke hawale se yeh naqal kiya ke unhone sawal kiya tha allah taala se ya rabbi ayy ibadak aghna a rab tumhare bando mein se kaun hai jo sab se zyada maldar hai be niaz hai</w:t>
      </w:r>
      <w:r>
        <w:br/>
      </w:r>
      <w:r>
        <w:rPr>
          <w:sz w:val="20"/>
        </w:rPr>
        <w:t>47:11  to us ne to Allah taala ne kaha in mein jo sab se zyada qana'at karne wala ho.</w:t>
      </w:r>
      <w:r>
        <w:br/>
      </w:r>
      <w:r>
        <w:rPr>
          <w:sz w:val="20"/>
        </w:rPr>
        <w:t>47:19  aur aap ne jo itminan ki baat kahi to us par ibrahim bin adam ka qaul shayad aap</w:t>
      </w:r>
      <w:r>
        <w:br/>
      </w:r>
      <w:r>
        <w:rPr>
          <w:sz w:val="20"/>
        </w:rPr>
        <w:t>47:28  ko yaad hoga ke unhone kaha tha ke "law ya'lamul muluku ma nahnu fihi lajadalu bis suyufi" ke</w:t>
      </w:r>
      <w:r>
        <w:br/>
      </w:r>
      <w:r>
        <w:rPr>
          <w:sz w:val="20"/>
        </w:rPr>
        <w:t>47:37  har agar hum jis itminan mein hain, agar badshah jaan le is itminan ko, to hum se jang</w:t>
      </w:r>
      <w:r>
        <w:br/>
      </w:r>
      <w:r>
        <w:rPr>
          <w:sz w:val="20"/>
        </w:rPr>
        <w:t>47:43  karein talwar ke zariye se taake hamare itminan ko chheen lein.</w:t>
      </w:r>
      <w:r>
        <w:br/>
      </w:r>
      <w:r>
        <w:rPr>
          <w:sz w:val="20"/>
        </w:rPr>
        <w:t>47:49  isi mein ek aur qissa batati hoon yeh to qissa hai yeh to sufi the to yeh real sense mein unhone yeh baat kahi hai</w:t>
      </w:r>
      <w:r>
        <w:br/>
      </w:r>
      <w:r>
        <w:rPr>
          <w:sz w:val="20"/>
        </w:rPr>
        <w:t>47:58  ek bade sufi the ibrahim ibn adam to ek qissa hai yeh ke ek badshah tha wo khush nahi rehta tha to us ne har taraf apne log bhej bhujaye</w:t>
      </w:r>
      <w:r>
        <w:br/>
      </w:r>
      <w:r>
        <w:rPr>
          <w:sz w:val="20"/>
        </w:rPr>
        <w:t>48:09  is se kisi ne kaha ke agar tum ek happy man ki shirt pehan lo to tum khush rahoge to ab us ne har taraf logon ko bheja ke koi happy man ho to us ki shirt le kar aao</w:t>
      </w:r>
      <w:r>
        <w:br/>
      </w:r>
      <w:r>
        <w:rPr>
          <w:sz w:val="20"/>
        </w:rPr>
        <w:t>48:20  aur koi kisi ne bhi nahi kaha ke main happy hoon finally us ne dekha ke ek tille par ek aadmi baitha hua hai wo us ke paas gaye ke tum khush ho</w:t>
      </w:r>
      <w:r>
        <w:br/>
      </w:r>
      <w:r>
        <w:rPr>
          <w:sz w:val="20"/>
        </w:rPr>
        <w:t>48:30  us ne kaha haan main khush hoon to us ne kaha ke tumhari shirt badshah ko chahiye us ne kaha mere paas shirt hi nahi hai to us ke paas koi tha hi nahi to us ke paas koi khatra nahi koi dar nahi</w:t>
      </w:r>
      <w:r>
        <w:br/>
      </w:r>
      <w:r>
        <w:rPr>
          <w:sz w:val="20"/>
        </w:rPr>
        <w:t>48:43  aur wo sukoon mein hoga aadmi ke paas hota hai to us ko aur zyada pareshaniyan hoti hain doctor najma siddiqui ne aaj ki talk par comment kiya hai very important and informative jazak allah</w:t>
      </w:r>
      <w:r>
        <w:br/>
      </w:r>
      <w:r>
        <w:rPr>
          <w:sz w:val="20"/>
        </w:rPr>
        <w:t>49:00  maulana syed iqbal ahmad umri ne likha hai apa aap ne antum aalam bi umr dunyakum wali hadith ko bohat achhi tarah wazeh kiya ke rasool allah salallaho alaihi wasallam ne duniya ki taraqqi mein rukawat paida nahi ki aur yeh waqia is ki dalil hai</w:t>
      </w:r>
      <w:r>
        <w:br/>
      </w:r>
      <w:r>
        <w:rPr>
          <w:sz w:val="20"/>
        </w:rPr>
        <w:t>49:24  miss sofia akhtar bihar se likhti hain</w:t>
      </w:r>
      <w:r>
        <w:br/>
      </w:r>
      <w:r>
        <w:rPr>
          <w:sz w:val="20"/>
        </w:rPr>
        <w:t>49:27  bettrin, apa! very nice explanation of intellectual development by Islam in human history. ji in ka koe question hai aisa kyon hua ke musalman baad mein peechay ho gaye?</w:t>
      </w:r>
      <w:r>
        <w:br/>
      </w:r>
      <w:r>
        <w:rPr>
          <w:sz w:val="20"/>
        </w:rPr>
        <w:t>49:43  yehi sawal Maulana Imran Islahi sahib ne bhi ki hai new delhi se ke musalmanon ki ilmi taraqqi kyon ruk gayi, is ka sabab kya tha? asal mein itnay ziyada ikhtilafat thay, fiqhi ikhtilafat</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Inconsistency in Muslim protests and actions</w:t>
      </w:r>
    </w:p>
    <w:p>
      <w:r>
        <w:rPr>
          <w:color w:val="666666"/>
          <w:sz w:val="18"/>
        </w:rPr>
        <w:t>Freedom of Expression in Islam 30 Sept 2012 - Maulana Wahiduddin Khan · 4m 15s · at 58:22 · https://youtu.be/WLlXSyxX8Q4?t=3502</w:t>
      </w:r>
    </w:p>
    <w:p>
      <w:r>
        <w:rPr>
          <w:i/>
        </w:rPr>
        <w:t>“I am puzzled by two different categories of news. Firstly, whenever anyone hurts religious sentiments of Muslims, there is a strong protest by them. Secondly, Muslims themselves damage Buddha statues in Afghanistan, damages the Mahavir statue in UP. Why is there this inconsistency?”</w:t>
      </w:r>
    </w:p>
    <w:p>
      <w:r>
        <w:rPr>
          <w:sz w:val="20"/>
        </w:rPr>
        <w:t>58:22  Maulana, yeh sawal aaya hai Raipur se Idrees sahib ka. unhon ne likha hai: "Maulana sahib, I am puzzled by two different categories of news.</w:t>
      </w:r>
      <w:r>
        <w:br/>
      </w:r>
      <w:r>
        <w:rPr>
          <w:sz w:val="20"/>
        </w:rPr>
        <w:t>58:34  Firstly, whenever anyone hurts religious sentiments of Muslims, there is a strong protest by them. Secondly, Muslims themselves damage Buddha statues in Afghanistan,</w:t>
      </w:r>
      <w:r>
        <w:br/>
      </w:r>
      <w:r>
        <w:rPr>
          <w:sz w:val="20"/>
        </w:rPr>
        <w:t>58:48  damages the Mahavir statue in UP.</w:t>
      </w:r>
      <w:r>
        <w:br/>
      </w:r>
      <w:r>
        <w:rPr>
          <w:sz w:val="20"/>
        </w:rPr>
        <w:t>58:51  All this hurts religious sentiments of others. It shows that Muslims are practicing the same thing what it is fighting against.</w:t>
      </w:r>
      <w:r>
        <w:br/>
      </w:r>
      <w:r>
        <w:rPr>
          <w:sz w:val="20"/>
        </w:rPr>
        <w:t>59:01  It is confusing. Are Muslims in principle against or in favor of the practice of hurting religious sentiments?" Kindly comment.</w:t>
      </w:r>
      <w:r>
        <w:br/>
      </w:r>
      <w:r>
        <w:rPr>
          <w:sz w:val="20"/>
        </w:rPr>
        <w:t>59:12  aap sahi keh rahe hain, jab aadmi</w:t>
      </w:r>
      <w:r>
        <w:br/>
      </w:r>
      <w:r>
        <w:rPr>
          <w:sz w:val="20"/>
        </w:rPr>
        <w:t>59:18  emotional ho jata hai to woh aise hi ban jata hai, contradictory, uska behaviour contradictory behaviour ban jata hai.</w:t>
      </w:r>
      <w:r>
        <w:br/>
      </w:r>
      <w:r>
        <w:rPr>
          <w:sz w:val="20"/>
        </w:rPr>
        <w:t>59:28  yeh jo musalman kar rahe hain, iska taluq na aql se hai, na islam se hai, kisi se nahin. Iske jazbat hain, yeh sirf</w:t>
      </w:r>
      <w:r>
        <w:br/>
      </w:r>
      <w:r>
        <w:rPr>
          <w:sz w:val="20"/>
        </w:rPr>
        <w:t>59:42  yani apne sentiment ko jante hain, apne emotions ko jante hain. Bas jo aadmi bhi jazbat mein rahega, woh uska behaviour jo hai, contradictory behaviour ban jayega.</w:t>
      </w:r>
      <w:r>
        <w:br/>
      </w:r>
      <w:r>
        <w:rPr>
          <w:sz w:val="20"/>
        </w:rPr>
        <w:t>59:58  agar aql pe hote hain, musalman tab bhi aisa nahin karte. Islam pe hote hain, tab bhi aisa nahin karte. Positive thinking ko andar andar hoti hai, tab bhi aisa nahin karte.</w:t>
      </w:r>
      <w:r>
        <w:br/>
      </w:r>
      <w:r>
        <w:rPr>
          <w:sz w:val="20"/>
        </w:rPr>
        <w:t>1:00:07  woh sirf jazbat mein bhare hain, bas jazbat, jazbat, jazbat. Aur unke jo so called leader hain, unke liye ek ek cheap ka protect karne ka bara aasan tareeqa mil gaya hai.</w:t>
      </w:r>
      <w:r>
        <w:br/>
      </w:r>
      <w:r>
        <w:rPr>
          <w:sz w:val="20"/>
        </w:rPr>
        <w:t>1:00:22  yeh sab musalman nahin hain, yeh yeh inke so called leader hain jo inko bharka bharka kar ke aisa kar diya. Main aap ko ek qissa bataoon, Imam Taimiya jo ab imam kahe jate hain, us zamane mein imam nahin kahe jate the.</w:t>
      </w:r>
      <w:r>
        <w:br/>
      </w:r>
      <w:r>
        <w:rPr>
          <w:sz w:val="20"/>
        </w:rPr>
        <w:t>1:00:38  woh to unki mashhoor kitab jo hai, "Al-Saalih bil Rasool" aur "Al-Ishad bil Rasool"</w:t>
      </w:r>
      <w:r>
        <w:br/>
      </w:r>
      <w:r>
        <w:rPr>
          <w:sz w:val="20"/>
        </w:rPr>
        <w:t>1:00:45  . To us waqt us zamane mein kuch ek qissa hua tha, ek Christian ne Rasool Allah ke bare mein ghaliban kuch keh diya tha. To uske baad unhone yeh kitab likhi thi.</w:t>
      </w:r>
      <w:r>
        <w:br/>
      </w:r>
      <w:r>
        <w:rPr>
          <w:sz w:val="20"/>
        </w:rPr>
        <w:t>1:00:57  To Ibn Taymiyyah ne taqreer waghera ki aur ek bheed jama ho gayi, usko le kar ke woh sham mein jo muslim sultan tha, uske paas gaye.</w:t>
      </w:r>
      <w:r>
        <w:br/>
      </w:r>
      <w:r>
        <w:rPr>
          <w:sz w:val="20"/>
        </w:rPr>
        <w:t>1:01:09  To jante hain kya hua? Muslim sultan ne Ibn Taymiyyah ko koday marwaye. Aaj jin ko aap yeh imam kehte hain, jo is kitab ke writer hain, unko koday marwaye.</w:t>
      </w:r>
      <w:r>
        <w:br/>
      </w:r>
      <w:r>
        <w:rPr>
          <w:sz w:val="20"/>
        </w:rPr>
        <w:t>1:01:23  aap ko shakk ho to aap aap yeh sari maloomat internet par maujood hain, aap internet par dekh sakte hain.</w:t>
      </w:r>
      <w:r>
        <w:br/>
      </w:r>
      <w:r>
        <w:rPr>
          <w:sz w:val="20"/>
        </w:rPr>
        <w:t>1:01:35  isko</w:t>
      </w:r>
      <w:r>
        <w:br/>
      </w:r>
      <w:r>
        <w:rPr>
          <w:sz w:val="20"/>
        </w:rPr>
        <w:t>1:01:36  isko sultan ne kaha ke tum ne taqreer kar kar ke bharkaye logon ko, bhark uthe logon ko. Main ne kaun janta janta tha kis ne kaha ke kis ne kaha tha. To innocent, wohi qissa aaj bhi hai.</w:t>
      </w:r>
      <w:r>
        <w:br/>
      </w:r>
      <w:r>
        <w:rPr>
          <w:sz w:val="20"/>
        </w:rPr>
        <w:t>1:01:48  innocence of innocence of muslim jo thi, woh kahin internet pe thi. Kaun janta tha isko? Yeh jo hamare so called leader hain, yahi bharka bharka kar taqreeren karte hain aur bheed jama karte hain.</w:t>
      </w:r>
      <w:r>
        <w:br/>
      </w:r>
      <w:r>
        <w:rPr>
          <w:sz w:val="20"/>
        </w:rPr>
        <w:t>1:02:02  asal mujrim jo hain, yaad rakhiye, awam nahin hain, asal mujrim wohi leader hain jo taqreeren karte hain.</w:t>
      </w:r>
      <w:r>
        <w:br/>
      </w:r>
      <w:r>
        <w:rPr>
          <w:sz w:val="20"/>
        </w:rPr>
        <w:t>1:02:08  jo Quran mein akabir mujrimiyah, akabir mujrimiyah ka matlab yeh hai ke taqreeren karne wale jazbati taqreeren kar ke bharka kar logon ko bheed jama karte hain.</w:t>
      </w:r>
      <w:r>
        <w:br/>
      </w:r>
      <w:r>
        <w:rPr>
          <w:sz w:val="20"/>
        </w:rPr>
        <w:t>1:02:22  yeh hai cheap property gain karne ka bohat aasan nuskha. To aise log aise hi karenge, yani unka unka behaviour hamesha contradictory behaviour rahega.</w:t>
      </w:r>
    </w:p>
    <w:p>
      <w:pPr>
        <w:pStyle w:val="Heading2"/>
      </w:pPr>
      <w:r>
        <w:t>Persistent failure: Is God angry and what to do?</w:t>
      </w:r>
    </w:p>
    <w:p>
      <w:r>
        <w:rPr>
          <w:color w:val="666666"/>
          <w:sz w:val="18"/>
        </w:rPr>
        <w:t>Divine Help July 21, 2019 Maulana Wahiduddin Khan · 5m 35s · at 35:17 · https://youtu.be/Phjyu1GUuS8?t=2117</w:t>
      </w:r>
    </w:p>
    <w:p>
      <w:r>
        <w:rPr>
          <w:i/>
        </w:rPr>
        <w:t>“Sometimes one faces a long period of failure and no planning works. Does it mean that God is angry with us, and that is why things are not working? What should one do in such a situation?”</w:t>
      </w:r>
    </w:p>
    <w:p>
      <w:r>
        <w:rPr>
          <w:sz w:val="20"/>
        </w:rPr>
        <w:t>35:17  patience reflects our hope and trust in our god and letting him do things in his own ways. jazak allah." maulana, agla sawal lena chahenge.</w:t>
      </w:r>
      <w:r>
        <w:br/>
      </w:r>
      <w:r>
        <w:rPr>
          <w:sz w:val="20"/>
        </w:rPr>
        <w:t>35:30  kanpur se bheja hai khurshid sahib ne. unhon ne likha hai: "maulana, sometimes one faces a long period of failure and no planning works.</w:t>
      </w:r>
      <w:r>
        <w:br/>
      </w:r>
      <w:r>
        <w:rPr>
          <w:sz w:val="20"/>
        </w:rPr>
        <w:t>35:42  does it mean that god is angry with us, and that is why things are not working? what should one do in such a situation?</w:t>
      </w:r>
      <w:r>
        <w:br/>
      </w:r>
      <w:r>
        <w:rPr>
          <w:sz w:val="20"/>
        </w:rPr>
        <w:t>35:53  how can we maintain positivity or a normal self? bhai, aap mujh se miliye, main aap ko misaalain bataunga ke maine pachas saal tak wait kiya.</w:t>
      </w:r>
      <w:r>
        <w:br/>
      </w:r>
      <w:r>
        <w:rPr>
          <w:sz w:val="20"/>
        </w:rPr>
        <w:t>36:09  pachas saal tak khud jahan yeh aap dekh rahe hain ke hamara yeh office hai, yahan lift lagi hui hai, hum program kar rahe hain. is jagah ko paane ke liye maine pachas saal se zyada wait kiya.</w:t>
      </w:r>
      <w:r>
        <w:br/>
      </w:r>
      <w:r>
        <w:rPr>
          <w:sz w:val="20"/>
        </w:rPr>
        <w:t>36:24  is jagah ko paane ke liye main aap ko dikha sakta hoon kyunke hua yeh ke main purane dilli mein tha.</w:t>
      </w:r>
      <w:r>
        <w:br/>
      </w:r>
      <w:r>
        <w:rPr>
          <w:sz w:val="20"/>
        </w:rPr>
        <w:t>36:34  purane dilli mein koi kaam theek se hota nahi tha. mujhe ek aur jagah chahiye thi. mere paas is ke asbab nahi thay.</w:t>
      </w:r>
      <w:r>
        <w:br/>
      </w:r>
      <w:r>
        <w:rPr>
          <w:sz w:val="20"/>
        </w:rPr>
        <w:t>36:46  to meri biwi ne khwab dekha. bohat naik theen, woh bohat naik theen, bohat naik theen, aur woh bilkul yahi.</w:t>
      </w:r>
      <w:r>
        <w:br/>
      </w:r>
      <w:r>
        <w:rPr>
          <w:sz w:val="20"/>
        </w:rPr>
        <w:t>36:55  yeh dono jagahain hamare paas jo hain na, is ko khwab mein dekha tha. unhon ne pesh ki aaj se pachas saal pehle to maine intezar kiya Allah ke fazl se, aur theek waqt par yeh dono jagahain hamein milain.</w:t>
      </w:r>
      <w:r>
        <w:br/>
      </w:r>
      <w:r>
        <w:rPr>
          <w:sz w:val="20"/>
        </w:rPr>
        <w:t>37:14  to genuine hona chahiye aap ka, aap ki dua genuine ho. aap janiye ke Allah kis ke aap think kya hai, Allah ka management ka tareeqa kya hai.</w:t>
      </w:r>
      <w:r>
        <w:br/>
      </w:r>
      <w:r>
        <w:rPr>
          <w:sz w:val="20"/>
        </w:rPr>
        <w:t>37:27  yeh sab janiye aap aur is par bharosa karein, aur woh spirit aap ke andar aap ko maloom ho ke main jo hoon.</w:t>
      </w:r>
      <w:r>
        <w:br/>
      </w:r>
      <w:r>
        <w:rPr>
          <w:sz w:val="20"/>
        </w:rPr>
        <w:t>37:41  yeh sab shart purani karte hain, bas khwah makhwah yaani umeedon mein jeete hain. woh tamanna alal Allah jo hadith mein aata hai, to is se kuch nahi hoga.</w:t>
      </w:r>
      <w:r>
        <w:br/>
      </w:r>
      <w:r>
        <w:rPr>
          <w:sz w:val="20"/>
        </w:rPr>
        <w:t>38:04  Maulana, kuch aur aaj bhi dekhiye, subah se main is mein tha ke apa se pooch lijiye, aap doctor sanson se pooch lijiye.</w:t>
      </w:r>
      <w:r>
        <w:br/>
      </w:r>
      <w:r>
        <w:rPr>
          <w:sz w:val="20"/>
        </w:rPr>
        <w:t>38:14  aaj hi maine unhon ne is ko kaha ke bhai, mere paas kuch nahi hai, ab tum log ja karo jo karna hai, ya resist aap karein jo karna hai.</w:t>
      </w:r>
      <w:r>
        <w:br/>
      </w:r>
      <w:r>
        <w:rPr>
          <w:sz w:val="20"/>
        </w:rPr>
        <w:t>38:31  lekin ain waqt par aap dekhiye, ab mujhe intezar karna karna tha. jab main is point pe pohancha jahan woh ladka aur woh ladki baithe thay, aur unhon ne kaha tha ke main jo hoon,</w:t>
      </w:r>
      <w:r>
        <w:br/>
      </w:r>
      <w:r>
        <w:rPr>
          <w:sz w:val="20"/>
        </w:rPr>
        <w:t>38:47  to main dekhiye, aaj subah se do jazbat mein jee raha tha. woh jo hadith mein aata hai ke "al-iman raja'a wal-khauf" yaani umeed aur khauf, umeed aur khauf ke beech mein.</w:t>
      </w:r>
      <w:r>
        <w:br/>
      </w:r>
      <w:r>
        <w:rPr>
          <w:sz w:val="20"/>
        </w:rPr>
        <w:t>39:05  to ain waqt par jab hamari gaadi gate pe pohanchi, park ke gate par, to wahan par farishte ne mere mere mann mein daal diya.</w:t>
      </w:r>
      <w:r>
        <w:br/>
      </w:r>
      <w:r>
        <w:rPr>
          <w:sz w:val="20"/>
        </w:rPr>
        <w:t>39:19  to aaj jo main bola hoon, kuch bhi mere aaj subah se kuch bhi mere mann mein nahi tha. to aap Allah par bharosa bharosa kijiye, aur yeh yeh janiye ke aap ki aap ki talab genuine talab ho, aur aap intezar karein, aap Khuda ki sharton ko poora karein.</w:t>
      </w:r>
      <w:r>
        <w:br/>
      </w:r>
      <w:r>
        <w:rPr>
          <w:sz w:val="20"/>
        </w:rPr>
        <w:t>39:46  tab to aap ke liye wahi ho jayega ke Khuda kahega ke main jo hoon.</w:t>
      </w:r>
      <w:r>
        <w:br/>
      </w:r>
      <w:r>
        <w:rPr>
          <w:sz w:val="20"/>
        </w:rPr>
        <w:t>40:00  Maulana, agla comment bheja hai Shafi Ahmed Dar sahib ne Srinagar se. unhon ne likha hai: "it was really thrilling word, main jo hoon, and patience for dua is key for divine help.</w:t>
      </w:r>
      <w:r>
        <w:br/>
      </w:r>
      <w:r>
        <w:rPr>
          <w:sz w:val="20"/>
        </w:rPr>
        <w:t>40:13  thank you Maulana for such a divine guidance."</w:t>
      </w:r>
      <w:r>
        <w:br/>
      </w:r>
      <w:r>
        <w:rPr>
          <w:sz w:val="20"/>
        </w:rPr>
        <w:t>40:22  Sartaj Siddiqui sahib ne likha hai Purbani se: "a mind unlocking lecture from Maulana about true nature of a dua.</w:t>
      </w:r>
      <w:r>
        <w:br/>
      </w:r>
      <w:r>
        <w:rPr>
          <w:sz w:val="20"/>
        </w:rPr>
        <w:t>40:31  hoping towards God is a form of dua. a dua must be genuine and not according to a wishful thinking.</w:t>
      </w:r>
      <w:r>
        <w:br/>
      </w:r>
      <w:r>
        <w:rPr>
          <w:sz w:val="20"/>
        </w:rPr>
        <w:t>40:40  jazak Allah Maulana sahib." Aamir Mori sahib ne likha hai: "today lecture was so special that anyone who listen to it will definitely develop the love for God.</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Why Religious People Become Angry?</w:t>
      </w:r>
    </w:p>
    <w:p>
      <w:r>
        <w:rPr>
          <w:color w:val="666666"/>
          <w:sz w:val="18"/>
        </w:rPr>
        <w:t>Conversation with Maulana Wahiduddin Khan | October 01, 2017 · 1m 53s · at 47:14 · https://youtu.be/TmOYGd3rp2M?t=2834</w:t>
      </w:r>
    </w:p>
    <w:p>
      <w:r>
        <w:rPr>
          <w:i/>
        </w:rPr>
        <w:t>“What is the reason that people who acquire religious knowledge become angry and harsh-tempered? Why is that?”</w:t>
      </w:r>
    </w:p>
    <w:p>
      <w:r>
        <w:rPr>
          <w:sz w:val="20"/>
        </w:rPr>
        <w:t>47:14  maulana, agla sawal miss farhana tahir ne bheja hai usa se.</w:t>
      </w:r>
      <w:r>
        <w:br/>
      </w:r>
      <w:r>
        <w:rPr>
          <w:sz w:val="20"/>
        </w:rPr>
        <w:t>47:22  unhon ne likha hai: "kya wajah hai ke jo log deen ka ilm hasil karte hain, woh ghusse</w:t>
      </w:r>
      <w:r>
        <w:br/>
      </w:r>
      <w:r>
        <w:rPr>
          <w:sz w:val="20"/>
        </w:rPr>
        <w:t>47:30  walay aur sakht mizaj ke hotay hain? aisa kyun hai?"</w:t>
      </w:r>
      <w:r>
        <w:br/>
      </w:r>
      <w:r>
        <w:rPr>
          <w:sz w:val="20"/>
        </w:rPr>
        <w:t>47:38  ab sare log to aisa mere khayal se nahi hain.</w:t>
      </w:r>
      <w:r>
        <w:br/>
      </w:r>
      <w:r>
        <w:rPr>
          <w:sz w:val="20"/>
        </w:rPr>
        <w:t>47:43  kuch log ho sakte hain.</w:t>
      </w:r>
      <w:r>
        <w:br/>
      </w:r>
      <w:r>
        <w:rPr>
          <w:sz w:val="20"/>
        </w:rPr>
        <w:t>47:48  to har aadmi ke case ko alag alag kar ke dekhna parega.</w:t>
      </w:r>
      <w:r>
        <w:br/>
      </w:r>
      <w:r>
        <w:rPr>
          <w:sz w:val="20"/>
        </w:rPr>
        <w:t>47:53  ke falan shakhs jo hai, woh ghusse wala hai.</w:t>
      </w:r>
      <w:r>
        <w:br/>
      </w:r>
      <w:r>
        <w:rPr>
          <w:sz w:val="20"/>
        </w:rPr>
        <w:t>47:58  aap is ko generalize nahi kar sakte.</w:t>
      </w:r>
      <w:r>
        <w:br/>
      </w:r>
      <w:r>
        <w:rPr>
          <w:sz w:val="20"/>
        </w:rPr>
        <w:t>48:03  to kisi ke specific yani taqreer ya</w:t>
      </w:r>
      <w:r>
        <w:br/>
      </w:r>
      <w:r>
        <w:rPr>
          <w:sz w:val="20"/>
        </w:rPr>
        <w:t>48:08  tahreer ko mujhe bataiye, naam ke sath. tab main inshallah kar sakta hoon ke woh kaun sahib hain, kyun aisa hai. mere ilm ke mutabiq toh aisa nahi ke jo ilm wala hota hai, woh ghusse wala ban jata hai. mere ilm mein toh aisa hai hi nahi. Okay, so we will end the session today. Thank you.</w:t>
      </w:r>
    </w:p>
    <w:p>
      <w:pPr>
        <w:pStyle w:val="Heading2"/>
      </w:pPr>
      <w:r>
        <w:t>Dealing with depression about end times</w:t>
      </w:r>
    </w:p>
    <w:p>
      <w:r>
        <w:rPr>
          <w:color w:val="666666"/>
          <w:sz w:val="18"/>
        </w:rPr>
        <w:t>Advance Preparation and Planning October 27, 2018 · 4m 46s · at 37:16 · https://youtu.be/X0ycKqLspoA?t=2236</w:t>
      </w:r>
    </w:p>
    <w:p>
      <w:r>
        <w:rPr>
          <w:i/>
        </w:rPr>
        <w:t>“I get confused and depressed when I think about the fact that Moulana and other scholars say the end of times is very near and we are living in the end of times. How should I deal with this?”</w:t>
      </w:r>
    </w:p>
    <w:p>
      <w:r>
        <w:rPr>
          <w:sz w:val="20"/>
        </w:rPr>
        <w:t>37:16  maulana, agla sawal bheja hai faizan maqsood sahib ne. yeh teenager hain aur pakistan se hain. is waqt london mein apni education ke liye wahan pe reh rahe hain.</w:t>
      </w:r>
      <w:r>
        <w:br/>
      </w:r>
      <w:r>
        <w:rPr>
          <w:sz w:val="20"/>
        </w:rPr>
        <w:t>37:30  un ka sawal yeh hai ke "ah, it has". maulana ne likha hai ke "that i really get confused and i get depressed when i think about the fact which maulana also mentioned in the signs of day of judgment.</w:t>
      </w:r>
      <w:r>
        <w:br/>
      </w:r>
      <w:r>
        <w:rPr>
          <w:sz w:val="20"/>
        </w:rPr>
        <w:t>37:58  not only his, but also some of the other scholars like javed ahmed ghamdi sahib. one thing i find common between all the lectures is that the end of times is very near or we are living in the end of times.</w:t>
      </w:r>
      <w:r>
        <w:br/>
      </w:r>
      <w:r>
        <w:rPr>
          <w:sz w:val="20"/>
        </w:rPr>
        <w:t>38:17  i read maulana article explaining a hadith where prophet said that i fear the misguided scholars more than dajjal.</w:t>
      </w:r>
      <w:r>
        <w:br/>
      </w:r>
      <w:r>
        <w:rPr>
          <w:sz w:val="20"/>
        </w:rPr>
        <w:t>38:29  maulana said that this is the time very see a lot of misguided ulama and this is the time of dajjal.</w:t>
      </w:r>
      <w:r>
        <w:br/>
      </w:r>
      <w:r>
        <w:rPr>
          <w:sz w:val="20"/>
        </w:rPr>
        <w:t>38:38  thinking about this stuff gets me goosebumps. i start to question god on why i am in this world at this time as i am a teenager and have a life to live.</w:t>
      </w:r>
      <w:r>
        <w:br/>
      </w:r>
      <w:r>
        <w:rPr>
          <w:sz w:val="20"/>
        </w:rPr>
        <w:t>38:52  i know that as a muslim i am expected to be grateful to god all the time, but sometimes it gets really difficult seeing what the ulama are preaching which has nothing to do with islam.</w:t>
      </w:r>
      <w:r>
        <w:br/>
      </w:r>
      <w:r>
        <w:rPr>
          <w:sz w:val="20"/>
        </w:rPr>
        <w:t>39:08  please, please ask Maulana. just, just guys. Maulana, woh basically aap se advice chah rahe hain ke woh teenager hain aur aaj ke zamane ko le ke aap ne yeh kaha tha ke ek hadith ko bayan kiya tha ke woh, ah,</w:t>
      </w:r>
      <w:r>
        <w:br/>
      </w:r>
      <w:r>
        <w:rPr>
          <w:sz w:val="20"/>
        </w:rPr>
        <w:t>39:26  ke woh scholar se zyada, ah, mis guided.</w:t>
      </w:r>
      <w:r>
        <w:br/>
      </w:r>
      <w:r>
        <w:rPr>
          <w:sz w:val="20"/>
        </w:rPr>
        <w:t>39:33  haan, unhon ne kaha tha Maulana ne jo hadith unhon ne likha hai ke "Prophet said that i fear the mis guided scholars more than dajjal".</w:t>
      </w:r>
      <w:r>
        <w:br/>
      </w:r>
      <w:r>
        <w:rPr>
          <w:sz w:val="20"/>
        </w:rPr>
        <w:t>39:42  to woh yeh keh rahe hain ke aaj ka waqt wahi hai ke jab bohat zyada mis guided scholars hain. to as a teenager woh kaise, ah, life ko live karein?</w:t>
      </w:r>
      <w:r>
        <w:br/>
      </w:r>
      <w:r>
        <w:rPr>
          <w:sz w:val="20"/>
        </w:rPr>
        <w:t>39:53  un ko bohat zyada confusion aur pareshani hoti hai yeh soch ke ke woh bohat zyada mis guide kar rahe hain logon ko. to aap ka kya advice hai?</w:t>
      </w:r>
      <w:r>
        <w:br/>
      </w:r>
      <w:r>
        <w:rPr>
          <w:sz w:val="20"/>
        </w:rPr>
        <w:t>40:03  dekhiye, yeh ek survey ke mutabiq jo finding hai woh yeh hai ke aadmi jab teenage mein hota hai, jo teenagers hain, woh bohat sharp mind un ka hota hai.</w:t>
      </w:r>
      <w:r>
        <w:br/>
      </w:r>
      <w:r>
        <w:rPr>
          <w:sz w:val="20"/>
        </w:rPr>
        <w:t>40:21  baat ko pakarne ke liye bohat hi tez hote hain woh. to dekhiye, teenagers ki woh kami nahi jo aap ne farmaya.</w:t>
      </w:r>
      <w:r>
        <w:br/>
      </w:r>
      <w:r>
        <w:rPr>
          <w:sz w:val="20"/>
        </w:rPr>
        <w:t>40:33  sahih baat yeh hai ke teenagers bohat zyada distraction mein par jaate hain. distraction</w:t>
      </w:r>
      <w:r>
        <w:br/>
      </w:r>
      <w:r>
        <w:rPr>
          <w:sz w:val="20"/>
        </w:rPr>
        <w:t>40:40  . agar teenager apne ko distraction se bachayein to teenager to super thinker hote hain.</w:t>
      </w:r>
      <w:r>
        <w:br/>
      </w:r>
      <w:r>
        <w:rPr>
          <w:sz w:val="20"/>
        </w:rPr>
        <w:t>40:50  un ka mind foran baat ko pakarta hai. bas sharp mind un ka hota hai. to aap ko jo Allah ne is umar mein tofeeq di hai, to yeh best umar hai aap ki.</w:t>
      </w:r>
      <w:r>
        <w:br/>
      </w:r>
      <w:r>
        <w:rPr>
          <w:sz w:val="20"/>
        </w:rPr>
        <w:t>41:02  bas apne ko distraction se bachaiye aur sab kuch mind manage kar lega. manage apne aap</w:t>
      </w:r>
    </w:p>
    <w:p>
      <w:pPr>
        <w:pStyle w:val="Heading2"/>
      </w:pPr>
      <w:r>
        <w:t>Is helplessness positive or negative?</w:t>
      </w:r>
    </w:p>
    <w:p>
      <w:r>
        <w:rPr>
          <w:color w:val="666666"/>
          <w:sz w:val="18"/>
        </w:rPr>
        <w:t>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Explanation of verifying news from a sinful person</w:t>
      </w:r>
    </w:p>
    <w:p>
      <w:r>
        <w:rPr>
          <w:color w:val="666666"/>
          <w:sz w:val="18"/>
        </w:rPr>
        <w:t>Q&amp;A 13 Nov 2011 · 5m 01s · at 42:19 · https://youtu.be/oOZ9h37_pL8?t=2539</w:t>
      </w:r>
    </w:p>
    <w:p>
      <w:r>
        <w:rPr>
          <w:i/>
        </w:rPr>
        <w:t>“Please explain the verse: 'O you who believe, if a sinful person brings you news, verify it, lest you unwittingly harm others and then regret what you have done' (Chapter 49, verse 6).”</w:t>
      </w:r>
    </w:p>
    <w:p>
      <w:r>
        <w:rPr>
          <w:sz w:val="20"/>
        </w:rPr>
        <w:t>42:19  maulana agla sawal aaya hai mr sajid anwar ka dilli se. woh chahte hain ke quran ki ek ayat ko aap theek se samjha dein. jo ayat hai woh quran mein is tarah aayi hai ke believers of an evil doer bring you a news ascertain the correctness of the report lest you unwittingly harm others and then regret what you have done.</w:t>
      </w:r>
      <w:r>
        <w:br/>
      </w:r>
      <w:r>
        <w:rPr>
          <w:sz w:val="20"/>
        </w:rPr>
        <w:t>42:46  this is in chapter 48 verse number 6.</w:t>
      </w:r>
      <w:r>
        <w:br/>
      </w:r>
      <w:r>
        <w:rPr>
          <w:sz w:val="20"/>
        </w:rPr>
        <w:t>42:54  yahan woh hai agar jaa ko faasiq bin bin fatabainu. is ka matlab hai ke koi aap is khabar jab milte hain koi negative news.</w:t>
      </w:r>
      <w:r>
        <w:br/>
      </w:r>
      <w:r>
        <w:rPr>
          <w:sz w:val="20"/>
        </w:rPr>
        <w:t>43:05  yahan negative news murad hai. to is ki tehqeeq karo. fatabainu tabainu ke mani hain khoob tehqeeq karo khoob pata karo.</w:t>
      </w:r>
      <w:r>
        <w:br/>
      </w:r>
      <w:r>
        <w:rPr>
          <w:sz w:val="20"/>
        </w:rPr>
        <w:t>43:15  khoob is ki scurity karo. yeh nahi ke main suna aur lage baandh kar</w:t>
      </w:r>
      <w:r>
        <w:br/>
      </w:r>
      <w:r>
        <w:rPr>
          <w:sz w:val="20"/>
        </w:rPr>
        <w:t>43:21  yeh bilkul galat hai gunah hai yeh. yeh matlab hai is ka. ke quran mein yeh hukum diya gaya hai ke aap ke yeh tareeqa nahi hona chahiye ke koi khabar suni aur phir lage baandh kar doosron se us ko.</w:t>
      </w:r>
      <w:r>
        <w:br/>
      </w:r>
      <w:r>
        <w:rPr>
          <w:sz w:val="20"/>
        </w:rPr>
        <w:t>43:37  kyunke</w:t>
      </w:r>
      <w:r>
        <w:br/>
      </w:r>
      <w:r>
        <w:rPr>
          <w:sz w:val="20"/>
        </w:rPr>
        <w:t>43:38  khabar batane wala naqis reporting kar sakta hai. kisi bhi qism ki is mein milawat kar sakta hai khabar mein. to aap is ki scurity karein us ko pata karein aur jo bhi zariye hain maslan farz kijiye ke ek shakhs keh raha hai ke kolkatta ke ek aadmi ke bare mein aap ko bata raha hai kuch to telephone kiya hai us ko?</w:t>
      </w:r>
      <w:r>
        <w:br/>
      </w:r>
      <w:r>
        <w:rPr>
          <w:sz w:val="20"/>
        </w:rPr>
        <w:t>44:00  achha farz kijiye ke aap kahein kahan main time hai t</w:t>
      </w:r>
      <w:r>
        <w:br/>
      </w:r>
      <w:r>
        <w:rPr>
          <w:sz w:val="20"/>
        </w:rPr>
        <w:t>44:03  elephone karne ka to aap ko kahan woh time hai khabrein phailane ka? yeh khabrein kyun phailate hain aap? misaal ke taur par mere bare mein taqreeban saare mukhalifeen kya karte hain</w:t>
      </w:r>
      <w:r>
        <w:br/>
      </w:r>
      <w:r>
        <w:rPr>
          <w:sz w:val="20"/>
        </w:rPr>
        <w:t>44:17  baghair meri kitabon ko padhe hue suni sunai baton par mere bare mein phailate rehte hain. to aap ke liye do option hain. ya to chup rahein ya baqayda tehqeeq kar ke bolein.</w:t>
      </w:r>
      <w:r>
        <w:br/>
      </w:r>
      <w:r>
        <w:rPr>
          <w:sz w:val="20"/>
        </w:rPr>
        <w:t>44:30  yeh sirf option nahi hai ke tehqeeq bhi na karein aap bolna bhi shuru kar dein.</w:t>
      </w:r>
      <w:r>
        <w:br/>
      </w:r>
      <w:r>
        <w:rPr>
          <w:sz w:val="20"/>
        </w:rPr>
        <w:t>44:36  aap ko kisi ke bare mein ek negative baat batana hai to aap ko haq nahi hai aap bohat bara gunah karein ge ke bila tehqeeq ke lage bolne us ko.</w:t>
      </w:r>
      <w:r>
        <w:br/>
      </w:r>
      <w:r>
        <w:rPr>
          <w:sz w:val="20"/>
        </w:rPr>
        <w:t>44:47  chup reh sakte hain chup rehna jaiz hai. chup rehna to jaiz hai lekin bila tehqeeq ke bolna hargiz jaiz nahi hai. yeh bohat bara hukum hai quran majeed mein.</w:t>
      </w:r>
      <w:r>
        <w:br/>
      </w:r>
      <w:r>
        <w:rPr>
          <w:sz w:val="20"/>
        </w:rPr>
        <w:t>44:57  aur hum to isi ka shikar ho rahe hain. hamare itne mukhalifeen hain bila tehqeeq ke hamare khilaf bolte rehte hain.</w:t>
      </w:r>
      <w:r>
        <w:br/>
      </w:r>
      <w:r>
        <w:rPr>
          <w:sz w:val="20"/>
        </w:rPr>
        <w:t>45:04  maslan dekhiye ek sahab mere paas aaye ek misaal deta hoon. ek sahab mere paas aaye unhon ne kaha ke aap ka percha nikalte hain mujh ko bataya gaya hai ke is mein dunyavi baatein hoti hain sab.</w:t>
      </w:r>
      <w:r>
        <w:br/>
      </w:r>
      <w:r>
        <w:rPr>
          <w:sz w:val="20"/>
        </w:rPr>
        <w:t>45:19  koi deeni baatein hoti nahi.</w:t>
      </w:r>
      <w:r>
        <w:br/>
      </w:r>
      <w:r>
        <w:rPr>
          <w:sz w:val="20"/>
        </w:rPr>
        <w:t>45:23  to main ne kaha achha baithiye. aur jo latest issue tha us ko main ne nikala. main ne kaha is ko dekhiye ek ek waraq ultiye. ek ek mazmoon ko dekhiye.</w:t>
      </w:r>
      <w:r>
        <w:br/>
      </w:r>
      <w:r>
        <w:rPr>
          <w:sz w:val="20"/>
        </w:rPr>
        <w:t>45:34  to us mein sara jitna bhi percha tha kisi ne ek ayat par base karta tha kisi ne hadith base karta tha. ya koi</w:t>
      </w:r>
      <w:r>
        <w:br/>
      </w:r>
      <w:r>
        <w:rPr>
          <w:sz w:val="20"/>
        </w:rPr>
        <w:t>45:41  sahaba ke is par base karta tha. to maine kaha dekhiye kahan is mein duniyavi baatein hain.</w:t>
      </w:r>
      <w:r>
        <w:br/>
      </w:r>
      <w:r>
        <w:rPr>
          <w:sz w:val="20"/>
        </w:rPr>
        <w:t>45:49  saare aakhirat ki baatein hain jannat ki baatein hain quran ki baatein hain islam ki</w:t>
      </w:r>
      <w:r>
        <w:br/>
      </w:r>
      <w:r>
        <w:rPr>
          <w:sz w:val="20"/>
        </w:rPr>
        <w:t>45:53  baatein hain yeh kahan wo?</w:t>
      </w:r>
      <w:r>
        <w:br/>
      </w:r>
      <w:r>
        <w:rPr>
          <w:sz w:val="20"/>
        </w:rPr>
        <w:t>45:56  to ek shakhs ne kaha usko aap ne sun liya.</w:t>
      </w:r>
      <w:r>
        <w:br/>
      </w:r>
      <w:r>
        <w:rPr>
          <w:sz w:val="20"/>
        </w:rPr>
        <w:t>46:01  to yaad rakhiye suni sunai baaton par usko yani usko lagna bolne lagna usko hadith</w:t>
      </w:r>
      <w:r>
        <w:br/>
      </w:r>
      <w:r>
        <w:rPr>
          <w:sz w:val="20"/>
        </w:rPr>
        <w:t>46:09  mein aata hai kafwa bilmar'e kadhiban an yuhadditha bikulli ma sami'a yani is aadmi ke jhootha hone ke</w:t>
      </w:r>
      <w:r>
        <w:br/>
      </w:r>
      <w:r>
        <w:rPr>
          <w:sz w:val="20"/>
        </w:rPr>
        <w:t>46:17  liye yeh baat kafi hai ki jo kuch suna hai usko lage bayan karne.</w:t>
      </w:r>
      <w:r>
        <w:br/>
      </w:r>
      <w:r>
        <w:rPr>
          <w:sz w:val="20"/>
        </w:rPr>
        <w:t>46:24  to phir main kahunga ke aap ke sirf do mein option hain. ya to chup rahen. ya to chup rahen. ya bolen tehqeeq kar ke bolen.</w:t>
      </w:r>
      <w:r>
        <w:br/>
      </w:r>
      <w:r>
        <w:rPr>
          <w:sz w:val="20"/>
        </w:rPr>
        <w:t>46:33  bila tehqeeq ke bolenge to Allah taala ka zabardast pakad hogi is ki. bahut zyada pakad hogi.</w:t>
      </w:r>
      <w:r>
        <w:br/>
      </w:r>
      <w:r>
        <w:rPr>
          <w:sz w:val="20"/>
        </w:rPr>
        <w:t>46:41  maulana raipur se ek comment aaya hai sawal nahi hai yeh yeh kya hai misster idrees ne</w:t>
      </w:r>
      <w:r>
        <w:br/>
      </w:r>
      <w:r>
        <w:rPr>
          <w:sz w:val="20"/>
        </w:rPr>
        <w:t>46:47  aur un ke sath shabana ne jo dekh rahe hain yeh program abhi unhon ne likha hai ke</w:t>
      </w:r>
      <w:r>
        <w:br/>
      </w:r>
      <w:r>
        <w:rPr>
          <w:sz w:val="20"/>
        </w:rPr>
        <w:t>46:53  In reply to the question about hesitation in interaction for Dawah work, you just replied, we should not</w:t>
      </w:r>
      <w:r>
        <w:br/>
      </w:r>
      <w:r>
        <w:rPr>
          <w:sz w:val="20"/>
        </w:rPr>
        <w:t>47:01  only share what we know but also we should be ready to learn what other person shares</w:t>
      </w:r>
      <w:r>
        <w:br/>
      </w:r>
      <w:r>
        <w:rPr>
          <w:sz w:val="20"/>
        </w:rPr>
        <w:t>47:08  because daawa work is a to way sharing process this is a magical answer and it solves one</w:t>
      </w:r>
      <w:r>
        <w:br/>
      </w:r>
      <w:r>
        <w:rPr>
          <w:sz w:val="20"/>
        </w:rPr>
        <w:t>47:14  of the biggest problems of a daawa thanks for the question and thanks for the answer.</w:t>
      </w:r>
    </w:p>
    <w:p>
      <w:pPr>
        <w:pStyle w:val="Heading2"/>
      </w:pPr>
      <w:r>
        <w:t>Dealing with criticism and mockery</w:t>
      </w:r>
    </w:p>
    <w:p>
      <w:r>
        <w:rPr>
          <w:color w:val="666666"/>
          <w:sz w:val="18"/>
        </w:rPr>
        <w:t>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How to address a wrong system affecting a nation?</w:t>
      </w:r>
    </w:p>
    <w:p>
      <w:r>
        <w:rPr>
          <w:color w:val="666666"/>
          <w:sz w:val="18"/>
        </w:rPr>
        <w:t>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Reasons for disharmony in present society</w:t>
      </w:r>
    </w:p>
    <w:p>
      <w:r>
        <w:rPr>
          <w:color w:val="666666"/>
          <w:sz w:val="18"/>
        </w:rPr>
        <w:t>Nation Building On India's Republic Day Jan 26, 2020 Maulana Wahiduddin Khan · 2m 20s · at 32:42 · https://youtu.be/58CVocbLAb8?t=1962</w:t>
      </w:r>
    </w:p>
    <w:p>
      <w:r>
        <w:rPr>
          <w:i/>
        </w:rPr>
        <w:t>“What according to you are the reasons for disharmony in the present society? Why are people all over the world so full of hatred today? Is it due to the rise of material interest or something else?”</w:t>
      </w:r>
    </w:p>
    <w:p>
      <w:r>
        <w:rPr>
          <w:sz w:val="20"/>
        </w:rPr>
        <w:t>32:42  Maulana kuch sawal lena chahenge. Yeh sawal bheja hai Ahmedabad se Syed Sirajuddin sahib ne.</w:t>
      </w:r>
      <w:r>
        <w:br/>
      </w:r>
      <w:r>
        <w:rPr>
          <w:sz w:val="20"/>
        </w:rPr>
        <w:t>32:51  unho ne likha hai: "maulana what according to you are the reasons for disharmony in the present society?</w:t>
      </w:r>
      <w:r>
        <w:br/>
      </w:r>
      <w:r>
        <w:rPr>
          <w:sz w:val="20"/>
        </w:rPr>
        <w:t>32:59  Why are people all over the world so full of hatred today? Is it due to the rise of material interest or something else?"</w:t>
      </w:r>
      <w:r>
        <w:br/>
      </w:r>
      <w:r>
        <w:rPr>
          <w:sz w:val="20"/>
        </w:rPr>
        <w:t>33:13  dekhen main</w:t>
      </w:r>
      <w:r>
        <w:br/>
      </w:r>
      <w:r>
        <w:rPr>
          <w:sz w:val="20"/>
        </w:rPr>
        <w:t>33:18  main yeh keh sakta hoon apne baray mein ke main by birth positive thinker hoon.</w:t>
      </w:r>
      <w:r>
        <w:br/>
      </w:r>
      <w:r>
        <w:rPr>
          <w:sz w:val="20"/>
        </w:rPr>
        <w:t>33:29  By birth positive thinker hoon. jab main chota tha, chota, to mujhe yaad hai ke hamare gaon mein, hamare paros mein ek chori hui, jaruri ki.</w:t>
      </w:r>
      <w:r>
        <w:br/>
      </w:r>
      <w:r>
        <w:rPr>
          <w:sz w:val="20"/>
        </w:rPr>
        <w:t>33:50  to ghar ke kisi aadmi ne, main wahan bachpan ka jawan tha, aise aata jata tha, to kisi ne mera naam le liya ke main nikal le gaya golri.</w:t>
      </w:r>
      <w:r>
        <w:br/>
      </w:r>
      <w:r>
        <w:rPr>
          <w:sz w:val="20"/>
        </w:rPr>
        <w:t>34:08  to aap yaqeen kijiye ke main hansne hansne hansne laga ke kitni absurd baat hai ke main chori karoon ga?</w:t>
      </w:r>
      <w:r>
        <w:br/>
      </w:r>
      <w:r>
        <w:rPr>
          <w:sz w:val="20"/>
        </w:rPr>
        <w:t>34:17  kis liye? to main bachpan se main positive thinker hoon. to har cheez mein positivity dhoondna.</w:t>
      </w:r>
      <w:r>
        <w:br/>
      </w:r>
      <w:r>
        <w:rPr>
          <w:sz w:val="20"/>
        </w:rPr>
        <w:t>34:33  jaise aap dekhiye ke quran se kuch log nikalte hain jihad, jihad. aur isi quran se maine nikala, dekhiye aaj, ke spirit of struggle, isi waqt aap peaceful struggle.</w:t>
      </w:r>
      <w:r>
        <w:br/>
      </w:r>
      <w:r>
        <w:rPr>
          <w:sz w:val="20"/>
        </w:rPr>
        <w:t>34:50  to yeh meri allah taala ki dein hai ke main bachpan se positive thinker hoon.</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Helping others led to bankruptcy</w:t>
      </w:r>
    </w:p>
    <w:p>
      <w:r>
        <w:rPr>
          <w:color w:val="666666"/>
          <w:sz w:val="18"/>
        </w:rPr>
        <w:t>The Concept of Help Feb 9, 2020—Maulana Wahiduddin Khan · 27m 54s · at 1:39 · https://youtu.be/WScXmduh1AQ?t=99</w:t>
      </w:r>
    </w:p>
    <w:p>
      <w:r>
        <w:rPr>
          <w:i/>
        </w:rPr>
        <w:t>“I was always told to help others, and until date I help everyone without any hesitation. To the extent that I have reached the state of bankruptcy. My reason for writing to you is that I want to know what my mistake is, and I want you to guide me.”</w:t>
      </w:r>
    </w:p>
    <w:p>
      <w:r>
        <w:rPr>
          <w:sz w:val="20"/>
        </w:rPr>
        <w:t>1:39  guide me. Haan, aap is ko Urdu mein kahiye, Hindi mein, Hindi mein kahiye. To sawal, ah, is tarah hai ke unhon ne likha hai ke "Mere ko hamesha yeh kaha gaya tha ke mein doosron ki madad karoon, aur till date mein sab ki madad karta hoon bana kisi hesitation ke.</w:t>
      </w:r>
      <w:r>
        <w:br/>
      </w:r>
      <w:r>
        <w:rPr>
          <w:sz w:val="20"/>
        </w:rPr>
        <w:t>1:58  Yahan tak ke, ah, meri</w:t>
      </w:r>
      <w:r>
        <w:br/>
      </w:r>
      <w:r>
        <w:rPr>
          <w:sz w:val="20"/>
        </w:rPr>
        <w:t>2:12  aur main chahta hoon ke aap mujhe guide karen.</w:t>
      </w:r>
      <w:r>
        <w:br/>
      </w:r>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r>
        <w:br/>
      </w:r>
      <w:r>
        <w:rPr>
          <w:sz w:val="20"/>
        </w:rPr>
        <w:t>6:54  main aap ko poori history mein bohat misalein de sakta hoon ke Allah taala ka tareeqa yeh hai ke compression create karna hai, aaram dena nahi hai.</w:t>
      </w:r>
      <w:r>
        <w:br/>
      </w:r>
      <w:r>
        <w:rPr>
          <w:sz w:val="20"/>
        </w:rPr>
        <w:t>7:07  misalan dekhiye, Allah taala ne jab insaan ko paida kiya</w:t>
      </w:r>
      <w:r>
        <w:br/>
      </w:r>
      <w:r>
        <w:rPr>
          <w:sz w:val="20"/>
        </w:rPr>
        <w:t>7:15  to sab se pehle Bible mein hai ke Allah ne Eden mein ek bagh lagaya. yeh Bible mein hai, aur woh sahi mere nazdeek hai.</w:t>
      </w:r>
      <w:r>
        <w:br/>
      </w:r>
      <w:r>
        <w:rPr>
          <w:sz w:val="20"/>
        </w:rPr>
        <w:t>7:28  adan best area tha is zameen ka, best area tha. wahan par bagh, yani wahan par is ki bohat hi fertile zameen, zar khez,</w:t>
      </w:r>
      <w:r>
        <w:br/>
      </w:r>
      <w:r>
        <w:rPr>
          <w:sz w:val="20"/>
        </w:rPr>
        <w:t>7:45  har cheez bohat achi, bohat achi. to wahan pe basaya.</w:t>
      </w:r>
      <w:r>
        <w:br/>
      </w:r>
      <w:r>
        <w:rPr>
          <w:sz w:val="20"/>
        </w:rPr>
        <w:t>7:57  to wahan ke log kya hue? yahan ke log larne bari mein lag gaye. tribal sister, sister bhai avalu hua</w:t>
      </w:r>
      <w:r>
        <w:br/>
      </w:r>
      <w:r>
        <w:rPr>
          <w:sz w:val="20"/>
        </w:rPr>
        <w:t>8:14  to sab se zyada larne birban ilaaqa ban gaya, jis ko kehte hain aaj, aaj kal ke zamane mein, is ko kehte hain woh</w:t>
      </w:r>
      <w:r>
        <w:br/>
      </w:r>
      <w:r>
        <w:rPr>
          <w:sz w:val="20"/>
        </w:rPr>
        <w:t>8:29  yeh jo area hai, djalat afraad ke darmiyan, meso potta bhi hai, sab se zyada nikamba ilaaqa ban gaya mosam pathan mein ka.</w:t>
      </w:r>
      <w:r>
        <w:br/>
      </w:r>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r>
        <w:br/>
      </w:r>
      <w:r>
        <w:rPr>
          <w:sz w:val="20"/>
        </w:rPr>
        <w:t>11:00  to aap jante hain ke yahi woh ilaaqa hai jahan logon ne technology ko discover kiya, kyunke woh nahi hota tha yahan wisdom ki development nahi hota tha.</w:t>
      </w:r>
      <w:r>
        <w:br/>
      </w:r>
      <w:r>
        <w:rPr>
          <w:sz w:val="20"/>
        </w:rPr>
        <w:t>11:16  is ki ek misaal mein deta hoon ke wisdom ka development ke liye zaroori hai ke aapas mein khoob discussion ho, discussion aql ko khola jaye.</w:t>
      </w:r>
      <w:r>
        <w:br/>
      </w:r>
      <w:r>
        <w:rPr>
          <w:sz w:val="20"/>
        </w:rPr>
        <w:t>11:31  to is ilaaqe mein logon ne ek kiya, difference ko negative maani mein le liya. jo muslim area ka tha, aap jante hain ke wahan is qadar ikhtilafat, ikhtilafat</w:t>
      </w:r>
      <w:r>
        <w:br/>
      </w:r>
      <w:r>
        <w:rPr>
          <w:sz w:val="20"/>
        </w:rPr>
        <w:t>11:51  aaj bhi wahan ikhtilafat bhare hue hain. to muslim area mein ikhtilaf bohat bare hue, zehni ikhtilaf aur phir sensory ikhtilaf isi mein phanse rahe log.</w:t>
      </w:r>
      <w:r>
        <w:br/>
      </w:r>
      <w:r>
        <w:rPr>
          <w:sz w:val="20"/>
        </w:rPr>
        <w:t>12:07  to in ko utha ke thande ilaaqe mein dal diya gaya. to thande ilaaqe mein in ki woh garam mizaj jo tha, woh khatam hua.</w:t>
      </w:r>
      <w:r>
        <w:br/>
      </w:r>
      <w:r>
        <w:rPr>
          <w:sz w:val="20"/>
        </w:rPr>
        <w:t>12:20  garam mizaj, yani western mulkon mein. tab aap jante hain ke yeh jo ilaaqa tha west ka, isi ne technology ko daryaft kiya.</w:t>
      </w:r>
      <w:r>
        <w:br/>
      </w:r>
      <w:r>
        <w:rPr>
          <w:sz w:val="20"/>
        </w:rPr>
        <w:t>12:39  jo musalman base the iran mein aur arab mein, woh daryaft hi nahi kar sake. woh Allah taala ko manzoor tha ke pehle Khuda ne ghoda diya, manzoor tha ke insan ki hawaajat daryaft kare.</w:t>
      </w:r>
      <w:r>
        <w:br/>
      </w:r>
      <w:r>
        <w:rPr>
          <w:sz w:val="20"/>
        </w:rPr>
        <w:t>12:55  jab insan paida hua to us ko jangalon mein ghode mil gaye, un ko trade kar ke woh ghode par sawar kar liya.</w:t>
      </w:r>
      <w:r>
        <w:br/>
      </w:r>
      <w:r>
        <w:rPr>
          <w:sz w:val="20"/>
        </w:rPr>
        <w:t>13:04  to ghoda free free mein mil gaya. ab Allah taala ko manzoor tha ke log apni aql ko istemal kar ke jo hidden technology hai, us ko daryaft karein, hawaajat banayein.</w:t>
      </w:r>
      <w:r>
        <w:br/>
      </w:r>
      <w:r>
        <w:rPr>
          <w:sz w:val="20"/>
        </w:rPr>
        <w:t>13:16  lekin itne ikhtilafat, ikhtilafat hue ke insan apni aql ka jo wisdom ka jo potential tha, us ko istemal nahi kar saka.</w:t>
      </w:r>
      <w:r>
        <w:br/>
      </w:r>
      <w:r>
        <w:rPr>
          <w:sz w:val="20"/>
        </w:rPr>
        <w:t>13:27  larai bharai, larai bharai bohat hi zyada. to yeh jo thande mulk ke log thay, thande mulkon ke log thay jin ko hum west kehte hain, unhon ne ek anokha is tarah daryaft kiya.</w:t>
      </w:r>
      <w:r>
        <w:br/>
      </w:r>
      <w:r>
        <w:rPr>
          <w:sz w:val="20"/>
        </w:rPr>
        <w:t>13:42  bohat si cheezen hain, ek hi arz karta hoon, ek anokha usool, yani different difference ko unhon ne decent bana diya.</w:t>
      </w:r>
      <w:r>
        <w:br/>
      </w:r>
      <w:r>
        <w:rPr>
          <w:sz w:val="20"/>
        </w:rPr>
        <w:t>13:55  decent, d.i.d.o.u.b.l.e.s.e.n.t, decent, yani difference ko decent bana diya. aap jante hain ke difference jo hai, woh difference mein dichotomy hoti hai.</w:t>
      </w:r>
      <w:r>
        <w:br/>
      </w:r>
      <w:r>
        <w:rPr>
          <w:sz w:val="20"/>
        </w:rPr>
        <w:t>14:11  dichotomy ko usool chalta hai, yani ek mera, ek aap ka hai, aur dono lar rahe hain aapas mein.</w:t>
      </w:r>
      <w:r>
        <w:br/>
      </w:r>
      <w:r>
        <w:rPr>
          <w:sz w:val="20"/>
        </w:rPr>
        <w:t>14:20  woh kehte hain yeh sahi hai, woh kehte hain woh sahi hai, yeh dichotomy hai. unhon ne decent nikala, d.i.d.o.u.b.l.e.s.e.n.t.</w:t>
      </w:r>
      <w:r>
        <w:br/>
      </w:r>
      <w:r>
        <w:rPr>
          <w:sz w:val="20"/>
        </w:rPr>
        <w:t>14:29  decent jo hai, ek neutral word hai, yani ek aadmi agar ikhtilaf bol raha hai to us aadmi maaf kar dein, ikhtilaf mein to dono neutral hotey hain,</w:t>
      </w:r>
      <w:r>
        <w:br/>
      </w:r>
      <w:r>
        <w:rPr>
          <w:sz w:val="20"/>
        </w:rPr>
        <w:t>14:44  dono neutral hotey hain. yani neutral rai ka tasawwur tha nahi pehle, bas dichotomy dunya mein thi.</w:t>
      </w:r>
      <w:r>
        <w:br/>
      </w:r>
      <w:r>
        <w:rPr>
          <w:sz w:val="20"/>
        </w:rPr>
        <w:t>14:56  yeh sahi ya woh sahi, yeh sahi ya woh sahi. phir thande zehnon ne yeh ijad kiya, woh garam zehan ke log jo wahan thay, pehle woh is ko daryaft nahi kar sake.</w:t>
      </w:r>
      <w:r>
        <w:br/>
      </w:r>
      <w:r>
        <w:rPr>
          <w:sz w:val="20"/>
        </w:rPr>
        <w:t>15:11  woh dichotomy mein jeete rahe, ya to sahi ya galat, ya sahi ya galat. unhon ne daryaft kiya ke yeh bhi sahi, woh bhi sahi, yeh bhi sahi, woh bhi sahi,</w:t>
      </w:r>
      <w:r>
        <w:br/>
      </w:r>
      <w:r>
        <w:rPr>
          <w:sz w:val="20"/>
        </w:rPr>
        <w:t>15:27  yani is ko kehte hain decent, d.i.d.o.u.b.l.e.s.e.n.t. tab tarqqiyan huien. to Allah taala shock, woh shock treatment karte hain,</w:t>
      </w:r>
      <w:r>
        <w:br/>
      </w:r>
      <w:r>
        <w:rPr>
          <w:sz w:val="20"/>
        </w:rPr>
        <w:t>15:44  jaise Newton ke upar, Hitler ke upar, woh gira saib. to is ko main kehta hoon saib, saib ko kahin kahin bhi keh sakta tha, is ke sar pe koi gira.</w:t>
      </w:r>
      <w:r>
        <w:br/>
      </w:r>
      <w:r>
        <w:rPr>
          <w:sz w:val="20"/>
        </w:rPr>
        <w:t>16:01  aap jante hain, upar se koi cheez gire to chot lagti hai. to yeh Allah ki taraf se sabab tha, mere khayal se ke Newton ke sar pe gira.</w:t>
      </w:r>
      <w:r>
        <w:br/>
      </w:r>
      <w:r>
        <w:rPr>
          <w:sz w:val="20"/>
        </w:rPr>
        <w:t>16:12  woh that was,</w:t>
      </w:r>
      <w:r>
        <w:br/>
      </w:r>
      <w:r>
        <w:rPr>
          <w:sz w:val="20"/>
        </w:rPr>
        <w:t>16:20  to is is ke sochne laga woh ke yeh saib jo hai, neeche kyun gaya, upar kyun chala gaya.</w:t>
      </w:r>
      <w:r>
        <w:br/>
      </w:r>
      <w:r>
        <w:rPr>
          <w:sz w:val="20"/>
        </w:rPr>
        <w:t>16:29  do afsar tha jo woh charhaya tha. to sochte sochte us ne gravitation ka process daryaft kiya.</w:t>
      </w:r>
      <w:r>
        <w:br/>
      </w:r>
      <w:r>
        <w:rPr>
          <w:sz w:val="20"/>
        </w:rPr>
        <w:t>16:39  to is ko main kehta hoon name, is ko main kehta hoon</w:t>
      </w:r>
      <w:r>
        <w:br/>
      </w:r>
      <w:r>
        <w:rPr>
          <w:sz w:val="20"/>
        </w:rPr>
        <w:t>16:49  khudai tareeqa, khudai tareeqa ke kal ka person create kar ke aaj aadmi ko sochne ki taraf le jana.</w:t>
      </w:r>
      <w:r>
        <w:br/>
      </w:r>
      <w:r>
        <w:rPr>
          <w:sz w:val="20"/>
        </w:rPr>
        <w:t>17:02  apple shock, is ko main kehta hoon apple shock. to Allah taala ka tareeqa apple shock raha. poori tareekh mein jitni bhi barqiyen huien, sab apple shock ke zariye huien hain.</w:t>
      </w:r>
      <w:r>
        <w:br/>
      </w:r>
      <w:r>
        <w:rPr>
          <w:sz w:val="20"/>
        </w:rPr>
        <w:t>17:15  ab aap apne aap ke paas jo jo bachcha paida hue, aap is ko chahte hain ke phool mein rakhein, to phool mein rakhein to yeh Allah ka tareeqa hi nahi.</w:t>
      </w:r>
      <w:r>
        <w:br/>
      </w:r>
      <w:r>
        <w:rPr>
          <w:sz w:val="20"/>
        </w:rPr>
        <w:t>17:26  un ko shock do, tab woh un ki aqal khule gi. to tamam baap jin ke paas paisa hota hai, woh apne bachon ko chahte hain phool mein rakhna.</w:t>
      </w:r>
      <w:r>
        <w:br/>
      </w:r>
      <w:r>
        <w:rPr>
          <w:sz w:val="20"/>
        </w:rPr>
        <w:t>17:40  woh apple shock ki woh nahi jante, hikmat, hikmat nahi jante, hikmat nahi jante. to main samajhta hoon ke jis beta beti ko aisa baap mil jaye jo apple shock ke bhi dunk jaane,</w:t>
      </w:r>
      <w:r>
        <w:br/>
      </w:r>
      <w:r>
        <w:rPr>
          <w:sz w:val="20"/>
        </w:rPr>
        <w:t>17:58  apple shock ki wohi aqalmand baap hai, aur usi ke bachche tarqqi karte hain. isi liye ghareeb ke bachche zyada tarqqi karte hain,</w:t>
      </w:r>
      <w:r>
        <w:br/>
      </w:r>
      <w:r>
        <w:rPr>
          <w:sz w:val="20"/>
        </w:rPr>
        <w:t>18:12  ghareeb logon ke bachche, kyun ke jo jin jin baapon ke paas paisa hota hai, woh kabhi jante hi nahi is hikmat ko, apple shock ki hikmat ko.</w:t>
      </w:r>
      <w:r>
        <w:br/>
      </w:r>
      <w:r>
        <w:rPr>
          <w:sz w:val="20"/>
        </w:rPr>
        <w:t>18:25  to Allah taala ne ghareebi paida ki. chunke insaan apple shock ko ikhtiyar nahi kar saka, to Allah taala ne ghareebi paida ki, ghareebi, museebat.</w:t>
      </w:r>
      <w:r>
        <w:br/>
      </w:r>
      <w:r>
        <w:rPr>
          <w:sz w:val="20"/>
        </w:rPr>
        <w:t>18:48  woh is sahib, woh is ke sabireen alazeen azabuh museebat, museebat shock, apple shock ka matlab hai museebat shock.</w:t>
      </w:r>
      <w:r>
        <w:br/>
      </w:r>
      <w:r>
        <w:rPr>
          <w:sz w:val="20"/>
        </w:rPr>
        <w:t>19:00  to allah ta'ala ki rehmat hai, yeh musibat. ek hadith hai, ek hadith hai ke allah ta'ala ne farmaya jibril se ke ek bachcha, ek baba, ek banda dua kar raha tha ke khuda meri musibat door kar de, meri musibat door kar de.</w:t>
      </w:r>
      <w:r>
        <w:br/>
      </w:r>
      <w:r>
        <w:rPr>
          <w:sz w:val="20"/>
        </w:rPr>
        <w:t>19:21  to allah ta'ala ne jibril se kaha ke aye jibril, la ta'ajjil khudaya, meri is bande ki musibat door karne mein jaldi mat kar, ladne do us ko musibat mein.</w:t>
      </w:r>
      <w:r>
        <w:br/>
      </w:r>
      <w:r>
        <w:rPr>
          <w:sz w:val="20"/>
        </w:rPr>
        <w:t>19:34  yeh hai na? ji, yeh hai. ji, yahi hai. fiyani yuhibbu an asmaa'a sawtahu hain.</w:t>
      </w:r>
      <w:r>
        <w:br/>
      </w:r>
      <w:r>
        <w:rPr>
          <w:sz w:val="20"/>
        </w:rPr>
        <w:t>19:43  fiyani yuhibbu an asmaa'a sawtahu. kyunke main us ki, us ki awaz ko pasand karta hoon. awaz ka matlab yeh hai ke us ke andar soch aayegi musibat se aur shakk se,</w:t>
      </w:r>
      <w:r>
        <w:br/>
      </w:r>
      <w:r>
        <w:rPr>
          <w:sz w:val="20"/>
        </w:rPr>
        <w:t>20:00  woh use mahbub. isi tarah kya hongi? isi tarah kya hongi? liqada'i hajat abdi hain.</w:t>
      </w:r>
      <w:r>
        <w:br/>
      </w:r>
      <w:r>
        <w:rPr>
          <w:sz w:val="20"/>
        </w:rPr>
        <w:t>20:10  ji, maulana. ya ya jibril, la ta'ajjil liqada'i hajat rabbi. ya jibril, la ta'ajjil liqada'i hajat rabbi.</w:t>
      </w:r>
      <w:r>
        <w:br/>
      </w:r>
      <w:r>
        <w:rPr>
          <w:sz w:val="20"/>
        </w:rPr>
        <w:t>20:23  aye jibril, mere bande ki hajat ko poori karne mein jaldi mat kar, musibat rehne de us ko, us ko thokar khane rehne do, us ke sar par pathar padne do,</w:t>
      </w:r>
      <w:r>
        <w:br/>
      </w:r>
      <w:r>
        <w:rPr>
          <w:sz w:val="20"/>
        </w:rPr>
        <w:t>20:36  kyunke us ke upar se jal gaye hain, us ke upar se jayenge, us ke andar, us ke andar jo bar rakhi hai hum ne, allah ne woh sab waqea banenge.</w:t>
      </w:r>
      <w:r>
        <w:br/>
      </w:r>
      <w:r>
        <w:rPr>
          <w:sz w:val="20"/>
        </w:rPr>
        <w:t>20:54  to main samajhta hoon ke dunya mein yeh jo chala usool, help kar, help, help nahi karo, balke us ko thokar khane do, un ko musibat uthane do taake un ke andar jo potential hai, woh jaage.</w:t>
      </w:r>
      <w:r>
        <w:br/>
      </w:r>
      <w:r>
        <w:rPr>
          <w:sz w:val="20"/>
        </w:rPr>
        <w:t>21:15  log potential ko jaagne nahi dete, potential ko jaagne nahi dete.</w:t>
      </w:r>
      <w:r>
        <w:br/>
      </w:r>
      <w:r>
        <w:rPr>
          <w:sz w:val="20"/>
        </w:rPr>
        <w:t>21:23  yeh itni badi hikmat hai. quran mein ayat likhi hai: "inna ma'al usri yusra".</w:t>
      </w:r>
      <w:r>
        <w:br/>
      </w:r>
      <w:r>
        <w:rPr>
          <w:sz w:val="20"/>
        </w:rPr>
        <w:t>21:33  "inna ma'al usri yusra". kya tarjuma is ka hai? beshak, aasani mushkil ke sath aasani hai.</w:t>
      </w:r>
      <w:r>
        <w:br/>
      </w:r>
      <w:r>
        <w:rPr>
          <w:sz w:val="20"/>
        </w:rPr>
        <w:t>21:44  haan, mushkil ke sath aasani hai. jo mushkil hai, usi ke sath aayegi aasani, yani kamyabi.</w:t>
      </w:r>
      <w:r>
        <w:br/>
      </w:r>
      <w:r>
        <w:rPr>
          <w:sz w:val="20"/>
        </w:rPr>
        <w:t>21:55  shakk chale gaye ke shakk, shakk se insaan ke raste khulenge, us ki aqal zyada kaam karegi. yeh allah ta'ala ki hikmat hai.</w:t>
      </w:r>
      <w:r>
        <w:br/>
      </w:r>
      <w:r>
        <w:rPr>
          <w:sz w:val="20"/>
        </w:rPr>
        <w:t>22:09  to is ke mani yeh hue ke allah chahta hai ke insaan apni khudadad jo aqal hai, us ko istemal kare.</w:t>
      </w:r>
      <w:r>
        <w:br/>
      </w:r>
      <w:r>
        <w:rPr>
          <w:sz w:val="20"/>
        </w:rPr>
        <w:t>22:21  aur aap jab help faraham karte hain logon ko, help to aap un ki khazana aqal ko sla dete hain, aur idhar udhar ki aqal chalata hai.</w:t>
      </w:r>
      <w:r>
        <w:br/>
      </w:r>
      <w:r>
        <w:rPr>
          <w:sz w:val="20"/>
        </w:rPr>
        <w:t>22:34  woh, woh, woh aqal jo khudadad aqal hai, woh thodi us ko sla deta hai. woh aadmi ab hum ne bohat us ki study ki hai.</w:t>
      </w:r>
      <w:r>
        <w:br/>
      </w:r>
      <w:r>
        <w:rPr>
          <w:sz w:val="20"/>
        </w:rPr>
        <w:t>22:45  jin logon ko musibat nahi padi hai, musibat padi hai, unhone taraqqiyan ki hain. khud apne gharon mein ne dekha, hamara family, hamari family bohat badi thi.</w:t>
      </w:r>
      <w:r>
        <w:br/>
      </w:r>
      <w:r>
        <w:rPr>
          <w:sz w:val="20"/>
        </w:rPr>
        <w:t>22:57  is mein mere jo barhe bhai the, abdul aziz khan, woh bohat hi khasta halat mein the, aur ghar mein un ko, un ko achhe nahi samajh aata tha.</w:t>
      </w:r>
      <w:r>
        <w:br/>
      </w:r>
      <w:r>
        <w:rPr>
          <w:sz w:val="20"/>
        </w:rPr>
        <w:t>23:14  yahan tak ke kuch, kuch logon ne un ko manhous karna shuru kar diya tha. is shakhs ke andar jo, jo, jo, jo un ko jo mashaqqatain padi hain, un ko jo musibatein padi hain, un ko jo sakht halaat ka samna karna pada, to hero hero ban gaye.</w:t>
      </w:r>
      <w:r>
        <w:br/>
      </w:r>
      <w:r>
        <w:rPr>
          <w:sz w:val="20"/>
        </w:rPr>
        <w:t>23:33  mere barhe bhai the, woh hero ban gaye. poore khandan mein sab se zyada taraqqi unhone ki, poore khandan mein sab se zyada taraqqi unhone ki.</w:t>
      </w:r>
      <w:r>
        <w:br/>
      </w:r>
      <w:r>
        <w:rPr>
          <w:sz w:val="20"/>
        </w:rPr>
        <w:t>23:43  aur jin logon ko khud aaram dega, lath pair dega, unhone kuch taraqqi nahi kar saki, kuch taraqqi nahi kar saki. to aaj main isi cheez ko chahta hoon ke aap log sochein ke yeh jo help ka tasawwur hai, woh natural nahi hai.</w:t>
      </w:r>
      <w:r>
        <w:br/>
      </w:r>
      <w:r>
        <w:rPr>
          <w:sz w:val="20"/>
        </w:rPr>
        <w:t>24:04  help ka matlab hai main help karta hoon logon ko ke main ne bohat si kitabein chhapi hain, wisdom par, raaz hayat waghera.</w:t>
      </w:r>
      <w:r>
        <w:br/>
      </w:r>
      <w:r>
        <w:rPr>
          <w:sz w:val="20"/>
        </w:rPr>
        <w:t>24:14  abhi english mein, urdu mein, hindi mein, us ko aap padhiye. to mere help ka tasawwur doosra hai.</w:t>
      </w:r>
      <w:r>
        <w:br/>
      </w:r>
      <w:r>
        <w:rPr>
          <w:sz w:val="20"/>
        </w:rPr>
        <w:t>24:25  logon ke help ka tasawwur yeh hai ke paisa banto, kapda banto, kambal banto, yani free mein logon ko cheezein do.</w:t>
      </w:r>
      <w:r>
        <w:br/>
      </w:r>
      <w:r>
        <w:rPr>
          <w:sz w:val="20"/>
        </w:rPr>
        <w:t>24:34  jo mother teresa ka jo model hai, log mother teresa ka model ko jantay hain ke free mein logon ko do, free mein do.</w:t>
      </w:r>
      <w:r>
        <w:br/>
      </w:r>
      <w:r>
        <w:rPr>
          <w:sz w:val="20"/>
        </w:rPr>
        <w:t>24:48  lekin aap jantay hain ke mother teresa ka ka mission bilkul fail hua. mother teresa ke upar us ki saheli thi, qareebi tareen us ki dost,</w:t>
      </w:r>
      <w:r>
        <w:br/>
      </w:r>
      <w:r>
        <w:rPr>
          <w:sz w:val="20"/>
        </w:rPr>
        <w:t>25:02  us ne kitab likhi hai. is kitab ka, is kitab mein us ne bataya hai ke she died in a agony.</w:t>
      </w:r>
      <w:r>
        <w:br/>
      </w:r>
      <w:r>
        <w:rPr>
          <w:sz w:val="20"/>
        </w:rPr>
        <w:t>25:13  she died in agony. mother teresa gham mein mari kyunke woh kuch mila nahi.</w:t>
      </w:r>
      <w:r>
        <w:br/>
      </w:r>
      <w:r>
        <w:rPr>
          <w:sz w:val="20"/>
        </w:rPr>
        <w:t>25:22  us ko us ke baad bulk sahib dekhiye, tata ko ke tata ne india ko aik tohfa diya,</w:t>
      </w:r>
      <w:r>
        <w:br/>
      </w:r>
      <w:r>
        <w:rPr>
          <w:sz w:val="20"/>
        </w:rPr>
        <w:t>25:34  steel ki industry, hawa jahaz, jo bari bari kitni cheezen hain jo is tata ne is mulk ko di hain.</w:t>
      </w:r>
      <w:r>
        <w:br/>
      </w:r>
      <w:r>
        <w:rPr>
          <w:sz w:val="20"/>
        </w:rPr>
        <w:t>25:48  to mein samajhta hoon ke aqalmand baap woh hai jo apne apne bete ko sakhtiyon mein chalne de,</w:t>
      </w:r>
      <w:r>
        <w:br/>
      </w:r>
      <w:r>
        <w:rPr>
          <w:sz w:val="20"/>
        </w:rPr>
        <w:t>26:03  us ko phir paisa kama kar free mein na de, apne bachon ko himayat karne de.</w:t>
      </w:r>
      <w:r>
        <w:br/>
      </w:r>
      <w:r>
        <w:rPr>
          <w:sz w:val="20"/>
        </w:rPr>
        <w:t>26:20  aap tajurba kar ke dijiye, do family ka aap compare kijiye. jis family ka baap jo hai museebaton mein raha hoga, us ko paisa itna nahi hoga ke bohat ziyada woh nawazay apne bete beti ko.</w:t>
      </w:r>
      <w:r>
        <w:br/>
      </w:r>
      <w:r>
        <w:rPr>
          <w:sz w:val="20"/>
        </w:rPr>
        <w:t>26:37  un ke bachay ziyada tarraqi karenge, aur jinho ne khoob bachon ko diya, un ko makhmal par, makhmal ke bistar par sulaya,</w:t>
      </w:r>
      <w:r>
        <w:br/>
      </w:r>
      <w:r>
        <w:rPr>
          <w:sz w:val="20"/>
        </w:rPr>
        <w:t>26:51  un ke bachay koi tarraqi nahi karte.</w:t>
      </w:r>
      <w:r>
        <w:br/>
      </w:r>
      <w:r>
        <w:rPr>
          <w:sz w:val="20"/>
        </w:rPr>
        <w:t>26:57  yeh hai law of nature.</w:t>
      </w:r>
      <w:r>
        <w:br/>
      </w:r>
      <w:r>
        <w:rPr>
          <w:sz w:val="20"/>
        </w:rPr>
        <w:t>27:01  law of nature poori tareekh mein Allah taala ne pressure ke zareeye, dabaao ke zareeye,</w:t>
      </w:r>
      <w:r>
        <w:br/>
      </w:r>
      <w:r>
        <w:rPr>
          <w:sz w:val="20"/>
        </w:rPr>
        <w:t>27:10  maseebat ke zareeye</w:t>
      </w:r>
      <w:r>
        <w:br/>
      </w:r>
      <w:r>
        <w:rPr>
          <w:sz w:val="20"/>
        </w:rPr>
        <w:t>27:13  tarraqi ke darwaze khole hain.</w:t>
      </w:r>
      <w:r>
        <w:br/>
      </w:r>
      <w:r>
        <w:rPr>
          <w:sz w:val="20"/>
        </w:rPr>
        <w:t>27:33  mein ne is pe bohat socha ke yahan tafseer ka lafz kyun hai, basharat ka lafz kyun hai, yani khushkhabri ka lafz kyun hai.</w:t>
      </w:r>
      <w:r>
        <w:br/>
      </w:r>
      <w:r>
        <w:rPr>
          <w:sz w:val="20"/>
        </w:rPr>
        <w:t>27:46  kyunke museebat hi mein tarraqian aati hain.</w:t>
      </w:r>
      <w:r>
        <w:br/>
      </w:r>
      <w:r>
        <w:rPr>
          <w:sz w:val="20"/>
        </w:rPr>
        <w:t>27:52  sabireen, sabr mein tarraqian hain. tarraqian sari ki sari sabr mein hain, aaram mein nahi hain, aaram mein nahi hain.</w:t>
      </w:r>
      <w:r>
        <w:br/>
      </w:r>
      <w:r>
        <w:rPr>
          <w:sz w:val="20"/>
        </w:rPr>
        <w:t>28:10  aap dekhiye, aaj jis ko hum kehte hain tehzeeb aur tarraqi yafta dunya, yeh kahan se nikli hai?</w:t>
      </w:r>
      <w:r>
        <w:br/>
      </w:r>
      <w:r>
        <w:rPr>
          <w:sz w:val="20"/>
        </w:rPr>
        <w:t>28:22  muslim musalmanon ne tarraqi ke zamanay mein kafi to un ka takrao hua</w:t>
      </w:r>
      <w:r>
        <w:br/>
      </w:r>
      <w:r>
        <w:rPr>
          <w:sz w:val="20"/>
        </w:rPr>
        <w:t>28:30  christian se, christian badshahaton jo qaim ho gayi theen us zamanay mein, jis ko kehte hain quraish.</w:t>
      </w:r>
      <w:r>
        <w:br/>
      </w:r>
      <w:r>
        <w:rPr>
          <w:sz w:val="20"/>
        </w:rPr>
        <w:t>28:40  quraishites, quraishites, do so saal tak quraishites ki jang jari rahi, yahan tak ke christian ko bohat zabardast nakami hui.</w:t>
      </w:r>
      <w:r>
        <w:br/>
      </w:r>
      <w:r>
        <w:rPr>
          <w:sz w:val="20"/>
        </w:rPr>
        <w:t>28:54  aik dam humanity debate hui un ko. yehi quraishites, baharon walay log jo the, wahi to modern technology unho ne develop ki,</w:t>
      </w:r>
      <w:r>
        <w:br/>
      </w:r>
      <w:r>
        <w:rPr>
          <w:sz w:val="20"/>
        </w:rPr>
        <w:t>29:07  yani zameen mein jo jo hidden khazanay the, hawa jahaz, railway, aur tamam dunya bhar ki technology, computer tak, woh kis ne discover ki?</w:t>
      </w:r>
      <w:r>
        <w:br/>
      </w:r>
      <w:r>
        <w:rPr>
          <w:sz w:val="20"/>
        </w:rPr>
        <w:t>29:23  unho ne, unho ne quraishites ki war mein bohat zabardast debate khai thi, bohat humanitarian debate.</w:t>
      </w:r>
    </w:p>
    <w:p>
      <w:pPr>
        <w:pStyle w:val="Heading2"/>
      </w:pPr>
      <w:r>
        <w:t>Are natural calamities signs from God</w:t>
      </w:r>
    </w:p>
    <w:p>
      <w:r>
        <w:rPr>
          <w:color w:val="666666"/>
          <w:sz w:val="18"/>
        </w:rPr>
        <w:t>The Age of Alternative April 24, 2016 · 1m 34s · at 48:01 · https://youtu.be/JoilI-TK4Ig?t=2881</w:t>
      </w:r>
    </w:p>
    <w:p>
      <w:r>
        <w:rPr>
          <w:i/>
        </w:rPr>
        <w:t>“In present times, natural calamities like earthquakes and floods have increased in number across the world. Is this a sign of God that He is unhappy with mankind and sending out signals so that we can mend our ways? What is your opinion?”</w:t>
      </w:r>
    </w:p>
    <w:p>
      <w:r>
        <w:rPr>
          <w:sz w:val="20"/>
        </w:rPr>
        <w:t>48:01  maulana, agla sawal aaya hai ahmedabad se abdullah sahib ne kiya hai, aur unhon ne likha hai: "maulana, in the present times natural calamities like earthquakes, floods have increased in number across the world.</w:t>
      </w:r>
      <w:r>
        <w:br/>
      </w:r>
      <w:r>
        <w:rPr>
          <w:sz w:val="20"/>
        </w:rPr>
        <w:t>48:18  is this a sign of God that he is unhappy from mankind and sending out signals so that we can mend our ways? what is your op</w:t>
      </w:r>
      <w:r>
        <w:br/>
      </w:r>
      <w:r>
        <w:rPr>
          <w:sz w:val="20"/>
        </w:rPr>
        <w:t>48:28  inion?" earthquake barhne ka hai. pehle media nahi hota tha. nahi to dekhiye, science ki research ke mutabiq har din pachas earthquake hotay hain.</w:t>
      </w:r>
      <w:r>
        <w:br/>
      </w:r>
      <w:r>
        <w:rPr>
          <w:sz w:val="20"/>
        </w:rPr>
        <w:t>48:41  ziyadah tar woh yaani marjar tremble ki shakal mein hotay hain, yaani halka zalzala.</w:t>
      </w:r>
      <w:r>
        <w:br/>
      </w:r>
      <w:r>
        <w:rPr>
          <w:sz w:val="20"/>
        </w:rPr>
        <w:t>48:51  kyun ke zameen ke andar aik bohat bara movement hai, gulbah laav ka, us ki wajah se yeh tremble aata hai.</w:t>
      </w:r>
      <w:r>
        <w:br/>
      </w:r>
      <w:r>
        <w:rPr>
          <w:sz w:val="20"/>
        </w:rPr>
        <w:t>49:02  to har din pachas taqreeban aata hai, saal bhar aata rehta hai. yeh hai warning ke liye. pehle bhi tha, ab bhi hai.</w:t>
      </w:r>
      <w:r>
        <w:br/>
      </w:r>
      <w:r>
        <w:rPr>
          <w:sz w:val="20"/>
        </w:rPr>
        <w:t>49:13  warning ke liye ke yeh duniya mein tumhari jo di gayi hai, yeh tumhari duniya ki raunaqe'n hain, hamesha nahi rahengi. yeh sab khatm ho jayega, naya daur aayega, nayi duniya banayi jayegi.</w:t>
      </w:r>
      <w:r>
        <w:br/>
      </w:r>
      <w:r>
        <w:rPr>
          <w:sz w:val="20"/>
        </w:rPr>
        <w:t>49:26  to yeh hai reminder. yeh reminder hai aur is ke siwa kuch nahi hai. yeh azaab nahi hai.</w:t>
      </w:r>
    </w:p>
    <w:p>
      <w:pPr>
        <w:pStyle w:val="Heading2"/>
      </w:pPr>
      <w:r>
        <w:t>Split personality in religious and political writing</w:t>
      </w:r>
    </w:p>
    <w:p>
      <w:r>
        <w:rPr>
          <w:color w:val="666666"/>
          <w:sz w:val="18"/>
        </w:rPr>
        <w:t>God Particle July 8, 2012 · 3m 21s · at 1:13:14 · https://youtu.be/30Ulu10c2nA?t=4394</w:t>
      </w:r>
    </w:p>
    <w:p>
      <w:r>
        <w:rPr>
          <w:i/>
        </w:rPr>
        <w:t>“I feel great happiness in writing about the glory of God, but as a journalist, sometimes I need to write political articles. While doing so, I feel my whole personality is split. What should I do in this situation?”</w:t>
      </w:r>
    </w:p>
    <w:p>
      <w:r>
        <w:rPr>
          <w:sz w:val="20"/>
        </w:rPr>
        <w:t>1:13:14  Maulana, agla sawal lete hain jo Delhi se hai Muhammad Asif Riyaz sahab ka. Unhon ne likha hai: "Maulana sahab, I feel a great happiness in writing the glory of God, but as a journalist, sometimes I need to write some political articles.</w:t>
      </w:r>
      <w:r>
        <w:br/>
      </w:r>
      <w:r>
        <w:rPr>
          <w:sz w:val="20"/>
        </w:rPr>
        <w:t>1:13:32  While doing so, I feel my whole personality is splitted. Maulana sahab, let me know what should I do in this situation?"</w:t>
      </w:r>
      <w:r>
        <w:br/>
      </w:r>
      <w:r>
        <w:rPr>
          <w:sz w:val="20"/>
        </w:rPr>
        <w:t>1:13:43  nahi, main samajhta hoon ke split hone ka koi sawal nahi hai. Aap chahe politics par likhein, chahe cheenti par likhein, chahe chand suraj par likhein, har jagah aap lesson le sakte hain.</w:t>
      </w:r>
      <w:r>
        <w:br/>
      </w:r>
      <w:r>
        <w:rPr>
          <w:sz w:val="20"/>
        </w:rPr>
        <w:t>1:13:57  Basic baat jo hai, woh lesson lene ki hai. Aadmi ke andar yeh zehan agar ho ke cheezon mein woh lesson le sake toh har cheez mein lesson hai.</w:t>
      </w:r>
      <w:r>
        <w:br/>
      </w:r>
      <w:r>
        <w:rPr>
          <w:sz w:val="20"/>
        </w:rPr>
        <w:t>1:14:08  Shaitan ki kahani bhi lesson hai. Political article likhe hain, tab bhi lesson hai. Main toh koi bhi cheez padhta hoon, chahe woh politics ho ya koi bhi, is mein mujhe lesson milta hai.</w:t>
      </w:r>
      <w:r>
        <w:br/>
      </w:r>
      <w:r>
        <w:rPr>
          <w:sz w:val="20"/>
        </w:rPr>
        <w:t>1:14:20  Aisi cheez hai lesson, us ko kehte hain toosam. Yaani aisi cheez jo apne andar paida karna hai, woh toosam hai. Toosam, toosam agar hai toh har cheez mein aap ko marifat milti rahegi.</w:t>
      </w:r>
      <w:r>
        <w:br/>
      </w:r>
      <w:r>
        <w:rPr>
          <w:sz w:val="20"/>
        </w:rPr>
        <w:t>1:14:36  Chaahe chaahe aap political mazmoon likh rahe hain ya roohani likh rahe hain, asal cheez jo matloob hai, woh toosam hai.</w:t>
      </w:r>
      <w:r>
        <w:br/>
      </w:r>
      <w:r>
        <w:rPr>
          <w:sz w:val="20"/>
        </w:rPr>
        <w:t>1:14:48  Toosam paida kijiye. Aap idhar toosam ka matlab hota hai to draw lesson, cheezon se sabak nikalna. Asal cheez is ki zaroorat hai.</w:t>
      </w:r>
      <w:r>
        <w:br/>
      </w:r>
      <w:r>
        <w:rPr>
          <w:sz w:val="20"/>
        </w:rPr>
        <w:t>1:14:59  Main toh Allah ke fazl se kuch bhi padhta hoon, chahe kitna hi political ho. Maslan dekhiye, abhi main ek chupa hai Times of India mein ek poore page ka ek interview,</w:t>
      </w:r>
      <w:r>
        <w:br/>
      </w:r>
      <w:r>
        <w:rPr>
          <w:sz w:val="20"/>
        </w:rPr>
        <w:t>1:15:17  Yaani Uttar Pradesh ke jo Chief Minister hain, Akhilesh Yadav, un ka interview hai. Kai logon ne mil ke</w:t>
      </w:r>
      <w:r>
        <w:br/>
      </w:r>
      <w:r>
        <w:rPr>
          <w:sz w:val="20"/>
        </w:rPr>
        <w:t>1:15:26  Interview liya, woh saara political interview hai, ek dum political. Is mein mujhe ek bahut ajeeb cheez mil gayi. Maslan dekhiye, interviewer ne un se poocha ke jab aap Chief Minister bane toh aap ne aap ne khoi kya?</w:t>
      </w:r>
      <w:r>
        <w:br/>
      </w:r>
      <w:r>
        <w:rPr>
          <w:sz w:val="20"/>
        </w:rPr>
        <w:t>1:15:43  Kya cheez khoi aap ne? Yeh ajeeb sawal hai, kya cheez miss kiya aap ne? Yaani</w:t>
      </w:r>
      <w:r>
        <w:br/>
      </w:r>
      <w:r>
        <w:rPr>
          <w:sz w:val="20"/>
        </w:rPr>
        <w:t>1:15:52  Chief Minister banne ke baad woh cheez kya thi jis ko aap ne miss kiya? Toh foran woh kehta hai: "Time, time miss kiya hua hai.</w:t>
      </w:r>
      <w:r>
        <w:br/>
      </w:r>
      <w:r>
        <w:rPr>
          <w:sz w:val="20"/>
        </w:rPr>
        <w:t>1:16:03  Mere paas koi time hi nahi. Har waqt political is mein phansa hua hota hoon." Toh maine shaoor ada kiya ke main Chief Minister nahi hoon. Waqeatan main is waqt mujhe rona aa gaya ke Khuda ka tera bada shukar hai ke tune mujh ko Chief Minister nahi banaya.</w:t>
      </w:r>
      <w:r>
        <w:br/>
      </w:r>
      <w:r>
        <w:rPr>
          <w:sz w:val="20"/>
        </w:rPr>
        <w:t>1:16:22  Mere paas time hai sochne ka, toh har cheez mein mujhe toh sabak milta hai. Toh jo cheez darkaar hai, woh toosam, toosam hai.</w:t>
      </w:r>
    </w:p>
    <w:p>
      <w:pPr>
        <w:pStyle w:val="Heading1"/>
      </w:pPr>
      <w:r>
        <w:t>In the lectures (20)</w:t>
      </w:r>
    </w:p>
    <w:p>
      <w:pPr>
        <w:pStyle w:val="Heading2"/>
      </w:pPr>
      <w:r>
        <w:t>Islamization of Muslims January 10, 2010 Maulana Wahiduddin Khan</w:t>
      </w:r>
    </w:p>
    <w:p>
      <w:r>
        <w:rPr>
          <w:color w:val="666666"/>
          <w:sz w:val="18"/>
        </w:rPr>
        <w:t>1:39:29 · https://youtu.be/bjCT5yer37Q?t=5969</w:t>
      </w:r>
    </w:p>
    <w:p>
      <w:r>
        <w:rPr>
          <w:i/>
        </w:rPr>
        <w:t>“They are offended at being criticized۔”</w:t>
      </w:r>
    </w:p>
    <w:p>
      <w:pPr>
        <w:pStyle w:val="Heading2"/>
      </w:pPr>
      <w:r>
        <w:t>Islma A Religion of Peace (English) January 7, 2010</w:t>
      </w:r>
    </w:p>
    <w:p>
      <w:r>
        <w:rPr>
          <w:color w:val="666666"/>
          <w:sz w:val="18"/>
        </w:rPr>
        <w:t>48:35 · https://youtu.be/YKg_GJj8Hvg?t=2915</w:t>
      </w:r>
    </w:p>
    <w:p>
      <w:r>
        <w:rPr>
          <w:i/>
        </w:rPr>
        <w:t>“I feel great sorrow about that.”</w:t>
      </w:r>
    </w:p>
    <w:p>
      <w:pPr>
        <w:pStyle w:val="Heading2"/>
      </w:pPr>
      <w:r>
        <w:t>Islam A Religion of Peace January 7, 2010 Maulana Wahiduddin Khan</w:t>
      </w:r>
    </w:p>
    <w:p>
      <w:r>
        <w:rPr>
          <w:color w:val="666666"/>
          <w:sz w:val="18"/>
        </w:rPr>
        <w:t>48:48 · https://youtu.be/L3qaWEfRY6o?t=2928</w:t>
      </w:r>
    </w:p>
    <w:p>
      <w:r>
        <w:rPr>
          <w:i/>
        </w:rPr>
        <w:t>“I feel great sorrow about that.”</w:t>
      </w:r>
    </w:p>
    <w:p>
      <w:pPr>
        <w:pStyle w:val="Heading2"/>
      </w:pPr>
      <w:r>
        <w:t>Lessons from The Quran And Hadith</w:t>
      </w:r>
    </w:p>
    <w:p>
      <w:r>
        <w:rPr>
          <w:color w:val="666666"/>
          <w:sz w:val="18"/>
        </w:rPr>
        <w:t>3:41 · https://youtu.be/fBflSQEPstg?t=221</w:t>
      </w:r>
    </w:p>
    <w:p>
      <w:r>
        <w:rPr>
          <w:i/>
        </w:rPr>
        <w:t>“کچھ ناخوشگوار باتیں پیش آئیں۔”</w:t>
      </w:r>
    </w:p>
    <w:p>
      <w:pPr>
        <w:pStyle w:val="Heading2"/>
      </w:pPr>
      <w:r>
        <w:t>Collective Repentance I Feb 24, 2013 Maulana Wahiduddin Khan</w:t>
      </w:r>
    </w:p>
    <w:p>
      <w:r>
        <w:rPr>
          <w:color w:val="666666"/>
          <w:sz w:val="18"/>
        </w:rPr>
        <w:t>1:01:02 · https://youtu.be/lkkolxAL38c?t=3662</w:t>
      </w:r>
    </w:p>
    <w:p>
      <w:r>
        <w:rPr>
          <w:i/>
        </w:rPr>
        <w:t>“نفرت پھیلا رہے ہیں”</w:t>
      </w:r>
    </w:p>
    <w:p>
      <w:pPr>
        <w:pStyle w:val="Heading2"/>
      </w:pPr>
      <w:r>
        <w:t>In Conversation with Maulana Wahiduddin Khan English</w:t>
      </w:r>
    </w:p>
    <w:p>
      <w:r>
        <w:rPr>
          <w:color w:val="666666"/>
          <w:sz w:val="18"/>
        </w:rPr>
        <w:t>1:04:56 · https://youtu.be/QZrkP8Z3Fv8?t=3896</w:t>
      </w:r>
    </w:p>
    <w:p>
      <w:r>
        <w:rPr>
          <w:i/>
        </w:rPr>
        <w:t>“And I think there is some confusion.”</w:t>
      </w:r>
    </w:p>
    <w:p>
      <w:pPr>
        <w:pStyle w:val="Heading2"/>
      </w:pPr>
      <w:r>
        <w:t>Islam in the Age of Science I 27 June 2010 - Maulana Wahiduddin Khan</w:t>
      </w:r>
    </w:p>
    <w:p>
      <w:r>
        <w:rPr>
          <w:color w:val="666666"/>
          <w:sz w:val="18"/>
        </w:rPr>
        <w:t>20:33 · https://youtu.be/aU2f802AUJk?t=1233</w:t>
      </w:r>
    </w:p>
    <w:p>
      <w:r>
        <w:rPr>
          <w:i/>
        </w:rPr>
        <w:t>“ہنگامہ کر رہے ہیں۔”</w:t>
      </w:r>
    </w:p>
    <w:p>
      <w:pPr>
        <w:pStyle w:val="Heading2"/>
      </w:pPr>
      <w:r>
        <w:t>The Fate of Muslim Ummah (English) May 03, 2014</w:t>
      </w:r>
    </w:p>
    <w:p>
      <w:r>
        <w:rPr>
          <w:color w:val="666666"/>
          <w:sz w:val="18"/>
        </w:rPr>
        <w:t>2:00 · https://youtu.be/Gu64pZtxdAA?t=120</w:t>
      </w:r>
    </w:p>
    <w:p>
      <w:r>
        <w:rPr>
          <w:i/>
        </w:rPr>
        <w:t>“The gist of all these angry statements is that when”</w:t>
      </w:r>
    </w:p>
    <w:p>
      <w:pPr>
        <w:pStyle w:val="Heading2"/>
      </w:pPr>
      <w:r>
        <w:t>The Concept of Justice in Islam May 03, 2007</w:t>
      </w:r>
    </w:p>
    <w:p>
      <w:r>
        <w:rPr>
          <w:color w:val="666666"/>
          <w:sz w:val="18"/>
        </w:rPr>
        <w:t>49:17 · https://youtu.be/DY5SY8H554c?t=2957</w:t>
      </w:r>
    </w:p>
    <w:p>
      <w:r>
        <w:rPr>
          <w:i/>
        </w:rPr>
        <w:t>“So because of this sentiment, they become angry”</w:t>
      </w:r>
    </w:p>
    <w:p>
      <w:pPr>
        <w:pStyle w:val="Heading2"/>
      </w:pPr>
      <w:r>
        <w:t>Interaction with umries 25 july, 2019 - Maulana Wahiduddin Khan</w:t>
      </w:r>
    </w:p>
    <w:p>
      <w:r>
        <w:rPr>
          <w:color w:val="666666"/>
          <w:sz w:val="18"/>
        </w:rPr>
        <w:t>4:02 · https://youtu.be/MjQYVF1PwhM?t=242</w:t>
      </w:r>
    </w:p>
    <w:p>
      <w:r>
        <w:rPr>
          <w:i/>
        </w:rPr>
        <w:t>“تو کسی وجہ سے اس ادارے کے لوگ مجھ سے غصہ ہو گئے۔”</w:t>
      </w:r>
    </w:p>
    <w:p>
      <w:pPr>
        <w:pStyle w:val="Heading2"/>
      </w:pPr>
      <w:r>
        <w:t>The Belief System of Islam August 01, 2007</w:t>
      </w:r>
    </w:p>
    <w:p>
      <w:r>
        <w:rPr>
          <w:color w:val="666666"/>
          <w:sz w:val="18"/>
        </w:rPr>
        <w:t>39:04 · https://youtu.be/5pdnwRaPfmY?t=2344</w:t>
      </w:r>
    </w:p>
    <w:p>
      <w:r>
        <w:rPr>
          <w:i/>
        </w:rPr>
        <w:t>“with frustration,”</w:t>
      </w:r>
    </w:p>
    <w:p>
      <w:pPr>
        <w:pStyle w:val="Heading2"/>
      </w:pPr>
      <w:r>
        <w:t>How to Develop Pratical Wisdom May 5, 2024</w:t>
      </w:r>
    </w:p>
    <w:p>
      <w:r>
        <w:rPr>
          <w:color w:val="666666"/>
          <w:sz w:val="18"/>
        </w:rPr>
        <w:t>1:01:51 · https://youtu.be/QIKxtH-MyMM?t=3711</w:t>
      </w:r>
    </w:p>
    <w:p>
      <w:r>
        <w:rPr>
          <w:i/>
        </w:rPr>
        <w:t>“بہت غصے میں کہا۔”</w:t>
      </w:r>
    </w:p>
    <w:p>
      <w:pPr>
        <w:pStyle w:val="Heading2"/>
      </w:pPr>
      <w:r>
        <w:t>Discussions on the impact of Maulana Wahiduddin Khan's Thought July 1, 2020</w:t>
      </w:r>
    </w:p>
    <w:p>
      <w:r>
        <w:rPr>
          <w:color w:val="666666"/>
          <w:sz w:val="18"/>
        </w:rPr>
        <w:t>21:40 · https://youtu.be/Xzuu-nbDm4g?t=1300</w:t>
      </w:r>
    </w:p>
    <w:p>
      <w:r>
        <w:rPr>
          <w:i/>
        </w:rPr>
        <w:t>“Why is this happening to me?”</w:t>
      </w:r>
    </w:p>
    <w:p>
      <w:pPr>
        <w:pStyle w:val="Heading2"/>
      </w:pPr>
      <w:r>
        <w:t>Islam in the Changing World August 6, 2007</w:t>
      </w:r>
    </w:p>
    <w:p>
      <w:r>
        <w:rPr>
          <w:color w:val="666666"/>
          <w:sz w:val="18"/>
        </w:rPr>
        <w:t>53:55 · https://youtu.be/lEhH4VDLSFY?t=3235</w:t>
      </w:r>
    </w:p>
    <w:p>
      <w:r>
        <w:rPr>
          <w:i/>
        </w:rPr>
        <w:t>“This supposedly is wrong.”</w:t>
      </w:r>
    </w:p>
    <w:p>
      <w:pPr>
        <w:pStyle w:val="Heading2"/>
      </w:pPr>
      <w:r>
        <w:t>The Concept of Justice in Islam May 03, 2007</w:t>
      </w:r>
    </w:p>
    <w:p>
      <w:r>
        <w:rPr>
          <w:color w:val="666666"/>
          <w:sz w:val="18"/>
        </w:rPr>
        <w:t>44:12 · https://youtu.be/DY5SY8H554c?t=2652</w:t>
      </w:r>
    </w:p>
    <w:p>
      <w:r>
        <w:rPr>
          <w:i/>
        </w:rPr>
        <w:t>“He was in a bad mood.”</w:t>
      </w:r>
    </w:p>
    <w:p>
      <w:pPr>
        <w:pStyle w:val="Heading2"/>
      </w:pPr>
      <w:r>
        <w:t>From The Spiritual Tree 28 Nov, 2010 - Maulana Wahiduddin Khan</w:t>
      </w:r>
    </w:p>
    <w:p>
      <w:r>
        <w:rPr>
          <w:color w:val="666666"/>
          <w:sz w:val="18"/>
        </w:rPr>
        <w:t>4:44 · https://youtu.be/LDMY7FjQRIE?t=284</w:t>
      </w:r>
    </w:p>
    <w:p>
      <w:r>
        <w:rPr>
          <w:i/>
        </w:rPr>
        <w:t>“مایوس ہو جاتے ہیں۔”</w:t>
      </w:r>
    </w:p>
    <w:p>
      <w:pPr>
        <w:pStyle w:val="Heading2"/>
      </w:pPr>
      <w:r>
        <w:t>Process of Intellectual Development March 23, 2008</w:t>
      </w:r>
    </w:p>
    <w:p>
      <w:r>
        <w:rPr>
          <w:color w:val="666666"/>
          <w:sz w:val="18"/>
        </w:rPr>
        <w:t>1:14:56 · https://youtu.be/nrFnOc8C9JM?t=4496</w:t>
      </w:r>
    </w:p>
    <w:p>
      <w:r>
        <w:rPr>
          <w:i/>
        </w:rPr>
        <w:t>“اس چیز نے confusion کو بڑھا دیا ہے۔”</w:t>
      </w:r>
    </w:p>
    <w:p>
      <w:pPr>
        <w:pStyle w:val="Heading2"/>
      </w:pPr>
      <w:r>
        <w:t>Principle of Avoidance in Islam December 12, 2010</w:t>
      </w:r>
    </w:p>
    <w:p>
      <w:r>
        <w:rPr>
          <w:color w:val="666666"/>
          <w:sz w:val="18"/>
        </w:rPr>
        <w:t>9:28 · https://youtu.be/W5DQnHPN1y4?t=568</w:t>
      </w:r>
    </w:p>
    <w:p>
      <w:r>
        <w:rPr>
          <w:i/>
        </w:rPr>
        <w:t>“لیکن ہم بے خبر ہیں۔ شکایتیں کرتے ہیں۔”</w:t>
      </w:r>
    </w:p>
    <w:p>
      <w:pPr>
        <w:pStyle w:val="Heading2"/>
      </w:pPr>
      <w:r>
        <w:t>The Belief System of Islam August 01, 2007</w:t>
      </w:r>
    </w:p>
    <w:p>
      <w:r>
        <w:rPr>
          <w:color w:val="666666"/>
          <w:sz w:val="18"/>
        </w:rPr>
        <w:t>39:08 · https://youtu.be/5pdnwRaPfmY?t=2348</w:t>
      </w:r>
    </w:p>
    <w:p>
      <w:r>
        <w:rPr>
          <w:i/>
        </w:rPr>
        <w:t>“in a pessimistic mood”</w:t>
      </w:r>
    </w:p>
    <w:p>
      <w:pPr>
        <w:pStyle w:val="Heading2"/>
      </w:pPr>
      <w:r>
        <w:t>Art of War and Islam</w:t>
      </w:r>
    </w:p>
    <w:p>
      <w:r>
        <w:rPr>
          <w:color w:val="666666"/>
          <w:sz w:val="18"/>
        </w:rPr>
        <w:t>48:58 · https://youtu.be/LvYP_pf17S0?t=2938</w:t>
      </w:r>
    </w:p>
    <w:p>
      <w:r>
        <w:rPr>
          <w:i/>
        </w:rPr>
        <w:t>“angry. Then you become angry.”</w:t>
      </w:r>
    </w:p>
    <w:p>
      <w:pPr>
        <w:pStyle w:val="Heading1"/>
      </w:pPr>
      <w:r>
        <w:t>Clips (37)</w:t>
      </w:r>
    </w:p>
    <w:p>
      <w:pPr>
        <w:pStyle w:val="Heading2"/>
      </w:pPr>
      <w:r>
        <w:t>Why true gratitude requires patience amid life's provocations</w:t>
      </w:r>
    </w:p>
    <w:p>
      <w:r>
        <w:rPr>
          <w:color w:val="666666"/>
          <w:sz w:val="18"/>
        </w:rPr>
        <w:t>Lessons from The Quran And Hadith · 5m 34s · at 3:14 · https://youtu.be/fBflSQEPstg?t=194</w:t>
      </w:r>
    </w:p>
    <w:p>
      <w:r>
        <w:rPr>
          <w:i/>
        </w:rPr>
        <w:t>“Duniya aisi jagah hai jahan hamesha kuch na kuch takleef hoti hai.”</w:t>
      </w:r>
    </w:p>
    <w:p>
      <w:r>
        <w:rPr>
          <w:sz w:val="20"/>
        </w:rPr>
        <w:t>3:14  Ab sawal yeh hai ke dunya to ek aisi jagah hai jahan har waqt kuch na kuch provocation hota rehta hai. Kuch na kuch taang khinchna, kuch na kuch takleef, kuch na kuch pareshani.</w:t>
      </w:r>
      <w:r>
        <w:br/>
      </w:r>
      <w:r>
        <w:rPr>
          <w:sz w:val="20"/>
        </w:rPr>
        <w:t>3:29  Dunya aisi jagah hai jahan aap is se bach nahi sakte ke rozana kuch na kuch aap ko unwanted situation pesh aaye.</w:t>
      </w:r>
      <w:r>
        <w:br/>
      </w:r>
      <w:r>
        <w:rPr>
          <w:sz w:val="20"/>
        </w:rPr>
        <w:t>3:41  kuchh nakhushgawar baaten pesh aaein.</w:t>
      </w:r>
      <w:r>
        <w:br/>
      </w:r>
      <w:r>
        <w:rPr>
          <w:sz w:val="20"/>
        </w:rPr>
        <w:t>3:44  kyunke duniya mein Allah taala ne har insaan ko azaadi di hai. jab azaadi di hai to azaadi par Khuda ne koi rok nahin lagai hai.</w:t>
      </w:r>
      <w:r>
        <w:br/>
      </w:r>
      <w:r>
        <w:rPr>
          <w:sz w:val="20"/>
        </w:rPr>
        <w:t>3:59  aadmi is ke liye bhi azaad hai ke apni azaadi ko misuse kare. apni azaadi ka galat istemaal kare.</w:t>
      </w:r>
      <w:r>
        <w:br/>
      </w:r>
      <w:r>
        <w:rPr>
          <w:sz w:val="20"/>
        </w:rPr>
        <w:t>4:07  aap jante hain ke apni azaadi ka galat istemaal kar ke insaan ne payghambar Yahya ko qatl kar diya. apni zaat, apni azaadi ka galat istemaal kar ke insaan ne Rasool Allah sal Allah alaih wasallam ke sahabi Hazrat Usman aur Hazrat Ali ko qatl kar diya.</w:t>
      </w:r>
      <w:r>
        <w:br/>
      </w:r>
      <w:r>
        <w:rPr>
          <w:sz w:val="20"/>
        </w:rPr>
        <w:t>4:29  to</w:t>
      </w:r>
      <w:r>
        <w:br/>
      </w:r>
      <w:r>
        <w:rPr>
          <w:sz w:val="20"/>
        </w:rPr>
        <w:t>4:30  aisi duniya mein jahan logon ko apni azaadi ko misuse karne ki bhi azaadi hai, to wahan to yahi hoga ke har waqt kuchh na kuchh</w:t>
      </w:r>
      <w:r>
        <w:br/>
      </w:r>
      <w:r>
        <w:rPr>
          <w:sz w:val="20"/>
        </w:rPr>
        <w:t>4:43  nakhushgawar waqiaat paish aate rahenge.</w:t>
      </w:r>
      <w:r>
        <w:br/>
      </w:r>
      <w:r>
        <w:rPr>
          <w:sz w:val="20"/>
        </w:rPr>
        <w:t>4:48  to sachcha shukr karne ke liye woh shukr jo ek thrill ke taur par aap ki zabaan se nikle, us ke liye sabr zaroori hai.</w:t>
      </w:r>
      <w:r>
        <w:br/>
      </w:r>
      <w:r>
        <w:rPr>
          <w:sz w:val="20"/>
        </w:rPr>
        <w:t>5:01  sabr ka matlab kya hai?</w:t>
      </w:r>
      <w:r>
        <w:br/>
      </w:r>
      <w:r>
        <w:rPr>
          <w:sz w:val="20"/>
        </w:rPr>
        <w:t>5:04  har us cheez ko bhulana</w:t>
      </w:r>
      <w:r>
        <w:br/>
      </w:r>
      <w:r>
        <w:rPr>
          <w:sz w:val="20"/>
        </w:rPr>
        <w:t>5:08  jo aap ko disturb kare. jo aap ke e'tedaal ko darham barham kare. is ko bhulana.</w:t>
      </w:r>
      <w:r>
        <w:br/>
      </w:r>
      <w:r>
        <w:rPr>
          <w:sz w:val="20"/>
        </w:rPr>
        <w:t>5:22  Martin Dawson, Bernard Shaw ne kaha tha ke jis aadmi ke paas bhulane ko kuchh na ho, wahi sab se zyada uneducated insaan hai.</w:t>
      </w:r>
      <w:r>
        <w:br/>
      </w:r>
      <w:r>
        <w:rPr>
          <w:sz w:val="20"/>
        </w:rPr>
        <w:t>5:36  to main yeh kahunga ke jis aadmi ke paas bhulane ko, bhulane wali spirit na ho, woh sachcha shukr Allah taala ka ata nahin kar sakta.</w:t>
      </w:r>
      <w:r>
        <w:br/>
      </w:r>
      <w:r>
        <w:rPr>
          <w:sz w:val="20"/>
        </w:rPr>
        <w:t>5:47  kabhi nahin.</w:t>
      </w:r>
      <w:r>
        <w:br/>
      </w:r>
      <w:r>
        <w:rPr>
          <w:sz w:val="20"/>
        </w:rPr>
        <w:t>5:49  woh to, is ka dil to bhara rahega negative thought ke saath.</w:t>
      </w:r>
      <w:r>
        <w:br/>
      </w:r>
      <w:r>
        <w:rPr>
          <w:sz w:val="20"/>
        </w:rPr>
        <w:t>5:57  to shukr kya karega? woh lip service karega woh?</w:t>
      </w:r>
      <w:r>
        <w:br/>
      </w:r>
      <w:r>
        <w:rPr>
          <w:sz w:val="20"/>
        </w:rPr>
        <w:t>6:04  dekhiye, main yeh samjha hoon ke</w:t>
      </w:r>
      <w:r>
        <w:br/>
      </w:r>
      <w:r>
        <w:rPr>
          <w:sz w:val="20"/>
        </w:rPr>
        <w:t>6:11  shukr karne ke liye is ki zaroorat nahin ke aap ke paas kothi ho, boat ho, bank balance ho, job ho, aap bahut bada uhda aap ke paas ho.</w:t>
      </w:r>
      <w:r>
        <w:br/>
      </w:r>
      <w:r>
        <w:rPr>
          <w:sz w:val="20"/>
        </w:rPr>
        <w:t>6:22  nahin. yeh sab kuchh nahin. shukr karna hai is baat par ke, shukr karna hai is baat par jo abhi mili hui hai aap ko.</w:t>
      </w:r>
      <w:r>
        <w:br/>
      </w:r>
      <w:r>
        <w:rPr>
          <w:sz w:val="20"/>
        </w:rPr>
        <w:t>6:34  main bol raha hoon aur aap sun rahe hain. main bol raha hoon aur aap sun rahe hain. yeh kaise possible hua?</w:t>
      </w:r>
      <w:r>
        <w:br/>
      </w:r>
      <w:r>
        <w:rPr>
          <w:sz w:val="20"/>
        </w:rPr>
        <w:t>6:46  is mein hazaron hazar factors involve hain.</w:t>
      </w:r>
      <w:r>
        <w:br/>
      </w:r>
      <w:r>
        <w:rPr>
          <w:sz w:val="20"/>
        </w:rPr>
        <w:t>6:53  aisa nahin ho sakta ke aap Khuda ki nematen jo mili hui hain woh na hon, phir bhi hum bol saken.</w:t>
      </w:r>
      <w:r>
        <w:br/>
      </w:r>
      <w:r>
        <w:rPr>
          <w:sz w:val="20"/>
        </w:rPr>
        <w:t>7:03  aap jante hain ke bolne se aap ki aawaz, meri aawaz jo aap tak pahunchti hai, to hawa ka medium chahiye.</w:t>
      </w:r>
      <w:r>
        <w:br/>
      </w:r>
      <w:r>
        <w:rPr>
          <w:sz w:val="20"/>
        </w:rPr>
        <w:t>7:11  hawa na ho to meri aawaz aap tak nahin pahunchegi. is ke ilawa aur hazaron factors darkar hain. aur jab electronic</w:t>
      </w:r>
      <w:r>
        <w:br/>
      </w:r>
      <w:r>
        <w:rPr>
          <w:sz w:val="20"/>
        </w:rPr>
        <w:t>7:25  aalat ke zariye se aap sun rahe hon meri baat, tab to aur bhi zyada bahut si baaten is mein involve ho jaati hain.</w:t>
      </w:r>
      <w:r>
        <w:br/>
      </w:r>
      <w:r>
        <w:rPr>
          <w:sz w:val="20"/>
        </w:rPr>
        <w:t>7:33  to isi par shukr ke main bol raha hoon, doosra insaan sun raha hai. isi par shukr ke maine aankh kholi aur cheezon ko main dekhne laga.</w:t>
      </w:r>
      <w:r>
        <w:br/>
      </w:r>
      <w:r>
        <w:rPr>
          <w:sz w:val="20"/>
        </w:rPr>
        <w:t>7:47  isi par shukr ke main zameen par chalna chaha to main zameen par chal raha hoon.</w:t>
      </w:r>
      <w:r>
        <w:br/>
      </w:r>
      <w:r>
        <w:rPr>
          <w:sz w:val="20"/>
        </w:rPr>
        <w:t>7:53  kyunki yeh saari cheezein agar zameen par, jis ko kaha jata hai life support system, woh na ho to hum kuch bhi nahi kar sakte.</w:t>
      </w:r>
      <w:r>
        <w:br/>
      </w:r>
      <w:r>
        <w:rPr>
          <w:sz w:val="20"/>
        </w:rPr>
        <w:t>8:05  to sacha shukr karne ke liye zaroori hai ke aap ke andar sabr ki spirit ho. sabr ki spirit ka matlab kya hai? avoid karna, tolerate karna, bhula dena.</w:t>
      </w:r>
      <w:r>
        <w:br/>
      </w:r>
      <w:r>
        <w:rPr>
          <w:sz w:val="20"/>
        </w:rPr>
        <w:t>8:17  badi se badi baaton ko nazar andaaz kar dena. jab aap aisa karenge to aap ka dil saaf suthra dil rahega.</w:t>
      </w:r>
      <w:r>
        <w:br/>
      </w:r>
      <w:r>
        <w:rPr>
          <w:sz w:val="20"/>
        </w:rPr>
        <w:t>8:29  aap ka dil positive thought ka dil hoga.</w:t>
      </w:r>
      <w:r>
        <w:br/>
      </w:r>
      <w:r>
        <w:rPr>
          <w:sz w:val="20"/>
        </w:rPr>
        <w:t>8:34  aap ka dil negative thought se pak hoga. tab aap ke andar thrill wala shukr paida hoga. aur tab aap sacha shukr kar sakenge.</w:t>
      </w:r>
    </w:p>
    <w:p>
      <w:pPr>
        <w:pStyle w:val="Heading2"/>
      </w:pPr>
      <w:r>
        <w:t>Egypt coup crisis: conspiracy theory or Muslims' own failure</w:t>
      </w:r>
    </w:p>
    <w:p>
      <w:r>
        <w:rPr>
          <w:color w:val="666666"/>
          <w:sz w:val="18"/>
        </w:rPr>
        <w:t>The Fate of Muslim Ummah (English) May 03, 2014 · 5m 51s · at 0:27 · https://youtu.be/Gu64pZtxdAA?t=27</w:t>
      </w:r>
    </w:p>
    <w:p>
      <w:r>
        <w:rPr>
          <w:i/>
        </w:rPr>
        <w:t>“Dr. Muhammad Mursi is a leader of Muslim Brotherhood and all the Muslims.”</w:t>
      </w:r>
    </w:p>
    <w:p>
      <w:r>
        <w:rPr>
          <w:sz w:val="20"/>
        </w:rPr>
        <w:t>0:27  Dr. Muhammad Mursi is a leader of Muslim Brotherhood and all the Muslims.</w:t>
      </w:r>
      <w:r>
        <w:br/>
      </w:r>
      <w:r>
        <w:rPr>
          <w:sz w:val="20"/>
        </w:rPr>
        <w:t>0:43  He won the election in Egypt, and he was appointed as the President of Egypt after this election.</w:t>
      </w:r>
      <w:r>
        <w:br/>
      </w:r>
      <w:r>
        <w:rPr>
          <w:sz w:val="20"/>
        </w:rPr>
        <w:t>0:58  But after one year,</w:t>
      </w:r>
      <w:r>
        <w:br/>
      </w:r>
      <w:r>
        <w:rPr>
          <w:sz w:val="20"/>
        </w:rPr>
        <w:t>1:04  Muhammad Mursi was deposed by the Egyptian army, and now he is put in jail.</w:t>
      </w:r>
      <w:r>
        <w:br/>
      </w:r>
      <w:r>
        <w:rPr>
          <w:sz w:val="20"/>
        </w:rPr>
        <w:t>1:16  This event was very, very provocative for the Muslim people all over the world.</w:t>
      </w:r>
      <w:r>
        <w:br/>
      </w:r>
      <w:r>
        <w:rPr>
          <w:sz w:val="20"/>
        </w:rPr>
        <w:t>1:28  The whole Muslim world became angry. If you read Muslim magazines, Muslim papers,</w:t>
      </w:r>
      <w:r>
        <w:br/>
      </w:r>
      <w:r>
        <w:rPr>
          <w:sz w:val="20"/>
        </w:rPr>
        <w:t>1:40  everywhere Muslims are issuing very, very fiery statements.</w:t>
      </w:r>
      <w:r>
        <w:br/>
      </w:r>
      <w:r>
        <w:rPr>
          <w:sz w:val="20"/>
        </w:rPr>
        <w:t>1:51  I have read many of these statements.</w:t>
      </w:r>
      <w:r>
        <w:br/>
      </w:r>
      <w:r>
        <w:rPr>
          <w:sz w:val="20"/>
        </w:rPr>
        <w:t>2:00  The gist of all these angry statements is that when</w:t>
      </w:r>
      <w:r>
        <w:br/>
      </w:r>
      <w:r>
        <w:rPr>
          <w:sz w:val="20"/>
        </w:rPr>
        <w:t>2:10  Muslim Brotherhood</w:t>
      </w:r>
      <w:r>
        <w:br/>
      </w:r>
      <w:r>
        <w:rPr>
          <w:sz w:val="20"/>
        </w:rPr>
        <w:t>2:14  gained the</w:t>
      </w:r>
      <w:r>
        <w:br/>
      </w:r>
      <w:r>
        <w:rPr>
          <w:sz w:val="20"/>
        </w:rPr>
        <w:t>2:18  power in Egypt,</w:t>
      </w:r>
      <w:r>
        <w:br/>
      </w:r>
      <w:r>
        <w:rPr>
          <w:sz w:val="20"/>
        </w:rPr>
        <w:t>2:24  the Western world</w:t>
      </w:r>
      <w:r>
        <w:br/>
      </w:r>
      <w:r>
        <w:rPr>
          <w:sz w:val="20"/>
        </w:rPr>
        <w:t>2:28  took it as a danger. They felt that</w:t>
      </w:r>
      <w:r>
        <w:br/>
      </w:r>
      <w:r>
        <w:rPr>
          <w:sz w:val="20"/>
        </w:rPr>
        <w:t>2:38  the history of crusades is repeating. And now we will now they will witness the same history that happened during the Crusades War.</w:t>
      </w:r>
      <w:r>
        <w:br/>
      </w:r>
      <w:r>
        <w:rPr>
          <w:sz w:val="20"/>
        </w:rPr>
        <w:t>3:00  So Western nations, Western countries had a conspiracy. And some Muslim countries, like Saudi Arabia,</w:t>
      </w:r>
      <w:r>
        <w:br/>
      </w:r>
      <w:r>
        <w:rPr>
          <w:sz w:val="20"/>
        </w:rPr>
        <w:t>3:19  also supported their design. And by the support of all these anti-Islamic forces, the Egyptian army</w:t>
      </w:r>
      <w:r>
        <w:br/>
      </w:r>
      <w:r>
        <w:rPr>
          <w:sz w:val="20"/>
        </w:rPr>
        <w:t>3:35  deposed Dr. Muhammad Mursi.</w:t>
      </w:r>
      <w:r>
        <w:br/>
      </w:r>
      <w:r>
        <w:rPr>
          <w:sz w:val="20"/>
        </w:rPr>
        <w:t>3:40  So according to present Muslim leaders, this event was</w:t>
      </w:r>
      <w:r>
        <w:br/>
      </w:r>
      <w:r>
        <w:rPr>
          <w:sz w:val="20"/>
        </w:rPr>
        <w:t>3:49  a conspiracy held by anti-Muslim forces.</w:t>
      </w:r>
      <w:r>
        <w:br/>
      </w:r>
      <w:r>
        <w:rPr>
          <w:sz w:val="20"/>
        </w:rPr>
        <w:t>3:59  But there is a question, a great question.</w:t>
      </w:r>
      <w:r>
        <w:br/>
      </w:r>
      <w:r>
        <w:rPr>
          <w:sz w:val="20"/>
        </w:rPr>
        <w:t>4:05  If it is a fact that what happened in Egypt, it was an act of enmity</w:t>
      </w:r>
      <w:r>
        <w:br/>
      </w:r>
      <w:r>
        <w:rPr>
          <w:sz w:val="20"/>
        </w:rPr>
        <w:t>4:15  by Western nations, by Saudia, or by Israel, then where is God Almighty?</w:t>
      </w:r>
      <w:r>
        <w:br/>
      </w:r>
      <w:r>
        <w:rPr>
          <w:sz w:val="20"/>
        </w:rPr>
        <w:t>4:27  Where is God Almighty?</w:t>
      </w:r>
      <w:r>
        <w:br/>
      </w:r>
      <w:r>
        <w:rPr>
          <w:sz w:val="20"/>
        </w:rPr>
        <w:t>4:32  The Qur'an says that God Almighty never goes to sleep.</w:t>
      </w:r>
      <w:r>
        <w:br/>
      </w:r>
      <w:r>
        <w:rPr>
          <w:sz w:val="20"/>
        </w:rPr>
        <w:t>4:41  And also, there are dozens of verses in the Qur'an that tell us</w:t>
      </w:r>
      <w:r>
        <w:br/>
      </w:r>
      <w:r>
        <w:rPr>
          <w:sz w:val="20"/>
        </w:rPr>
        <w:t>4:49  that God will not allow anti-Islamic forces to overpower Muslims.</w:t>
      </w:r>
      <w:r>
        <w:br/>
      </w:r>
      <w:r>
        <w:rPr>
          <w:sz w:val="20"/>
        </w:rPr>
        <w:t>5:05  There are numerous verses in the Qur'an.</w:t>
      </w:r>
      <w:r>
        <w:br/>
      </w:r>
      <w:r>
        <w:rPr>
          <w:sz w:val="20"/>
        </w:rPr>
        <w:t>5:12  Then why did God Almighty</w:t>
      </w:r>
      <w:r>
        <w:br/>
      </w:r>
      <w:r>
        <w:rPr>
          <w:sz w:val="20"/>
        </w:rPr>
        <w:t>5:18  become indifferent? Why did Muslims fail to</w:t>
      </w:r>
      <w:r>
        <w:br/>
      </w:r>
      <w:r>
        <w:rPr>
          <w:sz w:val="20"/>
        </w:rPr>
        <w:t>5:25  receive the help from God? Why?</w:t>
      </w:r>
      <w:r>
        <w:br/>
      </w:r>
      <w:r>
        <w:rPr>
          <w:sz w:val="20"/>
        </w:rPr>
        <w:t>5:38  According to my knowledge of the Qur'an, I can say that this kind of reaction by Muslim people is baseless, quite baseless.</w:t>
      </w:r>
      <w:r>
        <w:br/>
      </w:r>
      <w:r>
        <w:rPr>
          <w:sz w:val="20"/>
        </w:rPr>
        <w:t>6:03  This event invites Muslims to reassess their position, to reset their goal, to revise their policies.</w:t>
      </w:r>
    </w:p>
    <w:p>
      <w:pPr>
        <w:pStyle w:val="Heading2"/>
      </w:pPr>
      <w:r>
        <w:t>From room partition to a greater door</w:t>
      </w:r>
    </w:p>
    <w:p>
      <w:r>
        <w:rPr>
          <w:color w:val="666666"/>
          <w:sz w:val="18"/>
        </w:rPr>
        <w:t>Interaction with umries 25 july, 2019 - Maulana Wahiduddin Khan · 5m 50s · at 3:21 · https://youtu.be/MjQYVF1PwhM?t=201</w:t>
      </w:r>
    </w:p>
    <w:p>
      <w:r>
        <w:rPr>
          <w:i/>
        </w:rPr>
        <w:t>“Mein teen saal mein Lucknow mein raha hoon”</w:t>
      </w:r>
    </w:p>
    <w:p>
      <w:r>
        <w:rPr>
          <w:sz w:val="20"/>
        </w:rPr>
        <w:t>3:21  mein teen saal mein lucknow mein raha hoon. teen saal.</w:t>
      </w:r>
      <w:r>
        <w:br/>
      </w:r>
      <w:r>
        <w:rPr>
          <w:sz w:val="20"/>
        </w:rPr>
        <w:t>3:31  to wahan par</w:t>
      </w:r>
      <w:r>
        <w:br/>
      </w:r>
      <w:r>
        <w:rPr>
          <w:sz w:val="20"/>
        </w:rPr>
        <w:t>3:36  aik mashhoor idaray mein mujh ko liya gaya tha.</w:t>
      </w:r>
      <w:r>
        <w:br/>
      </w:r>
      <w:r>
        <w:rPr>
          <w:sz w:val="20"/>
        </w:rPr>
        <w:t>3:47  to is mein rehta tha mein. to wahan par mujhe aik kamra diya gaya tha. woh kamra kafi bara tha, yani taqreeban itna hi bara jis mein aap baithe hue hain.</w:t>
      </w:r>
      <w:r>
        <w:br/>
      </w:r>
      <w:r>
        <w:rPr>
          <w:sz w:val="20"/>
        </w:rPr>
        <w:t>4:02  to kisi wajah se is idaray ke log mujh se ghussa ho gaye.</w:t>
      </w:r>
      <w:r>
        <w:br/>
      </w:r>
      <w:r>
        <w:rPr>
          <w:sz w:val="20"/>
        </w:rPr>
        <w:t>4:13  mujh se to sabhi log ghussa ho jatay hain kyunke mein be-darakht bolta hoon.</w:t>
      </w:r>
      <w:r>
        <w:br/>
      </w:r>
      <w:r>
        <w:rPr>
          <w:sz w:val="20"/>
        </w:rPr>
        <w:t>4:21  to ghussa ho gaye.</w:t>
      </w:r>
      <w:r>
        <w:br/>
      </w:r>
      <w:r>
        <w:rPr>
          <w:sz w:val="20"/>
        </w:rPr>
        <w:t>4:26  to unhon ne chaha ke mujhe</w:t>
      </w:r>
      <w:r>
        <w:br/>
      </w:r>
      <w:r>
        <w:rPr>
          <w:sz w:val="20"/>
        </w:rPr>
        <w:t>4:31  koi</w:t>
      </w:r>
      <w:r>
        <w:br/>
      </w:r>
      <w:r>
        <w:rPr>
          <w:sz w:val="20"/>
        </w:rPr>
        <w:t>4:37  mere khilaf kuch karna chahe, shayad, shayad. to kya hua ke yeh kamra jo hai aap jahan baithe hain, aap taqreeban itna hi bara kamra tha aur jis tarah yahan par idhar to darwaza hai, idhar darwaza hai, idhar wahan bhi tha.</w:t>
      </w:r>
      <w:r>
        <w:br/>
      </w:r>
      <w:r>
        <w:rPr>
          <w:sz w:val="20"/>
        </w:rPr>
        <w:t>4:57  to aik darwazay ki taraf mein baitha karta tha, kursi base par.</w:t>
      </w:r>
      <w:r>
        <w:br/>
      </w:r>
      <w:r>
        <w:rPr>
          <w:sz w:val="20"/>
        </w:rPr>
        <w:t>5:05  kursi base par. to aik din kya hua ke mein apni kursi mez par baitha hua kuch kar raha tha to achaanak peechay ki taraf se khat-khat ki awaz aayi.</w:t>
      </w:r>
      <w:r>
        <w:br/>
      </w:r>
      <w:r>
        <w:rPr>
          <w:sz w:val="20"/>
        </w:rPr>
        <w:t>5:23  khat-khat ki awaz. to peechay mein ne dekha to wahan par kya tha ke kuch mazdoor aur aik idaray ke aik zimmedar aadmi khare thay,</w:t>
      </w:r>
      <w:r>
        <w:br/>
      </w:r>
      <w:r>
        <w:rPr>
          <w:sz w:val="20"/>
        </w:rPr>
        <w:t>5:41  woh mazdoor se deewar todwa, tod, todwa rahe thay. is liye darwaza nahi hai, yeh todi ja rahi thi. nahi, darwaza haan nahi, teri nahi, woh darwaza band karne us par aik darwaza tha,</w:t>
      </w:r>
      <w:r>
        <w:br/>
      </w:r>
      <w:r>
        <w:rPr>
          <w:sz w:val="20"/>
        </w:rPr>
        <w:t>5:59  us ko band karne ke liye kaam kar rahe thay. woh mujh se kaha nahi tha unhon ne ke kya karne walay hain, pehle us waqt. to mein aik zabaan se dekh ke phir apni jagah baith gaya,</w:t>
      </w:r>
      <w:r>
        <w:br/>
      </w:r>
      <w:r>
        <w:rPr>
          <w:sz w:val="20"/>
        </w:rPr>
        <w:t>6:16  baith gaya. aur unhon ne kya kiya ke peechay ki taraf aik darwaza laga hua tha, us ko tod kar ke woh darwaza ko band kar diya.</w:t>
      </w:r>
      <w:r>
        <w:br/>
      </w:r>
      <w:r>
        <w:rPr>
          <w:sz w:val="20"/>
        </w:rPr>
        <w:t>6:32  haan, yahan nahi band kiya, ab yaad aaya, beech mein partition kar diya. haan, partition kar diya unhon ne. dakhil hue peechay se aur yahan partition, yani partition ki maani hai ke mera kamra adha kar diya hai.</w:t>
      </w:r>
      <w:r>
        <w:br/>
      </w:r>
      <w:r>
        <w:rPr>
          <w:sz w:val="20"/>
        </w:rPr>
        <w:t>6:51  mera kamra adha kar diya hai. eent un ke paas thi aur gaara un ke paas tha. to woh aisay hi kamra jo tha, peechay se dakhil hue, mujh se bataye baghair, aur wahan par aik deewar khari kar di.</w:t>
      </w:r>
      <w:r>
        <w:br/>
      </w:r>
      <w:r>
        <w:rPr>
          <w:sz w:val="20"/>
        </w:rPr>
        <w:t>7:06  partition, mera kamra adha kar diya. mein chup chap dekhta raha, dekhta kya, apna kaam karta raha.</w:t>
      </w:r>
      <w:r>
        <w:br/>
      </w:r>
      <w:r>
        <w:rPr>
          <w:sz w:val="20"/>
        </w:rPr>
        <w:t>7:18  woh partition kar ke chalay gaye,</w:t>
      </w:r>
      <w:r>
        <w:br/>
      </w:r>
      <w:r>
        <w:rPr>
          <w:sz w:val="20"/>
        </w:rPr>
        <w:t>7:23  chalay gaye. acha, wahan par jo talaba raha karte thay, us mein se jo aisay talaba jo zaheen thay, kuch nai soch un ke andar thi, woh mere paas aya karte thay.</w:t>
      </w:r>
      <w:r>
        <w:br/>
      </w:r>
      <w:r>
        <w:rPr>
          <w:sz w:val="20"/>
        </w:rPr>
        <w:t>7:42  to yeh khabar bohat jald poore idaray mein phail gayi. to shaam ke woh jo talaba mere paas aya karte thay, woh shaam ko aaye aur bohat hi ghamgeen, bohat hi sad.</w:t>
      </w:r>
      <w:r>
        <w:br/>
      </w:r>
      <w:r>
        <w:rPr>
          <w:sz w:val="20"/>
        </w:rPr>
        <w:t>8:02  to mein ne kaha ke bhai kya baat hai, aap log bohat ghamgeen nazar atay hain.</w:t>
      </w:r>
      <w:r>
        <w:br/>
      </w:r>
      <w:r>
        <w:rPr>
          <w:sz w:val="20"/>
        </w:rPr>
        <w:t>8:09  to bohat baar, kai baar poochne ke baad unhon ne kaha ke dekhiye ji, yeh kya kiya, unhon ne partition kar diya aap kamre ka.</w:t>
      </w:r>
      <w:r>
        <w:br/>
      </w:r>
      <w:r>
        <w:rPr>
          <w:sz w:val="20"/>
        </w:rPr>
        <w:t>8:22  to bohat itminaan se maine jawab diya tha, yeh sab likha hua hai meri diary mein, bohat itminaan se.</w:t>
      </w:r>
      <w:r>
        <w:br/>
      </w:r>
      <w:r>
        <w:rPr>
          <w:sz w:val="20"/>
        </w:rPr>
        <w:t>8:32  koi gham nahi, koi ghussa nahi, koi ghussa nahi.</w:t>
      </w:r>
      <w:r>
        <w:br/>
      </w:r>
      <w:r>
        <w:rPr>
          <w:sz w:val="20"/>
        </w:rPr>
        <w:t>8:41  to jo lafz meri zubaan se nikla, woh taqreeban yeh tha ke yeh log mere liye</w:t>
      </w:r>
      <w:r>
        <w:br/>
      </w:r>
      <w:r>
        <w:rPr>
          <w:sz w:val="20"/>
        </w:rPr>
        <w:t>8:53  is karble ka darwaza band kar rahe hain taake zyada bada darwaza mere liye khola jaye.</w:t>
      </w:r>
      <w:r>
        <w:br/>
      </w:r>
      <w:r>
        <w:rPr>
          <w:sz w:val="20"/>
        </w:rPr>
        <w:t>9:04  yaani Allah rab ul alameen mere liye zyada bada darwaza khole.</w:t>
      </w:r>
    </w:p>
    <w:p>
      <w:pPr>
        <w:pStyle w:val="Heading2"/>
      </w:pPr>
      <w:r>
        <w:t>Don't be angry – a sense of justice</w:t>
      </w:r>
    </w:p>
    <w:p>
      <w:r>
        <w:rPr>
          <w:color w:val="666666"/>
          <w:sz w:val="18"/>
        </w:rPr>
        <w:t>The Concept of Justice in Islam May 03, 2007 · 5m 53s · at 42:09 · https://youtu.be/DY5SY8H554c?t=2529</w:t>
      </w:r>
    </w:p>
    <w:p>
      <w:r>
        <w:rPr>
          <w:i/>
        </w:rPr>
        <w:t>“A person came to the Prophet and asked, give me a master advice.”</w:t>
      </w:r>
    </w:p>
    <w:p>
      <w:r>
        <w:rPr>
          <w:sz w:val="20"/>
        </w:rPr>
        <w:t>42:09  the most important ethical principle is justice. Justice. For example, a person came to the Prophet and asked,</w:t>
      </w:r>
      <w:r>
        <w:br/>
      </w:r>
      <w:r>
        <w:rPr>
          <w:sz w:val="20"/>
        </w:rPr>
        <w:t>42:26  "O Prophet, give me a master advice by which I may be able to manage all the affairs of my life." The Prophet replied,</w:t>
      </w:r>
      <w:r>
        <w:br/>
      </w:r>
      <w:r>
        <w:rPr>
          <w:sz w:val="20"/>
        </w:rPr>
        <w:t>42:40  "La taqzab." Don't be angry.</w:t>
      </w:r>
      <w:r>
        <w:br/>
      </w:r>
      <w:r>
        <w:rPr>
          <w:sz w:val="20"/>
        </w:rPr>
        <w:t>42:44  I think don't be angry is not a simple advice. It is very important. If you analyze this advice, you will find a deep meaning in this advice.</w:t>
      </w:r>
      <w:r>
        <w:br/>
      </w:r>
      <w:r>
        <w:rPr>
          <w:sz w:val="20"/>
        </w:rPr>
        <w:t>43:02  What is that meaning?</w:t>
      </w:r>
      <w:r>
        <w:br/>
      </w:r>
      <w:r>
        <w:rPr>
          <w:sz w:val="20"/>
        </w:rPr>
        <w:t>43:06  It is not easy to give a positive response to</w:t>
      </w:r>
      <w:r>
        <w:br/>
      </w:r>
      <w:r>
        <w:rPr>
          <w:sz w:val="20"/>
        </w:rPr>
        <w:t>43:14  a man who</w:t>
      </w:r>
      <w:r>
        <w:br/>
      </w:r>
      <w:r>
        <w:rPr>
          <w:sz w:val="20"/>
        </w:rPr>
        <w:t>43:22  when you are angry, you are when you are angry, you are reacting negatively because there was some provocation.</w:t>
      </w:r>
      <w:r>
        <w:br/>
      </w:r>
      <w:r>
        <w:rPr>
          <w:sz w:val="20"/>
        </w:rPr>
        <w:t>43:32  So when there is a provocation, it is not very easy to save yourself from anger. But here is a very important point.</w:t>
      </w:r>
      <w:r>
        <w:br/>
      </w:r>
      <w:r>
        <w:rPr>
          <w:sz w:val="20"/>
        </w:rPr>
        <w:t>43:44  I think that that point is that you have to have a sense of justice when someone provokes you.</w:t>
      </w:r>
      <w:r>
        <w:br/>
      </w:r>
      <w:r>
        <w:rPr>
          <w:sz w:val="20"/>
        </w:rPr>
        <w:t>43:57  So if you have a sense of justice, you will think that maybe this man was in a bad mood due to some reason.</w:t>
      </w:r>
      <w:r>
        <w:br/>
      </w:r>
      <w:r>
        <w:rPr>
          <w:sz w:val="20"/>
        </w:rPr>
        <w:t>44:12  He was in a bad mood.</w:t>
      </w:r>
      <w:r>
        <w:br/>
      </w:r>
      <w:r>
        <w:rPr>
          <w:sz w:val="20"/>
        </w:rPr>
        <w:t>44:14  He was not in a normal condition. So he provoked me. When one provokes you and you have a sense of justice,</w:t>
      </w:r>
      <w:r>
        <w:br/>
      </w:r>
      <w:r>
        <w:rPr>
          <w:sz w:val="20"/>
        </w:rPr>
        <w:t>44:27  you may consider that maybe this man needs some concession.</w:t>
      </w:r>
      <w:r>
        <w:br/>
      </w:r>
      <w:r>
        <w:rPr>
          <w:sz w:val="20"/>
        </w:rPr>
        <w:t>44:37  Concession. Why</w:t>
      </w:r>
      <w:r>
        <w:br/>
      </w:r>
      <w:r>
        <w:rPr>
          <w:sz w:val="20"/>
        </w:rPr>
        <w:t>44:40  ? Because he was not in a normal condition. He was in a bad mood.</w:t>
      </w:r>
      <w:r>
        <w:br/>
      </w:r>
      <w:r>
        <w:rPr>
          <w:sz w:val="20"/>
        </w:rPr>
        <w:t>44:51  Maybe he was</w:t>
      </w:r>
      <w:r>
        <w:br/>
      </w:r>
      <w:r>
        <w:rPr>
          <w:sz w:val="20"/>
        </w:rPr>
        <w:t>44:58  in some</w:t>
      </w:r>
      <w:r>
        <w:br/>
      </w:r>
      <w:r>
        <w:rPr>
          <w:sz w:val="20"/>
        </w:rPr>
        <w:t>45:01  abnormal feeling due to some reason. So I have to give him a concession.</w:t>
      </w:r>
      <w:r>
        <w:br/>
      </w:r>
      <w:r>
        <w:rPr>
          <w:sz w:val="20"/>
        </w:rPr>
        <w:t>45:10  At that time, it is not good for me to react negatively. So your sense of justice will not allow you to give a negative response.</w:t>
      </w:r>
      <w:r>
        <w:br/>
      </w:r>
      <w:r>
        <w:rPr>
          <w:sz w:val="20"/>
        </w:rPr>
        <w:t>45:28  I think that this is the this is a noble character of a believer.</w:t>
      </w:r>
      <w:r>
        <w:br/>
      </w:r>
      <w:r>
        <w:rPr>
          <w:sz w:val="20"/>
        </w:rPr>
        <w:t>45:39  A believer is one who is a very, very sensitive person. A believer is one who has an acute sense of justice.</w:t>
      </w:r>
      <w:r>
        <w:br/>
      </w:r>
      <w:r>
        <w:rPr>
          <w:sz w:val="20"/>
        </w:rPr>
        <w:t>45:50  A true believer is one who has an acute sense of justice.</w:t>
      </w:r>
      <w:r>
        <w:br/>
      </w:r>
      <w:r>
        <w:rPr>
          <w:sz w:val="20"/>
        </w:rPr>
        <w:t>45:58  When you when there is a provocation and you become angry, then maybe you are not doing justice because if that man was not in a normal condition,</w:t>
      </w:r>
      <w:r>
        <w:br/>
      </w:r>
      <w:r>
        <w:rPr>
          <w:sz w:val="20"/>
        </w:rPr>
        <w:t>46:18  if that man was suffering some headache or some tension,</w:t>
      </w:r>
      <w:r>
        <w:br/>
      </w:r>
      <w:r>
        <w:rPr>
          <w:sz w:val="20"/>
        </w:rPr>
        <w:t>46:28  and so in that situation, you have to give him some concession.</w:t>
      </w:r>
      <w:r>
        <w:br/>
      </w:r>
      <w:r>
        <w:rPr>
          <w:sz w:val="20"/>
        </w:rPr>
        <w:t>46:42  It is not good for you to be negative. It is not good for you to react negatively at that time.</w:t>
      </w:r>
      <w:r>
        <w:br/>
      </w:r>
      <w:r>
        <w:rPr>
          <w:sz w:val="20"/>
        </w:rPr>
        <w:t>46:54  So I think that a true believer has an acute sense of justice.</w:t>
      </w:r>
      <w:r>
        <w:br/>
      </w:r>
      <w:r>
        <w:rPr>
          <w:sz w:val="20"/>
        </w:rPr>
        <w:t>47:04  A true believer is one who has an acute sense of justice. This I find by reading the life of the Prophet of Islam.</w:t>
      </w:r>
      <w:r>
        <w:br/>
      </w:r>
      <w:r>
        <w:rPr>
          <w:sz w:val="20"/>
        </w:rPr>
        <w:t>47:18  I can say that the Prophet of Islam was having an acute sense of justice.</w:t>
      </w:r>
      <w:r>
        <w:br/>
      </w:r>
      <w:r>
        <w:rPr>
          <w:sz w:val="20"/>
        </w:rPr>
        <w:t>47:28  Due to this sense, he always tried to give concession to other people. He himself never started any fighting.</w:t>
      </w:r>
      <w:r>
        <w:br/>
      </w:r>
      <w:r>
        <w:rPr>
          <w:sz w:val="20"/>
        </w:rPr>
        <w:t>47:43  He never started violence</w:t>
      </w:r>
      <w:r>
        <w:br/>
      </w:r>
      <w:r>
        <w:rPr>
          <w:sz w:val="20"/>
        </w:rPr>
        <w:t>47:48  . He always</w:t>
      </w:r>
      <w:r>
        <w:br/>
      </w:r>
      <w:r>
        <w:rPr>
          <w:sz w:val="20"/>
        </w:rPr>
        <w:t>47:54  he has always followed the principle of avoidance, tolerance. Why?</w:t>
      </w:r>
    </w:p>
    <w:p>
      <w:pPr>
        <w:pStyle w:val="Heading2"/>
      </w:pPr>
      <w:r>
        <w:t>Tree patience and Quranic concept of sabr</w:t>
      </w:r>
    </w:p>
    <w:p>
      <w:r>
        <w:rPr>
          <w:color w:val="666666"/>
          <w:sz w:val="18"/>
        </w:rPr>
        <w:t>From The Spiritual Tree 28 Nov, 2010 - Maulana Wahiduddin Khan · 5m 30s · at 1:42 · https://youtu.be/LDMY7FjQRIE?t=102</w:t>
      </w:r>
    </w:p>
    <w:p>
      <w:r>
        <w:rPr>
          <w:i/>
        </w:rPr>
        <w:t>“To hamara jo yeh peer hai hamare ghar ke samne”</w:t>
      </w:r>
    </w:p>
    <w:p>
      <w:r>
        <w:rPr>
          <w:sz w:val="20"/>
        </w:rPr>
        <w:t>1:42  to hamara jo yeh peed hai hamare ghar ke saamne,</w:t>
      </w:r>
      <w:r>
        <w:br/>
      </w:r>
      <w:r>
        <w:rPr>
          <w:sz w:val="20"/>
        </w:rPr>
        <w:t>1:47  woh kuch mahine pehle ek dum sookh gaya tha, lakri ki tarah se, jis ko urdu mein kehte hain "thandh".</w:t>
      </w:r>
      <w:r>
        <w:br/>
      </w:r>
      <w:r>
        <w:rPr>
          <w:sz w:val="20"/>
        </w:rPr>
        <w:t>1:58  to mein samjha ke ab yeh sookh gaya, ab khatam ho gaya, ab is ki umar nahi rahi baqi.</w:t>
      </w:r>
      <w:r>
        <w:br/>
      </w:r>
      <w:r>
        <w:rPr>
          <w:sz w:val="20"/>
        </w:rPr>
        <w:t>2:09  lekin jab baarish hui, mausam badla, to woh phir hara bhara ho gaya. Ab is waqt woh ek hara bhara drakht hai.</w:t>
      </w:r>
      <w:r>
        <w:br/>
      </w:r>
      <w:r>
        <w:rPr>
          <w:sz w:val="20"/>
        </w:rPr>
        <w:t>2:24  to is ko dekh kar mujhe ek inspiration aaya. Woh yeh ke is dunya mein jo nizaam hai woh yeh hai ke "wait and see".</w:t>
      </w:r>
      <w:r>
        <w:br/>
      </w:r>
      <w:r>
        <w:rPr>
          <w:sz w:val="20"/>
        </w:rPr>
        <w:t>2:41  yani wait karo to aage result aap ke muafiq aa sakta hai.</w:t>
      </w:r>
      <w:r>
        <w:br/>
      </w:r>
      <w:r>
        <w:rPr>
          <w:sz w:val="20"/>
        </w:rPr>
        <w:t>2:48  hamare Dilli mein ek sahab hain Mr. Prabodh Kumar Batra, woh business management ke expert hain, is par un ki kitabein hain.</w:t>
      </w:r>
      <w:r>
        <w:br/>
      </w:r>
      <w:r>
        <w:rPr>
          <w:sz w:val="20"/>
        </w:rPr>
        <w:t>3:03  to unhone jo formula diya hai us mein se ek formula yeh hai: "Think, think, think, there must be a better way".</w:t>
      </w:r>
      <w:r>
        <w:br/>
      </w:r>
      <w:r>
        <w:rPr>
          <w:sz w:val="20"/>
        </w:rPr>
        <w:t>3:14  to isi ko le kar mein ek formula dena chahunga ke "Wait, wait, wait,</w:t>
      </w:r>
      <w:r>
        <w:br/>
      </w:r>
      <w:r>
        <w:rPr>
          <w:sz w:val="20"/>
        </w:rPr>
        <w:t>3:21  and there must be a better tomorrow".</w:t>
      </w:r>
      <w:r>
        <w:br/>
      </w:r>
      <w:r>
        <w:rPr>
          <w:sz w:val="20"/>
        </w:rPr>
        <w:t>3:28  yani jo hamara jo spiritual tree tha, sookh gaya tha, lekin aaj woh hara bhara hai.</w:t>
      </w:r>
      <w:r>
        <w:br/>
      </w:r>
      <w:r>
        <w:rPr>
          <w:sz w:val="20"/>
        </w:rPr>
        <w:t>3:36  to woh yahi, yahi yani yahi message de raha hai woh, khamosh zabaan mein: "intezaar karo, intezaar karo, intezaar karo, aur mustaqbil acha niklega".</w:t>
      </w:r>
      <w:r>
        <w:br/>
      </w:r>
      <w:r>
        <w:rPr>
          <w:sz w:val="20"/>
        </w:rPr>
        <w:t>3:50  to isi ko mein formulate kar raha hoon ke "Wait, wait, wait, and there must be a better tomorrow". "Wait, wait, wait, and there must be a better tomorrow".</w:t>
      </w:r>
      <w:r>
        <w:br/>
      </w:r>
      <w:r>
        <w:rPr>
          <w:sz w:val="20"/>
        </w:rPr>
        <w:t>4:05  mein samajhta hoon ke yeh bohat hi bara</w:t>
      </w:r>
      <w:r>
        <w:br/>
      </w:r>
      <w:r>
        <w:rPr>
          <w:sz w:val="20"/>
        </w:rPr>
        <w:t>4:08  lesson hai, har aadmi ke liye, chahe individual life ho, family life ho, social life ho, national life ho, kuch bhi ho.</w:t>
      </w:r>
      <w:r>
        <w:br/>
      </w:r>
      <w:r>
        <w:rPr>
          <w:sz w:val="20"/>
        </w:rPr>
        <w:t>4:21  har jagah yahi principle apply hota hai.</w:t>
      </w:r>
      <w:r>
        <w:br/>
      </w:r>
      <w:r>
        <w:rPr>
          <w:sz w:val="20"/>
        </w:rPr>
        <w:t>4:26  best formula hai "wait and see".</w:t>
      </w:r>
      <w:r>
        <w:br/>
      </w:r>
      <w:r>
        <w:rPr>
          <w:sz w:val="20"/>
        </w:rPr>
        <w:t>4:31  aaj jo hum problem ko face kar rahe hain to aksar hum kya hota hai, frustration mein pad jaate hain,</w:t>
      </w:r>
      <w:r>
        <w:br/>
      </w:r>
      <w:r>
        <w:rPr>
          <w:sz w:val="20"/>
        </w:rPr>
        <w:t>4:44  mayoos ho jaate hain.</w:t>
      </w:r>
      <w:r>
        <w:br/>
      </w:r>
      <w:r>
        <w:rPr>
          <w:sz w:val="20"/>
        </w:rPr>
        <w:t>4:49  halanke future batata hai ke woh mayoosi hamari sahi nahi thi.</w:t>
      </w:r>
      <w:r>
        <w:br/>
      </w:r>
      <w:r>
        <w:rPr>
          <w:sz w:val="20"/>
        </w:rPr>
        <w:t>4:57  to best formula zindagi ke liye yahi hai ke "wait and see". "wait, wait, wait, and there must be a better tomorrow".</w:t>
      </w:r>
      <w:r>
        <w:br/>
      </w:r>
      <w:r>
        <w:rPr>
          <w:sz w:val="20"/>
        </w:rPr>
        <w:t>5:10  main samajhta hoon ke yeh formula sab par apply hota hai. jitne log problem mein uljhe hue hain, ladaai jhagda kar rahe hain, to kya hai?</w:t>
      </w:r>
      <w:r>
        <w:br/>
      </w:r>
      <w:r>
        <w:rPr>
          <w:sz w:val="20"/>
        </w:rPr>
        <w:t>5:24  yeh formula nahi apnaya inhone.</w:t>
      </w:r>
      <w:r>
        <w:br/>
      </w:r>
      <w:r>
        <w:rPr>
          <w:sz w:val="20"/>
        </w:rPr>
        <w:t>5:27  is formule ko apnaya nahi aur lad gaye. yaani wait nahi kar sake. yeh "wait, wait, wait and see" kya hai?</w:t>
      </w:r>
      <w:r>
        <w:br/>
      </w:r>
      <w:r>
        <w:rPr>
          <w:sz w:val="20"/>
        </w:rPr>
        <w:t>5:37  yeh wahi hai jis ko quran mein sabr kaha gaya hai. sabr kya hai? sabr maani hote hain patience, bardasht, tahammul.</w:t>
      </w:r>
      <w:r>
        <w:br/>
      </w:r>
      <w:r>
        <w:rPr>
          <w:sz w:val="20"/>
        </w:rPr>
        <w:t>5:46  to wahi kiya hai? wahi to hai. sabr ka matlab hai "wait and see" ki policy.</w:t>
      </w:r>
      <w:r>
        <w:br/>
      </w:r>
      <w:r>
        <w:rPr>
          <w:sz w:val="20"/>
        </w:rPr>
        <w:t>5:55  hadees mein aata hai ke "ilmun nasr ma'as sabr". jaan lo ke kamyabi sabr ke saath juri hui hai.</w:t>
      </w:r>
      <w:r>
        <w:br/>
      </w:r>
      <w:r>
        <w:rPr>
          <w:sz w:val="20"/>
        </w:rPr>
        <w:t>6:06  to saare quran aur hadees mein sabr ko bohat zyada highlight kiya gaya hai.</w:t>
      </w:r>
      <w:r>
        <w:br/>
      </w:r>
      <w:r>
        <w:rPr>
          <w:sz w:val="20"/>
        </w:rPr>
        <w:t>6:14  hadees mein hai ke "ilmun nasr ma'as sabr". quran mein hai ke "innama yuwaffa sabiroona ajrahum bi ghairi hisab".</w:t>
      </w:r>
      <w:r>
        <w:br/>
      </w:r>
      <w:r>
        <w:rPr>
          <w:sz w:val="20"/>
        </w:rPr>
        <w:t>6:24  to sabr ko quran o hadees mein bohat zyada highlight kiya gaya hai.</w:t>
      </w:r>
      <w:r>
        <w:br/>
      </w:r>
      <w:r>
        <w:rPr>
          <w:sz w:val="20"/>
        </w:rPr>
        <w:t>6:32  to log sabr ko samajhte hain ke koi bozdi hai, passivity hai, cowardice hai. nahi, woh law of nature hai.</w:t>
      </w:r>
      <w:r>
        <w:br/>
      </w:r>
      <w:r>
        <w:rPr>
          <w:sz w:val="20"/>
        </w:rPr>
        <w:t>6:46  darakht bhi sabr karta hai. darakht ne thand hone par sabr kiya. bohat dinon tak woh lakdi ki tarah sookha pada raha.</w:t>
      </w:r>
      <w:r>
        <w:br/>
      </w:r>
      <w:r>
        <w:rPr>
          <w:sz w:val="20"/>
        </w:rPr>
        <w:t>6:56  phir waqt aaya ke woh hara bhara ho gaya. "that was, that was so</w:t>
      </w:r>
      <w:r>
        <w:br/>
      </w:r>
      <w:r>
        <w:rPr>
          <w:sz w:val="20"/>
        </w:rPr>
        <w:t>7:03  a policy of sabr". to sabr ka matlab hai "wait and see" ki policy apnana.</w:t>
      </w:r>
    </w:p>
    <w:p>
      <w:pPr>
        <w:pStyle w:val="Heading2"/>
      </w:pPr>
      <w:r>
        <w:t>humans have a better station than kings yet complain</w:t>
      </w:r>
    </w:p>
    <w:p>
      <w:r>
        <w:rPr>
          <w:color w:val="666666"/>
          <w:sz w:val="18"/>
        </w:rPr>
        <w:t>Principle of Avoidance in Islam December 12, 2010 · 33s · at 9:16 · https://youtu.be/W5DQnHPN1y4?t=556</w:t>
      </w:r>
    </w:p>
    <w:p>
      <w:r>
        <w:rPr>
          <w:i/>
        </w:rPr>
        <w:t>“ہم آپ تو کھلی دنیا میں رہتے ہیں، ہم بادشاہ سے بہتر ہیں”</w:t>
      </w:r>
    </w:p>
    <w:p>
      <w:r>
        <w:rPr>
          <w:sz w:val="20"/>
        </w:rPr>
        <w:t>9:16  hum aap to khuli duniya mein rehte hain. hum ko badshah se zyada acha darja mila hua hai. we are better than a king.</w:t>
      </w:r>
      <w:r>
        <w:br/>
      </w:r>
      <w:r>
        <w:rPr>
          <w:sz w:val="20"/>
        </w:rPr>
        <w:t>9:28  lekin hum bekhabar hain. shikayatein karte hain.</w:t>
      </w:r>
      <w:r>
        <w:br/>
      </w:r>
      <w:r>
        <w:rPr>
          <w:sz w:val="20"/>
        </w:rPr>
        <w:t>9:33  kaisi ajeeb baat hai. yeh jo lafz aaya hai mere khwab mein, being in a state of one's awareness, yeh har aadmi ka case hai.</w:t>
      </w:r>
    </w:p>
    <w:p>
      <w:pPr>
        <w:pStyle w:val="Heading2"/>
      </w:pPr>
      <w:r>
        <w:t>Fish out of water: the believer restless in this world</w:t>
      </w:r>
    </w:p>
    <w:p>
      <w:r>
        <w:rPr>
          <w:color w:val="666666"/>
          <w:sz w:val="18"/>
        </w:rPr>
        <w:t>People of Paradise October 10, 2010 Maulana Wahiduddin Khan · 1m 50s · at 34:25 · https://youtu.be/pd7R3BQmNck?t=2065</w:t>
      </w:r>
    </w:p>
    <w:p>
      <w:r>
        <w:rPr>
          <w:i/>
        </w:rPr>
        <w:t>“Allah Ta'ala ne iski misal qaim kar di hai machli ki shakal mein”</w:t>
      </w:r>
    </w:p>
    <w:p>
      <w:r>
        <w:rPr>
          <w:sz w:val="20"/>
        </w:rPr>
        <w:t>34:25  Allah taala ne is ki aik tamseel qaim kar di hai machhli ki shakal mein. machhli ko aap pani se bahir rakh dijiye to barabar tarpati hai, barabar tarpati hai, barabar tarpati hai.</w:t>
      </w:r>
      <w:r>
        <w:br/>
      </w:r>
      <w:r>
        <w:rPr>
          <w:sz w:val="20"/>
        </w:rPr>
        <w:t>34:38  jab pani mein daal diya jaye to khoob wahan par dorted hai, idhar udhar hansi khushi se. to jo insan machhli se tarpne lage,</w:t>
      </w:r>
      <w:r>
        <w:br/>
      </w:r>
      <w:r>
        <w:rPr>
          <w:sz w:val="20"/>
        </w:rPr>
        <w:t>34:54  yeh dunya mein is ne sabit kiya keh mein talib jannat hoon.</w:t>
      </w:r>
      <w:r>
        <w:br/>
      </w:r>
      <w:r>
        <w:rPr>
          <w:sz w:val="20"/>
        </w:rPr>
        <w:t>35:01  is liye hadees mein aata hai keh ad dunya sijill ul momin, dunya momin ke liye qaid khana hai.</w:t>
      </w:r>
      <w:r>
        <w:br/>
      </w:r>
      <w:r>
        <w:rPr>
          <w:sz w:val="20"/>
        </w:rPr>
        <w:t>35:10  yani is dunya mein momin mashriq tak tarpne lagta hai kyunkeh is ko sukoon nahi milta yahan par.</w:t>
      </w:r>
      <w:r>
        <w:br/>
      </w:r>
      <w:r>
        <w:rPr>
          <w:sz w:val="20"/>
        </w:rPr>
        <w:t>35:21  yani woh yeh yeh yeh dimagh banaya gaya hai keh jannati mahol mein soche, woh mahol hi milta nahi yahan par. yeh aankh banai gayi hai jannati manazir ko dekhe, bhai yeh manazir yahan milte nahi aap ko dekhne ke liye.</w:t>
      </w:r>
      <w:r>
        <w:br/>
      </w:r>
      <w:r>
        <w:rPr>
          <w:sz w:val="20"/>
        </w:rPr>
        <w:t>35:34  aik kaan banaye gaye hain ke jinati awazon ko sunen, bhai woh awazen nahi milti aap ko yahan par. har cheez, har cheez, har cheez.</w:t>
      </w:r>
      <w:r>
        <w:br/>
      </w:r>
      <w:r>
        <w:rPr>
          <w:sz w:val="20"/>
        </w:rPr>
        <w:t>35:43  lekin chuna ke logon ko daryaft nahi hui hai, discover nahi hui hai, is liye woh falsafa bana rakha hai ke right here, right now, bas khoob enjoy karo, khoob enjoy karo.</w:t>
      </w:r>
      <w:r>
        <w:br/>
      </w:r>
      <w:r>
        <w:rPr>
          <w:sz w:val="20"/>
        </w:rPr>
        <w:t>35:55  yeh dunya mein hum enjoy kar hi nahi sakte.</w:t>
      </w:r>
      <w:r>
        <w:br/>
      </w:r>
      <w:r>
        <w:rPr>
          <w:sz w:val="20"/>
        </w:rPr>
        <w:t>36:02  yeh bekhabri hai ke hum samajhte hain ke haan, mein enjoy kar sakta hoon.</w:t>
      </w:r>
      <w:r>
        <w:br/>
      </w:r>
      <w:r>
        <w:rPr>
          <w:sz w:val="20"/>
        </w:rPr>
        <w:t>36:08  bekhabri hai.</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Dua accepted through unexpected shield of responsibilities</w:t>
      </w:r>
    </w:p>
    <w:p>
      <w:r>
        <w:rPr>
          <w:color w:val="666666"/>
          <w:sz w:val="18"/>
        </w:rPr>
        <w:t>How to do Creative Dua · 1m 19s · at 13:39 · https://youtu.be/LiGXxL-poZE?t=819</w:t>
      </w:r>
    </w:p>
    <w:p>
      <w:r>
        <w:rPr>
          <w:i/>
        </w:rPr>
        <w:t>“Main Allah se ek kaam maang rahi thi mission ka”</w:t>
      </w:r>
    </w:p>
    <w:p>
      <w:r>
        <w:rPr>
          <w:sz w:val="20"/>
        </w:rPr>
        <w:t>13:39  mein Allah se ek kaam mang rahi thi</w:t>
      </w:r>
      <w:r>
        <w:br/>
      </w:r>
      <w:r>
        <w:rPr>
          <w:sz w:val="20"/>
        </w:rPr>
        <w:t>13:41  mission ka aur Allah ne yeh spirit of Islam magazine ka moqa ata farmaye. to meri yeh soch bani thi ke Allah ki madad is kaam ke liye mujhe aise ayegi ke meri gharelu zimmedariyan kam ho jayengi.</w:t>
      </w:r>
      <w:r>
        <w:br/>
      </w:r>
      <w:r>
        <w:rPr>
          <w:sz w:val="20"/>
        </w:rPr>
        <w:t>13:57  lekin hua kya? hamare ghar mein do buzurg the pehle se aur magazine shuru hone se chand din pehle aise halaat pesh aye ke do aur buzurgon ki zimmedari mujh par aa gayi.</w:t>
      </w:r>
      <w:r>
        <w:br/>
      </w:r>
      <w:r>
        <w:rPr>
          <w:sz w:val="20"/>
        </w:rPr>
        <w:t>14:11  mujhe yeh ajeeb</w:t>
      </w:r>
      <w:r>
        <w:br/>
      </w:r>
      <w:r>
        <w:rPr>
          <w:sz w:val="20"/>
        </w:rPr>
        <w:t>14:12  saga. samajh mein nahin aaya to main Allah se dua ki ke aey Allah aap to rehman o raheem hain, kisi ko is ki taqat se zyada bojh nahin dalte hain, hamare kaam mein aasani dete hain.</w:t>
      </w:r>
      <w:r>
        <w:br/>
      </w:r>
      <w:r>
        <w:rPr>
          <w:sz w:val="20"/>
        </w:rPr>
        <w:t>14:25  to yeh kya hai? mujhe samhaiye. to mujhe yeh tajruba hua ke yeh chaar log</w:t>
      </w:r>
      <w:r>
        <w:br/>
      </w:r>
      <w:r>
        <w:rPr>
          <w:sz w:val="20"/>
        </w:rPr>
        <w:t>14:35  badhi hui zimmedari nahin balkeh mere liye dhaal ki manind rahe. mujhe magazine ke liye jo zaroori tha ke main ek sui se ghar ke ek kone se kaam karoon is ka intezam tha.</w:t>
      </w:r>
      <w:r>
        <w:br/>
      </w:r>
      <w:r>
        <w:rPr>
          <w:sz w:val="20"/>
        </w:rPr>
        <w:t>14:49  saare doosre logon ke mujh se mutalbe khatm ho gaye. sab mujh par mujhe reham ki nigah se dekhne lage</w:t>
      </w:r>
    </w:p>
    <w:p>
      <w:pPr>
        <w:pStyle w:val="Heading2"/>
      </w:pPr>
      <w:r>
        <w:t>Dogs bark, the elephant keeps walking</w:t>
      </w:r>
    </w:p>
    <w:p>
      <w:r>
        <w:rPr>
          <w:color w:val="666666"/>
          <w:sz w:val="18"/>
        </w:rPr>
        <w:t>How to Decondition One's Mind 27 December, 2009 · 55s · at 1:47:13 · https://youtu.be/BGMkpCzMxB0?t=6433</w:t>
      </w:r>
    </w:p>
    <w:p>
      <w:r>
        <w:rPr>
          <w:i/>
        </w:rPr>
        <w:t>“Sabr aap ko positive big bird figure banata hai”</w:t>
      </w:r>
    </w:p>
    <w:p>
      <w:r>
        <w:rPr>
          <w:sz w:val="20"/>
        </w:rPr>
        <w:t>1:47:13  log samajhte hain ke sabr koi passive cheez hai, buzadli ki baat hai. nahi, sabr to sab se bara positive value hai. sabr sab se bari positive value sabr hai.</w:t>
      </w:r>
      <w:r>
        <w:br/>
      </w:r>
      <w:r>
        <w:rPr>
          <w:sz w:val="20"/>
        </w:rPr>
        <w:t>1:47:25  sabr aap ko positive big bird figure banata hai. halaat se uth kar sochna, jaise aap rasta ja rahe hain, farz kiya wahan kutte bhonknay lage, woh aap bhi lagay daant dapt laganay is ko, to aap ne react kiya.</w:t>
      </w:r>
      <w:r>
        <w:br/>
      </w:r>
      <w:r>
        <w:rPr>
          <w:sz w:val="20"/>
        </w:rPr>
        <w:t>1:47:41  yeh yeh besabri hai.</w:t>
      </w:r>
      <w:r>
        <w:br/>
      </w:r>
      <w:r>
        <w:rPr>
          <w:sz w:val="20"/>
        </w:rPr>
        <w:t>1:47:43  aap chalay ja rahe hain, chalay ja rahe hain, chalay ja rahe hain, to aap ne sabr kiya. to behtareen formula hai ke kutte bhonkte rehte hain, hathi hathi chalta rehta hai.</w:t>
      </w:r>
      <w:r>
        <w:br/>
      </w:r>
      <w:r>
        <w:rPr>
          <w:sz w:val="20"/>
        </w:rPr>
        <w:t>1:47:53  to hathi ka tareeqa sabr ka tareeqa hai. aur jo log kutte ke bhonknay par khud bhi lagay, bolnay dornay is ke peechay, unhon ne besabri ka tareeqa ikhtiyar kiya.</w:t>
      </w:r>
      <w:r>
        <w:br/>
      </w:r>
      <w:r>
        <w:rPr>
          <w:sz w:val="20"/>
        </w:rPr>
        <w:t>1:48:04  to mein samajhta hoon ke sabr jo hai, sab se bari ibadat hai.</w:t>
      </w:r>
    </w:p>
    <w:p>
      <w:pPr>
        <w:pStyle w:val="Heading2"/>
      </w:pPr>
      <w:r>
        <w:t>Prophet accepts removal of title from treaty</w:t>
      </w:r>
    </w:p>
    <w:p>
      <w:r>
        <w:rPr>
          <w:color w:val="666666"/>
          <w:sz w:val="18"/>
        </w:rPr>
        <w:t>Islamic Activism Shifting the Focus from Battlefield to Peace 16 4 2020 Maulana Wahiduddin Khan · 3m 08s · at 2:44 · https://youtu.be/hghnskwZTLM?t=164</w:t>
      </w:r>
    </w:p>
    <w:p>
      <w:r>
        <w:rPr>
          <w:i/>
        </w:rPr>
        <w:t>“Jaise hi Rasul Allah ne muahida likhwana shuru kiya”</w:t>
      </w:r>
    </w:p>
    <w:p>
      <w:r>
        <w:rPr>
          <w:sz w:val="20"/>
        </w:rPr>
        <w:t>2:44  lekin jaise hi Rasool Allah (SAW) ne muahida likhwana shuru kiya to fareeq sani yaani Quraish ke leader ne us par etiraz kiya.</w:t>
      </w:r>
      <w:r>
        <w:br/>
      </w:r>
      <w:r>
        <w:rPr>
          <w:sz w:val="20"/>
        </w:rPr>
        <w:t>2:57  aap ne likhwaya tha muhammad rasool Allah sallay alaihi wasallam. unhon ne kaha ke nahi, aap likhein muhammad ibn abdullah. hum aap ko rasool Allah nahi mante.</w:t>
      </w:r>
      <w:r>
        <w:br/>
      </w:r>
      <w:r>
        <w:rPr>
          <w:sz w:val="20"/>
        </w:rPr>
        <w:t>3:09  ibn abdullah wa yahdihi</w:t>
      </w:r>
      <w:r>
        <w:br/>
      </w:r>
      <w:r>
        <w:rPr>
          <w:sz w:val="20"/>
        </w:rPr>
        <w:t>3:14  to rasool Allah sallay alaihi wasallam razi ho gaye.</w:t>
      </w:r>
      <w:r>
        <w:br/>
      </w:r>
      <w:r>
        <w:rPr>
          <w:sz w:val="20"/>
        </w:rPr>
        <w:t>3:18  razi ho gaye.</w:t>
      </w:r>
      <w:r>
        <w:br/>
      </w:r>
      <w:r>
        <w:rPr>
          <w:sz w:val="20"/>
        </w:rPr>
        <w:t>3:24  aap jante hain ke is saal surah naema ko Haider Ali likh rahe thay. is tarah dictator kar rahe thay.</w:t>
      </w:r>
      <w:r>
        <w:br/>
      </w:r>
      <w:r>
        <w:rPr>
          <w:sz w:val="20"/>
        </w:rPr>
        <w:t>3:37  is tarah ke dictator ko ali likh rahe thay.</w:t>
      </w:r>
      <w:r>
        <w:br/>
      </w:r>
      <w:r>
        <w:rPr>
          <w:sz w:val="20"/>
        </w:rPr>
        <w:t>3:47  to</w:t>
      </w:r>
      <w:r>
        <w:br/>
      </w:r>
      <w:r>
        <w:rPr>
          <w:sz w:val="20"/>
        </w:rPr>
        <w:t>3:51  jab rasool Allah sallay alaihi wasallam ne kaha ke haza ma sala alaihi muhammad rasool Allah to unhon ne eteraz kar diya. unhon ne kaha ke likhein haza ma sala alaihi muhammad rasool Allah to aap ne</w:t>
      </w:r>
      <w:r>
        <w:br/>
      </w:r>
      <w:r>
        <w:rPr>
          <w:sz w:val="20"/>
        </w:rPr>
        <w:t>4:08  yeh nahi kaha ke kaise ho sakta hai. mein to is liye nahi manta. usi waqt</w:t>
      </w:r>
      <w:r>
        <w:br/>
      </w:r>
      <w:r>
        <w:rPr>
          <w:sz w:val="20"/>
        </w:rPr>
        <w:t>4:18  pehle second aap ne kaha ke likho ayha alladhi ukhtum?</w:t>
      </w:r>
      <w:r>
        <w:br/>
      </w:r>
      <w:r>
        <w:rPr>
          <w:sz w:val="20"/>
        </w:rPr>
        <w:t>4:27  haza ma sala alaihi muhammad abdullah</w:t>
      </w:r>
      <w:r>
        <w:br/>
      </w:r>
      <w:r>
        <w:rPr>
          <w:sz w:val="20"/>
        </w:rPr>
        <w:t>4:43  phir sare sahaba ki jamaat taqreeban sab ki sab is par</w:t>
      </w:r>
      <w:r>
        <w:br/>
      </w:r>
      <w:r>
        <w:rPr>
          <w:sz w:val="20"/>
        </w:rPr>
        <w:t>4:55  ghusa ho gayi ke kaise ho sakta hai.</w:t>
      </w:r>
      <w:r>
        <w:br/>
      </w:r>
      <w:r>
        <w:rPr>
          <w:sz w:val="20"/>
        </w:rPr>
        <w:t>5:02  lekin phir usi par likha gaya.</w:t>
      </w:r>
      <w:r>
        <w:br/>
      </w:r>
      <w:r>
        <w:rPr>
          <w:sz w:val="20"/>
        </w:rPr>
        <w:t>5:06  rasool Allah sallay alaihi wasallam ahista ahista wapas aa gaye. to rastay mein quran ki ayat utri inna fatahna laka fatan mubeena</w:t>
      </w:r>
      <w:r>
        <w:br/>
      </w:r>
      <w:r>
        <w:rPr>
          <w:sz w:val="20"/>
        </w:rPr>
        <w:t>5:21  aur yeh waqea ki tareekh ne sabit kiya. tareekh ne sabit kiya ke yeh muahida aap ke liye fateh ki buniyad banay ga.</w:t>
      </w:r>
      <w:r>
        <w:br/>
      </w:r>
      <w:r>
        <w:rPr>
          <w:sz w:val="20"/>
        </w:rPr>
        <w:t>5:36  kaise ajeeb baat hai!</w:t>
      </w:r>
      <w:r>
        <w:br/>
      </w:r>
      <w:r>
        <w:rPr>
          <w:sz w:val="20"/>
        </w:rPr>
        <w:t>5:41  shikast ka muahida fateh ki buniyad ban gaya.</w:t>
      </w:r>
    </w:p>
    <w:p>
      <w:pPr>
        <w:pStyle w:val="Heading2"/>
      </w:pPr>
      <w:r>
        <w:t>Heat, energy, and divine balance</w:t>
      </w:r>
    </w:p>
    <w:p>
      <w:r>
        <w:rPr>
          <w:color w:val="666666"/>
          <w:sz w:val="18"/>
        </w:rPr>
        <w:t>Realization of God March 16, 2014 Maulana Wahiduddin Khan · 5m 55s · at 3:38 · https://youtu.be/OA8Apjhruag?t=218</w:t>
      </w:r>
    </w:p>
    <w:p>
      <w:r>
        <w:rPr>
          <w:i/>
        </w:rPr>
        <w:t>“اس میں ایک news item ہے”</w:t>
      </w:r>
    </w:p>
    <w:p>
      <w:r>
        <w:rPr>
          <w:sz w:val="20"/>
        </w:rPr>
        <w:t>3:38  is mein aik news item hai.</w:t>
      </w:r>
      <w:r>
        <w:br/>
      </w:r>
      <w:r>
        <w:rPr>
          <w:sz w:val="20"/>
        </w:rPr>
        <w:t>3:44  is news item mein bataya gaya hai ke france ki observatory mein kuch scientists research kar rahe the telescope ke zariye.</w:t>
      </w:r>
      <w:r>
        <w:br/>
      </w:r>
      <w:r>
        <w:rPr>
          <w:sz w:val="20"/>
        </w:rPr>
        <w:t>4:03  to unhon ne aik naya star discover kiya jo bohat hi bara hai. yani space ke das baray stars mein se aik star hai woh.</w:t>
      </w:r>
      <w:r>
        <w:br/>
      </w:r>
      <w:r>
        <w:rPr>
          <w:sz w:val="20"/>
        </w:rPr>
        <w:t>4:14  yeh star hamari zameen se</w:t>
      </w:r>
      <w:r>
        <w:br/>
      </w:r>
      <w:r>
        <w:rPr>
          <w:sz w:val="20"/>
        </w:rPr>
        <w:t>4:21  barah hazar light years door hai. twelve thousand light years door hai hamari zameen se. aur woh itna bara hai ke hamare suraj se about one million brighter hai.</w:t>
      </w:r>
      <w:r>
        <w:br/>
      </w:r>
      <w:r>
        <w:rPr>
          <w:sz w:val="20"/>
        </w:rPr>
        <w:t>4:41  about one million brighter than our sun. aap sochen kitna bara hoga woh.</w:t>
      </w:r>
      <w:r>
        <w:br/>
      </w:r>
      <w:r>
        <w:rPr>
          <w:sz w:val="20"/>
        </w:rPr>
        <w:t>4:54  is ko le kar woh sochne laga.</w:t>
      </w:r>
      <w:r>
        <w:br/>
      </w:r>
      <w:r>
        <w:rPr>
          <w:sz w:val="20"/>
        </w:rPr>
        <w:t>4:59  to aik bari hi ajeeb ghareeb cheez samajh mein aai.</w:t>
      </w:r>
      <w:r>
        <w:br/>
      </w:r>
      <w:r>
        <w:rPr>
          <w:sz w:val="20"/>
        </w:rPr>
        <w:t>5:04  dekhen hamari jo dunya hai is mein sab se zyada jante hain kya cheez hai? sab se zyada heat hai, heat. har cheez heat hai.</w:t>
      </w:r>
      <w:r>
        <w:br/>
      </w:r>
      <w:r>
        <w:rPr>
          <w:sz w:val="20"/>
        </w:rPr>
        <w:t>5:15  har taraf heat hai. yani aag hai goya ke. sari space jo hai stars se bhari hui hai aur har star aag hai, heat hai.</w:t>
      </w:r>
      <w:r>
        <w:br/>
      </w:r>
      <w:r>
        <w:rPr>
          <w:sz w:val="20"/>
        </w:rPr>
        <w:t>5:29  to hum log kya hain? hum log aag ke darmiyan jee rahe hain. bohat hi anokhi baat hai, yeh sochne ki baat hai.</w:t>
      </w:r>
      <w:r>
        <w:br/>
      </w:r>
      <w:r>
        <w:rPr>
          <w:sz w:val="20"/>
        </w:rPr>
        <w:t>5:42  hamari zameen jo hai is ke neeche bhi aag bhari hui hai. yani sirf chalis</w:t>
      </w:r>
      <w:r>
        <w:br/>
      </w:r>
      <w:r>
        <w:rPr>
          <w:sz w:val="20"/>
        </w:rPr>
        <w:t>5:51  kilometer ke baad sab aag hi aag hai. jabke zameen jo hai poori</w:t>
      </w:r>
      <w:r>
        <w:br/>
      </w:r>
      <w:r>
        <w:rPr>
          <w:sz w:val="20"/>
        </w:rPr>
        <w:t>6:00  bohat hi bari hai.</w:t>
      </w:r>
      <w:r>
        <w:br/>
      </w:r>
      <w:r>
        <w:rPr>
          <w:sz w:val="20"/>
        </w:rPr>
        <w:t>6:04  bohat hi bari hai.</w:t>
      </w:r>
      <w:r>
        <w:br/>
      </w:r>
      <w:r>
        <w:rPr>
          <w:sz w:val="20"/>
        </w:rPr>
        <w:t>6:09  yani terah hazar kilometer ki diameter hai is ka. aur sirf chalis kilometer andar jo hai lava hai. lava jo hai bohat hi garam, bohat hi garam hota hai.</w:t>
      </w:r>
      <w:r>
        <w:br/>
      </w:r>
      <w:r>
        <w:rPr>
          <w:sz w:val="20"/>
        </w:rPr>
        <w:t>6:22  jab phatta hai volcano to aap jante hain kitna nuqsan karta hai.</w:t>
      </w:r>
      <w:r>
        <w:br/>
      </w:r>
      <w:r>
        <w:rPr>
          <w:sz w:val="20"/>
        </w:rPr>
        <w:t>6:29  to hamari zameen ke neeche heat hai. hamara suraj jo hai aap jante hain ke woh heat hai. sare sitare heat hain.</w:t>
      </w:r>
      <w:r>
        <w:br/>
      </w:r>
      <w:r>
        <w:rPr>
          <w:sz w:val="20"/>
        </w:rPr>
        <w:t>6:40  phir bhi hum zinda hain. kaise zinda hain? yani hum heat ko bardasht nahi kar sakte.</w:t>
      </w:r>
      <w:r>
        <w:br/>
      </w:r>
      <w:r>
        <w:rPr>
          <w:sz w:val="20"/>
        </w:rPr>
        <w:t>6:49  ab yeh aik aag ka angara aap hath mein lijiye phir dekhen kya hota hai aap ko. mere hath par yahan aag ka angara gir gaya tha, aaj tak is ka nishan yahan par hai.</w:t>
      </w:r>
      <w:r>
        <w:br/>
      </w:r>
      <w:r>
        <w:rPr>
          <w:sz w:val="20"/>
        </w:rPr>
        <w:t>7:00  aag ka angara aik.</w:t>
      </w:r>
      <w:r>
        <w:br/>
      </w:r>
      <w:r>
        <w:rPr>
          <w:sz w:val="20"/>
        </w:rPr>
        <w:t>7:04  to zameen ke neeche heat, zameen ke bahar heat, aur is poori space mein heat, is mein hum jee rahe hain.</w:t>
      </w:r>
      <w:r>
        <w:br/>
      </w:r>
      <w:r>
        <w:rPr>
          <w:sz w:val="20"/>
        </w:rPr>
        <w:t>7:14  to is ki wajah kya hai? Allah yani jo creator hai is ne bohat hi anokha balance qaim kar rakha hai. bohat hi anokha balance.</w:t>
      </w:r>
      <w:r>
        <w:br/>
      </w:r>
      <w:r>
        <w:rPr>
          <w:sz w:val="20"/>
        </w:rPr>
        <w:t>7:26  misalan jo star daryaft hua hai jo hai barah hazar light years door.</w:t>
      </w:r>
      <w:r>
        <w:br/>
      </w:r>
      <w:r>
        <w:rPr>
          <w:sz w:val="20"/>
        </w:rPr>
        <w:t>7:38  agar woh woh qareeb aa jaye, suraj ki jagah par aa jaye to hum ek second bhi nahi reh sakte hum. ek second se fraction hum jal jayenge.</w:t>
      </w:r>
      <w:r>
        <w:br/>
      </w:r>
      <w:r>
        <w:rPr>
          <w:sz w:val="20"/>
        </w:rPr>
        <w:t>7:49  khud jo suraj hai woh nau lakh tees hazar meel door hai. agar woh aadha par aa jaye yani paanch lakh ki doori par aa jaye. paanch lakh meel doori par tab bhi hum jal jayenge.</w:t>
      </w:r>
      <w:r>
        <w:br/>
      </w:r>
      <w:r>
        <w:rPr>
          <w:sz w:val="20"/>
        </w:rPr>
        <w:t>8:01  tab bhi jal jayenge hum. zameen ke neeche jo aag hai jo abhi chalis kilometer neeche agar farz kiya ke upar aate aate chaar kilometer ke upar aa jaye.</w:t>
      </w:r>
      <w:r>
        <w:br/>
      </w:r>
      <w:r>
        <w:rPr>
          <w:sz w:val="20"/>
        </w:rPr>
        <w:t>8:13  yani chaar hamara jo upper crust hai us ke sirf chaar kilometer neeche woh ho tab bhi hum jal jayenge.</w:t>
      </w:r>
      <w:r>
        <w:br/>
      </w:r>
      <w:r>
        <w:rPr>
          <w:sz w:val="20"/>
        </w:rPr>
        <w:t>8:27  to yeh kyun aisa hai?</w:t>
      </w:r>
      <w:r>
        <w:br/>
      </w:r>
      <w:r>
        <w:rPr>
          <w:sz w:val="20"/>
        </w:rPr>
        <w:t>8:31  creator ne hamare liye muqaddar kiya hai ke hamein energy mein hum jeete hain. hamein energy chahiye. zinda rehne ke liye energy. gaadi chalane ke liye energy.</w:t>
      </w:r>
      <w:r>
        <w:br/>
      </w:r>
      <w:r>
        <w:rPr>
          <w:sz w:val="20"/>
        </w:rPr>
        <w:t>8:41  hawa jahaz chalane ke liye energy. energy. aur energy kya hai? heat hai.</w:t>
      </w:r>
      <w:r>
        <w:br/>
      </w:r>
      <w:r>
        <w:rPr>
          <w:sz w:val="20"/>
        </w:rPr>
        <w:t>8:49  bohat hi anokhi baat hai. heat is a form of energy. yeh sab jo duniya mein hai ab garmi hai yeh heat hai. yeh energy hai.</w:t>
      </w:r>
      <w:r>
        <w:br/>
      </w:r>
      <w:r>
        <w:rPr>
          <w:sz w:val="20"/>
        </w:rPr>
        <w:t>8:59  hamari body mein bhi heat hoti hai. is heat ki wajah se hum ko sardi mein jab lihaf odhte hain to garam hota hai. lihaf garam nahi hota hai. lihaf ya kambal nahi garam hota hai.</w:t>
      </w:r>
      <w:r>
        <w:br/>
      </w:r>
      <w:r>
        <w:rPr>
          <w:sz w:val="20"/>
        </w:rPr>
        <w:t>9:10  hamari heat ki jo garam hamari body ki heat jo nikalti hai us se hum garam hote hain. woh preserve karta hai woh lihaf.</w:t>
      </w:r>
      <w:r>
        <w:br/>
      </w:r>
      <w:r>
        <w:rPr>
          <w:sz w:val="20"/>
        </w:rPr>
        <w:t>9:21  to har taraf heat hai. yani heat mein hamari zindagi hai aur heat hi hamein jala ke phoonk bhi sakti hai.</w:t>
      </w:r>
    </w:p>
    <w:p>
      <w:pPr>
        <w:pStyle w:val="Heading2"/>
      </w:pPr>
      <w:r>
        <w:t>why every stress expert fails to actually help</w:t>
      </w:r>
    </w:p>
    <w:p>
      <w:r>
        <w:rPr>
          <w:color w:val="666666"/>
          <w:sz w:val="18"/>
        </w:rPr>
        <w:t>Stress and Spirituality January 1, 2012 · 4m 06s · at 0:54 · https://youtu.be/TPhXL9-g6ME?t=54</w:t>
      </w:r>
    </w:p>
    <w:p>
      <w:r>
        <w:rPr>
          <w:i/>
        </w:rPr>
        <w:t>“Everyone's biggest problem today is called stress”</w:t>
      </w:r>
    </w:p>
    <w:p>
      <w:r>
        <w:rPr>
          <w:sz w:val="20"/>
        </w:rPr>
        <w:t>0:54  Aaj kal sari duniya ka sab se bara masla yahi hai jis ko kehte hain stress.</w:t>
      </w:r>
      <w:r>
        <w:br/>
      </w:r>
      <w:r>
        <w:rPr>
          <w:sz w:val="20"/>
        </w:rPr>
        <w:t>1:04  Sari duniya mein</w:t>
      </w:r>
      <w:r>
        <w:br/>
      </w:r>
      <w:r>
        <w:rPr>
          <w:sz w:val="20"/>
        </w:rPr>
        <w:t>1:08  hazaron ki tadad mein school of de-stressing khule hue hain, beshumar log is profession mein lage hue hain.</w:t>
      </w:r>
      <w:r>
        <w:br/>
      </w:r>
      <w:r>
        <w:rPr>
          <w:sz w:val="20"/>
        </w:rPr>
        <w:t>1:20  Magar jahan tak main jaanta hoon, 1% bhi</w:t>
      </w:r>
      <w:r>
        <w:br/>
      </w:r>
      <w:r>
        <w:rPr>
          <w:sz w:val="20"/>
        </w:rPr>
        <w:t>1:28  kamyabi nahi hui is mein ke stress mein jo log jee rahe hain, un ki de-stressing kar sakein yeh log.</w:t>
      </w:r>
      <w:r>
        <w:br/>
      </w:r>
      <w:r>
        <w:rPr>
          <w:sz w:val="20"/>
        </w:rPr>
        <w:t>1:39  Stress badhta ja raha hai.</w:t>
      </w:r>
      <w:r>
        <w:br/>
      </w:r>
      <w:r>
        <w:rPr>
          <w:sz w:val="20"/>
        </w:rPr>
        <w:t>1:43  Toh is par main aaj ki majlis mein kuch kehne ki koshish karunga.</w:t>
      </w:r>
      <w:r>
        <w:br/>
      </w:r>
      <w:r>
        <w:rPr>
          <w:sz w:val="20"/>
        </w:rPr>
        <w:t>1:55  Aap jante hain ke main rozana All India Radio sunta hoon, toh aaj bhi main subah sun raha tha.</w:t>
      </w:r>
      <w:r>
        <w:br/>
      </w:r>
      <w:r>
        <w:rPr>
          <w:sz w:val="20"/>
        </w:rPr>
        <w:t>2:03  Ittifaq se aaj, yani aaj pehla din hai naye saal ka, yani 2012 jo hai, is ka pehla din hai, first January.</w:t>
      </w:r>
      <w:r>
        <w:br/>
      </w:r>
      <w:r>
        <w:rPr>
          <w:sz w:val="20"/>
        </w:rPr>
        <w:t>2:15  Toh aaj wahan aik senior psychiatrist, jis ko kehte hain psychiatrist, aik senior psychiatrist ka interview aa raha tha, aur isi mauzu par aa raha tha, stress ke mauzu par.</w:t>
      </w:r>
      <w:r>
        <w:br/>
      </w:r>
      <w:r>
        <w:rPr>
          <w:sz w:val="20"/>
        </w:rPr>
        <w:t>2:33  to woh aadmi bohat shandar English bol raha tha, maine bohat ghaur se suna.</w:t>
      </w:r>
      <w:r>
        <w:br/>
      </w:r>
      <w:r>
        <w:rPr>
          <w:sz w:val="20"/>
        </w:rPr>
        <w:t>2:42  ek bhi lafz aisa nahi tha jis ke liye mujhe dictionary dekhna pare, lekin phir bhi kuch samajh mein nahi aaya. kyunke sab confusion hi confusion tha.</w:t>
      </w:r>
      <w:r>
        <w:br/>
      </w:r>
      <w:r>
        <w:rPr>
          <w:sz w:val="20"/>
        </w:rPr>
        <w:t>2:54  main bohat zyada parha hai in logon ki cheezein, in ke article ya kitabein hain, in ki speeches bhi suni hain, jo log is profession mein hain.</w:t>
      </w:r>
      <w:r>
        <w:br/>
      </w:r>
      <w:r>
        <w:rPr>
          <w:sz w:val="20"/>
        </w:rPr>
        <w:t>3:06  lekin sabhi ka haal yeh hai ke woh koi solution nahi de paate,</w:t>
      </w:r>
      <w:r>
        <w:br/>
      </w:r>
      <w:r>
        <w:rPr>
          <w:sz w:val="20"/>
        </w:rPr>
        <w:t>3:14  problems without any exception.</w:t>
      </w:r>
      <w:r>
        <w:br/>
      </w:r>
      <w:r>
        <w:rPr>
          <w:sz w:val="20"/>
        </w:rPr>
        <w:t>3:19  to aaj bhi jo main sun raha tha to "there was not an exception".</w:t>
      </w:r>
      <w:r>
        <w:br/>
      </w:r>
      <w:r>
        <w:rPr>
          <w:sz w:val="20"/>
        </w:rPr>
        <w:t>3:29  unhone</w:t>
      </w:r>
      <w:r>
        <w:br/>
      </w:r>
      <w:r>
        <w:rPr>
          <w:sz w:val="20"/>
        </w:rPr>
        <w:t>3:33  diagnosis to bohat sahi kiya, lekin prescription sahi nahi thi is ki. yeh sab ka haal hai. kitabein main sunta hoon ya parhta hoon to diagnosis to bada acha karte hain woh,</w:t>
      </w:r>
      <w:r>
        <w:br/>
      </w:r>
      <w:r>
        <w:rPr>
          <w:sz w:val="20"/>
        </w:rPr>
        <w:t>3:47  lekin jab aati hai baat prescription ki to bata nahi paate.</w:t>
      </w:r>
      <w:r>
        <w:br/>
      </w:r>
      <w:r>
        <w:rPr>
          <w:sz w:val="20"/>
        </w:rPr>
        <w:t>3:54  diagnosis karte hue unhone yeh jumla istemal kiya ke "stress is a result of difference between aspiration and reality".</w:t>
      </w:r>
      <w:r>
        <w:br/>
      </w:r>
      <w:r>
        <w:rPr>
          <w:sz w:val="20"/>
        </w:rPr>
        <w:t>4:16  stress is a result of difference between aspiration and reality.</w:t>
      </w:r>
      <w:r>
        <w:br/>
      </w:r>
      <w:r>
        <w:rPr>
          <w:sz w:val="20"/>
        </w:rPr>
        <w:t>4:23  yaani yeh zehni tanav hai, woh is liye hota hai ke hamari khwahishein zyada hain aur jo haqeeqat mein hum paate hain woh kam hota hai.</w:t>
      </w:r>
      <w:r>
        <w:br/>
      </w:r>
      <w:r>
        <w:rPr>
          <w:sz w:val="20"/>
        </w:rPr>
        <w:t>4:35  isi contradiction ke result ka naam hai stress.</w:t>
      </w:r>
      <w:r>
        <w:br/>
      </w:r>
      <w:r>
        <w:rPr>
          <w:sz w:val="20"/>
        </w:rPr>
        <w:t>4:40  bohat sahi yeh tashkhees thi.</w:t>
      </w:r>
      <w:r>
        <w:br/>
      </w:r>
      <w:r>
        <w:rPr>
          <w:sz w:val="20"/>
        </w:rPr>
        <w:t>4:47  lekin diagnosis jo hai sahi thi aur prescription kuch bhi nahi, tajweez kuch bhi nahi, is confusion ke siwa.</w:t>
      </w:r>
    </w:p>
    <w:p>
      <w:pPr>
        <w:pStyle w:val="Heading2"/>
      </w:pPr>
      <w:r>
        <w:t>News triggers hadith about endless Muslim violence</w:t>
      </w:r>
    </w:p>
    <w:p>
      <w:r>
        <w:rPr>
          <w:color w:val="666666"/>
          <w:sz w:val="18"/>
        </w:rPr>
        <w:t>Ideology of Life December 29, 2013 Maulana Wahiduddin Khan · 4m 24s · at 0:45 · https://youtu.be/N5psCFw23MI?t=45</w:t>
      </w:r>
    </w:p>
    <w:p>
      <w:r>
        <w:rPr>
          <w:i/>
        </w:rPr>
        <w:t>“aaj mein ne akhbar dekha to us mein ek khabar thi”</w:t>
      </w:r>
    </w:p>
    <w:p>
      <w:r>
        <w:rPr>
          <w:sz w:val="20"/>
        </w:rPr>
        <w:t>0:45  aaj mein ne akhbar dekha to is mein aik khabar thi</w:t>
      </w:r>
      <w:r>
        <w:br/>
      </w:r>
      <w:r>
        <w:rPr>
          <w:sz w:val="20"/>
        </w:rPr>
        <w:t>0:54  jis se, jis ko mein kaha karta hoon ke mind trigger hota hai. jab mind trigger hota hai to aadmi ko</w:t>
      </w:r>
      <w:r>
        <w:br/>
      </w:r>
      <w:r>
        <w:rPr>
          <w:sz w:val="20"/>
        </w:rPr>
        <w:t>1:05  nai nai baatein samajh aati hain. to yeh bohat zaroori hai ke aap ka mind trigger ho. koi experience ko, kisi experience ki wajah se koi cheez parh kar ke, koi observation se.</w:t>
      </w:r>
      <w:r>
        <w:br/>
      </w:r>
      <w:r>
        <w:rPr>
          <w:sz w:val="20"/>
        </w:rPr>
        <w:t>1:22  jab tak aap ka mind trigger na ho to koi bari baat aap discover nahin kar paate. to dekhein aaj ki jo news hai, yaani 29 akhbar ka paper jo hai,</w:t>
      </w:r>
      <w:r>
        <w:br/>
      </w:r>
      <w:r>
        <w:rPr>
          <w:sz w:val="20"/>
        </w:rPr>
        <w:t>1:35  is mein ke qahira mein, yaani Egypt mein, muslim protesters ne wahan ki jo bohat hi purani university hai, alhazar university, us ki building mein aag laga di.</w:t>
      </w:r>
      <w:r>
        <w:br/>
      </w:r>
      <w:r>
        <w:rPr>
          <w:sz w:val="20"/>
        </w:rPr>
        <w:t>1:51  aur yeh sab Islamist hain. yaani yeh Islamist logon ne wahan par protest kiya aur alhazar university, jo bohat hi,</w:t>
      </w:r>
      <w:r>
        <w:br/>
      </w:r>
      <w:r>
        <w:rPr>
          <w:sz w:val="20"/>
        </w:rPr>
        <w:t>2:06  bohat hi bari university maani jati hai muslim world mein, to us ki building mein aag laga di. is se mera mind trigger hua ke aakhir aisa kyun?</w:t>
      </w:r>
      <w:r>
        <w:br/>
      </w:r>
      <w:r>
        <w:rPr>
          <w:sz w:val="20"/>
        </w:rPr>
        <w:t>2:17  saari duniya mein dekhein educational institutions ko bohat ziyada respect diya jata hai. saari duniya mein.</w:t>
      </w:r>
      <w:r>
        <w:br/>
      </w:r>
      <w:r>
        <w:rPr>
          <w:sz w:val="20"/>
        </w:rPr>
        <w:t>2:26  Europe, amreeka mein kabhi aap nahin sunen ge ke kisi ne protest ke liye university mein aag laga di. ke aisa kyun?</w:t>
      </w:r>
      <w:r>
        <w:br/>
      </w:r>
      <w:r>
        <w:rPr>
          <w:sz w:val="20"/>
        </w:rPr>
        <w:t>2:39  aisa kyun? yeh koi simple baat nahin hai, yeh bohat hi bari baat hai. to mujhe aik hadith yaad aayi, is hadith mein ab bohat ajeeb tor par is ka explanation milta hai.</w:t>
      </w:r>
      <w:r>
        <w:br/>
      </w:r>
      <w:r>
        <w:rPr>
          <w:sz w:val="20"/>
        </w:rPr>
        <w:t>2:56  aik hadith hai ke: "as a wazir safe of your ummati lam yurf'a anha hatta yoom al qiyamah" ke meri ummat mein jab talwar dakhil hogi to woh qayamat tak phir nikle gi nahin.</w:t>
      </w:r>
      <w:r>
        <w:br/>
      </w:r>
      <w:r>
        <w:rPr>
          <w:sz w:val="20"/>
        </w:rPr>
        <w:t>3:15  to mein ne socha ke aakhir talwar agar dakhil hogi to kyun qayamat tak chalti rahe gi, kyun? jaisa ke aap dekh rahe hain aap, yahi to hai.</w:t>
      </w:r>
      <w:r>
        <w:br/>
      </w:r>
      <w:r>
        <w:rPr>
          <w:sz w:val="20"/>
        </w:rPr>
        <w:t>3:28  kyun ke hamesha aisa hota hai dekhen ke larai ka ek had hoti hai. First World War ki ek had thi, Second World War ki ek had thi. ek had par ja kar khatm ho gayi.</w:t>
      </w:r>
      <w:r>
        <w:br/>
      </w:r>
      <w:r>
        <w:rPr>
          <w:sz w:val="20"/>
        </w:rPr>
        <w:t>3:40  ya musalmanon mein kyun aisa hoga ke talwar chalti hi rahe gi, chalti hi rahe gi. is ko kehte hain justified militancy, justified violence.</w:t>
      </w:r>
      <w:r>
        <w:br/>
      </w:r>
      <w:r>
        <w:rPr>
          <w:sz w:val="20"/>
        </w:rPr>
        <w:t>3:58  yani musalmanon mein yeh yeh yeh prediction tha rasool Allah sal Allah alaih wasallam ka ke musalmanon mein ek ek ideology develop kare gi, system based ideology.</w:t>
      </w:r>
      <w:r>
        <w:br/>
      </w:r>
      <w:r>
        <w:rPr>
          <w:sz w:val="20"/>
        </w:rPr>
        <w:t>4:11  yani musalman yeh samajh len ke hamein dunya mein islami nizam qaim karna hai.</w:t>
      </w:r>
      <w:r>
        <w:br/>
      </w:r>
      <w:r>
        <w:rPr>
          <w:sz w:val="20"/>
        </w:rPr>
        <w:t>4:18  yani that was an innovation. yeh Islam mein kahin aisa nahi hai ke hamari duty hai ke hum dunya mein islami hukumat qaim karen. yeh aisi aisa kahin nahi hai.</w:t>
      </w:r>
      <w:r>
        <w:br/>
      </w:r>
      <w:r>
        <w:rPr>
          <w:sz w:val="20"/>
        </w:rPr>
        <w:t>4:30  to yeh prediction tha ke ek daur aayega ke musalmanon mein yeh zehan banega.</w:t>
      </w:r>
      <w:r>
        <w:br/>
      </w:r>
      <w:r>
        <w:rPr>
          <w:sz w:val="20"/>
        </w:rPr>
        <w:t>4:39  to is ke baad kya karenge woh? jab woh chahenge ke islami hukumat qaim karen to koi na koi tarjeeh qaim hogi. to is ko hatana hai, is ko depose karna hai, is ko overthrow karna hai.</w:t>
      </w:r>
      <w:r>
        <w:br/>
      </w:r>
      <w:r>
        <w:rPr>
          <w:sz w:val="20"/>
        </w:rPr>
        <w:t>4:52  to woh to hate ga nahi marzi se apni, to violence karenge. that is justified violence. yani insaaf qaim karne ke liye, justice qaim karne ke liye, islami hukumat qaim karne ke liye, Khuda ki hukumat qaim karne ke liye.</w:t>
      </w:r>
    </w:p>
    <w:p>
      <w:pPr>
        <w:pStyle w:val="Heading2"/>
      </w:pPr>
      <w:r>
        <w:t>Afghan boy's revenge story shows a forgotten Islamic model</w:t>
      </w:r>
    </w:p>
    <w:p>
      <w:r>
        <w:rPr>
          <w:color w:val="666666"/>
          <w:sz w:val="18"/>
        </w:rPr>
        <w:t>The Concept of Sunnah and Bidah in Islam February 14, 2008 Maulana Wahiduddin Khan · 3m 23s · at 34:16 · https://youtu.be/_uIO23hmBjg?t=2056</w:t>
      </w:r>
    </w:p>
    <w:p>
      <w:r>
        <w:rPr>
          <w:i/>
        </w:rPr>
        <w:t>“میں گیا افغانستان، بڑی دھوم ہے افغانستان میں اسلام کی”</w:t>
      </w:r>
    </w:p>
    <w:p>
      <w:r>
        <w:rPr>
          <w:sz w:val="20"/>
        </w:rPr>
        <w:t>34:16  main gaya Afghanistan bari dhoom hai Afghanistan mein Islam ki.</w:t>
      </w:r>
      <w:r>
        <w:br/>
      </w:r>
      <w:r>
        <w:rPr>
          <w:sz w:val="20"/>
        </w:rPr>
        <w:t>34:24  aap jante hain ke har jagah Islam har jagah yeh samjha jata hai ke Afghanistan mein bara Islam hai. to main wahan jab gaya ek conference mein mujh ko bulaya gaya tha.</w:t>
      </w:r>
      <w:r>
        <w:br/>
      </w:r>
      <w:r>
        <w:rPr>
          <w:sz w:val="20"/>
        </w:rPr>
        <w:t>34:37  to ek logon se bul bul kar ke woh poochta tha.</w:t>
      </w:r>
      <w:r>
        <w:br/>
      </w:r>
      <w:r>
        <w:rPr>
          <w:sz w:val="20"/>
        </w:rPr>
        <w:t>34:43  ek ladka tha wahan par us se main ne poocha. to main ladke se bare se boodhe se har ek se poochta tha taake yahan ke halat janon.</w:t>
      </w:r>
      <w:r>
        <w:br/>
      </w:r>
      <w:r>
        <w:rPr>
          <w:sz w:val="20"/>
        </w:rPr>
        <w:t>34:58  to ladke ne kya kaha? ladke ne kaha ke meri maa mujh ko parhana chahti hai. mujh ko madrasay mein bhejti hai.</w:t>
      </w:r>
      <w:r>
        <w:br/>
      </w:r>
      <w:r>
        <w:rPr>
          <w:sz w:val="20"/>
        </w:rPr>
        <w:t>35:10  lekin mera dil parhnay mein nahi lagta.</w:t>
      </w:r>
      <w:r>
        <w:br/>
      </w:r>
      <w:r>
        <w:rPr>
          <w:sz w:val="20"/>
        </w:rPr>
        <w:t>35:14  ladke ne kaha afghani bachay ne ke meri maa chahti hai ke main parhoon mujh ko madrasa bhejti bhejti hai lekin mera dil parhnay mein nahi lagta.</w:t>
      </w:r>
      <w:r>
        <w:br/>
      </w:r>
      <w:r>
        <w:rPr>
          <w:sz w:val="20"/>
        </w:rPr>
        <w:t>35:25  main ne kaha kyun? to us ne kya kaha? us ne kaha ke mujhe to apnay baap ka badla lena hai.</w:t>
      </w:r>
      <w:r>
        <w:br/>
      </w:r>
      <w:r>
        <w:rPr>
          <w:sz w:val="20"/>
        </w:rPr>
        <w:t>35:35  kisi ne is ke baap ko shayad maar dala tha koi apas mein lajjat thi. to un ke baap ne un ko kuch kiya unhon ne un ko kiya dono apas mein ladte rahe yahan tak ke woh un ka baap mar gaya.</w:t>
      </w:r>
      <w:r>
        <w:br/>
      </w:r>
      <w:r>
        <w:rPr>
          <w:sz w:val="20"/>
        </w:rPr>
        <w:t>35:50  yeh dono taraf ka yeh bilateral mamla tha woh. to beharhaal is ke mind mein kya tha ke jis ne mere baap ko mara hai us ko mujhe marna hai.</w:t>
      </w:r>
      <w:r>
        <w:br/>
      </w:r>
      <w:r>
        <w:rPr>
          <w:sz w:val="20"/>
        </w:rPr>
        <w:t>36:00  is se mujhe inteqam lena hai.</w:t>
      </w:r>
      <w:r>
        <w:br/>
      </w:r>
      <w:r>
        <w:rPr>
          <w:sz w:val="20"/>
        </w:rPr>
        <w:t>36:05  to main ne wahan par jo unhon ne pooch ki to main ne kaha ke main ne mujhe pata chala ke yahan ka to revenge hi culture hai Afghanistan ka. inteqami culture hai Afghanistan ka.</w:t>
      </w:r>
      <w:r>
        <w:br/>
      </w:r>
      <w:r>
        <w:rPr>
          <w:sz w:val="20"/>
        </w:rPr>
        <w:t>36:18  yahan woh jo tribes mein yeh hota hai ke yeh in se badla lete hain woh in se badla lete hain. isi mein laraiyan hoti hain.</w:t>
      </w:r>
      <w:r>
        <w:br/>
      </w:r>
      <w:r>
        <w:rPr>
          <w:sz w:val="20"/>
        </w:rPr>
        <w:t>36:28  gun chalti hai bomb chaltay hain. aur wahan Islam ki bhi dhoom hai.</w:t>
      </w:r>
      <w:r>
        <w:br/>
      </w:r>
      <w:r>
        <w:rPr>
          <w:sz w:val="20"/>
        </w:rPr>
        <w:t>36:35  to woh samajhtay hain ke namaz roza karo bas Islam ho gaya. is mamlay mein nahi pata hai unhein ke is mamlay mein aik model hai ke inteqam na lo ghussa na karo logon ko maaf karo.</w:t>
      </w:r>
      <w:r>
        <w:br/>
      </w:r>
      <w:r>
        <w:rPr>
          <w:sz w:val="20"/>
        </w:rPr>
        <w:t>36:49  yeh bhi aik model hai. to yeh nahi jantay woh. yeh har jagah hi koi Afghanistan ki baat nahi hai.</w:t>
      </w:r>
      <w:r>
        <w:br/>
      </w:r>
      <w:r>
        <w:rPr>
          <w:sz w:val="20"/>
        </w:rPr>
        <w:t>37:00  to yeh bohat ziyada sochne ki baat hai ke jab Islam mein yeh kaha gaya ke Rasool Allah model hain Sahaba model hain to yeh kis mani mein kaha gaya?</w:t>
      </w:r>
      <w:r>
        <w:br/>
      </w:r>
      <w:r>
        <w:rPr>
          <w:sz w:val="20"/>
        </w:rPr>
        <w:t>37:14  is mani mein nahi ke bas masjid mein jo namaz tum parhtay ho us mein model hain woh. wahan par salo kama raiyat mini asli ka tareeqa ikhtiyar karo.</w:t>
      </w:r>
      <w:r>
        <w:br/>
      </w:r>
      <w:r>
        <w:rPr>
          <w:sz w:val="20"/>
        </w:rPr>
        <w:t>37:27  yani Rasool Allah jaisay namaz parhtay thay ویسے namaz parho. Sahaba jaisay namaz parhtay thay ویسے tum bhi namaz parho. yani namaz ke form ko follow karna.</w:t>
      </w:r>
    </w:p>
    <w:p>
      <w:pPr>
        <w:pStyle w:val="Heading2"/>
      </w:pPr>
      <w:r>
        <w:t>Achievable vs unachievable goals: the root of all frustration</w:t>
      </w:r>
    </w:p>
    <w:p>
      <w:r>
        <w:rPr>
          <w:color w:val="666666"/>
          <w:sz w:val="18"/>
        </w:rPr>
        <w:t>Hadith-e-Jibril, April 21, 2013 · 5m 36s · at 1:02:55 · https://youtu.be/0rF6Ou0pDog?t=3775</w:t>
      </w:r>
    </w:p>
    <w:p>
      <w:r>
        <w:rPr>
          <w:i/>
        </w:rPr>
        <w:t>“دنیا میں دو قسم کے goal ہوتے ہیں”</w:t>
      </w:r>
    </w:p>
    <w:p>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Ignore provocation, live unilaterally</w:t>
      </w:r>
    </w:p>
    <w:p>
      <w:r>
        <w:rPr>
          <w:color w:val="666666"/>
          <w:sz w:val="18"/>
        </w:rPr>
        <w:t>Art of War and Islam · 2m 28s · at 4:57 · https://youtu.be/LvYP_pf17S0?t=297</w:t>
      </w:r>
    </w:p>
    <w:p>
      <w:r>
        <w:rPr>
          <w:i/>
        </w:rPr>
        <w:t>“Once a man came to the Prophet of Islam”</w:t>
      </w:r>
    </w:p>
    <w:p>
      <w:r>
        <w:rPr>
          <w:sz w:val="20"/>
        </w:rPr>
        <w:t>4:57  Once a man came to the Prophet of Islam, he said, "O Prophet, give me a master advice by which I may be able to address, I may be able to manage all the affairs of my life." The Prophet said,</w:t>
      </w:r>
      <w:r>
        <w:br/>
      </w:r>
      <w:r>
        <w:rPr>
          <w:sz w:val="20"/>
        </w:rPr>
        <w:t>5:18  "La tağzab." Don't be angry.</w:t>
      </w:r>
      <w:r>
        <w:br/>
      </w:r>
      <w:r>
        <w:rPr>
          <w:sz w:val="20"/>
        </w:rPr>
        <w:t>5:24  Now you know that</w:t>
      </w:r>
      <w:r>
        <w:br/>
      </w:r>
      <w:r>
        <w:rPr>
          <w:sz w:val="20"/>
        </w:rPr>
        <w:t>5:33  anger is not a normal phenomenon. Anger is the outcome of an abnormal situation.</w:t>
      </w:r>
      <w:r>
        <w:br/>
      </w:r>
      <w:r>
        <w:rPr>
          <w:sz w:val="20"/>
        </w:rPr>
        <w:t>5:47  What is anger?</w:t>
      </w:r>
      <w:r>
        <w:br/>
      </w:r>
      <w:r>
        <w:rPr>
          <w:sz w:val="20"/>
        </w:rPr>
        <w:t>5:49  When you face some unwanted situation, when one hits your ego, when one</w:t>
      </w:r>
      <w:r>
        <w:br/>
      </w:r>
      <w:r>
        <w:rPr>
          <w:sz w:val="20"/>
        </w:rPr>
        <w:t>6:07  provokes you, then you become angry.</w:t>
      </w:r>
      <w:r>
        <w:br/>
      </w:r>
      <w:r>
        <w:rPr>
          <w:sz w:val="20"/>
        </w:rPr>
        <w:t>6:13  So when the Prophet said that "La tağzab, don't be angry," it means that it means that</w:t>
      </w:r>
      <w:r>
        <w:br/>
      </w:r>
      <w:r>
        <w:rPr>
          <w:sz w:val="20"/>
        </w:rPr>
        <w:t>6:27  don't be angry even when provoked.</w:t>
      </w:r>
      <w:r>
        <w:br/>
      </w:r>
      <w:r>
        <w:rPr>
          <w:sz w:val="20"/>
        </w:rPr>
        <w:t>6:32  So the formula of life is that</w:t>
      </w:r>
      <w:r>
        <w:br/>
      </w:r>
      <w:r>
        <w:rPr>
          <w:sz w:val="20"/>
        </w:rPr>
        <w:t>6:38  ignore provocation and</w:t>
      </w:r>
      <w:r>
        <w:br/>
      </w:r>
      <w:r>
        <w:rPr>
          <w:sz w:val="20"/>
        </w:rPr>
        <w:t>6:46  try to live</w:t>
      </w:r>
      <w:r>
        <w:br/>
      </w:r>
      <w:r>
        <w:rPr>
          <w:sz w:val="20"/>
        </w:rPr>
        <w:t>6:48  a positive life</w:t>
      </w:r>
      <w:r>
        <w:br/>
      </w:r>
      <w:r>
        <w:rPr>
          <w:sz w:val="20"/>
        </w:rPr>
        <w:t>6:51  on a unilateral basis.</w:t>
      </w:r>
      <w:r>
        <w:br/>
      </w:r>
      <w:r>
        <w:rPr>
          <w:sz w:val="20"/>
        </w:rPr>
        <w:t>6:59  Ignore provocation and live a life of</w:t>
      </w:r>
      <w:r>
        <w:br/>
      </w:r>
      <w:r>
        <w:rPr>
          <w:sz w:val="20"/>
        </w:rPr>
        <w:t>7:09  ignore</w:t>
      </w:r>
      <w:r>
        <w:br/>
      </w:r>
      <w:r>
        <w:rPr>
          <w:sz w:val="20"/>
        </w:rPr>
        <w:t>7:13  provocation and adopt positive behavior on a unilateral basis.</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Correcting the myth that Muslims are 'God's caliphs'</w:t>
      </w:r>
    </w:p>
    <w:p>
      <w:r>
        <w:rPr>
          <w:color w:val="666666"/>
          <w:sz w:val="18"/>
        </w:rPr>
        <w:t>Lessons from Bombay Nov 30, 2008 · 5m 25s · at 16:09 · https://youtu.be/LiDznEqzaRI?t=969</w:t>
      </w:r>
    </w:p>
    <w:p>
      <w:r>
        <w:rPr>
          <w:i/>
        </w:rPr>
        <w:t>“Har jagah kya dikhaya sikhaya jata hai? Fakhr, khalifa hum hain.”</w:t>
      </w:r>
    </w:p>
    <w:p>
      <w:r>
        <w:rPr>
          <w:sz w:val="20"/>
        </w:rPr>
        <w:t>16:09  mein keh sakta hoon ke har jagah, har jagah, har jagah kya dikhaya sikhaya jata hai? fakhr, khalifa hum hain.</w:t>
      </w:r>
      <w:r>
        <w:br/>
      </w:r>
      <w:r>
        <w:rPr>
          <w:sz w:val="20"/>
        </w:rPr>
        <w:t>16:19  ek martaba meri mulaqat hui ek ek ek sheikh se, to unhone kaha ke sab se pyas wale hain ke "man nahnu?</w:t>
      </w:r>
      <w:r>
        <w:br/>
      </w:r>
      <w:r>
        <w:rPr>
          <w:sz w:val="20"/>
        </w:rPr>
        <w:t>16:29  man nahnu? hum kaun hain?</w:t>
      </w:r>
      <w:r>
        <w:br/>
      </w:r>
      <w:r>
        <w:rPr>
          <w:sz w:val="20"/>
        </w:rPr>
        <w:t>16:35  man nahnu? hum kaun hain?" mere apne identity ko establish karna. to un ka manna kya tha? "man nahnu?" ka ka jawab hai nahnu khulafa Allah fil ardh</w:t>
      </w:r>
      <w:r>
        <w:br/>
      </w:r>
      <w:r>
        <w:rPr>
          <w:sz w:val="20"/>
        </w:rPr>
        <w:t>16:48  hum zameen par khuda ke khalifa hain, kyunke "ani jal fi al ardh" khalifa se nikal rakha hai in logon ne. yani saare musalman jis soch mein jee rahe hain, woh yeh hai ke hum dunya mein khuda ke khalifa hain, khuda ke vicegerent hain.</w:t>
      </w:r>
      <w:r>
        <w:br/>
      </w:r>
      <w:r>
        <w:rPr>
          <w:sz w:val="20"/>
        </w:rPr>
        <w:t>17:04  hum khuda ki taraf se hamein ek mila hai yeh kaam ke khudaye qanoon ko dunya par nafiz karein. nahnu khulafa Allah fil ardh ab maine kaha ke dekhiye, yeh to kahin likha nahi hai,</w:t>
      </w:r>
      <w:r>
        <w:br/>
      </w:r>
      <w:r>
        <w:rPr>
          <w:sz w:val="20"/>
        </w:rPr>
        <w:t>17:18  na quran mein, na hadith mein. is ka ulta likha hua hai. bukhari ki riwayat hai ke antum shuhada Allah fil ardh do alfaaz aaye hain bukhari mein.</w:t>
      </w:r>
      <w:r>
        <w:br/>
      </w:r>
      <w:r>
        <w:rPr>
          <w:sz w:val="20"/>
        </w:rPr>
        <w:t>17:32  ek jagah hai ke antum shuhada Allah fil ardh doosri jagah hai ke al musalmoon shuhada Allah fil ardh yani musalman zameen mein khuda ke gawah hain, witness hain.</w:t>
      </w:r>
      <w:r>
        <w:br/>
      </w:r>
      <w:r>
        <w:rPr>
          <w:sz w:val="20"/>
        </w:rPr>
        <w:t>17:46  yani khuda ke message ko phailana kaisi ajeeb baat hai ke muslim ki identity jo batai gayi hai quran mein aur hadith mein, quran mein bhi yahi baat hai.</w:t>
      </w:r>
      <w:r>
        <w:br/>
      </w:r>
      <w:r>
        <w:rPr>
          <w:sz w:val="20"/>
        </w:rPr>
        <w:t>18:00  wakazalika jaalnakum wasatan litakoono shuhada ala al nas to musalman ki identity kya hai? shahadat dena, dawat dena.</w:t>
      </w:r>
      <w:r>
        <w:br/>
      </w:r>
      <w:r>
        <w:rPr>
          <w:sz w:val="20"/>
        </w:rPr>
        <w:t>18:12  shahadat ke maani dawat,</w:t>
      </w:r>
      <w:r>
        <w:br/>
      </w:r>
      <w:r>
        <w:rPr>
          <w:sz w:val="20"/>
        </w:rPr>
        <w:t>18:18  woh kisi ki nazar nahi aata. apne ko khalifa bana rakha hai, yani self self appointed khalifa hain, self appointed vicegerent hain khuda ke.</w:t>
      </w:r>
      <w:r>
        <w:br/>
      </w:r>
      <w:r>
        <w:rPr>
          <w:sz w:val="20"/>
        </w:rPr>
        <w:t>18:33  aur hamein dunya mein khuda ka qanoon nafiz karna hai. kahan likha hua hai? dekhein, beshumar kitabein isi par, isi par jamaatein badi badi banai gayi.</w:t>
      </w:r>
      <w:r>
        <w:br/>
      </w:r>
      <w:r>
        <w:rPr>
          <w:sz w:val="20"/>
        </w:rPr>
        <w:t>18:45  arab arab arab world mein al-ikhwan al-muslimeen indian subcontinent mein jamaat-e-islami isi isi fikr par khari hui hai aur sari dunya mein literature phaila rahi hai.</w:t>
      </w:r>
      <w:r>
        <w:br/>
      </w:r>
      <w:r>
        <w:rPr>
          <w:sz w:val="20"/>
        </w:rPr>
        <w:t>18:58  to yeh hai woh zehan jo diya gaya hai logon ko</w:t>
      </w:r>
      <w:r>
        <w:br/>
      </w:r>
      <w:r>
        <w:rPr>
          <w:sz w:val="20"/>
        </w:rPr>
        <w:t>19:02  ke hum afzal log, umam hain, hamara nabi sab se afzal hai, hum zameen mein khuda ke khaleefa hain aur hamara kaam kya hai?</w:t>
      </w:r>
      <w:r>
        <w:br/>
      </w:r>
      <w:r>
        <w:rPr>
          <w:sz w:val="20"/>
        </w:rPr>
        <w:t>19:12  ke political qabza kar ke zameen par khuda ke qanoon ko nafiz karna. Isi mein musalman conditioned ho gaye hain.</w:t>
      </w:r>
      <w:r>
        <w:br/>
      </w:r>
      <w:r>
        <w:rPr>
          <w:sz w:val="20"/>
        </w:rPr>
        <w:t>19:23  yahi baat har jagah boli ja rahi hai,</w:t>
      </w:r>
      <w:r>
        <w:br/>
      </w:r>
      <w:r>
        <w:rPr>
          <w:sz w:val="20"/>
        </w:rPr>
        <w:t>19:28  sab ke zehan mein chhaya hua hai ke nahnu khulafa' Allah fi al-ard ab jab is zamane mein aisa hua ke musalmanon ki hukumat chhin gayi,</w:t>
      </w:r>
      <w:r>
        <w:br/>
      </w:r>
      <w:r>
        <w:rPr>
          <w:sz w:val="20"/>
        </w:rPr>
        <w:t>19:41  Ottoman Empire khatam hui, Mughal Empire khatam hui, Fatimid Empire khatam hui aur Spanish Empire khatam hui, to bas is ko musalmanon ne liya kis silsile mein?</w:t>
      </w:r>
      <w:r>
        <w:br/>
      </w:r>
      <w:r>
        <w:rPr>
          <w:sz w:val="20"/>
        </w:rPr>
        <w:t>19:53  ke sab yeh sab jo hai zalim hain, yudharpar hain,</w:t>
      </w:r>
      <w:r>
        <w:br/>
      </w:r>
      <w:r>
        <w:rPr>
          <w:sz w:val="20"/>
        </w:rPr>
        <w:t>19:57  hamare haq chheen rahe hain.</w:t>
      </w:r>
      <w:r>
        <w:br/>
      </w:r>
      <w:r>
        <w:rPr>
          <w:sz w:val="20"/>
        </w:rPr>
        <w:t>20:02  is printed press ka jo zamana hai, is mein jo kitabein chhapi gayi hain, sari kitabein isi par hain, isi soch par hain.</w:t>
      </w:r>
      <w:r>
        <w:br/>
      </w:r>
      <w:r>
        <w:rPr>
          <w:sz w:val="20"/>
        </w:rPr>
        <w:t>20:12  koi ek kitab aap nahi bata sakte mujhe jis mein yeh kaha gaya ho ke bhai yeh jo hua, yeh to is ke tehat hua jo quran ka qanoon hai.</w:t>
      </w:r>
      <w:r>
        <w:br/>
      </w:r>
      <w:r>
        <w:rPr>
          <w:sz w:val="20"/>
        </w:rPr>
        <w:t>20:22  quran mein bataya gaya hai ke tilka al-ayyam nudawaluha bayn al-nas yani quran mein bataya gaya hai ke political power jo hai, woh test paper hai, jis tarah se maal test paper hai, aulad test paper hai,</w:t>
      </w:r>
      <w:r>
        <w:br/>
      </w:r>
      <w:r>
        <w:rPr>
          <w:sz w:val="20"/>
        </w:rPr>
        <w:t>20:39  jaidad test paper hai,</w:t>
      </w:r>
      <w:r>
        <w:br/>
      </w:r>
      <w:r>
        <w:rPr>
          <w:sz w:val="20"/>
        </w:rPr>
        <w:t>20:42  har cheez test paper hai. Yahan tak ke aap ko agar khuda ne intelligent banaya to woh bhi test paper hai. Isi tarah se political power bhi test paper hai.</w:t>
      </w:r>
      <w:r>
        <w:br/>
      </w:r>
      <w:r>
        <w:rPr>
          <w:sz w:val="20"/>
        </w:rPr>
        <w:t>20:53  to test paper jo hai, kisi ek ki monopoly nahi hai, monopoly nahi ho sakti hai. Woh khuda ko har ek ka test lena hai, to kabhi in ko test par layega, kabhi in ko test par layega.</w:t>
      </w:r>
      <w:r>
        <w:br/>
      </w:r>
      <w:r>
        <w:rPr>
          <w:sz w:val="20"/>
        </w:rPr>
        <w:t>21:07  jaise India mein aap dekhiye, pehle raja log the, un ke paas political power tha, woh test par the. Phir Mughal aaye, woh test par aa gaye.</w:t>
      </w:r>
      <w:r>
        <w:br/>
      </w:r>
      <w:r>
        <w:rPr>
          <w:sz w:val="20"/>
        </w:rPr>
        <w:t>21:17  Mughalon ke baad Britishers aaye, woh test par aa gaye. Phir Indian parties aayin, woh test par aa gayin. Yeh sab jo hai, ek test paper jo hai, sab ke darmiyan jayega.</w:t>
      </w:r>
      <w:r>
        <w:br/>
      </w:r>
      <w:r>
        <w:rPr>
          <w:sz w:val="20"/>
        </w:rPr>
        <w:t>21:28  kisi ek ki monopoly nahi ho sakti hai is ki. Wa tilka al-ayyam nudawaluha bayn al-nas</w:t>
      </w:r>
    </w:p>
    <w:p>
      <w:pPr>
        <w:pStyle w:val="Heading2"/>
      </w:pPr>
      <w:r>
        <w:t>Doomsday knocking with volcano signs</w:t>
      </w:r>
    </w:p>
    <w:p>
      <w:r>
        <w:rPr>
          <w:color w:val="666666"/>
          <w:sz w:val="18"/>
        </w:rPr>
        <w:t>Doomsday Knocking at the Door April 18, 2010 Maulana Wahiduddin Khan · 3m 23s · at 0:38 · https://youtu.be/-kau2ZHfsXc?t=38</w:t>
      </w:r>
    </w:p>
    <w:p>
      <w:r>
        <w:rPr>
          <w:i/>
        </w:rPr>
        <w:t>“Aaj ka jo topic hai woh hai Doomsday Knocking at the Door”</w:t>
      </w:r>
    </w:p>
    <w:p>
      <w:r>
        <w:rPr>
          <w:sz w:val="20"/>
        </w:rPr>
        <w:t>0:38  aaj ka jo topic hai woh hai "Doomsday Knocking at the Door".</w:t>
      </w:r>
      <w:r>
        <w:br/>
      </w:r>
      <w:r>
        <w:rPr>
          <w:sz w:val="20"/>
        </w:rPr>
        <w:t>0:50  zahair hai ke yeh koi good news nahi hai.</w:t>
      </w:r>
      <w:r>
        <w:br/>
      </w:r>
      <w:r>
        <w:rPr>
          <w:sz w:val="20"/>
        </w:rPr>
        <w:t>0:56  bohat ziyada sochne wali baat hai.</w:t>
      </w:r>
      <w:r>
        <w:br/>
      </w:r>
      <w:r>
        <w:rPr>
          <w:sz w:val="20"/>
        </w:rPr>
        <w:t>1:02  aap sab log jante hain ke kai din se barabar media mein yeh khabrein aa rahi hain</w:t>
      </w:r>
      <w:r>
        <w:br/>
      </w:r>
      <w:r>
        <w:rPr>
          <w:sz w:val="20"/>
        </w:rPr>
        <w:t>1:12  ke Iceland mein aik glacier phat gaya aur is ke andar se</w:t>
      </w:r>
      <w:r>
        <w:br/>
      </w:r>
      <w:r>
        <w:rPr>
          <w:sz w:val="20"/>
        </w:rPr>
        <w:t>1:21  volcanic ashes bahar nikli aur sari fiza mein phail gayin. Poora Europe taqreeban dhak gaya is mein.</w:t>
      </w:r>
      <w:r>
        <w:br/>
      </w:r>
      <w:r>
        <w:rPr>
          <w:sz w:val="20"/>
        </w:rPr>
        <w:t>1:36  natija kya hai?</w:t>
      </w:r>
      <w:r>
        <w:br/>
      </w:r>
      <w:r>
        <w:rPr>
          <w:sz w:val="20"/>
        </w:rPr>
        <w:t>1:41  Europe mein har din 28,000 flight operate karti hain.</w:t>
      </w:r>
      <w:r>
        <w:br/>
      </w:r>
      <w:r>
        <w:rPr>
          <w:sz w:val="20"/>
        </w:rPr>
        <w:t>1:52  Paris se, London se aur baray baray shehron se. In mein se sirf aath hazar flight operate kar rahi hain is waqt.</w:t>
      </w:r>
      <w:r>
        <w:br/>
      </w:r>
      <w:r>
        <w:rPr>
          <w:sz w:val="20"/>
        </w:rPr>
        <w:t>2:03  sab ki sab band pari hain. Is ki wajah se jahaz ki companiyon ko 200 million dollar per day ka nuqsan ho raha hai.</w:t>
      </w:r>
      <w:r>
        <w:br/>
      </w:r>
      <w:r>
        <w:rPr>
          <w:sz w:val="20"/>
        </w:rPr>
        <w:t>2:19  yeh to sirf aik baat hai. Sari zindagi wahan paralyze ho rahi hai. Business thap ho raha hai. Tourism khatam ho raha hai.</w:t>
      </w:r>
      <w:r>
        <w:br/>
      </w:r>
      <w:r>
        <w:rPr>
          <w:sz w:val="20"/>
        </w:rPr>
        <w:t>2:31  yeh baat wahan ho rahi hai jahan jo modern development ka jo center samjha jata tha.</w:t>
      </w:r>
      <w:r>
        <w:br/>
      </w:r>
      <w:r>
        <w:rPr>
          <w:sz w:val="20"/>
        </w:rPr>
        <w:t>2:43  aik bar mein jahaz mein safar kar raha tha to aik aadmi jo jahaz ke first class mein tha, baray fakhr ke sath us ne kaha tha ke jahaz kya hai?</w:t>
      </w:r>
      <w:r>
        <w:br/>
      </w:r>
      <w:r>
        <w:rPr>
          <w:sz w:val="20"/>
        </w:rPr>
        <w:t>2:57  yeh flying palace hai. Flying palace matlab hamari development, hamari taraqqi ne hum ko yahan tak pohanchaya hai ke hum urte hue mahallon mein safar karein.</w:t>
      </w:r>
      <w:r>
        <w:br/>
      </w:r>
      <w:r>
        <w:rPr>
          <w:sz w:val="20"/>
        </w:rPr>
        <w:t>3:15  flying palace. aaj flying palace sab ground kar diye gaye hain.</w:t>
      </w:r>
      <w:r>
        <w:br/>
      </w:r>
      <w:r>
        <w:rPr>
          <w:sz w:val="20"/>
        </w:rPr>
        <w:t>3:25  kyunke jo raakh urr rahi hai, woh raakh bohat hi dangerous hai jahaz ke liye. ek to visibility nahi hai upar.</w:t>
      </w:r>
      <w:r>
        <w:br/>
      </w:r>
      <w:r>
        <w:rPr>
          <w:sz w:val="20"/>
        </w:rPr>
        <w:t>3:35  iske ilawa is mein woh raakh khali dhuwan nahi hai. is mein bohat sari cheezein mili hui hain. maslan sheesha hai aur doosri cheezein.</w:t>
      </w:r>
      <w:r>
        <w:br/>
      </w:r>
      <w:r>
        <w:rPr>
          <w:sz w:val="20"/>
        </w:rPr>
        <w:t>3:44  toh dar hai ke engine mein woh ja kar ke engine ko paralyze kar degi. airporton par bheed ki bheed lagi hui hai kyunke woh ja nahi paa rahe hain.</w:t>
      </w:r>
    </w:p>
    <w:p>
      <w:pPr>
        <w:pStyle w:val="Heading2"/>
      </w:pPr>
      <w:r>
        <w:t>Prophet Yunus, the fish, and never losing hope</w:t>
      </w:r>
    </w:p>
    <w:p>
      <w:r>
        <w:rPr>
          <w:color w:val="666666"/>
          <w:sz w:val="18"/>
        </w:rPr>
        <w:t>A Brief Survey of Islamic History (Eng) February 15, 2007 · 5m 04s · at 15:44 · https://youtu.be/MdRtdA99UlA?t=944</w:t>
      </w:r>
    </w:p>
    <w:p>
      <w:r>
        <w:rPr>
          <w:i/>
        </w:rPr>
        <w:t>“Yunus was sent to Nineveh, a city in present Iraq.”</w:t>
      </w:r>
    </w:p>
    <w:p>
      <w:r>
        <w:rPr>
          <w:sz w:val="20"/>
        </w:rPr>
        <w:t>15:44  You know Yunus was sent to Nineveh. Nineveh was a city in in the present Iraq</w:t>
      </w:r>
      <w:r>
        <w:br/>
      </w:r>
      <w:r>
        <w:rPr>
          <w:sz w:val="20"/>
        </w:rPr>
        <w:t>15:57  . So, Yunus was sent as a prophet to those people who were living in Nineveh.</w:t>
      </w:r>
      <w:r>
        <w:br/>
      </w:r>
      <w:r>
        <w:rPr>
          <w:sz w:val="20"/>
        </w:rPr>
        <w:t>16:09  Then what happened?</w:t>
      </w:r>
      <w:r>
        <w:br/>
      </w:r>
      <w:r>
        <w:rPr>
          <w:sz w:val="20"/>
        </w:rPr>
        <w:t>16:12  Prophet Yunus gave the message of God.</w:t>
      </w:r>
      <w:r>
        <w:br/>
      </w:r>
      <w:r>
        <w:rPr>
          <w:sz w:val="20"/>
        </w:rPr>
        <w:t>16:23  And but after some time, he decided that they are not giving a positive response.</w:t>
      </w:r>
      <w:r>
        <w:br/>
      </w:r>
      <w:r>
        <w:rPr>
          <w:sz w:val="20"/>
        </w:rPr>
        <w:t>16:35  So, he became</w:t>
      </w:r>
      <w:r>
        <w:br/>
      </w:r>
      <w:r>
        <w:rPr>
          <w:sz w:val="20"/>
        </w:rPr>
        <w:t>16:39  disappointed.</w:t>
      </w:r>
      <w:r>
        <w:br/>
      </w:r>
      <w:r>
        <w:rPr>
          <w:sz w:val="20"/>
        </w:rPr>
        <w:t>16:44  So, due to this disappointment, he left Nineveh and wanted to go somewhere else.</w:t>
      </w:r>
      <w:r>
        <w:br/>
      </w:r>
      <w:r>
        <w:rPr>
          <w:sz w:val="20"/>
        </w:rPr>
        <w:t>16:58  But what happened?</w:t>
      </w:r>
      <w:r>
        <w:br/>
      </w:r>
      <w:r>
        <w:rPr>
          <w:sz w:val="20"/>
        </w:rPr>
        <w:t>17:01  When he reached the coast of the sea and boarded a boat—so, during the travel in the sea, there was a storm.</w:t>
      </w:r>
      <w:r>
        <w:br/>
      </w:r>
      <w:r>
        <w:rPr>
          <w:sz w:val="20"/>
        </w:rPr>
        <w:t>17:18  So, according to the ancient tradition, people wanted to throw someone</w:t>
      </w:r>
      <w:r>
        <w:br/>
      </w:r>
      <w:r>
        <w:rPr>
          <w:sz w:val="20"/>
        </w:rPr>
        <w:t>17:34  only to make the boat lighter.</w:t>
      </w:r>
      <w:r>
        <w:br/>
      </w:r>
      <w:r>
        <w:rPr>
          <w:sz w:val="20"/>
        </w:rPr>
        <w:t>17:39  So, they decided to throw Yunus. And Yunus was thrown into the sea.</w:t>
      </w:r>
      <w:r>
        <w:br/>
      </w:r>
      <w:r>
        <w:rPr>
          <w:sz w:val="20"/>
        </w:rPr>
        <w:t>17:50  Then what happened?</w:t>
      </w:r>
      <w:r>
        <w:br/>
      </w:r>
      <w:r>
        <w:rPr>
          <w:sz w:val="20"/>
        </w:rPr>
        <w:t>17:53  According to the Qur'an and also according to the Bible, some big fish swallowed him.</w:t>
      </w:r>
      <w:r>
        <w:br/>
      </w:r>
      <w:r>
        <w:rPr>
          <w:sz w:val="20"/>
        </w:rPr>
        <w:t>18:04  And he compelled to live in the stomach of that fish, perhaps up to forty days.</w:t>
      </w:r>
      <w:r>
        <w:br/>
      </w:r>
      <w:r>
        <w:rPr>
          <w:sz w:val="20"/>
        </w:rPr>
        <w:t>18:17  Then he,</w:t>
      </w:r>
      <w:r>
        <w:br/>
      </w:r>
      <w:r>
        <w:rPr>
          <w:sz w:val="20"/>
        </w:rPr>
        <w:t>18:27  after introspection, found that he was guilty. So, he was repentant.</w:t>
      </w:r>
      <w:r>
        <w:br/>
      </w:r>
      <w:r>
        <w:rPr>
          <w:sz w:val="20"/>
        </w:rPr>
        <w:t>18:37  After this repentance, God accepted his tawbah or repentance. And that fish again threw him on the coast.</w:t>
      </w:r>
      <w:r>
        <w:br/>
      </w:r>
      <w:r>
        <w:rPr>
          <w:sz w:val="20"/>
        </w:rPr>
        <w:t>18:52  So, then</w:t>
      </w:r>
      <w:r>
        <w:br/>
      </w:r>
      <w:r>
        <w:rPr>
          <w:sz w:val="20"/>
        </w:rPr>
        <w:t>18:56  an angel came to him and said that you were guilty.</w:t>
      </w:r>
      <w:r>
        <w:br/>
      </w:r>
      <w:r>
        <w:rPr>
          <w:sz w:val="20"/>
        </w:rPr>
        <w:t>19:05  You left</w:t>
      </w:r>
      <w:r>
        <w:br/>
      </w:r>
      <w:r>
        <w:rPr>
          <w:sz w:val="20"/>
        </w:rPr>
        <w:t>19:11  Nineveh without completing your da'wah work. So, you must go to Nineveh again.</w:t>
      </w:r>
      <w:r>
        <w:br/>
      </w:r>
      <w:r>
        <w:rPr>
          <w:sz w:val="20"/>
        </w:rPr>
        <w:t>19:21  He again visited Nineveh. And again, he was engaged in da'wah work.</w:t>
      </w:r>
      <w:r>
        <w:br/>
      </w:r>
      <w:r>
        <w:rPr>
          <w:sz w:val="20"/>
        </w:rPr>
        <w:t>19:32  And all the Nineveh people accepted Islam. So, this example is very important.</w:t>
      </w:r>
      <w:r>
        <w:br/>
      </w:r>
      <w:r>
        <w:rPr>
          <w:sz w:val="20"/>
        </w:rPr>
        <w:t>19:42  Very, very important.</w:t>
      </w:r>
      <w:r>
        <w:br/>
      </w:r>
      <w:r>
        <w:rPr>
          <w:sz w:val="20"/>
        </w:rPr>
        <w:t>19:44  This example tells us—this example tells us that we are not allowed to go in frustration, in disappointment.</w:t>
      </w:r>
      <w:r>
        <w:br/>
      </w:r>
      <w:r>
        <w:rPr>
          <w:sz w:val="20"/>
        </w:rPr>
        <w:t>19:59  Da'wah work is a continuous work. There is no end of da'wah work.</w:t>
      </w:r>
      <w:r>
        <w:br/>
      </w:r>
      <w:r>
        <w:rPr>
          <w:sz w:val="20"/>
        </w:rPr>
        <w:t>20:05  We have to do da'wah work continuously. And we must be hopeful.</w:t>
      </w:r>
      <w:r>
        <w:br/>
      </w:r>
      <w:r>
        <w:rPr>
          <w:sz w:val="20"/>
        </w:rPr>
        <w:t>20:20  And we have to hope that after some time—maybe after some months or after some years—they will accept your message.</w:t>
      </w:r>
      <w:r>
        <w:br/>
      </w:r>
      <w:r>
        <w:rPr>
          <w:sz w:val="20"/>
        </w:rPr>
        <w:t>20:33  So, there is a great lesson in the life of Prophet Yunus. That is, we have to—that da'wahi must be hopeful for every time.</w:t>
      </w:r>
    </w:p>
    <w:p>
      <w:pPr>
        <w:pStyle w:val="Heading2"/>
      </w:pPr>
      <w:r>
        <w:t>Personal gratitude collides with a grim newspaper headline</w:t>
      </w:r>
    </w:p>
    <w:p>
      <w:r>
        <w:rPr>
          <w:color w:val="666666"/>
          <w:sz w:val="18"/>
        </w:rPr>
        <w:t>Between Hell and Paradise January 27, 2013 · 2m 32s · at 22:43 · https://youtu.be/0IItFxGXPQ4?t=1363</w:t>
      </w:r>
    </w:p>
    <w:p>
      <w:r>
        <w:rPr>
          <w:i/>
        </w:rPr>
        <w:t>“Jab akhbar uthaya to usme kya tha”</w:t>
      </w:r>
    </w:p>
    <w:p>
      <w:r>
        <w:rPr>
          <w:sz w:val="20"/>
        </w:rPr>
        <w:t>22:43  is ke baad jab akhbar uthaya to is mein kya tha? yeh aaj ka paper hai, aaj ka paper.</w:t>
      </w:r>
      <w:r>
        <w:br/>
      </w:r>
      <w:r>
        <w:rPr>
          <w:sz w:val="20"/>
        </w:rPr>
        <w:t>22:51  aaj ka paper hai yeh. kya news is mein hai? is mein news hai ke 28 dead in Egypt clashes.</w:t>
      </w:r>
      <w:r>
        <w:br/>
      </w:r>
      <w:r>
        <w:rPr>
          <w:sz w:val="20"/>
        </w:rPr>
        <w:t>23:06  28 dead in Egypt clashes. yani Misr mein khud Misriyon mein aapas mein takrao hua, khud Musalmanon mein aapas mein takrao hua.</w:t>
      </w:r>
      <w:r>
        <w:br/>
      </w:r>
      <w:r>
        <w:rPr>
          <w:sz w:val="20"/>
        </w:rPr>
        <w:t>23:20  aur is mein 28 mar gaye.</w:t>
      </w:r>
      <w:r>
        <w:br/>
      </w:r>
      <w:r>
        <w:rPr>
          <w:sz w:val="20"/>
        </w:rPr>
        <w:t>23:25  ab is ke baad is mein bataya gaya hai, aap dekh rahe hain is mein aik aik tasweer hai, aik jaloos ki. woh tasweer mein kya hai?</w:t>
      </w:r>
      <w:r>
        <w:br/>
      </w:r>
      <w:r>
        <w:rPr>
          <w:sz w:val="20"/>
        </w:rPr>
        <w:t>23:34  woh banner uthaye hue hain. woh banner mein bohat si tasweerein lagi hui hain. aur neeche likha hua "la ninsakum".</w:t>
      </w:r>
      <w:r>
        <w:br/>
      </w:r>
      <w:r>
        <w:rPr>
          <w:sz w:val="20"/>
        </w:rPr>
        <w:t>23:45  pichhle saal jab husni mubarak ka aik daur khatam hua tha to bari dhoom thi misr mein, bari dhoom thi.</w:t>
      </w:r>
      <w:r>
        <w:br/>
      </w:r>
      <w:r>
        <w:rPr>
          <w:sz w:val="20"/>
        </w:rPr>
        <w:t>23:57  is zamane mein clish bhi ho gaya aur aur 70 aadmi mar gaye. to is ki yaad banane ke liye aaj salgirah thi, is ke baad manane ke liye jaloos nikla.</w:t>
      </w:r>
      <w:r>
        <w:br/>
      </w:r>
      <w:r>
        <w:rPr>
          <w:sz w:val="20"/>
        </w:rPr>
        <w:t>24:11  un logon ki tasweerein hain jo pichhle saal mare the, 70 aadmi. aur is mein neeche likha hua "la ninsakum". hum tum ko hargiz nahi bhulenge.</w:t>
      </w:r>
      <w:r>
        <w:br/>
      </w:r>
      <w:r>
        <w:rPr>
          <w:sz w:val="20"/>
        </w:rPr>
        <w:t>24:22  hum tum ko hargiz nahi bhulenge. aur phir jante hain kya hua? dobara clish hua. abhi to first report mein 28 aaye hain.</w:t>
      </w:r>
      <w:r>
        <w:br/>
      </w:r>
      <w:r>
        <w:rPr>
          <w:sz w:val="20"/>
        </w:rPr>
        <w:t>24:32  abhi ya kal parson jo report aayi, kyunke injury to bohat sari hoti hai. yeh tadad kahan tak pahunch jaye? hota hai dobara 70 aadmi mar jayein.</w:t>
      </w:r>
      <w:r>
        <w:br/>
      </w:r>
      <w:r>
        <w:rPr>
          <w:sz w:val="20"/>
        </w:rPr>
        <w:t>24:43  to maine socha ke dekhiye, main bhi aik insaan hoon. main to shukr mein sarsar tha bilkul.</w:t>
      </w:r>
      <w:r>
        <w:br/>
      </w:r>
      <w:r>
        <w:rPr>
          <w:sz w:val="20"/>
        </w:rPr>
        <w:t>24:53  aur akhbar news de raha hai nashukri ki.</w:t>
      </w:r>
      <w:r>
        <w:br/>
      </w:r>
      <w:r>
        <w:rPr>
          <w:sz w:val="20"/>
        </w:rPr>
        <w:t>24:59  to yahi farq hai, un logon ne focus kar rakha hai is cheez par jo nahi mila. aur Allah ke fazl se maine focus kar rakha tha is par jo mujh ko mila.</w:t>
      </w:r>
    </w:p>
    <w:p>
      <w:pPr>
        <w:pStyle w:val="Heading2"/>
      </w:pPr>
      <w:r>
        <w:t>A grateful morning contrasted with Egypt's violent news</w:t>
      </w:r>
    </w:p>
    <w:p>
      <w:r>
        <w:rPr>
          <w:color w:val="666666"/>
          <w:sz w:val="18"/>
        </w:rPr>
        <w:t>Between Hell and Paradise January 27, 2013 Maulana Wahiduddin Khan · 5m 23s · at 20:55 · https://youtu.be/kYx7-0xQpXA?t=1255</w:t>
      </w:r>
    </w:p>
    <w:p>
      <w:r>
        <w:rPr>
          <w:i/>
        </w:rPr>
        <w:t>“Aaj ka ek waqia main aapko batata hoon”</w:t>
      </w:r>
    </w:p>
    <w:p>
      <w:r>
        <w:rPr>
          <w:sz w:val="20"/>
        </w:rPr>
        <w:t>20:55  ab aaj ka qissa mein batata hoon aap ko. aaj kya hua? aaj ka jo tajruba batata hoon aap ko, tajruba. kal shaam ko mein bohat thaka hua tha.</w:t>
      </w:r>
      <w:r>
        <w:br/>
      </w:r>
      <w:r>
        <w:rPr>
          <w:sz w:val="20"/>
        </w:rPr>
        <w:t>21:09  kyun ke din ko mein sota nahi hoon. to isha ki namaz ke baad bistar par gaya. to wahan par gadhe ka bistar tha, lihaf tha, odh ke so gaya.</w:t>
      </w:r>
      <w:r>
        <w:br/>
      </w:r>
      <w:r>
        <w:rPr>
          <w:sz w:val="20"/>
        </w:rPr>
        <w:t>21:23  acchi neend aayi.</w:t>
      </w:r>
      <w:r>
        <w:br/>
      </w:r>
      <w:r>
        <w:rPr>
          <w:sz w:val="20"/>
        </w:rPr>
        <w:t>21:26  raat bhar sota raha. phir subah ko utha to ghusal karna tha.</w:t>
      </w:r>
      <w:r>
        <w:br/>
      </w:r>
      <w:r>
        <w:rPr>
          <w:sz w:val="20"/>
        </w:rPr>
        <w:t>21:35  bathroom mein gaya, aap jaante hain ke thandak ka mausam yeh hai. to wahan par maine ek switch dabaya aur geyser chalne laga.</w:t>
      </w:r>
      <w:r>
        <w:br/>
      </w:r>
      <w:r>
        <w:rPr>
          <w:sz w:val="20"/>
        </w:rPr>
        <w:t>21:45  gezer mein pani garam hone laga. idhar tip ghumaaya to pani aa raha hai is mein.</w:t>
      </w:r>
      <w:r>
        <w:br/>
      </w:r>
      <w:r>
        <w:rPr>
          <w:sz w:val="20"/>
        </w:rPr>
        <w:t>21:54  to kuch der ke baad jab pani garam ho gaya to maine ghusal kiya. garam pani se. toliye se haath badal posha.</w:t>
      </w:r>
      <w:r>
        <w:br/>
      </w:r>
      <w:r>
        <w:rPr>
          <w:sz w:val="20"/>
        </w:rPr>
        <w:t>22:06  phir bahar aaya kamre mein to wahan par hair dryer rakha hua tha. hair dryer se baal sukhaye.</w:t>
      </w:r>
      <w:r>
        <w:br/>
      </w:r>
      <w:r>
        <w:rPr>
          <w:sz w:val="20"/>
        </w:rPr>
        <w:t>22:17  kapde badle.</w:t>
      </w:r>
      <w:r>
        <w:br/>
      </w:r>
      <w:r>
        <w:rPr>
          <w:sz w:val="20"/>
        </w:rPr>
        <w:t>22:19  phir bahar aaya to suraj nikal chuka tha. ab wahan suraj mein baith gaya main. do rak'at namaz padhi maine. Allah ka shukr ada karne ke liye.</w:t>
      </w:r>
      <w:r>
        <w:br/>
      </w:r>
      <w:r>
        <w:rPr>
          <w:sz w:val="20"/>
        </w:rPr>
        <w:t>22:33  to shukr mein main sarshaar tha ke itni saari nematein hain, itni saari nematein hain, itni saari nematein.</w:t>
      </w:r>
      <w:r>
        <w:br/>
      </w:r>
      <w:r>
        <w:rPr>
          <w:sz w:val="20"/>
        </w:rPr>
        <w:t>22:43  is ke baad jab akhbar uthaya to is mein kya tha? yeh aaj ka paper hai, aaj ka paper.</w:t>
      </w:r>
      <w:r>
        <w:br/>
      </w:r>
      <w:r>
        <w:rPr>
          <w:sz w:val="20"/>
        </w:rPr>
        <w:t>22:51  aaj ka paper hai yeh. kya news is mein hai? is mein news hai ke 28 dead in Egypt clashes.</w:t>
      </w:r>
      <w:r>
        <w:br/>
      </w:r>
      <w:r>
        <w:rPr>
          <w:sz w:val="20"/>
        </w:rPr>
        <w:t>23:06  28 dead in Egypt clashes. yaani Misr mein khud Misriyon mein aapas mein takrao hua.</w:t>
      </w:r>
      <w:r>
        <w:br/>
      </w:r>
      <w:r>
        <w:rPr>
          <w:sz w:val="20"/>
        </w:rPr>
        <w:t>23:17  khud Musalmanon mein aapas mein takrao hua. aur is mein 28 mar gaye.</w:t>
      </w:r>
      <w:r>
        <w:br/>
      </w:r>
      <w:r>
        <w:rPr>
          <w:sz w:val="20"/>
        </w:rPr>
        <w:t>23:25  ab is ke baad is mein bataya gaya hai, aap dekh rahe hain is mein aik aik tasveer hai. aik jaloos ki. woh tasveer mein kya hai?</w:t>
      </w:r>
      <w:r>
        <w:br/>
      </w:r>
      <w:r>
        <w:rPr>
          <w:sz w:val="20"/>
        </w:rPr>
        <w:t>23:34  woh banner uthaye hue hain. woh banner mein bohat si tasveerein lagi hui hain. aur neeche likha hua "la nansakum".</w:t>
      </w:r>
      <w:r>
        <w:br/>
      </w:r>
      <w:r>
        <w:rPr>
          <w:sz w:val="20"/>
        </w:rPr>
        <w:t>23:45  pichhle saal jab Hosni Mubarak ka aik daur khatam hua tha to bari dhoom thi Misr mein, bari dhoom thi.</w:t>
      </w:r>
      <w:r>
        <w:br/>
      </w:r>
      <w:r>
        <w:rPr>
          <w:sz w:val="20"/>
        </w:rPr>
        <w:t>23:57  is zamane mein clash bhi ho gaya aur aur 70 aadmi mar gaye. to is ki yaad banane ke liye aaj salgirah thi.</w:t>
      </w:r>
      <w:r>
        <w:br/>
      </w:r>
      <w:r>
        <w:rPr>
          <w:sz w:val="20"/>
        </w:rPr>
        <w:t>24:07  is ke baad maine kaha jaloos nikla.</w:t>
      </w:r>
      <w:r>
        <w:br/>
      </w:r>
      <w:r>
        <w:rPr>
          <w:sz w:val="20"/>
        </w:rPr>
        <w:t>24:11  in logon ki tasveerein hain jo pichhle saal mare thay, 70 aadmi. aur is mein neeche likha hua "la nansakum". hum tum ko hargiz nahi bhoolenge.</w:t>
      </w:r>
      <w:r>
        <w:br/>
      </w:r>
      <w:r>
        <w:rPr>
          <w:sz w:val="20"/>
        </w:rPr>
        <w:t>24:22  hum tum ko hargiz nahi bhoolenge. aur phir jante hain kya hua? dobara clash hua. abhi to first report mein 28 aaye hain.</w:t>
      </w:r>
      <w:r>
        <w:br/>
      </w:r>
      <w:r>
        <w:rPr>
          <w:sz w:val="20"/>
        </w:rPr>
        <w:t>24:32  abhi ya kal parson jo report aayi, kyunke injury to bohat sari hoti hai. yeh tadad kahan tak pahunch jaye? hota hai dobara 70 aadmi mar jayein.</w:t>
      </w:r>
      <w:r>
        <w:br/>
      </w:r>
      <w:r>
        <w:rPr>
          <w:sz w:val="20"/>
        </w:rPr>
        <w:t>24:43  to maine socha ke dekhiye, main bhi aik insaan hoon. main to shukr mein sarsaar tha bilkul.</w:t>
      </w:r>
      <w:r>
        <w:br/>
      </w:r>
      <w:r>
        <w:rPr>
          <w:sz w:val="20"/>
        </w:rPr>
        <w:t>24:53  aur akhbar news de raha hai nashukri ki.</w:t>
      </w:r>
      <w:r>
        <w:br/>
      </w:r>
      <w:r>
        <w:rPr>
          <w:sz w:val="20"/>
        </w:rPr>
        <w:t>24:59  to yahi farq hai. in logon ne focus kar rakha hai is cheez par jo nahi mila. aur Allah ke fazl se maine focus kar rakha tha us par jo mujh ko mila.</w:t>
      </w:r>
      <w:r>
        <w:br/>
      </w:r>
      <w:r>
        <w:rPr>
          <w:sz w:val="20"/>
        </w:rPr>
        <w:t>25:16  yahi kahani tareekh mein dohrai ja rahi hai. har lamha aap ko hazaron cheezein mili hui hain. hazaron nahi, billion billion cheezein mili hui hain. us par focus kijiye.</w:t>
      </w:r>
      <w:r>
        <w:br/>
      </w:r>
      <w:r>
        <w:rPr>
          <w:sz w:val="20"/>
        </w:rPr>
        <w:t>25:25  lekin shaitan kya karta hai? wahan se hata kar ke na mile par focus karta hai. aur phir aap negative ho jate hain. yeh jo jo log jaloos nikale hue thay Egypt mein, aap TV pe dekhiye.</w:t>
      </w:r>
      <w:r>
        <w:br/>
      </w:r>
      <w:r>
        <w:rPr>
          <w:sz w:val="20"/>
        </w:rPr>
        <w:t>25:42  khoob healthy log hain, well dressed hain.</w:t>
      </w:r>
      <w:r>
        <w:br/>
      </w:r>
      <w:r>
        <w:rPr>
          <w:sz w:val="20"/>
        </w:rPr>
        <w:t>25:46  Musalmanon ko bohat si cheezein mili hui hain.</w:t>
      </w:r>
      <w:r>
        <w:br/>
      </w:r>
      <w:r>
        <w:rPr>
          <w:sz w:val="20"/>
        </w:rPr>
        <w:t>25:51  agar mile hue na hote to kahan se itna healthy body hota? kahan se itne achhe achhe kapde pahne hue hote woh? to all ready unhein bahut kuch mila hua hai.</w:t>
      </w:r>
      <w:r>
        <w:br/>
      </w:r>
      <w:r>
        <w:rPr>
          <w:sz w:val="20"/>
        </w:rPr>
        <w:t>26:04  aur jo cheez nahin mili hui hai, woh billion trillions mein ek se bhi kam hai.</w:t>
      </w:r>
      <w:r>
        <w:br/>
      </w:r>
      <w:r>
        <w:rPr>
          <w:sz w:val="20"/>
        </w:rPr>
        <w:t>26:10  is ko le kar kahenge "la nansakum, la nansakum". yaani khoye hue ko hum nahin bhoolenge.</w:t>
      </w:r>
    </w:p>
    <w:p>
      <w:pPr>
        <w:pStyle w:val="Heading2"/>
      </w:pPr>
      <w:r>
        <w:t>Umar upholds justice for a Copt against governor's son</w:t>
      </w:r>
    </w:p>
    <w:p>
      <w:r>
        <w:rPr>
          <w:color w:val="666666"/>
          <w:sz w:val="18"/>
        </w:rPr>
        <w:t>Companions of The Prophet (2) 11 July 2021 - Prof. Farida Khanam and Dr. Saniyasnain Khan · 2m 43s · at 31:20 · https://youtu.be/FkhLHnwvUZQ?t=1880</w:t>
      </w:r>
    </w:p>
    <w:p>
      <w:r>
        <w:rPr>
          <w:i/>
        </w:rPr>
        <w:t>“Ek aur waqya hai, yeh Hazrat Umar ke zamane ka hai”</w:t>
      </w:r>
    </w:p>
    <w:p>
      <w:r>
        <w:rPr>
          <w:sz w:val="20"/>
        </w:rPr>
        <w:t>31:20  ek aur waqya hai, yeh hazrat umar ke zamane ka hai. hazrat umar ke zamane mein yeh sare ilake fateh ho gaye the, misr wagairah. to misr ke governor the amar ibnul aas. to amar ibnul aas ke zamane mein wahan arbon mein ghode ka race wagairah hota tha. to un ghode ki race hui, to aisa ittefaq hua ki</w:t>
      </w:r>
      <w:r>
        <w:br/>
      </w:r>
      <w:r>
        <w:rPr>
          <w:sz w:val="20"/>
        </w:rPr>
        <w:t>31:45  ek kaapt ka, yani misri ka ghoda jo hai, wah race mein aage badh gaya. to yeh us zamane mein, us zamane ka aap sochiye ki us zamane mein jo kankad nation thi, unki koi haisiyat nahin hoti thi. bilkul ghulam ke tarike se samjha jata tha. yeh to islam ne bahut zyada unko darja diya, unko barabari ka darja diya. lekin</w:t>
      </w:r>
      <w:r>
        <w:br/>
      </w:r>
      <w:r>
        <w:rPr>
          <w:sz w:val="20"/>
        </w:rPr>
        <w:t>32:07  rawaj jo hai, bahut dheere-dheere jata hai. to wah jo hai, kankad the. to arab jo hain, wah apne aap ko bilkul royal class the. to unka beta jo tha, mohammad, unka ghoda bhi usmein shamil tha. aur unka ghoda jo hai, wah</w:t>
      </w:r>
      <w:r>
        <w:br/>
      </w:r>
      <w:r>
        <w:rPr>
          <w:sz w:val="20"/>
        </w:rPr>
        <w:t>32:26  peeche reh gaya. aur wah ek fipti, yani egyptian ka ghoda jo hai, wah aage badh gaya. to wah bahut gussa ho gaye, mohammad. aur unhon ne usko kode se marna shuru kiya, kehne lage, "yeh koda lo, yani koda khao, matlab koda mara jayega tumhein." to unhon ne wah koda liya aur usko marna shuru kar diya. to ab chunki us fipti ko maloom tha ki hazrat umar khalifa hain aur bahut zyada insaf</w:t>
      </w:r>
      <w:r>
        <w:br/>
      </w:r>
      <w:r>
        <w:rPr>
          <w:sz w:val="20"/>
        </w:rPr>
        <w:t>32:56  karte hain, wah to wah aaya madina. aur madine mein puri roda sunai. to hazrat umar ne kaha, "tum yahin baitho." aur usi waqt khat likha aur amar ibnul aas aur unke bete mohammad ko bulaya. wah bahut ghabrae ki akhir aisi kya baat hai,</w:t>
      </w:r>
      <w:r>
        <w:br/>
      </w:r>
      <w:r>
        <w:rPr>
          <w:sz w:val="20"/>
        </w:rPr>
        <w:t>33:11  koi jurm ho gaya hai.</w:t>
      </w:r>
      <w:r>
        <w:br/>
      </w:r>
      <w:r>
        <w:rPr>
          <w:sz w:val="20"/>
        </w:rPr>
        <w:t>33:13  bulaya hai, bete se poocha, "kya baat hai?" bete ne kaha, "mujhe to pata nahin." to khair, dono gaye. to unhon ne, hazrat umar ne kaha, us waqt phir unhon ne fipti ko bulaya aur kaha, "yeh koda lo, sharif zade ko maro." kyunki jab usne mara tha na, to usne kaha tha, "main sharifon ki aulad hoon." yani tum, tumhari himmat kaise padi ki tumne apna ghoda aage kar diya?</w:t>
      </w:r>
      <w:r>
        <w:br/>
      </w:r>
      <w:r>
        <w:rPr>
          <w:sz w:val="20"/>
        </w:rPr>
        <w:t>33:40  to wahi hazrat umar ne kaha, "yeh koda lo, sharif</w:t>
      </w:r>
      <w:r>
        <w:br/>
      </w:r>
      <w:r>
        <w:rPr>
          <w:sz w:val="20"/>
        </w:rPr>
        <w:t>33:44  zade ko maro." misri ne unko itna mara, yahan tak ki unko khoon aloot kar diya. phir uske baad hazrat umar ne kaha, "amar ibnul aas, jo ki governor the aur wahi fate bhi the, wahi governor bhi the, unke sar par maro. kyunki unhi ki,</w:t>
      </w:r>
    </w:p>
    <w:p>
      <w:pPr>
        <w:pStyle w:val="Heading2"/>
      </w:pPr>
      <w:r>
        <w:t>Unilateral ethics and true gratitude</w:t>
      </w:r>
    </w:p>
    <w:p>
      <w:r>
        <w:rPr>
          <w:color w:val="666666"/>
          <w:sz w:val="18"/>
        </w:rPr>
        <w:t>Art of War and Islam · 6m 06s · at 50:20 · https://youtu.be/LvYP_pf17S0?t=3020</w:t>
      </w:r>
    </w:p>
    <w:p>
      <w:r>
        <w:rPr>
          <w:i/>
        </w:rPr>
        <w:t>“Wa tawaso bi-sabre, wa tawaso bil-marhamah”</w:t>
      </w:r>
    </w:p>
    <w:p>
      <w:r>
        <w:rPr>
          <w:sz w:val="20"/>
        </w:rPr>
        <w:t>50:20  "Wa tawaso bi-sabre, wa tawaso bil-marhamah."</w:t>
      </w:r>
      <w:r>
        <w:br/>
      </w:r>
      <w:r>
        <w:rPr>
          <w:sz w:val="20"/>
        </w:rPr>
        <w:t>50:27  So this is the Islamic concept of morality. This is the Islamic concept of ethics.</w:t>
      </w:r>
      <w:r>
        <w:br/>
      </w:r>
      <w:r>
        <w:rPr>
          <w:sz w:val="20"/>
        </w:rPr>
        <w:t>50:40  It is based on unilateral principles. It is based on unilateral principles.</w:t>
      </w:r>
      <w:r>
        <w:br/>
      </w:r>
      <w:r>
        <w:rPr>
          <w:sz w:val="20"/>
        </w:rPr>
        <w:t>50:53  Once the Prophet of Islam said to one of his companions, "Do you want to find entry into Paradise?</w:t>
      </w:r>
      <w:r>
        <w:br/>
      </w:r>
      <w:r>
        <w:rPr>
          <w:sz w:val="20"/>
        </w:rPr>
        <w:t>51:06  " He said, "Yes." The Prophet of Islam said,</w:t>
      </w:r>
      <w:r>
        <w:br/>
      </w:r>
      <w:r>
        <w:rPr>
          <w:sz w:val="20"/>
        </w:rPr>
        <w:t>51:13  "You have to live without malice among people."</w:t>
      </w:r>
      <w:r>
        <w:br/>
      </w:r>
      <w:r>
        <w:rPr>
          <w:sz w:val="20"/>
        </w:rPr>
        <w:t>51:26  "Live among people without having any kind of malice." So how is it possible?</w:t>
      </w:r>
      <w:r>
        <w:br/>
      </w:r>
      <w:r>
        <w:rPr>
          <w:sz w:val="20"/>
        </w:rPr>
        <w:t>51:37  How is it possible?</w:t>
      </w:r>
      <w:r>
        <w:br/>
      </w:r>
      <w:r>
        <w:rPr>
          <w:sz w:val="20"/>
        </w:rPr>
        <w:t>51:43  Because everywhere there are differences, everywhere there are problems, everywhere there are things against your interest,</w:t>
      </w:r>
      <w:r>
        <w:br/>
      </w:r>
      <w:r>
        <w:rPr>
          <w:sz w:val="20"/>
        </w:rPr>
        <w:t>52:02  everywhere there are</w:t>
      </w:r>
      <w:r>
        <w:br/>
      </w:r>
      <w:r>
        <w:rPr>
          <w:sz w:val="20"/>
        </w:rPr>
        <w:t>52:07  such situations that create problems</w:t>
      </w:r>
      <w:r>
        <w:br/>
      </w:r>
      <w:r>
        <w:rPr>
          <w:sz w:val="20"/>
        </w:rPr>
        <w:t>52:15  for you.</w:t>
      </w:r>
      <w:r>
        <w:br/>
      </w:r>
      <w:r>
        <w:rPr>
          <w:sz w:val="20"/>
        </w:rPr>
        <w:t>52:18  So everywhere there are</w:t>
      </w:r>
      <w:r>
        <w:br/>
      </w:r>
      <w:r>
        <w:rPr>
          <w:sz w:val="20"/>
        </w:rPr>
        <w:t>52:34  things that are quite against you.</w:t>
      </w:r>
      <w:r>
        <w:br/>
      </w:r>
      <w:r>
        <w:rPr>
          <w:sz w:val="20"/>
        </w:rPr>
        <w:t>52:45  So what to do?</w:t>
      </w:r>
      <w:r>
        <w:br/>
      </w:r>
      <w:r>
        <w:rPr>
          <w:sz w:val="20"/>
        </w:rPr>
        <w:t>52:48  The only possible option is to be patient, to be patient.</w:t>
      </w:r>
      <w:r>
        <w:br/>
      </w:r>
      <w:r>
        <w:rPr>
          <w:sz w:val="20"/>
        </w:rPr>
        <w:t>52:58  You are not if you are not ready to keep patience, then you cannot keep the way of Islamic principles.</w:t>
      </w:r>
      <w:r>
        <w:br/>
      </w:r>
      <w:r>
        <w:rPr>
          <w:sz w:val="20"/>
        </w:rPr>
        <w:t>53:11  All the Islamic principles are based on unilateralism. Islam</w:t>
      </w:r>
      <w:r>
        <w:br/>
      </w:r>
      <w:r>
        <w:rPr>
          <w:sz w:val="20"/>
        </w:rPr>
        <w:t>53:25  ic ethics is unilateral ethics, not and not bilateral ethics. According to Islam, bilateral ethics is not possible.</w:t>
      </w:r>
      <w:r>
        <w:br/>
      </w:r>
      <w:r>
        <w:rPr>
          <w:sz w:val="20"/>
        </w:rPr>
        <w:t>53:41  Only unilateral ethics are possible.</w:t>
      </w:r>
      <w:r>
        <w:br/>
      </w:r>
      <w:r>
        <w:rPr>
          <w:sz w:val="20"/>
        </w:rPr>
        <w:t>53:49  So we have to know</w:t>
      </w:r>
      <w:r>
        <w:br/>
      </w:r>
      <w:r>
        <w:rPr>
          <w:sz w:val="20"/>
        </w:rPr>
        <w:t>53:54  this very important point. We have to know this very important point.</w:t>
      </w:r>
      <w:r>
        <w:br/>
      </w:r>
      <w:r>
        <w:rPr>
          <w:sz w:val="20"/>
        </w:rPr>
        <w:t>54:06  You know the first verse of the Qur'an is "Alhamdulillah." First verse, the very first verse, "Alhamdulillah." "Alhamdulillah" means</w:t>
      </w:r>
      <w:r>
        <w:br/>
      </w:r>
      <w:r>
        <w:rPr>
          <w:sz w:val="20"/>
        </w:rPr>
        <w:t>54:22  "Hamd" means "Shukr."</w:t>
      </w:r>
      <w:r>
        <w:br/>
      </w:r>
      <w:r>
        <w:rPr>
          <w:sz w:val="20"/>
        </w:rPr>
        <w:t>54:28  So you say, "Oh God, Shukr for You, Hamd for You, Thanksgiving for You." So how is it possible?</w:t>
      </w:r>
      <w:r>
        <w:br/>
      </w:r>
      <w:r>
        <w:rPr>
          <w:sz w:val="20"/>
        </w:rPr>
        <w:t>54:42  How can you say "Alhamdulillah" if your mind is full of negative thoughts?</w:t>
      </w:r>
      <w:r>
        <w:br/>
      </w:r>
      <w:r>
        <w:rPr>
          <w:sz w:val="20"/>
        </w:rPr>
        <w:t>54:53  "Alhamdulillah" is the gist of the Qur'an. You know "Alhamdulillah" is the first verse of the Qur'an. And "Alhamdulillah" is the gist of the Qur'an.</w:t>
      </w:r>
      <w:r>
        <w:br/>
      </w:r>
      <w:r>
        <w:rPr>
          <w:sz w:val="20"/>
        </w:rPr>
        <w:t>55:06  So</w:t>
      </w:r>
      <w:r>
        <w:br/>
      </w:r>
      <w:r>
        <w:rPr>
          <w:sz w:val="20"/>
        </w:rPr>
        <w:t>55:10  you have to say "Alhamdulillah" every time in your prayer and also out of the prayers. You have to say "Alhamdulillah." That is, "Oh God,</w:t>
      </w:r>
      <w:r>
        <w:br/>
      </w:r>
      <w:r>
        <w:rPr>
          <w:sz w:val="20"/>
        </w:rPr>
        <w:t>55:24  Shukr for You, Thanksgiving for You." But how can you say this word if you are living in anger, if you are living in malice,</w:t>
      </w:r>
      <w:r>
        <w:br/>
      </w:r>
      <w:r>
        <w:rPr>
          <w:sz w:val="20"/>
        </w:rPr>
        <w:t>55:40  if you are living in negative thoughts?</w:t>
      </w:r>
      <w:r>
        <w:br/>
      </w:r>
      <w:r>
        <w:rPr>
          <w:sz w:val="20"/>
        </w:rPr>
        <w:t>55:42  How can you say "Alhamdulillah"?</w:t>
      </w:r>
      <w:r>
        <w:br/>
      </w:r>
      <w:r>
        <w:rPr>
          <w:sz w:val="20"/>
        </w:rPr>
        <w:t>55:46  So if you are living in a negative spirit, then your "Alhamdulillah" is nothing but lip service.</w:t>
      </w:r>
      <w:r>
        <w:br/>
      </w:r>
      <w:r>
        <w:rPr>
          <w:sz w:val="20"/>
        </w:rPr>
        <w:t>56:01  If you are living in hate, if you are living in intolerance, if you are living in enmity, if you are living in negativity and you say "Alhamdulillah," this "Alhamdulillah" is nothing but lip service.</w:t>
      </w:r>
    </w:p>
    <w:p>
      <w:pPr>
        <w:pStyle w:val="Heading2"/>
      </w:pPr>
      <w:r>
        <w:t>Patience underlies every act of worship</w:t>
      </w:r>
    </w:p>
    <w:p>
      <w:r>
        <w:rPr>
          <w:color w:val="666666"/>
          <w:sz w:val="18"/>
        </w:rPr>
        <w:t>How to Decondition One's Mind 27 December, 2009 · 2m 29s · at 1:44:24 · https://youtu.be/BGMkpCzMxB0?t=6264</w:t>
      </w:r>
    </w:p>
    <w:p>
      <w:r>
        <w:rPr>
          <w:i/>
        </w:rPr>
        <w:t>“Sabr, main samajhta hoon ke sab kuch hai”</w:t>
      </w:r>
    </w:p>
    <w:p>
      <w:r>
        <w:rPr>
          <w:sz w:val="20"/>
        </w:rPr>
        <w:t>1:44:24  sabr to sahib, yani sabr to main samajhta hoon ke sab kuch hai۔</w:t>
      </w:r>
      <w:r>
        <w:br/>
      </w:r>
      <w:r>
        <w:rPr>
          <w:sz w:val="20"/>
        </w:rPr>
        <w:t>1:44:35  sabr ke baghair na namaz hai sachi, na roza hai sacha, na tazkiya hai, kuch bhi nahi ho sakta۔</w:t>
      </w:r>
      <w:r>
        <w:br/>
      </w:r>
      <w:r>
        <w:rPr>
          <w:sz w:val="20"/>
        </w:rPr>
        <w:t>1:44:42  kyunke hum jo jis dunya mein rehte hain, wahan har waqt hamein sabr hi to karna hai. sabr na karne ki qeemat kya hai?</w:t>
      </w:r>
      <w:r>
        <w:br/>
      </w:r>
      <w:r>
        <w:rPr>
          <w:sz w:val="20"/>
        </w:rPr>
        <w:t>1:44:51  negative mind ban jana. aaj ki dunya mein saare musalman negative bane hue hain. kyun sabr nahi kar paate? misaal ke taur par, denmark ke akhbar mein chhap gaya hai cartoon, ab ladai shuru ho gayi, jhagda,</w:t>
      </w:r>
      <w:r>
        <w:br/>
      </w:r>
      <w:r>
        <w:rPr>
          <w:sz w:val="20"/>
        </w:rPr>
        <w:t>1:45:06  hungama shuru kar diya۔</w:t>
      </w:r>
      <w:r>
        <w:br/>
      </w:r>
      <w:r>
        <w:rPr>
          <w:sz w:val="20"/>
        </w:rPr>
        <w:t>1:45:08  to is tarah ke waqiyat har din, har subah sham hote rehte hain, jis mein hum bhadak uthte hain. woh honge, woh kaise nahi honge? woh jab insaan ko azadi hai to woh kuch na kuch to karta rahega۔</w:t>
      </w:r>
      <w:r>
        <w:br/>
      </w:r>
      <w:r>
        <w:rPr>
          <w:sz w:val="20"/>
        </w:rPr>
        <w:t>1:45:19  woh</w:t>
      </w:r>
      <w:r>
        <w:br/>
      </w:r>
      <w:r>
        <w:rPr>
          <w:sz w:val="20"/>
        </w:rPr>
        <w:t>1:45:23  woh to kuch na kuch karega. woh</w:t>
      </w:r>
      <w:r>
        <w:br/>
      </w:r>
      <w:r>
        <w:rPr>
          <w:sz w:val="20"/>
        </w:rPr>
        <w:t>1:45:27  to Khuda ne jab dunya mein insaan ko azaad banaya hai, dunya mein imtehan wale mahol yahan par hain to lazman aisa hoga ke aisi cheezein pesh aayengi jo hamare liye unpleasant hongi, hum ko pasand nahi aayengi, hum ko provoke karengi,</w:t>
      </w:r>
      <w:r>
        <w:br/>
      </w:r>
      <w:r>
        <w:rPr>
          <w:sz w:val="20"/>
        </w:rPr>
        <w:t>1:45:45  hamare jazbat ko bharkayen gi. yeh to hota hi hota hai. is ko overcome karna, is se oopar uthna,</w:t>
      </w:r>
      <w:r>
        <w:br/>
      </w:r>
      <w:r>
        <w:rPr>
          <w:sz w:val="20"/>
        </w:rPr>
        <w:t>1:45:53  tab ja kar aadmi positive figure banega, tab ja kar aadmi is qabil hoga ke woh tazkiya kar sake. to to is sab ke sab peechay sabr hai.</w:t>
      </w:r>
      <w:r>
        <w:br/>
      </w:r>
      <w:r>
        <w:rPr>
          <w:sz w:val="20"/>
        </w:rPr>
        <w:t>1:46:04  sabr to mein samajhta hoon ke har subah shaam karna hai, har waqt sabr karna hai. isi liye quran majeed mein dekhiye, inma yafasabiroon bi ghair hisab.</w:t>
      </w:r>
      <w:r>
        <w:br/>
      </w:r>
      <w:r>
        <w:rPr>
          <w:sz w:val="20"/>
        </w:rPr>
        <w:t>1:46:13  is sabr par Allah taala ne farmaya ke unlimited reward diya jayega. kisi aur par nahi kaha is tareeqe se ke unlimited</w:t>
      </w:r>
      <w:r>
        <w:br/>
      </w:r>
      <w:r>
        <w:rPr>
          <w:sz w:val="20"/>
        </w:rPr>
        <w:t>1:46:21  reward. kyunke sabr to bohat hi bari ibadat hai. har waqt sabr karna hai. sabr na karein ke aap to kya karein, har waqt ghusse mein rahenge, har waqt aap ke andar negativity aa jayegi, har waqt aap provoke ho jayenge, har waqt aap bhark ke larnay lagenge,</w:t>
      </w:r>
      <w:r>
        <w:br/>
      </w:r>
      <w:r>
        <w:rPr>
          <w:sz w:val="20"/>
        </w:rPr>
        <w:t>1:46:38  har waqt aap deviate karenge, har waqt distraction hoga aap ka. yeh sab hota hi hota hai.</w:t>
      </w:r>
      <w:r>
        <w:br/>
      </w:r>
      <w:r>
        <w:rPr>
          <w:sz w:val="20"/>
        </w:rPr>
        <w:t>1:46:44  to sabr to saare aamal ke peechay hai, sirf tazkiya ke peechay nahi. sabr ke baghair koi amal insan sahi tareeqe par ada nahi kar sakta hai.</w:t>
      </w:r>
    </w:p>
    <w:p>
      <w:pPr>
        <w:pStyle w:val="Heading2"/>
      </w:pPr>
      <w:r>
        <w:t>why debate is the wrong path to unity</w:t>
      </w:r>
    </w:p>
    <w:p>
      <w:r>
        <w:rPr>
          <w:color w:val="666666"/>
          <w:sz w:val="18"/>
        </w:rPr>
        <w:t>Position of Islam in a Pluralistic Society (English) March 12, 2007 Maulana Wahiduddin Khan · 40s · at 1:50 · https://youtu.be/zeBT1HGl2n8?t=110</w:t>
      </w:r>
    </w:p>
    <w:p>
      <w:r>
        <w:rPr>
          <w:i/>
        </w:rPr>
        <w:t>“Debate is not very good, because debate always generates hate.”</w:t>
      </w:r>
    </w:p>
    <w:p>
      <w:r>
        <w:rPr>
          <w:sz w:val="20"/>
        </w:rPr>
        <w:t>1:50  But then we see a change in the history, and people became more and more interested in debate.</w:t>
      </w:r>
      <w:r>
        <w:br/>
      </w:r>
      <w:r>
        <w:rPr>
          <w:sz w:val="20"/>
        </w:rPr>
        <w:t>2:05  But again, I would like to say that debate is not very good because, you know, debate always generates hate.</w:t>
      </w:r>
      <w:r>
        <w:br/>
      </w:r>
      <w:r>
        <w:rPr>
          <w:sz w:val="20"/>
        </w:rPr>
        <w:t>2:18  Hate.</w:t>
      </w:r>
      <w:r>
        <w:br/>
      </w:r>
      <w:r>
        <w:rPr>
          <w:sz w:val="20"/>
        </w:rPr>
        <w:t>2:20  So I don't think that anything that generates hate is good for us.</w:t>
      </w:r>
    </w:p>
    <w:p>
      <w:pPr>
        <w:pStyle w:val="Heading2"/>
      </w:pPr>
      <w:r>
        <w:t>Revenge always provokes revenge in return</w:t>
      </w:r>
    </w:p>
    <w:p>
      <w:r>
        <w:rPr>
          <w:color w:val="666666"/>
          <w:sz w:val="18"/>
        </w:rPr>
        <w:t>Spirituality in Simple Living, High Thinking October 27, 2019 Maulana Wahiduddin Khan · 29s · at 6:33 · https://youtu.be/Kr28g15eFr8?t=393</w:t>
      </w:r>
    </w:p>
    <w:p>
      <w:r>
        <w:rPr>
          <w:i/>
        </w:rPr>
        <w:t>“Before taking revenge, think: revenge will also be revenged”</w:t>
      </w:r>
    </w:p>
    <w:p>
      <w:r>
        <w:rPr>
          <w:sz w:val="20"/>
        </w:rPr>
        <w:t>6:33  ke mujhe intiqam lena hai.</w:t>
      </w:r>
      <w:r>
        <w:br/>
      </w:r>
      <w:r>
        <w:rPr>
          <w:sz w:val="20"/>
        </w:rPr>
        <w:t>6:39  to main ne kaha ke intiqam lene se pehle soch lo ke intiqam ka bhi intiqam liya jayega.</w:t>
      </w:r>
      <w:r>
        <w:br/>
      </w:r>
      <w:r>
        <w:rPr>
          <w:sz w:val="20"/>
        </w:rPr>
        <w:t>6:50  achanak meri zuban se yeh jumla nikla,</w:t>
      </w:r>
      <w:r>
        <w:br/>
      </w:r>
      <w:r>
        <w:rPr>
          <w:sz w:val="20"/>
        </w:rPr>
        <w:t>6:54  intiqam lene se pehle soch lo ke intiqam ka bhi intiqam liya jayega.</w:t>
      </w:r>
      <w:r>
        <w:br/>
      </w:r>
      <w:r>
        <w:rPr>
          <w:sz w:val="20"/>
        </w:rPr>
        <w:t>7:03  yeh jumla main ne bol diya, phir main khud sochne laga gaya, ab woh bhi sochne laga ke kya kaha unhon ne.</w:t>
      </w:r>
    </w:p>
    <w:p>
      <w:pPr>
        <w:pStyle w:val="Heading2"/>
      </w:pPr>
      <w:r>
        <w:t>Maulana's journey from doubt to choosing Islam</w:t>
      </w:r>
    </w:p>
    <w:p>
      <w:r>
        <w:rPr>
          <w:color w:val="666666"/>
          <w:sz w:val="18"/>
        </w:rPr>
        <w:t>On World Religions Diversity not Dissension March 9, 2013 · 2m 47s · at 9:03 · https://youtu.be/8enJoTTAH5k?t=543</w:t>
      </w:r>
    </w:p>
    <w:p>
      <w:r>
        <w:rPr>
          <w:i/>
        </w:rPr>
        <w:t>“I was born in a Muslim family, but I had doubts”</w:t>
      </w:r>
    </w:p>
    <w:p>
      <w:r>
        <w:rPr>
          <w:sz w:val="20"/>
        </w:rPr>
        <w:t>9:03  I was born in a Muslim family. My education, my upbringing, was on the traditional lines.</w:t>
      </w:r>
      <w:r>
        <w:br/>
      </w:r>
      <w:r>
        <w:rPr>
          <w:sz w:val="20"/>
        </w:rPr>
        <w:t>9:22  But when I reached the age of maturity, I developed doubts. I discovered that I am a seeker and was sad with that version of Islam that</w:t>
      </w:r>
      <w:r>
        <w:br/>
      </w:r>
      <w:r>
        <w:rPr>
          <w:sz w:val="20"/>
        </w:rPr>
        <w:t>9:45  I experienced in masjid, in madrasa, and in Muslim society.</w:t>
      </w:r>
      <w:r>
        <w:br/>
      </w:r>
      <w:r>
        <w:rPr>
          <w:sz w:val="20"/>
        </w:rPr>
        <w:t>9:51  It was a very tragic moment for me.</w:t>
      </w:r>
      <w:r>
        <w:br/>
      </w:r>
      <w:r>
        <w:rPr>
          <w:sz w:val="20"/>
        </w:rPr>
        <w:t>10:00  Then, unbelievably, an event happened.</w:t>
      </w:r>
      <w:r>
        <w:br/>
      </w:r>
      <w:r>
        <w:rPr>
          <w:sz w:val="20"/>
        </w:rPr>
        <w:t>10:10  At that time, I decided to study all those details about religion, spirituality, philosophy, to discover the answer of my natu</w:t>
      </w:r>
      <w:r>
        <w:br/>
      </w:r>
      <w:r>
        <w:rPr>
          <w:sz w:val="20"/>
        </w:rPr>
        <w:t>10:29  re. It is very interesting that at this juncture, I read some of Swami Gandha's work, especially letters of Swami Vivekananda.</w:t>
      </w:r>
      <w:r>
        <w:br/>
      </w:r>
      <w:r>
        <w:rPr>
          <w:sz w:val="20"/>
        </w:rPr>
        <w:t>10:49  In this book, there is a letter number 175</w:t>
      </w:r>
      <w:r>
        <w:br/>
      </w:r>
      <w:r>
        <w:rPr>
          <w:sz w:val="20"/>
        </w:rPr>
        <w:t>10:57  . In this letter, Swamiji had mentioned Islam in very shiny words.</w:t>
      </w:r>
      <w:r>
        <w:br/>
      </w:r>
      <w:r>
        <w:rPr>
          <w:sz w:val="20"/>
        </w:rPr>
        <w:t>11:07  This triggered my mind.</w:t>
      </w:r>
      <w:r>
        <w:br/>
      </w:r>
      <w:r>
        <w:rPr>
          <w:sz w:val="20"/>
        </w:rPr>
        <w:t>11:13  This mention of Swami Vivekananda triggered my mind. I decided to restudy Islam.</w:t>
      </w:r>
      <w:r>
        <w:br/>
      </w:r>
      <w:r>
        <w:rPr>
          <w:sz w:val="20"/>
        </w:rPr>
        <w:t>11:21  It was a very interesting study.</w:t>
      </w:r>
      <w:r>
        <w:br/>
      </w:r>
      <w:r>
        <w:rPr>
          <w:sz w:val="20"/>
        </w:rPr>
        <w:t>11:25  So what happened after a long study of Quran and Sunnah, another relevant teacher, I discovered that Islam was my choice, although it was not my birth religion.</w:t>
      </w:r>
    </w:p>
    <w:p>
      <w:pPr>
        <w:pStyle w:val="Heading2"/>
      </w:pPr>
      <w:r>
        <w:t>Meaning of Alhamdulillah requires positive heart</w:t>
      </w:r>
    </w:p>
    <w:p>
      <w:r>
        <w:rPr>
          <w:color w:val="666666"/>
          <w:sz w:val="18"/>
        </w:rPr>
        <w:t>The Importance of Tadabbur in Islam I 5 Dec . 2010 - Maulana Wahiduddin Khan · 2m 44s · at 5:39 · https://youtu.be/bkIRUAI3v8M?t=339</w:t>
      </w:r>
    </w:p>
    <w:p>
      <w:r>
        <w:rPr>
          <w:i/>
        </w:rPr>
        <w:t>“Quran ki pehli aayat hai Alhamdulillah”</w:t>
      </w:r>
    </w:p>
    <w:p>
      <w:r>
        <w:rPr>
          <w:sz w:val="20"/>
        </w:rPr>
        <w:t>5:39  to mein aik misaal deta hoon. dekhein, quran ki pehli ayat hai alhamdulillah rabbul alameen.</w:t>
      </w:r>
      <w:r>
        <w:br/>
      </w:r>
      <w:r>
        <w:rPr>
          <w:sz w:val="20"/>
        </w:rPr>
        <w:t>5:49  to aik to hai ke aap ungli ghuma dein is ke upar ke yeh Allah ka kalam hai, ya aap bohat achi tarah is ko achar kar dein. aik yeh hua.</w:t>
      </w:r>
      <w:r>
        <w:br/>
      </w:r>
      <w:r>
        <w:rPr>
          <w:sz w:val="20"/>
        </w:rPr>
        <w:t>6:01  aik yeh ke aap is waqt sochain,</w:t>
      </w:r>
      <w:r>
        <w:br/>
      </w:r>
      <w:r>
        <w:rPr>
          <w:sz w:val="20"/>
        </w:rPr>
        <w:t>6:03  dekhein is ayat ka matlab kya hai? yeh hai acknowledge karna. Allah ki hamd ko karne ke mani hain, Allah ki glory ko acknowledge karna.</w:t>
      </w:r>
      <w:r>
        <w:br/>
      </w:r>
      <w:r>
        <w:rPr>
          <w:sz w:val="20"/>
        </w:rPr>
        <w:t>6:18  aap is ka tarjuma chahe kahin ke sari tareef Allah ke liye hai, sara shukr Allah ke liye hai. matlab kya hua? eteraaf, acknowledgement.</w:t>
      </w:r>
      <w:r>
        <w:br/>
      </w:r>
      <w:r>
        <w:rPr>
          <w:sz w:val="20"/>
        </w:rPr>
        <w:t>6:28  kis ka? Allah ki glory ka. Allah ke rabbul alameen hone ka</w:t>
      </w:r>
      <w:r>
        <w:br/>
      </w:r>
      <w:r>
        <w:rPr>
          <w:sz w:val="20"/>
        </w:rPr>
        <w:t>6:33  . ab aap dekhiye ke yeh jo kaam hai, woh kaun karega? pathar ya star aur planet nahi keh rahe ke insan karega.</w:t>
      </w:r>
      <w:r>
        <w:br/>
      </w:r>
      <w:r>
        <w:rPr>
          <w:sz w:val="20"/>
        </w:rPr>
        <w:t>6:42  insan. insan rehta hai aik society mein, insano ke darmiyan. har waqt is ko aisi baatein pesh aati hain jis se is dil mein shikayat aa jati hai, complaint aa jati hai,</w:t>
      </w:r>
      <w:r>
        <w:br/>
      </w:r>
      <w:r>
        <w:rPr>
          <w:sz w:val="20"/>
        </w:rPr>
        <w:t>6:57  nafrat aa jati hai, hate aa jata hai.</w:t>
      </w:r>
      <w:r>
        <w:br/>
      </w:r>
      <w:r>
        <w:rPr>
          <w:sz w:val="20"/>
        </w:rPr>
        <w:t>7:01  yeh bilkul it is but natural. yeh hota hai. kyunke society means, yeh society ka matlab hi yahi hai ke har ek ko doosre se kuch na kuch hogi shikayat.</w:t>
      </w:r>
      <w:r>
        <w:br/>
      </w:r>
      <w:r>
        <w:rPr>
          <w:sz w:val="20"/>
        </w:rPr>
        <w:t>7:15  namumkin hai ke shikayat na ho. aap sochiye ke jab dil shikayat se bhara hua hai to kaise kahega aadmi alhamdulillah rabbul alameen.</w:t>
      </w:r>
      <w:r>
        <w:br/>
      </w:r>
      <w:r>
        <w:rPr>
          <w:sz w:val="20"/>
        </w:rPr>
        <w:t>7:26  phir to sirf lafz ko dohraega.</w:t>
      </w:r>
      <w:r>
        <w:br/>
      </w:r>
      <w:r>
        <w:rPr>
          <w:sz w:val="20"/>
        </w:rPr>
        <w:t>7:31  kyunke yeh kehne ke liye ke khudaaya tera shukr hai, bohat hi positive dil chahiye. bohat hi open mind chahiye.</w:t>
      </w:r>
      <w:r>
        <w:br/>
      </w:r>
      <w:r>
        <w:rPr>
          <w:sz w:val="20"/>
        </w:rPr>
        <w:t>7:42  dil mein na baais ho, na nafrat ho, na ghussa ho, na complaint ho.</w:t>
      </w:r>
      <w:r>
        <w:br/>
      </w:r>
      <w:r>
        <w:rPr>
          <w:sz w:val="20"/>
        </w:rPr>
        <w:t>7:52  tab sahi maano mein aadmi keh payega khudaaya tera shukr hai, mein acknowledge karta hoon teri glory ka, teri boundaries ka.</w:t>
      </w:r>
      <w:r>
        <w:br/>
      </w:r>
      <w:r>
        <w:rPr>
          <w:sz w:val="20"/>
        </w:rPr>
        <w:t>8:06  to kaise kahega aadmi? is mein yeh cheez, is ke mani ke implicit hai is mein ke pehle apne aap ko tayyar karo, prepare karo yeh kehne ke liye.</w:t>
      </w:r>
    </w:p>
    <w:p>
      <w:pPr>
        <w:pStyle w:val="Heading2"/>
      </w:pPr>
      <w:r>
        <w:t>Acknowledging God for all blessings</w:t>
      </w:r>
    </w:p>
    <w:p>
      <w:r>
        <w:rPr>
          <w:color w:val="666666"/>
          <w:sz w:val="18"/>
        </w:rPr>
        <w:t>Adjustment the Only Option September 19, 2010 Maulana Wahiduddin Khan · 5m 54s · at 8:50 · https://youtu.be/o5wG_ONm76s?t=530</w:t>
      </w:r>
    </w:p>
    <w:p>
      <w:r>
        <w:rPr>
          <w:i/>
        </w:rPr>
        <w:t>“Main ek misaal deta hoon, kal mere paas ek telephone aaya”</w:t>
      </w:r>
    </w:p>
    <w:p>
      <w:r>
        <w:rPr>
          <w:sz w:val="20"/>
        </w:rPr>
        <w:t>8:50  Lekin haqeeqi maano mein Khuda ko koi manta nahi. Main ek misaal deta hoon. Kal mere paas ek telephone aaya, ek sahab ka.</w:t>
      </w:r>
      <w:r>
        <w:br/>
      </w:r>
      <w:r>
        <w:rPr>
          <w:sz w:val="20"/>
        </w:rPr>
        <w:t>9:02  To baat cheet karte hue main ne poocha un se keh aap ke bachche hain? Aulaad hai aap ke?</w:t>
      </w:r>
      <w:r>
        <w:br/>
      </w:r>
      <w:r>
        <w:rPr>
          <w:sz w:val="20"/>
        </w:rPr>
        <w:t>9:11  Alhamdulillah, mere kai bete hain, kai ladke hain. Khoob Alhamdulillah, Alhamdulillah kar ke bolte rahe. To main ne kaha keh dekhiye, yeh Alhamdulillah ka to pata ho gaya aap ko keh aap ke bete betiyan hain aap ke paas?</w:t>
      </w:r>
      <w:r>
        <w:br/>
      </w:r>
      <w:r>
        <w:rPr>
          <w:sz w:val="20"/>
        </w:rPr>
        <w:t>9:28  Hain? Jab bhi aap kehte honge, khoob Alhamdulillah bolte honge. Kya aap ne kabhi kaha hai aap ne keh Alhamdulillah meri zuban chal rahi hai, main bol raha hoon?</w:t>
      </w:r>
      <w:r>
        <w:br/>
      </w:r>
      <w:r>
        <w:rPr>
          <w:sz w:val="20"/>
        </w:rPr>
        <w:t>9:41  Yeh zuban na chale to kaise bolenge aap? Alhamdulillah aaj main ne pani piya hai to pani gale se neeche utar gaya. Alhamdulillah aaj main ne khana khaya hai to khana pet mein ja kar hazam ho gaya.</w:t>
      </w:r>
      <w:r>
        <w:br/>
      </w:r>
      <w:r>
        <w:rPr>
          <w:sz w:val="20"/>
        </w:rPr>
        <w:t>9:57  Alhamdulillah main aaj kuch baat sochna chaha apne mind se to mere mind ne sochne, socha main, mind ne inkaar nahi kiya sochne se. Alhamdulillah main aankh se dekhna chaha to mujhe cheezein dikhai de rahi hain mujh ko.</w:t>
      </w:r>
      <w:r>
        <w:br/>
      </w:r>
      <w:r>
        <w:rPr>
          <w:sz w:val="20"/>
        </w:rPr>
        <w:t>10:13  Yeh to Alhamdulillah ke item hain. Alhamdulillah ke asal item yeh hain. Lekin yahan par kisi ki zuban se Alhamdulillah nahi nikalta.</w:t>
      </w:r>
      <w:r>
        <w:br/>
      </w:r>
      <w:r>
        <w:rPr>
          <w:sz w:val="20"/>
        </w:rPr>
        <w:t>10:23  Kyun? Yahan, you have to acknowledge God, the Creator.</w:t>
      </w:r>
      <w:r>
        <w:br/>
      </w:r>
      <w:r>
        <w:rPr>
          <w:sz w:val="20"/>
        </w:rPr>
        <w:t>10:30  Wahan kya hai? Bas beta beti, beta beti. Beta to logon ka God bana hua hai. To woh wahan Alhamdulillah keh kar ke apne hi God ko paate hain woh.</w:t>
      </w:r>
      <w:r>
        <w:br/>
      </w:r>
      <w:r>
        <w:rPr>
          <w:sz w:val="20"/>
        </w:rPr>
        <w:t>10:42  jab beta beti ke liye koi kehta hai alhamdulillah to mujhe bohat ghussa aata hai. ke tum ne kabhi Creator ke liye bhi alhamdulillah kaha?</w:t>
      </w:r>
      <w:r>
        <w:br/>
      </w:r>
      <w:r>
        <w:rPr>
          <w:sz w:val="20"/>
        </w:rPr>
        <w:t>10:55  ke alhamdulillah Khuda ne mujhe paida kiya. alhamdulillah mujhe Khuda ne yeh cheez di, woh cheez di, woh sab kuch jo aap ko mila hua hai, woh kis ne diya aap ko?</w:t>
      </w:r>
      <w:r>
        <w:br/>
      </w:r>
      <w:r>
        <w:rPr>
          <w:sz w:val="20"/>
        </w:rPr>
        <w:t>11:07  beta beti koi aap ne banaya hai?</w:t>
      </w:r>
      <w:r>
        <w:br/>
      </w:r>
      <w:r>
        <w:rPr>
          <w:sz w:val="20"/>
        </w:rPr>
        <w:t>11:13  to Khuda ke reference mein jab aap sochen ge to aap ko har cheez par lage ga. alhamdulillah meri zuban chal rahi hai, main bol raha hoon. kaise zuban chal rahi hai?</w:t>
      </w:r>
      <w:r>
        <w:br/>
      </w:r>
      <w:r>
        <w:rPr>
          <w:sz w:val="20"/>
        </w:rPr>
        <w:t>11:24  kaise main bol pata hoon? alhamdulillah meri taqat chal rahi hai, main chal kar ke yahan se wahan gaya, wahan se wahan gaya. alhamdulillah mera dil jo hai,</w:t>
      </w:r>
      <w:r>
        <w:br/>
      </w:r>
      <w:r>
        <w:rPr>
          <w:sz w:val="20"/>
        </w:rPr>
        <w:t>11:38  harkat kar raha hai. circulation of blood ko control ki hui hai. warna abhi, kal parson mere paas aik sahib ka telephone aaya.</w:t>
      </w:r>
      <w:r>
        <w:br/>
      </w:r>
      <w:r>
        <w:rPr>
          <w:sz w:val="20"/>
        </w:rPr>
        <w:t>11:49  un ke bhai</w:t>
      </w:r>
      <w:r>
        <w:br/>
      </w:r>
      <w:r>
        <w:rPr>
          <w:sz w:val="20"/>
        </w:rPr>
        <w:t>11:54  ka gurda kharab ho gaya. dono gurde. aap jante hain gurda jo hai safai karta hai khoon ki. gurda na rahe to khoon ki safai nahi ho sakti.</w:t>
      </w:r>
      <w:r>
        <w:br/>
      </w:r>
      <w:r>
        <w:rPr>
          <w:sz w:val="20"/>
        </w:rPr>
        <w:t>12:08  yeh dil pump karta hai khoon ko. pait ka kaam hai ke woh khana hazam kar ke khoon banaye.</w:t>
      </w:r>
      <w:r>
        <w:br/>
      </w:r>
      <w:r>
        <w:rPr>
          <w:sz w:val="20"/>
        </w:rPr>
        <w:t>12:19  khoon bana kar ke de body ko. dil ka kaam hai ke woh pump kar ke sari body mein pohanchaye. gurde ka kaam hai ke woh, kidney jo kehte hain aap, ke woh khoon ko saaf karta rahe.</w:t>
      </w:r>
      <w:r>
        <w:br/>
      </w:r>
      <w:r>
        <w:rPr>
          <w:sz w:val="20"/>
        </w:rPr>
        <w:t>12:36  ab bataein ke yeh in ka gurda fail ho gaya, ab chhe mahine tak woh dialysis par rahe, abhi woh mar gaye, woh un ka intiqal ho gaya.</w:t>
      </w:r>
      <w:r>
        <w:br/>
      </w:r>
      <w:r>
        <w:rPr>
          <w:sz w:val="20"/>
        </w:rPr>
        <w:t>12:47  to main ne socha ke dekho, mera digest system agar na kaam kare to khoon nahi banega. dil na kaam kare to khoon circulate nahi hoga.</w:t>
      </w:r>
      <w:r>
        <w:br/>
      </w:r>
      <w:r>
        <w:rPr>
          <w:sz w:val="20"/>
        </w:rPr>
        <w:t>13:00  gurda kaam na kare to khoon ki safai nahi hogi. to aik dam laga yeh ke bhai yeh kya, yeh kya hai yeh? It was a terrible experience.</w:t>
      </w:r>
      <w:r>
        <w:br/>
      </w:r>
      <w:r>
        <w:rPr>
          <w:sz w:val="20"/>
        </w:rPr>
        <w:t>13:13  Terrible experience.</w:t>
      </w:r>
      <w:r>
        <w:br/>
      </w:r>
      <w:r>
        <w:rPr>
          <w:sz w:val="20"/>
        </w:rPr>
        <w:t>13:18  main ne sab bhool gaye. kin kin shabdon mein is baat ko kahoon? ke kaise Khuda yeh to kar raha hai?</w:t>
      </w:r>
      <w:r>
        <w:br/>
      </w:r>
      <w:r>
        <w:rPr>
          <w:sz w:val="20"/>
        </w:rPr>
        <w:t>13:29  kaise yeh kar raha hai?</w:t>
      </w:r>
      <w:r>
        <w:br/>
      </w:r>
      <w:r>
        <w:rPr>
          <w:sz w:val="20"/>
        </w:rPr>
        <w:t>13:36  mere paas aksar telephone aate rehte hain isi tarah ke. ab kal parson aik telephone aaya. woh kya kehte hain?</w:t>
      </w:r>
      <w:r>
        <w:br/>
      </w:r>
      <w:r>
        <w:rPr>
          <w:sz w:val="20"/>
        </w:rPr>
        <w:t>13:47  ke Khuda ko tareef ki kya zaroorat hai? ab Quran mein kahin parh liya unhon ne alhamdulillah rabb-ul-alameen ka translation ke sari tareef Allah rabb-ul-alameen ke liye hai.</w:t>
      </w:r>
      <w:r>
        <w:br/>
      </w:r>
      <w:r>
        <w:rPr>
          <w:sz w:val="20"/>
        </w:rPr>
        <w:t>14:01  kahin parh liya unhon ne. ya angrezi mein parh liya ke sara praise jo hai Allah rabb-ul-alameen ke liye. to un ka Allah ko tareef ki kya zaroorat hai?</w:t>
      </w:r>
      <w:r>
        <w:br/>
      </w:r>
      <w:r>
        <w:rPr>
          <w:sz w:val="20"/>
        </w:rPr>
        <w:t>14:13  to main ne kaha ke dekhiye, yeh yeh hai wrong translation. alhamd jo hai is ka matlab tareef nahi hai, praise nahi hai.</w:t>
      </w:r>
      <w:r>
        <w:br/>
      </w:r>
      <w:r>
        <w:rPr>
          <w:sz w:val="20"/>
        </w:rPr>
        <w:t>14:25  is ka matlab hai acknowledge karna. acknowledge karna.</w:t>
      </w:r>
      <w:r>
        <w:br/>
      </w:r>
      <w:r>
        <w:rPr>
          <w:sz w:val="20"/>
        </w:rPr>
        <w:t>14:33  jab aap ko Khuda ki yeh blessing hai, itni sari blessing, to kya aap acknowledge nahi karein ge? Then you are worse than animal.</w:t>
      </w:r>
    </w:p>
    <w:p>
      <w:pPr>
        <w:pStyle w:val="Heading2"/>
      </w:pPr>
      <w:r>
        <w:t>Man seeks Quranic charm to escape a murder case</w:t>
      </w:r>
    </w:p>
    <w:p>
      <w:r>
        <w:rPr>
          <w:color w:val="666666"/>
          <w:sz w:val="18"/>
        </w:rPr>
        <w:t>The Problem of Conditioning April 22, 2012 · 2m 55s · at 5:45 · https://youtu.be/j-kJQzOz46g?t=345</w:t>
      </w:r>
    </w:p>
    <w:p>
      <w:r>
        <w:rPr>
          <w:i/>
        </w:rPr>
        <w:t>“Aaj subah mere paas ek telephone aaya”</w:t>
      </w:r>
    </w:p>
    <w:p>
      <w:r>
        <w:rPr>
          <w:sz w:val="20"/>
        </w:rPr>
        <w:t>5:45  conditioning ki wajah se jo nuqsan hota hai, us ko mein batane ki koshish karunga. dekhiye, aaj subah meray pas aik telephone aaya.</w:t>
      </w:r>
      <w:r>
        <w:br/>
      </w:r>
      <w:r>
        <w:rPr>
          <w:sz w:val="20"/>
        </w:rPr>
        <w:t>5:58  aaj hi subah. ek sahab keh rahe the telephone par ke aap quran ke aalim hain to mera ek masla hai, is ko quran se hal bataiye, is ka.</w:t>
      </w:r>
      <w:r>
        <w:br/>
      </w:r>
      <w:r>
        <w:rPr>
          <w:sz w:val="20"/>
        </w:rPr>
        <w:t>6:13  unhon ne kaha ke hamare haan ek murder ka case ho gaya hai, qatl ka case. aur logon ne mujhe is mein phansaya do.</w:t>
      </w:r>
      <w:r>
        <w:br/>
      </w:r>
      <w:r>
        <w:rPr>
          <w:sz w:val="20"/>
        </w:rPr>
        <w:t>6:22  mere khilaf police case ban gaya.</w:t>
      </w:r>
      <w:r>
        <w:br/>
      </w:r>
      <w:r>
        <w:rPr>
          <w:sz w:val="20"/>
        </w:rPr>
        <w:t>6:26  to aap mujhe koi quran se aise aise amal bataiye, is ko main kar ke bach jaaun. aap jante hain ke baqayda aisi kitabein chhapi hui hain, amliyat ki,</w:t>
      </w:r>
      <w:r>
        <w:br/>
      </w:r>
      <w:r>
        <w:rPr>
          <w:sz w:val="20"/>
        </w:rPr>
        <w:t>6:40  amliyat qurani bhi chhapi hui kitab. to un ke nazdeek quran in ko aisa nuskha dega jis par amal kar ke wo amliyati ma'ne mein wo case se bach jayen.</w:t>
      </w:r>
      <w:r>
        <w:br/>
      </w:r>
      <w:r>
        <w:rPr>
          <w:sz w:val="20"/>
        </w:rPr>
        <w:t>6:58  to main ne socha ke dekhiye, musalman quran ko kis ma'ne mein lete hain? ya to wo samajhte hain ke quran tilawat ke liye hai, tilawat karo aur sawab hasil karte raho.</w:t>
      </w:r>
      <w:r>
        <w:br/>
      </w:r>
      <w:r>
        <w:rPr>
          <w:sz w:val="20"/>
        </w:rPr>
        <w:t>7:16  taraveeh ke zamane mein quran khatm kar lo aur bahut bada sawab un ko mil jayega. ya phir amliyat ke ma'ne mein.</w:t>
      </w:r>
      <w:r>
        <w:br/>
      </w:r>
      <w:r>
        <w:rPr>
          <w:sz w:val="20"/>
        </w:rPr>
        <w:t>7:28  amliyat ke ma'ne mein. yaani quran mein</w:t>
      </w:r>
      <w:r>
        <w:br/>
      </w:r>
      <w:r>
        <w:rPr>
          <w:sz w:val="20"/>
        </w:rPr>
        <w:t>7:33  ghor o fikr kar ke, tadabbur kar ke apni zindagi ka jaiza lena, ye ummat mein rawaji is ka nahi hai.</w:t>
      </w:r>
      <w:r>
        <w:br/>
      </w:r>
      <w:r>
        <w:rPr>
          <w:sz w:val="20"/>
        </w:rPr>
        <w:t>7:43  is ka rawaji ummat mein nahi hai.</w:t>
      </w:r>
      <w:r>
        <w:br/>
      </w:r>
      <w:r>
        <w:rPr>
          <w:sz w:val="20"/>
        </w:rPr>
        <w:t>7:47  abhi kal parson ek mazmoon padh raha tha main, is mein dhoom se wo likha tha unhon ne ke islam sari duniya ke masail ka hal hai.</w:t>
      </w:r>
      <w:r>
        <w:br/>
      </w:r>
      <w:r>
        <w:rPr>
          <w:sz w:val="20"/>
        </w:rPr>
        <w:t>7:57  quran sari duniya ke masail ka hal hai. to main ne socha ke quran mein to sari duniya ke masail ka hal musalmanon ko dikhai deta hai, khud apne bare mein hal dikhai nahi deta.</w:t>
      </w:r>
      <w:r>
        <w:br/>
      </w:r>
      <w:r>
        <w:rPr>
          <w:sz w:val="20"/>
        </w:rPr>
        <w:t>8:10  isi akhbar mein, isi magazine mein ye bhi chhapa hua tha musalmanon ke bare mein ke maujooda zamane mein musalman scienceon ka shikar hain, dushmanon se ghare hue hain.</w:t>
      </w:r>
      <w:r>
        <w:br/>
      </w:r>
      <w:r>
        <w:rPr>
          <w:sz w:val="20"/>
        </w:rPr>
        <w:t>8:23  isi mein aap bataiye ke musalman jo masail mein mubtala hain to is ka hal nahi quran mein hai? sare alam ke liye quran mein hal hai aur musalmanon ke masail ka hal nahi quran mein?</w:t>
      </w:r>
      <w:r>
        <w:br/>
      </w:r>
      <w:r>
        <w:rPr>
          <w:sz w:val="20"/>
        </w:rPr>
        <w:t>8:34  kaisi ajeeb soch hai.</w:t>
      </w:r>
    </w:p>
    <w:p>
      <w:pPr>
        <w:pStyle w:val="Heading2"/>
      </w:pPr>
      <w:r>
        <w:t>Prophet Yunus and anger lesson</w:t>
      </w:r>
    </w:p>
    <w:p>
      <w:r>
        <w:rPr>
          <w:color w:val="666666"/>
          <w:sz w:val="18"/>
        </w:rPr>
        <w:t>Don't Be Angry Culture January 15, 2012 Maulana Wahiduddin Khan · 4m 54s · at 8:40 · https://youtu.be/rY1Ikwmwwdk?t=520</w:t>
      </w:r>
    </w:p>
    <w:p>
      <w:r>
        <w:rPr>
          <w:i/>
        </w:rPr>
        <w:t>“Hazrat Yunus alaihi salam”</w:t>
      </w:r>
    </w:p>
    <w:p>
      <w:r>
        <w:rPr>
          <w:sz w:val="20"/>
        </w:rPr>
        <w:t>8:40  is ki misaal Hazrat Yunus alaihissalam ki hai. Hazrat Yunus alaihissalam peghambar they. Woh bheje gaye they dawat ke liye Nineveh mein, jo Iraq ka ek shehar tha.</w:t>
      </w:r>
      <w:r>
        <w:br/>
      </w:r>
      <w:r>
        <w:rPr>
          <w:sz w:val="20"/>
        </w:rPr>
        <w:t>8:58  is zamane mein woh jo hai Center tha Iraq ka. Toh wahan par unhon ne dawat di.</w:t>
      </w:r>
      <w:r>
        <w:br/>
      </w:r>
      <w:r>
        <w:rPr>
          <w:sz w:val="20"/>
        </w:rPr>
        <w:t>9:10  logon ne nahi mana un ki baat. Toh jaldi hi woh ghussa ho kar wahan se chale gaye. Basti chhod diya unhon ne.</w:t>
      </w:r>
      <w:r>
        <w:br/>
      </w:r>
      <w:r>
        <w:rPr>
          <w:sz w:val="20"/>
        </w:rPr>
        <w:t>9:22  toh Quran mein yeh lafz aaya hai Surah Al-Anbiya mein: "وَذَنُونَ اِذْهَبَ مُغَاضَبًا وَذَنَّ الَّنَّقْدَرَ عَلَيْهِ".</w:t>
      </w:r>
      <w:r>
        <w:br/>
      </w:r>
      <w:r>
        <w:rPr>
          <w:sz w:val="20"/>
        </w:rPr>
        <w:t>9:37  yani He went out of anger.</w:t>
      </w:r>
      <w:r>
        <w:br/>
      </w:r>
      <w:r>
        <w:rPr>
          <w:sz w:val="20"/>
        </w:rPr>
        <w:t>9:43  yani woh ghusse mein basti chhod ke chale gaye.</w:t>
      </w:r>
      <w:r>
        <w:br/>
      </w:r>
      <w:r>
        <w:rPr>
          <w:sz w:val="20"/>
        </w:rPr>
        <w:t>9:48  He went out of anger.</w:t>
      </w:r>
      <w:r>
        <w:br/>
      </w:r>
      <w:r>
        <w:rPr>
          <w:sz w:val="20"/>
        </w:rPr>
        <w:t>9:52  toh kya hua? Yani Allah taala ko un ka yeh fe'l pasand nahi aaya. Woh machhli ke pait mein chale gaye. Phir unhon ne maafi mangi.</w:t>
      </w:r>
      <w:r>
        <w:br/>
      </w:r>
      <w:r>
        <w:rPr>
          <w:sz w:val="20"/>
        </w:rPr>
        <w:t>10:01  aur dobara woh Nineveh wapas gaye. Phir wahan dawat di unhon ne. Ab dekhiye, ghusse se kya nuqsan hua un ko?</w:t>
      </w:r>
      <w:r>
        <w:br/>
      </w:r>
      <w:r>
        <w:rPr>
          <w:sz w:val="20"/>
        </w:rPr>
        <w:t>10:11  ghusse ka nuqsan yeh hua ke jo Right thinking thi is maamle mein, us se un ka zehan hat gaya.</w:t>
      </w:r>
      <w:r>
        <w:br/>
      </w:r>
      <w:r>
        <w:rPr>
          <w:sz w:val="20"/>
        </w:rPr>
        <w:t>10:20  Right thinking yeh thi ke kisi Nabi ke liye yeh jaiz nahi hai ke woh itmam e hujjat se pehle apni mauzu'a qaum ko chhod de.</w:t>
      </w:r>
      <w:r>
        <w:br/>
      </w:r>
      <w:r>
        <w:rPr>
          <w:sz w:val="20"/>
        </w:rPr>
        <w:t>10:35  Nabi aisa nahi kar sakta. Chahe log pathar maarein, tab bhi nahi chhod sakta woh. Toh Hazrat Yunus peghambar they.</w:t>
      </w:r>
      <w:r>
        <w:br/>
      </w:r>
      <w:r>
        <w:rPr>
          <w:sz w:val="20"/>
        </w:rPr>
        <w:t>10:47  Nineveh ke log un ke mauzu'a they.</w:t>
      </w:r>
      <w:r>
        <w:br/>
      </w:r>
      <w:r>
        <w:rPr>
          <w:sz w:val="20"/>
        </w:rPr>
        <w:t>10:51  toh unhein wahan rehna hi rehna tha. Chahe woh acha sulook karein ya bura sulook karein, maanein ya na maanein, us waqt tak jab tak ke itmam e hujjat na ho jaye.</w:t>
      </w:r>
      <w:r>
        <w:br/>
      </w:r>
      <w:r>
        <w:rPr>
          <w:sz w:val="20"/>
        </w:rPr>
        <w:t>11:04  itmam e hujjat bhi dekhiye, aisa nahi ke hum khud se faisla kar lein. Yeh Allah ki taraf se farishta aa kar batata hai ke ab itmam e hujjat ho gaya, tum bhi basti ko chhod kar ja sakte ho.</w:t>
      </w:r>
      <w:r>
        <w:br/>
      </w:r>
      <w:r>
        <w:rPr>
          <w:sz w:val="20"/>
        </w:rPr>
        <w:t>11:17  khud se aap nahi faisla kar sakte.</w:t>
      </w:r>
      <w:r>
        <w:br/>
      </w:r>
      <w:r>
        <w:rPr>
          <w:sz w:val="20"/>
        </w:rPr>
        <w:t>11:20  yaad rakhiye, itmam e hujjat ka maamla ijtihadi maamla nahi hai. Isi liye ab peghambar ke baad kisi bhi Muslim ko, kisi bhi giroh ko yeh haq nahi hai ke woh kahe ke hum ne itmam e hujjat kar diya.</w:t>
      </w:r>
      <w:r>
        <w:br/>
      </w:r>
      <w:r>
        <w:rPr>
          <w:sz w:val="20"/>
        </w:rPr>
        <w:t>11:36  bilkul woh gunah ka fe'l hoga. Hum ko aap ko sirf dawat dena, itaat dena, dawat dena, isi mein mar jana hai. Kyun?</w:t>
      </w:r>
      <w:r>
        <w:br/>
      </w:r>
      <w:r>
        <w:rPr>
          <w:sz w:val="20"/>
        </w:rPr>
        <w:t>11:45  hamare par farishta nahin aayega yeh batane ke liye ke itmam حجت ho gaya.</w:t>
      </w:r>
      <w:r>
        <w:br/>
      </w:r>
      <w:r>
        <w:rPr>
          <w:sz w:val="20"/>
        </w:rPr>
        <w:t>11:52  bilkul yeh sarkashi hogi agar aap kisi basti ko chhod den ya keh kar ke itmam حجت hoga, is liye main ab yahan se ja raha hoon.</w:t>
      </w:r>
      <w:r>
        <w:br/>
      </w:r>
      <w:r>
        <w:rPr>
          <w:sz w:val="20"/>
        </w:rPr>
        <w:t>12:05  nabiyon ke baad yeh haq khatm ho chuka hai kisi ummat ke liye. baad ke logon ko sirf dawat dena hai, dawat dena hai, dawat dena hai, isi mein mar jana hai.</w:t>
      </w:r>
      <w:r>
        <w:br/>
      </w:r>
      <w:r>
        <w:rPr>
          <w:sz w:val="20"/>
        </w:rPr>
        <w:t>12:16  kyunke hamare paas farishta nahin aayega yeh batane ke liye ke itmam حجت ho gaya.</w:t>
      </w:r>
      <w:r>
        <w:br/>
      </w:r>
      <w:r>
        <w:rPr>
          <w:sz w:val="20"/>
        </w:rPr>
        <w:t>12:24  to behal Hazrat Yunus ne buzra ijtihad, na ke bazariya farishta, yani Allah taala ka farishta nahin aaya tha un ke paas batane ke liye, khud se samajh liya ke itmam حجت ho gaya.</w:t>
      </w:r>
      <w:r>
        <w:br/>
      </w:r>
      <w:r>
        <w:rPr>
          <w:sz w:val="20"/>
        </w:rPr>
        <w:t>12:38  to unhon ne chhod diya. to aap dekhiye ke unhein dobara Nineveh wapas jana pada.</w:t>
      </w:r>
      <w:r>
        <w:br/>
      </w:r>
      <w:r>
        <w:rPr>
          <w:sz w:val="20"/>
        </w:rPr>
        <w:t>12:50  yeh tha ek ek misaal hai.</w:t>
      </w:r>
      <w:r>
        <w:br/>
      </w:r>
      <w:r>
        <w:rPr>
          <w:sz w:val="20"/>
        </w:rPr>
        <w:t>12:53  agar peghambar bhi, peghambar ko bhi ghussa aa jaye to us ke bhi Divine Wisdom mein farq pad jayega.</w:t>
      </w:r>
      <w:r>
        <w:br/>
      </w:r>
      <w:r>
        <w:rPr>
          <w:sz w:val="20"/>
        </w:rPr>
        <w:t>13:03  woh bhi Right thinking nahin kar payega. woh galat faisla le lega.</w:t>
      </w:r>
      <w:r>
        <w:br/>
      </w:r>
      <w:r>
        <w:rPr>
          <w:sz w:val="20"/>
        </w:rPr>
        <w:t>13:08  main samajhta hoon ke yeh aakhri misaal hai jo hamein darane ke liye kafi hai. ke jab peghambar bhi is mein exempted nahin hai ke ghussa aaye to Right thinking chali jaye, to hum kaise is se bache reh sakte hain?</w:t>
      </w:r>
      <w:r>
        <w:br/>
      </w:r>
      <w:r>
        <w:rPr>
          <w:sz w:val="20"/>
        </w:rPr>
        <w:t>13:27  to bohat hi sangin baat hai yeh. is ko janiye.</w:t>
      </w:r>
    </w:p>
    <w:p>
      <w:pPr>
        <w:pStyle w:val="Heading2"/>
      </w:pPr>
      <w:r>
        <w:t>Why grievances should go to UN, not violence</w:t>
      </w:r>
    </w:p>
    <w:p>
      <w:r>
        <w:rPr>
          <w:color w:val="666666"/>
          <w:sz w:val="18"/>
        </w:rPr>
        <w:t>Islam A Religion of Peace January 7, 2010 Maulana Wahiduddin Khan · 2m 21s · at 1:00:10 · https://youtu.be/L3qaWEfRY6o?t=3610</w:t>
      </w:r>
    </w:p>
    <w:p>
      <w:r>
        <w:rPr>
          <w:i/>
        </w:rPr>
        <w:t>“NGOs have no right to kill the bad elements.”</w:t>
      </w:r>
    </w:p>
    <w:p>
      <w:r>
        <w:rPr>
          <w:sz w:val="20"/>
        </w:rPr>
        <w:t>1:00:10  I don't subscribe with this notion. Maulana, I am Khalid Ansari. My question is an extension to Mr.</w:t>
      </w:r>
      <w:r>
        <w:br/>
      </w:r>
      <w:r>
        <w:rPr>
          <w:sz w:val="20"/>
        </w:rPr>
        <w:t>1:00:20  Arun Gandhi's question, which probably some part of that remained unanswered. The US administration believed and still believes that to achieve peace, it is important to eliminate the bad elements, means the terroristic outfits and all that.</w:t>
      </w:r>
      <w:r>
        <w:br/>
      </w:r>
      <w:r>
        <w:rPr>
          <w:sz w:val="20"/>
        </w:rPr>
        <w:t>1:00:39  On the other hand, there are terrorist groups and outfits. They claim that they are the real presenter of Islam and to achieve peace, they need to eliminate the bad people from the face of the earth.</w:t>
      </w:r>
      <w:r>
        <w:br/>
      </w:r>
      <w:r>
        <w:rPr>
          <w:sz w:val="20"/>
        </w:rPr>
        <w:t>1:00:53  Do you think they are actually representing the Islam and achieving the goal called peace? No, no. I don't think that they are representing Islam.</w:t>
      </w:r>
      <w:r>
        <w:br/>
      </w:r>
      <w:r>
        <w:rPr>
          <w:sz w:val="20"/>
        </w:rPr>
        <w:t>1:01:04  NGOs have noright to kill the bad elements. No. You can go to the United Nations. If America is misusing its powers, you can go to the United Nations,</w:t>
      </w:r>
      <w:r>
        <w:br/>
      </w:r>
      <w:r>
        <w:rPr>
          <w:sz w:val="20"/>
        </w:rPr>
        <w:t>1:01:17  the International Forum. You cannot say that we ourselves will kill the bad element. It is wrong. It is un-Islamic.</w:t>
      </w:r>
      <w:r>
        <w:br/>
      </w:r>
      <w:r>
        <w:rPr>
          <w:sz w:val="20"/>
        </w:rPr>
        <w:t>1:01:28  It is against the international norm.</w:t>
      </w:r>
      <w:r>
        <w:br/>
      </w:r>
      <w:r>
        <w:rPr>
          <w:sz w:val="20"/>
        </w:rPr>
        <w:t>1:01:30  If someone has any, so if someone disagrees with this policy, he can go to the United Nations. He is not allowed to use arms and bombs.</w:t>
      </w:r>
      <w:r>
        <w:br/>
      </w:r>
      <w:r>
        <w:rPr>
          <w:sz w:val="20"/>
        </w:rPr>
        <w:t>1:01:42  This is my point.</w:t>
      </w:r>
      <w:r>
        <w:br/>
      </w:r>
      <w:r>
        <w:rPr>
          <w:sz w:val="20"/>
        </w:rPr>
        <w:t>1:01:44  If America or any country is misusing its authority, is misusing its power, then the best forum is the United Nations.</w:t>
      </w:r>
      <w:r>
        <w:br/>
      </w:r>
      <w:r>
        <w:rPr>
          <w:sz w:val="20"/>
        </w:rPr>
        <w:t>1:01:57  You are not allowed to use it as an excuse for using, for going to suicide bombing or gun culture.</w:t>
      </w:r>
      <w:r>
        <w:br/>
      </w:r>
      <w:r>
        <w:rPr>
          <w:sz w:val="20"/>
        </w:rPr>
        <w:t>1:02:11  You have to go to the United Nations. You have to use the International Forum. You have to complain or register in that</w:t>
      </w:r>
      <w:r>
        <w:br/>
      </w:r>
      <w:r>
        <w:rPr>
          <w:sz w:val="20"/>
        </w:rPr>
        <w:t>1:02:25  UNO. This is theright place</w:t>
      </w:r>
    </w:p>
    <w:p>
      <w:pPr>
        <w:pStyle w:val="Heading2"/>
      </w:pPr>
      <w:r>
        <w:t>Reframe anger as a chance for greater reward</w:t>
      </w:r>
    </w:p>
    <w:p>
      <w:r>
        <w:rPr>
          <w:color w:val="666666"/>
          <w:sz w:val="18"/>
        </w:rPr>
        <w:t>Islam in Daily Life December 26, 2010 · 1m 08s · at 1:35:11 · https://youtu.be/H0VYpUX3q3Q?t=5711</w:t>
      </w:r>
    </w:p>
    <w:p>
      <w:r>
        <w:rPr>
          <w:i/>
        </w:rPr>
        <w:t>“Har aise mauqe par mujhe Quran ki ek aayat yaad aati hai”</w:t>
      </w:r>
    </w:p>
    <w:p>
      <w:r>
        <w:rPr>
          <w:sz w:val="20"/>
        </w:rPr>
        <w:t>1:35:11  "Innama yuwaffa as sabiroona ajrahum bighayri hisab."</w:t>
      </w:r>
      <w:r>
        <w:br/>
      </w:r>
      <w:r>
        <w:rPr>
          <w:sz w:val="20"/>
        </w:rPr>
        <w:t>1:35:17  yani is mein hai ke patience jo hai aisi cheez hai jis per sab say ziyada sawab milega. patience per sab say ziyada sawab milega.</w:t>
      </w:r>
      <w:r>
        <w:br/>
      </w:r>
      <w:r>
        <w:rPr>
          <w:sz w:val="20"/>
        </w:rPr>
        <w:t>1:35:27  jab koi aisa mamla aata hai ke mein impatient ho jata hoon. mujhe ghussa aata hai. to us waqt mein sochta hoon ke yeh to woh moqa aa gaya jab ke mein ziyada bara sawab hasil karoon.</w:t>
      </w:r>
      <w:r>
        <w:br/>
      </w:r>
      <w:r>
        <w:rPr>
          <w:sz w:val="20"/>
        </w:rPr>
        <w:t>1:35:38  ya baray sawab ki azan de di gayi.</w:t>
      </w:r>
      <w:r>
        <w:br/>
      </w:r>
      <w:r>
        <w:rPr>
          <w:sz w:val="20"/>
        </w:rPr>
        <w:t>1:35:43  yeh cheez mujhe pacify kar deti hai.</w:t>
      </w:r>
      <w:r>
        <w:br/>
      </w:r>
      <w:r>
        <w:rPr>
          <w:sz w:val="20"/>
        </w:rPr>
        <w:t>1:35:47  yani is waqayay ko, kisi ki baat mujhe buri lagi. kisi ke khilaaf mujhe ghussa aa gaya. ke mein impatient ho gaya. us ko mein is sense mein leta hoon.</w:t>
      </w:r>
      <w:r>
        <w:br/>
      </w:r>
      <w:r>
        <w:rPr>
          <w:sz w:val="20"/>
        </w:rPr>
        <w:t>1:35:57  ke yeh hi to woh moqa hai jab mein sabr ka saboot doon. patience ka saboot doon. aur phir Allah ka reward mujhe mile.</w:t>
      </w:r>
      <w:r>
        <w:br/>
      </w:r>
      <w:r>
        <w:rPr>
          <w:sz w:val="20"/>
        </w:rPr>
        <w:t>1:36:07  to yeh hi aik cheez hai ke is waqt yeh sochiye. quran ki us ayat ko le kar ke. ke ab to waqt aa gaya bara reward lene ka.</w:t>
      </w:r>
    </w:p>
    <w:p>
      <w:pPr>
        <w:pStyle w:val="Heading2"/>
      </w:pPr>
      <w:r>
        <w:t>finding justification to stay free of negativity toward media</w:t>
      </w:r>
    </w:p>
    <w:p>
      <w:r>
        <w:rPr>
          <w:color w:val="666666"/>
          <w:sz w:val="18"/>
        </w:rPr>
        <w:t>Stress and Spirituality January 1, 2012 · 5m 46s · at 1:24:28 · https://youtu.be/TPhXL9-g6ME?t=5068</w:t>
      </w:r>
    </w:p>
    <w:p>
      <w:r>
        <w:rPr>
          <w:i/>
        </w:rPr>
        <w:t>“People have persecuted me my whole life, yet I stay positive”</w:t>
      </w:r>
    </w:p>
    <w:p>
      <w:r>
        <w:rPr>
          <w:sz w:val="20"/>
        </w:rPr>
        <w:t>1:24:28  mujhe har tarah ka jo na mali nuqsan pohanchaya. mujhe badnaam kiya. har tarah se mujhe takleef pohanchai. aur abhi tak pohancha rahe hain.</w:t>
      </w:r>
      <w:r>
        <w:br/>
      </w:r>
      <w:r>
        <w:rPr>
          <w:sz w:val="20"/>
        </w:rPr>
        <w:t>1:24:39  ajeeb baat hai. itna zyada mujhe jhoote propaganda mere khilaf kiya jata hai. shayad tareekh mein kisi ke khilaf itna jhoota propaganda nahi hua hoga jitna mere khilaf hota hai.</w:t>
      </w:r>
      <w:r>
        <w:br/>
      </w:r>
      <w:r>
        <w:rPr>
          <w:sz w:val="20"/>
        </w:rPr>
        <w:t>1:24:53  kyun ke kisi aur zamane mein media nahi tha. ab to media hai.</w:t>
      </w:r>
      <w:r>
        <w:br/>
      </w:r>
      <w:r>
        <w:rPr>
          <w:sz w:val="20"/>
        </w:rPr>
        <w:t>1:24:58  to main kya karta hoon? meri falsafa kya hai? main is ka mubarir talash karta hoon.</w:t>
      </w:r>
      <w:r>
        <w:br/>
      </w:r>
      <w:r>
        <w:rPr>
          <w:sz w:val="20"/>
        </w:rPr>
        <w:t>1:25:09  mubarir. yani is aadmi jo kar raha hai us ko justify karta hoon main kuch soch kar ke. apne dimagh se sochta hoon.</w:t>
      </w:r>
      <w:r>
        <w:br/>
      </w:r>
      <w:r>
        <w:rPr>
          <w:sz w:val="20"/>
        </w:rPr>
        <w:t>1:25:20  is ka mubarir talash karta hoon</w:t>
      </w:r>
      <w:r>
        <w:br/>
      </w:r>
      <w:r>
        <w:rPr>
          <w:sz w:val="20"/>
        </w:rPr>
        <w:t>1:25:22  mein misaal aik deta hoon aap ko. ke aaj kal tamam musalmanon ko shikayat hai media se.</w:t>
      </w:r>
      <w:r>
        <w:br/>
      </w:r>
      <w:r>
        <w:rPr>
          <w:sz w:val="20"/>
        </w:rPr>
        <w:t>1:25:31  kahin bhi koi musalman nahi milega yahan se recovery karta hai aap ko jis ko media se shikayat na ho. abhi kal mein aik article parha tha aik bohat parhe likhe aadmi ke ka tha woh.</w:t>
      </w:r>
      <w:r>
        <w:br/>
      </w:r>
      <w:r>
        <w:rPr>
          <w:sz w:val="20"/>
        </w:rPr>
        <w:t>1:25:41  is mein kya tha? media ki shikayat. ke media musalmanon ki image bigaad raha hai. media islam ke khilaaf propaganda karta hai. media islam ke khilaaf cheezein chhaapta hai.</w:t>
      </w:r>
      <w:r>
        <w:br/>
      </w:r>
      <w:r>
        <w:rPr>
          <w:sz w:val="20"/>
        </w:rPr>
        <w:t>1:25:52  to har musalman shayad without any exception media ke baray mein negative hai. magar mein negative nahi hoon.</w:t>
      </w:r>
      <w:r>
        <w:br/>
      </w:r>
      <w:r>
        <w:rPr>
          <w:sz w:val="20"/>
        </w:rPr>
        <w:t>1:26:00  kyun ke mein is ka mubarir talash kar rakha hai. mubarir. Justification. woh kya? mein sochta hoon ke media jo hai woh aik industry hai.</w:t>
      </w:r>
      <w:r>
        <w:br/>
      </w:r>
      <w:r>
        <w:rPr>
          <w:sz w:val="20"/>
        </w:rPr>
        <w:t>1:26:13  industry. is ka kaam hai news ko sell karna.</w:t>
      </w:r>
      <w:r>
        <w:br/>
      </w:r>
      <w:r>
        <w:rPr>
          <w:sz w:val="20"/>
        </w:rPr>
        <w:t>1:26:19  jis tarah se yeh yeh glass hai. aik aadmi glass banata hai kis liye? is ko market mein sell karna hai. bechna hai market mein. agar market mein koi is ka gaaahak na ho to glass nahi banaye ga woh.</w:t>
      </w:r>
      <w:r>
        <w:br/>
      </w:r>
      <w:r>
        <w:rPr>
          <w:sz w:val="20"/>
        </w:rPr>
        <w:t>1:26:33  to media aik industry hai. is ka kaam hai news ko sell karna. to media ko yeh pata hai ke jo log hain jo masses hain woh sensation ko pasand karte hain.</w:t>
      </w:r>
      <w:r>
        <w:br/>
      </w:r>
      <w:r>
        <w:rPr>
          <w:sz w:val="20"/>
        </w:rPr>
        <w:t>1:26:46  sensational news.</w:t>
      </w:r>
      <w:r>
        <w:br/>
      </w:r>
      <w:r>
        <w:rPr>
          <w:sz w:val="20"/>
        </w:rPr>
        <w:t>1:26:49  bad news. buri khabrein. achhi khabron ko ko par koi akhbar nahi chal chal sakta.</w:t>
      </w:r>
      <w:r>
        <w:br/>
      </w:r>
      <w:r>
        <w:rPr>
          <w:sz w:val="20"/>
        </w:rPr>
        <w:t>1:26:59  buri khabron par akhbar chalte hain. kyun ke log woh woh logon ka taste bigra hua hai. log chahte hain koi koi koi dhamaka khez khabar ho.</w:t>
      </w:r>
      <w:r>
        <w:br/>
      </w:r>
      <w:r>
        <w:rPr>
          <w:sz w:val="20"/>
        </w:rPr>
        <w:t>1:27:13  to media hi karta hai.</w:t>
      </w:r>
      <w:r>
        <w:br/>
      </w:r>
      <w:r>
        <w:rPr>
          <w:sz w:val="20"/>
        </w:rPr>
        <w:t>1:27:16  agar aap aik so achhe achhe kaam kar rahe hain woh media nahi chhaape ga. lekin bomb maar de kahin ja ke woh foran chhaape ga woh. kyun ke isi ko isi isi ki wajah se is ka akhbar bikta hai.</w:t>
      </w:r>
      <w:r>
        <w:br/>
      </w:r>
      <w:r>
        <w:rPr>
          <w:sz w:val="20"/>
        </w:rPr>
        <w:t>1:27:29  isi ki wajah se is ka TV dekha jaata hai.</w:t>
      </w:r>
      <w:r>
        <w:br/>
      </w:r>
      <w:r>
        <w:rPr>
          <w:sz w:val="20"/>
        </w:rPr>
        <w:t>1:27:32  to mein ne is ka mubarir talash kar rakha hai. ke media chunchke aik industry hai is ko apne faayde ke lihaaz se apna business chalana hai.</w:t>
      </w:r>
      <w:r>
        <w:br/>
      </w:r>
      <w:r>
        <w:rPr>
          <w:sz w:val="20"/>
        </w:rPr>
        <w:t>1:27:41  aur is ko pata hai ke is ke jo viewers hain ya is ke readers jo hain woh dhamaka dhamaka khez khabrein chahte hain. sensational khabrein.</w:t>
      </w:r>
      <w:r>
        <w:br/>
      </w:r>
      <w:r>
        <w:rPr>
          <w:sz w:val="20"/>
        </w:rPr>
        <w:t>1:27:49  to woh khabrein dhoondh dhoondh ke laata hai woh.</w:t>
      </w:r>
      <w:r>
        <w:br/>
      </w:r>
      <w:r>
        <w:rPr>
          <w:sz w:val="20"/>
        </w:rPr>
        <w:t>1:27:53  to is tarah mere dil mein media ke khilaaf aik aaye thaak barabar hi shikayat nahi. jabke yahan se le kar amreeka tak chale jaiye aap. aik musalman nahi paayenge aap jis ko media se shikayat na ho.</w:t>
      </w:r>
      <w:r>
        <w:br/>
      </w:r>
      <w:r>
        <w:rPr>
          <w:sz w:val="20"/>
        </w:rPr>
        <w:t>1:28:06  shikayat shikayat shikayat. abhi Jakarta mein yani Jakarta mein isi par aik conference hui musalmanon</w:t>
      </w:r>
      <w:r>
        <w:br/>
      </w:r>
      <w:r>
        <w:rPr>
          <w:sz w:val="20"/>
        </w:rPr>
        <w:t>1:28:16  ki. saari duniya ke musalman ke woh parhe likhe likh parhe likhe log wahan aktha hue Jakarta mein.</w:t>
      </w:r>
      <w:r>
        <w:br/>
      </w:r>
      <w:r>
        <w:rPr>
          <w:sz w:val="20"/>
        </w:rPr>
        <w:t>1:28:25  media ke masle par. woh sab shikayati boli bol rahe hain wahan par. duniya bhar ka dimaagh aktha hua Jakarta mein media ke sawaal par aur sab shikayati boli bolta hai.</w:t>
      </w:r>
      <w:r>
        <w:br/>
      </w:r>
      <w:r>
        <w:rPr>
          <w:sz w:val="20"/>
        </w:rPr>
        <w:t>1:28:38  ke media jo hai islam dushman hai. media muslim dushman hai. media hum hamare khilaaf yeh yeh karta hai. hamare khilaaf woh kar</w:t>
      </w:r>
      <w:r>
        <w:br/>
      </w:r>
      <w:r>
        <w:rPr>
          <w:sz w:val="20"/>
        </w:rPr>
        <w:t>1:28:45  ta hai. mujhe kuch bhi shikayat nahi. kyun ke is ko mubarir talash kar rakha hai mein ne. ke media to aik industry hai. is ko khabrein bechna hai.</w:t>
      </w:r>
      <w:r>
        <w:br/>
      </w:r>
      <w:r>
        <w:rPr>
          <w:sz w:val="20"/>
        </w:rPr>
        <w:t>1:28:54  wohi khabrein laaye ga jis ko viewers aur readers pasand pasand karte hon. to mujhe shikayat kis baat ki? shikayat kis</w:t>
      </w:r>
      <w:r>
        <w:br/>
      </w:r>
      <w:r>
        <w:rPr>
          <w:sz w:val="20"/>
        </w:rPr>
        <w:t>1:29:03  baat ki? to agar aap chahte hain yani apne aap ko manfi soch se bachana aur positive soch par qaim rakhna to aap ko yeh karna pare ga ke jis ke baray mein aap negative ho jaate hain us ke liye mubarir talash kijiye.</w:t>
      </w:r>
      <w:r>
        <w:br/>
      </w:r>
      <w:r>
        <w:rPr>
          <w:sz w:val="20"/>
        </w:rPr>
        <w:t>1:29:19  keh woh aisa kar raha hai to kyun kar raha hai woh? phir aap thanday ho jayenge. phir aap cool ho jayenge. phir aap negativity khatam ho jayegi. sari dunya ke musalman kyun media ke khilaf hain?</w:t>
      </w:r>
      <w:r>
        <w:br/>
      </w:r>
      <w:r>
        <w:rPr>
          <w:sz w:val="20"/>
        </w:rPr>
        <w:t>1:29:31  kyunki unke paas mubarir nahi hai. talash kiya unhone. bas woh jo jo chupa usko dekha unhone. isne kyun aisa kiya? is par koi socha nahi unhone.</w:t>
      </w:r>
      <w:r>
        <w:br/>
      </w:r>
      <w:r>
        <w:rPr>
          <w:sz w:val="20"/>
        </w:rPr>
        <w:t>1:29:43  mujhe ek bhi musalman nahi mila itne dunya bhar mein gaya mein safar karne karke jo media ke bare mein negative na ho. one twice sab negative media ke bare mein.</w:t>
      </w:r>
      <w:r>
        <w:br/>
      </w:r>
      <w:r>
        <w:rPr>
          <w:sz w:val="20"/>
        </w:rPr>
        <w:t>1:29:54  mein Allah ke fazl se zara bhi ek ek percent bhi negative nahi hoon. is liye ke maine iska mubarir talash kar rakha hai. mubarir ka matlab hota hai justification.</w:t>
      </w:r>
      <w:r>
        <w:br/>
      </w:r>
      <w:r>
        <w:rPr>
          <w:sz w:val="20"/>
        </w:rPr>
        <w:t>1:30:05  to yeh raaz hai agar aap chahte hain ke sach much aap positive banein aur sach much negativities khali hon to yeh karna padega.</w:t>
      </w:r>
      <w:r>
        <w:br/>
      </w:r>
      <w:r>
        <w:rPr>
          <w:sz w:val="20"/>
        </w:rPr>
        <w:t>1:30:15  jab aisa karenge aap tabhi aap tension free reh sakenge. mein ne tension free nahi nahi reh sakte aap.</w:t>
      </w:r>
    </w:p>
    <w:p>
      <w:pPr>
        <w:pStyle w:val="Heading2"/>
      </w:pPr>
      <w:r>
        <w:t>Muslims have lost identity as witnesses</w:t>
      </w:r>
    </w:p>
    <w:p>
      <w:r>
        <w:rPr>
          <w:color w:val="666666"/>
          <w:sz w:val="18"/>
        </w:rPr>
        <w:t>From The Spiritual Tree May 30, 2007 · 1m 22s · at 6:14 · https://youtu.be/vGj_dsCMv-M?t=374</w:t>
      </w:r>
    </w:p>
    <w:p>
      <w:r>
        <w:rPr>
          <w:i/>
        </w:rPr>
        <w:t>“They have to bear witness before people.”</w:t>
      </w:r>
    </w:p>
    <w:p>
      <w:r>
        <w:rPr>
          <w:sz w:val="20"/>
        </w:rPr>
        <w:t>6:14  They have to bear witness before people. But Muslims have forgotten their identity.</w:t>
      </w:r>
      <w:r>
        <w:br/>
      </w:r>
      <w:r>
        <w:rPr>
          <w:sz w:val="20"/>
        </w:rPr>
        <w:t>6:27  They have lost, L-O-S-T lost, the sense of their duty.</w:t>
      </w:r>
      <w:r>
        <w:br/>
      </w:r>
      <w:r>
        <w:rPr>
          <w:sz w:val="20"/>
        </w:rPr>
        <w:t>6:41  It is a very dangerous situation.</w:t>
      </w:r>
      <w:r>
        <w:br/>
      </w:r>
      <w:r>
        <w:rPr>
          <w:sz w:val="20"/>
        </w:rPr>
        <w:t>6:46  At present, Muslims are living as a group, as a cultural group.</w:t>
      </w:r>
      <w:r>
        <w:br/>
      </w:r>
      <w:r>
        <w:rPr>
          <w:sz w:val="20"/>
        </w:rPr>
        <w:t>7:02  Their thinking is cultural thinking. Their targets are cultural targets. Their problems are cultural problems.</w:t>
      </w:r>
      <w:r>
        <w:br/>
      </w:r>
      <w:r>
        <w:rPr>
          <w:sz w:val="20"/>
        </w:rPr>
        <w:t>7:19  They are living as a cultural group rather than</w:t>
      </w:r>
      <w:r>
        <w:br/>
      </w:r>
      <w:r>
        <w:rPr>
          <w:sz w:val="20"/>
        </w:rPr>
        <w:t>7:25  a group of mission. This is a very dangerous situation.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