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The rose and its thorns</w:t>
      </w:r>
    </w:p>
    <w:p>
      <w:r>
        <w:rPr>
          <w:sz w:val="18"/>
        </w:rPr>
        <w:t>Q&amp;A, lecture moments and clips · full transcripts with timestamps · exported 2026-09-21</w:t>
      </w:r>
    </w:p>
    <w:p>
      <w:pPr>
        <w:pStyle w:val="Heading1"/>
      </w:pPr>
      <w:r>
        <w:t>Maulana was asked (0)</w:t>
      </w:r>
    </w:p>
    <w:p>
      <w:pPr>
        <w:pStyle w:val="Heading1"/>
      </w:pPr>
      <w:r>
        <w:t>In the lectures (6)</w:t>
      </w:r>
    </w:p>
    <w:p>
      <w:pPr>
        <w:pStyle w:val="Heading2"/>
      </w:pPr>
      <w:r>
        <w:t>Interactive Session Eng02 06 2007</w:t>
      </w:r>
    </w:p>
    <w:p>
      <w:r>
        <w:rPr>
          <w:color w:val="666666"/>
          <w:sz w:val="18"/>
        </w:rPr>
        <w:t>12:40 · https://youtu.be/eubwv4eDoAM?t=760</w:t>
      </w:r>
    </w:p>
    <w:p>
      <w:r>
        <w:rPr>
          <w:i/>
        </w:rPr>
        <w:t>“Just like a rose plant. You know, at every branch of a rose plant, there are flower and thorn both.”</w:t>
      </w:r>
    </w:p>
    <w:p>
      <w:pPr>
        <w:pStyle w:val="Heading2"/>
      </w:pPr>
      <w:r>
        <w:t>The Life of The Prophet | July 31, 2007</w:t>
      </w:r>
    </w:p>
    <w:p>
      <w:r>
        <w:rPr>
          <w:color w:val="666666"/>
          <w:sz w:val="18"/>
        </w:rPr>
        <w:t>9:24 · https://youtu.be/IY9aEQThos0?t=564</w:t>
      </w:r>
    </w:p>
    <w:p>
      <w:r>
        <w:rPr>
          <w:i/>
        </w:rPr>
        <w:t>“y thorn, there are flowers. So with every problem, there are opportunities. So the rose plant is a demonstration from God. It is a demonstration of the law of nature. We see that with every branch of the rose plant, there are thorns, and at the same time, there are flowers.”</w:t>
      </w:r>
    </w:p>
    <w:p>
      <w:pPr>
        <w:pStyle w:val="Heading2"/>
      </w:pPr>
      <w:r>
        <w:t>Prophet of Islam as a Model for Mankind August 31, 2007</w:t>
      </w:r>
    </w:p>
    <w:p>
      <w:r>
        <w:rPr>
          <w:color w:val="666666"/>
          <w:sz w:val="18"/>
        </w:rPr>
        <w:t>24:59 · https://youtu.be/UKUzH7_OjKM?t=1499</w:t>
      </w:r>
    </w:p>
    <w:p>
      <w:r>
        <w:rPr>
          <w:i/>
        </w:rPr>
        <w:t>“You cannot remove thorns from a rose plant. You have to accept thorns.”</w:t>
      </w:r>
    </w:p>
    <w:p>
      <w:pPr>
        <w:pStyle w:val="Heading2"/>
      </w:pPr>
      <w:r>
        <w:t>Prophet of Islam as a Model for Mankind August 31, 2007</w:t>
      </w:r>
    </w:p>
    <w:p>
      <w:r>
        <w:rPr>
          <w:color w:val="666666"/>
          <w:sz w:val="18"/>
        </w:rPr>
        <w:t>26:44 · https://youtu.be/UKUzH7_OjKM?t=1604</w:t>
      </w:r>
    </w:p>
    <w:p>
      <w:r>
        <w:rPr>
          <w:i/>
        </w:rPr>
        <w:t>“When you cannot remove thorns, you have to accept the rose, the flowers. So when we are not in a position to eliminate all those problems,”</w:t>
      </w:r>
    </w:p>
    <w:p>
      <w:pPr>
        <w:pStyle w:val="Heading2"/>
      </w:pPr>
      <w:r>
        <w:t>Art of War and Islam</w:t>
      </w:r>
    </w:p>
    <w:p>
      <w:r>
        <w:rPr>
          <w:color w:val="666666"/>
          <w:sz w:val="18"/>
        </w:rPr>
        <w:t>47:02 · https://youtu.be/LvYP_pf17S0?t=2822</w:t>
      </w:r>
    </w:p>
    <w:p>
      <w:r>
        <w:rPr>
          <w:i/>
        </w:rPr>
        <w:t>“Where there is a flower, there are thorns. Where there is a thorn, there are flowers.”</w:t>
      </w:r>
    </w:p>
    <w:p>
      <w:pPr>
        <w:pStyle w:val="Heading2"/>
      </w:pPr>
      <w:r>
        <w:t>Peace and Non-Violence in Islam | August 11, 2007</w:t>
      </w:r>
    </w:p>
    <w:p>
      <w:r>
        <w:rPr>
          <w:color w:val="666666"/>
          <w:sz w:val="18"/>
        </w:rPr>
        <w:t>58:59 · https://youtu.be/wUS1pJ-A3dw?t=3539</w:t>
      </w:r>
    </w:p>
    <w:p>
      <w:r>
        <w:rPr>
          <w:i/>
        </w:rPr>
        <w:t>“Problem is part of life. I face problems every day. But the question is, what is the solution? The solution is demonstrated by nature itself in the form of a rose plant. In the rose plant, you see that there are thorns, but at the same time, there are flowers. So thorns are part ”</w:t>
      </w:r>
    </w:p>
    <w:p>
      <w:pPr>
        <w:pStyle w:val="Heading1"/>
      </w:pPr>
      <w:r>
        <w:t>Clips (4)</w:t>
      </w:r>
    </w:p>
    <w:p>
      <w:pPr>
        <w:pStyle w:val="Heading2"/>
      </w:pPr>
      <w:r>
        <w:t>Mind-based vs heart-based spirituality explained</w:t>
      </w:r>
    </w:p>
    <w:p>
      <w:r>
        <w:rPr>
          <w:color w:val="666666"/>
          <w:sz w:val="18"/>
        </w:rPr>
        <w:t>Interactive Session Eng02 06 2007 · 5m 18s · at 9:05 · https://youtu.be/eubwv4eDoAM?t=545</w:t>
      </w:r>
    </w:p>
    <w:p>
      <w:r>
        <w:rPr>
          <w:i/>
        </w:rPr>
        <w:t>“As those people who believe in heart-based spirituality”</w:t>
      </w:r>
    </w:p>
    <w:p>
      <w:r>
        <w:rPr>
          <w:sz w:val="20"/>
        </w:rPr>
        <w:t>9:05  As those people who believe in heart-based spirituality, I think they cannot prove it.</w:t>
      </w:r>
      <w:r>
        <w:br/>
      </w:r>
      <w:r>
        <w:rPr>
          <w:sz w:val="20"/>
        </w:rPr>
        <w:t>9:15  It is completely a feeling. But I believe in mind-based spirituality, and I think that it is provable because all the activities of mind are well known.</w:t>
      </w:r>
      <w:r>
        <w:br/>
      </w:r>
      <w:r>
        <w:rPr>
          <w:sz w:val="20"/>
        </w:rPr>
        <w:t>9:33  We can prove that there is a mind. We can prove that mind has a thinking capacity. So those who believe in heart-based spirituality,</w:t>
      </w:r>
      <w:r>
        <w:br/>
      </w:r>
      <w:r>
        <w:rPr>
          <w:sz w:val="20"/>
        </w:rPr>
        <w:t>9:48  they cannot prove it. But I believe in mind-based spirituality, and that is completely provable because when mind is provable, then mind-based spirituality is also provable.</w:t>
      </w:r>
      <w:r>
        <w:br/>
      </w:r>
      <w:r>
        <w:rPr>
          <w:sz w:val="20"/>
        </w:rPr>
        <w:t>10:05  What is this difference between mind-based spirituality and heart-based spirituality? Can you please elaborate on that?</w:t>
      </w:r>
      <w:r>
        <w:br/>
      </w:r>
      <w:r>
        <w:rPr>
          <w:sz w:val="20"/>
        </w:rPr>
        <w:t>10:11  Yes.</w:t>
      </w:r>
      <w:r>
        <w:br/>
      </w:r>
      <w:r>
        <w:rPr>
          <w:sz w:val="20"/>
        </w:rPr>
        <w:t>10:14  Those who believe in heart-based spirituality, they believe in ecstasy. Ecstasy.</w:t>
      </w:r>
      <w:r>
        <w:br/>
      </w:r>
      <w:r>
        <w:rPr>
          <w:sz w:val="20"/>
        </w:rPr>
        <w:t>10:26  They say that when we are engaged in heart-based spirituality, we receive ecstasy.</w:t>
      </w:r>
      <w:r>
        <w:br/>
      </w:r>
      <w:r>
        <w:rPr>
          <w:sz w:val="20"/>
        </w:rPr>
        <w:t>10:37  There is vajd.</w:t>
      </w:r>
      <w:r>
        <w:br/>
      </w:r>
      <w:r>
        <w:rPr>
          <w:sz w:val="20"/>
        </w:rPr>
        <w:t>10:41  Vajd. Vajd is not a thinking state. Vajd is simply a feeling. Feeling without thinking.</w:t>
      </w:r>
      <w:r>
        <w:br/>
      </w:r>
      <w:r>
        <w:rPr>
          <w:sz w:val="20"/>
        </w:rPr>
        <w:t>10:52  Vajd or ecstasy is thinking without... Vajd or ecstasy is a feeling without thinking.</w:t>
      </w:r>
      <w:r>
        <w:br/>
      </w:r>
      <w:r>
        <w:rPr>
          <w:sz w:val="20"/>
        </w:rPr>
        <w:t>11:08  But</w:t>
      </w:r>
      <w:r>
        <w:br/>
      </w:r>
      <w:r>
        <w:rPr>
          <w:sz w:val="20"/>
        </w:rPr>
        <w:t>11:14  the other kind of spirituality that is based on mind is completely based on thinking.</w:t>
      </w:r>
      <w:r>
        <w:br/>
      </w:r>
      <w:r>
        <w:rPr>
          <w:sz w:val="20"/>
        </w:rPr>
        <w:t>11:24  All those—the result of spiritual exercise is completely—it</w:t>
      </w:r>
      <w:r>
        <w:br/>
      </w:r>
      <w:r>
        <w:rPr>
          <w:sz w:val="20"/>
        </w:rPr>
        <w:t>11:42  can be defined in an intellectual term.</w:t>
      </w:r>
      <w:r>
        <w:br/>
      </w:r>
      <w:r>
        <w:rPr>
          <w:sz w:val="20"/>
        </w:rPr>
        <w:t>11:47  For example, if I am in sorrow, if I am sad, so I can</w:t>
      </w:r>
      <w:r>
        <w:br/>
      </w:r>
      <w:r>
        <w:rPr>
          <w:sz w:val="20"/>
        </w:rPr>
        <w:t>12:01  analyze it. I can give an intellectual answer. For example, I can say that sorrow is a part of life.</w:t>
      </w:r>
      <w:r>
        <w:br/>
      </w:r>
      <w:r>
        <w:rPr>
          <w:sz w:val="20"/>
        </w:rPr>
        <w:t>12:14  Sorrow is not evil. We are living in a world where there is competition, there is challenge.</w:t>
      </w:r>
      <w:r>
        <w:br/>
      </w:r>
      <w:r>
        <w:rPr>
          <w:sz w:val="20"/>
        </w:rPr>
        <w:t>12:25  So it is but natural that there is sorrow, there are grievances. So it is part of life. So everything that is part of life, you have to tolerate it because you cannot remove it.</w:t>
      </w:r>
      <w:r>
        <w:br/>
      </w:r>
      <w:r>
        <w:rPr>
          <w:sz w:val="20"/>
        </w:rPr>
        <w:t>12:40  Just like a rose plant. You know, at every branch of a rose plant, there are flower and thorn both.</w:t>
      </w:r>
      <w:r>
        <w:br/>
      </w:r>
      <w:r>
        <w:rPr>
          <w:sz w:val="20"/>
        </w:rPr>
        <w:t>12:49  So you have to accept the both. When you cannot remove the thorn, you have to accept it. So when you cannot remove sorrow from life, grievances from life, so you have to accept it.</w:t>
      </w:r>
      <w:r>
        <w:br/>
      </w:r>
      <w:r>
        <w:rPr>
          <w:sz w:val="20"/>
        </w:rPr>
        <w:t>13:02  And when you accept, then</w:t>
      </w:r>
      <w:r>
        <w:br/>
      </w:r>
      <w:r>
        <w:rPr>
          <w:sz w:val="20"/>
        </w:rPr>
        <w:t>13:08  you can remove the tension. Tension is a result of non-acceptance.</w:t>
      </w:r>
      <w:r>
        <w:br/>
      </w:r>
      <w:r>
        <w:rPr>
          <w:sz w:val="20"/>
        </w:rPr>
        <w:t>13:17  When you are not ready to accept... when you are not ready to accept the thorn, then it will create tension.</w:t>
      </w:r>
      <w:r>
        <w:br/>
      </w:r>
      <w:r>
        <w:rPr>
          <w:sz w:val="20"/>
        </w:rPr>
        <w:t>13:31  But when you accept the thorn, then there is no tension. It is a simple formula. So mind-based spirituality is a thinking exercise.</w:t>
      </w:r>
      <w:r>
        <w:br/>
      </w:r>
      <w:r>
        <w:rPr>
          <w:sz w:val="20"/>
        </w:rPr>
        <w:t>13:50  Everything is known here. But heart-based spirituality is</w:t>
      </w:r>
      <w:r>
        <w:br/>
      </w:r>
      <w:r>
        <w:rPr>
          <w:sz w:val="20"/>
        </w:rPr>
        <w:t>13:58  nothing but ecstasy that cannot be explained in terms of</w:t>
      </w:r>
      <w:r>
        <w:br/>
      </w:r>
      <w:r>
        <w:rPr>
          <w:sz w:val="20"/>
        </w:rPr>
        <w:t>14:08  intellec</w:t>
      </w:r>
      <w:r>
        <w:br/>
      </w:r>
      <w:r>
        <w:rPr>
          <w:sz w:val="20"/>
        </w:rPr>
        <w:t>14:11  t. Maulana, everything that a man does, the most important thing that he uses is his mind. What do you think is the importance of this mind?</w:t>
      </w:r>
    </w:p>
    <w:p>
      <w:pPr>
        <w:pStyle w:val="Heading2"/>
      </w:pPr>
      <w:r>
        <w:t>Ignore problems avail opportunities</w:t>
      </w:r>
    </w:p>
    <w:p>
      <w:r>
        <w:rPr>
          <w:color w:val="666666"/>
          <w:sz w:val="18"/>
        </w:rPr>
        <w:t>Prophet of Islam as a Model for Mankind August 31, 2007 · 38s · at 26:22 · https://youtu.be/UKUzH7_OjKM?t=1582</w:t>
      </w:r>
    </w:p>
    <w:p>
      <w:r>
        <w:rPr>
          <w:i/>
        </w:rPr>
        <w:t>“But this formula was not practicable.”</w:t>
      </w:r>
    </w:p>
    <w:p>
      <w:r>
        <w:rPr>
          <w:sz w:val="20"/>
        </w:rPr>
        <w:t>26:22  But this formula was not practicable. It was not feasible.</w:t>
      </w:r>
      <w:r>
        <w:br/>
      </w:r>
      <w:r>
        <w:rPr>
          <w:sz w:val="20"/>
        </w:rPr>
        <w:t>26:28  The Prophet of Islam gave us another formula. That was, "Ignore the problems and avail the opportunities." This is the realistic approach of life.</w:t>
      </w:r>
      <w:r>
        <w:br/>
      </w:r>
      <w:r>
        <w:rPr>
          <w:sz w:val="20"/>
        </w:rPr>
        <w:t>26:44  When you cannot remove thorns, you have to accept the rose, the flowers. So when we are not in a position to eliminate all those problems,</w:t>
      </w:r>
    </w:p>
    <w:p>
      <w:pPr>
        <w:pStyle w:val="Heading2"/>
      </w:pPr>
      <w:r>
        <w:t>Patience is basis of compassion</w:t>
      </w:r>
    </w:p>
    <w:p>
      <w:r>
        <w:rPr>
          <w:color w:val="666666"/>
          <w:sz w:val="18"/>
        </w:rPr>
        <w:t>Art of War and Islam · 6m 26s · at 41:41 · https://youtu.be/LvYP_pf17S0?t=2501</w:t>
      </w:r>
    </w:p>
    <w:p>
      <w:r>
        <w:rPr>
          <w:i/>
        </w:rPr>
        <w:t>“Wa tawaso bi-sabre, wa tawaso bil-marhamah”</w:t>
      </w:r>
    </w:p>
    <w:p>
      <w:r>
        <w:rPr>
          <w:sz w:val="20"/>
        </w:rPr>
        <w:t>41:41  words that is, "Wa tawaso bi-sabre, wa tawaso bil-marham."</w:t>
      </w:r>
      <w:r>
        <w:br/>
      </w:r>
      <w:r>
        <w:rPr>
          <w:sz w:val="20"/>
        </w:rPr>
        <w:t>41:58  It means that true believers it gives us the ways of true believers.</w:t>
      </w:r>
      <w:r>
        <w:br/>
      </w:r>
      <w:r>
        <w:rPr>
          <w:sz w:val="20"/>
        </w:rPr>
        <w:t>42:07  It gives us the character of true believers towards other people.</w:t>
      </w:r>
      <w:r>
        <w:br/>
      </w:r>
      <w:r>
        <w:rPr>
          <w:sz w:val="20"/>
        </w:rPr>
        <w:t>42:16  And that is they keep patience. "Wa tawaso bi-sabre." They keep patience and</w:t>
      </w:r>
      <w:r>
        <w:br/>
      </w:r>
      <w:r>
        <w:rPr>
          <w:sz w:val="20"/>
        </w:rPr>
        <w:t>42:30  they show compassion towards other human beings. So it is a two-point formula.</w:t>
      </w:r>
      <w:r>
        <w:br/>
      </w:r>
      <w:r>
        <w:rPr>
          <w:sz w:val="20"/>
        </w:rPr>
        <w:t>42:45  One, patience. And the second, compassion.</w:t>
      </w:r>
      <w:r>
        <w:br/>
      </w:r>
      <w:r>
        <w:rPr>
          <w:sz w:val="20"/>
        </w:rPr>
        <w:t>42:54  Now the question is what is the relationship between these two principles?</w:t>
      </w:r>
      <w:r>
        <w:br/>
      </w:r>
      <w:r>
        <w:rPr>
          <w:sz w:val="20"/>
        </w:rPr>
        <w:t>43:01  Why is patience needed? Because the reason is that if you have no patience, you cannot keep compassion.</w:t>
      </w:r>
      <w:r>
        <w:br/>
      </w:r>
      <w:r>
        <w:rPr>
          <w:sz w:val="20"/>
        </w:rPr>
        <w:t>43:18  You cannot follow the principle of compassion.</w:t>
      </w:r>
      <w:r>
        <w:br/>
      </w:r>
      <w:r>
        <w:rPr>
          <w:sz w:val="20"/>
        </w:rPr>
        <w:t>43:24  If you have no patience, then it is impossible to follow the way of compassion.</w:t>
      </w:r>
      <w:r>
        <w:br/>
      </w:r>
      <w:r>
        <w:rPr>
          <w:sz w:val="20"/>
        </w:rPr>
        <w:t>43:35  Why</w:t>
      </w:r>
      <w:r>
        <w:br/>
      </w:r>
      <w:r>
        <w:rPr>
          <w:sz w:val="20"/>
        </w:rPr>
        <w:t>43:36  ? Because in this world, every time there are</w:t>
      </w:r>
      <w:r>
        <w:br/>
      </w:r>
      <w:r>
        <w:rPr>
          <w:sz w:val="20"/>
        </w:rPr>
        <w:t>43:42  sad experiences, every time there are negative experiences.</w:t>
      </w:r>
      <w:r>
        <w:br/>
      </w:r>
      <w:r>
        <w:rPr>
          <w:sz w:val="20"/>
        </w:rPr>
        <w:t>43:51  So how you can in such a situation, how you can follow the principle of compassion towards others?</w:t>
      </w:r>
      <w:r>
        <w:br/>
      </w:r>
      <w:r>
        <w:rPr>
          <w:sz w:val="20"/>
        </w:rPr>
        <w:t>44:03  So only through patience. You have to be patient.</w:t>
      </w:r>
      <w:r>
        <w:br/>
      </w:r>
      <w:r>
        <w:rPr>
          <w:sz w:val="20"/>
        </w:rPr>
        <w:t>44:13  So your formula so the formula is that although others give you some sad experience,</w:t>
      </w:r>
      <w:r>
        <w:br/>
      </w:r>
      <w:r>
        <w:rPr>
          <w:sz w:val="20"/>
        </w:rPr>
        <w:t>44:29  but you have to keep compassion towards others.</w:t>
      </w:r>
      <w:r>
        <w:br/>
      </w:r>
      <w:r>
        <w:rPr>
          <w:sz w:val="20"/>
        </w:rPr>
        <w:t>44:37  Compassion without reward. Compassion without any return.</w:t>
      </w:r>
      <w:r>
        <w:br/>
      </w:r>
      <w:r>
        <w:rPr>
          <w:sz w:val="20"/>
        </w:rPr>
        <w:t>44:47  This kind of compassion for this kind of compassion,</w:t>
      </w:r>
      <w:r>
        <w:br/>
      </w:r>
      <w:r>
        <w:rPr>
          <w:sz w:val="20"/>
        </w:rPr>
        <w:t>44:56  it is necessary to be patient.</w:t>
      </w:r>
      <w:r>
        <w:br/>
      </w:r>
      <w:r>
        <w:rPr>
          <w:sz w:val="20"/>
        </w:rPr>
        <w:t>45:01  It requires unilateral ethics. It requires unilateral kind of compassion.</w:t>
      </w:r>
      <w:r>
        <w:br/>
      </w:r>
      <w:r>
        <w:rPr>
          <w:sz w:val="20"/>
        </w:rPr>
        <w:t>45:14  You are living in thorns. Our world is a world of thorns. Every time we have experience of bushes, experience of thorns.</w:t>
      </w:r>
      <w:r>
        <w:br/>
      </w:r>
      <w:r>
        <w:rPr>
          <w:sz w:val="20"/>
        </w:rPr>
        <w:t>45:30  So how one can live as a flower</w:t>
      </w:r>
      <w:r>
        <w:br/>
      </w:r>
      <w:r>
        <w:rPr>
          <w:sz w:val="20"/>
        </w:rPr>
        <w:t>45:34  ? Only through ignorance, through patience. You have to ignore the presence of thorns.</w:t>
      </w:r>
      <w:r>
        <w:br/>
      </w:r>
      <w:r>
        <w:rPr>
          <w:sz w:val="20"/>
        </w:rPr>
        <w:t>45:46  You have to ignore the presence of bushes. Then it is possible to live as a flower.</w:t>
      </w:r>
      <w:r>
        <w:br/>
      </w:r>
      <w:r>
        <w:rPr>
          <w:sz w:val="20"/>
        </w:rPr>
        <w:t>46:00  So moral behavior means living in your society like a flower.</w:t>
      </w:r>
      <w:r>
        <w:br/>
      </w:r>
      <w:r>
        <w:rPr>
          <w:sz w:val="20"/>
        </w:rPr>
        <w:t>46:11  So you have to ignore all those thorns. Otherwise, you cannot follow this principle.</w:t>
      </w:r>
      <w:r>
        <w:br/>
      </w:r>
      <w:r>
        <w:rPr>
          <w:sz w:val="20"/>
        </w:rPr>
        <w:t>46:22  So the Qur'an says, "Wa tawaso bi-sabre, wa tawaso bil-marhamah." Believers are those who kept patience and</w:t>
      </w:r>
      <w:r>
        <w:br/>
      </w:r>
      <w:r>
        <w:rPr>
          <w:sz w:val="20"/>
        </w:rPr>
        <w:t>46:43  followed the way of compassion.</w:t>
      </w:r>
      <w:r>
        <w:br/>
      </w:r>
      <w:r>
        <w:rPr>
          <w:sz w:val="20"/>
        </w:rPr>
        <w:t>46:50  So patience is very much part of the compassion, just like a flower. A flower is a part of a thorn.</w:t>
      </w:r>
      <w:r>
        <w:br/>
      </w:r>
      <w:r>
        <w:rPr>
          <w:sz w:val="20"/>
        </w:rPr>
        <w:t>47:02  Where there is a flower, there are thorns. Where there is a thorn, there are flowers.</w:t>
      </w:r>
      <w:r>
        <w:br/>
      </w:r>
      <w:r>
        <w:rPr>
          <w:sz w:val="20"/>
        </w:rPr>
        <w:t>47:10  So thorn is also an integral part of a flower. So living as a flower means</w:t>
      </w:r>
      <w:r>
        <w:br/>
      </w:r>
      <w:r>
        <w:rPr>
          <w:sz w:val="20"/>
        </w:rPr>
        <w:t>47:24  tolerating without tolerance, you cannot live as a flower. This is the formula of life.</w:t>
      </w:r>
      <w:r>
        <w:br/>
      </w:r>
      <w:r>
        <w:rPr>
          <w:sz w:val="20"/>
        </w:rPr>
        <w:t>47:33  This is the art of life.</w:t>
      </w:r>
      <w:r>
        <w:br/>
      </w:r>
      <w:r>
        <w:rPr>
          <w:sz w:val="20"/>
        </w:rPr>
        <w:t>47:39  So the Qur'an says, "Wa tawaso bi-sabre, wa tawaso bil-marhamah." True believers are those who keep patience,</w:t>
      </w:r>
      <w:r>
        <w:br/>
      </w:r>
      <w:r>
        <w:rPr>
          <w:sz w:val="20"/>
        </w:rPr>
        <w:t>47:53  who forgive people, who tolerate people, who ignore all those nuisance,</w:t>
      </w:r>
    </w:p>
    <w:p>
      <w:pPr>
        <w:pStyle w:val="Heading2"/>
      </w:pPr>
      <w:r>
        <w:t>Avoid thorns avail flowers</w:t>
      </w:r>
    </w:p>
    <w:p>
      <w:r>
        <w:rPr>
          <w:color w:val="666666"/>
          <w:sz w:val="18"/>
        </w:rPr>
        <w:t>Peace and Non-Violence in Islam | August 11, 2007 · 30s · at 58:59 · https://youtu.be/wUS1pJ-A3dw?t=3539</w:t>
      </w:r>
    </w:p>
    <w:p>
      <w:r>
        <w:rPr>
          <w:i/>
        </w:rPr>
        <w:t>“Avoid the thorns and avail the flowers”</w:t>
      </w:r>
    </w:p>
    <w:p>
      <w:r>
        <w:rPr>
          <w:sz w:val="20"/>
        </w:rPr>
        <w:t>58:59  Problem is part of life.</w:t>
      </w:r>
      <w:r>
        <w:br/>
      </w:r>
      <w:r>
        <w:rPr>
          <w:sz w:val="20"/>
        </w:rPr>
        <w:t>59:03  I face problems every day.</w:t>
      </w:r>
      <w:r>
        <w:br/>
      </w:r>
      <w:r>
        <w:rPr>
          <w:sz w:val="20"/>
        </w:rPr>
        <w:t>59:06  But the question is, what is the solution?</w:t>
      </w:r>
      <w:r>
        <w:br/>
      </w:r>
      <w:r>
        <w:rPr>
          <w:sz w:val="20"/>
        </w:rPr>
        <w:t>59:09  The solution is demonstrated by nature itself in the form of a rose plant.</w:t>
      </w:r>
      <w:r>
        <w:br/>
      </w:r>
      <w:r>
        <w:rPr>
          <w:sz w:val="20"/>
        </w:rPr>
        <w:t>59:13  In the rose plant, you see that there are thorns, but at the same time, there are flowers.</w:t>
      </w:r>
      <w:r>
        <w:br/>
      </w:r>
      <w:r>
        <w:rPr>
          <w:sz w:val="20"/>
        </w:rPr>
        <w:t>59:16  So thorns are part of life.</w:t>
      </w:r>
      <w:r>
        <w:br/>
      </w:r>
      <w:r>
        <w:rPr>
          <w:sz w:val="20"/>
        </w:rPr>
        <w:t>59:20  You have to face thorns.</w:t>
      </w:r>
      <w:r>
        <w:br/>
      </w:r>
      <w:r>
        <w:rPr>
          <w:sz w:val="20"/>
        </w:rPr>
        <w:t>59:23  You have to face problems.</w:t>
      </w:r>
      <w:r>
        <w:br/>
      </w:r>
      <w:r>
        <w:rPr>
          <w:sz w:val="20"/>
        </w:rPr>
        <w:t>59:26  So my form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