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There is so much hatred around</w:t>
      </w:r>
    </w:p>
    <w:p>
      <w:r>
        <w:rPr>
          <w:sz w:val="18"/>
        </w:rPr>
        <w:t>Q&amp;A, lecture moments and clips · full transcripts with timestamps · exported 2026-09-21</w:t>
      </w:r>
    </w:p>
    <w:p>
      <w:pPr>
        <w:pStyle w:val="Heading1"/>
      </w:pPr>
      <w:r>
        <w:t>Maulana was asked (30)</w:t>
      </w:r>
    </w:p>
    <w:p>
      <w:pPr>
        <w:pStyle w:val="Heading2"/>
      </w:pPr>
      <w:r>
        <w:t>Hatred from loss of loved ones</w:t>
      </w:r>
    </w:p>
    <w:p>
      <w:r>
        <w:rPr>
          <w:color w:val="666666"/>
          <w:sz w:val="18"/>
        </w:rPr>
        <w:t>Good News from Kashmir May 14, 2017 · 1m 48s · at 54:13 · https://youtu.be/2XwuYi_nH28?t=3253</w:t>
      </w:r>
    </w:p>
    <w:p>
      <w:r>
        <w:rPr>
          <w:i/>
        </w:rPr>
        <w:t>“There are many people who lost their near and dear ones in violence. This has led to developing of hatred in their hearts.”</w:t>
      </w:r>
    </w:p>
    <w:p>
      <w:r>
        <w:rPr>
          <w:sz w:val="20"/>
        </w:rPr>
        <w:t>54:13  abu dhabi se zubair sahab ne molana aap ke liye sawal bheja hai.</w:t>
      </w:r>
      <w:r>
        <w:br/>
      </w:r>
      <w:r>
        <w:rPr>
          <w:sz w:val="20"/>
        </w:rPr>
        <w:t>54:17  انہوں نے لکھا ہے: "مولانا، there are many people who lost their near and dear ones in violence.</w:t>
      </w:r>
      <w:r>
        <w:br/>
      </w:r>
      <w:r>
        <w:rPr>
          <w:sz w:val="20"/>
        </w:rPr>
        <w:t>54:21  This has led to developing of hatred in their hearts.</w:t>
      </w:r>
      <w:r>
        <w:br/>
      </w:r>
      <w:r>
        <w:rPr>
          <w:sz w:val="20"/>
        </w:rPr>
        <w:t>54:26  How can their hearts be comforted and what would you advise to them so that their hatred ends</w:t>
      </w:r>
      <w:r>
        <w:br/>
      </w:r>
      <w:r>
        <w:rPr>
          <w:sz w:val="20"/>
        </w:rPr>
        <w:t>54:32  and they do not become the reason for further violence? Please give your advice." Bhai, meri advice ki</w:t>
      </w:r>
      <w:r>
        <w:br/>
      </w:r>
      <w:r>
        <w:rPr>
          <w:sz w:val="20"/>
        </w:rPr>
        <w:t>54:38  zarurat nahi hai.</w:t>
      </w:r>
      <w:r>
        <w:br/>
      </w:r>
      <w:r>
        <w:rPr>
          <w:sz w:val="20"/>
        </w:rPr>
        <w:t>54:44  quran mein advice maujood hai ke uhud ke mauqay par yeh hua ke sahaba, sahaba jinka har</w:t>
      </w:r>
      <w:r>
        <w:br/>
      </w:r>
      <w:r>
        <w:rPr>
          <w:sz w:val="20"/>
        </w:rPr>
        <w:t>54:50  آدمی ہم سے billion times زیادہ تھا، کہ 70 آ</w:t>
      </w:r>
      <w:r>
        <w:br/>
      </w:r>
      <w:r>
        <w:rPr>
          <w:sz w:val="20"/>
        </w:rPr>
        <w:t>54:56  shakhs, taqreeban 70 aadmi mary gaye aur 70 aadmi zakhmi hue.</w:t>
      </w:r>
      <w:r>
        <w:br/>
      </w:r>
      <w:r>
        <w:rPr>
          <w:sz w:val="20"/>
        </w:rPr>
        <w:t>55:02  lekin quran ne kiya un ko hidayat di? "lakum tas'u ala wafatikum" to jo faut ho gaya, jo</w:t>
      </w:r>
      <w:r>
        <w:br/>
      </w:r>
      <w:r>
        <w:rPr>
          <w:sz w:val="20"/>
        </w:rPr>
        <w:t>55:08  khoya gaya, us par afsos mat karo.</w:t>
      </w:r>
      <w:r>
        <w:br/>
      </w:r>
      <w:r>
        <w:rPr>
          <w:sz w:val="20"/>
        </w:rPr>
        <w:t>55:14  yahi khud is ka matlab kiya hai? agar tum khoye par afsos karna chor do gay to allah</w:t>
      </w:r>
      <w:r>
        <w:br/>
      </w:r>
      <w:r>
        <w:rPr>
          <w:sz w:val="20"/>
        </w:rPr>
        <w:t>55:20  ta'ala kiya karega?</w:t>
      </w:r>
      <w:r>
        <w:br/>
      </w:r>
      <w:r>
        <w:rPr>
          <w:sz w:val="20"/>
        </w:rPr>
        <w:t>55:26  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r>
        <w:br/>
      </w:r>
      <w:r>
        <w:rPr>
          <w:sz w:val="20"/>
        </w:rPr>
        <w:t>55:56  zyada in ko de dega.</w:t>
      </w:r>
    </w:p>
    <w:p>
      <w:pPr>
        <w:pStyle w:val="Heading2"/>
      </w:pPr>
      <w:r>
        <w:t>Reasons for disharmony in present society</w:t>
      </w:r>
    </w:p>
    <w:p>
      <w:r>
        <w:rPr>
          <w:color w:val="666666"/>
          <w:sz w:val="18"/>
        </w:rPr>
        <w:t>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Message to Muslims in diaspora</w:t>
      </w:r>
    </w:p>
    <w:p>
      <w:r>
        <w:rPr>
          <w:color w:val="666666"/>
          <w:sz w:val="18"/>
        </w:rPr>
        <w:t>Divine Plan | March 12, 2017 · 1m 22s · at 1:11:34 · https://youtu.be/dqB4muqGG4I?t=4294</w:t>
      </w:r>
    </w:p>
    <w:p>
      <w:r>
        <w:rPr>
          <w:i/>
        </w:rPr>
        <w:t>“There are millions of Muslims in diaspora. What is your message to all of them, particularly in the backdrop of increasing hate crime and feeling of suspicion against Muslims?”</w:t>
      </w:r>
    </w:p>
    <w:p>
      <w:r>
        <w:rPr>
          <w:sz w:val="20"/>
        </w:rPr>
        <w:t>1:11:34  aisa nahi ke woh sach much bol rahe the woh Maulana agla sawal bheja hai Javed Hussain sahib ne Ahmed</w:t>
      </w:r>
      <w:r>
        <w:br/>
      </w:r>
      <w:r>
        <w:rPr>
          <w:sz w:val="20"/>
        </w:rPr>
        <w:t>1:11:42  abad se unhon ne likha hai Maulana sahib there are millions of Muslims in diaspora what is your</w:t>
      </w:r>
      <w:r>
        <w:br/>
      </w:r>
      <w:r>
        <w:rPr>
          <w:sz w:val="20"/>
        </w:rPr>
        <w:t>1:11:50  message to all of them particularly in the backdrop of increasing hate crime aur feeling of suspicion against</w:t>
      </w:r>
      <w:r>
        <w:br/>
      </w:r>
      <w:r>
        <w:rPr>
          <w:sz w:val="20"/>
        </w:rPr>
        <w:t>1:11:57  Islam and Muslims how can Muslims in diaspora change the attitude of non-Muslims towards them and Islam please</w:t>
      </w:r>
      <w:r>
        <w:br/>
      </w:r>
      <w:r>
        <w:rPr>
          <w:sz w:val="20"/>
        </w:rPr>
        <w:t>1:12:05  give us your guidance dekhiye main hate crime pe lafz se</w:t>
      </w:r>
      <w:r>
        <w:br/>
      </w:r>
      <w:r>
        <w:rPr>
          <w:sz w:val="20"/>
        </w:rPr>
        <w:t>1:12:12  bilkul ittefaq nahi karta woh hate crime nahi hai woh reaction hai jis cheez ko aap keh rahe hain hate crime woh hate crime nahi hai woh reaction hai jab bhi musalman koi aisi baatein karega toh reaction aayega toh aap hate crime kyun karte hain ab reaction yeh sochen ke woh aadmi kyun react kar raha hai jo aadmi react kar raha hai woh kyun react kar raha hai us ke reaction ko ko jo sabab hai us ko</w:t>
      </w:r>
      <w:r>
        <w:br/>
      </w:r>
      <w:r>
        <w:rPr>
          <w:sz w:val="20"/>
        </w:rPr>
        <w:t>1:12:42  door kijiye apne aap mein khatam ho jayega woh hate crime ka matlab yeh hai ke aap</w:t>
      </w:r>
      <w:r>
        <w:br/>
      </w:r>
      <w:r>
        <w:rPr>
          <w:sz w:val="20"/>
        </w:rPr>
        <w:t>1:12:50  blame de rahe hain doosre ko jise main is ko reaction kehta hoon woh to retaliate shuru karta</w:t>
      </w:r>
    </w:p>
    <w:p>
      <w:pPr>
        <w:pStyle w:val="Heading2"/>
      </w:pPr>
      <w:r>
        <w:t>What will happen to the next generation due to increased evil?</w:t>
      </w:r>
    </w:p>
    <w:p>
      <w:r>
        <w:rPr>
          <w:color w:val="666666"/>
          <w:sz w:val="18"/>
        </w:rPr>
        <w:t>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Controlling anger and its consequences</w:t>
      </w:r>
    </w:p>
    <w:p>
      <w:r>
        <w:rPr>
          <w:color w:val="666666"/>
          <w:sz w:val="18"/>
        </w:rPr>
        <w:t>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Muslims who hate Hindu community</w:t>
      </w:r>
    </w:p>
    <w:p>
      <w:r>
        <w:rPr>
          <w:color w:val="666666"/>
          <w:sz w:val="18"/>
        </w:rPr>
        <w:t>Importance of Creative Thinking December 11, 2011 · 1m 44s · at 1:25:11 · https://youtu.be/jfML9Arb0S4?t=5111</w:t>
      </w:r>
    </w:p>
    <w:p>
      <w:r>
        <w:rPr>
          <w:i/>
        </w:rPr>
        <w:t>“What would you say about those Muslims who hate the Hindu community?”</w:t>
      </w:r>
    </w:p>
    <w:p>
      <w:r>
        <w:rPr>
          <w:sz w:val="20"/>
        </w:rPr>
        <w:t>1:25:11  Maulana, agla sawal hai Mr Mukarram Hussain Qasmi sahib ka Delhi se. unhon ne likha hai: "jo Musalman Hindu community se nafrat karte hain, un ke baray mein aap kya kahein ge?" woh ek haram feal karte hain.</w:t>
      </w:r>
      <w:r>
        <w:br/>
      </w:r>
      <w:r>
        <w:rPr>
          <w:sz w:val="20"/>
        </w:rPr>
        <w:t>1:25:27  insan se nafrat nahi kar sakte aap. main kisi bhi insan se nafrat, Yahudi se nafrat karna haram hai. nafrat haq nahi hai aap ko nafrat karne ka.</w:t>
      </w:r>
      <w:r>
        <w:br/>
      </w:r>
      <w:r>
        <w:rPr>
          <w:sz w:val="20"/>
        </w:rPr>
        <w:t>1:25:38  hadith mein aata hai ke "la takoon umata" yeh matlab woh nafrat karta ho to bhi nafrat karo. woh zulm karta ho to us ko nafrat karne lago.</w:t>
      </w:r>
      <w:r>
        <w:br/>
      </w:r>
      <w:r>
        <w:rPr>
          <w:sz w:val="20"/>
        </w:rPr>
        <w:t>1:25:46  yeh islam mein jaiz hi nahi hai. na hindu se, na eesai se, na american se, na yahoodi se aap nafrat nahi kar sakte. aap ko agar koi ikhtilaf hai to aap daleel se apni baat kahiye.</w:t>
      </w:r>
      <w:r>
        <w:br/>
      </w:r>
      <w:r>
        <w:rPr>
          <w:sz w:val="20"/>
        </w:rPr>
        <w:t>1:26:01  nafrat ka haq nahi hai aap ko.</w:t>
      </w:r>
      <w:r>
        <w:br/>
      </w:r>
      <w:r>
        <w:rPr>
          <w:sz w:val="20"/>
        </w:rPr>
        <w:t>1:26:06  nafrat ka haq hi nahi hai aap ko kisi se. nafrat to ek shaitani kaam hai. shaitan ko nafrat hui adam se to yeh shaitan ki riwayat chalna hai, nafrat karna.</w:t>
      </w:r>
      <w:r>
        <w:br/>
      </w:r>
      <w:r>
        <w:rPr>
          <w:sz w:val="20"/>
        </w:rPr>
        <w:t>1:26:17  nafrat koi kaam nahi hai ke aap kisi se nafrat karen. aap ko sirf yeh haq hai ke agar aap ko kisi ki rai se ikhtilaf hai to aap us ki daleel dijiye.</w:t>
      </w:r>
      <w:r>
        <w:br/>
      </w:r>
      <w:r>
        <w:rPr>
          <w:sz w:val="20"/>
        </w:rPr>
        <w:t>1:26:28  us ko yani reason se us ko kaat kijiye. us ki nafrat karne ka aap ko right hi nahi hai.</w:t>
      </w:r>
      <w:r>
        <w:br/>
      </w:r>
      <w:r>
        <w:rPr>
          <w:sz w:val="20"/>
        </w:rPr>
        <w:t>1:26:36  bad dua karne ka right hi nahi hai aap ko. ya to dua kijiye ya aap khamosh rahiye. bas yeh koi option nahi hai.</w:t>
      </w:r>
      <w:r>
        <w:br/>
      </w:r>
      <w:r>
        <w:rPr>
          <w:sz w:val="20"/>
        </w:rPr>
        <w:t>1:26:45  mere nazdeek nafrat karna koi option nahi hai. yeh ek shaitani sunnat hai, ek shaitani riwayat hai.</w:t>
      </w:r>
    </w:p>
    <w:p>
      <w:pPr>
        <w:pStyle w:val="Heading2"/>
      </w:pPr>
      <w:r>
        <w:t>Reforming wrongdoers through attention not hate</w:t>
      </w:r>
    </w:p>
    <w:p>
      <w:r>
        <w:rPr>
          <w:color w:val="666666"/>
          <w:sz w:val="18"/>
        </w:rPr>
        <w:t>Islam in A New Age March 18, 2012 · 1m 51s · at 1:25:31 · https://youtu.be/P5hzq_NheY0?t=5131</w:t>
      </w:r>
    </w:p>
    <w:p>
      <w:r>
        <w:rPr>
          <w:i/>
        </w:rPr>
        <w:t>“Why is it that Muslims do not understand that if someone like Salman Rushdie has done something wrong, he needs all the more attention from us to reform him, to set his thinking right? By hating a person, we distance that person further from the right thinking, from the truth. Please explain.”</w:t>
      </w:r>
    </w:p>
    <w:p>
      <w:r>
        <w:rPr>
          <w:sz w:val="20"/>
        </w:rPr>
        <w:t>1:25:31  Maulana, yeh sawal aaya hai Dr. Fareeda Khanam ka, dilli se. Unhon ne likha hai Why is it that Muslims do not understand that if someone like Salman Rushdie has done something wrong, he needs all the more attention from us to reform him, to set his thinking right?</w:t>
      </w:r>
      <w:r>
        <w:br/>
      </w:r>
      <w:r>
        <w:rPr>
          <w:sz w:val="20"/>
        </w:rPr>
        <w:t>1:25:51  By hating a person, we distance that person further from theright thinking, from the truth. Please explain.</w:t>
      </w:r>
      <w:r>
        <w:br/>
      </w:r>
      <w:r>
        <w:rPr>
          <w:sz w:val="20"/>
        </w:rPr>
        <w:t>1:26:00  aakhri mein is zamane mein kuch aise halaat paida hue ke musalman jo hain nafrat mein mubtala ho gaye. Nafrat yaani ek qaumi yeh ban gayi woh musalmanon ki.</w:t>
      </w:r>
      <w:r>
        <w:br/>
      </w:r>
      <w:r>
        <w:rPr>
          <w:sz w:val="20"/>
        </w:rPr>
        <w:t>1:26:12  Yaani qaumi mizaj ban gaya musalmanon ka. Nafrat, nafrat, nafrat. Har ek se nafrati hai bas in ko.</w:t>
      </w:r>
      <w:r>
        <w:br/>
      </w:r>
      <w:r>
        <w:rPr>
          <w:sz w:val="20"/>
        </w:rPr>
        <w:t>1:26:19  Yeh qaumi mizaj ban gaya hai. Is ke zimmedaar hamare leader hain. Yaani aalim aur aur Mr. dono ne yahi kaam kiya hai.</w:t>
      </w:r>
      <w:r>
        <w:br/>
      </w:r>
      <w:r>
        <w:rPr>
          <w:sz w:val="20"/>
        </w:rPr>
        <w:t>1:26:30  Toh ek ek nafrat jo hai woh nasal dar nasal chal rahi hai. Jisko kehte hain atomistic instinct ban gayi musalmanon ki. Atomistic instinct musalmanon ki ban gayi hai.</w:t>
      </w:r>
      <w:r>
        <w:br/>
      </w:r>
      <w:r>
        <w:rPr>
          <w:sz w:val="20"/>
        </w:rPr>
        <w:t>1:26:42  Toh ab is ko khatam karne ke liye hamein jar se chalna padega. Aur yaani is mizaj ko khatam karna padega jo mizaj nasal dar nasal banta chala aa raha hai.</w:t>
      </w:r>
      <w:r>
        <w:br/>
      </w:r>
      <w:r>
        <w:rPr>
          <w:sz w:val="20"/>
        </w:rPr>
        <w:t>1:26:55  Isi ka hum koshish kar rahe hain inshallah. Aur jo log yahan aate hain barabar hamari class mein, un mein inshallah yeh baatein nahi hoti hain. Jo hamara literature padhta hai, jo barabar class mein aata hai,</w:t>
      </w:r>
      <w:r>
        <w:br/>
      </w:r>
      <w:r>
        <w:rPr>
          <w:sz w:val="20"/>
        </w:rPr>
        <w:t>1:27:09  Toh woh is ko hate se matlab nahi hai.</w:t>
      </w:r>
      <w:r>
        <w:br/>
      </w:r>
      <w:r>
        <w:rPr>
          <w:sz w:val="20"/>
        </w:rPr>
        <w:t>1:27:12  Woh positive thinking se matlab hota hai is ko. Toh bas bataun ke zyada se zyada kitabein padhai jayen. Yahi hal hai is ka.</w:t>
      </w:r>
    </w:p>
    <w:p>
      <w:pPr>
        <w:pStyle w:val="Heading2"/>
      </w:pPr>
      <w:r>
        <w:t>When will violence and hate culture end?</w:t>
      </w:r>
    </w:p>
    <w:p>
      <w:r>
        <w:rPr>
          <w:color w:val="666666"/>
          <w:sz w:val="18"/>
        </w:rPr>
        <w:t>Islamic Wisdom July 17, 2016 · 1m 37s · at 1:02:48 · https://youtu.be/jB4ugN0K-AM?t=3768</w:t>
      </w:r>
    </w:p>
    <w:p>
      <w:r>
        <w:rPr>
          <w:i/>
        </w:rPr>
        <w:t>“Violence and hate culture is increasing in the world. When will it end?”</w:t>
      </w:r>
    </w:p>
    <w:p>
      <w:r>
        <w:rPr>
          <w:sz w:val="20"/>
        </w:rPr>
        <w:t>1:02:48  maulana, agla sawal naseer sinh sahib ne kiya hai tamapur se.</w:t>
      </w:r>
      <w:r>
        <w:br/>
      </w:r>
      <w:r>
        <w:rPr>
          <w:sz w:val="20"/>
        </w:rPr>
        <w:t>1:02:53  انہوں نے لکھا ہے: "مولانا، دنیا دنیا میں violence اور hate culture بڑھتا جا رہا ہے۔</w:t>
      </w:r>
      <w:r>
        <w:br/>
      </w:r>
      <w:r>
        <w:rPr>
          <w:sz w:val="20"/>
        </w:rPr>
        <w:t>1:02:59  maulana sahib, is ka khatma kab hoga? aap uth jaiye, aap dawat ke liye bas khatma shuru ho</w:t>
      </w:r>
      <w:r>
        <w:br/>
      </w:r>
      <w:r>
        <w:rPr>
          <w:sz w:val="20"/>
        </w:rPr>
        <w:t>1:03:07  jayega.</w:t>
      </w:r>
      <w:r>
        <w:br/>
      </w:r>
      <w:r>
        <w:rPr>
          <w:sz w:val="20"/>
        </w:rPr>
        <w:t>1:03:09  سوال مت کیجئے، اٹھ جائیے کام کرنے کے لیے، peaceful dawah work کے لیے اٹھ جائیے۔</w:t>
      </w:r>
      <w:r>
        <w:br/>
      </w:r>
      <w:r>
        <w:rPr>
          <w:sz w:val="20"/>
        </w:rPr>
        <w:t>1:03:16  dekhen, mujhe ek bohat yani relevant ek qissa yaad aaya.</w:t>
      </w:r>
      <w:r>
        <w:br/>
      </w:r>
      <w:r>
        <w:rPr>
          <w:sz w:val="20"/>
        </w:rPr>
        <w:t>1:03:20  bernard shah jo tha, ireland ka aadmi tha, bara scholar tha.</w:t>
      </w:r>
      <w:r>
        <w:br/>
      </w:r>
      <w:r>
        <w:rPr>
          <w:sz w:val="20"/>
        </w:rPr>
        <w:t>1:03:25  woh toh ireland jo tha, woh pichhla hua tha england ke muqable mein.</w:t>
      </w:r>
      <w:r>
        <w:br/>
      </w:r>
      <w:r>
        <w:rPr>
          <w:sz w:val="20"/>
        </w:rPr>
        <w:t>1:03:31  england ke muqable mein toh aik aadmi in se mila, us ne kaha ke hamare log yani aarif</w:t>
      </w:r>
      <w:r>
        <w:br/>
      </w:r>
      <w:r>
        <w:rPr>
          <w:sz w:val="20"/>
        </w:rPr>
        <w:t>1:03:38  log jo hain, un mein taleem nahi hai.</w:t>
      </w:r>
      <w:r>
        <w:br/>
      </w:r>
      <w:r>
        <w:rPr>
          <w:sz w:val="20"/>
        </w:rPr>
        <w:t>1:03:42  toh us ne kaha, bernard shah ne ke aap parhe likhe hain ke nahi? kaha ke main bhi</w:t>
      </w:r>
      <w:r>
        <w:br/>
      </w:r>
      <w:r>
        <w:rPr>
          <w:sz w:val="20"/>
        </w:rPr>
        <w:t>1:03:49  nahi parha likha hoon.</w:t>
      </w:r>
      <w:r>
        <w:br/>
      </w:r>
      <w:r>
        <w:rPr>
          <w:sz w:val="20"/>
        </w:rPr>
        <w:t>1:03:51  toh kaha sab se pehle aap apne ko education education mein daliye, education lijiye toh meri qom ka</w:t>
      </w:r>
      <w:r>
        <w:br/>
      </w:r>
      <w:r>
        <w:rPr>
          <w:sz w:val="20"/>
        </w:rPr>
        <w:t>1:03:59  kam az kam aik aadmi toh kam ho jaye ga, un educated na rahe ga.</w:t>
      </w:r>
      <w:r>
        <w:br/>
      </w:r>
      <w:r>
        <w:rPr>
          <w:sz w:val="20"/>
        </w:rPr>
        <w:t>1:04:05  toh jin sahib ne yeh sawal kiya, main yeh kahoon ga ke aap sab se pehle khud hi</w:t>
      </w:r>
      <w:r>
        <w:br/>
      </w:r>
      <w:r>
        <w:rPr>
          <w:sz w:val="20"/>
        </w:rPr>
        <w:t>1:04:13  shuru kijiye, aap ki hosh barhe gi, aap ko saathi milen ge, aik se group bane ga, aur</w:t>
      </w:r>
      <w:r>
        <w:br/>
      </w:r>
      <w:r>
        <w:rPr>
          <w:sz w:val="20"/>
        </w:rPr>
        <w:t>1:04:21  phir dhire dhire is ka result bhi aa jaye ga, inshallah.</w:t>
      </w:r>
    </w:p>
    <w:p>
      <w:pPr>
        <w:pStyle w:val="Heading2"/>
      </w:pPr>
      <w:r>
        <w:t>Why people miss good intentions behind criticism</w:t>
      </w:r>
    </w:p>
    <w:p>
      <w:r>
        <w:rPr>
          <w:color w:val="666666"/>
          <w:sz w:val="18"/>
        </w:rPr>
        <w:t>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2"/>
      </w:pPr>
      <w:r>
        <w:t>Cause of Muslim pride and hatred</w:t>
      </w:r>
    </w:p>
    <w:p>
      <w:r>
        <w:rPr>
          <w:color w:val="666666"/>
          <w:sz w:val="18"/>
        </w:rPr>
        <w:t>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Critique of doomsday talk and negativity</w:t>
      </w:r>
    </w:p>
    <w:p>
      <w:r>
        <w:rPr>
          <w:color w:val="666666"/>
          <w:sz w:val="18"/>
        </w:rPr>
        <w:t>Personality of A Believer February 2, 2014 · 6m 28s · at 1:05:35 · https://youtu.be/EiK_-O-Bjps?t=3935</w:t>
      </w:r>
    </w:p>
    <w:p>
      <w:r>
        <w:rPr>
          <w:i/>
        </w:rPr>
        <w:t>“Maulana, you talk about developing a positive mind, but you yourself turned negative in your talk 'Doomsday is coming' on 24 November 2013, saying all born now will go to Hell and expressing desire for an early doomsday. Such a narrow and hopeless version of religion can produce frustration and justify violence. How do you reconcile this?”</w:t>
      </w:r>
    </w:p>
    <w:p>
      <w:r>
        <w:rPr>
          <w:sz w:val="20"/>
        </w:rPr>
        <w:t>1:05:35  maulana, agla sawal mumbai se aya hai mr sr khanna ne bheja hai. unhon ne likha hai: "maulana, you talk in developing positive mind,</w:t>
      </w:r>
      <w:r>
        <w:br/>
      </w:r>
      <w:r>
        <w:rPr>
          <w:sz w:val="20"/>
        </w:rPr>
        <w:t>1:05:48  but you yourself have turn negative in your talk on 24 november 2013, when you delivered a talk titled 'doomsday is coming'.</w:t>
      </w:r>
      <w:r>
        <w:br/>
      </w:r>
      <w:r>
        <w:rPr>
          <w:sz w:val="20"/>
        </w:rPr>
        <w:t>1:06:01  you said that all those born now will go to hell and express your desire for an early doomsday. this kind of narrow and hopeless version of religion can only produce frustration and also ultimately be used to justify violence and mass murder.</w:t>
      </w:r>
      <w:r>
        <w:br/>
      </w:r>
      <w:r>
        <w:rPr>
          <w:sz w:val="20"/>
        </w:rPr>
        <w:t>1:06:22  claiming to know the creation plan of god is the first step towards fanaticism.</w:t>
      </w:r>
      <w:r>
        <w:br/>
      </w:r>
      <w:r>
        <w:rPr>
          <w:sz w:val="20"/>
        </w:rPr>
        <w:t>1:06:28  do you think condemning the entire humanity to hell can develop peace and spirituality? mein mein aisa kabhi nahi kehta ke kaun hell mein jayega, yeh mera kaam nahi hai.</w:t>
      </w:r>
      <w:r>
        <w:br/>
      </w:r>
      <w:r>
        <w:rPr>
          <w:sz w:val="20"/>
        </w:rPr>
        <w:t>1:06:42  that is god domain. mein kaun hota hoon kehne wala ke kaun hell mein jayega?</w:t>
      </w:r>
      <w:r>
        <w:br/>
      </w:r>
      <w:r>
        <w:rPr>
          <w:sz w:val="20"/>
        </w:rPr>
        <w:t>1:06:49  mein sirf yeh kehta hoon ke aaj kal jo halaat hain, woh bohat hi bigad gaye hain, bohat zyada bigad gaye hain.</w:t>
      </w:r>
      <w:r>
        <w:br/>
      </w:r>
      <w:r>
        <w:rPr>
          <w:sz w:val="20"/>
        </w:rPr>
        <w:t>1:06:57  yani halaat insaan ko bigadne wale zyada hain, banane wale kam hain. aur yeh har aap janta hai, yeh koi aisa nahi ke mein kahoon to aap janenge.</w:t>
      </w:r>
      <w:r>
        <w:br/>
      </w:r>
      <w:r>
        <w:rPr>
          <w:sz w:val="20"/>
        </w:rPr>
        <w:t>1:07:10  is zamane mein jahan bhi jaiye, wahan par bigaad ki baatein hain.</w:t>
      </w:r>
      <w:r>
        <w:br/>
      </w:r>
      <w:r>
        <w:rPr>
          <w:sz w:val="20"/>
        </w:rPr>
        <w:t>1:07:16  yahan tak ke jo cheezein pehle zamane mein hum samajhte thay ke yeh galat hain, woh ab ab qanoon par nahi. maslan same sex, hum ne bachpan mein kabhi socha nahi tha ke same sex ka word bhi hamare paas nahi tha ke woh woh fakhr ke saath log is ko ikhtiyar karenge.</w:t>
      </w:r>
      <w:r>
        <w:br/>
      </w:r>
      <w:r>
        <w:rPr>
          <w:sz w:val="20"/>
        </w:rPr>
        <w:t>1:07:39  aisi hazaron baatein hain.</w:t>
      </w:r>
      <w:r>
        <w:br/>
      </w:r>
      <w:r>
        <w:rPr>
          <w:sz w:val="20"/>
        </w:rPr>
        <w:t>1:07:43  to mein jo kehta hoon, yeh hargiz nahi kehta ke log falan falan log jahanum mein jayenge. mein kaise keh sakta hoon? yeh mera right right nahi hai.</w:t>
      </w:r>
      <w:r>
        <w:br/>
      </w:r>
      <w:r>
        <w:rPr>
          <w:sz w:val="20"/>
        </w:rPr>
        <w:t>1:07:53  that not my domain. lekin yeh mein zaroor kehta hoon ke ab ab insaan ko bigadne wale asbab badh gaye hain.</w:t>
      </w:r>
      <w:r>
        <w:br/>
      </w:r>
      <w:r>
        <w:rPr>
          <w:sz w:val="20"/>
        </w:rPr>
        <w:t>1:08:03  har jagah bigaad ke asbab, bigaad ke asbab, bigaad ke asbab. to yeh to ek waqia hai, kaun is ka inkar karega?</w:t>
      </w:r>
      <w:r>
        <w:br/>
      </w:r>
      <w:r>
        <w:rPr>
          <w:sz w:val="20"/>
        </w:rPr>
        <w:t>1:08:12  aap dekhen, har taraf corruption hai, har taraf exploitation hai, har taraf jhoot hai, har taraf.</w:t>
      </w:r>
      <w:r>
        <w:br/>
      </w:r>
      <w:r>
        <w:rPr>
          <w:sz w:val="20"/>
        </w:rPr>
        <w:t>1:08:20  yani yeh hai jo rozana khabrein aati rehti hain ke log rape karte hain aur koi pakad nahi, in ki dhoom se rape karte hain aur phir koi pakad bhi nahi, koi koi saza nahi hoti, kisi ko hoti.</w:t>
      </w:r>
      <w:r>
        <w:br/>
      </w:r>
      <w:r>
        <w:rPr>
          <w:sz w:val="20"/>
        </w:rPr>
        <w:t>1:08:38  to aap ki kaun nahi janta in baaton ko?</w:t>
      </w:r>
      <w:r>
        <w:br/>
      </w:r>
      <w:r>
        <w:rPr>
          <w:sz w:val="20"/>
        </w:rPr>
        <w:t>1:08:41  kaun khud nahi janta?</w:t>
      </w:r>
      <w:r>
        <w:br/>
      </w:r>
      <w:r>
        <w:rPr>
          <w:sz w:val="20"/>
        </w:rPr>
        <w:t>1:08:46  to mein isi ko kehta hoon, bas hargiz hargiz mein na kaha, na na na socha mein ne kabhi aisa ke mein keh sakta hoon ke falan jahanum mein jayega.</w:t>
      </w:r>
      <w:r>
        <w:br/>
      </w:r>
      <w:r>
        <w:rPr>
          <w:sz w:val="20"/>
        </w:rPr>
        <w:t>1:08:56  yeh kaise keh sakta hoon mein? to is ko aap negative ko kehte hain, yeh koi negative statement nahi keh sakte. aap jo soorat e haal is waqt hai, us ko mein zikr karta hoon.</w:t>
      </w:r>
      <w:r>
        <w:br/>
      </w:r>
      <w:r>
        <w:rPr>
          <w:sz w:val="20"/>
        </w:rPr>
        <w:t>1:09:07  aap party se jaiye to wahan corruption hai, media mein jaiye to wahan par censors hain, news ko khoob numayan karte hain, maar dhaar ko numayan karte hain.</w:t>
      </w:r>
      <w:r>
        <w:br/>
      </w:r>
      <w:r>
        <w:rPr>
          <w:sz w:val="20"/>
        </w:rPr>
        <w:t>1:09:17  aap market mein jaiye to wahan exploitation hai,</w:t>
      </w:r>
      <w:r>
        <w:br/>
      </w:r>
      <w:r>
        <w:rPr>
          <w:sz w:val="20"/>
        </w:rPr>
        <w:t>1:09:23  aap jaiye kahin officer jayen to wahan favoritism hai, koi kaam karna ho to wahan rishwat deni padti hai. yani kaun sa institution hai, kaun si field hai jahan yeh sab na ho?</w:t>
      </w:r>
      <w:r>
        <w:br/>
      </w:r>
      <w:r>
        <w:rPr>
          <w:sz w:val="20"/>
        </w:rPr>
        <w:t>1:09:38  to zamane ke halaat jo hain, us ko mein kehta hoon, woh sab sab log jante hain.</w:t>
      </w:r>
      <w:r>
        <w:br/>
      </w:r>
      <w:r>
        <w:rPr>
          <w:sz w:val="20"/>
        </w:rPr>
        <w:t>1:09:46  abhi mein radio sun raha tha to koi ga raha tha, koi aadmi. ab mein kabhi koi radio chalata hoon, gaana aa jata hai to koi aadmi ga raha tha: "dekh tere sansaar ki haalat kya ho gayi, bhagwan!</w:t>
      </w:r>
      <w:r>
        <w:br/>
      </w:r>
      <w:r>
        <w:rPr>
          <w:sz w:val="20"/>
        </w:rPr>
        <w:t>1:10:00  kitna badal gaya hai insaan!"</w:t>
      </w:r>
      <w:r>
        <w:br/>
      </w:r>
      <w:r>
        <w:rPr>
          <w:sz w:val="20"/>
        </w:rPr>
        <w:t>1:10:04  ab ek professional aadmi, is ka ta'alluq na mazhab se hai na kuch hai, woh ga raha tha: "dekh tere sansaar ki haalat kya ho gayi, bhagwan! kitna badal gaya hai insaan!" yahi mein kehta hoon, bas to kaun si nayi baat yeh hai?</w:t>
      </w:r>
      <w:r>
        <w:br/>
      </w:r>
      <w:r>
        <w:rPr>
          <w:sz w:val="20"/>
        </w:rPr>
        <w:t>1:10:18  aap hargiz yeh nahi keh sakte ke mein koi negative reward deta hoon ya kisi ke jannat jahanum ko faisla karta hoon. mujhe is ka right nahi hai.</w:t>
      </w:r>
      <w:r>
        <w:br/>
      </w:r>
      <w:r>
        <w:rPr>
          <w:sz w:val="20"/>
        </w:rPr>
        <w:t>1:10:30  meri baat ko aap ne galat agree se</w:t>
      </w:r>
      <w:r>
        <w:br/>
      </w:r>
      <w:r>
        <w:rPr>
          <w:sz w:val="20"/>
        </w:rPr>
        <w:t>1:10:33  liya hai. aap right agree se len to woh aap ka bhi wahi soch hogi. aap right agree se len to woh wahi aap bhi sochte honge ke is zamane mein kitni kharabiyan aa gayi hain.</w:t>
      </w:r>
      <w:r>
        <w:br/>
      </w:r>
      <w:r>
        <w:rPr>
          <w:sz w:val="20"/>
        </w:rPr>
        <w:t>1:10:43  kisi bhi boodhe aadmi se poochhiye ke us ke bachpan mein kya halaat the, aaj kya halaat hain? aap ke dada ji zinda honge, un se poochhiye ke aap ke bachpan mein kya halaat the, aaj kya halaat hain?</w:t>
      </w:r>
      <w:r>
        <w:br/>
      </w:r>
      <w:r>
        <w:rPr>
          <w:sz w:val="20"/>
        </w:rPr>
        <w:t>1:10:55  to kaun si nai baat maine kahi hai? is ko aap aise kaise kehte hain ke main negative reward deta hoon?</w:t>
      </w:r>
      <w:r>
        <w:br/>
      </w:r>
      <w:r>
        <w:rPr>
          <w:sz w:val="20"/>
        </w:rPr>
        <w:t>1:11:03  aap ne meri baat ko galat agree se dekha, is ko sahi agree se dekhiye.</w:t>
      </w:r>
    </w:p>
    <w:p>
      <w:pPr>
        <w:pStyle w:val="Heading2"/>
      </w:pPr>
      <w:r>
        <w:t>Cause of Muslim pride and hatred</w:t>
      </w:r>
    </w:p>
    <w:p>
      <w:r>
        <w:rPr>
          <w:color w:val="666666"/>
          <w:sz w:val="18"/>
        </w:rPr>
        <w:t>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Love Islam hate America and tourist spots</w:t>
      </w:r>
    </w:p>
    <w:p>
      <w:r>
        <w:rPr>
          <w:color w:val="666666"/>
          <w:sz w:val="18"/>
        </w:rPr>
        <w:t>Islam and Prophet of Islam 21st October 2012 · 2m 59s · at 1:12:08 · https://youtu.be/pg1Malshh6Y?t=4328</w:t>
      </w:r>
    </w:p>
    <w:p>
      <w:r>
        <w:rPr>
          <w:i/>
        </w:rPr>
        <w:t>“Love Islam, hate America. These holdings were placed in tourist spots in reaction to a recent movie produced in America.”</w:t>
      </w:r>
    </w:p>
    <w:p>
      <w:r>
        <w:rPr>
          <w:sz w:val="20"/>
        </w:rPr>
        <w:t>1:12:08  maulana, agla sawal kashmir se hai hamidullah hameed sahib ka.</w:t>
      </w:r>
      <w:r>
        <w:br/>
      </w:r>
      <w:r>
        <w:rPr>
          <w:sz w:val="20"/>
        </w:rPr>
        <w:t>1:12:13  unho'n ne likha hai: "lo islam hate america.</w:t>
      </w:r>
      <w:r>
        <w:br/>
      </w:r>
      <w:r>
        <w:rPr>
          <w:sz w:val="20"/>
        </w:rPr>
        <w:t>1:12:16  These hoardings were placed in tourist spots in reaction of recent movie produced in America.</w:t>
      </w:r>
      <w:r>
        <w:br/>
      </w:r>
      <w:r>
        <w:rPr>
          <w:sz w:val="20"/>
        </w:rPr>
        <w:t>1:12:23  "Can a Muslim hate a non-believer because of any excuse?" Dekhiye, law Islam bhi ek ek ek</w:t>
      </w:r>
      <w:r>
        <w:br/>
      </w:r>
      <w:r>
        <w:rPr>
          <w:sz w:val="20"/>
        </w:rPr>
        <w:t>1:12:31  aik ya'ni aik bilkul galat hai.</w:t>
      </w:r>
      <w:r>
        <w:br/>
      </w:r>
      <w:r>
        <w:rPr>
          <w:sz w:val="20"/>
        </w:rPr>
        <w:t>1:12:33  agar aap islam se love karein ge to logon se hate kar nahin sakte.</w:t>
      </w:r>
      <w:r>
        <w:br/>
      </w:r>
      <w:r>
        <w:rPr>
          <w:sz w:val="20"/>
        </w:rPr>
        <w:t>1:12:39  aap yeh namumkin hai ke aap islam se love karein, aap logon se hate karein.</w:t>
      </w:r>
      <w:r>
        <w:br/>
      </w:r>
      <w:r>
        <w:rPr>
          <w:sz w:val="20"/>
        </w:rPr>
        <w:t>1:12:46  aap islam se love karna aap ko doosron se mohabbat sikhaye ga.</w:t>
      </w:r>
      <w:r>
        <w:br/>
      </w:r>
      <w:r>
        <w:rPr>
          <w:sz w:val="20"/>
        </w:rPr>
        <w:t>1:12:51  kyun? aap quran ko parhiye, chapter 41 jo hai, hami alsajdah, is mein yeh ayat hai ke is</w:t>
      </w:r>
      <w:r>
        <w:br/>
      </w:r>
      <w:r>
        <w:rPr>
          <w:sz w:val="20"/>
        </w:rPr>
        <w:t>1:12:58  mein yeh ayat hai ke: "la tastaab al hasarat bil husn faiz alladhi baina ka bin wada kun wali hameem".</w:t>
      </w:r>
      <w:r>
        <w:br/>
      </w:r>
      <w:r>
        <w:rPr>
          <w:sz w:val="20"/>
        </w:rPr>
        <w:t>1:13:06  yani kisi ko agar tum pao ke tumhare sath uska sulook dushman wala sulook hai to tum</w:t>
      </w:r>
      <w:r>
        <w:br/>
      </w:r>
      <w:r>
        <w:rPr>
          <w:sz w:val="20"/>
        </w:rPr>
        <w:t>1:13:14  us ke sath dosti karo, tum uska acha sulook karo, phir woh dushman tumhara dost ban jayega</w:t>
      </w:r>
      <w:r>
        <w:br/>
      </w:r>
      <w:r>
        <w:rPr>
          <w:sz w:val="20"/>
        </w:rPr>
        <w:t>1:13:22  ga.</w:t>
      </w:r>
      <w:r>
        <w:br/>
      </w:r>
      <w:r>
        <w:rPr>
          <w:sz w:val="20"/>
        </w:rPr>
        <w:t>1:13:23  Faiz alladhi bayna ka wabayna ka wali humim.</w:t>
      </w:r>
      <w:r>
        <w:br/>
      </w:r>
      <w:r>
        <w:rPr>
          <w:sz w:val="20"/>
        </w:rPr>
        <w:t>1:13:27  us ke mutaliq dushman ko potential friend ke roop mein dekhna yeh hai Islam.</w:t>
      </w:r>
      <w:r>
        <w:br/>
      </w:r>
      <w:r>
        <w:rPr>
          <w:sz w:val="20"/>
        </w:rPr>
        <w:t>1:13:33  یعنی you have to see the your enemy enter enter, یعنی as a potential friend.</w:t>
      </w:r>
      <w:r>
        <w:br/>
      </w:r>
      <w:r>
        <w:rPr>
          <w:sz w:val="20"/>
        </w:rPr>
        <w:t>1:13:39  apne dushman ko potential friend ke roop mein dikhaiye, Islam hai.</w:t>
      </w:r>
      <w:r>
        <w:br/>
      </w:r>
      <w:r>
        <w:rPr>
          <w:sz w:val="20"/>
        </w:rPr>
        <w:t>1:13:44  toh jo log kehte hain ke lo Islam, yeh yeh bilkul galat keh rahe hain.</w:t>
      </w:r>
      <w:r>
        <w:br/>
      </w:r>
      <w:r>
        <w:rPr>
          <w:sz w:val="20"/>
        </w:rPr>
        <w:t>1:13:51  woh woh hate Islam ke in ke dilon mein hai.</w:t>
      </w:r>
      <w:r>
        <w:br/>
      </w:r>
      <w:r>
        <w:rPr>
          <w:sz w:val="20"/>
        </w:rPr>
        <w:t>1:13:55  Islam se mohabbat toh un ko nahi hai.</w:t>
      </w:r>
      <w:r>
        <w:br/>
      </w:r>
      <w:r>
        <w:rPr>
          <w:sz w:val="20"/>
        </w:rPr>
        <w:t>1:13:58  mohabbat hoti toh woh Quran se lete rahe ke kya karna chahiye humein.</w:t>
      </w:r>
      <w:r>
        <w:br/>
      </w:r>
      <w:r>
        <w:rPr>
          <w:sz w:val="20"/>
        </w:rPr>
        <w:t>1:14:04  Quran ko dekhte, padhte, Quran ko jab Quran mein saaf saaf hai ke tum dushman ko apna potential</w:t>
      </w:r>
      <w:r>
        <w:br/>
      </w:r>
      <w:r>
        <w:rPr>
          <w:sz w:val="20"/>
        </w:rPr>
        <w:t>1:14:12  friend samjho toh aap keh sakte hain, aisa kar sakte hain.</w:t>
      </w:r>
      <w:r>
        <w:br/>
      </w:r>
      <w:r>
        <w:rPr>
          <w:sz w:val="20"/>
        </w:rPr>
        <w:t>1:14:16  mein wahan gaya tha America toh wahan pe ek church mein mujhe bulaya gaya toh unhon ne kaha</w:t>
      </w:r>
      <w:r>
        <w:br/>
      </w:r>
      <w:r>
        <w:rPr>
          <w:sz w:val="20"/>
        </w:rPr>
        <w:t>1:14:24  کہ بائبل میں حضرت مسیح نے یہ کہا تھا کہ: "Love your enemy"۔</w:t>
      </w:r>
      <w:r>
        <w:br/>
      </w:r>
      <w:r>
        <w:rPr>
          <w:sz w:val="20"/>
        </w:rPr>
        <w:t>1:14:30  toh kya aap ke Quran mein bhi aisi taleem hai? Toh maine yeh ayat padhi, un ko</w:t>
      </w:r>
      <w:r>
        <w:br/>
      </w:r>
      <w:r>
        <w:rPr>
          <w:sz w:val="20"/>
        </w:rPr>
        <w:t>1:14:37  samne toh bohat khush hue woh ke Quran mein bhi yahi taleem hai.</w:t>
      </w:r>
      <w:r>
        <w:br/>
      </w:r>
      <w:r>
        <w:rPr>
          <w:sz w:val="20"/>
        </w:rPr>
        <w:t>1:14:43  is ayat ko aap ghor kijiye ke kitni zabardast zabardast ayat hai ke agar aap sach much Muslim</w:t>
      </w:r>
      <w:r>
        <w:br/>
      </w:r>
      <w:r>
        <w:rPr>
          <w:sz w:val="20"/>
        </w:rPr>
        <w:t>1:14:51  hain, sach much momin hain, sach much Quran ko manne wale hain toh aap ko chahiye ke aap</w:t>
      </w:r>
      <w:r>
        <w:br/>
      </w:r>
      <w:r>
        <w:rPr>
          <w:sz w:val="20"/>
        </w:rPr>
        <w:t>1:14:58  dushman ko potential friend ke roop mein dekhein, nahi toh aap Muslim nahi hain, nahi toh aap Quran</w:t>
      </w:r>
      <w:r>
        <w:br/>
      </w:r>
      <w:r>
        <w:rPr>
          <w:sz w:val="20"/>
        </w:rPr>
        <w:t>1:15:06  ko nahi mante.</w:t>
      </w:r>
    </w:p>
    <w:p>
      <w:pPr>
        <w:pStyle w:val="Heading2"/>
      </w:pPr>
      <w:r>
        <w:t>Responding to Islam violence accusation</w:t>
      </w:r>
    </w:p>
    <w:p>
      <w:r>
        <w:rPr>
          <w:color w:val="666666"/>
          <w:sz w:val="18"/>
        </w:rPr>
        <w:t>Divine Help January 04, 2015 · 1m 30s · at 46:11 · https://youtu.be/IsFIb5jI5u8?t=2771</w:t>
      </w:r>
    </w:p>
    <w:p>
      <w:r>
        <w:rPr>
          <w:i/>
        </w:rPr>
        <w:t>“A Christian posted his comment on WhatsApp that he hated Islam as he believed it was a religion of violence. What should be the response?”</w:t>
      </w:r>
    </w:p>
    <w:p>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p>
    <w:p>
      <w:pPr>
        <w:pStyle w:val="Heading2"/>
      </w:pPr>
      <w:r>
        <w:t>Cause of Muslims' pride and hatred towards others</w:t>
      </w:r>
    </w:p>
    <w:p>
      <w:r>
        <w:rPr>
          <w:color w:val="666666"/>
          <w:sz w:val="18"/>
        </w:rPr>
        <w:t>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Hatred as obstacle to dawah</w:t>
      </w:r>
    </w:p>
    <w:p>
      <w:r>
        <w:rPr>
          <w:color w:val="666666"/>
          <w:sz w:val="18"/>
        </w:rPr>
        <w:t>Dars-e-Quran, Chapter 25, V. 1 (Spreading Quran) September 9, 2018 · 1m 07s · at 50:22 · https://youtu.be/zf3V6LP2Qg0?t=3022</w:t>
      </w:r>
    </w:p>
    <w:p>
      <w:r>
        <w:rPr>
          <w:i/>
        </w:rPr>
        <w:t>“Is hatred for other nations the biggest obstacle to da'wah work? Please explain about this.”</w:t>
      </w:r>
    </w:p>
    <w:p>
      <w:r>
        <w:rPr>
          <w:sz w:val="20"/>
        </w:rPr>
        <w:t>50:22  Maulana, kuch sawal lete hain. ab yeh sawal bheja hai Muhammad Irfan Rasheedi sahib ne Nagpur se.</w:t>
      </w:r>
      <w:r>
        <w:br/>
      </w:r>
      <w:r>
        <w:rPr>
          <w:sz w:val="20"/>
        </w:rPr>
        <w:t>50:33  unhone likha hai: Maulana sahib, kya doosri qaumon se nafrat dawah work ki sab se badi rukawat hai?</w:t>
      </w:r>
      <w:r>
        <w:br/>
      </w:r>
      <w:r>
        <w:rPr>
          <w:sz w:val="20"/>
        </w:rPr>
        <w:t>50:42  is ke bare mein batayein. arey bhai, jannat ke dakhle ki rukawat hai. yaqeen kijiye, jo maqdood se nafrat karega,</w:t>
      </w:r>
      <w:r>
        <w:br/>
      </w:r>
      <w:r>
        <w:rPr>
          <w:sz w:val="20"/>
        </w:rPr>
        <w:t>50:56  is ke liye jannat ke darwaze nahi khulenge. yahan to maine padha hai: jo shakhs apne ma'dud se nafrat karega, us ke liye jannat ke darwaze nahi khulne wale hain.</w:t>
      </w:r>
      <w:r>
        <w:br/>
      </w:r>
      <w:r>
        <w:rPr>
          <w:sz w:val="20"/>
        </w:rPr>
        <w:t>51:13  is par jannat ke darwaze band rahenge.</w:t>
      </w:r>
      <w:r>
        <w:br/>
      </w:r>
      <w:r>
        <w:rPr>
          <w:sz w:val="20"/>
        </w:rPr>
        <w:t>51:20  logon ko tauba karna chahiye. tauba.</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Why evil dominates over good</w:t>
      </w:r>
    </w:p>
    <w:p>
      <w:r>
        <w:rPr>
          <w:color w:val="666666"/>
          <w:sz w:val="18"/>
        </w:rPr>
        <w:t>Story of the Prophet Yusuf May 11, 2014 Maulana Wahiduddin Khan · 2m 33s · at 1:04:06 · https://youtu.be/2alsBthUWhw?t=3846</w:t>
      </w:r>
    </w:p>
    <w:p>
      <w:r>
        <w:rPr>
          <w:i/>
        </w:rPr>
        <w:t>“We see that the world is full of envious, jealous, and negative people. Patient and pious people are exceptional on this earth. When a human is born on his fitrah, why is there Satan's dominance over the environment? Why is evil always more than good? Please explain.”</w:t>
      </w:r>
    </w:p>
    <w:p>
      <w:r>
        <w:rPr>
          <w:sz w:val="20"/>
        </w:rPr>
        <w:t>1:04:06  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r>
        <w:br/>
      </w:r>
      <w:r>
        <w:rPr>
          <w:sz w:val="20"/>
        </w:rPr>
        <w:t>1:04:28  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r>
        <w:br/>
      </w:r>
      <w:r>
        <w:rPr>
          <w:sz w:val="20"/>
        </w:rPr>
        <w:t>1:04:56  to seedhi yeh baat hai yeh to insan ko freedom hai freedom of choice yahi to masla hai insan ko suraj chand jis tareeqay se control mein hai is tarah se insan control mein nahi hai insan ko freedom of choice mila hua hai</w:t>
      </w:r>
      <w:r>
        <w:br/>
      </w:r>
      <w:r>
        <w:rPr>
          <w:sz w:val="20"/>
        </w:rPr>
        <w:t>1:05:18  to fiman shafa ilayawm fiman shafa ilaykafir</w:t>
      </w:r>
      <w:r>
        <w:br/>
      </w:r>
      <w:r>
        <w:rPr>
          <w:sz w:val="20"/>
        </w:rPr>
        <w:t>1:05:22  jo chahe apne choice ko sahi istemal kare jo chahe galat istemal kare yeh to hoga is mein</w:t>
      </w:r>
      <w:r>
        <w:br/>
      </w:r>
      <w:r>
        <w:rPr>
          <w:sz w:val="20"/>
        </w:rPr>
        <w:t>1:05:28  to koi kuch aur ho nahi sakta fiman shafa ilayawm fiman shafa ilaykafir</w:t>
      </w:r>
      <w:r>
        <w:br/>
      </w:r>
      <w:r>
        <w:rPr>
          <w:sz w:val="20"/>
        </w:rPr>
        <w:t>1:05:36  har aurat ko har mard ko freedom of choice mila hua hai</w:t>
      </w:r>
      <w:r>
        <w:br/>
      </w:r>
      <w:r>
        <w:rPr>
          <w:sz w:val="20"/>
        </w:rPr>
        <w:t>1:05:41  aur woh koi excuse nahi pesh hoga akhirat mein koi excuse nahi pesh kar sakega</w:t>
      </w:r>
      <w:r>
        <w:br/>
      </w:r>
      <w:r>
        <w:rPr>
          <w:sz w:val="20"/>
        </w:rPr>
        <w:t>1:05:48  is liye main kaha karta hoon ke if a good excuse don't use it</w:t>
      </w:r>
      <w:r>
        <w:br/>
      </w:r>
      <w:r>
        <w:rPr>
          <w:sz w:val="20"/>
        </w:rPr>
        <w:t>1:05:57  jaise ghalib ne kaha tha ke janta hoon sawab o ta'at o zahir par tabiyat idhar nahi aati to ab tabiyat ko aap control kijiye apni tabiyat ko moriye idhar se idhar nahi to phir is ka price den</w:t>
      </w:r>
      <w:r>
        <w:br/>
      </w:r>
      <w:r>
        <w:rPr>
          <w:sz w:val="20"/>
        </w:rPr>
        <w:t>1:06:17  is ko Khuda pakray ga aap ko is ki price deni paray gi freedom of choice jo insan ko mila hua hai woh kabhi bhi abolish nahi hoga insan ko khud hi faisla karna hai koi doosra aa kar ke aap ko zabardasti nahi kare ga</w:t>
      </w:r>
    </w:p>
    <w:p>
      <w:pPr>
        <w:pStyle w:val="Heading2"/>
      </w:pPr>
      <w:r>
        <w:t>Can a Muslim Hate a Non-Believer</w:t>
      </w:r>
    </w:p>
    <w:p>
      <w:r>
        <w:rPr>
          <w:color w:val="666666"/>
          <w:sz w:val="18"/>
        </w:rPr>
        <w:t>Islam &amp; Prophet of Islam 21 Oct, 2012 - Maulana Wahiduddin Khan · 2m 46s · at 1:09:12 · https://youtu.be/2hwtfOyNeS0?t=4152</w:t>
      </w:r>
    </w:p>
    <w:p>
      <w:r>
        <w:rPr>
          <w:i/>
        </w:rPr>
        <w:t>“Love Islam hate America. These holdings were placed in tourist spots in reaction of recent movie produced in America. Can a Muslim hate a non-believer because of any excuse?”</w:t>
      </w:r>
    </w:p>
    <w:p>
      <w:r>
        <w:rPr>
          <w:sz w:val="20"/>
        </w:rPr>
        <w:t>1:09:12  maulana, agla sawal kashmir se hai hamidullah hameed sahib ka. unhon ne likha hai: "love islam hate america.</w:t>
      </w:r>
      <w:r>
        <w:br/>
      </w:r>
      <w:r>
        <w:rPr>
          <w:sz w:val="20"/>
        </w:rPr>
        <w:t>1:09:21  these holdings were placed in tourist spots in reaction of recent movie produced in America. Can a Muslim hate a non-believer because of any excuse?" Dekhiye, love Islam bhi ek ek ek yani ek bilkul galat hai.</w:t>
      </w:r>
      <w:r>
        <w:br/>
      </w:r>
      <w:r>
        <w:rPr>
          <w:sz w:val="20"/>
        </w:rPr>
        <w:t>1:09:39  agar aap islam se love karein ge to logon se hate kar nahin sakte aap. yeh namumkin hai ke aap islam se love karein, aap logon se hate karein aap.</w:t>
      </w:r>
      <w:r>
        <w:br/>
      </w:r>
      <w:r>
        <w:rPr>
          <w:sz w:val="20"/>
        </w:rPr>
        <w:t>1:09:49  islam se love karna aap ko doosron se mohabbat sikhaye ga. kyun? aap quran ko parhiye. chapter 41 jo hai, hami as-sajdah, is mein yeh ayat hai ke: "la tastabdil al-husna bi al-sayyi'i, idha alladhi baynaka wa baynahu 'adawatun ka'annahu waliyyun hamim".</w:t>
      </w:r>
      <w:r>
        <w:br/>
      </w:r>
      <w:r>
        <w:rPr>
          <w:sz w:val="20"/>
        </w:rPr>
        <w:t>1:10:09  yani kisi ko agar tum pao ke tumhare sath is ka sulook dushman wala sulook hai, to tum is ke sath dosti karo. tum is ka acha sulook karo.</w:t>
      </w:r>
      <w:r>
        <w:br/>
      </w:r>
      <w:r>
        <w:rPr>
          <w:sz w:val="20"/>
        </w:rPr>
        <w:t>1:10:19  phir woh dushman tumhara dost ban jaye ga. "ka'annahu waliyyun hamim". is ke mutabiq dushman ko potential friend ke roop mein dekhna.</w:t>
      </w:r>
      <w:r>
        <w:br/>
      </w:r>
      <w:r>
        <w:rPr>
          <w:sz w:val="20"/>
        </w:rPr>
        <w:t>1:10:30  yeh hai islam. yani you have to see the your enemy into, yani, as a potential friend.</w:t>
      </w:r>
      <w:r>
        <w:br/>
      </w:r>
      <w:r>
        <w:rPr>
          <w:sz w:val="20"/>
        </w:rPr>
        <w:t>1:10:42  apne dushman ko potential friend ke roop mein dekhna, yeh islam hai. to jo log kehte hain ke love islam, yeh yeh bilkul galat keh rahe hain. woh woh hate islam un ke dilon mein hai.</w:t>
      </w:r>
      <w:r>
        <w:br/>
      </w:r>
      <w:r>
        <w:rPr>
          <w:sz w:val="20"/>
        </w:rPr>
        <w:t>1:10:53  islam se mohabbat to un ko nahin hai. mohabbat hoti to woh quran se lete ke kya karna chahiye humein. quran ko dekhte, parhte quran ko.</w:t>
      </w:r>
      <w:r>
        <w:br/>
      </w:r>
      <w:r>
        <w:rPr>
          <w:sz w:val="20"/>
        </w:rPr>
        <w:t>1:11:01  jab quran mein saaf saaf hai ke tum dushman ko apna potential friend samjho, to aap kaise aisa kar sakte hain?</w:t>
      </w:r>
      <w:r>
        <w:br/>
      </w:r>
      <w:r>
        <w:rPr>
          <w:sz w:val="20"/>
        </w:rPr>
        <w:t>1:11:12  mein wahan gaya tha america, to wahan pe ek church mein mujhe bulaya gaya tha. to unhon ne kaha ke bible mein Hazrat Masih ne yeh kaha tha ke: "love your enemy".</w:t>
      </w:r>
      <w:r>
        <w:br/>
      </w:r>
      <w:r>
        <w:rPr>
          <w:sz w:val="20"/>
        </w:rPr>
        <w:t>1:11:25  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r>
        <w:br/>
      </w:r>
      <w:r>
        <w:rPr>
          <w:sz w:val="20"/>
        </w:rPr>
        <w:t>1:11:52  nahin to aap muslim nahin hain. nahin to aap quran ko nahin mante.</w:t>
      </w:r>
    </w:p>
    <w:p>
      <w:pPr>
        <w:pStyle w:val="Heading2"/>
      </w:pPr>
      <w:r>
        <w:t>Is debate right if it produces hatred?</w:t>
      </w:r>
    </w:p>
    <w:p>
      <w:r>
        <w:rPr>
          <w:color w:val="666666"/>
          <w:sz w:val="18"/>
        </w:rPr>
        <w:t>Reason and Faith July 10, 2016 · 1m 42s · at 54:20 · https://youtu.be/axR4I5yv29E?t=3260</w:t>
      </w:r>
    </w:p>
    <w:p>
      <w:r>
        <w:rPr>
          <w:i/>
        </w:rPr>
        <w:t>“Muslims hold debates on a high pedestal. The debates are only producing hatred and distance people away from Islam as a result. Is it right to engage in debate seeing the result?”</w:t>
      </w:r>
    </w:p>
    <w:p>
      <w:r>
        <w:rPr>
          <w:sz w:val="20"/>
        </w:rPr>
        <w:t>54:20  unhon ne likha hai pehle sawal mein Muslims hold debates on a high pedestal.</w:t>
      </w:r>
      <w:r>
        <w:br/>
      </w:r>
      <w:r>
        <w:rPr>
          <w:sz w:val="20"/>
        </w:rPr>
        <w:t>54:26  The debates are only producing hatred and distance people away from Islam as a result.</w:t>
      </w:r>
      <w:r>
        <w:br/>
      </w:r>
      <w:r>
        <w:rPr>
          <w:sz w:val="20"/>
        </w:rPr>
        <w:t>54:33  Is it right to engage in debate seeing the result?</w:t>
      </w:r>
      <w:r>
        <w:br/>
      </w:r>
      <w:r>
        <w:rPr>
          <w:sz w:val="20"/>
        </w:rPr>
        <w:t>54:38  dekhen, debate ka tareeqa bilkul ghalat tareeqa hai.</w:t>
      </w:r>
      <w:r>
        <w:br/>
      </w:r>
      <w:r>
        <w:rPr>
          <w:sz w:val="20"/>
        </w:rPr>
        <w:t>54:44  is mein engage hone ka koi sawal hi nahi hai kyunke debate hamesha reaction paida karta hai.</w:t>
      </w:r>
      <w:r>
        <w:br/>
      </w:r>
      <w:r>
        <w:rPr>
          <w:sz w:val="20"/>
        </w:rPr>
        <w:t>54:49  Debate se kya hai? doosre ko down karna, doosre ko conquer karna, doosre ko ridicule karna.</w:t>
      </w:r>
      <w:r>
        <w:br/>
      </w:r>
      <w:r>
        <w:rPr>
          <w:sz w:val="20"/>
        </w:rPr>
        <w:t>54:55  yeh debate mein yeh sab hota hai.</w:t>
      </w:r>
      <w:r>
        <w:br/>
      </w:r>
      <w:r>
        <w:rPr>
          <w:sz w:val="20"/>
        </w:rPr>
        <w:t>55:01  jaise maine ab misaal di aap ko, unhon ne likha kufr tod.</w:t>
      </w:r>
      <w:r>
        <w:br/>
      </w:r>
      <w:r>
        <w:rPr>
          <w:sz w:val="20"/>
        </w:rPr>
        <w:t>55:06  to unhon ne likha ke kufr tod ka bata pod yeh hota hai.</w:t>
      </w:r>
      <w:r>
        <w:br/>
      </w:r>
      <w:r>
        <w:rPr>
          <w:sz w:val="20"/>
        </w:rPr>
        <w:t>55:12  aisi is zamane mein ek kitab chhapi thi "daghira rasool".</w:t>
      </w:r>
      <w:r>
        <w:br/>
      </w:r>
      <w:r>
        <w:rPr>
          <w:sz w:val="20"/>
        </w:rPr>
        <w:t>55:18  to yeh debate mein yahi sab hota hai, iska koi result nahi hai.</w:t>
      </w:r>
      <w:r>
        <w:br/>
      </w:r>
      <w:r>
        <w:rPr>
          <w:sz w:val="20"/>
        </w:rPr>
        <w:t>55:23  to hamein result karne hi nahi hai.</w:t>
      </w:r>
      <w:r>
        <w:br/>
      </w:r>
      <w:r>
        <w:rPr>
          <w:sz w:val="20"/>
        </w:rPr>
        <w:t>55:29  islam mein hai ji, islam mein jidal asr ka hukum hai.</w:t>
      </w:r>
      <w:r>
        <w:br/>
      </w:r>
      <w:r>
        <w:rPr>
          <w:sz w:val="20"/>
        </w:rPr>
        <w:t>55:35  islam mein jo hukum hai, jidal asr.</w:t>
      </w:r>
      <w:r>
        <w:br/>
      </w:r>
      <w:r>
        <w:rPr>
          <w:sz w:val="20"/>
        </w:rPr>
        <w:t>55:40  jidaal asr ka matlab yeh hai jis mein khair khwahi ho, jis mein aqli ghore o fikr ke</w:t>
      </w:r>
      <w:r>
        <w:br/>
      </w:r>
      <w:r>
        <w:rPr>
          <w:sz w:val="20"/>
        </w:rPr>
        <w:t>55:46  saath kaam kiya jaye, jis mein planning ho, jis mein positive method ho, woh hai jidaal asr.</w:t>
      </w:r>
      <w:r>
        <w:br/>
      </w:r>
      <w:r>
        <w:rPr>
          <w:sz w:val="20"/>
        </w:rPr>
        <w:t>55:51  wahi karna hai hamein aur inshallah result niklega kyunke result nikalta hai hamesha sahi tareeqa kar se.</w:t>
      </w:r>
      <w:r>
        <w:br/>
      </w:r>
      <w:r>
        <w:rPr>
          <w:sz w:val="20"/>
        </w:rPr>
        <w:t>55:57  ghalat tareeqa kar se koi result kabhi nikalta nahi is duniya mein.</w:t>
      </w:r>
    </w:p>
    <w:p>
      <w:pPr>
        <w:pStyle w:val="Heading2"/>
      </w:pPr>
      <w:r>
        <w:t>Why do people become enemies over religion?</w:t>
      </w:r>
    </w:p>
    <w:p>
      <w:r>
        <w:rPr>
          <w:color w:val="666666"/>
          <w:sz w:val="18"/>
        </w:rPr>
        <w:t>Pillars of Western Thought October 6, 2013 · 1m 30s · at 1:03:14 · https://youtu.be/o4WfPvju5_M?t=3794</w:t>
      </w:r>
    </w:p>
    <w:p>
      <w:r>
        <w:rPr>
          <w:i/>
        </w:rPr>
        <w:t>“Friends of the same community live together, eat together, but when it comes to religion, why do they become enemies? What is the reason for that?”</w:t>
      </w:r>
    </w:p>
    <w:p>
      <w:r>
        <w:rPr>
          <w:sz w:val="20"/>
        </w:rPr>
        <w:t>1:03:14  maulana, agla sawal dilli se hai. mister amrit kumar sharma ne kiya hai. unhon ne likha hai: "dost sanparda ke log saath rehte hain, khana khate hain, parantu dharm ke naam aate hi woh kyon dushman ho jate hain?</w:t>
      </w:r>
      <w:r>
        <w:br/>
      </w:r>
      <w:r>
        <w:rPr>
          <w:sz w:val="20"/>
        </w:rPr>
        <w:t>1:03:30  is ki kya wajah hai?" aisa nahi hai ke aap jo keh rahe hain yeh aisa nahi hai.</w:t>
      </w:r>
      <w:r>
        <w:br/>
      </w:r>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How to respond when treated badly</w:t>
      </w:r>
    </w:p>
    <w:p>
      <w:r>
        <w:rPr>
          <w:color w:val="666666"/>
          <w:sz w:val="18"/>
        </w:rPr>
        <w:t>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Advice for Muslims living in fear</w:t>
      </w:r>
    </w:p>
    <w:p>
      <w:r>
        <w:rPr>
          <w:color w:val="666666"/>
          <w:sz w:val="18"/>
        </w:rPr>
        <w:t>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Peace efforts seen as cowardice</w:t>
      </w:r>
    </w:p>
    <w:p>
      <w:r>
        <w:rPr>
          <w:color w:val="666666"/>
          <w:sz w:val="18"/>
        </w:rPr>
        <w:t>Man and Paradise May 05, 2013 · 2m 11s · at 1:00:07 · https://youtu.be/VyFgim3pvts?t=3607</w:t>
      </w:r>
    </w:p>
    <w:p>
      <w:r>
        <w:rPr>
          <w:i/>
        </w:rPr>
        <w:t>“Often, efforts made towards peace are considered cowardice by people. What is the reason for this?”</w:t>
      </w:r>
    </w:p>
    <w:p>
      <w:r>
        <w:rPr>
          <w:sz w:val="20"/>
        </w:rPr>
        <w:t>1:00:07  Maulana, agla sawal Bangalore se hai, Rafiq sahib ka</w:t>
      </w:r>
      <w:r>
        <w:br/>
      </w:r>
      <w:r>
        <w:rPr>
          <w:sz w:val="20"/>
        </w:rPr>
        <w:t>1:00:11  . unhon ne likha hai: "Maulana sahib, aksar aman ki taraf ki gayi koshishon ko log buzdi samjhte hain. is ka karan kya hai?" phir wohi main kahunga ke kyun log majmoo'ay ko le kar raah banate hain?</w:t>
      </w:r>
      <w:r>
        <w:br/>
      </w:r>
      <w:r>
        <w:rPr>
          <w:sz w:val="20"/>
        </w:rPr>
        <w:t>1:00:28  majmooa yeh aisi baatein kehta hai, afraad nahi kehte aisi baatein. bohat se afraad aise hain jo is ke khilaaf rai un ki hoti hai.</w:t>
      </w:r>
      <w:r>
        <w:br/>
      </w:r>
      <w:r>
        <w:rPr>
          <w:sz w:val="20"/>
        </w:rPr>
        <w:t>1:00:39  mein samajhta hoon ke poori tareekh mein yeh ghalti hui hai ke logon ne rai banai majmooay ki dikkat mein. fard ko le kar rai banai hai, kyunke Allah ka aap ko yeh jaanna chahiye ke Allah ka jo creation plan hai, woh mabni par fard hai, mabni par majmooa nahi hai.</w:t>
      </w:r>
      <w:r>
        <w:br/>
      </w:r>
      <w:r>
        <w:rPr>
          <w:sz w:val="20"/>
        </w:rPr>
        <w:t>1:00:58  Allah ko poori history se afraad select karne hain, poori history se. koi majmooa nahi ke ek majmooa hai, us ko le kar jannat dakhil kar do</w:t>
      </w:r>
      <w:r>
        <w:br/>
      </w:r>
      <w:r>
        <w:rPr>
          <w:sz w:val="20"/>
        </w:rPr>
        <w:t>1:01:09  . koi majmooa nahi, na koi ummat hai, na koi society hai, na koi majmooa hai. sab sab sab jannat dakhil kar do. aisa nahi hone wala.</w:t>
      </w:r>
      <w:r>
        <w:br/>
      </w:r>
      <w:r>
        <w:rPr>
          <w:sz w:val="20"/>
        </w:rPr>
        <w:t>1:01:19  afraad chune jayenge ummaton se bhi aur samajon se bhi. is maamle mein sara confusion is liye paida hota hai ke log jo khaliq ka jo mansooba hai takhleeqi, us ko samjhe baghair khud sakhta tor par rai qaim karte hain.</w:t>
      </w:r>
    </w:p>
    <w:p>
      <w:pPr>
        <w:pStyle w:val="Heading2"/>
      </w:pPr>
      <w:r>
        <w:t>Dealing with negative thinking due to inequality</w:t>
      </w:r>
    </w:p>
    <w:p>
      <w:r>
        <w:rPr>
          <w:color w:val="666666"/>
          <w:sz w:val="18"/>
        </w:rPr>
        <w:t>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Advice about an Egyptian who quotes enmity verse</w:t>
      </w:r>
    </w:p>
    <w:p>
      <w:r>
        <w:rPr>
          <w:color w:val="666666"/>
          <w:sz w:val="18"/>
        </w:rPr>
        <w:t>Dars-e-Quran, Chapter 2, Verse 79 June 24, 2018 · 1m 12s · at 55:08 · https://youtu.be/7OeNcHSoPp0?t=3308</w:t>
      </w:r>
    </w:p>
    <w:p>
      <w:r>
        <w:rPr>
          <w:i/>
        </w:rPr>
        <w:t>“Moulana, an Egyptian is influenced by your books but also hates Jews. When I said something more to him, he started quoting a Quranic verse—the verse of enmity. What would be your advice?”</w:t>
      </w:r>
    </w:p>
    <w:p>
      <w:r>
        <w:rPr>
          <w:sz w:val="20"/>
        </w:rPr>
        <w:t>55:08  maulana, in ka ek aur sawal hai. unhone likha hai: "maulana, ek misri aap ki kitabon se mutasir hai magar yahood se nafrat bhi karta hai.</w:t>
      </w:r>
      <w:r>
        <w:br/>
      </w:r>
      <w:r>
        <w:rPr>
          <w:sz w:val="20"/>
        </w:rPr>
        <w:t>55:21  jab maine us se kuch aur baat kahi toh quran ki ayat pesh karne laga. adawat ki ayat. us par aap ka advice kya hoga?" advice yeh hai ke aap yeh sochein</w:t>
      </w:r>
    </w:p>
    <w:p>
      <w:pPr>
        <w:pStyle w:val="Heading2"/>
      </w:pPr>
      <w:r>
        <w:t>People who don't desire heaven or hell</w:t>
      </w:r>
    </w:p>
    <w:p>
      <w:r>
        <w:rPr>
          <w:color w:val="666666"/>
          <w:sz w:val="18"/>
        </w:rPr>
        <w:t>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Peace-named centers with violent mindset</w:t>
      </w:r>
    </w:p>
    <w:p>
      <w:r>
        <w:rPr>
          <w:color w:val="666666"/>
          <w:sz w:val="18"/>
        </w:rPr>
        <w:t>Study of The Quran November 30, 2014 · 1m 51s · at 1:25:55 · https://youtu.be/x3fcJ2nlDow?t=5155</w:t>
      </w:r>
    </w:p>
    <w:p>
      <w:r>
        <w:rPr>
          <w:i/>
        </w:rPr>
        <w:t>“Nowadays there are many dawah centers, and mostly their names are peace-related. But all these centers are waiting for a big war. Maulana, why is it that they have given a name of peace but their mind is violent? Why is this?”</w:t>
      </w:r>
    </w:p>
    <w:p>
      <w:r>
        <w:rPr>
          <w:sz w:val="20"/>
        </w:rPr>
        <w:t>1:25:55  maulana, agla sawal chennai se hai maulana iqbal umri ka. aur unhon ne likha hai: "aaj kal bohat se dawah centers hain aur mostly un ke naam peace related rehte hain.</w:t>
      </w:r>
      <w:r>
        <w:br/>
      </w:r>
      <w:r>
        <w:rPr>
          <w:sz w:val="20"/>
        </w:rPr>
        <w:t>1:26:09  aur sare yeh centers ek bari jang ke intezar mein hain. maulana, aisa kyun hai ke unhon ne naam to peace ka diya hua hai lekin mind violence wala hai?</w:t>
      </w:r>
      <w:r>
        <w:br/>
      </w:r>
      <w:r>
        <w:rPr>
          <w:sz w:val="20"/>
        </w:rPr>
        <w:t>1:26:21  aisa kyun?" to main ne kaha dekhen sab double standard ho rahe hain.</w:t>
      </w:r>
      <w:r>
        <w:br/>
      </w:r>
      <w:r>
        <w:rPr>
          <w:sz w:val="20"/>
        </w:rPr>
        <w:t>1:26:26  dua ne pehle hi keh diya ke sab se zyada yeh log jo hain woh in ka culture double standard culture hai.</w:t>
      </w:r>
      <w:r>
        <w:br/>
      </w:r>
      <w:r>
        <w:rPr>
          <w:sz w:val="20"/>
        </w:rPr>
        <w:t>1:26:36  ab yeh mera tajurba hai kak room mein. jis ko dekhen woh double standard hai.</w:t>
      </w:r>
      <w:r>
        <w:br/>
      </w:r>
      <w:r>
        <w:rPr>
          <w:sz w:val="20"/>
        </w:rPr>
        <w:t>1:26:46  okay, so we will end this session now. thank you.</w:t>
      </w:r>
    </w:p>
    <w:p>
      <w:pPr>
        <w:pStyle w:val="Heading1"/>
      </w:pPr>
      <w:r>
        <w:t>In the lectures (20)</w:t>
      </w:r>
    </w:p>
    <w:p>
      <w:pPr>
        <w:pStyle w:val="Heading2"/>
      </w:pPr>
      <w:r>
        <w:t>Collective Repentance I Feb 24, 2013 Maulana Wahiduddin Khan</w:t>
      </w:r>
    </w:p>
    <w:p>
      <w:r>
        <w:rPr>
          <w:color w:val="666666"/>
          <w:sz w:val="18"/>
        </w:rPr>
        <w:t>1:01:02 · https://youtu.be/lkkolxAL38c?t=3662</w:t>
      </w:r>
    </w:p>
    <w:p>
      <w:r>
        <w:rPr>
          <w:i/>
        </w:rPr>
        <w:t>“نفرت پھیلا رہے ہیں”</w:t>
      </w:r>
    </w:p>
    <w:p>
      <w:pPr>
        <w:pStyle w:val="Heading2"/>
      </w:pPr>
      <w:r>
        <w:t>Position of Islam in a Pluralistic Society (English) March 12, 2007 Maulana Wahiduddin Khan</w:t>
      </w:r>
    </w:p>
    <w:p>
      <w:r>
        <w:rPr>
          <w:color w:val="666666"/>
          <w:sz w:val="18"/>
        </w:rPr>
        <w:t>2:18 · https://youtu.be/zeBT1HGl2n8?t=138</w:t>
      </w:r>
    </w:p>
    <w:p>
      <w:r>
        <w:rPr>
          <w:i/>
        </w:rPr>
        <w:t>“Hate.”</w:t>
      </w:r>
    </w:p>
    <w:p>
      <w:pPr>
        <w:pStyle w:val="Heading2"/>
      </w:pPr>
      <w:r>
        <w:t>Divine Management in History 7 April 2013 - Maulana Wahiduddin Khan</w:t>
      </w:r>
    </w:p>
    <w:p>
      <w:r>
        <w:rPr>
          <w:color w:val="666666"/>
          <w:sz w:val="18"/>
        </w:rPr>
        <w:t>33:38 · https://youtu.be/B-dCV7COXqY?t=2018</w:t>
      </w:r>
    </w:p>
    <w:p>
      <w:r>
        <w:rPr>
          <w:i/>
        </w:rPr>
        <w:t>“سب hate پر مبنی ہے۔ Hate اور تشدد۔”</w:t>
      </w:r>
    </w:p>
    <w:p>
      <w:pPr>
        <w:pStyle w:val="Heading2"/>
      </w:pPr>
      <w:r>
        <w:t>Collective Repentance I Feb 24, 2013 Maulana Wahiduddin Khan</w:t>
      </w:r>
    </w:p>
    <w:p>
      <w:r>
        <w:rPr>
          <w:color w:val="666666"/>
          <w:sz w:val="18"/>
        </w:rPr>
        <w:t>38:50 · https://youtu.be/lkkolxAL38c?t=2330</w:t>
      </w:r>
    </w:p>
    <w:p>
      <w:r>
        <w:rPr>
          <w:i/>
        </w:rPr>
        <w:t>“بس نفرت کی باتیں پھیلانے میں۔”</w:t>
      </w:r>
    </w:p>
    <w:p>
      <w:pPr>
        <w:pStyle w:val="Heading2"/>
      </w:pPr>
      <w:r>
        <w:t>The Importance of Tadabbur in Islam I 5 Dec . 2010 - Maulana Wahiduddin Khan</w:t>
      </w:r>
    </w:p>
    <w:p>
      <w:r>
        <w:rPr>
          <w:color w:val="666666"/>
          <w:sz w:val="18"/>
        </w:rPr>
        <w:t>6:57 · https://youtu.be/bkIRUAI3v8M?t=417</w:t>
      </w:r>
    </w:p>
    <w:p>
      <w:r>
        <w:rPr>
          <w:i/>
        </w:rPr>
        <w:t>“نفرت آ جاتی ہے، ہیٹ آ جاتا ہے۔”</w:t>
      </w:r>
    </w:p>
    <w:p>
      <w:pPr>
        <w:pStyle w:val="Heading2"/>
      </w:pPr>
      <w:r>
        <w:t>Ramadan and The Quran July 22, 2012</w:t>
      </w:r>
    </w:p>
    <w:p>
      <w:r>
        <w:rPr>
          <w:color w:val="666666"/>
          <w:sz w:val="18"/>
        </w:rPr>
        <w:t>38:26 · https://youtu.be/0fFJ1_hkS_o?t=2306</w:t>
      </w:r>
    </w:p>
    <w:p>
      <w:r>
        <w:rPr>
          <w:i/>
        </w:rPr>
        <w:t>“اور نفرتیں بڑھتی ہیں۔ ماحول بگڑتا ہے۔”</w:t>
      </w:r>
    </w:p>
    <w:p>
      <w:pPr>
        <w:pStyle w:val="Heading2"/>
      </w:pPr>
      <w:r>
        <w:t>Collective Repentance 24th February 2013</w:t>
      </w:r>
    </w:p>
    <w:p>
      <w:r>
        <w:rPr>
          <w:color w:val="666666"/>
          <w:sz w:val="18"/>
        </w:rPr>
        <w:t>59:46 · https://youtu.be/TNw6muKhfpU?t=3586</w:t>
      </w:r>
    </w:p>
    <w:p>
      <w:r>
        <w:rPr>
          <w:i/>
        </w:rPr>
        <w:t>“نفرتپھیلارہےہیں”</w:t>
      </w:r>
    </w:p>
    <w:p>
      <w:pPr>
        <w:pStyle w:val="Heading2"/>
      </w:pPr>
      <w:r>
        <w:t>Difference Management June 6, 2007 Maulana Wahiduddin Khan</w:t>
      </w:r>
    </w:p>
    <w:p>
      <w:r>
        <w:rPr>
          <w:color w:val="666666"/>
          <w:sz w:val="18"/>
        </w:rPr>
        <w:t>40:24 · https://youtu.be/Qcrm0lX88dA?t=2424</w:t>
      </w:r>
    </w:p>
    <w:p>
      <w:r>
        <w:rPr>
          <w:i/>
        </w:rPr>
        <w:t>“not able to manage their differences. And due to this, everywhere you see that people are living in hate, in anger, and also there is killing,”</w:t>
      </w:r>
    </w:p>
    <w:p>
      <w:pPr>
        <w:pStyle w:val="Heading2"/>
      </w:pPr>
      <w:r>
        <w:t>The Problem of Conditioning April 22, 2012</w:t>
      </w:r>
    </w:p>
    <w:p>
      <w:r>
        <w:rPr>
          <w:color w:val="666666"/>
          <w:sz w:val="18"/>
        </w:rPr>
        <w:t>53:52 · https://youtu.be/j-kJQzOz46g?t=3232</w:t>
      </w:r>
    </w:p>
    <w:p>
      <w:r>
        <w:rPr>
          <w:i/>
        </w:rPr>
        <w:t>“نفرت میں کنڈیشننگ ہو گئی ہے، نفرت کے آنکھ سے دیکھتے ہیں۔”</w:t>
      </w:r>
    </w:p>
    <w:p>
      <w:pPr>
        <w:pStyle w:val="Heading2"/>
      </w:pPr>
      <w:r>
        <w:t>The Problem of Conditioning 22 April 2012 - Maulana Wahiduddin Khan</w:t>
      </w:r>
    </w:p>
    <w:p>
      <w:r>
        <w:rPr>
          <w:color w:val="666666"/>
          <w:sz w:val="18"/>
        </w:rPr>
        <w:t>56:40 · https://youtu.be/v4QLXjeTK9s?t=3400</w:t>
      </w:r>
    </w:p>
    <w:p>
      <w:r>
        <w:rPr>
          <w:i/>
        </w:rPr>
        <w:t>“نفرت میں کنڈیشننگ ہو گئی ہے، نفرت کے آنکھ سے دیکھتے ہیں۔”</w:t>
      </w:r>
    </w:p>
    <w:p>
      <w:pPr>
        <w:pStyle w:val="Heading2"/>
      </w:pPr>
      <w:r>
        <w:t>Lessons from Bombay Nov 30, 2008</w:t>
      </w:r>
    </w:p>
    <w:p>
      <w:r>
        <w:rPr>
          <w:color w:val="666666"/>
          <w:sz w:val="18"/>
        </w:rPr>
        <w:t>27:37 · https://youtu.be/LiDznEqzaRI?t=1657</w:t>
      </w:r>
    </w:p>
    <w:p>
      <w:r>
        <w:rPr>
          <w:i/>
        </w:rPr>
        <w:t>“کیوں؟ نفرت، نفرت، نفرت! یہ سب یودھر پر ہیں۔”</w:t>
      </w:r>
    </w:p>
    <w:p>
      <w:pPr>
        <w:pStyle w:val="Heading2"/>
      </w:pPr>
      <w:r>
        <w:t>The Problem of Conditioning 22 April 2012 - Maulana Wahiduddin Khan</w:t>
      </w:r>
    </w:p>
    <w:p>
      <w:r>
        <w:rPr>
          <w:color w:val="666666"/>
          <w:sz w:val="18"/>
        </w:rPr>
        <w:t>45:13 · https://youtu.be/v4QLXjeTK9s?t=2713</w:t>
      </w:r>
    </w:p>
    <w:p>
      <w:r>
        <w:rPr>
          <w:i/>
        </w:rPr>
        <w:t>“نفرت کی باتیں ہیں، سازش کی باتیں ہیں، ظلم کی باتیں ہیں، ادھر بھر رکھا ہے۔ میں سمجھتا ہوں کہ یہ”</w:t>
      </w:r>
    </w:p>
    <w:p>
      <w:pPr>
        <w:pStyle w:val="Heading2"/>
      </w:pPr>
      <w:r>
        <w:t>Nation Building On India's Republic Day Jan 26, 2020 Maulana Wahiduddin Khan</w:t>
      </w:r>
    </w:p>
    <w:p>
      <w:r>
        <w:rPr>
          <w:color w:val="666666"/>
          <w:sz w:val="18"/>
        </w:rPr>
        <w:t>32:59 · https://youtu.be/58CVocbLAb8?t=1979</w:t>
      </w:r>
    </w:p>
    <w:p>
      <w:r>
        <w:rPr>
          <w:i/>
        </w:rPr>
        <w:t>“Why are people all over the world so full of hatred today? Is it due to the rise of material interest or something else?"”</w:t>
      </w:r>
    </w:p>
    <w:p>
      <w:pPr>
        <w:pStyle w:val="Heading2"/>
      </w:pPr>
      <w:r>
        <w:t>Don't Be Angry Culture January 15, 2012</w:t>
      </w:r>
    </w:p>
    <w:p>
      <w:r>
        <w:rPr>
          <w:color w:val="666666"/>
          <w:sz w:val="18"/>
        </w:rPr>
        <w:t>23:19 · https://youtu.be/NrA3X8y_FLY?t=1399</w:t>
      </w:r>
    </w:p>
    <w:p>
      <w:r>
        <w:rPr>
          <w:i/>
        </w:rPr>
        <w:t>“دشمن۔ ایک آدمی کے دل میں اپنی نفرت ڈال دی۔”</w:t>
      </w:r>
    </w:p>
    <w:p>
      <w:pPr>
        <w:pStyle w:val="Heading2"/>
      </w:pPr>
      <w:r>
        <w:t>Islamization of Muslims January 10, 2010 Maulana Wahiduddin Khan</w:t>
      </w:r>
    </w:p>
    <w:p>
      <w:r>
        <w:rPr>
          <w:color w:val="666666"/>
          <w:sz w:val="18"/>
        </w:rPr>
        <w:t>1:39:29 · https://youtu.be/bjCT5yer37Q?t=5969</w:t>
      </w:r>
    </w:p>
    <w:p>
      <w:r>
        <w:rPr>
          <w:i/>
        </w:rPr>
        <w:t>“They are offended at being criticized۔”</w:t>
      </w:r>
    </w:p>
    <w:p>
      <w:pPr>
        <w:pStyle w:val="Heading2"/>
      </w:pPr>
      <w:r>
        <w:t>Paradise A Home of Peace July 26, 2007</w:t>
      </w:r>
    </w:p>
    <w:p>
      <w:r>
        <w:rPr>
          <w:color w:val="666666"/>
          <w:sz w:val="18"/>
        </w:rPr>
        <w:t>27:07 · https://youtu.be/jJ_Gc-StCAc?t=1627</w:t>
      </w:r>
    </w:p>
    <w:p>
      <w:r>
        <w:rPr>
          <w:i/>
        </w:rPr>
        <w:t>“He cannot afford anger. He cannot afford hate.”</w:t>
      </w:r>
    </w:p>
    <w:p>
      <w:pPr>
        <w:pStyle w:val="Heading2"/>
      </w:pPr>
      <w:r>
        <w:t>Lessons from Bombay Nov 30, 2008</w:t>
      </w:r>
    </w:p>
    <w:p>
      <w:r>
        <w:rPr>
          <w:color w:val="666666"/>
          <w:sz w:val="18"/>
        </w:rPr>
        <w:t>12:23 · https://youtu.be/LiDznEqzaRI?t=743</w:t>
      </w:r>
    </w:p>
    <w:p>
      <w:r>
        <w:rPr>
          <w:i/>
        </w:rPr>
        <w:t>“نفرت اتنی بری چیز ہے کہ آدمی اس کے لیے سب کچھ کرتا ہے۔”</w:t>
      </w:r>
    </w:p>
    <w:p>
      <w:pPr>
        <w:pStyle w:val="Heading2"/>
      </w:pPr>
      <w:r>
        <w:t>Love of God, Question and Answer 03 May 2009</w:t>
      </w:r>
    </w:p>
    <w:p>
      <w:r>
        <w:rPr>
          <w:color w:val="666666"/>
          <w:sz w:val="18"/>
        </w:rPr>
        <w:t>10:41 · https://youtu.be/iwHKsGnU7gg?t=641</w:t>
      </w:r>
    </w:p>
    <w:p>
      <w:r>
        <w:rPr>
          <w:i/>
        </w:rPr>
        <w:t>“یہ غیر قوم ہے۔ سب سے بری چیز ہے نیگیٹیو تھنکنگ، دوسرے سے نفرت کرنا۔”</w:t>
      </w:r>
    </w:p>
    <w:p>
      <w:pPr>
        <w:pStyle w:val="Heading2"/>
      </w:pPr>
      <w:r>
        <w:t>Islma A Religion of Peace (English) January 7, 2010</w:t>
      </w:r>
    </w:p>
    <w:p>
      <w:r>
        <w:rPr>
          <w:color w:val="666666"/>
          <w:sz w:val="18"/>
        </w:rPr>
        <w:t>51:06 · https://youtu.be/YKg_GJj8Hvg?t=3066</w:t>
      </w:r>
    </w:p>
    <w:p>
      <w:r>
        <w:rPr>
          <w:i/>
        </w:rPr>
        <w:t>“When people are living in hate, they are not able to”</w:t>
      </w:r>
    </w:p>
    <w:p>
      <w:pPr>
        <w:pStyle w:val="Heading2"/>
      </w:pPr>
      <w:r>
        <w:t>The Power of Remembering God Often September 26, 2010</w:t>
      </w:r>
    </w:p>
    <w:p>
      <w:r>
        <w:rPr>
          <w:color w:val="666666"/>
          <w:sz w:val="18"/>
        </w:rPr>
        <w:t>13:11 · https://youtu.be/GMmwEr7Wt80?t=791</w:t>
      </w:r>
    </w:p>
    <w:p>
      <w:r>
        <w:rPr>
          <w:i/>
        </w:rPr>
        <w:t>“تو لوگوں نے کیا کر رکھا ہے؟ نفرت کا کلاؤڈ،”</w:t>
      </w:r>
    </w:p>
    <w:p>
      <w:pPr>
        <w:pStyle w:val="Heading1"/>
      </w:pPr>
      <w:r>
        <w:t>Clips (10)</w:t>
      </w:r>
    </w:p>
    <w:p>
      <w:pPr>
        <w:pStyle w:val="Heading2"/>
      </w:pPr>
      <w:r>
        <w:t>why debate is the wrong path to unity</w:t>
      </w:r>
    </w:p>
    <w:p>
      <w:r>
        <w:rPr>
          <w:color w:val="666666"/>
          <w:sz w:val="18"/>
        </w:rPr>
        <w:t>Position of Islam in a Pluralistic Society (English) March 12, 2007 Maulana Wahiduddin Khan · 40s · at 1:50 · https://youtu.be/zeBT1HGl2n8?t=110</w:t>
      </w:r>
    </w:p>
    <w:p>
      <w:r>
        <w:rPr>
          <w:i/>
        </w:rPr>
        <w:t>“Debate is not very good, because debate always generates hate.”</w:t>
      </w:r>
    </w:p>
    <w:p>
      <w:r>
        <w:rPr>
          <w:sz w:val="20"/>
        </w:rPr>
        <w:t>1:50  But then we see a change in the history, and people became more and more interested in debate.</w:t>
      </w:r>
      <w:r>
        <w:br/>
      </w:r>
      <w:r>
        <w:rPr>
          <w:sz w:val="20"/>
        </w:rPr>
        <w:t>2:05  But again, I would like to say that debate is not very good because, you know, debate always generates hate.</w:t>
      </w:r>
      <w:r>
        <w:br/>
      </w:r>
      <w:r>
        <w:rPr>
          <w:sz w:val="20"/>
        </w:rPr>
        <w:t>2:18  Hate.</w:t>
      </w:r>
      <w:r>
        <w:br/>
      </w:r>
      <w:r>
        <w:rPr>
          <w:sz w:val="20"/>
        </w:rPr>
        <w:t>2:20  So I don't think that anything that generates hate is good for us.</w:t>
      </w:r>
    </w:p>
    <w:p>
      <w:pPr>
        <w:pStyle w:val="Heading2"/>
      </w:pPr>
      <w:r>
        <w:t>Muslims misuse media for negativity</w:t>
      </w:r>
    </w:p>
    <w:p>
      <w:r>
        <w:rPr>
          <w:color w:val="666666"/>
          <w:sz w:val="18"/>
        </w:rPr>
        <w:t>Collective Repentance I Feb 24, 2013 Maulana Wahiduddin Khan · 24s · at 38:31 · https://youtu.be/lkkolxAL38c?t=2311</w:t>
      </w:r>
    </w:p>
    <w:p>
      <w:r>
        <w:rPr>
          <w:i/>
        </w:rPr>
        <w:t>“Musalmano ne kya kiya?”</w:t>
      </w:r>
    </w:p>
    <w:p>
      <w:r>
        <w:rPr>
          <w:sz w:val="20"/>
        </w:rPr>
        <w:t>38:31  lekin musalmanon ne kya kiya? is poore zarea zarea ko istemal kiya manfi baatein phailane ke liye.</w:t>
      </w:r>
      <w:r>
        <w:br/>
      </w:r>
      <w:r>
        <w:rPr>
          <w:sz w:val="20"/>
        </w:rPr>
        <w:t>38:40  musalmanon ke akhbarat, musalmanon ke magazines, musalmanon ki kitabein, musalmanon ke stage sab kahan is kaam mein masroof hain?</w:t>
      </w:r>
      <w:r>
        <w:br/>
      </w:r>
      <w:r>
        <w:rPr>
          <w:sz w:val="20"/>
        </w:rPr>
        <w:t>38:50  bas nafrat ki baatein phailane mein.</w:t>
      </w:r>
    </w:p>
    <w:p>
      <w:pPr>
        <w:pStyle w:val="Heading2"/>
      </w:pPr>
      <w:r>
        <w:t>Meaning of Alhamdulillah requires positive heart</w:t>
      </w:r>
    </w:p>
    <w:p>
      <w:r>
        <w:rPr>
          <w:color w:val="666666"/>
          <w:sz w:val="18"/>
        </w:rPr>
        <w:t>The Importance of Tadabbur in Islam I 5 Dec . 2010 - Maulana Wahiduddin Khan · 2m 44s · at 5:39 · https://youtu.be/bkIRUAI3v8M?t=339</w:t>
      </w:r>
    </w:p>
    <w:p>
      <w:r>
        <w:rPr>
          <w:i/>
        </w:rPr>
        <w:t>“Quran ki pehli aayat hai Alhamdulillah”</w:t>
      </w:r>
    </w:p>
    <w:p>
      <w:r>
        <w:rPr>
          <w:sz w:val="20"/>
        </w:rPr>
        <w:t>5:39  to mein aik misaal deta hoon. dekhein, quran ki pehli ayat hai alhamdulillah rabbul alameen.</w:t>
      </w:r>
      <w:r>
        <w:br/>
      </w:r>
      <w:r>
        <w:rPr>
          <w:sz w:val="20"/>
        </w:rPr>
        <w:t>5:49  to aik to hai ke aap ungli ghuma dein is ke upar ke yeh Allah ka kalam hai, ya aap bohat achi tarah is ko achar kar dein. aik yeh hua.</w:t>
      </w:r>
      <w:r>
        <w:br/>
      </w:r>
      <w:r>
        <w:rPr>
          <w:sz w:val="20"/>
        </w:rPr>
        <w:t>6:01  aik yeh ke aap is waqt sochain,</w:t>
      </w:r>
      <w:r>
        <w:br/>
      </w:r>
      <w:r>
        <w:rPr>
          <w:sz w:val="20"/>
        </w:rPr>
        <w:t>6:03  dekhein is ayat ka matlab kya hai? yeh hai acknowledge karna. Allah ki hamd ko karne ke mani hain, Allah ki glory ko acknowledge karna.</w:t>
      </w:r>
      <w:r>
        <w:br/>
      </w:r>
      <w:r>
        <w:rPr>
          <w:sz w:val="20"/>
        </w:rPr>
        <w:t>6:18  aap is ka tarjuma chahe kahin ke sari tareef Allah ke liye hai, sara shukr Allah ke liye hai. matlab kya hua? eteraaf, acknowledgement.</w:t>
      </w:r>
      <w:r>
        <w:br/>
      </w:r>
      <w:r>
        <w:rPr>
          <w:sz w:val="20"/>
        </w:rPr>
        <w:t>6:28  kis ka? Allah ki glory ka. Allah ke rabbul alameen hone ka</w:t>
      </w:r>
      <w:r>
        <w:br/>
      </w:r>
      <w:r>
        <w:rPr>
          <w:sz w:val="20"/>
        </w:rPr>
        <w:t>6:33  . ab aap dekhiye ke yeh jo kaam hai, woh kaun karega? pathar ya star aur planet nahi keh rahe ke insan karega.</w:t>
      </w:r>
      <w:r>
        <w:br/>
      </w:r>
      <w:r>
        <w:rPr>
          <w:sz w:val="20"/>
        </w:rPr>
        <w:t>6:42  insan. insan rehta hai aik society mein, insano ke darmiyan. har waqt is ko aisi baatein pesh aati hain jis se is dil mein shikayat aa jati hai, complaint aa jati hai,</w:t>
      </w:r>
      <w:r>
        <w:br/>
      </w:r>
      <w:r>
        <w:rPr>
          <w:sz w:val="20"/>
        </w:rPr>
        <w:t>6:57  nafrat aa jati hai, hate aa jata hai.</w:t>
      </w:r>
      <w:r>
        <w:br/>
      </w:r>
      <w:r>
        <w:rPr>
          <w:sz w:val="20"/>
        </w:rPr>
        <w:t>7:01  yeh bilkul it is but natural. yeh hota hai. kyunke society means, yeh society ka matlab hi yahi hai ke har ek ko doosre se kuch na kuch hogi shikayat.</w:t>
      </w:r>
      <w:r>
        <w:br/>
      </w:r>
      <w:r>
        <w:rPr>
          <w:sz w:val="20"/>
        </w:rPr>
        <w:t>7:15  namumkin hai ke shikayat na ho. aap sochiye ke jab dil shikayat se bhara hua hai to kaise kahega aadmi alhamdulillah rabbul alameen.</w:t>
      </w:r>
      <w:r>
        <w:br/>
      </w:r>
      <w:r>
        <w:rPr>
          <w:sz w:val="20"/>
        </w:rPr>
        <w:t>7:26  phir to sirf lafz ko dohraega.</w:t>
      </w:r>
      <w:r>
        <w:br/>
      </w:r>
      <w:r>
        <w:rPr>
          <w:sz w:val="20"/>
        </w:rPr>
        <w:t>7:31  kyunke yeh kehne ke liye ke khudaaya tera shukr hai, bohat hi positive dil chahiye. bohat hi open mind chahiye.</w:t>
      </w:r>
      <w:r>
        <w:br/>
      </w:r>
      <w:r>
        <w:rPr>
          <w:sz w:val="20"/>
        </w:rPr>
        <w:t>7:42  dil mein na baais ho, na nafrat ho, na ghussa ho, na complaint ho.</w:t>
      </w:r>
      <w:r>
        <w:br/>
      </w:r>
      <w:r>
        <w:rPr>
          <w:sz w:val="20"/>
        </w:rPr>
        <w:t>7:52  tab sahi maano mein aadmi keh payega khudaaya tera shukr hai, mein acknowledge karta hoon teri glory ka, teri boundaries ka.</w:t>
      </w:r>
      <w:r>
        <w:br/>
      </w:r>
      <w:r>
        <w:rPr>
          <w:sz w:val="20"/>
        </w:rPr>
        <w:t>8:06  to kaise kahega aadmi? is mein yeh cheez, is ke mani ke implicit hai is mein ke pehle apne aap ko tayyar karo, prepare karo yeh kehne ke liye.</w:t>
      </w:r>
    </w:p>
    <w:p>
      <w:pPr>
        <w:pStyle w:val="Heading2"/>
      </w:pPr>
      <w:r>
        <w:t>Difference as blessing and partition failure</w:t>
      </w:r>
    </w:p>
    <w:p>
      <w:r>
        <w:rPr>
          <w:color w:val="666666"/>
          <w:sz w:val="18"/>
        </w:rPr>
        <w:t>Difference Management June 6, 2007 Maulana Wahiduddin Khan · 5m 17s · at 38:25 · https://youtu.be/Qcrm0lX88dA?t=2305</w:t>
      </w:r>
    </w:p>
    <w:p>
      <w:r>
        <w:rPr>
          <w:i/>
        </w:rPr>
        <w:t>“God created man and settled him on this earth.”</w:t>
      </w:r>
    </w:p>
    <w:p>
      <w:r>
        <w:rPr>
          <w:sz w:val="20"/>
        </w:rPr>
        <w:t>38:25  God created man and settled him on this earth.</w:t>
      </w:r>
      <w:r>
        <w:br/>
      </w:r>
      <w:r>
        <w:rPr>
          <w:sz w:val="20"/>
        </w:rPr>
        <w:t>38:32  But everyone is mister different. Every woman is misdifferent. Why? This is also a part of creation, a part of the Krishna Plan.</w:t>
      </w:r>
      <w:r>
        <w:br/>
      </w:r>
      <w:r>
        <w:rPr>
          <w:sz w:val="20"/>
        </w:rPr>
        <w:t>38:44  Why are there so many differences? It is not an evil. Some people take it as an evil and try to eliminate it.</w:t>
      </w:r>
      <w:r>
        <w:br/>
      </w:r>
      <w:r>
        <w:rPr>
          <w:sz w:val="20"/>
        </w:rPr>
        <w:t>38:56  They are</w:t>
      </w:r>
      <w:r>
        <w:br/>
      </w:r>
      <w:r>
        <w:rPr>
          <w:sz w:val="20"/>
        </w:rPr>
        <w:t>39:01  doing wrong. Because difference is not an evil. Difference is</w:t>
      </w:r>
      <w:r>
        <w:br/>
      </w:r>
      <w:r>
        <w:rPr>
          <w:sz w:val="20"/>
        </w:rPr>
        <w:t>39:11  a blessing. Because it is difference that creates challenge. It is difference that creates competition.</w:t>
      </w:r>
      <w:r>
        <w:br/>
      </w:r>
      <w:r>
        <w:rPr>
          <w:sz w:val="20"/>
        </w:rPr>
        <w:t>39:23  It is difference that creates discussions. It is difference that creates dialogue. So without these activities, there is no development.</w:t>
      </w:r>
      <w:r>
        <w:br/>
      </w:r>
      <w:r>
        <w:rPr>
          <w:sz w:val="20"/>
        </w:rPr>
        <w:t>39:38  So difference leads to</w:t>
      </w:r>
      <w:r>
        <w:br/>
      </w:r>
      <w:r>
        <w:rPr>
          <w:sz w:val="20"/>
        </w:rPr>
        <w:t>39:45  so much positive activities. Without these positive activities, there is no development. There</w:t>
      </w:r>
      <w:r>
        <w:br/>
      </w:r>
      <w:r>
        <w:rPr>
          <w:sz w:val="20"/>
        </w:rPr>
        <w:t>39:53  is no progress. So we have to accept difference as a positive aspect of our life.</w:t>
      </w:r>
      <w:r>
        <w:br/>
      </w:r>
      <w:r>
        <w:rPr>
          <w:sz w:val="20"/>
        </w:rPr>
        <w:t>40:07  So it is a fact that people are—the majority of people are failing, and they are</w:t>
      </w:r>
      <w:r>
        <w:br/>
      </w:r>
      <w:r>
        <w:rPr>
          <w:sz w:val="20"/>
        </w:rPr>
        <w:t>40:24  not able to manage their differences. And due to this, everywhere you see that people are living in hate, in anger, and also there is killing,</w:t>
      </w:r>
      <w:r>
        <w:br/>
      </w:r>
      <w:r>
        <w:rPr>
          <w:sz w:val="20"/>
        </w:rPr>
        <w:t>40:39  there are wars. All those wars are failures in management of differences.</w:t>
      </w:r>
      <w:r>
        <w:br/>
      </w:r>
      <w:r>
        <w:rPr>
          <w:sz w:val="20"/>
        </w:rPr>
        <w:t>40:51  You know,</w:t>
      </w:r>
      <w:r>
        <w:br/>
      </w:r>
      <w:r>
        <w:rPr>
          <w:sz w:val="20"/>
        </w:rPr>
        <w:t>40:57  I am an old man. I have seen that India when this part of the land was called the Indian subcontinent</w:t>
      </w:r>
      <w:r>
        <w:br/>
      </w:r>
      <w:r>
        <w:rPr>
          <w:sz w:val="20"/>
        </w:rPr>
        <w:t>41:11  . That was a very beautiful world. People were living in peace, in love. But some leaders,</w:t>
      </w:r>
      <w:r>
        <w:br/>
      </w:r>
      <w:r>
        <w:rPr>
          <w:sz w:val="20"/>
        </w:rPr>
        <w:t>41:26  some leaders</w:t>
      </w:r>
      <w:r>
        <w:br/>
      </w:r>
      <w:r>
        <w:rPr>
          <w:sz w:val="20"/>
        </w:rPr>
        <w:t>41:30  highlighted those differences. As usual, there are some differences between different communities.</w:t>
      </w:r>
      <w:r>
        <w:br/>
      </w:r>
      <w:r>
        <w:rPr>
          <w:sz w:val="20"/>
        </w:rPr>
        <w:t>41:39  But these differences were not obstacles towards progress.</w:t>
      </w:r>
      <w:r>
        <w:br/>
      </w:r>
      <w:r>
        <w:rPr>
          <w:sz w:val="20"/>
        </w:rPr>
        <w:t>41:52  But some leaders took it as an obstacle, as a negative part of our life.</w:t>
      </w:r>
      <w:r>
        <w:br/>
      </w:r>
      <w:r>
        <w:rPr>
          <w:sz w:val="20"/>
        </w:rPr>
        <w:t>42:02  So they highlighted these differences.</w:t>
      </w:r>
      <w:r>
        <w:br/>
      </w:r>
      <w:r>
        <w:rPr>
          <w:sz w:val="20"/>
        </w:rPr>
        <w:t>42:07  They must try to manage these differences between different communities. But they highlighted it</w:t>
      </w:r>
      <w:r>
        <w:br/>
      </w:r>
      <w:r>
        <w:rPr>
          <w:sz w:val="20"/>
        </w:rPr>
        <w:t>42:16  . They went to the extent that it is not possible to live with these differences. So we want partition.</w:t>
      </w:r>
      <w:r>
        <w:br/>
      </w:r>
      <w:r>
        <w:rPr>
          <w:sz w:val="20"/>
        </w:rPr>
        <w:t>42:27  This was not a solution. This was not a positive solution. Why? There was partition.</w:t>
      </w:r>
      <w:r>
        <w:br/>
      </w:r>
      <w:r>
        <w:rPr>
          <w:sz w:val="20"/>
        </w:rPr>
        <w:t>42:36  But after partition, there is no peace</w:t>
      </w:r>
      <w:r>
        <w:br/>
      </w:r>
      <w:r>
        <w:rPr>
          <w:sz w:val="20"/>
        </w:rPr>
        <w:t>42:43  . Partition failed to give us any positive result.</w:t>
      </w:r>
      <w:r>
        <w:br/>
      </w:r>
      <w:r>
        <w:rPr>
          <w:sz w:val="20"/>
        </w:rPr>
        <w:t>42:51  So partition was also a failure in management.</w:t>
      </w:r>
      <w:r>
        <w:br/>
      </w:r>
      <w:r>
        <w:rPr>
          <w:sz w:val="20"/>
        </w:rPr>
        <w:t>43:01  It is a fact that there were some differences among different communities. But it was also possible</w:t>
      </w:r>
      <w:r>
        <w:br/>
      </w:r>
      <w:r>
        <w:rPr>
          <w:sz w:val="20"/>
        </w:rPr>
        <w:t>43:12  —it was also possible to manage these differences. So instead of trying to manage the differences, they tried to divide the country, divide the communities, divide the nation.</w:t>
      </w:r>
      <w:r>
        <w:br/>
      </w:r>
      <w:r>
        <w:rPr>
          <w:sz w:val="20"/>
        </w:rPr>
        <w:t>43:30  This was a disaster. We are paying a heavy price for this partition</w:t>
      </w:r>
    </w:p>
    <w:p>
      <w:pPr>
        <w:pStyle w:val="Heading2"/>
      </w:pPr>
      <w:r>
        <w:t>Japan's emperor renounced his own divinity after defeat</w:t>
      </w:r>
    </w:p>
    <w:p>
      <w:r>
        <w:rPr>
          <w:color w:val="666666"/>
          <w:sz w:val="18"/>
        </w:rPr>
        <w:t>Lessons from Bombay Nov 30, 2008 · 2m 30s · at 26:32 · https://youtu.be/LiDznEqzaRI?t=1592</w:t>
      </w:r>
    </w:p>
    <w:p>
      <w:r>
        <w:rPr>
          <w:i/>
        </w:rPr>
        <w:t>“Japan ki royal family mein Imperial Divinity ka concept tha.”</w:t>
      </w:r>
    </w:p>
    <w:p>
      <w:r>
        <w:rPr>
          <w:sz w:val="20"/>
        </w:rPr>
        <w:t>26:32  aap yeh jante honge ke Japan ki jo royal family thi, jis ka aakhri king tha Hirohito, to wahan imperial divinity ka concept tha.</w:t>
      </w:r>
      <w:r>
        <w:br/>
      </w:r>
      <w:r>
        <w:rPr>
          <w:sz w:val="20"/>
        </w:rPr>
        <w:t>26:45  imperial divinity apne apne king ko God king samajhte thay, woh yeh Khuda hai. yeh aur un ke haan yeh soch thi ke hamein haq hai ke hum dunya mein rule karein, hamare Khuda ko haq hai ke woh dunya mein rule kare.</w:t>
      </w:r>
      <w:r>
        <w:br/>
      </w:r>
      <w:r>
        <w:rPr>
          <w:sz w:val="20"/>
        </w:rPr>
        <w:t>26:59  woh chunache Japanese, aap jante hain ke China se lade, Italy se lade, Germany se lade, larte rahe woh aur sab se pehle suicide bombing shuru kiye Japanese mein,</w:t>
      </w:r>
      <w:r>
        <w:br/>
      </w:r>
      <w:r>
        <w:rPr>
          <w:sz w:val="20"/>
        </w:rPr>
        <w:t>27:12  jis ko hirakari kehte thay.</w:t>
      </w:r>
      <w:r>
        <w:br/>
      </w:r>
      <w:r>
        <w:rPr>
          <w:sz w:val="20"/>
        </w:rPr>
        <w:t>27:14  HIRA KARE, hira kari Japani zaban mein bomb bandh kar ke woh kood jatay thay is mein, yani woh fauji jahazon mein aur Pearl Harbor ko tabah kar diya tha.</w:t>
      </w:r>
      <w:r>
        <w:br/>
      </w:r>
      <w:r>
        <w:rPr>
          <w:sz w:val="20"/>
        </w:rPr>
        <w:t>27:28  isi tarah unhon ne to khud mare aur Pearl Harbor ko tabah kar diya. to suicide bombing jo hai, sab se pehle shuru kiya tha Japanese ne.</w:t>
      </w:r>
      <w:r>
        <w:br/>
      </w:r>
      <w:r>
        <w:rPr>
          <w:sz w:val="20"/>
        </w:rPr>
        <w:t>27:37  kyun? nafrat, nafrat, nafrat! yeh sab yudhar par hain.</w:t>
      </w:r>
      <w:r>
        <w:br/>
      </w:r>
      <w:r>
        <w:rPr>
          <w:sz w:val="20"/>
        </w:rPr>
        <w:t>27:42  rol ka right jo hai, woh hamare badshah ko hai, jo god king hai. phir kya hua?</w:t>
      </w:r>
      <w:r>
        <w:br/>
      </w:r>
      <w:r>
        <w:rPr>
          <w:sz w:val="20"/>
        </w:rPr>
        <w:t>27:52  1945 mein amreeka ne atom bomb giraye, do atom bomb, aur japan ko bilkul destroy kar diya, is ki fouji taqat ko.</w:t>
      </w:r>
      <w:r>
        <w:br/>
      </w:r>
      <w:r>
        <w:rPr>
          <w:sz w:val="20"/>
        </w:rPr>
        <w:t>28:05  to japan ko bohat humiliating defeat hui.</w:t>
      </w:r>
      <w:r>
        <w:br/>
      </w:r>
      <w:r>
        <w:rPr>
          <w:sz w:val="20"/>
        </w:rPr>
        <w:t>28:11  is ke baad wahan second thought paida hua. japanese ne samjha ke hamara badshah agar khuda hota to in ko bachata.</w:t>
      </w:r>
      <w:r>
        <w:br/>
      </w:r>
      <w:r>
        <w:rPr>
          <w:sz w:val="20"/>
        </w:rPr>
        <w:t>28:21  hamara badshah agar khuda hota to in ko bachata. to unhon ne is se in ke andar yeh yeh soch bani ke hamara badshah khuda nahi hai.</w:t>
      </w:r>
      <w:r>
        <w:br/>
      </w:r>
      <w:r>
        <w:rPr>
          <w:sz w:val="20"/>
        </w:rPr>
        <w:t>28:33  to 1946 mein, 1946 mein hirohito ne, jo un ka aakhri badshah tha,</w:t>
      </w:r>
      <w:r>
        <w:br/>
      </w:r>
      <w:r>
        <w:rPr>
          <w:sz w:val="20"/>
        </w:rPr>
        <w:t>28:44  us ne baqayda renounce kiya, yeh elaan kiya ke main khuda nahi hoon.</w:t>
      </w:r>
      <w:r>
        <w:br/>
      </w:r>
      <w:r>
        <w:rPr>
          <w:sz w:val="20"/>
        </w:rPr>
        <w:t>28:52  tab se imperial divinity ka concept khatam hua japan mein. to ab main soch raha tha ke musalmanon mein kyun nahi khatam hota yeh?</w:t>
      </w:r>
    </w:p>
    <w:p>
      <w:pPr>
        <w:pStyle w:val="Heading2"/>
      </w:pPr>
      <w:r>
        <w:t>Muslims wasting internet dawah opportunity</w:t>
      </w:r>
    </w:p>
    <w:p>
      <w:r>
        <w:rPr>
          <w:color w:val="666666"/>
          <w:sz w:val="18"/>
        </w:rPr>
        <w:t>The Problem of Conditioning 22 April 2012 - Maulana Wahiduddin Khan · 2m 47s · at 43:48 · https://youtu.be/v4QLXjeTK9s?t=2628</w:t>
      </w:r>
    </w:p>
    <w:p>
      <w:r>
        <w:rPr>
          <w:i/>
        </w:rPr>
        <w:t>“Muslimon ne internet mein negative items bhar rakha hai”</w:t>
      </w:r>
    </w:p>
    <w:p>
      <w:r>
        <w:rPr>
          <w:sz w:val="20"/>
        </w:rPr>
        <w:t>43:48  kuch faida is ka kuch bhi nahi. aaj subah mein soch raha tha ke maujooda zamane mein musalmanon ne ek bohat hi bada, itni badi ghalati ki hai ke is ko shayad kehna sahi hoga ke jurm kiya hai, jurm.</w:t>
      </w:r>
      <w:r>
        <w:br/>
      </w:r>
      <w:r>
        <w:rPr>
          <w:sz w:val="20"/>
        </w:rPr>
        <w:t>44:04  jurm. woh kya?</w:t>
      </w:r>
      <w:r>
        <w:br/>
      </w:r>
      <w:r>
        <w:rPr>
          <w:sz w:val="20"/>
        </w:rPr>
        <w:t>44:08  aaj subah kuch baatein mere samne aayin, us waqt yeh maine socha. yeh jo internet ka zariya aaya tha,</w:t>
      </w:r>
      <w:r>
        <w:br/>
      </w:r>
      <w:r>
        <w:rPr>
          <w:sz w:val="20"/>
        </w:rPr>
        <w:t>44:19  yani yeh bilkul nai cheez thi, nai cheez. internet ke zariye aap sari dunya mein Allah ka paigham pahuncha sakte the.</w:t>
      </w:r>
      <w:r>
        <w:br/>
      </w:r>
      <w:r>
        <w:rPr>
          <w:sz w:val="20"/>
        </w:rPr>
        <w:t>44:28  har ghar mein computer hai, har ghar mein computer hai. sari dunya mein. sharon mein, dehaton mein, har jagah computer hai.</w:t>
      </w:r>
      <w:r>
        <w:br/>
      </w:r>
      <w:r>
        <w:rPr>
          <w:sz w:val="20"/>
        </w:rPr>
        <w:t>44:37  to aap</w:t>
      </w:r>
      <w:r>
        <w:br/>
      </w:r>
      <w:r>
        <w:rPr>
          <w:sz w:val="20"/>
        </w:rPr>
        <w:t>44:39  ek jagah baith kar sari dunya mein pahuncha sakte hain Allah ki dawat, Quran ka paigham. lekin agar aap dekhein computer mein jo internet ko check karein, musalmanon ne is mein negative items bhar rakha hai.</w:t>
      </w:r>
      <w:r>
        <w:br/>
      </w:r>
      <w:r>
        <w:rPr>
          <w:sz w:val="20"/>
        </w:rPr>
        <w:t>44:55  yeh jo zulm ki dastanain hain aur sazish ki dastanain hain aur nafrat ki baatein hain, woh sab bhari hui hain is mein.</w:t>
      </w:r>
      <w:r>
        <w:br/>
      </w:r>
      <w:r>
        <w:rPr>
          <w:sz w:val="20"/>
        </w:rPr>
        <w:t>45:01  bohat sari websites khol rakhi hain musalmanon ne. har mulk ke musalmanon ne website khol rakhi hain bohat zyada. un ke website pe kya hota hai? sab nafrat, nafrat, nafrat.</w:t>
      </w:r>
      <w:r>
        <w:br/>
      </w:r>
      <w:r>
        <w:rPr>
          <w:sz w:val="20"/>
        </w:rPr>
        <w:t>45:13  nafrat ki baatein hain, sazish ki baatein hain, zulm ki baatein hain, idhar bhar rakha hai. main samajhta hoon ke yeh</w:t>
      </w:r>
      <w:r>
        <w:br/>
      </w:r>
      <w:r>
        <w:rPr>
          <w:sz w:val="20"/>
        </w:rPr>
        <w:t>45:19  sharab peena aur khinzir khana jo hai, islam mein haram hai, lekin yeh yeh super haram hai. yeh super haram hai.</w:t>
      </w:r>
      <w:r>
        <w:br/>
      </w:r>
      <w:r>
        <w:rPr>
          <w:sz w:val="20"/>
        </w:rPr>
        <w:t>45:28  kyun? allah ta'ala ne yeh jo communication ka age aaya hai, age of communication was age of daawa work, age of global daawa.</w:t>
      </w:r>
      <w:r>
        <w:br/>
      </w:r>
      <w:r>
        <w:rPr>
          <w:sz w:val="20"/>
        </w:rPr>
        <w:t>45:41  yeh allah ki bohat bari blessing thi, allah ki bohat bari nemat thi. yeh is liye zahir hui thi ke musalman is ko istemal kar ke sari dunya mein ghar ghar islam pohncha dein, allah ka paigham pohncha dein.</w:t>
      </w:r>
      <w:r>
        <w:br/>
      </w:r>
      <w:r>
        <w:rPr>
          <w:sz w:val="20"/>
        </w:rPr>
        <w:t>45:54  woh jo hadith hai ke</w:t>
      </w:r>
      <w:r>
        <w:br/>
      </w:r>
      <w:r>
        <w:rPr>
          <w:sz w:val="20"/>
        </w:rPr>
        <w:t>45:57  la yubqi ala zahr arz bait madar wa la wabar illa adkhalahullahu kalimatal islam yeh jo hadith hai, is ke liye allah ta'ala ne wasail de diye ke ghar ghar pohnchao word of god, ghar ghar pohnchao word of god.</w:t>
      </w:r>
      <w:r>
        <w:br/>
      </w:r>
      <w:r>
        <w:rPr>
          <w:sz w:val="20"/>
        </w:rPr>
        <w:t>46:16  toh musalman kya kar rahe hain? ghar ghar pohncha rahe hain. nafrat ki baat hai, hamare khilaf zulm ho raha hai, hamare khilaf sazish ho rahi hai. yeh yeh baatein pohncha rahe hain.</w:t>
      </w:r>
      <w:r>
        <w:br/>
      </w:r>
      <w:r>
        <w:rPr>
          <w:sz w:val="20"/>
        </w:rPr>
        <w:t>46:27  ab video dikhate hain is qatl ke aur is ke, is ke yeh toh haram se hi bari cheez hai</w:t>
      </w:r>
    </w:p>
    <w:p>
      <w:pPr>
        <w:pStyle w:val="Heading2"/>
      </w:pPr>
      <w:r>
        <w:t>Why anger is a loss even when you win the fight</w:t>
      </w:r>
    </w:p>
    <w:p>
      <w:r>
        <w:rPr>
          <w:color w:val="666666"/>
          <w:sz w:val="18"/>
        </w:rPr>
        <w:t>Don't Be Angry Culture January 15, 2012 · 1m 47s · at 22:20 · https://youtu.be/NrA3X8y_FLY?t=1340</w:t>
      </w:r>
    </w:p>
    <w:p>
      <w:r>
        <w:rPr>
          <w:i/>
        </w:rPr>
        <w:t>“Ek hadith hai: taqatwar wo nahi jo pachhaar de ladai mein”</w:t>
      </w:r>
    </w:p>
    <w:p>
      <w:r>
        <w:rPr>
          <w:sz w:val="20"/>
        </w:rPr>
        <w:t>22:20  ek hadith hai laysa shadeedul basar</w:t>
      </w:r>
      <w:r>
        <w:br/>
      </w:r>
      <w:r>
        <w:rPr>
          <w:sz w:val="20"/>
        </w:rPr>
        <w:t>22:27  inna shadeeda mayamliku indal ghadab yaani taqatwar woh nahi hai jo pachhad de ladai mein, ladka pachhad de.</w:t>
      </w:r>
      <w:r>
        <w:br/>
      </w:r>
      <w:r>
        <w:rPr>
          <w:sz w:val="20"/>
        </w:rPr>
        <w:t>22:39  nahin. taqatwar woh hai jo apne ghusse ko control kar le.</w:t>
      </w:r>
      <w:r>
        <w:br/>
      </w:r>
      <w:r>
        <w:rPr>
          <w:sz w:val="20"/>
        </w:rPr>
        <w:t>22:48  jo apne ghusse ko control kar le. kyunke aap larr kar kisi ko pachhada aap ne to kya kiya aap ne? ek aadmi ko apna dushman bana liya aap ne.</w:t>
      </w:r>
      <w:r>
        <w:br/>
      </w:r>
      <w:r>
        <w:rPr>
          <w:sz w:val="20"/>
        </w:rPr>
        <w:t>22:57  aap ghaur kijiye. agar larr gaye aur aap ne aap khud haare to to zillat hi zillat hai.</w:t>
      </w:r>
      <w:r>
        <w:br/>
      </w:r>
      <w:r>
        <w:rPr>
          <w:sz w:val="20"/>
        </w:rPr>
        <w:t>23:07  lekin farz kijiye aap jeet gaye aur us ko aap ne pachhad diya tab bhi bohat bada nuqsan hai. khwamkhwah ek shakhs ko apna dushman bana liya aap ne.</w:t>
      </w:r>
      <w:r>
        <w:br/>
      </w:r>
      <w:r>
        <w:rPr>
          <w:sz w:val="20"/>
        </w:rPr>
        <w:t>23:19  dushman. ek aadmi ke dil mein apni nafrat daal di.</w:t>
      </w:r>
      <w:r>
        <w:br/>
      </w:r>
      <w:r>
        <w:rPr>
          <w:sz w:val="20"/>
        </w:rPr>
        <w:t>23:26  to kya yeh kam nuqsan hai yeh? to ghusse ke waqt agar aap bazahir kamyab hon, tab bhi nuqsan hai.</w:t>
      </w:r>
      <w:r>
        <w:br/>
      </w:r>
      <w:r>
        <w:rPr>
          <w:sz w:val="20"/>
        </w:rPr>
        <w:t>23:37  aur aur agar nakaam hon, tab bhi nuqsan hai. yaani ghussa aaya aur kisi se larr gaye aap. to farz kijiye bazahir aap kamyab ho jayein.</w:t>
      </w:r>
      <w:r>
        <w:br/>
      </w:r>
      <w:r>
        <w:rPr>
          <w:sz w:val="20"/>
        </w:rPr>
        <w:t>23:49  tab bhi us ko aap ne aap us ke andar nafrat daal di. us ko apna dushman bana liya.</w:t>
      </w:r>
      <w:r>
        <w:br/>
      </w:r>
      <w:r>
        <w:rPr>
          <w:sz w:val="20"/>
        </w:rPr>
        <w:t>23:57  is wajah se har haal mein mufeed baat yeh hai ke aadmi ghusse ko control kare. ghusse ko control kare.</w:t>
      </w:r>
    </w:p>
    <w:p>
      <w:pPr>
        <w:pStyle w:val="Heading2"/>
      </w:pPr>
      <w:r>
        <w:t>From lost intellect to suicide bombing, driven by hate</w:t>
      </w:r>
    </w:p>
    <w:p>
      <w:r>
        <w:rPr>
          <w:color w:val="666666"/>
          <w:sz w:val="18"/>
        </w:rPr>
        <w:t>Lessons from Bombay Nov 30, 2008 · 5m 13s · at 7:14 · https://youtu.be/LiDznEqzaRI?t=434</w:t>
      </w:r>
    </w:p>
    <w:p>
      <w:r>
        <w:rPr>
          <w:i/>
        </w:rPr>
        <w:t>“Ab main aapko ek misal deta hoon.”</w:t>
      </w:r>
    </w:p>
    <w:p>
      <w:r>
        <w:rPr>
          <w:sz w:val="20"/>
        </w:rPr>
        <w:t>7:14  ab main aap ko ek misaal deta hoon.</w:t>
      </w:r>
      <w:r>
        <w:br/>
      </w:r>
      <w:r>
        <w:rPr>
          <w:sz w:val="20"/>
        </w:rPr>
        <w:t>7:18  aqal sab se bari cheez hai, sab se bari cheez hai aqal hai. insan ke paas ek qissa main ne aap ko bataya tha, yahan par shayad aap ko yaad ho</w:t>
      </w:r>
      <w:r>
        <w:br/>
      </w:r>
      <w:r>
        <w:rPr>
          <w:sz w:val="20"/>
        </w:rPr>
        <w:t>7:30  ke hamare up mein ek aadmi the, parhe likhe zyada nahi the, lekin bolna acha aata tha un ko. yani achhe speaker the woh.</w:t>
      </w:r>
      <w:r>
        <w:br/>
      </w:r>
      <w:r>
        <w:rPr>
          <w:sz w:val="20"/>
        </w:rPr>
        <w:t>7:42  to un ke paas koi zameen nahi thi, koi jaidad nahi thi, koi business nahi tha.</w:t>
      </w:r>
      <w:r>
        <w:br/>
      </w:r>
      <w:r>
        <w:rPr>
          <w:sz w:val="20"/>
        </w:rPr>
        <w:t>7:47  to unhon ne ek kaam nikala apne liye, yani apni speech ko unhon ne darya banaya earning ka. to unhon ne kaha ke dekho, masjidon jo banti thin, abhi bhi banti hain, masjidon pehle banti thin.</w:t>
      </w:r>
      <w:r>
        <w:br/>
      </w:r>
      <w:r>
        <w:rPr>
          <w:sz w:val="20"/>
        </w:rPr>
        <w:t>8:04  to jo masjid banane wale hote the, un ke paas jate the, woh kehte the ke main chanda la ke doon ga tum ko, jitna khao itna. shart yeh hai ke 50 feesad mera hoga,</w:t>
      </w:r>
      <w:r>
        <w:br/>
      </w:r>
      <w:r>
        <w:rPr>
          <w:sz w:val="20"/>
        </w:rPr>
        <w:t>8:17  yani chande mein 50 feesad mera hoga. to masjid wale bohat aasani se razi ho jate the. ab yeh jate the idhar udhar musalmanon mein taqreer karte the,</w:t>
      </w:r>
      <w:r>
        <w:br/>
      </w:r>
      <w:r>
        <w:rPr>
          <w:sz w:val="20"/>
        </w:rPr>
        <w:t>8:31  to wahan par masjid ke fazail batate the woh ke masjid banao, dunya mein to jannat mein ghar banta hai ek tumhara. dunya mein masjid banao to jannat mein ek ghar banega tumhara.</w:t>
      </w:r>
      <w:r>
        <w:br/>
      </w:r>
      <w:r>
        <w:rPr>
          <w:sz w:val="20"/>
        </w:rPr>
        <w:t>8:44  yeh sunate the, aur phir woh bohat hi khaas andaaz mein kehte the, "kood dhamasham jannat mein". matlab masjid banao aur jannat mein jao, "kood dhamasham jannat mein".</w:t>
      </w:r>
      <w:r>
        <w:br/>
      </w:r>
      <w:r>
        <w:rPr>
          <w:sz w:val="20"/>
        </w:rPr>
        <w:t>8:59  to jab woh kehte the, ab main is tarah keh bhi nahi sakta jo un ka andaaz tha kehne ka. jab kehte the "kood dhamasham jannat mein" to log khoob paisa de dete the, apni jebein khali kar dete the.</w:t>
      </w:r>
      <w:r>
        <w:br/>
      </w:r>
      <w:r>
        <w:rPr>
          <w:sz w:val="20"/>
        </w:rPr>
        <w:t>9:14  ab jo hai woh kya hai? ab "kood dhamasham jahannum mein" ho gaya hai.</w:t>
      </w:r>
      <w:r>
        <w:br/>
      </w:r>
      <w:r>
        <w:rPr>
          <w:sz w:val="20"/>
        </w:rPr>
        <w:t>9:21  main jab yeh qisse parhta hoon jo bombay mein hua aur jagahon hua, jo kehte hain "suicide bombing", khudkush bombardment, yani apne ko maar dalna nafrat mein aur kisi ko halak karne ke liye, kisi ko nuqsan pahunchane ke liye, apne ko maar dalna.</w:t>
      </w:r>
      <w:r>
        <w:br/>
      </w:r>
      <w:r>
        <w:rPr>
          <w:sz w:val="20"/>
        </w:rPr>
        <w:t>9:45  suside bombing ho rahi hai har jagah, sirf bambay mein nahi hui, sari dunya mein ho rahi hai, falasteen mein ho rahi hai, kashmir mein ho rahi hai, jagah jagah.</w:t>
      </w:r>
      <w:r>
        <w:br/>
      </w:r>
      <w:r>
        <w:rPr>
          <w:sz w:val="20"/>
        </w:rPr>
        <w:t>9:56  yeh kya hai? islam mein khudkushi, yani suside, haram hai.</w:t>
      </w:r>
      <w:r>
        <w:br/>
      </w:r>
      <w:r>
        <w:rPr>
          <w:sz w:val="20"/>
        </w:rPr>
        <w:t>10:06  jo aadmi suside kare, us ke liye baqayda maujood hai islam mein yeh ke woh jahannum mein jayega. uska jahannum mein jana yaqeeni hai.</w:t>
      </w:r>
      <w:r>
        <w:br/>
      </w:r>
      <w:r>
        <w:rPr>
          <w:sz w:val="20"/>
        </w:rPr>
        <w:t>10:19  jo aadmi khud se apne aap ko mare, jo suside kar ke mare, us ke bare mein hadith mein hai ke woh sa aadmi jahannum mein jayega.</w:t>
      </w:r>
      <w:r>
        <w:br/>
      </w:r>
      <w:r>
        <w:rPr>
          <w:sz w:val="20"/>
        </w:rPr>
        <w:t>10:30  bukhari mein yeh riwayat maujood hai.</w:t>
      </w:r>
      <w:r>
        <w:br/>
      </w:r>
      <w:r>
        <w:rPr>
          <w:sz w:val="20"/>
        </w:rPr>
        <w:t>10:33  ab aap dekhiye ke log apne ko mar mar kar ke khatm kar rahe hain, suside bombing kar rahe hain, to jahannum mein to kud rahe hain. woh</w:t>
      </w:r>
      <w:r>
        <w:br/>
      </w:r>
      <w:r>
        <w:rPr>
          <w:sz w:val="20"/>
        </w:rPr>
        <w:t>10:44  to kitna difference hua hai itne dinon mein. aap dekhiye, pehle agar speaker kehta tha ke "kud jamaajim jannat mein" to aaj ke log keh rahe hain "kud jamaajim hell fire mein".</w:t>
      </w:r>
      <w:r>
        <w:br/>
      </w:r>
      <w:r>
        <w:rPr>
          <w:sz w:val="20"/>
        </w:rPr>
        <w:t>10:59  kud jamaajim hell fire mein</w:t>
      </w:r>
      <w:r>
        <w:br/>
      </w:r>
      <w:r>
        <w:rPr>
          <w:sz w:val="20"/>
        </w:rPr>
        <w:t>11:02  yeh hai deterioration, yeh hai lack of wisdom, yeh hai aqal ka khatm hona. yani kahan se kahan pohancha hai mamla?</w:t>
      </w:r>
      <w:r>
        <w:br/>
      </w:r>
      <w:r>
        <w:rPr>
          <w:sz w:val="20"/>
        </w:rPr>
        <w:t>11:13  kud jamaajim hell fire mein ho raha hai. kisi ko dar nahi hai akhirat ka, kisi ko dar nahi hai allah ta'ala ke samne pooch ka, kisi ko sab dar nahi hai accountability ka, kisi ko dar nahi hai ke woh allah ke samne khada hone wala hai maut ke baad.</w:t>
      </w:r>
      <w:r>
        <w:br/>
      </w:r>
      <w:r>
        <w:rPr>
          <w:sz w:val="20"/>
        </w:rPr>
        <w:t>11:33  to main ne socha ke akhir yeh "kud jamaajim hell fire mein" kyun ho raha hai? yeh "why this madness"? "why this madness"?</w:t>
      </w:r>
      <w:r>
        <w:br/>
      </w:r>
      <w:r>
        <w:rPr>
          <w:sz w:val="20"/>
        </w:rPr>
        <w:t>11:45  yeh bohat zyada sochne ki baat hai</w:t>
      </w:r>
      <w:r>
        <w:br/>
      </w:r>
      <w:r>
        <w:rPr>
          <w:sz w:val="20"/>
        </w:rPr>
        <w:t>11:50  ke wahan par bambay mein das aadmi ghus gaye hotelon mein. zahir hai ke wahan par unhein marna tha kyunke police ayegi, fauj ayegi, commandos aayenge to unhein marenge.</w:t>
      </w:r>
      <w:r>
        <w:br/>
      </w:r>
      <w:r>
        <w:rPr>
          <w:sz w:val="20"/>
        </w:rPr>
        <w:t>12:03  bachne wale hain nahi wahan se. chunancha no aadmi to maar dale gaye, ek aadmi zinda pakda gaya.</w:t>
      </w:r>
      <w:r>
        <w:br/>
      </w:r>
      <w:r>
        <w:rPr>
          <w:sz w:val="20"/>
        </w:rPr>
        <w:t>12:12  to yeh "kud jamaajim hell fire mein" jo ho raha hai, kyun ho raha hai? yeh hai "out of hate". hate, nafrat.</w:t>
      </w:r>
      <w:r>
        <w:br/>
      </w:r>
      <w:r>
        <w:rPr>
          <w:sz w:val="20"/>
        </w:rPr>
        <w:t>12:23  nafrat itni buri cheez hai ke aadmi us ke liye sab kuch karta hai.</w:t>
      </w:r>
    </w:p>
    <w:p>
      <w:pPr>
        <w:pStyle w:val="Heading2"/>
      </w:pPr>
      <w:r>
        <w:t>Worst sin is hatred not bank job</w:t>
      </w:r>
    </w:p>
    <w:p>
      <w:r>
        <w:rPr>
          <w:color w:val="666666"/>
          <w:sz w:val="18"/>
        </w:rPr>
        <w:t>Love of God, Question and Answer 03 May 2009 · 32s · at 10:29 · https://youtu.be/iwHKsGnU7gg?t=629</w:t>
      </w:r>
    </w:p>
    <w:p>
      <w:r>
        <w:rPr>
          <w:i/>
        </w:rPr>
        <w:t>“سب سے برا کام بینک کی نوکری نہیں ہے”</w:t>
      </w:r>
    </w:p>
    <w:p>
      <w:r>
        <w:rPr>
          <w:sz w:val="20"/>
        </w:rPr>
        <w:t>10:29  ? yeh sab bekar ke masle hain. samjhe aap? sab se bura kaam bank ki naukri nahi hai. sab se bura kaam woh hai jo har namazi ke dil mein bhi maujood hai, woh hai nafrat.</w:t>
      </w:r>
      <w:r>
        <w:br/>
      </w:r>
      <w:r>
        <w:rPr>
          <w:sz w:val="20"/>
        </w:rPr>
        <w:t>10:41  yeh ghair qaum hai. sab se buri cheez hai negative thinking, doosre se nafrat karna.</w:t>
      </w:r>
      <w:r>
        <w:br/>
      </w:r>
      <w:r>
        <w:rPr>
          <w:sz w:val="20"/>
        </w:rPr>
        <w:t>10:50  sab se buri cheez hai.</w:t>
      </w:r>
      <w:r>
        <w:br/>
      </w:r>
      <w:r>
        <w:rPr>
          <w:sz w:val="20"/>
        </w:rPr>
        <w:t>10:52  bank ki naukri karna na karna yeh koi kuch bhi nahi. jis mein aap ko rozi mil rahi hai, wahan rozi hasil kijiye. asal cheez jo hai ke aap jhoot na bolen.</w:t>
      </w:r>
    </w:p>
    <w:p>
      <w:pPr>
        <w:pStyle w:val="Heading2"/>
      </w:pPr>
      <w:r>
        <w:t>full argument on converting hate into love to reach God</w:t>
      </w:r>
    </w:p>
    <w:p>
      <w:r>
        <w:rPr>
          <w:color w:val="666666"/>
          <w:sz w:val="18"/>
        </w:rPr>
        <w:t>The Power of Remembering God Often September 26, 2010 · 4m 32s · at 10:30 · https://youtu.be/GMmwEr7Wt80?t=630</w:t>
      </w:r>
    </w:p>
    <w:p>
      <w:r>
        <w:rPr>
          <w:i/>
        </w:rPr>
        <w:t>“This is exactly what happens with human beings too”</w:t>
      </w:r>
    </w:p>
    <w:p>
      <w:r>
        <w:rPr>
          <w:sz w:val="20"/>
        </w:rPr>
        <w:t>10:30  to mein ne socha ke yahi mamla insaan ka hai. insaan jeeta hai kis mein? hate mein jeeta hai. nafrat mein jeeta hai.</w:t>
      </w:r>
      <w:r>
        <w:br/>
      </w:r>
      <w:r>
        <w:rPr>
          <w:sz w:val="20"/>
        </w:rPr>
        <w:t>10:40  shikayat mein jeeta hai. karwapan mein jeeta hai. violence mein jeeta hai. hinsa mein.</w:t>
      </w:r>
      <w:r>
        <w:br/>
      </w:r>
      <w:r>
        <w:rPr>
          <w:sz w:val="20"/>
        </w:rPr>
        <w:t>10:46  jis ko dekhiye, kuch na kuch apne mind mein negative thought liye hue hain. negative boli bolta hai. to negative soch, negative feeling, negative behaviour,</w:t>
      </w:r>
      <w:r>
        <w:br/>
      </w:r>
      <w:r>
        <w:rPr>
          <w:sz w:val="20"/>
        </w:rPr>
        <w:t>11:02  is mein jeeta hai insaan. to jahan negativity aai, khuda ka inspiration wahan se chala gaya.</w:t>
      </w:r>
      <w:r>
        <w:br/>
      </w:r>
      <w:r>
        <w:rPr>
          <w:sz w:val="20"/>
        </w:rPr>
        <w:t>11:13  to kya wajah hai ke hum khuda ko bohat ziyada yaad nahin kar paate? kyun ke hamare aur khuda ke beech mein negative thought record ban gaye hain.</w:t>
      </w:r>
      <w:r>
        <w:br/>
      </w:r>
      <w:r>
        <w:rPr>
          <w:sz w:val="20"/>
        </w:rPr>
        <w:t>11:26  to hamein kya karna hoga? insaanon se hamein jo negative experience ho, us ko hamein bhulana pare ga.</w:t>
      </w:r>
      <w:r>
        <w:br/>
      </w:r>
      <w:r>
        <w:rPr>
          <w:sz w:val="20"/>
        </w:rPr>
        <w:t>11:39  sirf bhulana nahin, us ko convert</w:t>
      </w:r>
      <w:r>
        <w:br/>
      </w:r>
      <w:r>
        <w:rPr>
          <w:sz w:val="20"/>
        </w:rPr>
        <w:t>11:42  karna pare ga. negativity ko positivity mein convert karna pare ga. mein aksar kaha karta hoon ke khuda ne gaaye ko ke zariye aik demonstration diya hai.</w:t>
      </w:r>
      <w:r>
        <w:br/>
      </w:r>
      <w:r>
        <w:rPr>
          <w:sz w:val="20"/>
        </w:rPr>
        <w:t>11:57  yani "cow is a divine demonstration". yeh mein aksar kehta hoon.</w:t>
      </w:r>
      <w:r>
        <w:br/>
      </w:r>
      <w:r>
        <w:rPr>
          <w:sz w:val="20"/>
        </w:rPr>
        <w:t>12:06  kya? yani gaaye ko aap ne kya diya? ghaas diya. us ne kya lotaya</w:t>
      </w:r>
      <w:r>
        <w:br/>
      </w:r>
      <w:r>
        <w:rPr>
          <w:sz w:val="20"/>
        </w:rPr>
        <w:t>12:12  ؟ doodh lotaya. us ka matlab kya hua؟ ke "cow is an a divine industry".</w:t>
      </w:r>
      <w:r>
        <w:br/>
      </w:r>
      <w:r>
        <w:rPr>
          <w:sz w:val="20"/>
        </w:rPr>
        <w:t>12:21  that is able to convert non milk into milk. to khuda yeh bata raha hai insaan ko ke dekho, tum ko negativity ko positivity mein convert karna pare ga.</w:t>
      </w:r>
      <w:r>
        <w:br/>
      </w:r>
      <w:r>
        <w:rPr>
          <w:sz w:val="20"/>
        </w:rPr>
        <w:t>12:33  nafrat ko mohabbat mein convert karna pare ga. talkhi ko, karwahat ko mithas mein convert karna pare ga.</w:t>
      </w:r>
      <w:r>
        <w:br/>
      </w:r>
      <w:r>
        <w:rPr>
          <w:sz w:val="20"/>
        </w:rPr>
        <w:t>12:42  yahan tak ke dushmani ko dosti mein convert karna pare ga. badkhwahi ko khair khwahi mein convert karna pare ga. to aisa hoga ke</w:t>
      </w:r>
      <w:r>
        <w:br/>
      </w:r>
      <w:r>
        <w:rPr>
          <w:sz w:val="20"/>
        </w:rPr>
        <w:t>12:57  ke tumhare andar khuda jalwa kare ga. tum ko khuda ka inspiration pohnche ga. phir tum khuda ko yaad karoge.</w:t>
      </w:r>
      <w:r>
        <w:br/>
      </w:r>
      <w:r>
        <w:rPr>
          <w:sz w:val="20"/>
        </w:rPr>
        <w:t>13:07  phir tum har cheez mein khuda ka jalwa dekh paoge.</w:t>
      </w:r>
      <w:r>
        <w:br/>
      </w:r>
      <w:r>
        <w:rPr>
          <w:sz w:val="20"/>
        </w:rPr>
        <w:t>13:11  to logon ne kya kar rakha hai? nafrat ka cloud,</w:t>
      </w:r>
      <w:r>
        <w:br/>
      </w:r>
      <w:r>
        <w:rPr>
          <w:sz w:val="20"/>
        </w:rPr>
        <w:t>13:20  het aur shikayat ka badal apne aur khuda ke beech mein bana rakha hai.</w:t>
      </w:r>
      <w:r>
        <w:br/>
      </w:r>
      <w:r>
        <w:rPr>
          <w:sz w:val="20"/>
        </w:rPr>
        <w:t>13:29  is liye log zikr kaseer nahi kar paate.</w:t>
      </w:r>
      <w:r>
        <w:br/>
      </w:r>
      <w:r>
        <w:rPr>
          <w:sz w:val="20"/>
        </w:rPr>
        <w:t>13:33  kehte hain nahi, badi mahroomi hai ke jis khaliq ne aap ko banaya, jis khaliq ne yeh universe banaya, jis khaliq ne yeh life support system yahan par rakha, usi hi khuda ko aap yaad na kar sakein.</w:t>
      </w:r>
      <w:r>
        <w:br/>
      </w:r>
      <w:r>
        <w:rPr>
          <w:sz w:val="20"/>
        </w:rPr>
        <w:t>13:51  usi khuda ko aap acknowledge na kar sakein. to isi baat ko hadith mein is tarah kaha gaya hai ke "man lam yashkur al-nas lam yashkur Allah"</w:t>
      </w:r>
      <w:r>
        <w:br/>
      </w:r>
      <w:r>
        <w:rPr>
          <w:sz w:val="20"/>
        </w:rPr>
        <w:t>14:03  . jo aadmi insaan ka shukr na karega, woh khuda ka bhi shukr nahi karega. shukr ka matlab kya hai? acknowledge karna, itraaf karna, manna.</w:t>
      </w:r>
      <w:r>
        <w:br/>
      </w:r>
      <w:r>
        <w:rPr>
          <w:sz w:val="20"/>
        </w:rPr>
        <w:t>14:18  jab aap insaan ko, insaan ka itraaf na karein to is ka matlab hai ke aap ke andar itraaf ki salahiyat hi khatam ho gayi.</w:t>
      </w:r>
      <w:r>
        <w:br/>
      </w:r>
      <w:r>
        <w:rPr>
          <w:sz w:val="20"/>
        </w:rPr>
        <w:t>14:34  insaan ko acknowledge na karne ka matlab yeh hua ke aap ke andar acknowledge karne ki salahiyat khatam ho gayi. to aisa nahi ho sakta ke aap insaan ko to acknowledge na karein, achanak khuda ko acknowledge karne lagen.</w:t>
      </w:r>
      <w:r>
        <w:br/>
      </w:r>
      <w:r>
        <w:rPr>
          <w:sz w:val="20"/>
        </w:rPr>
        <w:t>14:50  aisa nahi ho sakta hai. jab aap khuda, jab aap insaan ko acknowledge karenge, tabhi aap khuda ko bhi acknowledge kar sakenge.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