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Uthman ibn Affan</w:t>
      </w:r>
    </w:p>
    <w:p>
      <w:r>
        <w:rPr>
          <w:sz w:val="18"/>
        </w:rPr>
        <w:t>Q&amp;A, lecture moments and clips · full transcripts with timestamps · exported 2026-09-21</w:t>
      </w:r>
    </w:p>
    <w:p>
      <w:pPr>
        <w:pStyle w:val="Heading1"/>
      </w:pPr>
      <w:r>
        <w:t>Maulana was asked (0)</w:t>
      </w:r>
    </w:p>
    <w:p>
      <w:pPr>
        <w:pStyle w:val="Heading1"/>
      </w:pPr>
      <w:r>
        <w:t>In the lectures (1)</w:t>
      </w:r>
    </w:p>
    <w:p>
      <w:pPr>
        <w:pStyle w:val="Heading2"/>
      </w:pPr>
      <w:r>
        <w:t>The Message of the Quran - Part-2 (English) | March 07, 2007 | Maulana Wahiduddin Khan</w:t>
      </w:r>
    </w:p>
    <w:p>
      <w:r>
        <w:rPr>
          <w:color w:val="666666"/>
          <w:sz w:val="18"/>
        </w:rPr>
        <w:t>26:45 · https://youtu.be/oqDHIm3IUw4?t=1605</w:t>
      </w:r>
    </w:p>
    <w:p>
      <w:r>
        <w:rPr>
          <w:i/>
        </w:rPr>
        <w:t>“with Hafsa. Then during the— the third caliph, Uthman ibn Affan, Uthman ibn Affan wanted to prepare more copies of the Quran. So Uthman ibn Affan, the third caliph, asked for that copy. And after having that copy, he ordered”</w:t>
      </w:r>
    </w:p>
    <w:p>
      <w:pPr>
        <w:pStyle w:val="Heading1"/>
      </w:pPr>
      <w:r>
        <w:t>Clips (1)</w:t>
      </w:r>
    </w:p>
    <w:p>
      <w:pPr>
        <w:pStyle w:val="Heading2"/>
      </w:pPr>
      <w:r>
        <w:t>Compilation of Quran under caliphs</w:t>
      </w:r>
    </w:p>
    <w:p>
      <w:r>
        <w:rPr>
          <w:color w:val="666666"/>
          <w:sz w:val="18"/>
        </w:rPr>
        <w:t>The Message of the Quran - Part-2 (English) | March 07, 2007 | Maulana Wahiduddin Khan · 6m 04s · at 22:42 · https://youtu.be/oqDHIm3IUw4?t=1362</w:t>
      </w:r>
    </w:p>
    <w:p>
      <w:r>
        <w:rPr>
          <w:i/>
        </w:rPr>
        <w:t>“After completion, charge given to Abu Bakr”</w:t>
      </w:r>
    </w:p>
    <w:p>
      <w:r>
        <w:rPr>
          <w:sz w:val="20"/>
        </w:rPr>
        <w:t>22:42  after the completion of the Quran, the charge of the Muslim society was given to Abu Bakr. He was the first caliph of Islam. So Abu Bakr, who was the first caliph, asked for Zayd ibn Thawit al-Ansari. During Prophet's time, Z</w:t>
      </w:r>
      <w:r>
        <w:br/>
      </w:r>
      <w:r>
        <w:rPr>
          <w:sz w:val="20"/>
        </w:rPr>
        <w:t>23:12  ayd ibn Thawit was head katib. That is head— that is head of this— head of this process. There were more than a dozen secretary or katib. But Zayd ibn Thawit was— Zayd ibn Thawit al-Ansari was head of that team. So</w:t>
      </w:r>
      <w:r>
        <w:br/>
      </w:r>
      <w:r>
        <w:rPr>
          <w:sz w:val="20"/>
        </w:rPr>
        <w:t>23:43  second caliph asked for Zayd ibn Thawit al-Ansari and gave him this— this task. So he— he wrote the whole Quran in— in a book form. Before this book, Quran was either in memory</w:t>
      </w:r>
      <w:r>
        <w:br/>
      </w:r>
      <w:r>
        <w:rPr>
          <w:sz w:val="20"/>
        </w:rPr>
        <w:t>24:14  or in fragmentary pieces. So Zayd ibn Thawit al-Ansari gathered all those things. And also he asked all those huffaz, who— who were— who have memorized the Quran, the whole Quran. So by the aid— by the— by the help of those huffaz and also by the help of those writ</w:t>
      </w:r>
      <w:r>
        <w:br/>
      </w:r>
      <w:r>
        <w:rPr>
          <w:sz w:val="20"/>
        </w:rPr>
        <w:t>24:44  ings, he compiled the whole Quran. He wrote the Quran in— in the— in— in this— in— in— in sheets. You know, at that time, present kind of papers were not available, but an old kind of papers that was invented in Egypt and China</w:t>
      </w:r>
      <w:r>
        <w:br/>
      </w:r>
      <w:r>
        <w:rPr>
          <w:sz w:val="20"/>
        </w:rPr>
        <w:t>25:14  was available there. So he wrote the Quran on this paper. This was called papyrus. So he wrote all the Quran on papyrus. After completing this, he prepared</w:t>
      </w:r>
      <w:r>
        <w:br/>
      </w:r>
      <w:r>
        <w:rPr>
          <w:sz w:val="20"/>
        </w:rPr>
        <w:t>25:44  a book. This book was called Raba. Raba means square. The size of this first copy of the Quran was square. So it was called Raba. This was the first prepared copy of the Quran. This copy— this copy— this— this copy of the Quran was prepared during the first caliph. Th</w:t>
      </w:r>
      <w:r>
        <w:br/>
      </w:r>
      <w:r>
        <w:rPr>
          <w:sz w:val="20"/>
        </w:rPr>
        <w:t>26:14  en this copy, that was authentic copy of the Quran, was kept with Hafsa. Hafsa was wife of the Prophet. He was— she was— she was a senior member of Prophet's family. So this— this— this copy of the Quran was kept</w:t>
      </w:r>
      <w:r>
        <w:br/>
      </w:r>
      <w:r>
        <w:rPr>
          <w:sz w:val="20"/>
        </w:rPr>
        <w:t>26:45  with Hafsa. Then during the— the third caliph, Uthman ibn Affan, Uthman ibn Affan wanted to prepare more copies of the Quran. So Uthman ibn Affan, the third caliph, asked for that copy. And after having that copy, he ordered</w:t>
      </w:r>
      <w:r>
        <w:br/>
      </w:r>
      <w:r>
        <w:rPr>
          <w:sz w:val="20"/>
        </w:rPr>
        <w:t>27:15  several experts to prepare more copies. So these experts prepared more copies of the Quran. And these copies were sent to every country, every city. You know, at that time, Islamic world was expanded. It was not only—</w:t>
      </w:r>
      <w:r>
        <w:br/>
      </w:r>
      <w:r>
        <w:rPr>
          <w:sz w:val="20"/>
        </w:rPr>
        <w:t>27:45  it was not confined only to Mecca and Medina, but it was expanded from Asia to Africa. So he prepared copies of the Quran and sent these copies to every country and every city. So this copy— these copies of the Quran were kept in— in Jama Masjid. In every Jama Masjid, there was a copy. And it was</w:t>
      </w:r>
      <w:r>
        <w:br/>
      </w:r>
      <w:r>
        <w:rPr>
          <w:sz w:val="20"/>
        </w:rPr>
        <w:t>28:15  announced that anyone who wants to prepare a new copy, he must see this book, this copy. So then people prepared more copies. And then hundred or thousand copies were prepared by the aid of this authentic copy.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